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411FA" w14:textId="77777777" w:rsidR="00220991" w:rsidRPr="00A33C9F" w:rsidRDefault="00A7594E">
      <w:pPr>
        <w:spacing w:line="240" w:lineRule="auto"/>
        <w:jc w:val="center"/>
        <w:rPr>
          <w:lang w:val="ru-RU"/>
        </w:rPr>
      </w:pPr>
      <w:r w:rsidRPr="00A33C9F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5CB27E08" w14:textId="77777777" w:rsidR="00220991" w:rsidRPr="00A33C9F" w:rsidRDefault="00A7594E">
      <w:pPr>
        <w:spacing w:line="240" w:lineRule="auto"/>
        <w:jc w:val="center"/>
        <w:rPr>
          <w:lang w:val="ru-RU"/>
        </w:rPr>
      </w:pPr>
      <w:r w:rsidRPr="00A33C9F">
        <w:rPr>
          <w:lang w:val="ru-RU"/>
        </w:rPr>
        <w:br/>
        <w:t>ФЕДЕРАЛЬНОЕ ГОСУДАРСТВЕННОЕ БЮДЖЕТНОЕ ОБРАЗОВАТЕЛЬНОЕ УЧРЕЖДЕНИЕ ВЫСШЕГО ОБРАЗОВАНИЯ</w:t>
      </w:r>
    </w:p>
    <w:p w14:paraId="4699ED6B" w14:textId="77777777" w:rsidR="00220991" w:rsidRPr="00A33C9F" w:rsidRDefault="00A7594E">
      <w:pPr>
        <w:spacing w:line="240" w:lineRule="auto"/>
        <w:jc w:val="center"/>
        <w:rPr>
          <w:lang w:val="ru-RU"/>
        </w:rPr>
      </w:pPr>
      <w:r w:rsidRPr="00A33C9F">
        <w:rPr>
          <w:b/>
          <w:lang w:val="ru-RU"/>
        </w:rPr>
        <w:br/>
        <w:t>«БРАТСКИЙ ГОСУДАРСТВЕННЫЙ УНИВЕРСИТЕТ»</w:t>
      </w:r>
    </w:p>
    <w:p w14:paraId="1A360D05" w14:textId="77777777" w:rsidR="00220991" w:rsidRPr="00A33C9F" w:rsidRDefault="00A7594E">
      <w:pPr>
        <w:spacing w:line="240" w:lineRule="auto"/>
        <w:jc w:val="center"/>
        <w:rPr>
          <w:lang w:val="ru-RU"/>
        </w:rPr>
      </w:pP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</w:r>
      <w:r w:rsidRPr="00A33C9F">
        <w:rPr>
          <w:b/>
          <w:sz w:val="28"/>
          <w:lang w:val="ru-RU"/>
        </w:rPr>
        <w:br/>
        <w:t xml:space="preserve">ФОНД </w:t>
      </w:r>
      <w:r w:rsidRPr="00A33C9F">
        <w:rPr>
          <w:b/>
          <w:sz w:val="28"/>
          <w:lang w:val="ru-RU"/>
        </w:rPr>
        <w:br/>
        <w:t>ОЦЕНОЧНЫХ СРЕДСТВ</w:t>
      </w:r>
    </w:p>
    <w:p w14:paraId="269E48EB" w14:textId="77777777" w:rsidR="00220991" w:rsidRPr="00A33C9F" w:rsidRDefault="00220991">
      <w:pPr>
        <w:rPr>
          <w:lang w:val="ru-RU"/>
        </w:rPr>
      </w:pPr>
    </w:p>
    <w:p w14:paraId="21601985" w14:textId="77777777" w:rsidR="00220991" w:rsidRPr="00A33C9F" w:rsidRDefault="00A7594E">
      <w:pPr>
        <w:jc w:val="center"/>
        <w:rPr>
          <w:lang w:val="ru-RU"/>
        </w:rPr>
      </w:pPr>
      <w:r w:rsidRPr="00A33C9F">
        <w:rPr>
          <w:lang w:val="ru-RU"/>
        </w:rPr>
        <w:t xml:space="preserve">по дисциплине </w:t>
      </w:r>
      <w:r w:rsidRPr="00A33C9F">
        <w:rPr>
          <w:lang w:val="ru-RU"/>
        </w:rPr>
        <w:br/>
        <w:t>Б1.О.07.04 Сценарные языки программирования</w:t>
      </w:r>
      <w:r w:rsidRPr="00A33C9F">
        <w:rPr>
          <w:lang w:val="ru-RU"/>
        </w:rPr>
        <w:br/>
      </w:r>
    </w:p>
    <w:p w14:paraId="7EBFB4FE" w14:textId="77777777" w:rsidR="00220991" w:rsidRPr="00A33C9F" w:rsidRDefault="00A7594E">
      <w:pPr>
        <w:rPr>
          <w:lang w:val="ru-RU"/>
        </w:rPr>
      </w:pPr>
      <w:r w:rsidRPr="00A33C9F">
        <w:rPr>
          <w:lang w:val="ru-RU"/>
        </w:rPr>
        <w:t>Направление подготовки 01.03.02 Прикладная математика и информатика</w:t>
      </w:r>
      <w:r w:rsidRPr="00A33C9F">
        <w:rPr>
          <w:lang w:val="ru-RU"/>
        </w:rPr>
        <w:br/>
      </w:r>
    </w:p>
    <w:p w14:paraId="1B8F5E86" w14:textId="77777777" w:rsidR="00220991" w:rsidRPr="00A33C9F" w:rsidRDefault="00A7594E">
      <w:pPr>
        <w:rPr>
          <w:lang w:val="ru-RU"/>
        </w:rPr>
      </w:pPr>
      <w:r w:rsidRPr="00A33C9F">
        <w:rPr>
          <w:lang w:val="ru-RU"/>
        </w:rPr>
        <w:t>Профиль подготовки Инженерия программного обеспечения</w:t>
      </w:r>
      <w:r w:rsidRPr="00A33C9F">
        <w:rPr>
          <w:lang w:val="ru-RU"/>
        </w:rPr>
        <w:br/>
      </w:r>
    </w:p>
    <w:p w14:paraId="662A0408" w14:textId="77777777" w:rsidR="00220991" w:rsidRPr="00A33C9F" w:rsidRDefault="00A7594E">
      <w:pPr>
        <w:rPr>
          <w:lang w:val="ru-RU"/>
        </w:rPr>
      </w:pPr>
      <w:r w:rsidRPr="00A33C9F">
        <w:rPr>
          <w:lang w:val="ru-RU"/>
        </w:rPr>
        <w:t>Квалификация бакалавр</w:t>
      </w:r>
      <w:r w:rsidRPr="00A33C9F">
        <w:rPr>
          <w:lang w:val="ru-RU"/>
        </w:rPr>
        <w:br/>
      </w:r>
    </w:p>
    <w:p w14:paraId="74E9A070" w14:textId="77777777" w:rsidR="00220991" w:rsidRPr="00A33C9F" w:rsidRDefault="00A7594E">
      <w:pPr>
        <w:rPr>
          <w:lang w:val="ru-RU"/>
        </w:rPr>
      </w:pPr>
      <w:r w:rsidRPr="00A33C9F">
        <w:rPr>
          <w:lang w:val="ru-RU"/>
        </w:rPr>
        <w:t>Год начала подготовки 2025</w:t>
      </w:r>
      <w:r w:rsidRPr="00A33C9F">
        <w:rPr>
          <w:lang w:val="ru-RU"/>
        </w:rPr>
        <w:br/>
      </w:r>
    </w:p>
    <w:p w14:paraId="41BCDA5B" w14:textId="77777777" w:rsidR="00220991" w:rsidRPr="00A33C9F" w:rsidRDefault="00A7594E">
      <w:pPr>
        <w:rPr>
          <w:lang w:val="ru-RU"/>
        </w:rPr>
      </w:pPr>
      <w:r w:rsidRPr="00A33C9F">
        <w:rPr>
          <w:lang w:val="ru-RU"/>
        </w:rPr>
        <w:br w:type="page"/>
      </w:r>
    </w:p>
    <w:p w14:paraId="05119DAB" w14:textId="68F5B3DA" w:rsidR="00220991" w:rsidRPr="00A33C9F" w:rsidRDefault="00A7594E">
      <w:pPr>
        <w:rPr>
          <w:lang w:val="ru-RU"/>
        </w:rPr>
      </w:pPr>
      <w:r w:rsidRPr="00A33C9F">
        <w:rPr>
          <w:lang w:val="ru-RU"/>
        </w:rPr>
        <w:lastRenderedPageBreak/>
        <w:t xml:space="preserve">Составитель: </w:t>
      </w:r>
      <w:r w:rsidRPr="00A33C9F">
        <w:rPr>
          <w:lang w:val="ru-RU"/>
        </w:rPr>
        <w:br/>
        <w:t>Даминова А.М.</w:t>
      </w:r>
      <w:r w:rsidR="00F30716" w:rsidRPr="00A33C9F">
        <w:rPr>
          <w:lang w:val="ru-RU"/>
        </w:rPr>
        <w:t xml:space="preserve">, доцент кафедры </w:t>
      </w:r>
      <w:proofErr w:type="spellStart"/>
      <w:r w:rsidR="00F30716" w:rsidRPr="00A33C9F">
        <w:rPr>
          <w:lang w:val="ru-RU"/>
        </w:rPr>
        <w:t>СКиТС</w:t>
      </w:r>
      <w:proofErr w:type="spellEnd"/>
      <w:r w:rsidR="00F30716" w:rsidRPr="00A33C9F">
        <w:rPr>
          <w:lang w:val="ru-RU"/>
        </w:rPr>
        <w:t>, к.т.н.</w:t>
      </w:r>
      <w:r w:rsidRPr="00A33C9F">
        <w:rPr>
          <w:lang w:val="ru-RU"/>
        </w:rPr>
        <w:tab/>
      </w:r>
      <w:r w:rsidRPr="00A33C9F">
        <w:rPr>
          <w:lang w:val="ru-RU"/>
        </w:rPr>
        <w:tab/>
        <w:t>________________</w:t>
      </w:r>
      <w:r w:rsidRPr="00A33C9F">
        <w:rPr>
          <w:lang w:val="ru-RU"/>
        </w:rPr>
        <w:br/>
      </w:r>
    </w:p>
    <w:p w14:paraId="0FDA5CFA" w14:textId="23240385" w:rsidR="00220991" w:rsidRPr="00A33C9F" w:rsidRDefault="00A7594E">
      <w:pPr>
        <w:rPr>
          <w:lang w:val="ru-RU"/>
        </w:rPr>
      </w:pPr>
      <w:r w:rsidRPr="00A33C9F">
        <w:rPr>
          <w:lang w:val="ru-RU"/>
        </w:rPr>
        <w:t>Одобрено на заседании кафедры информатики, математики и физики</w:t>
      </w:r>
      <w:r w:rsidRPr="00A33C9F">
        <w:rPr>
          <w:lang w:val="ru-RU"/>
        </w:rPr>
        <w:br/>
        <w:t>«1</w:t>
      </w:r>
      <w:r w:rsidR="00851DFE" w:rsidRPr="00A33C9F">
        <w:rPr>
          <w:lang w:val="ru-RU"/>
        </w:rPr>
        <w:t>6</w:t>
      </w:r>
      <w:r w:rsidRPr="00A33C9F">
        <w:rPr>
          <w:lang w:val="ru-RU"/>
        </w:rPr>
        <w:t xml:space="preserve">» </w:t>
      </w:r>
      <w:r w:rsidR="00851DFE" w:rsidRPr="00A33C9F">
        <w:rPr>
          <w:lang w:val="ru-RU"/>
        </w:rPr>
        <w:t>апреля</w:t>
      </w:r>
      <w:r w:rsidRPr="00A33C9F">
        <w:rPr>
          <w:lang w:val="ru-RU"/>
        </w:rPr>
        <w:t xml:space="preserve"> 2026 г., протокол № 1</w:t>
      </w:r>
      <w:r w:rsidR="00851DFE" w:rsidRPr="00A33C9F">
        <w:rPr>
          <w:lang w:val="ru-RU"/>
        </w:rPr>
        <w:t>3</w:t>
      </w:r>
      <w:r w:rsidRPr="00A33C9F">
        <w:rPr>
          <w:lang w:val="ru-RU"/>
        </w:rPr>
        <w:br/>
      </w:r>
      <w:r w:rsidRPr="00A33C9F">
        <w:rPr>
          <w:lang w:val="ru-RU"/>
        </w:rPr>
        <w:br/>
        <w:t xml:space="preserve">Заведующий кафедрой </w:t>
      </w:r>
      <w:r w:rsidRPr="00A33C9F">
        <w:rPr>
          <w:lang w:val="ru-RU"/>
        </w:rPr>
        <w:br/>
        <w:t>информатики, математики и физики</w:t>
      </w:r>
      <w:r w:rsidRPr="00A33C9F">
        <w:rPr>
          <w:lang w:val="ru-RU"/>
        </w:rPr>
        <w:tab/>
      </w:r>
      <w:r w:rsidRPr="00A33C9F">
        <w:rPr>
          <w:lang w:val="ru-RU"/>
        </w:rPr>
        <w:tab/>
        <w:t>____________ Д.Б. Горохов</w:t>
      </w:r>
      <w:r w:rsidRPr="00A33C9F">
        <w:rPr>
          <w:lang w:val="ru-RU"/>
        </w:rPr>
        <w:br/>
      </w:r>
      <w:bookmarkStart w:id="0" w:name="_GoBack"/>
      <w:bookmarkEnd w:id="0"/>
      <w:r w:rsidRPr="00A33C9F">
        <w:rPr>
          <w:lang w:val="ru-RU"/>
        </w:rPr>
        <w:br/>
      </w:r>
    </w:p>
    <w:p w14:paraId="472D8A9B" w14:textId="562142BB" w:rsidR="00851DFE" w:rsidRPr="00A33C9F" w:rsidRDefault="00A7594E">
      <w:pPr>
        <w:rPr>
          <w:lang w:val="ru-RU"/>
        </w:rPr>
      </w:pPr>
      <w:r w:rsidRPr="00A33C9F">
        <w:rPr>
          <w:lang w:val="ru-RU"/>
        </w:rPr>
        <w:t>Председатель методической комиссии факультета энергетики и автоматики</w:t>
      </w:r>
      <w:r w:rsidRPr="00A33C9F">
        <w:rPr>
          <w:lang w:val="ru-RU"/>
        </w:rPr>
        <w:br/>
        <w:t xml:space="preserve">_____________   </w:t>
      </w:r>
      <w:r w:rsidR="00851DFE" w:rsidRPr="00A33C9F">
        <w:rPr>
          <w:lang w:val="ru-RU"/>
        </w:rPr>
        <w:t xml:space="preserve">С.В. </w:t>
      </w:r>
      <w:proofErr w:type="spellStart"/>
      <w:r w:rsidRPr="00A33C9F">
        <w:rPr>
          <w:lang w:val="ru-RU"/>
        </w:rPr>
        <w:t>Латушкина</w:t>
      </w:r>
      <w:proofErr w:type="spellEnd"/>
      <w:r w:rsidRPr="00A33C9F">
        <w:rPr>
          <w:lang w:val="ru-RU"/>
        </w:rPr>
        <w:t xml:space="preserve"> </w:t>
      </w:r>
      <w:r w:rsidRPr="00A33C9F">
        <w:rPr>
          <w:lang w:val="ru-RU"/>
        </w:rPr>
        <w:br/>
      </w:r>
      <w:r w:rsidRPr="00A33C9F">
        <w:rPr>
          <w:lang w:val="ru-RU"/>
        </w:rPr>
        <w:br/>
        <w:t>«</w:t>
      </w:r>
      <w:r w:rsidR="00704C0C" w:rsidRPr="00A33C9F">
        <w:rPr>
          <w:lang w:val="ru-RU"/>
        </w:rPr>
        <w:t>29</w:t>
      </w:r>
      <w:r w:rsidRPr="00A33C9F">
        <w:rPr>
          <w:lang w:val="ru-RU"/>
        </w:rPr>
        <w:t xml:space="preserve">» </w:t>
      </w:r>
      <w:r w:rsidR="00704C0C" w:rsidRPr="00A33C9F">
        <w:rPr>
          <w:lang w:val="ru-RU"/>
        </w:rPr>
        <w:t>апреля</w:t>
      </w:r>
      <w:r w:rsidRPr="00A33C9F">
        <w:rPr>
          <w:lang w:val="ru-RU"/>
        </w:rPr>
        <w:t xml:space="preserve"> 20</w:t>
      </w:r>
      <w:r w:rsidR="00704C0C" w:rsidRPr="00A33C9F">
        <w:rPr>
          <w:lang w:val="ru-RU"/>
        </w:rPr>
        <w:t>26</w:t>
      </w:r>
      <w:r w:rsidRPr="00A33C9F">
        <w:rPr>
          <w:lang w:val="ru-RU"/>
        </w:rPr>
        <w:t xml:space="preserve">г., протокол № </w:t>
      </w:r>
      <w:r w:rsidR="00704C0C" w:rsidRPr="00A33C9F">
        <w:rPr>
          <w:lang w:val="ru-RU"/>
        </w:rPr>
        <w:t>9</w:t>
      </w:r>
      <w:r w:rsidRPr="00A33C9F">
        <w:rPr>
          <w:lang w:val="ru-RU"/>
        </w:rPr>
        <w:br/>
      </w:r>
      <w:r w:rsidRPr="00A33C9F">
        <w:rPr>
          <w:lang w:val="ru-RU"/>
        </w:rPr>
        <w:br/>
      </w:r>
      <w:r w:rsidRPr="00A33C9F">
        <w:rPr>
          <w:lang w:val="ru-RU"/>
        </w:rPr>
        <w:br/>
        <w:t>Ответственный за реализацию ОПОП</w:t>
      </w:r>
      <w:r w:rsidRPr="00A33C9F">
        <w:rPr>
          <w:lang w:val="ru-RU"/>
        </w:rPr>
        <w:tab/>
        <w:t xml:space="preserve">________________ </w:t>
      </w:r>
      <w:r w:rsidR="00851DFE" w:rsidRPr="00A33C9F">
        <w:rPr>
          <w:lang w:val="ru-RU"/>
        </w:rPr>
        <w:t xml:space="preserve">Д.Б. </w:t>
      </w:r>
      <w:r w:rsidRPr="00A33C9F">
        <w:rPr>
          <w:lang w:val="ru-RU"/>
        </w:rPr>
        <w:t xml:space="preserve">Горохов </w:t>
      </w:r>
      <w:r w:rsidRPr="00A33C9F">
        <w:rPr>
          <w:lang w:val="ru-RU"/>
        </w:rPr>
        <w:br/>
      </w:r>
    </w:p>
    <w:p w14:paraId="45ED7A6C" w14:textId="77777777" w:rsidR="00851DFE" w:rsidRPr="00A33C9F" w:rsidRDefault="00851DFE">
      <w:pPr>
        <w:spacing w:after="200" w:line="276" w:lineRule="auto"/>
        <w:rPr>
          <w:lang w:val="ru-RU"/>
        </w:rPr>
      </w:pPr>
      <w:r w:rsidRPr="00A33C9F">
        <w:rPr>
          <w:lang w:val="ru-RU"/>
        </w:rPr>
        <w:br w:type="page"/>
      </w:r>
    </w:p>
    <w:p w14:paraId="72E0A034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33C9F">
        <w:rPr>
          <w:rFonts w:eastAsia="Times New Roman" w:cs="Times New Roman"/>
          <w:b/>
          <w:szCs w:val="24"/>
          <w:lang w:val="ru-RU" w:eastAsia="ru-RU"/>
        </w:rPr>
        <w:lastRenderedPageBreak/>
        <w:t>Паспорт</w:t>
      </w:r>
    </w:p>
    <w:p w14:paraId="2E6EE866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33C9F">
        <w:rPr>
          <w:rFonts w:eastAsia="Times New Roman" w:cs="Times New Roman"/>
          <w:b/>
          <w:szCs w:val="24"/>
          <w:lang w:val="ru-RU" w:eastAsia="ru-RU"/>
        </w:rPr>
        <w:t xml:space="preserve">фонда оценочных средств </w:t>
      </w:r>
    </w:p>
    <w:p w14:paraId="6FD64E1E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0B7FD687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33C9F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A33C9F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A33C9F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A33C9F">
        <w:rPr>
          <w:rFonts w:eastAsia="Times New Roman" w:cs="Times New Roman"/>
          <w:b/>
          <w:szCs w:val="24"/>
          <w:lang w:val="ru-RU" w:eastAsia="ru-RU"/>
        </w:rPr>
        <w:t>07.04 Сценарные языки программирования</w:t>
      </w:r>
    </w:p>
    <w:p w14:paraId="4255B5CF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6D2CABF3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33C9F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65CD7CBD" w14:textId="77777777" w:rsidR="00851DFE" w:rsidRPr="00A33C9F" w:rsidRDefault="00851DFE" w:rsidP="00851DFE">
      <w:pPr>
        <w:pStyle w:val="ae"/>
        <w:tabs>
          <w:tab w:val="left" w:pos="284"/>
        </w:tabs>
        <w:spacing w:line="240" w:lineRule="auto"/>
        <w:ind w:left="284" w:hanging="284"/>
        <w:rPr>
          <w:szCs w:val="24"/>
          <w:lang w:val="ru-RU"/>
        </w:rPr>
      </w:pPr>
      <w:r w:rsidRPr="00A33C9F">
        <w:rPr>
          <w:szCs w:val="24"/>
          <w:lang w:val="ru-RU"/>
        </w:rPr>
        <w:t>1. ОПК-1: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</w:r>
    </w:p>
    <w:p w14:paraId="17375B6B" w14:textId="28AA14DB" w:rsidR="00851DFE" w:rsidRPr="00A33C9F" w:rsidRDefault="00851DFE" w:rsidP="00851DFE">
      <w:pPr>
        <w:widowControl w:val="0"/>
        <w:spacing w:before="120" w:after="120" w:line="240" w:lineRule="auto"/>
        <w:ind w:left="2126" w:hanging="1843"/>
        <w:jc w:val="both"/>
        <w:rPr>
          <w:rFonts w:eastAsia="Calibri" w:cs="Times New Roman"/>
          <w:szCs w:val="24"/>
          <w:lang w:val="ru-RU" w:eastAsia="ru-RU"/>
        </w:rPr>
      </w:pPr>
      <w:r w:rsidRPr="00A33C9F">
        <w:rPr>
          <w:rFonts w:eastAsia="Calibri" w:cs="Times New Roman"/>
          <w:szCs w:val="24"/>
          <w:lang w:val="ru-RU" w:eastAsia="ru-RU"/>
        </w:rPr>
        <w:t xml:space="preserve">Индикаторы: </w:t>
      </w:r>
      <w:r w:rsidRPr="00A33C9F">
        <w:rPr>
          <w:rFonts w:eastAsia="Calibri" w:cs="Times New Roman"/>
          <w:szCs w:val="24"/>
          <w:lang w:val="ru-RU" w:eastAsia="ru-RU"/>
        </w:rPr>
        <w:tab/>
        <w:t>ОПК-1.1:</w:t>
      </w:r>
      <w:r w:rsidR="00F30716" w:rsidRPr="00A33C9F">
        <w:rPr>
          <w:rFonts w:eastAsia="Calibri" w:cs="Times New Roman"/>
          <w:szCs w:val="24"/>
          <w:lang w:val="ru-RU" w:eastAsia="ru-RU"/>
        </w:rPr>
        <w:t> </w:t>
      </w:r>
      <w:r w:rsidRPr="00A33C9F">
        <w:rPr>
          <w:rFonts w:eastAsia="Calibri" w:cs="Times New Roman"/>
          <w:szCs w:val="24"/>
          <w:lang w:val="ru-RU" w:eastAsia="ru-RU"/>
        </w:rPr>
        <w:t>Применяет фундаментальные знания, полученные в области математических и (или) естественных наук.</w:t>
      </w:r>
    </w:p>
    <w:p w14:paraId="41BADBE8" w14:textId="77777777" w:rsidR="00851DFE" w:rsidRPr="00A33C9F" w:rsidRDefault="00851DFE" w:rsidP="00851DFE">
      <w:pPr>
        <w:pStyle w:val="ae"/>
        <w:tabs>
          <w:tab w:val="left" w:pos="284"/>
        </w:tabs>
        <w:spacing w:line="240" w:lineRule="auto"/>
        <w:ind w:left="284" w:hanging="284"/>
        <w:rPr>
          <w:szCs w:val="24"/>
          <w:lang w:val="ru-RU"/>
        </w:rPr>
      </w:pPr>
      <w:r w:rsidRPr="00A33C9F">
        <w:rPr>
          <w:szCs w:val="24"/>
          <w:lang w:val="ru-RU"/>
        </w:rPr>
        <w:t>2. ОПК-2: Способен использовать и адаптировать существующие математические методы и системы программирования для разработки и реализации алгоритмов решения прикладных задач</w:t>
      </w:r>
    </w:p>
    <w:p w14:paraId="38932A6C" w14:textId="7952FA65" w:rsidR="00851DFE" w:rsidRPr="00A33C9F" w:rsidRDefault="00851DFE" w:rsidP="00851DFE">
      <w:pPr>
        <w:widowControl w:val="0"/>
        <w:spacing w:before="120" w:after="120" w:line="240" w:lineRule="auto"/>
        <w:ind w:left="2126" w:hanging="1843"/>
        <w:jc w:val="both"/>
        <w:rPr>
          <w:rFonts w:eastAsia="Calibri" w:cs="Times New Roman"/>
          <w:szCs w:val="24"/>
          <w:lang w:val="ru-RU" w:eastAsia="ru-RU"/>
        </w:rPr>
      </w:pPr>
      <w:r w:rsidRPr="00A33C9F">
        <w:rPr>
          <w:rFonts w:eastAsia="Calibri" w:cs="Times New Roman"/>
          <w:szCs w:val="24"/>
          <w:lang w:val="ru-RU" w:eastAsia="ru-RU"/>
        </w:rPr>
        <w:t xml:space="preserve">Индикаторы: </w:t>
      </w:r>
      <w:r w:rsidRPr="00A33C9F">
        <w:rPr>
          <w:rFonts w:eastAsia="Calibri" w:cs="Times New Roman"/>
          <w:szCs w:val="24"/>
          <w:lang w:val="ru-RU" w:eastAsia="ru-RU"/>
        </w:rPr>
        <w:tab/>
        <w:t>ОПК-2.1:</w:t>
      </w:r>
      <w:r w:rsidR="00F30716" w:rsidRPr="00A33C9F">
        <w:rPr>
          <w:rFonts w:eastAsia="Calibri" w:cs="Times New Roman"/>
          <w:szCs w:val="24"/>
          <w:lang w:val="ru-RU" w:eastAsia="ru-RU"/>
        </w:rPr>
        <w:t> </w:t>
      </w:r>
      <w:r w:rsidRPr="00A33C9F">
        <w:rPr>
          <w:rFonts w:eastAsia="Calibri" w:cs="Times New Roman"/>
          <w:szCs w:val="24"/>
          <w:lang w:val="ru-RU" w:eastAsia="ru-RU"/>
        </w:rPr>
        <w:t>Использует существующие методы и системы программирования для разработки и реализации алгоритмов решения прикладных задач.</w:t>
      </w:r>
    </w:p>
    <w:p w14:paraId="00CF5498" w14:textId="77777777" w:rsidR="00851DFE" w:rsidRPr="00A33C9F" w:rsidRDefault="00851DFE" w:rsidP="00851DFE">
      <w:pPr>
        <w:pStyle w:val="ae"/>
        <w:tabs>
          <w:tab w:val="left" w:pos="284"/>
        </w:tabs>
        <w:spacing w:line="240" w:lineRule="auto"/>
        <w:ind w:left="284" w:hanging="284"/>
        <w:rPr>
          <w:rFonts w:eastAsia="Calibri"/>
          <w:szCs w:val="24"/>
          <w:lang w:val="ru-RU"/>
        </w:rPr>
      </w:pPr>
      <w:r w:rsidRPr="00A33C9F">
        <w:rPr>
          <w:szCs w:val="24"/>
          <w:lang w:val="ru-RU"/>
        </w:rPr>
        <w:t xml:space="preserve">3. ОПК-4: Способен понимать принципы работы современных информационных технологий и использовать их для </w:t>
      </w:r>
      <w:r w:rsidRPr="00A33C9F">
        <w:rPr>
          <w:rFonts w:eastAsia="Calibri"/>
          <w:szCs w:val="24"/>
          <w:lang w:val="ru-RU"/>
        </w:rPr>
        <w:t>решения задач профессиональной деятельности</w:t>
      </w:r>
    </w:p>
    <w:p w14:paraId="2CECF927" w14:textId="09360D6E" w:rsidR="00851DFE" w:rsidRPr="00A33C9F" w:rsidRDefault="00851DFE" w:rsidP="00851DFE">
      <w:pPr>
        <w:widowControl w:val="0"/>
        <w:spacing w:before="120" w:after="120" w:line="240" w:lineRule="auto"/>
        <w:ind w:left="2126" w:hanging="1843"/>
        <w:jc w:val="both"/>
        <w:rPr>
          <w:rFonts w:eastAsia="Calibri" w:cs="Times New Roman"/>
          <w:szCs w:val="24"/>
          <w:lang w:val="ru-RU" w:eastAsia="ru-RU"/>
        </w:rPr>
      </w:pPr>
      <w:r w:rsidRPr="00A33C9F">
        <w:rPr>
          <w:rFonts w:eastAsia="Calibri" w:cs="Times New Roman"/>
          <w:szCs w:val="24"/>
          <w:lang w:val="ru-RU" w:eastAsia="ru-RU"/>
        </w:rPr>
        <w:t xml:space="preserve">Индикаторы: </w:t>
      </w:r>
      <w:r w:rsidRPr="00A33C9F">
        <w:rPr>
          <w:rFonts w:eastAsia="Calibri" w:cs="Times New Roman"/>
          <w:szCs w:val="24"/>
          <w:lang w:val="ru-RU" w:eastAsia="ru-RU"/>
        </w:rPr>
        <w:tab/>
        <w:t>ОПК-4.3:</w:t>
      </w:r>
      <w:r w:rsidR="00F30716" w:rsidRPr="00A33C9F">
        <w:rPr>
          <w:rFonts w:eastAsia="Calibri" w:cs="Times New Roman"/>
          <w:szCs w:val="24"/>
          <w:lang w:val="ru-RU" w:eastAsia="ru-RU"/>
        </w:rPr>
        <w:t> </w:t>
      </w:r>
      <w:r w:rsidRPr="00A33C9F">
        <w:rPr>
          <w:rFonts w:eastAsia="Calibri" w:cs="Times New Roman"/>
          <w:szCs w:val="24"/>
          <w:lang w:val="ru-RU" w:eastAsia="ru-RU"/>
        </w:rPr>
        <w:t>Умеет использовать современные возможности вычислительной техники и программного обеспечения для решения задач управления и алгоритмизации процессов обработки информации.</w:t>
      </w:r>
    </w:p>
    <w:p w14:paraId="1A1F0DE9" w14:textId="77777777" w:rsidR="00851DFE" w:rsidRPr="00A33C9F" w:rsidRDefault="00851DFE" w:rsidP="00851DFE">
      <w:pPr>
        <w:pStyle w:val="ae"/>
        <w:tabs>
          <w:tab w:val="left" w:pos="284"/>
        </w:tabs>
        <w:spacing w:line="240" w:lineRule="auto"/>
        <w:ind w:left="284" w:hanging="284"/>
        <w:rPr>
          <w:rFonts w:eastAsia="Calibri"/>
          <w:szCs w:val="24"/>
          <w:lang w:val="ru-RU"/>
        </w:rPr>
      </w:pPr>
      <w:r w:rsidRPr="00A33C9F">
        <w:rPr>
          <w:szCs w:val="24"/>
          <w:lang w:val="ru-RU"/>
        </w:rPr>
        <w:t>4. ОПК-5: Способен разрабатывать алгоритмы и компьютерные программы, пригодные для практического применения</w:t>
      </w:r>
    </w:p>
    <w:p w14:paraId="3465603A" w14:textId="5560CAFB" w:rsidR="00851DFE" w:rsidRPr="00A33C9F" w:rsidRDefault="00851DFE" w:rsidP="00851DFE">
      <w:pPr>
        <w:widowControl w:val="0"/>
        <w:spacing w:before="120" w:after="120" w:line="240" w:lineRule="auto"/>
        <w:ind w:left="2126" w:hanging="1843"/>
        <w:jc w:val="both"/>
        <w:rPr>
          <w:rFonts w:eastAsia="Calibri" w:cs="Times New Roman"/>
          <w:szCs w:val="24"/>
          <w:lang w:val="ru-RU" w:eastAsia="ru-RU"/>
        </w:rPr>
      </w:pPr>
      <w:r w:rsidRPr="00A33C9F">
        <w:rPr>
          <w:rFonts w:eastAsia="Calibri" w:cs="Times New Roman"/>
          <w:szCs w:val="24"/>
          <w:lang w:val="ru-RU" w:eastAsia="ru-RU"/>
        </w:rPr>
        <w:t xml:space="preserve">Индикаторы: </w:t>
      </w:r>
      <w:r w:rsidRPr="00A33C9F">
        <w:rPr>
          <w:rFonts w:eastAsia="Calibri" w:cs="Times New Roman"/>
          <w:szCs w:val="24"/>
          <w:lang w:val="ru-RU" w:eastAsia="ru-RU"/>
        </w:rPr>
        <w:tab/>
        <w:t>ОПК-5.2:</w:t>
      </w:r>
      <w:r w:rsidR="00F30716" w:rsidRPr="00A33C9F">
        <w:rPr>
          <w:rFonts w:eastAsia="Calibri" w:cs="Times New Roman"/>
          <w:szCs w:val="24"/>
          <w:lang w:val="ru-RU" w:eastAsia="ru-RU"/>
        </w:rPr>
        <w:t> </w:t>
      </w:r>
      <w:r w:rsidRPr="00A33C9F">
        <w:rPr>
          <w:rFonts w:eastAsia="Calibri" w:cs="Times New Roman"/>
          <w:szCs w:val="24"/>
          <w:lang w:val="ru-RU" w:eastAsia="ru-RU"/>
        </w:rPr>
        <w:t>Умеет разрабатывать алгоритмы и компьютерные программы, пригодные для практического применения.</w:t>
      </w:r>
    </w:p>
    <w:p w14:paraId="30295239" w14:textId="77777777" w:rsidR="00851DFE" w:rsidRPr="00A33C9F" w:rsidRDefault="00851DFE" w:rsidP="00851DFE">
      <w:pPr>
        <w:spacing w:line="240" w:lineRule="auto"/>
        <w:rPr>
          <w:rFonts w:eastAsia="Calibri" w:cs="Times New Roman"/>
          <w:i/>
          <w:sz w:val="10"/>
          <w:szCs w:val="16"/>
          <w:lang w:val="ru-RU" w:eastAsia="ru-RU"/>
        </w:rPr>
      </w:pPr>
    </w:p>
    <w:p w14:paraId="3C4418EE" w14:textId="77777777" w:rsidR="00851DFE" w:rsidRPr="00A33C9F" w:rsidRDefault="00851DFE" w:rsidP="00851DFE">
      <w:pPr>
        <w:widowControl w:val="0"/>
        <w:spacing w:line="240" w:lineRule="auto"/>
        <w:rPr>
          <w:rFonts w:eastAsia="Calibri" w:cs="Times New Roman"/>
          <w:sz w:val="2"/>
          <w:szCs w:val="2"/>
          <w:lang w:val="ru-RU" w:eastAsia="ru-RU"/>
        </w:rPr>
      </w:pPr>
    </w:p>
    <w:p w14:paraId="4CA2D1CB" w14:textId="77777777" w:rsidR="00851DFE" w:rsidRPr="00A33C9F" w:rsidRDefault="00851DFE" w:rsidP="00851DFE">
      <w:pPr>
        <w:widowControl w:val="0"/>
        <w:spacing w:line="240" w:lineRule="auto"/>
        <w:rPr>
          <w:rFonts w:eastAsia="Calibri" w:cs="Times New Roman"/>
          <w:sz w:val="2"/>
          <w:szCs w:val="2"/>
          <w:lang w:val="ru-RU" w:eastAsia="ru-RU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235"/>
        <w:gridCol w:w="2551"/>
        <w:gridCol w:w="1418"/>
        <w:gridCol w:w="1984"/>
        <w:gridCol w:w="1835"/>
      </w:tblGrid>
      <w:tr w:rsidR="007779AC" w:rsidRPr="00A33C9F" w14:paraId="33BA51C1" w14:textId="77777777" w:rsidTr="007779AC">
        <w:trPr>
          <w:trHeight w:val="20"/>
          <w:tblHeader/>
          <w:jc w:val="center"/>
        </w:trPr>
        <w:tc>
          <w:tcPr>
            <w:tcW w:w="2235" w:type="dxa"/>
            <w:vAlign w:val="center"/>
          </w:tcPr>
          <w:p w14:paraId="593DB954" w14:textId="40921CF0" w:rsidR="007779AC" w:rsidRPr="00A33C9F" w:rsidRDefault="007779AC" w:rsidP="007779AC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Раздел</w:t>
            </w:r>
            <w:r w:rsidRPr="00A33C9F">
              <w:rPr>
                <w:rFonts w:eastAsia="Calibri" w:cs="Times New Roman"/>
                <w:lang w:val="ru-RU" w:eastAsia="ru-RU"/>
              </w:rPr>
              <w:br/>
              <w:t>(№, наименование)</w:t>
            </w:r>
          </w:p>
        </w:tc>
        <w:tc>
          <w:tcPr>
            <w:tcW w:w="2551" w:type="dxa"/>
            <w:vAlign w:val="center"/>
          </w:tcPr>
          <w:p w14:paraId="2FFBBA69" w14:textId="406CE7D2" w:rsidR="007779AC" w:rsidRPr="00A33C9F" w:rsidRDefault="007779AC" w:rsidP="007779AC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Тема</w:t>
            </w:r>
          </w:p>
        </w:tc>
        <w:tc>
          <w:tcPr>
            <w:tcW w:w="1418" w:type="dxa"/>
            <w:vAlign w:val="center"/>
          </w:tcPr>
          <w:p w14:paraId="2D064BD1" w14:textId="77777777" w:rsidR="007779AC" w:rsidRPr="00A33C9F" w:rsidRDefault="007779AC" w:rsidP="007779A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Код </w:t>
            </w:r>
          </w:p>
          <w:p w14:paraId="672B2163" w14:textId="6597534F" w:rsidR="007779AC" w:rsidRPr="00A33C9F" w:rsidRDefault="007779AC" w:rsidP="007779A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индикатора</w:t>
            </w:r>
          </w:p>
        </w:tc>
        <w:tc>
          <w:tcPr>
            <w:tcW w:w="1984" w:type="dxa"/>
            <w:vAlign w:val="center"/>
          </w:tcPr>
          <w:p w14:paraId="7CACCB99" w14:textId="7963FB5A" w:rsidR="007779AC" w:rsidRPr="00A33C9F" w:rsidRDefault="007779AC" w:rsidP="007779A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Cs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Форма </w:t>
            </w:r>
            <w:r w:rsidRPr="00A33C9F">
              <w:rPr>
                <w:rFonts w:eastAsia="Calibri" w:cs="Times New Roman"/>
                <w:lang w:val="ru-RU" w:eastAsia="ru-RU"/>
              </w:rPr>
              <w:br/>
              <w:t>оценки</w:t>
            </w:r>
          </w:p>
        </w:tc>
        <w:tc>
          <w:tcPr>
            <w:tcW w:w="1835" w:type="dxa"/>
            <w:vAlign w:val="center"/>
          </w:tcPr>
          <w:p w14:paraId="0C0B975C" w14:textId="0BAE9CFE" w:rsidR="007779AC" w:rsidRPr="00A33C9F" w:rsidRDefault="007779AC" w:rsidP="007779A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ФОС</w:t>
            </w:r>
          </w:p>
        </w:tc>
      </w:tr>
      <w:tr w:rsidR="00851DFE" w:rsidRPr="00A33C9F" w14:paraId="393C0265" w14:textId="77777777" w:rsidTr="007779AC">
        <w:trPr>
          <w:trHeight w:val="20"/>
          <w:tblHeader/>
          <w:jc w:val="center"/>
        </w:trPr>
        <w:tc>
          <w:tcPr>
            <w:tcW w:w="2235" w:type="dxa"/>
            <w:vAlign w:val="center"/>
          </w:tcPr>
          <w:p w14:paraId="1D57494A" w14:textId="77777777" w:rsidR="00851DFE" w:rsidRPr="00A33C9F" w:rsidRDefault="00851DFE" w:rsidP="00427F33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1</w:t>
            </w:r>
          </w:p>
        </w:tc>
        <w:tc>
          <w:tcPr>
            <w:tcW w:w="2551" w:type="dxa"/>
            <w:vAlign w:val="center"/>
          </w:tcPr>
          <w:p w14:paraId="38A36EFB" w14:textId="77777777" w:rsidR="00851DFE" w:rsidRPr="00A33C9F" w:rsidRDefault="00851DFE" w:rsidP="00427F33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70E55784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295B55F8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Cs/>
                <w:lang w:val="ru-RU" w:eastAsia="ru-RU"/>
              </w:rPr>
            </w:pPr>
            <w:r w:rsidRPr="00A33C9F">
              <w:rPr>
                <w:rFonts w:eastAsia="Calibri" w:cs="Times New Roman"/>
                <w:iCs/>
                <w:lang w:val="ru-RU" w:eastAsia="ru-RU"/>
              </w:rPr>
              <w:t>4</w:t>
            </w:r>
          </w:p>
        </w:tc>
        <w:tc>
          <w:tcPr>
            <w:tcW w:w="1835" w:type="dxa"/>
            <w:vAlign w:val="center"/>
          </w:tcPr>
          <w:p w14:paraId="2FFDDE0A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i/>
                <w:lang w:val="ru-RU" w:eastAsia="ru-RU"/>
              </w:rPr>
              <w:t>5</w:t>
            </w:r>
          </w:p>
        </w:tc>
      </w:tr>
      <w:tr w:rsidR="00851DFE" w:rsidRPr="00A55F74" w14:paraId="06755412" w14:textId="77777777" w:rsidTr="007779AC">
        <w:trPr>
          <w:trHeight w:val="20"/>
          <w:jc w:val="center"/>
        </w:trPr>
        <w:tc>
          <w:tcPr>
            <w:tcW w:w="2235" w:type="dxa"/>
          </w:tcPr>
          <w:p w14:paraId="4E34B196" w14:textId="77777777" w:rsidR="00851DFE" w:rsidRPr="00A33C9F" w:rsidRDefault="00851DFE" w:rsidP="00773B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284" w:hanging="284"/>
              <w:contextualSpacing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Основы языка Python</w:t>
            </w:r>
          </w:p>
        </w:tc>
        <w:tc>
          <w:tcPr>
            <w:tcW w:w="2551" w:type="dxa"/>
          </w:tcPr>
          <w:p w14:paraId="568D999D" w14:textId="788B2B62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1.1. Общие сведения о языке Python</w:t>
            </w:r>
          </w:p>
          <w:p w14:paraId="114AF8E0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1.2. Переменные, выражения и инструкции</w:t>
            </w:r>
          </w:p>
          <w:p w14:paraId="043A5EE1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1.3. Условия и рекурсия</w:t>
            </w:r>
          </w:p>
          <w:p w14:paraId="4E568560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1.4. </w:t>
            </w:r>
            <w:r w:rsidRPr="00A33C9F">
              <w:rPr>
                <w:rFonts w:eastAsia="Times New Roman" w:cs="Times New Roman"/>
                <w:lang w:val="ru-RU" w:eastAsia="ru-RU"/>
              </w:rPr>
              <w:t>Циклы</w:t>
            </w:r>
          </w:p>
        </w:tc>
        <w:tc>
          <w:tcPr>
            <w:tcW w:w="1418" w:type="dxa"/>
          </w:tcPr>
          <w:p w14:paraId="68479115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ОПК-1.1</w:t>
            </w:r>
          </w:p>
          <w:p w14:paraId="1C95D156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ОПК-2.1</w:t>
            </w:r>
          </w:p>
          <w:p w14:paraId="3A8C89A3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ОПК-5.2</w:t>
            </w:r>
          </w:p>
          <w:p w14:paraId="3C89114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ОПК-4.3</w:t>
            </w:r>
          </w:p>
        </w:tc>
        <w:tc>
          <w:tcPr>
            <w:tcW w:w="1984" w:type="dxa"/>
          </w:tcPr>
          <w:p w14:paraId="71697DB4" w14:textId="77777777" w:rsidR="00851DFE" w:rsidRPr="0064486C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64486C">
              <w:rPr>
                <w:rFonts w:eastAsia="Calibri" w:cs="Times New Roman"/>
                <w:lang w:val="ru-RU" w:eastAsia="ru-RU"/>
              </w:rPr>
              <w:t>Промежуточная аттестация – зачёт с оценкой</w:t>
            </w:r>
          </w:p>
          <w:p w14:paraId="77084E36" w14:textId="093DC654" w:rsidR="00851DFE" w:rsidRPr="0064486C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21EE3645" w14:textId="4AA4BFEB" w:rsidR="00CD5584" w:rsidRPr="0064486C" w:rsidRDefault="00CD5584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14AD5625" w14:textId="2073A4FA" w:rsidR="00851DFE" w:rsidRPr="0064486C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64486C">
              <w:rPr>
                <w:rFonts w:eastAsia="Calibri" w:cs="Times New Roman"/>
                <w:lang w:val="ru-RU" w:eastAsia="ru-RU"/>
              </w:rPr>
              <w:t xml:space="preserve">Текущий контроль в </w:t>
            </w:r>
            <w:r w:rsidRPr="0064486C">
              <w:rPr>
                <w:rFonts w:eastAsia="Calibri" w:cs="Times New Roman"/>
                <w:spacing w:val="-6"/>
                <w:lang w:val="ru-RU" w:eastAsia="ru-RU"/>
              </w:rPr>
              <w:t>интерактивной</w:t>
            </w:r>
            <w:r w:rsidRPr="0064486C">
              <w:rPr>
                <w:rFonts w:eastAsia="Calibri" w:cs="Times New Roman"/>
                <w:lang w:val="ru-RU" w:eastAsia="ru-RU"/>
              </w:rPr>
              <w:t xml:space="preserve"> форме – лекция-дискуссия</w:t>
            </w:r>
            <w:r w:rsidR="008041EB" w:rsidRPr="0064486C">
              <w:rPr>
                <w:rFonts w:eastAsia="Calibri" w:cs="Times New Roman"/>
                <w:lang w:val="ru-RU" w:eastAsia="ru-RU"/>
              </w:rPr>
              <w:t>,</w:t>
            </w:r>
          </w:p>
          <w:p w14:paraId="58CE8BE7" w14:textId="463CF43B" w:rsidR="00851DFE" w:rsidRPr="0064486C" w:rsidRDefault="00BC5632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>
              <w:rPr>
                <w:rFonts w:eastAsia="Calibri" w:cs="Times New Roman"/>
                <w:lang w:val="ru-RU" w:eastAsia="ru-RU"/>
              </w:rPr>
              <w:t>с</w:t>
            </w:r>
            <w:r w:rsidR="0064486C" w:rsidRPr="0064486C">
              <w:rPr>
                <w:rFonts w:eastAsia="Calibri" w:cs="Times New Roman"/>
                <w:lang w:val="ru-RU" w:eastAsia="ru-RU"/>
              </w:rPr>
              <w:t>обеседование</w:t>
            </w:r>
          </w:p>
        </w:tc>
        <w:tc>
          <w:tcPr>
            <w:tcW w:w="1835" w:type="dxa"/>
          </w:tcPr>
          <w:p w14:paraId="06D9FB2E" w14:textId="63CE51AB" w:rsidR="00851DFE" w:rsidRPr="0064486C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64486C">
              <w:rPr>
                <w:rFonts w:eastAsia="Calibri" w:cs="Times New Roman"/>
                <w:lang w:val="ru-RU" w:eastAsia="ru-RU"/>
              </w:rPr>
              <w:t xml:space="preserve">Вопросы к </w:t>
            </w:r>
            <w:r w:rsidRPr="0064486C">
              <w:rPr>
                <w:rFonts w:eastAsia="Calibri" w:cs="Times New Roman"/>
                <w:lang w:val="ru-RU" w:eastAsia="ru-RU"/>
              </w:rPr>
              <w:br/>
              <w:t xml:space="preserve">зачёту с оценкой </w:t>
            </w:r>
            <w:r w:rsidR="00CD5584" w:rsidRPr="0064486C">
              <w:rPr>
                <w:rFonts w:eastAsia="Calibri" w:cs="Times New Roman"/>
                <w:lang w:val="ru-RU" w:eastAsia="ru-RU"/>
              </w:rPr>
              <w:br/>
            </w:r>
            <w:r w:rsidRPr="0064486C">
              <w:rPr>
                <w:rFonts w:eastAsia="Calibri" w:cs="Times New Roman"/>
                <w:lang w:val="ru-RU" w:eastAsia="ru-RU"/>
              </w:rPr>
              <w:t>1.1 – 1.</w:t>
            </w:r>
            <w:r w:rsidR="0064486C" w:rsidRPr="0064486C">
              <w:rPr>
                <w:rFonts w:eastAsia="Calibri" w:cs="Times New Roman"/>
                <w:lang w:val="ru-RU" w:eastAsia="ru-RU"/>
              </w:rPr>
              <w:t>20</w:t>
            </w:r>
          </w:p>
          <w:p w14:paraId="7385DA84" w14:textId="77777777" w:rsidR="00851DFE" w:rsidRPr="0064486C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7DB31959" w14:textId="3D7DBE48" w:rsidR="00851DFE" w:rsidRPr="0064486C" w:rsidRDefault="007779AC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64486C">
              <w:rPr>
                <w:rFonts w:eastAsia="Times New Roman" w:cs="Times New Roman"/>
                <w:lang w:val="ru-RU" w:eastAsia="ru-RU"/>
              </w:rPr>
              <w:t>Перечень дискусси</w:t>
            </w:r>
            <w:r w:rsidR="0014163A">
              <w:rPr>
                <w:rFonts w:eastAsia="Times New Roman" w:cs="Times New Roman"/>
                <w:lang w:val="ru-RU" w:eastAsia="ru-RU"/>
              </w:rPr>
              <w:t>онных</w:t>
            </w:r>
            <w:r w:rsidR="0014163A" w:rsidRPr="0064486C">
              <w:rPr>
                <w:rFonts w:eastAsia="Times New Roman" w:cs="Times New Roman"/>
                <w:lang w:val="ru-RU" w:eastAsia="ru-RU"/>
              </w:rPr>
              <w:t xml:space="preserve"> тем</w:t>
            </w:r>
            <w:r w:rsidR="00BC5632">
              <w:rPr>
                <w:rFonts w:eastAsia="Times New Roman" w:cs="Times New Roman"/>
                <w:lang w:val="ru-RU" w:eastAsia="ru-RU"/>
              </w:rPr>
              <w:t>,</w:t>
            </w:r>
            <w:r w:rsidR="0014163A">
              <w:rPr>
                <w:rFonts w:eastAsia="Times New Roman" w:cs="Times New Roman"/>
                <w:lang w:val="ru-RU" w:eastAsia="ru-RU"/>
              </w:rPr>
              <w:t xml:space="preserve"> </w:t>
            </w:r>
            <w:r w:rsidR="0014163A">
              <w:rPr>
                <w:rFonts w:eastAsia="Times New Roman" w:cs="Times New Roman"/>
                <w:lang w:val="ru-RU" w:eastAsia="ru-RU"/>
              </w:rPr>
              <w:br/>
            </w:r>
            <w:r w:rsidR="00BC5632">
              <w:rPr>
                <w:rFonts w:eastAsia="Calibri" w:cs="Times New Roman"/>
                <w:lang w:val="ru-RU" w:eastAsia="ru-RU"/>
              </w:rPr>
              <w:t>в</w:t>
            </w:r>
            <w:r w:rsidR="0064486C" w:rsidRPr="0064486C">
              <w:rPr>
                <w:rFonts w:eastAsia="Calibri" w:cs="Times New Roman"/>
                <w:lang w:val="ru-RU" w:eastAsia="ru-RU"/>
              </w:rPr>
              <w:t xml:space="preserve">опросы </w:t>
            </w:r>
            <w:r w:rsidR="00851DFE" w:rsidRPr="0064486C">
              <w:rPr>
                <w:rFonts w:eastAsia="Calibri" w:cs="Times New Roman"/>
                <w:lang w:val="ru-RU" w:eastAsia="ru-RU"/>
              </w:rPr>
              <w:t xml:space="preserve">для </w:t>
            </w:r>
            <w:r w:rsidR="008041EB" w:rsidRPr="0064486C">
              <w:rPr>
                <w:rFonts w:eastAsia="Calibri" w:cs="Times New Roman"/>
                <w:lang w:val="ru-RU" w:eastAsia="ru-RU"/>
              </w:rPr>
              <w:t>собеседования</w:t>
            </w:r>
            <w:r w:rsidR="00851DFE" w:rsidRPr="0064486C">
              <w:rPr>
                <w:rFonts w:eastAsia="Calibri" w:cs="Times New Roman"/>
                <w:lang w:val="ru-RU" w:eastAsia="ru-RU"/>
              </w:rPr>
              <w:t xml:space="preserve"> </w:t>
            </w:r>
          </w:p>
          <w:p w14:paraId="6FCC2A07" w14:textId="50F76B85" w:rsidR="00851DFE" w:rsidRPr="0064486C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</w:p>
        </w:tc>
      </w:tr>
      <w:tr w:rsidR="00851DFE" w:rsidRPr="00A33C9F" w14:paraId="60D5C89F" w14:textId="77777777" w:rsidTr="007779AC">
        <w:trPr>
          <w:cantSplit/>
          <w:trHeight w:val="20"/>
          <w:jc w:val="center"/>
        </w:trPr>
        <w:tc>
          <w:tcPr>
            <w:tcW w:w="2235" w:type="dxa"/>
          </w:tcPr>
          <w:p w14:paraId="5E26DE06" w14:textId="77777777" w:rsidR="00851DFE" w:rsidRPr="00A33C9F" w:rsidRDefault="00851DFE" w:rsidP="00773B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284" w:hanging="284"/>
              <w:contextualSpacing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lastRenderedPageBreak/>
              <w:t>Функции</w:t>
            </w:r>
          </w:p>
        </w:tc>
        <w:tc>
          <w:tcPr>
            <w:tcW w:w="2551" w:type="dxa"/>
          </w:tcPr>
          <w:p w14:paraId="142081D2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2.1. Функции</w:t>
            </w:r>
          </w:p>
        </w:tc>
        <w:tc>
          <w:tcPr>
            <w:tcW w:w="1418" w:type="dxa"/>
          </w:tcPr>
          <w:p w14:paraId="3E210F82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ОПК-1.1</w:t>
            </w:r>
          </w:p>
          <w:p w14:paraId="155CCD3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ОПК-2.1</w:t>
            </w:r>
          </w:p>
          <w:p w14:paraId="243A5CE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ОПК-5.2</w:t>
            </w:r>
          </w:p>
          <w:p w14:paraId="6E0BB9A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ОПК-4.3</w:t>
            </w:r>
          </w:p>
        </w:tc>
        <w:tc>
          <w:tcPr>
            <w:tcW w:w="1984" w:type="dxa"/>
          </w:tcPr>
          <w:p w14:paraId="52DF09EC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Промежуточная аттестация – зачёт с оценкой</w:t>
            </w:r>
          </w:p>
          <w:p w14:paraId="518C881D" w14:textId="662D33D6" w:rsidR="00851DFE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6F2A907A" w14:textId="77777777" w:rsidR="00BC5632" w:rsidRPr="00A33C9F" w:rsidRDefault="00BC5632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3C239674" w14:textId="0D23477E" w:rsidR="00851DFE" w:rsidRPr="00A33C9F" w:rsidRDefault="00851DFE" w:rsidP="00B93C5B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Текущий контроль в </w:t>
            </w:r>
            <w:r w:rsidRPr="00A33C9F">
              <w:rPr>
                <w:rFonts w:eastAsia="Calibri" w:cs="Times New Roman"/>
                <w:spacing w:val="-6"/>
                <w:lang w:val="ru-RU" w:eastAsia="ru-RU"/>
              </w:rPr>
              <w:t>интерактивной</w:t>
            </w:r>
            <w:r w:rsidRPr="00A33C9F">
              <w:rPr>
                <w:rFonts w:eastAsia="Calibri" w:cs="Times New Roman"/>
                <w:lang w:val="ru-RU" w:eastAsia="ru-RU"/>
              </w:rPr>
              <w:t xml:space="preserve"> форме – лекция-дискуссия, </w:t>
            </w:r>
            <w:proofErr w:type="spellStart"/>
            <w:r w:rsidRPr="00A33C9F">
              <w:rPr>
                <w:rFonts w:eastAsia="Calibri" w:cs="Times New Roman"/>
                <w:lang w:val="ru-RU" w:eastAsia="ru-RU"/>
              </w:rPr>
              <w:t>сase-study</w:t>
            </w:r>
            <w:proofErr w:type="spellEnd"/>
            <w:r w:rsidRPr="00A33C9F">
              <w:rPr>
                <w:rFonts w:eastAsia="Calibri" w:cs="Times New Roman"/>
                <w:lang w:val="ru-RU" w:eastAsia="ru-RU"/>
              </w:rPr>
              <w:t xml:space="preserve"> (анализ конкретных ситуаций, ситуационный анализ)</w:t>
            </w:r>
          </w:p>
        </w:tc>
        <w:tc>
          <w:tcPr>
            <w:tcW w:w="1835" w:type="dxa"/>
          </w:tcPr>
          <w:p w14:paraId="3C4FC1B3" w14:textId="6DB2A1E2" w:rsidR="00851DFE" w:rsidRPr="00BC5632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BC5632">
              <w:rPr>
                <w:rFonts w:eastAsia="Calibri" w:cs="Times New Roman"/>
                <w:lang w:val="ru-RU" w:eastAsia="ru-RU"/>
              </w:rPr>
              <w:t xml:space="preserve">Вопросы к </w:t>
            </w:r>
            <w:r w:rsidRPr="00BC5632">
              <w:rPr>
                <w:rFonts w:eastAsia="Calibri" w:cs="Times New Roman"/>
                <w:lang w:val="ru-RU" w:eastAsia="ru-RU"/>
              </w:rPr>
              <w:br/>
              <w:t xml:space="preserve">зачёту с оценкой </w:t>
            </w:r>
            <w:r w:rsidR="0064486C" w:rsidRPr="00BC5632">
              <w:rPr>
                <w:rFonts w:eastAsia="Calibri" w:cs="Times New Roman"/>
                <w:lang w:val="ru-RU" w:eastAsia="ru-RU"/>
              </w:rPr>
              <w:br/>
            </w:r>
            <w:r w:rsidRPr="00BC5632">
              <w:rPr>
                <w:rFonts w:eastAsia="Calibri" w:cs="Times New Roman"/>
                <w:lang w:val="ru-RU" w:eastAsia="ru-RU"/>
              </w:rPr>
              <w:t>2.1 – 2.</w:t>
            </w:r>
            <w:r w:rsidR="0064486C" w:rsidRPr="00BC5632">
              <w:rPr>
                <w:rFonts w:eastAsia="Calibri" w:cs="Times New Roman"/>
                <w:lang w:val="ru-RU" w:eastAsia="ru-RU"/>
              </w:rPr>
              <w:t>10</w:t>
            </w:r>
          </w:p>
          <w:p w14:paraId="5AC6B689" w14:textId="77777777" w:rsidR="00851DFE" w:rsidRPr="00BC5632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37E222D6" w14:textId="64456F15" w:rsidR="00BC5632" w:rsidRPr="00BC5632" w:rsidRDefault="0014163A" w:rsidP="00BC563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64486C">
              <w:rPr>
                <w:rFonts w:eastAsia="Times New Roman" w:cs="Times New Roman"/>
                <w:lang w:val="ru-RU" w:eastAsia="ru-RU"/>
              </w:rPr>
              <w:t>Перечень дискусси</w:t>
            </w:r>
            <w:r>
              <w:rPr>
                <w:rFonts w:eastAsia="Times New Roman" w:cs="Times New Roman"/>
                <w:lang w:val="ru-RU" w:eastAsia="ru-RU"/>
              </w:rPr>
              <w:t>онных</w:t>
            </w:r>
            <w:r w:rsidRPr="0064486C">
              <w:rPr>
                <w:rFonts w:eastAsia="Times New Roman" w:cs="Times New Roman"/>
                <w:lang w:val="ru-RU" w:eastAsia="ru-RU"/>
              </w:rPr>
              <w:t xml:space="preserve"> тем</w:t>
            </w:r>
            <w:r w:rsidR="00BC5632" w:rsidRPr="00BC5632">
              <w:rPr>
                <w:rFonts w:eastAsia="Times New Roman" w:cs="Times New Roman"/>
                <w:lang w:val="ru-RU" w:eastAsia="ru-RU"/>
              </w:rPr>
              <w:t>,</w:t>
            </w:r>
            <w:r w:rsidR="00BC5632" w:rsidRPr="00BC5632">
              <w:rPr>
                <w:rFonts w:eastAsia="Calibri" w:cs="Times New Roman"/>
                <w:lang w:val="ru-RU" w:eastAsia="ru-RU"/>
              </w:rPr>
              <w:t xml:space="preserve"> примеры для анализа ситуаций,</w:t>
            </w:r>
          </w:p>
          <w:p w14:paraId="2E9D3A64" w14:textId="4F6B65CC" w:rsidR="00851DFE" w:rsidRPr="00BC5632" w:rsidRDefault="00BC5632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BC5632">
              <w:rPr>
                <w:rFonts w:eastAsia="Calibri" w:cs="Times New Roman"/>
                <w:lang w:val="ru-RU" w:eastAsia="ru-RU"/>
              </w:rPr>
              <w:t xml:space="preserve">вопросы для собеседования </w:t>
            </w:r>
          </w:p>
        </w:tc>
      </w:tr>
      <w:tr w:rsidR="00851DFE" w:rsidRPr="00A33C9F" w14:paraId="7246172C" w14:textId="77777777" w:rsidTr="007779AC">
        <w:trPr>
          <w:trHeight w:val="20"/>
          <w:jc w:val="center"/>
        </w:trPr>
        <w:tc>
          <w:tcPr>
            <w:tcW w:w="2235" w:type="dxa"/>
          </w:tcPr>
          <w:p w14:paraId="047E61BE" w14:textId="77777777" w:rsidR="00851DFE" w:rsidRPr="00A33C9F" w:rsidRDefault="00851DFE" w:rsidP="00773B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284" w:hanging="284"/>
              <w:contextualSpacing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Основные типы данных</w:t>
            </w:r>
          </w:p>
        </w:tc>
        <w:tc>
          <w:tcPr>
            <w:tcW w:w="2551" w:type="dxa"/>
          </w:tcPr>
          <w:p w14:paraId="7F7871AA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3.1. Строки</w:t>
            </w:r>
          </w:p>
          <w:p w14:paraId="4AAD7713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3.2. Списки и кортежи</w:t>
            </w:r>
          </w:p>
          <w:p w14:paraId="7BBDF887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3.3. Словари</w:t>
            </w:r>
          </w:p>
        </w:tc>
        <w:tc>
          <w:tcPr>
            <w:tcW w:w="1418" w:type="dxa"/>
          </w:tcPr>
          <w:p w14:paraId="41F45113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ОПК-1.1</w:t>
            </w:r>
          </w:p>
          <w:p w14:paraId="54D70D75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ОПК-2.1</w:t>
            </w:r>
          </w:p>
          <w:p w14:paraId="592C2D40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ОПК-5.2</w:t>
            </w:r>
          </w:p>
          <w:p w14:paraId="0ED0D1BC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ОПК-4.3</w:t>
            </w:r>
          </w:p>
        </w:tc>
        <w:tc>
          <w:tcPr>
            <w:tcW w:w="1984" w:type="dxa"/>
          </w:tcPr>
          <w:p w14:paraId="7C0AD8D5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Промежуточная аттестация – зачёт с оценкой</w:t>
            </w:r>
          </w:p>
          <w:p w14:paraId="472D64C8" w14:textId="4CDEF01A" w:rsidR="00851DFE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1FADFD60" w14:textId="77777777" w:rsidR="00922E39" w:rsidRPr="00A33C9F" w:rsidRDefault="00922E39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54913BFC" w14:textId="1D7A5FCD" w:rsidR="00851DFE" w:rsidRPr="00A33C9F" w:rsidRDefault="00851DFE" w:rsidP="00B93C5B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Текущий контроль </w:t>
            </w:r>
          </w:p>
        </w:tc>
        <w:tc>
          <w:tcPr>
            <w:tcW w:w="1835" w:type="dxa"/>
          </w:tcPr>
          <w:p w14:paraId="62B702A5" w14:textId="4EF57C33" w:rsidR="00851DFE" w:rsidRPr="00922E39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922E39">
              <w:rPr>
                <w:rFonts w:eastAsia="Calibri" w:cs="Times New Roman"/>
                <w:lang w:val="ru-RU" w:eastAsia="ru-RU"/>
              </w:rPr>
              <w:t xml:space="preserve">Вопросы к </w:t>
            </w:r>
            <w:r w:rsidRPr="00922E39">
              <w:rPr>
                <w:rFonts w:eastAsia="Calibri" w:cs="Times New Roman"/>
                <w:lang w:val="ru-RU" w:eastAsia="ru-RU"/>
              </w:rPr>
              <w:br/>
              <w:t xml:space="preserve">зачёту с оценкой </w:t>
            </w:r>
            <w:r w:rsidR="00BC5632" w:rsidRPr="00922E39">
              <w:rPr>
                <w:rFonts w:eastAsia="Calibri" w:cs="Times New Roman"/>
                <w:lang w:val="ru-RU" w:eastAsia="ru-RU"/>
              </w:rPr>
              <w:br/>
            </w:r>
            <w:r w:rsidRPr="00922E39">
              <w:rPr>
                <w:rFonts w:eastAsia="Calibri" w:cs="Times New Roman"/>
                <w:lang w:val="ru-RU" w:eastAsia="ru-RU"/>
              </w:rPr>
              <w:t>3.1 – 3.</w:t>
            </w:r>
            <w:r w:rsidR="0064486C" w:rsidRPr="00922E39">
              <w:rPr>
                <w:rFonts w:eastAsia="Calibri" w:cs="Times New Roman"/>
                <w:lang w:val="ru-RU" w:eastAsia="ru-RU"/>
              </w:rPr>
              <w:t>14</w:t>
            </w:r>
          </w:p>
          <w:p w14:paraId="21ED5474" w14:textId="77777777" w:rsidR="00851DFE" w:rsidRPr="00922E39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28CD97D2" w14:textId="20D2AA60" w:rsidR="00851DFE" w:rsidRPr="00922E39" w:rsidRDefault="00922E39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922E39">
              <w:rPr>
                <w:rFonts w:eastAsia="Calibri" w:cs="Times New Roman"/>
                <w:lang w:val="ru-RU" w:eastAsia="ru-RU"/>
              </w:rPr>
              <w:t xml:space="preserve">Вопросы для собеседования </w:t>
            </w:r>
          </w:p>
        </w:tc>
      </w:tr>
      <w:tr w:rsidR="00851DFE" w:rsidRPr="00A55F74" w14:paraId="6D299168" w14:textId="77777777" w:rsidTr="007779AC">
        <w:trPr>
          <w:trHeight w:val="20"/>
          <w:jc w:val="center"/>
        </w:trPr>
        <w:tc>
          <w:tcPr>
            <w:tcW w:w="2235" w:type="dxa"/>
          </w:tcPr>
          <w:p w14:paraId="05F3E28E" w14:textId="77777777" w:rsidR="00851DFE" w:rsidRPr="00A33C9F" w:rsidRDefault="00851DFE" w:rsidP="00773B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284" w:hanging="284"/>
              <w:contextualSpacing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Файлы</w:t>
            </w:r>
          </w:p>
        </w:tc>
        <w:tc>
          <w:tcPr>
            <w:tcW w:w="2551" w:type="dxa"/>
          </w:tcPr>
          <w:p w14:paraId="784726E4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4.1. Работа с Файлами</w:t>
            </w:r>
          </w:p>
        </w:tc>
        <w:tc>
          <w:tcPr>
            <w:tcW w:w="1418" w:type="dxa"/>
          </w:tcPr>
          <w:p w14:paraId="5CABF9B4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ОПК-1.1</w:t>
            </w:r>
          </w:p>
          <w:p w14:paraId="4C97586A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ОПК-2.1</w:t>
            </w:r>
          </w:p>
          <w:p w14:paraId="6527B52B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ОПК-5.2</w:t>
            </w:r>
          </w:p>
          <w:p w14:paraId="3F5E2A95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ОПК-4.3</w:t>
            </w:r>
          </w:p>
        </w:tc>
        <w:tc>
          <w:tcPr>
            <w:tcW w:w="1984" w:type="dxa"/>
          </w:tcPr>
          <w:p w14:paraId="1A94688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Промежуточная аттестация – зачёт с оценкой</w:t>
            </w:r>
          </w:p>
          <w:p w14:paraId="4A7BBB92" w14:textId="3319A3E4" w:rsidR="00851DFE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79B1239D" w14:textId="77777777" w:rsidR="00B93C5B" w:rsidRPr="00A33C9F" w:rsidRDefault="00B93C5B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7572275E" w14:textId="7ABA09B2" w:rsidR="00851DFE" w:rsidRPr="00A33C9F" w:rsidRDefault="00851DFE" w:rsidP="00B93C5B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Текущий контроль в </w:t>
            </w:r>
            <w:r w:rsidRPr="00A33C9F">
              <w:rPr>
                <w:rFonts w:eastAsia="Calibri" w:cs="Times New Roman"/>
                <w:spacing w:val="-6"/>
                <w:lang w:val="ru-RU" w:eastAsia="ru-RU"/>
              </w:rPr>
              <w:t>интерактивной</w:t>
            </w:r>
            <w:r w:rsidRPr="00A33C9F">
              <w:rPr>
                <w:rFonts w:eastAsia="Calibri" w:cs="Times New Roman"/>
                <w:lang w:val="ru-RU" w:eastAsia="ru-RU"/>
              </w:rPr>
              <w:t xml:space="preserve"> форме – </w:t>
            </w:r>
            <w:proofErr w:type="spellStart"/>
            <w:r w:rsidRPr="00A33C9F">
              <w:rPr>
                <w:rFonts w:eastAsia="Calibri" w:cs="Times New Roman"/>
                <w:lang w:val="ru-RU" w:eastAsia="ru-RU"/>
              </w:rPr>
              <w:t>сase-study</w:t>
            </w:r>
            <w:proofErr w:type="spellEnd"/>
            <w:r w:rsidRPr="00A33C9F">
              <w:rPr>
                <w:rFonts w:eastAsia="Calibri" w:cs="Times New Roman"/>
                <w:lang w:val="ru-RU" w:eastAsia="ru-RU"/>
              </w:rPr>
              <w:t xml:space="preserve"> (анализ конкретных ситуаций, ситуационный анализ)</w:t>
            </w:r>
          </w:p>
        </w:tc>
        <w:tc>
          <w:tcPr>
            <w:tcW w:w="1835" w:type="dxa"/>
          </w:tcPr>
          <w:p w14:paraId="375D36A3" w14:textId="3AAA8F50" w:rsidR="00851DFE" w:rsidRPr="00B93C5B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B93C5B">
              <w:rPr>
                <w:rFonts w:eastAsia="Calibri" w:cs="Times New Roman"/>
                <w:lang w:val="ru-RU" w:eastAsia="ru-RU"/>
              </w:rPr>
              <w:t xml:space="preserve">Вопросы к </w:t>
            </w:r>
            <w:r w:rsidRPr="00B93C5B">
              <w:rPr>
                <w:rFonts w:eastAsia="Calibri" w:cs="Times New Roman"/>
                <w:lang w:val="ru-RU" w:eastAsia="ru-RU"/>
              </w:rPr>
              <w:br/>
              <w:t xml:space="preserve">зачёту с оценкой </w:t>
            </w:r>
            <w:r w:rsidR="00BC5632" w:rsidRPr="00B93C5B">
              <w:rPr>
                <w:rFonts w:eastAsia="Calibri" w:cs="Times New Roman"/>
                <w:lang w:val="ru-RU" w:eastAsia="ru-RU"/>
              </w:rPr>
              <w:br/>
            </w:r>
            <w:r w:rsidRPr="00B93C5B">
              <w:rPr>
                <w:rFonts w:eastAsia="Calibri" w:cs="Times New Roman"/>
                <w:lang w:val="ru-RU" w:eastAsia="ru-RU"/>
              </w:rPr>
              <w:t>4.1 – 4.</w:t>
            </w:r>
            <w:r w:rsidR="0064486C" w:rsidRPr="00B93C5B">
              <w:rPr>
                <w:rFonts w:eastAsia="Calibri" w:cs="Times New Roman"/>
                <w:lang w:val="ru-RU" w:eastAsia="ru-RU"/>
              </w:rPr>
              <w:t>8</w:t>
            </w:r>
          </w:p>
          <w:p w14:paraId="0E05DDDD" w14:textId="77777777" w:rsidR="00851DFE" w:rsidRPr="00B93C5B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121D282D" w14:textId="77777777" w:rsidR="00851DFE" w:rsidRPr="00B93C5B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B93C5B">
              <w:rPr>
                <w:rFonts w:eastAsia="Calibri" w:cs="Times New Roman"/>
                <w:lang w:val="ru-RU" w:eastAsia="ru-RU"/>
              </w:rPr>
              <w:t xml:space="preserve">Примеры для анализа ситуаций, </w:t>
            </w:r>
          </w:p>
          <w:p w14:paraId="039B055E" w14:textId="3C844CB9" w:rsidR="00851DFE" w:rsidRPr="00B93C5B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B93C5B">
              <w:rPr>
                <w:rFonts w:eastAsia="Calibri" w:cs="Times New Roman"/>
                <w:lang w:val="ru-RU" w:eastAsia="ru-RU"/>
              </w:rPr>
              <w:t>вопросы для собеседовани</w:t>
            </w:r>
            <w:r w:rsidR="00B93C5B" w:rsidRPr="00B93C5B">
              <w:rPr>
                <w:rFonts w:eastAsia="Calibri" w:cs="Times New Roman"/>
                <w:lang w:val="ru-RU" w:eastAsia="ru-RU"/>
              </w:rPr>
              <w:t>я</w:t>
            </w:r>
          </w:p>
        </w:tc>
      </w:tr>
      <w:tr w:rsidR="00851DFE" w:rsidRPr="00A55F74" w14:paraId="55C0E4B0" w14:textId="77777777" w:rsidTr="007779AC">
        <w:trPr>
          <w:trHeight w:val="20"/>
          <w:jc w:val="center"/>
        </w:trPr>
        <w:tc>
          <w:tcPr>
            <w:tcW w:w="2235" w:type="dxa"/>
          </w:tcPr>
          <w:p w14:paraId="6EBC2DB4" w14:textId="77777777" w:rsidR="00851DFE" w:rsidRPr="00A33C9F" w:rsidRDefault="00851DFE" w:rsidP="00773B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284" w:hanging="284"/>
              <w:contextualSpacing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Классы и объекты</w:t>
            </w:r>
          </w:p>
        </w:tc>
        <w:tc>
          <w:tcPr>
            <w:tcW w:w="2551" w:type="dxa"/>
          </w:tcPr>
          <w:p w14:paraId="44323406" w14:textId="77777777" w:rsidR="00851DFE" w:rsidRPr="00A33C9F" w:rsidRDefault="00851DFE" w:rsidP="00427F33">
            <w:pPr>
              <w:widowControl w:val="0"/>
              <w:spacing w:line="240" w:lineRule="auto"/>
              <w:ind w:left="440" w:hanging="425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5.1. Классы и объекты</w:t>
            </w:r>
          </w:p>
        </w:tc>
        <w:tc>
          <w:tcPr>
            <w:tcW w:w="1418" w:type="dxa"/>
          </w:tcPr>
          <w:p w14:paraId="550297BB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ОПК-1.1</w:t>
            </w:r>
          </w:p>
          <w:p w14:paraId="5F83BAB2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ОПК-2.1</w:t>
            </w:r>
          </w:p>
          <w:p w14:paraId="5B9E2FBB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ОПК-5.2</w:t>
            </w:r>
          </w:p>
          <w:p w14:paraId="5E99F671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i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ОПК-4.3</w:t>
            </w:r>
          </w:p>
        </w:tc>
        <w:tc>
          <w:tcPr>
            <w:tcW w:w="1984" w:type="dxa"/>
          </w:tcPr>
          <w:p w14:paraId="53904144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Промежуточная аттестация – зачёт с оценкой</w:t>
            </w:r>
          </w:p>
          <w:p w14:paraId="60249CFA" w14:textId="3A802EBF" w:rsidR="00851DFE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628E318C" w14:textId="77777777" w:rsidR="00B93C5B" w:rsidRPr="00A33C9F" w:rsidRDefault="00B93C5B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77A70366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Контрольная работа</w:t>
            </w:r>
          </w:p>
          <w:p w14:paraId="5D3A656D" w14:textId="77777777" w:rsidR="00851DFE" w:rsidRPr="00A33C9F" w:rsidRDefault="00851DFE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75F36526" w14:textId="4E12E3C8" w:rsidR="00851DFE" w:rsidRPr="00A33C9F" w:rsidRDefault="00851DFE" w:rsidP="00B93C5B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Текущий контроль </w:t>
            </w:r>
          </w:p>
        </w:tc>
        <w:tc>
          <w:tcPr>
            <w:tcW w:w="1835" w:type="dxa"/>
          </w:tcPr>
          <w:p w14:paraId="157C4AE2" w14:textId="7CAF3824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 xml:space="preserve">Вопросы к </w:t>
            </w:r>
            <w:r w:rsidRPr="00A33C9F">
              <w:rPr>
                <w:rFonts w:eastAsia="Calibri" w:cs="Times New Roman"/>
                <w:lang w:val="ru-RU" w:eastAsia="ru-RU"/>
              </w:rPr>
              <w:br/>
              <w:t xml:space="preserve">зачёту с оценкой </w:t>
            </w:r>
            <w:r w:rsidR="00BC5632">
              <w:rPr>
                <w:rFonts w:eastAsia="Calibri" w:cs="Times New Roman"/>
                <w:lang w:val="ru-RU" w:eastAsia="ru-RU"/>
              </w:rPr>
              <w:br/>
            </w:r>
            <w:r w:rsidRPr="00B93C5B">
              <w:rPr>
                <w:rFonts w:eastAsia="Calibri" w:cs="Times New Roman"/>
                <w:lang w:val="ru-RU" w:eastAsia="ru-RU"/>
              </w:rPr>
              <w:t>5.1 – 5.</w:t>
            </w:r>
            <w:r w:rsidR="0064486C" w:rsidRPr="00B93C5B">
              <w:rPr>
                <w:rFonts w:eastAsia="Calibri" w:cs="Times New Roman"/>
                <w:lang w:val="ru-RU" w:eastAsia="ru-RU"/>
              </w:rPr>
              <w:t>10</w:t>
            </w:r>
          </w:p>
          <w:p w14:paraId="5C517F1D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3D867286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Комплект заданий</w:t>
            </w:r>
          </w:p>
          <w:p w14:paraId="69E4433D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lang w:val="ru-RU" w:eastAsia="ru-RU"/>
              </w:rPr>
            </w:pPr>
          </w:p>
          <w:p w14:paraId="5D95C55A" w14:textId="62E52E04" w:rsidR="00851DFE" w:rsidRPr="00A33C9F" w:rsidRDefault="00B93C5B" w:rsidP="00427F33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lang w:val="ru-RU" w:eastAsia="ru-RU"/>
              </w:rPr>
            </w:pPr>
            <w:r w:rsidRPr="00922E39">
              <w:rPr>
                <w:rFonts w:eastAsia="Calibri" w:cs="Times New Roman"/>
                <w:lang w:val="ru-RU" w:eastAsia="ru-RU"/>
              </w:rPr>
              <w:t>Вопросы для собеседования</w:t>
            </w:r>
          </w:p>
        </w:tc>
      </w:tr>
    </w:tbl>
    <w:p w14:paraId="22FDC499" w14:textId="77777777" w:rsidR="00851DFE" w:rsidRPr="00A33C9F" w:rsidRDefault="00851DFE" w:rsidP="00851DFE">
      <w:pPr>
        <w:rPr>
          <w:rFonts w:cs="Times New Roman"/>
          <w:lang w:val="ru-RU"/>
        </w:rPr>
      </w:pPr>
      <w:r w:rsidRPr="00A33C9F">
        <w:rPr>
          <w:rFonts w:cs="Times New Roman"/>
          <w:lang w:val="ru-RU"/>
        </w:rPr>
        <w:br w:type="page"/>
      </w:r>
    </w:p>
    <w:p w14:paraId="7C6BE191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33C9F">
        <w:rPr>
          <w:rFonts w:eastAsia="Times New Roman" w:cs="Times New Roman"/>
          <w:b/>
          <w:szCs w:val="24"/>
          <w:lang w:val="ru-RU" w:eastAsia="ru-RU"/>
        </w:rPr>
        <w:t>Перечень и краткая характеристика оценочных средств</w:t>
      </w:r>
    </w:p>
    <w:p w14:paraId="53EAFC77" w14:textId="77777777" w:rsidR="00851DFE" w:rsidRPr="00A33C9F" w:rsidRDefault="00851DFE" w:rsidP="00851DFE">
      <w:pPr>
        <w:widowControl w:val="0"/>
        <w:spacing w:line="240" w:lineRule="auto"/>
        <w:jc w:val="center"/>
        <w:rPr>
          <w:rFonts w:eastAsia="Times New Roman" w:cs="Times New Roman"/>
          <w:iCs/>
          <w:color w:val="000000"/>
          <w:szCs w:val="24"/>
          <w:lang w:val="ru-RU" w:eastAsia="ru-RU"/>
        </w:rPr>
      </w:pPr>
      <w:r w:rsidRPr="00A33C9F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A33C9F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A33C9F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A33C9F">
        <w:rPr>
          <w:rFonts w:eastAsia="Times New Roman" w:cs="Times New Roman"/>
          <w:b/>
          <w:szCs w:val="24"/>
          <w:lang w:val="ru-RU" w:eastAsia="ru-RU"/>
        </w:rPr>
        <w:t>07.04 Сценарные языки программирования</w:t>
      </w:r>
    </w:p>
    <w:p w14:paraId="78E44E9F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i/>
          <w:szCs w:val="24"/>
          <w:lang w:val="ru-RU"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851DFE" w:rsidRPr="00A55F74" w14:paraId="033CEDE4" w14:textId="77777777" w:rsidTr="00427F33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1ADB2D8C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№</w:t>
            </w:r>
          </w:p>
          <w:p w14:paraId="656F17BE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71EEC397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Наименование оценочного</w:t>
            </w:r>
          </w:p>
          <w:p w14:paraId="6FD26373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средства</w:t>
            </w:r>
          </w:p>
          <w:p w14:paraId="753E2CAF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D4523CB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 xml:space="preserve">Краткая характеристика </w:t>
            </w:r>
          </w:p>
          <w:p w14:paraId="107B0415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 xml:space="preserve">оценочного </w:t>
            </w:r>
          </w:p>
          <w:p w14:paraId="5A584B4E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084DD997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 xml:space="preserve">Представление </w:t>
            </w:r>
          </w:p>
          <w:p w14:paraId="2DA118B3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 xml:space="preserve">оценочного </w:t>
            </w:r>
          </w:p>
          <w:p w14:paraId="183D5044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33C9F">
              <w:rPr>
                <w:rFonts w:eastAsia="Times New Roman" w:cs="Times New Roman"/>
                <w:b/>
                <w:lang w:val="ru-RU" w:eastAsia="ru-RU"/>
              </w:rPr>
              <w:t>средства в фонде</w:t>
            </w:r>
          </w:p>
        </w:tc>
      </w:tr>
      <w:tr w:rsidR="00851DFE" w:rsidRPr="00A33C9F" w14:paraId="4242D3E2" w14:textId="77777777" w:rsidTr="00427F33">
        <w:trPr>
          <w:trHeight w:val="515"/>
        </w:trPr>
        <w:tc>
          <w:tcPr>
            <w:tcW w:w="600" w:type="dxa"/>
            <w:shd w:val="clear" w:color="auto" w:fill="auto"/>
          </w:tcPr>
          <w:p w14:paraId="537EE53F" w14:textId="32FFD601" w:rsidR="00851DFE" w:rsidRPr="00A33C9F" w:rsidRDefault="007779AC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462D7C2D" w14:textId="77777777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Дискуссия</w:t>
            </w:r>
          </w:p>
        </w:tc>
        <w:tc>
          <w:tcPr>
            <w:tcW w:w="4565" w:type="dxa"/>
            <w:shd w:val="clear" w:color="auto" w:fill="auto"/>
          </w:tcPr>
          <w:p w14:paraId="5A01B678" w14:textId="77777777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</w:t>
            </w:r>
          </w:p>
        </w:tc>
        <w:tc>
          <w:tcPr>
            <w:tcW w:w="2251" w:type="dxa"/>
            <w:shd w:val="clear" w:color="auto" w:fill="auto"/>
          </w:tcPr>
          <w:p w14:paraId="0EC1F78F" w14:textId="5E9B75E0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 xml:space="preserve">Перечень дискуссионных тем </w:t>
            </w:r>
          </w:p>
        </w:tc>
      </w:tr>
      <w:tr w:rsidR="00851DFE" w:rsidRPr="00A33C9F" w14:paraId="08D68D49" w14:textId="77777777" w:rsidTr="00427F33">
        <w:trPr>
          <w:trHeight w:val="515"/>
        </w:trPr>
        <w:tc>
          <w:tcPr>
            <w:tcW w:w="600" w:type="dxa"/>
            <w:shd w:val="clear" w:color="auto" w:fill="auto"/>
          </w:tcPr>
          <w:p w14:paraId="18C76204" w14:textId="72F27F54" w:rsidR="00851DFE" w:rsidRPr="00A33C9F" w:rsidRDefault="007779AC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3407EFEC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proofErr w:type="spellStart"/>
            <w:r w:rsidRPr="00A33C9F">
              <w:rPr>
                <w:rFonts w:eastAsia="Times New Roman" w:cs="Times New Roman"/>
                <w:lang w:val="ru-RU" w:eastAsia="ru-RU"/>
              </w:rPr>
              <w:t>Сase-study</w:t>
            </w:r>
            <w:proofErr w:type="spellEnd"/>
            <w:r w:rsidRPr="00A33C9F">
              <w:rPr>
                <w:rFonts w:eastAsia="Times New Roman" w:cs="Times New Roman"/>
                <w:lang w:val="ru-RU" w:eastAsia="ru-RU"/>
              </w:rPr>
              <w:t xml:space="preserve"> </w:t>
            </w:r>
          </w:p>
          <w:p w14:paraId="2F8BFA9D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highlight w:val="yellow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(анализ конкретных ситуаций, ситуационный анализ)</w:t>
            </w:r>
          </w:p>
        </w:tc>
        <w:tc>
          <w:tcPr>
            <w:tcW w:w="4565" w:type="dxa"/>
            <w:shd w:val="clear" w:color="auto" w:fill="auto"/>
          </w:tcPr>
          <w:p w14:paraId="281A369F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Форма активного вовлечения студентов в учебный процесс, путем привлечения внимания к наиболее важным вопросам темы на конкретных примерах.</w:t>
            </w:r>
          </w:p>
        </w:tc>
        <w:tc>
          <w:tcPr>
            <w:tcW w:w="2251" w:type="dxa"/>
            <w:shd w:val="clear" w:color="auto" w:fill="auto"/>
          </w:tcPr>
          <w:p w14:paraId="10AE4695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Calibri" w:cs="Times New Roman"/>
                <w:lang w:val="ru-RU" w:eastAsia="ru-RU"/>
              </w:rPr>
              <w:t>Примеры ситуаций</w:t>
            </w:r>
            <w:r w:rsidRPr="00A33C9F">
              <w:rPr>
                <w:rFonts w:eastAsia="Times New Roman" w:cs="Times New Roman"/>
                <w:highlight w:val="yellow"/>
                <w:lang w:val="ru-RU" w:eastAsia="ru-RU"/>
              </w:rPr>
              <w:t xml:space="preserve"> </w:t>
            </w:r>
            <w:r w:rsidRPr="00A33C9F">
              <w:rPr>
                <w:rFonts w:eastAsia="Calibri" w:cs="Times New Roman"/>
                <w:lang w:val="ru-RU" w:eastAsia="ru-RU"/>
              </w:rPr>
              <w:t xml:space="preserve">для анализа </w:t>
            </w:r>
          </w:p>
        </w:tc>
      </w:tr>
      <w:tr w:rsidR="00851DFE" w:rsidRPr="00A55F74" w14:paraId="32D93FF0" w14:textId="77777777" w:rsidTr="00427F33">
        <w:trPr>
          <w:trHeight w:val="515"/>
        </w:trPr>
        <w:tc>
          <w:tcPr>
            <w:tcW w:w="600" w:type="dxa"/>
            <w:shd w:val="clear" w:color="auto" w:fill="auto"/>
          </w:tcPr>
          <w:p w14:paraId="29F6E41D" w14:textId="023AE966" w:rsidR="00851DFE" w:rsidRPr="00A33C9F" w:rsidRDefault="007779AC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3.</w:t>
            </w:r>
          </w:p>
        </w:tc>
        <w:tc>
          <w:tcPr>
            <w:tcW w:w="2190" w:type="dxa"/>
            <w:shd w:val="clear" w:color="auto" w:fill="auto"/>
          </w:tcPr>
          <w:p w14:paraId="7F9A0805" w14:textId="77777777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 xml:space="preserve">Лабораторная </w:t>
            </w:r>
            <w:r w:rsidRPr="00A33C9F">
              <w:rPr>
                <w:rFonts w:eastAsia="Times New Roman" w:cs="Times New Roman"/>
                <w:lang w:val="ru-RU" w:eastAsia="ru-RU"/>
              </w:rPr>
              <w:br/>
              <w:t>работа</w:t>
            </w:r>
          </w:p>
        </w:tc>
        <w:tc>
          <w:tcPr>
            <w:tcW w:w="4565" w:type="dxa"/>
            <w:shd w:val="clear" w:color="auto" w:fill="auto"/>
          </w:tcPr>
          <w:p w14:paraId="53329FB3" w14:textId="77777777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51" w:type="dxa"/>
            <w:shd w:val="clear" w:color="auto" w:fill="auto"/>
          </w:tcPr>
          <w:p w14:paraId="582587D8" w14:textId="77777777" w:rsidR="00851DFE" w:rsidRPr="00A33C9F" w:rsidRDefault="00851DFE" w:rsidP="00427F33">
            <w:pPr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 xml:space="preserve">Макет отчета по </w:t>
            </w:r>
            <w:r w:rsidRPr="00A33C9F">
              <w:rPr>
                <w:rFonts w:eastAsia="Times New Roman" w:cs="Times New Roman"/>
                <w:lang w:val="ru-RU" w:eastAsia="ru-RU"/>
              </w:rPr>
              <w:br/>
              <w:t>лабораторной (-ым) работе (-</w:t>
            </w:r>
            <w:proofErr w:type="spellStart"/>
            <w:r w:rsidRPr="00A33C9F">
              <w:rPr>
                <w:rFonts w:eastAsia="Times New Roman" w:cs="Times New Roman"/>
                <w:lang w:val="ru-RU" w:eastAsia="ru-RU"/>
              </w:rPr>
              <w:t>ам</w:t>
            </w:r>
            <w:proofErr w:type="spellEnd"/>
            <w:r w:rsidRPr="00A33C9F">
              <w:rPr>
                <w:rFonts w:eastAsia="Times New Roman" w:cs="Times New Roman"/>
                <w:lang w:val="ru-RU" w:eastAsia="ru-RU"/>
              </w:rPr>
              <w:t>)</w:t>
            </w:r>
          </w:p>
        </w:tc>
      </w:tr>
      <w:tr w:rsidR="00851DFE" w:rsidRPr="00A33C9F" w14:paraId="12A5865B" w14:textId="77777777" w:rsidTr="00427F33">
        <w:trPr>
          <w:trHeight w:val="530"/>
        </w:trPr>
        <w:tc>
          <w:tcPr>
            <w:tcW w:w="600" w:type="dxa"/>
            <w:shd w:val="clear" w:color="auto" w:fill="auto"/>
          </w:tcPr>
          <w:p w14:paraId="5376A531" w14:textId="032DFF6A" w:rsidR="00851DFE" w:rsidRPr="00A33C9F" w:rsidRDefault="004D6BFA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4</w:t>
            </w:r>
            <w:r w:rsidR="00851DFE" w:rsidRPr="00A33C9F">
              <w:rPr>
                <w:rFonts w:eastAsia="Times New Roman" w:cs="Times New Roman"/>
                <w:lang w:val="ru-RU"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14:paraId="09AC1BD3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2AB42B05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5CE32F96" w14:textId="77777777" w:rsidR="00851DFE" w:rsidRPr="00A33C9F" w:rsidRDefault="00851DFE" w:rsidP="004D6BF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 xml:space="preserve">Вопросы по разделам дисциплины </w:t>
            </w:r>
          </w:p>
        </w:tc>
      </w:tr>
      <w:tr w:rsidR="00851DFE" w:rsidRPr="00A55F74" w14:paraId="6CCBA7DA" w14:textId="77777777" w:rsidTr="00427F33">
        <w:trPr>
          <w:trHeight w:val="530"/>
        </w:trPr>
        <w:tc>
          <w:tcPr>
            <w:tcW w:w="600" w:type="dxa"/>
            <w:shd w:val="clear" w:color="auto" w:fill="auto"/>
          </w:tcPr>
          <w:p w14:paraId="73200402" w14:textId="672CF791" w:rsidR="00851DFE" w:rsidRPr="00A33C9F" w:rsidRDefault="004D6BFA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5</w:t>
            </w:r>
            <w:r w:rsidR="00851DFE" w:rsidRPr="00A33C9F">
              <w:rPr>
                <w:rFonts w:eastAsia="Times New Roman" w:cs="Times New Roman"/>
                <w:lang w:val="ru-RU"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14:paraId="2E46AE59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 xml:space="preserve">Контрольная </w:t>
            </w:r>
            <w:r w:rsidRPr="00A33C9F">
              <w:rPr>
                <w:rFonts w:eastAsia="Times New Roman" w:cs="Times New Roman"/>
                <w:lang w:val="ru-RU" w:eastAsia="ru-RU"/>
              </w:rPr>
              <w:br/>
              <w:t>работа</w:t>
            </w:r>
          </w:p>
        </w:tc>
        <w:tc>
          <w:tcPr>
            <w:tcW w:w="4565" w:type="dxa"/>
            <w:shd w:val="clear" w:color="auto" w:fill="auto"/>
          </w:tcPr>
          <w:p w14:paraId="689B5C47" w14:textId="77777777" w:rsidR="00851DFE" w:rsidRPr="00A33C9F" w:rsidRDefault="00851DFE" w:rsidP="00427F3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251" w:type="dxa"/>
            <w:shd w:val="clear" w:color="auto" w:fill="auto"/>
          </w:tcPr>
          <w:p w14:paraId="2B3008BB" w14:textId="77777777" w:rsidR="00851DFE" w:rsidRPr="00A33C9F" w:rsidRDefault="00851DFE" w:rsidP="004D6BF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33C9F">
              <w:rPr>
                <w:rFonts w:eastAsia="Times New Roman" w:cs="Times New Roman"/>
                <w:lang w:val="ru-RU" w:eastAsia="ru-RU"/>
              </w:rPr>
              <w:t>Комплект контрольных заданий по вариантам</w:t>
            </w:r>
          </w:p>
        </w:tc>
      </w:tr>
    </w:tbl>
    <w:p w14:paraId="5BF33FB1" w14:textId="77777777" w:rsidR="00851DFE" w:rsidRPr="00A33C9F" w:rsidRDefault="00851DFE" w:rsidP="00851DFE">
      <w:pPr>
        <w:rPr>
          <w:rFonts w:cs="Times New Roman"/>
          <w:lang w:val="ru-RU"/>
        </w:rPr>
      </w:pPr>
    </w:p>
    <w:p w14:paraId="1DDF5FEA" w14:textId="77777777" w:rsidR="00851DFE" w:rsidRPr="00A33C9F" w:rsidRDefault="00851DFE" w:rsidP="00851DFE">
      <w:pPr>
        <w:rPr>
          <w:rFonts w:cs="Times New Roman"/>
          <w:lang w:val="ru-RU"/>
        </w:rPr>
      </w:pPr>
      <w:r w:rsidRPr="00A33C9F">
        <w:rPr>
          <w:rFonts w:cs="Times New Roman"/>
          <w:lang w:val="ru-RU"/>
        </w:rPr>
        <w:br w:type="page"/>
      </w:r>
    </w:p>
    <w:p w14:paraId="6148187F" w14:textId="77777777" w:rsidR="008720A9" w:rsidRPr="00A33C9F" w:rsidRDefault="008720A9" w:rsidP="008720A9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33C9F">
        <w:rPr>
          <w:rFonts w:eastAsia="Times New Roman" w:cs="Times New Roman"/>
          <w:b/>
          <w:szCs w:val="24"/>
          <w:lang w:val="ru-RU" w:eastAsia="ru-RU"/>
        </w:rPr>
        <w:t>Комплект оценочных средств для текущего контроля</w:t>
      </w:r>
    </w:p>
    <w:p w14:paraId="112A9126" w14:textId="77777777" w:rsidR="008720A9" w:rsidRPr="00A33C9F" w:rsidRDefault="008720A9" w:rsidP="008720A9">
      <w:pPr>
        <w:widowControl w:val="0"/>
        <w:spacing w:line="240" w:lineRule="auto"/>
        <w:jc w:val="center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A33C9F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A33C9F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A33C9F">
        <w:rPr>
          <w:rFonts w:eastAsia="Times New Roman" w:cs="Times New Roman"/>
          <w:b/>
          <w:szCs w:val="24"/>
          <w:lang w:val="ru-RU" w:eastAsia="ru-RU"/>
        </w:rPr>
        <w:t>07.04 Сценарные языки программирования</w:t>
      </w:r>
    </w:p>
    <w:p w14:paraId="25E0B6E6" w14:textId="77777777" w:rsidR="008720A9" w:rsidRPr="00A33C9F" w:rsidRDefault="008720A9" w:rsidP="008720A9">
      <w:pPr>
        <w:spacing w:line="240" w:lineRule="auto"/>
        <w:rPr>
          <w:rFonts w:eastAsia="Times New Roman" w:cs="Times New Roman"/>
          <w:b/>
          <w:sz w:val="28"/>
          <w:szCs w:val="24"/>
          <w:lang w:val="ru-RU" w:eastAsia="ru-RU"/>
        </w:rPr>
      </w:pPr>
    </w:p>
    <w:p w14:paraId="1D6F5C17" w14:textId="4BF08371" w:rsidR="00851DFE" w:rsidRPr="00A33C9F" w:rsidRDefault="008720A9" w:rsidP="00851DFE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A33C9F">
        <w:rPr>
          <w:rFonts w:eastAsia="Calibri" w:cs="Times New Roman"/>
          <w:b/>
          <w:szCs w:val="24"/>
          <w:lang w:val="ru-RU" w:eastAsia="ru-RU"/>
        </w:rPr>
        <w:t>Комплект заданий для контрольной работы</w:t>
      </w:r>
    </w:p>
    <w:p w14:paraId="542CAE27" w14:textId="77777777" w:rsidR="00851DFE" w:rsidRPr="00A33C9F" w:rsidRDefault="00851DFE" w:rsidP="00851DFE">
      <w:pPr>
        <w:widowControl w:val="0"/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166FF618" w14:textId="3472C50C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 xml:space="preserve">Основная тематика контрольной работы: Анализ и визуализация табличных данных с использованием библиотек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Pandas</w:t>
      </w:r>
      <w:proofErr w:type="spellEnd"/>
      <w:r w:rsidRPr="00A33C9F">
        <w:rPr>
          <w:rFonts w:eastAsia="Calibri" w:cs="Times New Roman"/>
          <w:bCs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NumPy</w:t>
      </w:r>
      <w:proofErr w:type="spellEnd"/>
      <w:r w:rsidRPr="00A33C9F">
        <w:rPr>
          <w:rFonts w:eastAsia="Calibri" w:cs="Times New Roman"/>
          <w:bCs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Matplotlib</w:t>
      </w:r>
      <w:proofErr w:type="spellEnd"/>
      <w:r w:rsidRPr="00A33C9F">
        <w:rPr>
          <w:rFonts w:eastAsia="Calibri" w:cs="Times New Roman"/>
          <w:bCs/>
          <w:szCs w:val="24"/>
          <w:lang w:val="ru-RU" w:eastAsia="ru-RU"/>
        </w:rPr>
        <w:t xml:space="preserve"> (по вариантам)</w:t>
      </w:r>
    </w:p>
    <w:p w14:paraId="2CD0C633" w14:textId="6C28E6F3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 xml:space="preserve">Цель контрольной работы: закрепление навыков выполнения полного цикла анализа табличных данных с использованием библиотек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Pandas</w:t>
      </w:r>
      <w:proofErr w:type="spellEnd"/>
      <w:r w:rsidRPr="00A33C9F">
        <w:rPr>
          <w:rFonts w:eastAsia="Calibri" w:cs="Times New Roman"/>
          <w:bCs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NumPy</w:t>
      </w:r>
      <w:proofErr w:type="spellEnd"/>
      <w:r w:rsidRPr="00A33C9F">
        <w:rPr>
          <w:rFonts w:eastAsia="Calibri" w:cs="Times New Roman"/>
          <w:bCs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Matplotlib</w:t>
      </w:r>
      <w:proofErr w:type="spellEnd"/>
    </w:p>
    <w:p w14:paraId="6050524A" w14:textId="7830DC61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Содержание работы:</w:t>
      </w:r>
    </w:p>
    <w:p w14:paraId="0471D0D4" w14:textId="77777777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 xml:space="preserve">1.Загрузка данных из CSV-файла в </w:t>
      </w:r>
      <w:proofErr w:type="spellStart"/>
      <w:r w:rsidRPr="00A33C9F">
        <w:rPr>
          <w:rFonts w:eastAsia="Calibri" w:cs="Times New Roman"/>
          <w:bCs/>
          <w:szCs w:val="24"/>
          <w:lang w:val="ru-RU" w:eastAsia="ru-RU"/>
        </w:rPr>
        <w:t>DataFrame</w:t>
      </w:r>
      <w:proofErr w:type="spellEnd"/>
    </w:p>
    <w:p w14:paraId="1D6516BB" w14:textId="77777777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2. Выполнение очистки данных (обработка пропусков, приведение типов)</w:t>
      </w:r>
    </w:p>
    <w:p w14:paraId="4A25C2E0" w14:textId="41266AD0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3.</w:t>
      </w:r>
      <w:r w:rsidR="00711858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Расчет основных показателей статистики (среднее, медиана, мин, макс, стандартное отклонение) для числовых столбцов</w:t>
      </w:r>
    </w:p>
    <w:p w14:paraId="25B1D508" w14:textId="77777777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4. Фильтрация строк по условию и выполнение группировки с агрегацией</w:t>
      </w:r>
    </w:p>
    <w:p w14:paraId="505AC7AC" w14:textId="36DF5414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5.</w:t>
      </w:r>
      <w:r w:rsidR="00711858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Построение графиков (гистограммы, столбчатой диаграммы, линейного графика) с настойкой заголовков, подписей осей,</w:t>
      </w:r>
      <w:r w:rsidR="00711858" w:rsidRPr="00A33C9F">
        <w:rPr>
          <w:rFonts w:eastAsia="Calibri" w:cs="Times New Roman"/>
          <w:bCs/>
          <w:szCs w:val="24"/>
          <w:lang w:val="ru-RU" w:eastAsia="ru-RU"/>
        </w:rPr>
        <w:t xml:space="preserve"> </w:t>
      </w:r>
      <w:r w:rsidRPr="00A33C9F">
        <w:rPr>
          <w:rFonts w:eastAsia="Calibri" w:cs="Times New Roman"/>
          <w:bCs/>
          <w:szCs w:val="24"/>
          <w:lang w:val="ru-RU" w:eastAsia="ru-RU"/>
        </w:rPr>
        <w:t>легенды, сетки.</w:t>
      </w:r>
    </w:p>
    <w:p w14:paraId="45AB01E0" w14:textId="77777777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6. Написание пользовательской функции для расчета статистики и применение ее к данным.</w:t>
      </w:r>
    </w:p>
    <w:p w14:paraId="4C73D9E6" w14:textId="77777777" w:rsidR="00C96C8C" w:rsidRPr="00A33C9F" w:rsidRDefault="00C96C8C" w:rsidP="00711858">
      <w:pPr>
        <w:spacing w:line="240" w:lineRule="auto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7. Формулирование текстовых выводов по результатам анализа.</w:t>
      </w:r>
    </w:p>
    <w:p w14:paraId="1792903F" w14:textId="77777777" w:rsidR="00D32D46" w:rsidRPr="00A33C9F" w:rsidRDefault="00D32D46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</w:p>
    <w:p w14:paraId="747FF940" w14:textId="018C0CE0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Вариант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1.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Продажи магазина. Столбцы – дата, категория товара, сумма продаж, количество единиц, цена за единицу,</w:t>
      </w:r>
      <w:r w:rsidR="00D32D46" w:rsidRPr="00A33C9F">
        <w:rPr>
          <w:rFonts w:eastAsia="Calibri" w:cs="Times New Roman"/>
          <w:bCs/>
          <w:szCs w:val="24"/>
          <w:lang w:val="ru-RU" w:eastAsia="ru-RU"/>
        </w:rPr>
        <w:t xml:space="preserve"> </w:t>
      </w:r>
      <w:r w:rsidRPr="00A33C9F">
        <w:rPr>
          <w:rFonts w:eastAsia="Calibri" w:cs="Times New Roman"/>
          <w:bCs/>
          <w:szCs w:val="24"/>
          <w:lang w:val="ru-RU" w:eastAsia="ru-RU"/>
        </w:rPr>
        <w:t>оценка покупателя</w:t>
      </w:r>
    </w:p>
    <w:p w14:paraId="6C8A0C86" w14:textId="14BCE7ED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Вариант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2.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Метеоданные города. Столбцы – дата, средняя температура, осадки, влажность, скорость ветра, давление</w:t>
      </w:r>
    </w:p>
    <w:p w14:paraId="763C61EA" w14:textId="6990B4D5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Вариант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3.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Успеваемость студентов. Столбцы – идентификатор, пол, балл по математике, балл по информатике, балл по</w:t>
      </w:r>
      <w:r w:rsidR="00D32D46" w:rsidRPr="00A33C9F">
        <w:rPr>
          <w:rFonts w:eastAsia="Calibri" w:cs="Times New Roman"/>
          <w:bCs/>
          <w:szCs w:val="24"/>
          <w:lang w:val="ru-RU" w:eastAsia="ru-RU"/>
        </w:rPr>
        <w:t xml:space="preserve"> </w:t>
      </w:r>
      <w:r w:rsidRPr="00A33C9F">
        <w:rPr>
          <w:rFonts w:eastAsia="Calibri" w:cs="Times New Roman"/>
          <w:bCs/>
          <w:szCs w:val="24"/>
          <w:lang w:val="ru-RU" w:eastAsia="ru-RU"/>
        </w:rPr>
        <w:t>истории, посещаемость в %</w:t>
      </w:r>
    </w:p>
    <w:p w14:paraId="657266CF" w14:textId="38EED16F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Вариант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4.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Транзакции банка. Столбцы – идентификатор, сумма, тип: пополнение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/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 xml:space="preserve"> </w:t>
      </w:r>
      <w:r w:rsidRPr="00A33C9F">
        <w:rPr>
          <w:rFonts w:eastAsia="Calibri" w:cs="Times New Roman"/>
          <w:bCs/>
          <w:szCs w:val="24"/>
          <w:lang w:val="ru-RU" w:eastAsia="ru-RU"/>
        </w:rPr>
        <w:t>списание, возраст клиента, баланс до,</w:t>
      </w:r>
      <w:r w:rsidR="00D32D46" w:rsidRPr="00A33C9F">
        <w:rPr>
          <w:rFonts w:eastAsia="Calibri" w:cs="Times New Roman"/>
          <w:bCs/>
          <w:szCs w:val="24"/>
          <w:lang w:val="ru-RU" w:eastAsia="ru-RU"/>
        </w:rPr>
        <w:t xml:space="preserve"> </w:t>
      </w:r>
      <w:r w:rsidRPr="00A33C9F">
        <w:rPr>
          <w:rFonts w:eastAsia="Calibri" w:cs="Times New Roman"/>
          <w:bCs/>
          <w:szCs w:val="24"/>
          <w:lang w:val="ru-RU" w:eastAsia="ru-RU"/>
        </w:rPr>
        <w:t>баланс после</w:t>
      </w:r>
    </w:p>
    <w:p w14:paraId="138A41A9" w14:textId="516F309A" w:rsidR="00C96C8C" w:rsidRPr="00A33C9F" w:rsidRDefault="00C96C8C" w:rsidP="00C96C8C">
      <w:pPr>
        <w:spacing w:line="240" w:lineRule="auto"/>
        <w:ind w:firstLine="709"/>
        <w:jc w:val="both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>Вариант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5.</w:t>
      </w:r>
      <w:r w:rsidR="004B73B3" w:rsidRPr="00A33C9F">
        <w:rPr>
          <w:rFonts w:eastAsia="Calibri" w:cs="Times New Roman"/>
          <w:bCs/>
          <w:szCs w:val="24"/>
          <w:lang w:val="ru-RU" w:eastAsia="ru-RU"/>
        </w:rPr>
        <w:t> </w:t>
      </w:r>
      <w:r w:rsidRPr="00A33C9F">
        <w:rPr>
          <w:rFonts w:eastAsia="Calibri" w:cs="Times New Roman"/>
          <w:bCs/>
          <w:szCs w:val="24"/>
          <w:lang w:val="ru-RU" w:eastAsia="ru-RU"/>
        </w:rPr>
        <w:t>Данные о недвижимости. Столбцы – город, количество комнат, площадь в м</w:t>
      </w:r>
      <w:r w:rsidRPr="00A33C9F">
        <w:rPr>
          <w:rFonts w:eastAsia="Calibri" w:cs="Times New Roman"/>
          <w:bCs/>
          <w:szCs w:val="24"/>
          <w:vertAlign w:val="superscript"/>
          <w:lang w:val="ru-RU" w:eastAsia="ru-RU"/>
        </w:rPr>
        <w:t>2</w:t>
      </w:r>
      <w:r w:rsidRPr="00A33C9F">
        <w:rPr>
          <w:rFonts w:eastAsia="Calibri" w:cs="Times New Roman"/>
          <w:bCs/>
          <w:szCs w:val="24"/>
          <w:lang w:val="ru-RU" w:eastAsia="ru-RU"/>
        </w:rPr>
        <w:t>, цена, этаж, тип здания</w:t>
      </w:r>
    </w:p>
    <w:p w14:paraId="4433AEA0" w14:textId="77777777" w:rsidR="00851DFE" w:rsidRPr="00A33C9F" w:rsidRDefault="00851DFE" w:rsidP="00851DFE">
      <w:pPr>
        <w:spacing w:line="240" w:lineRule="auto"/>
        <w:ind w:firstLine="709"/>
        <w:jc w:val="both"/>
        <w:rPr>
          <w:rFonts w:eastAsia="Calibri" w:cs="Times New Roman"/>
          <w:bCs/>
          <w:szCs w:val="24"/>
          <w:highlight w:val="yellow"/>
          <w:lang w:val="ru-RU" w:eastAsia="ru-RU"/>
        </w:rPr>
      </w:pPr>
    </w:p>
    <w:p w14:paraId="4A57E6D9" w14:textId="74D5B161" w:rsidR="00851DFE" w:rsidRPr="00A33C9F" w:rsidRDefault="00851DFE" w:rsidP="00851DFE">
      <w:pPr>
        <w:widowControl w:val="0"/>
        <w:shd w:val="clear" w:color="auto" w:fill="FFFFFF"/>
        <w:tabs>
          <w:tab w:val="left" w:pos="426"/>
          <w:tab w:val="left" w:pos="720"/>
        </w:tabs>
        <w:suppressAutoHyphens/>
        <w:spacing w:line="240" w:lineRule="auto"/>
        <w:jc w:val="center"/>
        <w:rPr>
          <w:rFonts w:eastAsia="Calibri" w:cs="Times New Roman"/>
          <w:bCs/>
          <w:szCs w:val="24"/>
          <w:lang w:val="ru-RU" w:eastAsia="ru-RU"/>
        </w:rPr>
      </w:pPr>
      <w:r w:rsidRPr="00A33C9F">
        <w:rPr>
          <w:rFonts w:eastAsia="Calibri" w:cs="Times New Roman"/>
          <w:bCs/>
          <w:szCs w:val="24"/>
          <w:lang w:val="ru-RU" w:eastAsia="ru-RU"/>
        </w:rPr>
        <w:t xml:space="preserve">Критерии оценки </w:t>
      </w:r>
      <w:r w:rsidR="00325DF5" w:rsidRPr="00A33C9F">
        <w:rPr>
          <w:rFonts w:eastAsia="Calibri" w:cs="Times New Roman"/>
          <w:bCs/>
          <w:szCs w:val="24"/>
          <w:lang w:val="ru-RU" w:eastAsia="ru-RU"/>
        </w:rPr>
        <w:t>контрольной</w:t>
      </w:r>
      <w:r w:rsidRPr="00A33C9F">
        <w:rPr>
          <w:rFonts w:eastAsia="Calibri" w:cs="Times New Roman"/>
          <w:bCs/>
          <w:szCs w:val="24"/>
          <w:lang w:val="ru-RU" w:eastAsia="ru-RU"/>
        </w:rPr>
        <w:t xml:space="preserve">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66"/>
      </w:tblGrid>
      <w:tr w:rsidR="00851DFE" w:rsidRPr="00A33C9F" w14:paraId="6C709AB5" w14:textId="77777777" w:rsidTr="00711858">
        <w:tc>
          <w:tcPr>
            <w:tcW w:w="730" w:type="pct"/>
            <w:shd w:val="clear" w:color="auto" w:fill="auto"/>
          </w:tcPr>
          <w:p w14:paraId="293FFB35" w14:textId="5E396854" w:rsidR="00851DFE" w:rsidRPr="00A33C9F" w:rsidRDefault="00711858" w:rsidP="00427F3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A33C9F">
              <w:rPr>
                <w:rFonts w:eastAsia="Calibri" w:cs="Times New Roman"/>
                <w:b/>
                <w:szCs w:val="20"/>
                <w:lang w:val="ru-RU" w:eastAsia="ru-RU"/>
              </w:rPr>
              <w:t>Оценка</w:t>
            </w:r>
          </w:p>
        </w:tc>
        <w:tc>
          <w:tcPr>
            <w:tcW w:w="4270" w:type="pct"/>
            <w:shd w:val="clear" w:color="auto" w:fill="auto"/>
          </w:tcPr>
          <w:p w14:paraId="1694FB12" w14:textId="77777777" w:rsidR="00851DFE" w:rsidRPr="00A33C9F" w:rsidRDefault="00851DFE" w:rsidP="00427F3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0"/>
                <w:lang w:val="ru-RU" w:eastAsia="ru-RU"/>
              </w:rPr>
            </w:pPr>
            <w:r w:rsidRPr="00A33C9F">
              <w:rPr>
                <w:rFonts w:eastAsia="Calibri" w:cs="Times New Roman"/>
                <w:b/>
                <w:szCs w:val="20"/>
                <w:lang w:val="ru-RU" w:eastAsia="ru-RU"/>
              </w:rPr>
              <w:t xml:space="preserve">Критерии </w:t>
            </w:r>
          </w:p>
        </w:tc>
      </w:tr>
      <w:tr w:rsidR="00851DFE" w:rsidRPr="00A55F74" w14:paraId="65C4D3D4" w14:textId="77777777" w:rsidTr="00711858">
        <w:tc>
          <w:tcPr>
            <w:tcW w:w="730" w:type="pct"/>
            <w:shd w:val="clear" w:color="auto" w:fill="auto"/>
          </w:tcPr>
          <w:p w14:paraId="36EC024C" w14:textId="77777777" w:rsidR="00851DFE" w:rsidRPr="00A33C9F" w:rsidRDefault="00851DFE" w:rsidP="00427F33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0"/>
                <w:lang w:val="ru-RU" w:eastAsia="ru-RU"/>
              </w:rPr>
            </w:pPr>
            <w:r w:rsidRPr="00A33C9F">
              <w:rPr>
                <w:rFonts w:eastAsia="Calibri" w:cs="Times New Roman"/>
                <w:szCs w:val="20"/>
                <w:lang w:val="ru-RU" w:eastAsia="ru-RU"/>
              </w:rPr>
              <w:t>зачтено</w:t>
            </w:r>
          </w:p>
        </w:tc>
        <w:tc>
          <w:tcPr>
            <w:tcW w:w="4270" w:type="pct"/>
            <w:shd w:val="clear" w:color="auto" w:fill="auto"/>
            <w:vAlign w:val="center"/>
          </w:tcPr>
          <w:p w14:paraId="1720F0DC" w14:textId="647C8530" w:rsidR="00851DFE" w:rsidRPr="00A33C9F" w:rsidRDefault="00D32D46" w:rsidP="00427F33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0"/>
                <w:lang w:val="ru-RU" w:eastAsia="ru-RU"/>
              </w:rPr>
            </w:pPr>
            <w:r w:rsidRPr="00A33C9F">
              <w:rPr>
                <w:rFonts w:eastAsia="Calibri" w:cs="Times New Roman"/>
                <w:szCs w:val="20"/>
                <w:lang w:val="ru-RU" w:eastAsia="ru-RU"/>
              </w:rPr>
              <w:t>Оценка «зачтено» выставляется обучающемуся, если все разделы анализа выполнены в полном объёме: корректно загружены данные из CSV, проведена очистка с обработкой пропусков и приведением типов, рассчитаны основные статистики (среднее, медиана, минимум, максимум, стандартное отклонение), выполнены фильтрация строк и группировка с агрегацией, построены три требуемых типа графиков (гистограмма, столбчатая диаграмма, линейный график) с заголовками, подписями осей, легендой и сеткой, написана и применена к данным пользовательская функция для расчёта статистики, выводы по каждому этапу обоснованы и опираются на полученные числовые и графические результаты, оформление работы аккуратно и воспроизводимо.</w:t>
            </w:r>
          </w:p>
        </w:tc>
      </w:tr>
      <w:tr w:rsidR="00851DFE" w:rsidRPr="00A55F74" w14:paraId="6E63901C" w14:textId="77777777" w:rsidTr="00711858">
        <w:tc>
          <w:tcPr>
            <w:tcW w:w="730" w:type="pct"/>
            <w:shd w:val="clear" w:color="auto" w:fill="auto"/>
          </w:tcPr>
          <w:p w14:paraId="4AFF56CA" w14:textId="77777777" w:rsidR="00851DFE" w:rsidRPr="00A33C9F" w:rsidRDefault="00851DFE" w:rsidP="00427F33">
            <w:pPr>
              <w:widowControl w:val="0"/>
              <w:spacing w:line="240" w:lineRule="auto"/>
              <w:jc w:val="center"/>
              <w:rPr>
                <w:rFonts w:eastAsia="Calibri" w:cs="Times New Roman"/>
                <w:szCs w:val="20"/>
                <w:lang w:val="ru-RU" w:eastAsia="ru-RU"/>
              </w:rPr>
            </w:pPr>
            <w:proofErr w:type="spellStart"/>
            <w:r w:rsidRPr="00A33C9F">
              <w:rPr>
                <w:rFonts w:eastAsia="Calibri" w:cs="Times New Roman"/>
                <w:szCs w:val="20"/>
                <w:lang w:val="ru-RU" w:eastAsia="ru-RU"/>
              </w:rPr>
              <w:t>незачтено</w:t>
            </w:r>
            <w:proofErr w:type="spellEnd"/>
          </w:p>
        </w:tc>
        <w:tc>
          <w:tcPr>
            <w:tcW w:w="4270" w:type="pct"/>
            <w:shd w:val="clear" w:color="auto" w:fill="auto"/>
          </w:tcPr>
          <w:p w14:paraId="40B15701" w14:textId="75E3C8D5" w:rsidR="00851DFE" w:rsidRPr="00A33C9F" w:rsidRDefault="00D32D46" w:rsidP="00427F33">
            <w:pPr>
              <w:widowControl w:val="0"/>
              <w:spacing w:line="240" w:lineRule="auto"/>
              <w:jc w:val="both"/>
              <w:rPr>
                <w:rFonts w:eastAsia="Calibri" w:cs="Times New Roman"/>
                <w:spacing w:val="-4"/>
                <w:szCs w:val="20"/>
                <w:lang w:val="ru-RU" w:eastAsia="ru-RU"/>
              </w:rPr>
            </w:pPr>
            <w:r w:rsidRPr="00A33C9F">
              <w:rPr>
                <w:rFonts w:eastAsia="Calibri" w:cs="Times New Roman"/>
                <w:spacing w:val="-4"/>
                <w:szCs w:val="20"/>
                <w:lang w:val="ru-RU" w:eastAsia="ru-RU"/>
              </w:rPr>
              <w:t>Оценка «</w:t>
            </w:r>
            <w:proofErr w:type="spellStart"/>
            <w:r w:rsidRPr="00A33C9F">
              <w:rPr>
                <w:rFonts w:eastAsia="Calibri" w:cs="Times New Roman"/>
                <w:spacing w:val="-4"/>
                <w:szCs w:val="20"/>
                <w:lang w:val="ru-RU" w:eastAsia="ru-RU"/>
              </w:rPr>
              <w:t>незачтено</w:t>
            </w:r>
            <w:proofErr w:type="spellEnd"/>
            <w:r w:rsidRPr="00A33C9F">
              <w:rPr>
                <w:rFonts w:eastAsia="Calibri" w:cs="Times New Roman"/>
                <w:spacing w:val="-4"/>
                <w:szCs w:val="20"/>
                <w:lang w:val="ru-RU" w:eastAsia="ru-RU"/>
              </w:rPr>
              <w:t>» выставляется при наличии хотя бы одного из существенных недостатков: невыполнение основного раздела анализа (например, отсутствует группировка, графики или пользовательская функция), критические ошибки в расчётах или обработке пропусков, неверное или неполное представление графических материалов (менее двух типов графиков, отсутствие подписей осей или заголовков), поверхностные или отсутствующие выводы, плагиат или явная несамостоятельность выполнения, невыполнимый код</w:t>
            </w:r>
            <w:r w:rsidR="004B73B3" w:rsidRPr="00A33C9F">
              <w:rPr>
                <w:rFonts w:eastAsia="Calibri" w:cs="Times New Roman"/>
                <w:spacing w:val="-4"/>
                <w:szCs w:val="20"/>
                <w:lang w:val="ru-RU" w:eastAsia="ru-RU"/>
              </w:rPr>
              <w:t>.</w:t>
            </w:r>
          </w:p>
        </w:tc>
      </w:tr>
    </w:tbl>
    <w:p w14:paraId="392FE998" w14:textId="5B3073ED" w:rsidR="00BB2F1A" w:rsidRPr="00A33C9F" w:rsidRDefault="0014163A" w:rsidP="00BB2F1A">
      <w:pPr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14163A">
        <w:rPr>
          <w:b/>
          <w:szCs w:val="24"/>
          <w:lang w:val="ru-RU"/>
        </w:rPr>
        <w:t>Перечень дискуссионных тем</w:t>
      </w:r>
      <w:r w:rsidR="00BB2F1A" w:rsidRPr="00A33C9F">
        <w:rPr>
          <w:b/>
          <w:szCs w:val="24"/>
          <w:lang w:val="ru-RU"/>
        </w:rPr>
        <w:t xml:space="preserve"> </w:t>
      </w:r>
    </w:p>
    <w:p w14:paraId="7E21429C" w14:textId="77777777" w:rsidR="00BB2F1A" w:rsidRPr="00A33C9F" w:rsidRDefault="00BB2F1A" w:rsidP="00BB2F1A">
      <w:pPr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</w:p>
    <w:p w14:paraId="5D054512" w14:textId="77777777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Cs w:val="24"/>
          <w:lang w:val="ru-RU" w:eastAsia="ru-RU"/>
        </w:rPr>
      </w:pPr>
      <w:r w:rsidRPr="00A33C9F">
        <w:rPr>
          <w:rFonts w:eastAsia="Calibri" w:cs="Times New Roman"/>
          <w:b/>
          <w:bCs/>
          <w:szCs w:val="24"/>
          <w:lang w:val="ru-RU" w:eastAsia="ru-RU"/>
        </w:rPr>
        <w:t>Лекция:</w:t>
      </w:r>
      <w:r w:rsidRPr="00A33C9F">
        <w:rPr>
          <w:b/>
          <w:bCs/>
          <w:lang w:val="ru-RU"/>
        </w:rPr>
        <w:t xml:space="preserve"> </w:t>
      </w:r>
      <w:r w:rsidRPr="00A33C9F">
        <w:rPr>
          <w:rFonts w:eastAsia="Calibri" w:cs="Times New Roman"/>
          <w:b/>
          <w:bCs/>
          <w:szCs w:val="24"/>
          <w:lang w:val="ru-RU" w:eastAsia="ru-RU"/>
        </w:rPr>
        <w:t>Переменные, выражения и инструкции</w:t>
      </w:r>
    </w:p>
    <w:p w14:paraId="2E379AAF" w14:textId="77777777" w:rsidR="00BB2F1A" w:rsidRPr="00A33C9F" w:rsidRDefault="00BB2F1A" w:rsidP="00BB2F1A">
      <w:pPr>
        <w:pStyle w:val="ae"/>
        <w:numPr>
          <w:ilvl w:val="0"/>
          <w:numId w:val="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Динамическая типизация: «плюсы» и «минусы» по сравнению со статической типизацией:</w:t>
      </w:r>
    </w:p>
    <w:p w14:paraId="2635E891" w14:textId="77777777" w:rsidR="00BB2F1A" w:rsidRPr="00A33C9F" w:rsidRDefault="00BB2F1A" w:rsidP="00BB2F1A">
      <w:pPr>
        <w:pStyle w:val="ae"/>
        <w:numPr>
          <w:ilvl w:val="1"/>
          <w:numId w:val="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Какие преимущества даёт динамическая типизация в Python с точки зрения скорости разработки и читаемости кода?</w:t>
      </w:r>
    </w:p>
    <w:p w14:paraId="7D27D6F7" w14:textId="77777777" w:rsidR="00BB2F1A" w:rsidRPr="00A33C9F" w:rsidRDefault="00BB2F1A" w:rsidP="00BB2F1A">
      <w:pPr>
        <w:pStyle w:val="ae"/>
        <w:numPr>
          <w:ilvl w:val="1"/>
          <w:numId w:val="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Какие риски возникают из-за возможности переопределить переменную значением другого типа?</w:t>
      </w:r>
    </w:p>
    <w:p w14:paraId="7C6ECF31" w14:textId="77777777" w:rsidR="00BB2F1A" w:rsidRPr="00A33C9F" w:rsidRDefault="00BB2F1A" w:rsidP="00BB2F1A">
      <w:pPr>
        <w:pStyle w:val="ae"/>
        <w:numPr>
          <w:ilvl w:val="1"/>
          <w:numId w:val="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динамическая типизация влияет на производительность и отладку?</w:t>
      </w:r>
    </w:p>
    <w:p w14:paraId="420F889B" w14:textId="77777777" w:rsidR="00BB2F1A" w:rsidRPr="00A33C9F" w:rsidRDefault="00BB2F1A" w:rsidP="00BB2F1A">
      <w:pPr>
        <w:pStyle w:val="ae"/>
        <w:numPr>
          <w:ilvl w:val="1"/>
          <w:numId w:val="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Может ли строгая динамическая типизация (как в Python) быть компромиссом между гибкостью и надёжностью?</w:t>
      </w:r>
    </w:p>
    <w:p w14:paraId="68F87B3F" w14:textId="77777777" w:rsidR="00BB2F1A" w:rsidRPr="00A33C9F" w:rsidRDefault="00BB2F1A" w:rsidP="00BB2F1A">
      <w:pPr>
        <w:pStyle w:val="ae"/>
        <w:numPr>
          <w:ilvl w:val="0"/>
          <w:numId w:val="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Операторы </w:t>
      </w:r>
      <w:proofErr w:type="spellStart"/>
      <w:r w:rsidRPr="00A33C9F">
        <w:rPr>
          <w:lang w:val="ru-RU"/>
        </w:rPr>
        <w:t>and</w:t>
      </w:r>
      <w:proofErr w:type="spellEnd"/>
      <w:r w:rsidRPr="00A33C9F">
        <w:rPr>
          <w:lang w:val="ru-RU"/>
        </w:rPr>
        <w:t> / </w:t>
      </w:r>
      <w:proofErr w:type="spellStart"/>
      <w:r w:rsidRPr="00A33C9F">
        <w:rPr>
          <w:lang w:val="ru-RU"/>
        </w:rPr>
        <w:t>or</w:t>
      </w:r>
      <w:proofErr w:type="spellEnd"/>
      <w:r w:rsidRPr="00A33C9F">
        <w:rPr>
          <w:lang w:val="ru-RU"/>
        </w:rPr>
        <w:t xml:space="preserve"> как управляющие конструкции: короткое замыкание и </w:t>
      </w:r>
      <w:proofErr w:type="spellStart"/>
      <w:r w:rsidRPr="00A33C9F">
        <w:rPr>
          <w:lang w:val="ru-RU"/>
        </w:rPr>
        <w:t>небулевы</w:t>
      </w:r>
      <w:proofErr w:type="spellEnd"/>
      <w:r w:rsidRPr="00A33C9F">
        <w:rPr>
          <w:lang w:val="ru-RU"/>
        </w:rPr>
        <w:t xml:space="preserve"> значения:</w:t>
      </w:r>
    </w:p>
    <w:p w14:paraId="1F9D1108" w14:textId="77777777" w:rsidR="00BB2F1A" w:rsidRPr="00A33C9F" w:rsidRDefault="00BB2F1A" w:rsidP="00BB2F1A">
      <w:pPr>
        <w:pStyle w:val="ae"/>
        <w:numPr>
          <w:ilvl w:val="1"/>
          <w:numId w:val="1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Почему </w:t>
      </w:r>
      <w:proofErr w:type="spellStart"/>
      <w:r w:rsidRPr="00A33C9F">
        <w:rPr>
          <w:lang w:val="ru-RU"/>
        </w:rPr>
        <w:t>and</w:t>
      </w:r>
      <w:proofErr w:type="spellEnd"/>
      <w:r w:rsidRPr="00A33C9F">
        <w:rPr>
          <w:lang w:val="ru-RU"/>
        </w:rPr>
        <w:t> и </w:t>
      </w:r>
      <w:proofErr w:type="spellStart"/>
      <w:r w:rsidRPr="00A33C9F">
        <w:rPr>
          <w:lang w:val="ru-RU"/>
        </w:rPr>
        <w:t>or</w:t>
      </w:r>
      <w:proofErr w:type="spellEnd"/>
      <w:r w:rsidRPr="00A33C9F">
        <w:rPr>
          <w:lang w:val="ru-RU"/>
        </w:rPr>
        <w:t xml:space="preserve"> в </w:t>
      </w:r>
      <w:proofErr w:type="spellStart"/>
      <w:r w:rsidRPr="00A33C9F">
        <w:rPr>
          <w:lang w:val="ru-RU"/>
        </w:rPr>
        <w:t>Python</w:t>
      </w:r>
      <w:proofErr w:type="spellEnd"/>
      <w:r w:rsidRPr="00A33C9F">
        <w:rPr>
          <w:lang w:val="ru-RU"/>
        </w:rPr>
        <w:t xml:space="preserve"> возвращают не только </w:t>
      </w:r>
      <w:proofErr w:type="spellStart"/>
      <w:r w:rsidRPr="00A33C9F">
        <w:rPr>
          <w:lang w:val="ru-RU"/>
        </w:rPr>
        <w:t>True</w:t>
      </w:r>
      <w:proofErr w:type="spellEnd"/>
      <w:r w:rsidRPr="00A33C9F">
        <w:rPr>
          <w:lang w:val="ru-RU"/>
        </w:rPr>
        <w:t>/</w:t>
      </w:r>
      <w:proofErr w:type="spellStart"/>
      <w:r w:rsidRPr="00A33C9F">
        <w:rPr>
          <w:lang w:val="ru-RU"/>
        </w:rPr>
        <w:t>False</w:t>
      </w:r>
      <w:proofErr w:type="spellEnd"/>
      <w:r w:rsidRPr="00A33C9F">
        <w:rPr>
          <w:lang w:val="ru-RU"/>
        </w:rPr>
        <w:t>, а одно из вычисленных значений?</w:t>
      </w:r>
    </w:p>
    <w:p w14:paraId="67A31E05" w14:textId="77777777" w:rsidR="00BB2F1A" w:rsidRPr="00A33C9F" w:rsidRDefault="00BB2F1A" w:rsidP="00BB2F1A">
      <w:pPr>
        <w:pStyle w:val="ae"/>
        <w:numPr>
          <w:ilvl w:val="1"/>
          <w:numId w:val="1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каких случаях использование короткого замыкания может быть опасно (например, при наличии побочных эффектов)?</w:t>
      </w:r>
    </w:p>
    <w:p w14:paraId="77C395E8" w14:textId="77777777" w:rsidR="00BB2F1A" w:rsidRPr="00A33C9F" w:rsidRDefault="00BB2F1A" w:rsidP="00BB2F1A">
      <w:pPr>
        <w:pStyle w:val="ae"/>
        <w:numPr>
          <w:ilvl w:val="1"/>
          <w:numId w:val="1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Считается ли «</w:t>
      </w:r>
      <w:proofErr w:type="spellStart"/>
      <w:r w:rsidRPr="00A33C9F">
        <w:rPr>
          <w:lang w:val="ru-RU"/>
        </w:rPr>
        <w:t>питоновским</w:t>
      </w:r>
      <w:proofErr w:type="spellEnd"/>
      <w:r w:rsidRPr="00A33C9F">
        <w:rPr>
          <w:lang w:val="ru-RU"/>
        </w:rPr>
        <w:t xml:space="preserve">» стилем использование </w:t>
      </w:r>
      <w:proofErr w:type="spellStart"/>
      <w:r w:rsidRPr="00A33C9F">
        <w:rPr>
          <w:lang w:val="ru-RU"/>
        </w:rPr>
        <w:t>and</w:t>
      </w:r>
      <w:proofErr w:type="spellEnd"/>
      <w:r w:rsidRPr="00A33C9F">
        <w:rPr>
          <w:lang w:val="ru-RU"/>
        </w:rPr>
        <w:t>/</w:t>
      </w:r>
      <w:proofErr w:type="spellStart"/>
      <w:r w:rsidRPr="00A33C9F">
        <w:rPr>
          <w:lang w:val="ru-RU"/>
        </w:rPr>
        <w:t>or</w:t>
      </w:r>
      <w:proofErr w:type="spellEnd"/>
      <w:r w:rsidRPr="00A33C9F">
        <w:rPr>
          <w:lang w:val="ru-RU"/>
        </w:rPr>
        <w:t xml:space="preserve"> для условного присваивания (например, x = a </w:t>
      </w:r>
      <w:proofErr w:type="spellStart"/>
      <w:r w:rsidRPr="00A33C9F">
        <w:rPr>
          <w:lang w:val="ru-RU"/>
        </w:rPr>
        <w:t>or</w:t>
      </w:r>
      <w:proofErr w:type="spellEnd"/>
      <w:r w:rsidRPr="00A33C9F">
        <w:rPr>
          <w:lang w:val="ru-RU"/>
        </w:rPr>
        <w:t xml:space="preserve"> b)? Каковы альтернативы?</w:t>
      </w:r>
    </w:p>
    <w:p w14:paraId="255ADB4C" w14:textId="77777777" w:rsidR="00BB2F1A" w:rsidRPr="00A33C9F" w:rsidRDefault="00BB2F1A" w:rsidP="00BB2F1A">
      <w:pPr>
        <w:pStyle w:val="ae"/>
        <w:numPr>
          <w:ilvl w:val="1"/>
          <w:numId w:val="1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особенности этих операторов влияют на читаемость кода для начинающих?</w:t>
      </w:r>
    </w:p>
    <w:p w14:paraId="299BA962" w14:textId="77777777" w:rsidR="00BB2F1A" w:rsidRPr="00A33C9F" w:rsidRDefault="00BB2F1A" w:rsidP="00BB2F1A">
      <w:pPr>
        <w:pStyle w:val="ae"/>
        <w:numPr>
          <w:ilvl w:val="0"/>
          <w:numId w:val="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Присваивание и ссылки: почему изменяемые объекты «ведут себя неожиданно»</w:t>
      </w:r>
    </w:p>
    <w:p w14:paraId="53BDE5F9" w14:textId="77777777" w:rsidR="00BB2F1A" w:rsidRPr="00A33C9F" w:rsidRDefault="00BB2F1A" w:rsidP="00BB2F1A">
      <w:pPr>
        <w:pStyle w:val="ae"/>
        <w:numPr>
          <w:ilvl w:val="1"/>
          <w:numId w:val="1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чём разница между присваиванием неизменяемых и изменяемых объектов?</w:t>
      </w:r>
    </w:p>
    <w:p w14:paraId="372C6556" w14:textId="77777777" w:rsidR="00BB2F1A" w:rsidRPr="00A33C9F" w:rsidRDefault="00BB2F1A" w:rsidP="00BB2F1A">
      <w:pPr>
        <w:pStyle w:val="ae"/>
        <w:numPr>
          <w:ilvl w:val="1"/>
          <w:numId w:val="1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Почему операция b = a не создаёт копию списка? Какие проблемы это порождает?</w:t>
      </w:r>
    </w:p>
    <w:p w14:paraId="3D3872F4" w14:textId="77777777" w:rsidR="00BB2F1A" w:rsidRPr="00A33C9F" w:rsidRDefault="00BB2F1A" w:rsidP="00BB2F1A">
      <w:pPr>
        <w:pStyle w:val="ae"/>
        <w:numPr>
          <w:ilvl w:val="1"/>
          <w:numId w:val="1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Когда следует использовать явное копирование </w:t>
      </w:r>
      <w:proofErr w:type="gramStart"/>
      <w:r w:rsidRPr="00A33C9F">
        <w:rPr>
          <w:lang w:val="ru-RU"/>
        </w:rPr>
        <w:t>(.</w:t>
      </w:r>
      <w:proofErr w:type="spellStart"/>
      <w:r w:rsidRPr="00A33C9F">
        <w:rPr>
          <w:lang w:val="ru-RU"/>
        </w:rPr>
        <w:t>copy</w:t>
      </w:r>
      <w:proofErr w:type="spellEnd"/>
      <w:proofErr w:type="gramEnd"/>
      <w:r w:rsidRPr="00A33C9F">
        <w:rPr>
          <w:lang w:val="ru-RU"/>
        </w:rPr>
        <w:t xml:space="preserve">(), срез [:], </w:t>
      </w:r>
      <w:proofErr w:type="spellStart"/>
      <w:r w:rsidRPr="00A33C9F">
        <w:rPr>
          <w:lang w:val="ru-RU"/>
        </w:rPr>
        <w:t>copy.deepcopy</w:t>
      </w:r>
      <w:proofErr w:type="spellEnd"/>
      <w:r w:rsidRPr="00A33C9F">
        <w:rPr>
          <w:lang w:val="ru-RU"/>
        </w:rPr>
        <w:t>())?</w:t>
      </w:r>
    </w:p>
    <w:p w14:paraId="399EC4E5" w14:textId="77777777" w:rsidR="00BB2F1A" w:rsidRPr="00A33C9F" w:rsidRDefault="00BB2F1A" w:rsidP="00BB2F1A">
      <w:pPr>
        <w:pStyle w:val="ae"/>
        <w:numPr>
          <w:ilvl w:val="1"/>
          <w:numId w:val="1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Может ли динамическая типизация усугубить ошибки, связанные с общими ссылками?</w:t>
      </w:r>
    </w:p>
    <w:p w14:paraId="1AF45F42" w14:textId="77777777" w:rsidR="00BB2F1A" w:rsidRPr="00A33C9F" w:rsidRDefault="00BB2F1A" w:rsidP="00BB2F1A">
      <w:pPr>
        <w:pStyle w:val="ae"/>
        <w:numPr>
          <w:ilvl w:val="0"/>
          <w:numId w:val="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Проблема представления чисел с плавающей точкой: когда 0.1 + </w:t>
      </w:r>
      <w:proofErr w:type="gramStart"/>
      <w:r w:rsidRPr="00A33C9F">
        <w:rPr>
          <w:lang w:val="ru-RU"/>
        </w:rPr>
        <w:t>0.2 !</w:t>
      </w:r>
      <w:proofErr w:type="gramEnd"/>
      <w:r w:rsidRPr="00A33C9F">
        <w:rPr>
          <w:lang w:val="ru-RU"/>
        </w:rPr>
        <w:t>= 0.3</w:t>
      </w:r>
    </w:p>
    <w:p w14:paraId="2BF72731" w14:textId="77777777" w:rsidR="00BB2F1A" w:rsidRPr="00A33C9F" w:rsidRDefault="00BB2F1A" w:rsidP="00BB2F1A">
      <w:pPr>
        <w:pStyle w:val="ae"/>
        <w:numPr>
          <w:ilvl w:val="1"/>
          <w:numId w:val="1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Почему в двоичной системе счисления десятичные дроби часто представляются неточно?</w:t>
      </w:r>
    </w:p>
    <w:p w14:paraId="43A74FD4" w14:textId="77777777" w:rsidR="00BB2F1A" w:rsidRPr="00A33C9F" w:rsidRDefault="00BB2F1A" w:rsidP="00BB2F1A">
      <w:pPr>
        <w:pStyle w:val="ae"/>
        <w:numPr>
          <w:ilvl w:val="1"/>
          <w:numId w:val="1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это влияет на сравнение чисел (оператор = =) и на финансовые расчёты?</w:t>
      </w:r>
    </w:p>
    <w:p w14:paraId="04AE475E" w14:textId="77777777" w:rsidR="00BB2F1A" w:rsidRPr="00A33C9F" w:rsidRDefault="00BB2F1A" w:rsidP="00BB2F1A">
      <w:pPr>
        <w:pStyle w:val="ae"/>
        <w:numPr>
          <w:ilvl w:val="1"/>
          <w:numId w:val="1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Какие стратегии позволяют обойти проблему (модуль </w:t>
      </w:r>
      <w:proofErr w:type="spellStart"/>
      <w:r w:rsidRPr="00A33C9F">
        <w:rPr>
          <w:lang w:val="ru-RU"/>
        </w:rPr>
        <w:t>decimal</w:t>
      </w:r>
      <w:proofErr w:type="spellEnd"/>
      <w:r w:rsidRPr="00A33C9F">
        <w:rPr>
          <w:lang w:val="ru-RU"/>
        </w:rPr>
        <w:t>, </w:t>
      </w:r>
      <w:proofErr w:type="spellStart"/>
      <w:r w:rsidRPr="00A33C9F">
        <w:rPr>
          <w:lang w:val="ru-RU"/>
        </w:rPr>
        <w:t>fractions</w:t>
      </w:r>
      <w:proofErr w:type="spellEnd"/>
      <w:r w:rsidRPr="00A33C9F">
        <w:rPr>
          <w:lang w:val="ru-RU"/>
        </w:rPr>
        <w:t>, сравнение с допуском)?</w:t>
      </w:r>
    </w:p>
    <w:p w14:paraId="2CF4A256" w14:textId="77777777" w:rsidR="00BB2F1A" w:rsidRPr="00A33C9F" w:rsidRDefault="00BB2F1A" w:rsidP="00BB2F1A">
      <w:pPr>
        <w:pStyle w:val="ae"/>
        <w:numPr>
          <w:ilvl w:val="1"/>
          <w:numId w:val="1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Стоит ли вообще использовать </w:t>
      </w:r>
      <w:proofErr w:type="spellStart"/>
      <w:r w:rsidRPr="00A33C9F">
        <w:rPr>
          <w:lang w:val="ru-RU"/>
        </w:rPr>
        <w:t>float</w:t>
      </w:r>
      <w:proofErr w:type="spellEnd"/>
      <w:r w:rsidRPr="00A33C9F">
        <w:rPr>
          <w:lang w:val="ru-RU"/>
        </w:rPr>
        <w:t xml:space="preserve"> в высокоточных вычислениях? Аргументы «за» и «против».</w:t>
      </w:r>
    </w:p>
    <w:p w14:paraId="40049821" w14:textId="77777777" w:rsidR="00BB2F1A" w:rsidRPr="00A33C9F" w:rsidRDefault="00BB2F1A" w:rsidP="00BB2F1A">
      <w:pPr>
        <w:pStyle w:val="ae"/>
        <w:numPr>
          <w:ilvl w:val="0"/>
          <w:numId w:val="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Инструкция </w:t>
      </w:r>
      <w:proofErr w:type="spellStart"/>
      <w:r w:rsidRPr="00A33C9F">
        <w:rPr>
          <w:lang w:val="ru-RU"/>
        </w:rPr>
        <w:t>pass</w:t>
      </w:r>
      <w:proofErr w:type="spellEnd"/>
      <w:r w:rsidRPr="00A33C9F">
        <w:rPr>
          <w:lang w:val="ru-RU"/>
        </w:rPr>
        <w:t xml:space="preserve"> – заглушка или </w:t>
      </w:r>
      <w:proofErr w:type="spellStart"/>
      <w:r w:rsidRPr="00A33C9F">
        <w:rPr>
          <w:lang w:val="ru-RU"/>
        </w:rPr>
        <w:t>антипаттерн</w:t>
      </w:r>
      <w:proofErr w:type="spellEnd"/>
      <w:r w:rsidRPr="00A33C9F">
        <w:rPr>
          <w:lang w:val="ru-RU"/>
        </w:rPr>
        <w:t>?</w:t>
      </w:r>
    </w:p>
    <w:p w14:paraId="0B4D107E" w14:textId="77777777" w:rsidR="00BB2F1A" w:rsidRPr="00A33C9F" w:rsidRDefault="00BB2F1A" w:rsidP="00BB2F1A">
      <w:pPr>
        <w:pStyle w:val="ae"/>
        <w:numPr>
          <w:ilvl w:val="1"/>
          <w:numId w:val="1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каких ситуациях использование </w:t>
      </w:r>
      <w:proofErr w:type="spellStart"/>
      <w:r w:rsidRPr="00A33C9F">
        <w:rPr>
          <w:lang w:val="ru-RU"/>
        </w:rPr>
        <w:t>pass</w:t>
      </w:r>
      <w:proofErr w:type="spellEnd"/>
      <w:r w:rsidRPr="00A33C9F">
        <w:rPr>
          <w:lang w:val="ru-RU"/>
        </w:rPr>
        <w:t> оправдано (пустые классы, функции в разработке, заготовки для исключений)?</w:t>
      </w:r>
    </w:p>
    <w:p w14:paraId="267E77D5" w14:textId="77777777" w:rsidR="00BB2F1A" w:rsidRPr="00A33C9F" w:rsidRDefault="00BB2F1A" w:rsidP="00BB2F1A">
      <w:pPr>
        <w:pStyle w:val="ae"/>
        <w:numPr>
          <w:ilvl w:val="1"/>
          <w:numId w:val="1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Не ведёт ли злоупотребление </w:t>
      </w:r>
      <w:proofErr w:type="spellStart"/>
      <w:r w:rsidRPr="00A33C9F">
        <w:rPr>
          <w:lang w:val="ru-RU"/>
        </w:rPr>
        <w:t>pass</w:t>
      </w:r>
      <w:proofErr w:type="spellEnd"/>
      <w:r w:rsidRPr="00A33C9F">
        <w:rPr>
          <w:lang w:val="ru-RU"/>
        </w:rPr>
        <w:t> к трудно обнаруживаемым логическим ошибкам?</w:t>
      </w:r>
    </w:p>
    <w:p w14:paraId="5CC7F9D9" w14:textId="77777777" w:rsidR="00BB2F1A" w:rsidRPr="00A33C9F" w:rsidRDefault="00BB2F1A" w:rsidP="00BB2F1A">
      <w:pPr>
        <w:pStyle w:val="ae"/>
        <w:numPr>
          <w:ilvl w:val="1"/>
          <w:numId w:val="1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Можно ли всегда заменить </w:t>
      </w:r>
      <w:proofErr w:type="spellStart"/>
      <w:r w:rsidRPr="00A33C9F">
        <w:rPr>
          <w:lang w:val="ru-RU"/>
        </w:rPr>
        <w:t>pass</w:t>
      </w:r>
      <w:proofErr w:type="spellEnd"/>
      <w:r w:rsidRPr="00A33C9F">
        <w:rPr>
          <w:lang w:val="ru-RU"/>
        </w:rPr>
        <w:t> на ... (многоточие) или комментарий? Есть ли разница?</w:t>
      </w:r>
    </w:p>
    <w:p w14:paraId="7EC8E101" w14:textId="77777777" w:rsidR="00BB2F1A" w:rsidRPr="00A33C9F" w:rsidRDefault="00BB2F1A" w:rsidP="00BB2F1A">
      <w:pPr>
        <w:pStyle w:val="ae"/>
        <w:numPr>
          <w:ilvl w:val="1"/>
          <w:numId w:val="1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Следует ли разрешать </w:t>
      </w:r>
      <w:proofErr w:type="spellStart"/>
      <w:r w:rsidRPr="00A33C9F">
        <w:rPr>
          <w:lang w:val="ru-RU"/>
        </w:rPr>
        <w:t>pass</w:t>
      </w:r>
      <w:proofErr w:type="spellEnd"/>
      <w:r w:rsidRPr="00A33C9F">
        <w:rPr>
          <w:lang w:val="ru-RU"/>
        </w:rPr>
        <w:t xml:space="preserve"> в коде, сдаваемом в </w:t>
      </w:r>
      <w:proofErr w:type="spellStart"/>
      <w:r w:rsidRPr="00A33C9F">
        <w:rPr>
          <w:lang w:val="ru-RU"/>
        </w:rPr>
        <w:t>production</w:t>
      </w:r>
      <w:proofErr w:type="spellEnd"/>
      <w:r w:rsidRPr="00A33C9F">
        <w:rPr>
          <w:lang w:val="ru-RU"/>
        </w:rPr>
        <w:t>, или это исключительно инструмент разработки?</w:t>
      </w:r>
    </w:p>
    <w:p w14:paraId="7B6CE822" w14:textId="77777777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1C125B76" w14:textId="77777777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Cs w:val="24"/>
          <w:lang w:val="ru-RU" w:eastAsia="ru-RU"/>
        </w:rPr>
      </w:pPr>
      <w:r w:rsidRPr="00A33C9F">
        <w:rPr>
          <w:rFonts w:eastAsia="Calibri" w:cs="Times New Roman"/>
          <w:b/>
          <w:bCs/>
          <w:szCs w:val="24"/>
          <w:lang w:val="ru-RU" w:eastAsia="ru-RU"/>
        </w:rPr>
        <w:t>Лекция:</w:t>
      </w:r>
      <w:r w:rsidRPr="00A33C9F">
        <w:rPr>
          <w:b/>
          <w:bCs/>
          <w:lang w:val="ru-RU"/>
        </w:rPr>
        <w:t xml:space="preserve"> </w:t>
      </w:r>
      <w:r w:rsidRPr="00A33C9F">
        <w:rPr>
          <w:rFonts w:eastAsia="Calibri" w:cs="Times New Roman"/>
          <w:b/>
          <w:bCs/>
          <w:szCs w:val="24"/>
          <w:lang w:val="ru-RU" w:eastAsia="ru-RU"/>
        </w:rPr>
        <w:t>Условия и рекурсия</w:t>
      </w:r>
    </w:p>
    <w:p w14:paraId="074B8221" w14:textId="77777777" w:rsidR="00BB2F1A" w:rsidRPr="00A33C9F" w:rsidRDefault="00BB2F1A" w:rsidP="00BB2F1A">
      <w:pPr>
        <w:pStyle w:val="ae"/>
        <w:numPr>
          <w:ilvl w:val="0"/>
          <w:numId w:val="1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Читаемость и логическая сложность конструкции </w:t>
      </w:r>
      <w:proofErr w:type="spellStart"/>
      <w:r w:rsidRPr="00A33C9F">
        <w:rPr>
          <w:lang w:val="ru-RU"/>
        </w:rPr>
        <w:t>if-elif-else</w:t>
      </w:r>
      <w:proofErr w:type="spellEnd"/>
      <w:r w:rsidRPr="00A33C9F">
        <w:rPr>
          <w:lang w:val="ru-RU"/>
        </w:rPr>
        <w:t xml:space="preserve"> и вложенное </w:t>
      </w:r>
      <w:proofErr w:type="spellStart"/>
      <w:r w:rsidRPr="00A33C9F">
        <w:rPr>
          <w:lang w:val="ru-RU"/>
        </w:rPr>
        <w:t>if</w:t>
      </w:r>
      <w:proofErr w:type="spellEnd"/>
      <w:r w:rsidRPr="00A33C9F">
        <w:rPr>
          <w:lang w:val="ru-RU"/>
        </w:rPr>
        <w:t xml:space="preserve">: </w:t>
      </w:r>
    </w:p>
    <w:p w14:paraId="76CBF1AB" w14:textId="77777777" w:rsidR="00BB2F1A" w:rsidRPr="00A33C9F" w:rsidRDefault="00BB2F1A" w:rsidP="00BB2F1A">
      <w:pPr>
        <w:pStyle w:val="ae"/>
        <w:numPr>
          <w:ilvl w:val="1"/>
          <w:numId w:val="1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В каких случаях каскад </w:t>
      </w:r>
      <w:proofErr w:type="spellStart"/>
      <w:r w:rsidRPr="00A33C9F">
        <w:rPr>
          <w:lang w:val="ru-RU"/>
        </w:rPr>
        <w:t>if-elif-else</w:t>
      </w:r>
      <w:proofErr w:type="spellEnd"/>
      <w:r w:rsidRPr="00A33C9F">
        <w:rPr>
          <w:lang w:val="ru-RU"/>
        </w:rPr>
        <w:t xml:space="preserve"> предпочтительнее вложенных условий, а когда наоборот?</w:t>
      </w:r>
    </w:p>
    <w:p w14:paraId="09032A7B" w14:textId="77777777" w:rsidR="00BB2F1A" w:rsidRPr="00A33C9F" w:rsidRDefault="00BB2F1A" w:rsidP="00BB2F1A">
      <w:pPr>
        <w:pStyle w:val="ae"/>
        <w:numPr>
          <w:ilvl w:val="1"/>
          <w:numId w:val="1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количество вложенных уровней влияет на понимание кода и вероятность ошибок?</w:t>
      </w:r>
    </w:p>
    <w:p w14:paraId="59815FD0" w14:textId="77777777" w:rsidR="00BB2F1A" w:rsidRPr="00A33C9F" w:rsidRDefault="00BB2F1A" w:rsidP="00BB2F1A">
      <w:pPr>
        <w:pStyle w:val="ae"/>
        <w:numPr>
          <w:ilvl w:val="1"/>
          <w:numId w:val="1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Существует ли «золотая середина» между глубиной вложенности и количеством ветвей?</w:t>
      </w:r>
    </w:p>
    <w:p w14:paraId="53459211" w14:textId="77777777" w:rsidR="00BB2F1A" w:rsidRPr="00A33C9F" w:rsidRDefault="00BB2F1A" w:rsidP="00BB2F1A">
      <w:pPr>
        <w:pStyle w:val="ae"/>
        <w:numPr>
          <w:ilvl w:val="1"/>
          <w:numId w:val="1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Может ли использование </w:t>
      </w:r>
      <w:proofErr w:type="spellStart"/>
      <w:r w:rsidRPr="00A33C9F">
        <w:rPr>
          <w:lang w:val="ru-RU"/>
        </w:rPr>
        <w:t>match-case</w:t>
      </w:r>
      <w:proofErr w:type="spellEnd"/>
      <w:r w:rsidRPr="00A33C9F">
        <w:rPr>
          <w:lang w:val="ru-RU"/>
        </w:rPr>
        <w:t xml:space="preserve"> (</w:t>
      </w:r>
      <w:proofErr w:type="spellStart"/>
      <w:r w:rsidRPr="00A33C9F">
        <w:rPr>
          <w:lang w:val="ru-RU"/>
        </w:rPr>
        <w:t>Python</w:t>
      </w:r>
      <w:proofErr w:type="spellEnd"/>
      <w:r w:rsidRPr="00A33C9F">
        <w:rPr>
          <w:lang w:val="ru-RU"/>
        </w:rPr>
        <w:t xml:space="preserve"> 3.10+) полностью заменить цепочки </w:t>
      </w:r>
      <w:proofErr w:type="spellStart"/>
      <w:r w:rsidRPr="00A33C9F">
        <w:rPr>
          <w:lang w:val="ru-RU"/>
        </w:rPr>
        <w:t>if-elif-else</w:t>
      </w:r>
      <w:proofErr w:type="spellEnd"/>
      <w:r w:rsidRPr="00A33C9F">
        <w:rPr>
          <w:lang w:val="ru-RU"/>
        </w:rPr>
        <w:t>? В чём преимущества и недостатки?</w:t>
      </w:r>
    </w:p>
    <w:p w14:paraId="2F017868" w14:textId="77777777" w:rsidR="00BB2F1A" w:rsidRPr="00A33C9F" w:rsidRDefault="00BB2F1A" w:rsidP="00BB2F1A">
      <w:pPr>
        <w:pStyle w:val="ae"/>
        <w:numPr>
          <w:ilvl w:val="0"/>
          <w:numId w:val="1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Тернарный оператор x </w:t>
      </w:r>
      <w:proofErr w:type="spellStart"/>
      <w:r w:rsidRPr="00A33C9F">
        <w:rPr>
          <w:lang w:val="ru-RU"/>
        </w:rPr>
        <w:t>if</w:t>
      </w:r>
      <w:proofErr w:type="spellEnd"/>
      <w:r w:rsidRPr="00A33C9F">
        <w:rPr>
          <w:lang w:val="ru-RU"/>
        </w:rPr>
        <w:t xml:space="preserve"> </w:t>
      </w:r>
      <w:proofErr w:type="spellStart"/>
      <w:r w:rsidRPr="00A33C9F">
        <w:rPr>
          <w:lang w:val="ru-RU"/>
        </w:rPr>
        <w:t>condition</w:t>
      </w:r>
      <w:proofErr w:type="spellEnd"/>
      <w:r w:rsidRPr="00A33C9F">
        <w:rPr>
          <w:lang w:val="ru-RU"/>
        </w:rPr>
        <w:t xml:space="preserve"> </w:t>
      </w:r>
      <w:proofErr w:type="spellStart"/>
      <w:r w:rsidRPr="00A33C9F">
        <w:rPr>
          <w:lang w:val="ru-RU"/>
        </w:rPr>
        <w:t>else</w:t>
      </w:r>
      <w:proofErr w:type="spellEnd"/>
      <w:r w:rsidRPr="00A33C9F">
        <w:rPr>
          <w:lang w:val="ru-RU"/>
        </w:rPr>
        <w:t xml:space="preserve"> y: сахар или источник путаницы?</w:t>
      </w:r>
    </w:p>
    <w:p w14:paraId="66750CA3" w14:textId="77777777" w:rsidR="00BB2F1A" w:rsidRPr="00A33C9F" w:rsidRDefault="00BB2F1A" w:rsidP="00BB2F1A">
      <w:pPr>
        <w:pStyle w:val="ae"/>
        <w:numPr>
          <w:ilvl w:val="1"/>
          <w:numId w:val="1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Улучшает ли тернарный оператор читаемость коротких присваиваний или, наоборот, усложняет восприятие?</w:t>
      </w:r>
    </w:p>
    <w:p w14:paraId="3372C7C5" w14:textId="77777777" w:rsidR="00BB2F1A" w:rsidRPr="00A33C9F" w:rsidRDefault="00BB2F1A" w:rsidP="00BB2F1A">
      <w:pPr>
        <w:pStyle w:val="ae"/>
        <w:numPr>
          <w:ilvl w:val="1"/>
          <w:numId w:val="1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Где следует проводить границу, когда лучше использовать полную форму </w:t>
      </w:r>
      <w:proofErr w:type="spellStart"/>
      <w:r w:rsidRPr="00A33C9F">
        <w:rPr>
          <w:lang w:val="ru-RU"/>
        </w:rPr>
        <w:t>if-else</w:t>
      </w:r>
      <w:proofErr w:type="spellEnd"/>
      <w:r w:rsidRPr="00A33C9F">
        <w:rPr>
          <w:lang w:val="ru-RU"/>
        </w:rPr>
        <w:t>, а когда – тернарный оператор?</w:t>
      </w:r>
    </w:p>
    <w:p w14:paraId="5566A263" w14:textId="77777777" w:rsidR="00BB2F1A" w:rsidRPr="00A33C9F" w:rsidRDefault="00BB2F1A" w:rsidP="00BB2F1A">
      <w:pPr>
        <w:pStyle w:val="ae"/>
        <w:numPr>
          <w:ilvl w:val="1"/>
          <w:numId w:val="1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Можно ли вкладывать тернарные операторы? Считается ли это приемлемым стилем?</w:t>
      </w:r>
    </w:p>
    <w:p w14:paraId="5D70974A" w14:textId="77777777" w:rsidR="00BB2F1A" w:rsidRPr="00A33C9F" w:rsidRDefault="00BB2F1A" w:rsidP="00BB2F1A">
      <w:pPr>
        <w:pStyle w:val="ae"/>
        <w:numPr>
          <w:ilvl w:val="1"/>
          <w:numId w:val="18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тернарный оператор влияет на производительность по сравнению с обычным </w:t>
      </w:r>
      <w:proofErr w:type="spellStart"/>
      <w:r w:rsidRPr="00A33C9F">
        <w:rPr>
          <w:lang w:val="ru-RU"/>
        </w:rPr>
        <w:t>if</w:t>
      </w:r>
      <w:proofErr w:type="spellEnd"/>
      <w:r w:rsidRPr="00A33C9F">
        <w:rPr>
          <w:lang w:val="ru-RU"/>
        </w:rPr>
        <w:t>?</w:t>
      </w:r>
    </w:p>
    <w:p w14:paraId="4368DE3B" w14:textId="77777777" w:rsidR="00BB2F1A" w:rsidRPr="00A33C9F" w:rsidRDefault="00BB2F1A" w:rsidP="00BB2F1A">
      <w:pPr>
        <w:pStyle w:val="ae"/>
        <w:numPr>
          <w:ilvl w:val="0"/>
          <w:numId w:val="1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Рекурсия: мощный инструмент или ловушка для новичков?</w:t>
      </w:r>
    </w:p>
    <w:p w14:paraId="292249F0" w14:textId="77777777" w:rsidR="00BB2F1A" w:rsidRPr="00A33C9F" w:rsidRDefault="00BB2F1A" w:rsidP="00BB2F1A">
      <w:pPr>
        <w:pStyle w:val="ae"/>
        <w:numPr>
          <w:ilvl w:val="1"/>
          <w:numId w:val="1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Какие задачи естественно решаются рекурсией (обход деревьев, вычисление факториала, числа Фибоначчи), а где рекурсия приводит к неоправданной сложности?</w:t>
      </w:r>
    </w:p>
    <w:p w14:paraId="237B4120" w14:textId="77777777" w:rsidR="00BB2F1A" w:rsidRPr="00A33C9F" w:rsidRDefault="00BB2F1A" w:rsidP="00BB2F1A">
      <w:pPr>
        <w:pStyle w:val="ae"/>
        <w:numPr>
          <w:ilvl w:val="1"/>
          <w:numId w:val="1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чём заключаются риски рекурсии в Python (ограничение глубины рекурсии, переполнение стека, низкая производительность по сравнению с итерацией)?</w:t>
      </w:r>
    </w:p>
    <w:p w14:paraId="4A7E204C" w14:textId="77777777" w:rsidR="00BB2F1A" w:rsidRPr="00A33C9F" w:rsidRDefault="00BB2F1A" w:rsidP="00BB2F1A">
      <w:pPr>
        <w:pStyle w:val="ae"/>
        <w:numPr>
          <w:ilvl w:val="1"/>
          <w:numId w:val="1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Всегда ли рекурсию можно преобразовать в итерацию? Когда это стоит делать, а когда нет?</w:t>
      </w:r>
    </w:p>
    <w:p w14:paraId="63A9DBE0" w14:textId="77777777" w:rsidR="00BB2F1A" w:rsidRPr="00A33C9F" w:rsidRDefault="00BB2F1A" w:rsidP="00BB2F1A">
      <w:pPr>
        <w:pStyle w:val="ae"/>
        <w:numPr>
          <w:ilvl w:val="1"/>
          <w:numId w:val="19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Считается ли «</w:t>
      </w:r>
      <w:proofErr w:type="spellStart"/>
      <w:r w:rsidRPr="00A33C9F">
        <w:rPr>
          <w:lang w:val="ru-RU"/>
        </w:rPr>
        <w:t>питоновским</w:t>
      </w:r>
      <w:proofErr w:type="spellEnd"/>
      <w:r w:rsidRPr="00A33C9F">
        <w:rPr>
          <w:lang w:val="ru-RU"/>
        </w:rPr>
        <w:t xml:space="preserve"> стилем» использование рекурсии в учебных примерах или следует сразу приучать к итеративным решениям?</w:t>
      </w:r>
    </w:p>
    <w:p w14:paraId="0664F92B" w14:textId="77777777" w:rsidR="00BB2F1A" w:rsidRPr="00A33C9F" w:rsidRDefault="00BB2F1A" w:rsidP="00BB2F1A">
      <w:pPr>
        <w:pStyle w:val="ae"/>
        <w:numPr>
          <w:ilvl w:val="0"/>
          <w:numId w:val="1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Хвостовая рекурсия: почему Python её не оптимизирует и как это обойти</w:t>
      </w:r>
    </w:p>
    <w:p w14:paraId="6AB7A376" w14:textId="77777777" w:rsidR="00BB2F1A" w:rsidRPr="00A33C9F" w:rsidRDefault="00BB2F1A" w:rsidP="00BB2F1A">
      <w:pPr>
        <w:pStyle w:val="ae"/>
        <w:numPr>
          <w:ilvl w:val="1"/>
          <w:numId w:val="2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Что такое хвостовая рекурсия и почему её оптимизация важна в функциональных языках?</w:t>
      </w:r>
    </w:p>
    <w:p w14:paraId="2206D297" w14:textId="77777777" w:rsidR="00BB2F1A" w:rsidRPr="00A33C9F" w:rsidRDefault="00BB2F1A" w:rsidP="00BB2F1A">
      <w:pPr>
        <w:pStyle w:val="ae"/>
        <w:numPr>
          <w:ilvl w:val="1"/>
          <w:numId w:val="2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Почему разработчики Python сознательно не реализовали оптимизацию хвостовой рекурсии (TCO)?</w:t>
      </w:r>
    </w:p>
    <w:p w14:paraId="7AC9B3D5" w14:textId="77777777" w:rsidR="00BB2F1A" w:rsidRPr="00A33C9F" w:rsidRDefault="00BB2F1A" w:rsidP="00BB2F1A">
      <w:pPr>
        <w:pStyle w:val="ae"/>
        <w:numPr>
          <w:ilvl w:val="1"/>
          <w:numId w:val="2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Какие приёмы позволяют имитировать хвостовую рекурсию в Python (ручное управление стеком, декораторы)?</w:t>
      </w:r>
    </w:p>
    <w:p w14:paraId="2704EF70" w14:textId="77777777" w:rsidR="00BB2F1A" w:rsidRPr="00A33C9F" w:rsidRDefault="00BB2F1A" w:rsidP="00BB2F1A">
      <w:pPr>
        <w:pStyle w:val="ae"/>
        <w:numPr>
          <w:ilvl w:val="1"/>
          <w:numId w:val="20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Стоит ли избегать рекурсии в Python в пользу итерации из-за отсутствия TCO?</w:t>
      </w:r>
    </w:p>
    <w:p w14:paraId="03625550" w14:textId="77777777" w:rsidR="00BB2F1A" w:rsidRPr="00A33C9F" w:rsidRDefault="00BB2F1A" w:rsidP="00BB2F1A">
      <w:pPr>
        <w:pStyle w:val="ae"/>
        <w:numPr>
          <w:ilvl w:val="0"/>
          <w:numId w:val="1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Порядок проверки условий: влияние на эффективность и корректность</w:t>
      </w:r>
    </w:p>
    <w:p w14:paraId="6E6F8553" w14:textId="77777777" w:rsidR="00BB2F1A" w:rsidRPr="00A33C9F" w:rsidRDefault="00BB2F1A" w:rsidP="00BB2F1A">
      <w:pPr>
        <w:pStyle w:val="ae"/>
        <w:numPr>
          <w:ilvl w:val="1"/>
          <w:numId w:val="21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Как порядок расположения ветвей в </w:t>
      </w:r>
      <w:proofErr w:type="spellStart"/>
      <w:r w:rsidRPr="00A33C9F">
        <w:rPr>
          <w:lang w:val="ru-RU"/>
        </w:rPr>
        <w:t>if-elif-else</w:t>
      </w:r>
      <w:proofErr w:type="spellEnd"/>
      <w:r w:rsidRPr="00A33C9F">
        <w:rPr>
          <w:lang w:val="ru-RU"/>
        </w:rPr>
        <w:t xml:space="preserve"> влияет на производительность (вероятность срабатывания, сложность вычислений)?</w:t>
      </w:r>
    </w:p>
    <w:p w14:paraId="475AA1E2" w14:textId="77777777" w:rsidR="00BB2F1A" w:rsidRPr="00A33C9F" w:rsidRDefault="00BB2F1A" w:rsidP="00BB2F1A">
      <w:pPr>
        <w:pStyle w:val="ae"/>
        <w:numPr>
          <w:ilvl w:val="1"/>
          <w:numId w:val="21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Может ли изменение порядка условий изменить логику программы (например, из-за побочных эффектов в проверках)?</w:t>
      </w:r>
    </w:p>
    <w:p w14:paraId="7B01481E" w14:textId="77777777" w:rsidR="00BB2F1A" w:rsidRPr="00A33C9F" w:rsidRDefault="00BB2F1A" w:rsidP="00BB2F1A">
      <w:pPr>
        <w:pStyle w:val="ae"/>
        <w:numPr>
          <w:ilvl w:val="1"/>
          <w:numId w:val="21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Следует ли сначала проверять более специфичные условия или, наоборот, общие? Приведите примеры.</w:t>
      </w:r>
    </w:p>
    <w:p w14:paraId="7B38B21D" w14:textId="77777777" w:rsidR="00BB2F1A" w:rsidRPr="00A33C9F" w:rsidRDefault="00BB2F1A" w:rsidP="00BB2F1A">
      <w:pPr>
        <w:pStyle w:val="ae"/>
        <w:numPr>
          <w:ilvl w:val="1"/>
          <w:numId w:val="21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Как использование </w:t>
      </w:r>
      <w:proofErr w:type="spellStart"/>
      <w:r w:rsidRPr="00A33C9F">
        <w:rPr>
          <w:lang w:val="ru-RU"/>
        </w:rPr>
        <w:t>and</w:t>
      </w:r>
      <w:proofErr w:type="spellEnd"/>
      <w:r w:rsidRPr="00A33C9F">
        <w:rPr>
          <w:lang w:val="ru-RU"/>
        </w:rPr>
        <w:t xml:space="preserve"> с коротким замыканием внутри условий влияет на принятие решений о порядке проверок?</w:t>
      </w:r>
    </w:p>
    <w:p w14:paraId="4915EF42" w14:textId="77777777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69888008" w14:textId="77777777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Cs w:val="24"/>
          <w:lang w:val="ru-RU" w:eastAsia="ru-RU"/>
        </w:rPr>
      </w:pPr>
      <w:r w:rsidRPr="00A33C9F">
        <w:rPr>
          <w:rFonts w:eastAsia="Calibri" w:cs="Times New Roman"/>
          <w:b/>
          <w:bCs/>
          <w:szCs w:val="24"/>
          <w:lang w:val="ru-RU" w:eastAsia="ru-RU"/>
        </w:rPr>
        <w:t>Лекция:</w:t>
      </w:r>
      <w:r w:rsidRPr="00A33C9F">
        <w:rPr>
          <w:b/>
          <w:bCs/>
          <w:lang w:val="ru-RU"/>
        </w:rPr>
        <w:t xml:space="preserve"> </w:t>
      </w:r>
      <w:r w:rsidRPr="00A33C9F">
        <w:rPr>
          <w:rFonts w:eastAsia="Calibri" w:cs="Times New Roman"/>
          <w:b/>
          <w:bCs/>
          <w:szCs w:val="24"/>
          <w:lang w:val="ru-RU" w:eastAsia="ru-RU"/>
        </w:rPr>
        <w:t>Функции</w:t>
      </w:r>
    </w:p>
    <w:p w14:paraId="34A49091" w14:textId="77777777" w:rsidR="00BB2F1A" w:rsidRPr="00A33C9F" w:rsidRDefault="00BB2F1A" w:rsidP="00BB2F1A">
      <w:pPr>
        <w:pStyle w:val="ae"/>
        <w:numPr>
          <w:ilvl w:val="0"/>
          <w:numId w:val="22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Именованные аргументы и значения по умолчанию: гибкость или скрытые ошибки?</w:t>
      </w:r>
    </w:p>
    <w:p w14:paraId="284AE677" w14:textId="77777777" w:rsidR="00BB2F1A" w:rsidRPr="00A33C9F" w:rsidRDefault="00BB2F1A" w:rsidP="00BB2F1A">
      <w:pPr>
        <w:pStyle w:val="ae"/>
        <w:numPr>
          <w:ilvl w:val="1"/>
          <w:numId w:val="2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каких случаях использование именованных аргументов делает код более читаемым, а в каких – избыточным?</w:t>
      </w:r>
    </w:p>
    <w:p w14:paraId="5C782A43" w14:textId="77777777" w:rsidR="00BB2F1A" w:rsidRPr="00A33C9F" w:rsidRDefault="00BB2F1A" w:rsidP="00BB2F1A">
      <w:pPr>
        <w:pStyle w:val="ae"/>
        <w:numPr>
          <w:ilvl w:val="1"/>
          <w:numId w:val="2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Каковы риски использования изменяемых объектов в качестве значений по умолчанию (например, </w:t>
      </w:r>
      <w:proofErr w:type="spellStart"/>
      <w:r w:rsidRPr="00A33C9F">
        <w:rPr>
          <w:lang w:val="ru-RU"/>
        </w:rPr>
        <w:t>def</w:t>
      </w:r>
      <w:proofErr w:type="spellEnd"/>
      <w:r w:rsidRPr="00A33C9F">
        <w:rPr>
          <w:lang w:val="ru-RU"/>
        </w:rPr>
        <w:t xml:space="preserve"> f(</w:t>
      </w:r>
      <w:proofErr w:type="spellStart"/>
      <w:r w:rsidRPr="00A33C9F">
        <w:rPr>
          <w:lang w:val="ru-RU"/>
        </w:rPr>
        <w:t>lst</w:t>
      </w:r>
      <w:proofErr w:type="spellEnd"/>
      <w:proofErr w:type="gramStart"/>
      <w:r w:rsidRPr="00A33C9F">
        <w:rPr>
          <w:lang w:val="ru-RU"/>
        </w:rPr>
        <w:t>=[</w:t>
      </w:r>
      <w:proofErr w:type="gramEnd"/>
      <w:r w:rsidRPr="00A33C9F">
        <w:rPr>
          <w:lang w:val="ru-RU"/>
        </w:rPr>
        <w:t>]):)? Почему это происходит и как правильно инициализировать изменяемые значения по умолчанию?</w:t>
      </w:r>
    </w:p>
    <w:p w14:paraId="08FA2DAD" w14:textId="77777777" w:rsidR="00BB2F1A" w:rsidRPr="00A33C9F" w:rsidRDefault="00BB2F1A" w:rsidP="00BB2F1A">
      <w:pPr>
        <w:pStyle w:val="ae"/>
        <w:numPr>
          <w:ilvl w:val="1"/>
          <w:numId w:val="2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Следует ли вообще избегать изменяемых значений по умолчанию или достаточно знать об этой особенности?</w:t>
      </w:r>
    </w:p>
    <w:p w14:paraId="00B6F774" w14:textId="77777777" w:rsidR="00BB2F1A" w:rsidRPr="00A33C9F" w:rsidRDefault="00BB2F1A" w:rsidP="00BB2F1A">
      <w:pPr>
        <w:pStyle w:val="ae"/>
        <w:numPr>
          <w:ilvl w:val="1"/>
          <w:numId w:val="24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влияет порядок расположения позиционных, именованных и аргументов со звёздочками (*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>, 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>) на гибкость API?</w:t>
      </w:r>
    </w:p>
    <w:p w14:paraId="063FDA10" w14:textId="77777777" w:rsidR="00BB2F1A" w:rsidRPr="00A33C9F" w:rsidRDefault="00BB2F1A" w:rsidP="00BB2F1A">
      <w:pPr>
        <w:pStyle w:val="ae"/>
        <w:numPr>
          <w:ilvl w:val="0"/>
          <w:numId w:val="22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Использование 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> и `**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>» универсальность или усложнение понимания кода?</w:t>
      </w:r>
    </w:p>
    <w:p w14:paraId="5A9D3EC6" w14:textId="77777777" w:rsidR="00BB2F1A" w:rsidRPr="00A33C9F" w:rsidRDefault="00BB2F1A" w:rsidP="00A33C9F">
      <w:pPr>
        <w:pStyle w:val="ae"/>
        <w:numPr>
          <w:ilvl w:val="1"/>
          <w:numId w:val="2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Когда оправдано использование 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> и 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 xml:space="preserve"> (декораторы, прокси-функции, обёртки), а когда лучше явно перечислить параметры?</w:t>
      </w:r>
    </w:p>
    <w:p w14:paraId="5D7E28A6" w14:textId="77777777" w:rsidR="00BB2F1A" w:rsidRPr="00A33C9F" w:rsidRDefault="00BB2F1A" w:rsidP="00A33C9F">
      <w:pPr>
        <w:pStyle w:val="ae"/>
        <w:numPr>
          <w:ilvl w:val="1"/>
          <w:numId w:val="2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Не приводит ли чрезмерное использование этих конструкций к потере </w:t>
      </w:r>
      <w:proofErr w:type="spellStart"/>
      <w:r w:rsidRPr="00A33C9F">
        <w:rPr>
          <w:lang w:val="ru-RU"/>
        </w:rPr>
        <w:t>самодокументируемости</w:t>
      </w:r>
      <w:proofErr w:type="spellEnd"/>
      <w:r w:rsidRPr="00A33C9F">
        <w:rPr>
          <w:lang w:val="ru-RU"/>
        </w:rPr>
        <w:t xml:space="preserve"> кода?</w:t>
      </w:r>
    </w:p>
    <w:p w14:paraId="4BEA466A" w14:textId="77777777" w:rsidR="00BB2F1A" w:rsidRPr="00A33C9F" w:rsidRDefault="00BB2F1A" w:rsidP="00A33C9F">
      <w:pPr>
        <w:pStyle w:val="ae"/>
        <w:numPr>
          <w:ilvl w:val="1"/>
          <w:numId w:val="2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правильно передавать 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> и 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 xml:space="preserve"> из одной функции в другую? Какие подводные камни существуют?</w:t>
      </w:r>
    </w:p>
    <w:p w14:paraId="759C2FBD" w14:textId="77777777" w:rsidR="00BB2F1A" w:rsidRPr="00A33C9F" w:rsidRDefault="00BB2F1A" w:rsidP="00A33C9F">
      <w:pPr>
        <w:pStyle w:val="ae"/>
        <w:numPr>
          <w:ilvl w:val="1"/>
          <w:numId w:val="25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Стоит ли использовать аннотации типов для 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> и 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 xml:space="preserve"> (*</w:t>
      </w:r>
      <w:proofErr w:type="spellStart"/>
      <w:r w:rsidRPr="00A33C9F">
        <w:rPr>
          <w:lang w:val="ru-RU"/>
        </w:rPr>
        <w:t>args</w:t>
      </w:r>
      <w:proofErr w:type="spellEnd"/>
      <w:r w:rsidRPr="00A33C9F">
        <w:rPr>
          <w:lang w:val="ru-RU"/>
        </w:rPr>
        <w:t xml:space="preserve">: </w:t>
      </w:r>
      <w:proofErr w:type="spellStart"/>
      <w:r w:rsidRPr="00A33C9F">
        <w:rPr>
          <w:lang w:val="ru-RU"/>
        </w:rPr>
        <w:t>int</w:t>
      </w:r>
      <w:proofErr w:type="spellEnd"/>
      <w:r w:rsidRPr="00A33C9F">
        <w:rPr>
          <w:lang w:val="ru-RU"/>
        </w:rPr>
        <w:t>, **</w:t>
      </w:r>
      <w:proofErr w:type="spellStart"/>
      <w:r w:rsidRPr="00A33C9F">
        <w:rPr>
          <w:lang w:val="ru-RU"/>
        </w:rPr>
        <w:t>kwargs</w:t>
      </w:r>
      <w:proofErr w:type="spellEnd"/>
      <w:r w:rsidRPr="00A33C9F">
        <w:rPr>
          <w:lang w:val="ru-RU"/>
        </w:rPr>
        <w:t xml:space="preserve">: </w:t>
      </w:r>
      <w:proofErr w:type="spellStart"/>
      <w:r w:rsidRPr="00A33C9F">
        <w:rPr>
          <w:lang w:val="ru-RU"/>
        </w:rPr>
        <w:t>str</w:t>
      </w:r>
      <w:proofErr w:type="spellEnd"/>
      <w:r w:rsidRPr="00A33C9F">
        <w:rPr>
          <w:lang w:val="ru-RU"/>
        </w:rPr>
        <w:t>)? Насколько это полезно?</w:t>
      </w:r>
    </w:p>
    <w:p w14:paraId="03E060B2" w14:textId="77777777" w:rsidR="00BB2F1A" w:rsidRPr="00A33C9F" w:rsidRDefault="00BB2F1A" w:rsidP="00BB2F1A">
      <w:pPr>
        <w:pStyle w:val="ae"/>
        <w:numPr>
          <w:ilvl w:val="0"/>
          <w:numId w:val="22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Возврат нескольких значений: кортеж, список, словарь или именованный кортеж?</w:t>
      </w:r>
    </w:p>
    <w:p w14:paraId="51EA4A08" w14:textId="77777777" w:rsidR="00BB2F1A" w:rsidRPr="00A33C9F" w:rsidRDefault="00BB2F1A" w:rsidP="00A33C9F">
      <w:pPr>
        <w:pStyle w:val="ae"/>
        <w:numPr>
          <w:ilvl w:val="1"/>
          <w:numId w:val="2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Каковы преимущества и недостатки каждого способа возврата нескольких значений?</w:t>
      </w:r>
    </w:p>
    <w:p w14:paraId="2426E5AE" w14:textId="77777777" w:rsidR="00BB2F1A" w:rsidRPr="00A33C9F" w:rsidRDefault="00BB2F1A" w:rsidP="00A33C9F">
      <w:pPr>
        <w:pStyle w:val="ae"/>
        <w:numPr>
          <w:ilvl w:val="1"/>
          <w:numId w:val="2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Когда неявная распаковка кортежа (a, b = </w:t>
      </w:r>
      <w:proofErr w:type="gramStart"/>
      <w:r w:rsidRPr="00A33C9F">
        <w:rPr>
          <w:lang w:val="ru-RU"/>
        </w:rPr>
        <w:t>f(</w:t>
      </w:r>
      <w:proofErr w:type="gramEnd"/>
      <w:r w:rsidRPr="00A33C9F">
        <w:rPr>
          <w:lang w:val="ru-RU"/>
        </w:rPr>
        <w:t>)) удобна, а когда приводит к ошибкам (неправильное количество переменных, путаница в порядке)?</w:t>
      </w:r>
    </w:p>
    <w:p w14:paraId="034616B6" w14:textId="77777777" w:rsidR="00BB2F1A" w:rsidRPr="00A33C9F" w:rsidRDefault="00BB2F1A" w:rsidP="00A33C9F">
      <w:pPr>
        <w:pStyle w:val="ae"/>
        <w:numPr>
          <w:ilvl w:val="1"/>
          <w:numId w:val="2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Следует ли создавать специальный класс или использовать </w:t>
      </w:r>
      <w:proofErr w:type="spellStart"/>
      <w:r w:rsidRPr="00A33C9F">
        <w:rPr>
          <w:lang w:val="ru-RU"/>
        </w:rPr>
        <w:t>dataclass</w:t>
      </w:r>
      <w:proofErr w:type="spellEnd"/>
      <w:r w:rsidRPr="00A33C9F">
        <w:rPr>
          <w:lang w:val="ru-RU"/>
        </w:rPr>
        <w:t xml:space="preserve"> для возврата сложных наборов данных вместо кортежа?</w:t>
      </w:r>
    </w:p>
    <w:p w14:paraId="32E1F712" w14:textId="77777777" w:rsidR="00BB2F1A" w:rsidRPr="00A33C9F" w:rsidRDefault="00BB2F1A" w:rsidP="00A33C9F">
      <w:pPr>
        <w:pStyle w:val="ae"/>
        <w:numPr>
          <w:ilvl w:val="1"/>
          <w:numId w:val="26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 влияет на читаемость кода возврат большого количества значений (более 3-4)?</w:t>
      </w:r>
    </w:p>
    <w:p w14:paraId="21D034CD" w14:textId="77777777" w:rsidR="00BB2F1A" w:rsidRPr="00A33C9F" w:rsidRDefault="00BB2F1A" w:rsidP="00BB2F1A">
      <w:pPr>
        <w:pStyle w:val="ae"/>
        <w:numPr>
          <w:ilvl w:val="0"/>
          <w:numId w:val="22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Анонимные функции (</w:t>
      </w:r>
      <w:proofErr w:type="spellStart"/>
      <w:r w:rsidRPr="00A33C9F">
        <w:rPr>
          <w:lang w:val="ru-RU"/>
        </w:rPr>
        <w:t>lambda</w:t>
      </w:r>
      <w:proofErr w:type="spellEnd"/>
      <w:r w:rsidRPr="00A33C9F">
        <w:rPr>
          <w:lang w:val="ru-RU"/>
        </w:rPr>
        <w:t xml:space="preserve">): краткость </w:t>
      </w:r>
      <w:proofErr w:type="spellStart"/>
      <w:r w:rsidRPr="00A33C9F">
        <w:rPr>
          <w:lang w:val="ru-RU"/>
        </w:rPr>
        <w:t>vs</w:t>
      </w:r>
      <w:proofErr w:type="spellEnd"/>
      <w:r w:rsidRPr="00A33C9F">
        <w:rPr>
          <w:lang w:val="ru-RU"/>
        </w:rPr>
        <w:t xml:space="preserve"> ограничения</w:t>
      </w:r>
    </w:p>
    <w:p w14:paraId="4B865CFC" w14:textId="77777777" w:rsidR="00BB2F1A" w:rsidRPr="00A33C9F" w:rsidRDefault="00BB2F1A" w:rsidP="00A33C9F">
      <w:pPr>
        <w:pStyle w:val="ae"/>
        <w:numPr>
          <w:ilvl w:val="1"/>
          <w:numId w:val="2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В каких ситуациях </w:t>
      </w:r>
      <w:proofErr w:type="spellStart"/>
      <w:r w:rsidRPr="00A33C9F">
        <w:rPr>
          <w:lang w:val="ru-RU"/>
        </w:rPr>
        <w:t>lambda</w:t>
      </w:r>
      <w:proofErr w:type="spellEnd"/>
      <w:r w:rsidRPr="00A33C9F">
        <w:rPr>
          <w:lang w:val="ru-RU"/>
        </w:rPr>
        <w:t xml:space="preserve"> действительно улучшает код (например, в </w:t>
      </w:r>
      <w:proofErr w:type="spellStart"/>
      <w:proofErr w:type="gramStart"/>
      <w:r w:rsidRPr="00A33C9F">
        <w:rPr>
          <w:lang w:val="ru-RU"/>
        </w:rPr>
        <w:t>sorted</w:t>
      </w:r>
      <w:proofErr w:type="spellEnd"/>
      <w:r w:rsidRPr="00A33C9F">
        <w:rPr>
          <w:lang w:val="ru-RU"/>
        </w:rPr>
        <w:t>(</w:t>
      </w:r>
      <w:proofErr w:type="gramEnd"/>
      <w:r w:rsidRPr="00A33C9F">
        <w:rPr>
          <w:lang w:val="ru-RU"/>
        </w:rPr>
        <w:t xml:space="preserve">), </w:t>
      </w:r>
      <w:proofErr w:type="spellStart"/>
      <w:r w:rsidRPr="00A33C9F">
        <w:rPr>
          <w:lang w:val="ru-RU"/>
        </w:rPr>
        <w:t>map</w:t>
      </w:r>
      <w:proofErr w:type="spellEnd"/>
      <w:r w:rsidRPr="00A33C9F">
        <w:rPr>
          <w:lang w:val="ru-RU"/>
        </w:rPr>
        <w:t xml:space="preserve">(), </w:t>
      </w:r>
      <w:proofErr w:type="spellStart"/>
      <w:r w:rsidRPr="00A33C9F">
        <w:rPr>
          <w:lang w:val="ru-RU"/>
        </w:rPr>
        <w:t>filter</w:t>
      </w:r>
      <w:proofErr w:type="spellEnd"/>
      <w:r w:rsidRPr="00A33C9F">
        <w:rPr>
          <w:lang w:val="ru-RU"/>
        </w:rPr>
        <w:t>()), а когда лучше определить обычную функцию?</w:t>
      </w:r>
    </w:p>
    <w:p w14:paraId="7CAA1871" w14:textId="77777777" w:rsidR="00BB2F1A" w:rsidRPr="00A33C9F" w:rsidRDefault="00BB2F1A" w:rsidP="00A33C9F">
      <w:pPr>
        <w:pStyle w:val="ae"/>
        <w:numPr>
          <w:ilvl w:val="1"/>
          <w:numId w:val="2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Каковы ограничения </w:t>
      </w:r>
      <w:proofErr w:type="spellStart"/>
      <w:r w:rsidRPr="00A33C9F">
        <w:rPr>
          <w:lang w:val="ru-RU"/>
        </w:rPr>
        <w:t>lambda</w:t>
      </w:r>
      <w:proofErr w:type="spellEnd"/>
      <w:r w:rsidRPr="00A33C9F">
        <w:rPr>
          <w:lang w:val="ru-RU"/>
        </w:rPr>
        <w:t xml:space="preserve"> в </w:t>
      </w:r>
      <w:proofErr w:type="spellStart"/>
      <w:r w:rsidRPr="00A33C9F">
        <w:rPr>
          <w:lang w:val="ru-RU"/>
        </w:rPr>
        <w:t>Python</w:t>
      </w:r>
      <w:proofErr w:type="spellEnd"/>
      <w:r w:rsidRPr="00A33C9F">
        <w:rPr>
          <w:lang w:val="ru-RU"/>
        </w:rPr>
        <w:t xml:space="preserve"> (только одно выражение, нет аннотаций типов, сложно отлаживать)?</w:t>
      </w:r>
    </w:p>
    <w:p w14:paraId="2478B2A5" w14:textId="77777777" w:rsidR="00BB2F1A" w:rsidRPr="00A33C9F" w:rsidRDefault="00BB2F1A" w:rsidP="00A33C9F">
      <w:pPr>
        <w:pStyle w:val="ae"/>
        <w:numPr>
          <w:ilvl w:val="1"/>
          <w:numId w:val="2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Может ли злоупотребление </w:t>
      </w:r>
      <w:proofErr w:type="spellStart"/>
      <w:r w:rsidRPr="00A33C9F">
        <w:rPr>
          <w:lang w:val="ru-RU"/>
        </w:rPr>
        <w:t>lambda</w:t>
      </w:r>
      <w:proofErr w:type="spellEnd"/>
      <w:r w:rsidRPr="00A33C9F">
        <w:rPr>
          <w:lang w:val="ru-RU"/>
        </w:rPr>
        <w:t xml:space="preserve"> привести к «гольф-коду» (сверхкраткому, но нечитаемому)?</w:t>
      </w:r>
    </w:p>
    <w:p w14:paraId="456A26B4" w14:textId="77777777" w:rsidR="00BB2F1A" w:rsidRPr="00A33C9F" w:rsidRDefault="00BB2F1A" w:rsidP="00A33C9F">
      <w:pPr>
        <w:pStyle w:val="ae"/>
        <w:numPr>
          <w:ilvl w:val="1"/>
          <w:numId w:val="27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Стоит ли использовать </w:t>
      </w:r>
      <w:proofErr w:type="spellStart"/>
      <w:r w:rsidRPr="00A33C9F">
        <w:rPr>
          <w:lang w:val="ru-RU"/>
        </w:rPr>
        <w:t>lambda</w:t>
      </w:r>
      <w:proofErr w:type="spellEnd"/>
      <w:r w:rsidRPr="00A33C9F">
        <w:rPr>
          <w:lang w:val="ru-RU"/>
        </w:rPr>
        <w:t xml:space="preserve"> для передачи в функции высшего порядка или предпочтительнее </w:t>
      </w:r>
      <w:proofErr w:type="spellStart"/>
      <w:r w:rsidRPr="00A33C9F">
        <w:rPr>
          <w:lang w:val="ru-RU"/>
        </w:rPr>
        <w:t>operator</w:t>
      </w:r>
      <w:proofErr w:type="spellEnd"/>
      <w:r w:rsidRPr="00A33C9F">
        <w:rPr>
          <w:lang w:val="ru-RU"/>
        </w:rPr>
        <w:t xml:space="preserve"> (например, </w:t>
      </w:r>
      <w:proofErr w:type="spellStart"/>
      <w:r w:rsidRPr="00A33C9F">
        <w:rPr>
          <w:lang w:val="ru-RU"/>
        </w:rPr>
        <w:t>operator.add</w:t>
      </w:r>
      <w:proofErr w:type="spellEnd"/>
      <w:r w:rsidRPr="00A33C9F">
        <w:rPr>
          <w:lang w:val="ru-RU"/>
        </w:rPr>
        <w:t>)?</w:t>
      </w:r>
    </w:p>
    <w:p w14:paraId="145B9B2A" w14:textId="77777777" w:rsidR="00BB2F1A" w:rsidRPr="00A33C9F" w:rsidRDefault="00BB2F1A" w:rsidP="00BB2F1A">
      <w:pPr>
        <w:pStyle w:val="ae"/>
        <w:numPr>
          <w:ilvl w:val="0"/>
          <w:numId w:val="22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Области видимости и замыкания: почему вложенные функции «запоминают» переменные?</w:t>
      </w:r>
    </w:p>
    <w:p w14:paraId="195C5095" w14:textId="77777777" w:rsidR="00BB2F1A" w:rsidRPr="00A33C9F" w:rsidRDefault="00BB2F1A" w:rsidP="00BB2F1A">
      <w:pPr>
        <w:pStyle w:val="ae"/>
        <w:numPr>
          <w:ilvl w:val="1"/>
          <w:numId w:val="2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 xml:space="preserve">Как работает поиск переменных в </w:t>
      </w:r>
      <w:proofErr w:type="spellStart"/>
      <w:r w:rsidRPr="00A33C9F">
        <w:rPr>
          <w:lang w:val="ru-RU"/>
        </w:rPr>
        <w:t>Python</w:t>
      </w:r>
      <w:proofErr w:type="spellEnd"/>
      <w:r w:rsidRPr="00A33C9F">
        <w:rPr>
          <w:lang w:val="ru-RU"/>
        </w:rPr>
        <w:t xml:space="preserve"> (LEGB-правило: </w:t>
      </w:r>
      <w:proofErr w:type="spellStart"/>
      <w:r w:rsidRPr="00A33C9F">
        <w:rPr>
          <w:lang w:val="ru-RU"/>
        </w:rPr>
        <w:t>Local</w:t>
      </w:r>
      <w:proofErr w:type="spellEnd"/>
      <w:r w:rsidRPr="00A33C9F">
        <w:rPr>
          <w:lang w:val="ru-RU"/>
        </w:rPr>
        <w:t xml:space="preserve">, </w:t>
      </w:r>
      <w:proofErr w:type="spellStart"/>
      <w:r w:rsidRPr="00A33C9F">
        <w:rPr>
          <w:lang w:val="ru-RU"/>
        </w:rPr>
        <w:t>Enclosing</w:t>
      </w:r>
      <w:proofErr w:type="spellEnd"/>
      <w:r w:rsidRPr="00A33C9F">
        <w:rPr>
          <w:lang w:val="ru-RU"/>
        </w:rPr>
        <w:t xml:space="preserve">, </w:t>
      </w:r>
      <w:proofErr w:type="spellStart"/>
      <w:r w:rsidRPr="00A33C9F">
        <w:rPr>
          <w:lang w:val="ru-RU"/>
        </w:rPr>
        <w:t>Global</w:t>
      </w:r>
      <w:proofErr w:type="spellEnd"/>
      <w:r w:rsidRPr="00A33C9F">
        <w:rPr>
          <w:lang w:val="ru-RU"/>
        </w:rPr>
        <w:t xml:space="preserve">, </w:t>
      </w:r>
      <w:proofErr w:type="spellStart"/>
      <w:r w:rsidRPr="00A33C9F">
        <w:rPr>
          <w:lang w:val="ru-RU"/>
        </w:rPr>
        <w:t>Built-in</w:t>
      </w:r>
      <w:proofErr w:type="spellEnd"/>
      <w:r w:rsidRPr="00A33C9F">
        <w:rPr>
          <w:lang w:val="ru-RU"/>
        </w:rPr>
        <w:t>)?</w:t>
      </w:r>
    </w:p>
    <w:p w14:paraId="058C320F" w14:textId="77777777" w:rsidR="00BB2F1A" w:rsidRPr="00A33C9F" w:rsidRDefault="00BB2F1A" w:rsidP="00BB2F1A">
      <w:pPr>
        <w:pStyle w:val="ae"/>
        <w:numPr>
          <w:ilvl w:val="1"/>
          <w:numId w:val="2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В чём отличие замыкания от обычной вложенной функции? Когда замыкания полезны (фабрики функций, декораторы)?</w:t>
      </w:r>
    </w:p>
    <w:p w14:paraId="6E691953" w14:textId="77777777" w:rsidR="00BB2F1A" w:rsidRPr="00A33C9F" w:rsidRDefault="00BB2F1A" w:rsidP="00BB2F1A">
      <w:pPr>
        <w:pStyle w:val="ae"/>
        <w:numPr>
          <w:ilvl w:val="1"/>
          <w:numId w:val="2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Какие ошибки возникают при попытке изменить переменную из внешней функции (</w:t>
      </w:r>
      <w:proofErr w:type="spellStart"/>
      <w:r w:rsidRPr="00A33C9F">
        <w:rPr>
          <w:lang w:val="ru-RU"/>
        </w:rPr>
        <w:t>nonlocal</w:t>
      </w:r>
      <w:proofErr w:type="spellEnd"/>
      <w:r w:rsidRPr="00A33C9F">
        <w:rPr>
          <w:lang w:val="ru-RU"/>
        </w:rPr>
        <w:t xml:space="preserve">)? Почему без </w:t>
      </w:r>
      <w:proofErr w:type="spellStart"/>
      <w:r w:rsidRPr="00A33C9F">
        <w:rPr>
          <w:lang w:val="ru-RU"/>
        </w:rPr>
        <w:t>nonlocal</w:t>
      </w:r>
      <w:proofErr w:type="spellEnd"/>
      <w:r w:rsidRPr="00A33C9F">
        <w:rPr>
          <w:lang w:val="ru-RU"/>
        </w:rPr>
        <w:t xml:space="preserve"> нельзя </w:t>
      </w:r>
      <w:proofErr w:type="spellStart"/>
      <w:r w:rsidRPr="00A33C9F">
        <w:rPr>
          <w:lang w:val="ru-RU"/>
        </w:rPr>
        <w:t>переприсвоить</w:t>
      </w:r>
      <w:proofErr w:type="spellEnd"/>
      <w:r w:rsidRPr="00A33C9F">
        <w:rPr>
          <w:lang w:val="ru-RU"/>
        </w:rPr>
        <w:t>, но можно изменить изменяемый объект?</w:t>
      </w:r>
    </w:p>
    <w:p w14:paraId="50FD87FA" w14:textId="77777777" w:rsidR="00BB2F1A" w:rsidRPr="00A33C9F" w:rsidRDefault="00BB2F1A" w:rsidP="00BB2F1A">
      <w:pPr>
        <w:pStyle w:val="ae"/>
        <w:numPr>
          <w:ilvl w:val="1"/>
          <w:numId w:val="23"/>
        </w:numPr>
        <w:spacing w:line="240" w:lineRule="auto"/>
        <w:jc w:val="both"/>
        <w:rPr>
          <w:lang w:val="ru-RU"/>
        </w:rPr>
      </w:pPr>
      <w:r w:rsidRPr="00A33C9F">
        <w:rPr>
          <w:lang w:val="ru-RU"/>
        </w:rPr>
        <w:t>Считается ли использование замыканий «</w:t>
      </w:r>
      <w:proofErr w:type="spellStart"/>
      <w:r w:rsidRPr="00A33C9F">
        <w:rPr>
          <w:lang w:val="ru-RU"/>
        </w:rPr>
        <w:t>питоновским</w:t>
      </w:r>
      <w:proofErr w:type="spellEnd"/>
      <w:r w:rsidRPr="00A33C9F">
        <w:rPr>
          <w:lang w:val="ru-RU"/>
        </w:rPr>
        <w:t xml:space="preserve"> стилем» или лучше явно передавать параметры?</w:t>
      </w:r>
    </w:p>
    <w:p w14:paraId="7C9C7EB3" w14:textId="77777777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1AB59509" w14:textId="222384D0" w:rsidR="00851DFE" w:rsidRPr="00A33C9F" w:rsidRDefault="00851DFE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7906FCDB" w14:textId="77777777" w:rsidR="00681985" w:rsidRPr="00A33C9F" w:rsidRDefault="00681985">
      <w:pPr>
        <w:spacing w:after="200" w:line="276" w:lineRule="auto"/>
        <w:rPr>
          <w:b/>
          <w:szCs w:val="24"/>
          <w:lang w:val="ru-RU"/>
        </w:rPr>
      </w:pPr>
      <w:r w:rsidRPr="00A33C9F">
        <w:rPr>
          <w:b/>
          <w:szCs w:val="24"/>
          <w:lang w:val="ru-RU"/>
        </w:rPr>
        <w:br w:type="page"/>
      </w:r>
    </w:p>
    <w:p w14:paraId="47AAEFBC" w14:textId="78192E02" w:rsidR="00BB2F1A" w:rsidRPr="00A33C9F" w:rsidRDefault="00BB2F1A" w:rsidP="00BB2F1A">
      <w:pPr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A33C9F">
        <w:rPr>
          <w:b/>
          <w:szCs w:val="24"/>
          <w:lang w:val="ru-RU"/>
        </w:rPr>
        <w:t>Примеры для анализа ситуаций</w:t>
      </w:r>
      <w:r w:rsidR="00681985" w:rsidRPr="00A33C9F">
        <w:rPr>
          <w:lang w:val="ru-RU"/>
        </w:rPr>
        <w:t xml:space="preserve"> (</w:t>
      </w:r>
      <w:proofErr w:type="spellStart"/>
      <w:r w:rsidR="00681985" w:rsidRPr="00A33C9F">
        <w:rPr>
          <w:b/>
          <w:szCs w:val="24"/>
          <w:lang w:val="ru-RU"/>
        </w:rPr>
        <w:t>Сase-study</w:t>
      </w:r>
      <w:proofErr w:type="spellEnd"/>
      <w:r w:rsidR="00681985" w:rsidRPr="00A33C9F">
        <w:rPr>
          <w:b/>
          <w:szCs w:val="24"/>
          <w:lang w:val="ru-RU"/>
        </w:rPr>
        <w:t>)</w:t>
      </w:r>
    </w:p>
    <w:p w14:paraId="0F6BDD64" w14:textId="09CD2875" w:rsidR="00BB2F1A" w:rsidRPr="00A33C9F" w:rsidRDefault="00BB2F1A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1E95D631" w14:textId="27379C8A" w:rsidR="00BB2F1A" w:rsidRPr="00A33C9F" w:rsidRDefault="00BB2F1A" w:rsidP="00BB2F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Cs w:val="24"/>
          <w:lang w:val="ru-RU" w:eastAsia="ru-RU"/>
        </w:rPr>
      </w:pPr>
      <w:r w:rsidRPr="00A33C9F">
        <w:rPr>
          <w:rFonts w:eastAsia="Calibri" w:cs="Times New Roman"/>
          <w:b/>
          <w:bCs/>
          <w:szCs w:val="24"/>
          <w:lang w:val="ru-RU" w:eastAsia="ru-RU"/>
        </w:rPr>
        <w:t>Лабораторная работа: Функции</w:t>
      </w:r>
    </w:p>
    <w:p w14:paraId="2D1F3480" w14:textId="7A631846" w:rsidR="0009522E" w:rsidRPr="00A33C9F" w:rsidRDefault="0009522E" w:rsidP="0009522E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color w:val="0F1115"/>
          <w:szCs w:val="24"/>
          <w:lang w:val="ru-RU" w:eastAsia="ru-RU"/>
        </w:rPr>
      </w:pPr>
      <w:r w:rsidRPr="00A33C9F">
        <w:rPr>
          <w:rFonts w:eastAsia="Times New Roman" w:cs="Times New Roman"/>
          <w:b/>
          <w:bCs/>
          <w:color w:val="0F1115"/>
          <w:szCs w:val="24"/>
          <w:lang w:val="ru-RU" w:eastAsia="ru-RU"/>
        </w:rPr>
        <w:t>Описание ситуации:</w:t>
      </w:r>
    </w:p>
    <w:p w14:paraId="6A2DBBE2" w14:textId="1B56942F" w:rsidR="0009522E" w:rsidRPr="00A33C9F" w:rsidRDefault="0009522E" w:rsidP="0009522E">
      <w:pPr>
        <w:shd w:val="clear" w:color="auto" w:fill="FFFFFF"/>
        <w:spacing w:line="240" w:lineRule="auto"/>
        <w:jc w:val="both"/>
        <w:rPr>
          <w:rFonts w:eastAsia="Times New Roman" w:cs="Times New Roman"/>
          <w:color w:val="0F1115"/>
          <w:szCs w:val="24"/>
          <w:lang w:val="ru-RU" w:eastAsia="ru-RU"/>
        </w:rPr>
      </w:pPr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В учебном курсе итоговая оценка рассчитывается по формуле: 40% за средний балл домашних заданий, 30% за экзамен, 30% за проект. Дополнительные условия: если студент сдал все домашние задания вовремя – бонус +5 баллов к итогу; если студент пропустил более трёх лекций – вычитается 10 баллов; итоговая оценка ограничена диапазоном 0-100 баллов. На основе балла выставляется оценка (5 – ≥86, 4 – 70-85, 3 – 50-69, 2 – &lt;50). Студентам необходимо разработать функцию 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final_score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 (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hw_scores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exam_score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project_score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attendance_count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 xml:space="preserve">, </w:t>
      </w:r>
      <w:proofErr w:type="spellStart"/>
      <w:r w:rsidRPr="00A33C9F">
        <w:rPr>
          <w:rFonts w:eastAsia="Times New Roman" w:cs="Times New Roman"/>
          <w:color w:val="0F1115"/>
          <w:szCs w:val="24"/>
          <w:lang w:val="ru-RU" w:eastAsia="ru-RU"/>
        </w:rPr>
        <w:t>on_time_submit</w:t>
      </w:r>
      <w:proofErr w:type="spellEnd"/>
      <w:r w:rsidRPr="00A33C9F">
        <w:rPr>
          <w:rFonts w:eastAsia="Times New Roman" w:cs="Times New Roman"/>
          <w:color w:val="0F1115"/>
          <w:szCs w:val="24"/>
          <w:lang w:val="ru-RU" w:eastAsia="ru-RU"/>
        </w:rPr>
        <w:t>), возвращающую итоговый балл и оценку.</w:t>
      </w:r>
    </w:p>
    <w:p w14:paraId="5772CA59" w14:textId="6203FD45" w:rsidR="0009522E" w:rsidRPr="00A33C9F" w:rsidRDefault="0009522E" w:rsidP="0009522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bCs/>
          <w:color w:val="0F1115"/>
        </w:rPr>
      </w:pPr>
      <w:r w:rsidRPr="00A33C9F">
        <w:rPr>
          <w:rStyle w:val="af6"/>
          <w:b w:val="0"/>
          <w:bCs w:val="0"/>
          <w:color w:val="0F1115"/>
        </w:rPr>
        <w:t>Предлагается несколько спорных ситуаций для анализа (вводятся по ходу занятия).</w:t>
      </w:r>
    </w:p>
    <w:p w14:paraId="69C9AB45" w14:textId="61342C99" w:rsidR="0009522E" w:rsidRPr="00A33C9F" w:rsidRDefault="0009522E" w:rsidP="0009522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A33C9F">
        <w:rPr>
          <w:rStyle w:val="af6"/>
          <w:color w:val="0F1115"/>
        </w:rPr>
        <w:t>Спорная ситуация 1.</w:t>
      </w:r>
      <w:r w:rsidRPr="00A33C9F">
        <w:rPr>
          <w:color w:val="0F1115"/>
        </w:rPr>
        <w:t> Студент сдал все домашние задания вовремя (бонус +5), но пропустил ровно три лекции. По условию вычитание 10 баллов происходит при пропуске</w:t>
      </w:r>
      <w:r w:rsidR="00D86322" w:rsidRPr="00A33C9F">
        <w:rPr>
          <w:color w:val="0F1115"/>
        </w:rPr>
        <w:t xml:space="preserve"> </w:t>
      </w:r>
      <w:r w:rsidRPr="00A33C9F">
        <w:rPr>
          <w:rStyle w:val="af7"/>
          <w:i w:val="0"/>
          <w:iCs w:val="0"/>
          <w:color w:val="0F1115"/>
        </w:rPr>
        <w:t>более</w:t>
      </w:r>
      <w:r w:rsidR="00D86322" w:rsidRPr="00A33C9F">
        <w:rPr>
          <w:color w:val="0F1115"/>
        </w:rPr>
        <w:t xml:space="preserve"> </w:t>
      </w:r>
      <w:r w:rsidRPr="00A33C9F">
        <w:rPr>
          <w:color w:val="0F1115"/>
        </w:rPr>
        <w:t xml:space="preserve">трёх лекций. </w:t>
      </w:r>
      <w:r w:rsidR="00D86322" w:rsidRPr="00A33C9F">
        <w:rPr>
          <w:color w:val="0F1115"/>
        </w:rPr>
        <w:t>Необходимо</w:t>
      </w:r>
      <w:r w:rsidRPr="00A33C9F">
        <w:rPr>
          <w:color w:val="0F1115"/>
        </w:rPr>
        <w:t xml:space="preserve"> обосновать, должен ли применяться штраф в этом случае. Некоторые группы трактуют «более трёх» как «≥4», другие – как «&gt;3». Возникает дискуссия о неоднозначности формулировки. </w:t>
      </w:r>
      <w:r w:rsidR="00D86322" w:rsidRPr="00A33C9F">
        <w:rPr>
          <w:color w:val="0F1115"/>
        </w:rPr>
        <w:t>В итоге</w:t>
      </w:r>
      <w:r w:rsidRPr="00A33C9F">
        <w:rPr>
          <w:color w:val="0F1115"/>
        </w:rPr>
        <w:t xml:space="preserve"> </w:t>
      </w:r>
      <w:r w:rsidR="00F30716" w:rsidRPr="00A33C9F">
        <w:rPr>
          <w:color w:val="0F1115"/>
        </w:rPr>
        <w:t xml:space="preserve">необходимо </w:t>
      </w:r>
      <w:r w:rsidR="00314107" w:rsidRPr="00A33C9F">
        <w:rPr>
          <w:color w:val="0F1115"/>
        </w:rPr>
        <w:t xml:space="preserve">зафиксировать </w:t>
      </w:r>
      <w:r w:rsidRPr="00A33C9F">
        <w:rPr>
          <w:color w:val="0F1115"/>
        </w:rPr>
        <w:t>свою интерпретацию в коде и объяснить, почему она выбрана.</w:t>
      </w:r>
    </w:p>
    <w:p w14:paraId="78BC6854" w14:textId="2623DA20" w:rsidR="0009522E" w:rsidRPr="00A33C9F" w:rsidRDefault="0009522E" w:rsidP="00D02F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A33C9F">
        <w:rPr>
          <w:rStyle w:val="af6"/>
          <w:color w:val="0F1115"/>
        </w:rPr>
        <w:t>Спорная ситуация 2.</w:t>
      </w:r>
      <w:r w:rsidRPr="00A33C9F">
        <w:rPr>
          <w:color w:val="0F1115"/>
        </w:rPr>
        <w:t xml:space="preserve"> Студент получил средний балл за домашние задания 95, экзамен – 65, проект – 60, посещаемость – 100%, сдал всё вовремя. Расчёт: (95*0.4 + 65*0.3 + 60*0.3) = 38 + 19.5 + 18 = 75.5; бонус +5 = 80.5 → оценка 4 (хорошо). Однако студент считает, что заслуживает 5, так как домашние задания выполнены отлично. </w:t>
      </w:r>
      <w:r w:rsidR="00D02FE8" w:rsidRPr="00A33C9F">
        <w:rPr>
          <w:color w:val="0F1115"/>
        </w:rPr>
        <w:t>Не</w:t>
      </w:r>
      <w:r w:rsidRPr="00A33C9F">
        <w:rPr>
          <w:color w:val="0F1115"/>
        </w:rPr>
        <w:t xml:space="preserve"> проанализировать, справедлива ли формула, и предложить альтернативные варианты (например, бонус не линейный, а увеличивающий оценку на один уровень). Каждая группа должна модифицировать свою функцию для поддержки альтернативного правила и сравнить результаты.</w:t>
      </w:r>
    </w:p>
    <w:p w14:paraId="6EFB5ECA" w14:textId="770CA325" w:rsidR="0009522E" w:rsidRPr="00A33C9F" w:rsidRDefault="0009522E" w:rsidP="00D02F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A33C9F">
        <w:rPr>
          <w:rStyle w:val="af6"/>
          <w:color w:val="0F1115"/>
        </w:rPr>
        <w:t>Спорная ситуация 3.</w:t>
      </w:r>
      <w:r w:rsidRPr="00A33C9F">
        <w:rPr>
          <w:color w:val="0F1115"/>
        </w:rPr>
        <w:t> </w:t>
      </w:r>
      <w:r w:rsidR="00D02FE8" w:rsidRPr="00A33C9F">
        <w:rPr>
          <w:color w:val="0F1115"/>
        </w:rPr>
        <w:t>И</w:t>
      </w:r>
      <w:r w:rsidRPr="00A33C9F">
        <w:rPr>
          <w:color w:val="0F1115"/>
        </w:rPr>
        <w:t>зменени</w:t>
      </w:r>
      <w:r w:rsidR="00D02FE8" w:rsidRPr="00A33C9F">
        <w:rPr>
          <w:color w:val="0F1115"/>
        </w:rPr>
        <w:t>я вносятся</w:t>
      </w:r>
      <w:r w:rsidRPr="00A33C9F">
        <w:rPr>
          <w:color w:val="0F1115"/>
        </w:rPr>
        <w:t xml:space="preserve"> «на лету»: отныне за пропуски вычитается по 3</w:t>
      </w:r>
      <w:r w:rsidR="00D02FE8" w:rsidRPr="00A33C9F">
        <w:rPr>
          <w:color w:val="0F1115"/>
        </w:rPr>
        <w:t> </w:t>
      </w:r>
      <w:r w:rsidRPr="00A33C9F">
        <w:rPr>
          <w:color w:val="0F1115"/>
        </w:rPr>
        <w:t xml:space="preserve">балла за каждое пропущенное занятие, но не более 15 баллов, а бонус за своевременную сдачу ДЗ отменяется. Студенты должны за 5 минут адаптировать свои функции к новым правилам и продемонстрировать работу на примере: студент пропустил 6 лекций, средний балл ДЗ – 80, экзамен – 90, проект – 70. После этого </w:t>
      </w:r>
      <w:r w:rsidR="00D02FE8" w:rsidRPr="00A33C9F">
        <w:rPr>
          <w:color w:val="0F1115"/>
        </w:rPr>
        <w:t>начинается</w:t>
      </w:r>
      <w:r w:rsidRPr="00A33C9F">
        <w:rPr>
          <w:color w:val="0F1115"/>
        </w:rPr>
        <w:t xml:space="preserve"> обсуждение: «Как изменение правил повлияло на оценку этого студента? Какие студенты выиграли, какие проиграли?».</w:t>
      </w:r>
    </w:p>
    <w:p w14:paraId="3C706A63" w14:textId="77777777" w:rsidR="0009522E" w:rsidRPr="00A33C9F" w:rsidRDefault="0009522E" w:rsidP="00D02FE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A33C9F">
        <w:rPr>
          <w:rStyle w:val="af6"/>
          <w:color w:val="0F1115"/>
        </w:rPr>
        <w:t>Спорная ситуация 4 (пограничные случаи).</w:t>
      </w:r>
      <w:r w:rsidRPr="00A33C9F">
        <w:rPr>
          <w:color w:val="0F1115"/>
        </w:rPr>
        <w:t> Преподаватель предоставляет набор тестовых данных: отрицательные баллы, пропуски в виде </w:t>
      </w:r>
      <w:proofErr w:type="spellStart"/>
      <w:r w:rsidRPr="00A33C9F">
        <w:rPr>
          <w:rStyle w:val="HTML"/>
          <w:rFonts w:ascii="Times New Roman" w:hAnsi="Times New Roman" w:cs="Times New Roman"/>
          <w:color w:val="0F1115"/>
          <w:sz w:val="24"/>
          <w:szCs w:val="24"/>
        </w:rPr>
        <w:t>None</w:t>
      </w:r>
      <w:proofErr w:type="spellEnd"/>
      <w:r w:rsidRPr="00A33C9F">
        <w:rPr>
          <w:color w:val="0F1115"/>
        </w:rPr>
        <w:t>, неверное количество домашних заданий и т.п. Студенты должны продемонстрировать, как их функция обрабатывает ошибки (возвращает сообщение, поднимает исключение, заменяет на 0). Затем группа совместно решает, какой способ обработки ошибок является наиболее корректным для образовательного процесса.</w:t>
      </w:r>
    </w:p>
    <w:p w14:paraId="796293ED" w14:textId="55D1EB86" w:rsidR="0009522E" w:rsidRPr="00A33C9F" w:rsidRDefault="0009522E" w:rsidP="0009522E">
      <w:pPr>
        <w:shd w:val="clear" w:color="auto" w:fill="FFFFFF"/>
        <w:spacing w:line="240" w:lineRule="auto"/>
        <w:jc w:val="both"/>
        <w:rPr>
          <w:rFonts w:eastAsia="Times New Roman" w:cs="Times New Roman"/>
          <w:color w:val="0F1115"/>
          <w:szCs w:val="24"/>
          <w:lang w:val="ru-RU" w:eastAsia="ru-RU"/>
        </w:rPr>
      </w:pPr>
    </w:p>
    <w:p w14:paraId="2DE50CA4" w14:textId="39D470C9" w:rsidR="00CC4187" w:rsidRPr="00A33C9F" w:rsidRDefault="00CC4187" w:rsidP="00CC4187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Cs w:val="24"/>
          <w:lang w:val="ru-RU" w:eastAsia="ru-RU"/>
        </w:rPr>
      </w:pPr>
      <w:r w:rsidRPr="00A33C9F">
        <w:rPr>
          <w:rFonts w:eastAsia="Calibri" w:cs="Times New Roman"/>
          <w:b/>
          <w:bCs/>
          <w:szCs w:val="24"/>
          <w:lang w:val="ru-RU" w:eastAsia="ru-RU"/>
        </w:rPr>
        <w:t>Лабораторная работа: Работа с Файлами</w:t>
      </w:r>
    </w:p>
    <w:p w14:paraId="71455A67" w14:textId="296195F8" w:rsidR="0009522E" w:rsidRPr="00A33C9F" w:rsidRDefault="00CC4187" w:rsidP="0009522E">
      <w:pPr>
        <w:shd w:val="clear" w:color="auto" w:fill="FFFFFF"/>
        <w:spacing w:line="240" w:lineRule="auto"/>
        <w:jc w:val="both"/>
        <w:rPr>
          <w:rFonts w:eastAsia="Times New Roman" w:cs="Times New Roman"/>
          <w:color w:val="0F1115"/>
          <w:szCs w:val="24"/>
          <w:lang w:val="ru-RU" w:eastAsia="ru-RU"/>
        </w:rPr>
      </w:pPr>
      <w:r w:rsidRPr="00A33C9F">
        <w:rPr>
          <w:rFonts w:eastAsia="Times New Roman" w:cs="Times New Roman"/>
          <w:b/>
          <w:bCs/>
          <w:color w:val="0F1115"/>
          <w:szCs w:val="24"/>
          <w:lang w:val="ru-RU" w:eastAsia="ru-RU"/>
        </w:rPr>
        <w:t xml:space="preserve">Описание ситуации: </w:t>
      </w:r>
      <w:proofErr w:type="gramStart"/>
      <w:r w:rsidRPr="00A33C9F">
        <w:rPr>
          <w:rFonts w:cs="Times New Roman"/>
          <w:color w:val="0F1115"/>
          <w:szCs w:val="24"/>
          <w:lang w:val="ru-RU"/>
        </w:rPr>
        <w:t>В</w:t>
      </w:r>
      <w:proofErr w:type="gramEnd"/>
      <w:r w:rsidRPr="00A33C9F">
        <w:rPr>
          <w:rFonts w:cs="Times New Roman"/>
          <w:color w:val="0F1115"/>
          <w:szCs w:val="24"/>
          <w:lang w:val="ru-RU"/>
        </w:rPr>
        <w:t xml:space="preserve"> файле </w:t>
      </w:r>
      <w:r w:rsidRPr="00A33C9F">
        <w:rPr>
          <w:rStyle w:val="HTML"/>
          <w:rFonts w:ascii="Times New Roman" w:eastAsiaTheme="minorEastAsia" w:hAnsi="Times New Roman" w:cs="Times New Roman"/>
          <w:color w:val="0F1115"/>
          <w:sz w:val="24"/>
          <w:szCs w:val="24"/>
          <w:lang w:val="ru-RU"/>
        </w:rPr>
        <w:t>attendance.txt</w:t>
      </w:r>
      <w:r w:rsidRPr="00A33C9F">
        <w:rPr>
          <w:rFonts w:cs="Times New Roman"/>
          <w:color w:val="0F1115"/>
          <w:szCs w:val="24"/>
          <w:lang w:val="ru-RU"/>
        </w:rPr>
        <w:t> на каждой строке записаны имя студента и отметка о присутствии (0 – отсутствовал, 1 – присутствовал), разделённые пробелом. Напишите функцию </w:t>
      </w:r>
      <w:proofErr w:type="spellStart"/>
      <w:r w:rsidRPr="00A33C9F">
        <w:rPr>
          <w:rStyle w:val="HTML"/>
          <w:rFonts w:ascii="Times New Roman" w:eastAsiaTheme="minorEastAsia" w:hAnsi="Times New Roman" w:cs="Times New Roman"/>
          <w:color w:val="0F1115"/>
          <w:sz w:val="24"/>
          <w:szCs w:val="24"/>
          <w:lang w:val="ru-RU"/>
        </w:rPr>
        <w:t>count_attendance</w:t>
      </w:r>
      <w:proofErr w:type="spellEnd"/>
      <w:r w:rsidRPr="00A33C9F">
        <w:rPr>
          <w:rStyle w:val="HTML"/>
          <w:rFonts w:ascii="Times New Roman" w:eastAsiaTheme="minorEastAsia" w:hAnsi="Times New Roman" w:cs="Times New Roman"/>
          <w:color w:val="0F1115"/>
          <w:sz w:val="24"/>
          <w:szCs w:val="24"/>
          <w:lang w:val="ru-RU"/>
        </w:rPr>
        <w:t>(</w:t>
      </w:r>
      <w:proofErr w:type="spellStart"/>
      <w:r w:rsidRPr="00A33C9F">
        <w:rPr>
          <w:rStyle w:val="HTML"/>
          <w:rFonts w:ascii="Times New Roman" w:eastAsiaTheme="minorEastAsia" w:hAnsi="Times New Roman" w:cs="Times New Roman"/>
          <w:color w:val="0F1115"/>
          <w:sz w:val="24"/>
          <w:szCs w:val="24"/>
          <w:lang w:val="ru-RU"/>
        </w:rPr>
        <w:t>file_name</w:t>
      </w:r>
      <w:proofErr w:type="spellEnd"/>
      <w:r w:rsidRPr="00A33C9F">
        <w:rPr>
          <w:rStyle w:val="HTML"/>
          <w:rFonts w:ascii="Times New Roman" w:eastAsiaTheme="minorEastAsia" w:hAnsi="Times New Roman" w:cs="Times New Roman"/>
          <w:color w:val="0F1115"/>
          <w:sz w:val="24"/>
          <w:szCs w:val="24"/>
          <w:lang w:val="ru-RU"/>
        </w:rPr>
        <w:t>)</w:t>
      </w:r>
      <w:r w:rsidRPr="00A33C9F">
        <w:rPr>
          <w:rFonts w:cs="Times New Roman"/>
          <w:color w:val="0F1115"/>
          <w:szCs w:val="24"/>
          <w:lang w:val="ru-RU"/>
        </w:rPr>
        <w:t>, которая</w:t>
      </w:r>
      <w:r w:rsidRPr="00A33C9F">
        <w:rPr>
          <w:rFonts w:cs="Times New Roman"/>
          <w:color w:val="0F1115"/>
          <w:szCs w:val="24"/>
          <w:shd w:val="clear" w:color="auto" w:fill="FFFFFF"/>
          <w:lang w:val="ru-RU"/>
        </w:rPr>
        <w:t xml:space="preserve"> читает файл, подсчитывает общее количество студентов, количество присутствий (1) и отсутствий (0), а также возвращает список студентов-прогульщиков (отметка 0). Результат выведите на экран.</w:t>
      </w:r>
    </w:p>
    <w:p w14:paraId="038B181F" w14:textId="74C29D37" w:rsidR="00CC4187" w:rsidRPr="00A33C9F" w:rsidRDefault="00CC4187" w:rsidP="00CC418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A33C9F">
        <w:rPr>
          <w:rStyle w:val="af6"/>
          <w:color w:val="0F1115"/>
        </w:rPr>
        <w:t>Спорные ситуации:</w:t>
      </w:r>
    </w:p>
    <w:p w14:paraId="0A290C8C" w14:textId="77777777" w:rsidR="00CC4187" w:rsidRPr="00A33C9F" w:rsidRDefault="00CC4187" w:rsidP="00A33C9F">
      <w:pPr>
        <w:pStyle w:val="ds-markdown-paragraph"/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426"/>
        <w:rPr>
          <w:color w:val="0F1115"/>
        </w:rPr>
      </w:pPr>
      <w:r w:rsidRPr="00A33C9F">
        <w:rPr>
          <w:color w:val="0F1115"/>
        </w:rPr>
        <w:t>В файле есть пустые строки. Что с ними делать? (Игнорировать или сообщить об ошибке?)</w:t>
      </w:r>
    </w:p>
    <w:p w14:paraId="63D2FB93" w14:textId="77777777" w:rsidR="00CC4187" w:rsidRPr="00A33C9F" w:rsidRDefault="00CC4187" w:rsidP="00A33C9F">
      <w:pPr>
        <w:pStyle w:val="ds-markdown-paragraph"/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426"/>
        <w:rPr>
          <w:color w:val="0F1115"/>
        </w:rPr>
      </w:pPr>
      <w:r w:rsidRPr="00A33C9F">
        <w:rPr>
          <w:color w:val="0F1115"/>
        </w:rPr>
        <w:t>Вместо 0 или 1 записано другое число (например, 2). Как обработать? (Считать ошибкой и пропустить строку с уведомлением.)</w:t>
      </w:r>
    </w:p>
    <w:p w14:paraId="300A1064" w14:textId="77777777" w:rsidR="00CC4187" w:rsidRPr="00A33C9F" w:rsidRDefault="00CC4187" w:rsidP="00A33C9F">
      <w:pPr>
        <w:pStyle w:val="ds-markdown-paragraph"/>
        <w:numPr>
          <w:ilvl w:val="0"/>
          <w:numId w:val="28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426"/>
        <w:rPr>
          <w:color w:val="0F1115"/>
        </w:rPr>
      </w:pPr>
      <w:r w:rsidRPr="00A33C9F">
        <w:rPr>
          <w:color w:val="0F1115"/>
        </w:rPr>
        <w:t>Строка содержит лишние пробелы или имя из нескольких слов (например, «Анна-Мария Петрова 1»). Нужно ли менять логику разделения?</w:t>
      </w:r>
    </w:p>
    <w:p w14:paraId="04735A5A" w14:textId="5BDF177B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Макет отчета по лабораторной работе</w:t>
      </w:r>
    </w:p>
    <w:p w14:paraId="585DEC23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8"/>
          <w:lang w:val="ru-RU"/>
        </w:rPr>
      </w:pPr>
    </w:p>
    <w:p w14:paraId="2638D275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8"/>
          <w:lang w:val="ru-RU"/>
        </w:rPr>
      </w:pPr>
    </w:p>
    <w:p w14:paraId="6CEEA0E0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Лабораторная работа №</w:t>
      </w:r>
    </w:p>
    <w:p w14:paraId="199EB16E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Название работы</w:t>
      </w:r>
    </w:p>
    <w:p w14:paraId="51FED0E2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Цель работы</w:t>
      </w:r>
    </w:p>
    <w:p w14:paraId="37A03FA0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8"/>
          <w:lang w:val="ru-RU"/>
        </w:rPr>
      </w:pPr>
    </w:p>
    <w:p w14:paraId="19B5A895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Номер варианта (если предусмотрен в работе) и текст задания.</w:t>
      </w:r>
    </w:p>
    <w:p w14:paraId="69110C3B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8"/>
          <w:lang w:val="ru-RU"/>
        </w:rPr>
      </w:pPr>
    </w:p>
    <w:p w14:paraId="4E0F24CD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Программный код выполненных заданий.</w:t>
      </w:r>
    </w:p>
    <w:p w14:paraId="36039F7E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Cs w:val="28"/>
          <w:lang w:val="ru-RU"/>
        </w:rPr>
      </w:pPr>
    </w:p>
    <w:p w14:paraId="440A8881" w14:textId="77777777" w:rsidR="00E8307E" w:rsidRPr="00A33C9F" w:rsidRDefault="00E8307E" w:rsidP="00E8307E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Cs w:val="28"/>
          <w:lang w:val="ru-RU"/>
        </w:rPr>
      </w:pPr>
      <w:r w:rsidRPr="00A33C9F">
        <w:rPr>
          <w:b/>
          <w:szCs w:val="28"/>
          <w:lang w:val="ru-RU"/>
        </w:rPr>
        <w:t>Выводы по проделанной работе (в соответствии с целью работы).</w:t>
      </w:r>
    </w:p>
    <w:p w14:paraId="7F0C36C9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Cs w:val="24"/>
          <w:lang w:val="ru-RU"/>
        </w:rPr>
      </w:pPr>
    </w:p>
    <w:p w14:paraId="129EB702" w14:textId="05305459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Cs w:val="24"/>
          <w:lang w:val="ru-RU"/>
        </w:rPr>
      </w:pPr>
      <w:r w:rsidRPr="00A33C9F">
        <w:rPr>
          <w:szCs w:val="24"/>
          <w:lang w:val="ru-RU"/>
        </w:rPr>
        <w:t>Критерии оценки</w:t>
      </w:r>
      <w:r w:rsidR="00A33C9F" w:rsidRPr="00A33C9F">
        <w:rPr>
          <w:szCs w:val="24"/>
          <w:lang w:val="ru-RU"/>
        </w:rPr>
        <w:t xml:space="preserve"> лабораторных работ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846"/>
      </w:tblGrid>
      <w:tr w:rsidR="00681985" w:rsidRPr="00A33C9F" w14:paraId="47587509" w14:textId="77777777" w:rsidTr="00681985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701C" w14:textId="77777777" w:rsidR="00681985" w:rsidRPr="00A33C9F" w:rsidRDefault="00681985" w:rsidP="00E8307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Оценка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DEB4" w14:textId="77777777" w:rsidR="00681985" w:rsidRPr="00A33C9F" w:rsidRDefault="00681985" w:rsidP="00E8307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Критерии</w:t>
            </w:r>
          </w:p>
        </w:tc>
      </w:tr>
      <w:tr w:rsidR="00681985" w:rsidRPr="00A55F74" w14:paraId="508D2666" w14:textId="77777777" w:rsidTr="00681985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A559" w14:textId="77777777" w:rsidR="00681985" w:rsidRPr="00A33C9F" w:rsidRDefault="00681985" w:rsidP="00E8307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зачтено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2153" w14:textId="77777777" w:rsidR="00681985" w:rsidRPr="00A33C9F" w:rsidRDefault="00681985" w:rsidP="00E8307E">
            <w:pPr>
              <w:spacing w:line="240" w:lineRule="auto"/>
              <w:jc w:val="both"/>
              <w:rPr>
                <w:szCs w:val="20"/>
                <w:lang w:val="ru-RU"/>
              </w:rPr>
            </w:pPr>
            <w:r w:rsidRPr="00A33C9F">
              <w:rPr>
                <w:lang w:val="ru-RU"/>
              </w:rPr>
              <w:t xml:space="preserve">Оценка «зачтено» выставляется обучающемуся, обнаружившему знания и практические навыки по тематике лабораторных работ в объеме, необходимом для дальнейшей учебы и предстоящей работы по профессии, в целом справляющемуся с выполнением задач лабораторных работ.  </w:t>
            </w:r>
          </w:p>
        </w:tc>
      </w:tr>
      <w:tr w:rsidR="00681985" w:rsidRPr="00A55F74" w14:paraId="1913C65C" w14:textId="77777777" w:rsidTr="00681985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E834" w14:textId="77777777" w:rsidR="00681985" w:rsidRPr="00A33C9F" w:rsidRDefault="00681985" w:rsidP="00E8307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/>
              </w:rPr>
            </w:pPr>
            <w:proofErr w:type="spellStart"/>
            <w:r w:rsidRPr="00A33C9F">
              <w:rPr>
                <w:szCs w:val="24"/>
                <w:lang w:val="ru-RU"/>
              </w:rPr>
              <w:t>незачтено</w:t>
            </w:r>
            <w:proofErr w:type="spellEnd"/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E1DD" w14:textId="77777777" w:rsidR="00681985" w:rsidRPr="00A33C9F" w:rsidRDefault="00681985" w:rsidP="00E8307E">
            <w:pPr>
              <w:spacing w:line="240" w:lineRule="auto"/>
              <w:jc w:val="both"/>
              <w:rPr>
                <w:szCs w:val="20"/>
                <w:lang w:val="ru-RU"/>
              </w:rPr>
            </w:pPr>
            <w:r w:rsidRPr="00A33C9F">
              <w:rPr>
                <w:lang w:val="ru-RU"/>
              </w:rPr>
              <w:t>Оценка «</w:t>
            </w:r>
            <w:proofErr w:type="spellStart"/>
            <w:r w:rsidRPr="00A33C9F">
              <w:rPr>
                <w:lang w:val="ru-RU"/>
              </w:rPr>
              <w:t>незачтено</w:t>
            </w:r>
            <w:proofErr w:type="spellEnd"/>
            <w:r w:rsidRPr="00A33C9F">
              <w:rPr>
                <w:lang w:val="ru-RU"/>
              </w:rPr>
              <w:t xml:space="preserve">» выставляется обучающемуся, обнаружившему существенные пробелы в знаниях по тематике лабораторных работ, допустившему принципиальные ошибки в ходе их выполнения. </w:t>
            </w:r>
          </w:p>
        </w:tc>
      </w:tr>
    </w:tbl>
    <w:p w14:paraId="26AD80A1" w14:textId="77777777" w:rsidR="00681985" w:rsidRPr="00A33C9F" w:rsidRDefault="00681985" w:rsidP="00681985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4"/>
          <w:lang w:val="ru-RU"/>
        </w:rPr>
      </w:pPr>
    </w:p>
    <w:p w14:paraId="26C672D1" w14:textId="262F7566" w:rsidR="00CC4187" w:rsidRPr="00A33C9F" w:rsidRDefault="00CC4187" w:rsidP="0009522E">
      <w:pPr>
        <w:shd w:val="clear" w:color="auto" w:fill="FFFFFF"/>
        <w:spacing w:line="240" w:lineRule="auto"/>
        <w:jc w:val="both"/>
        <w:rPr>
          <w:rFonts w:eastAsia="Times New Roman" w:cs="Times New Roman"/>
          <w:color w:val="0F1115"/>
          <w:szCs w:val="24"/>
          <w:lang w:val="ru-RU" w:eastAsia="ru-RU"/>
        </w:rPr>
      </w:pPr>
    </w:p>
    <w:p w14:paraId="37373F61" w14:textId="5D8748C6" w:rsidR="00BB2F1A" w:rsidRPr="00A33C9F" w:rsidRDefault="00BB2F1A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29FFBA49" w14:textId="77777777" w:rsidR="00BB2F1A" w:rsidRPr="00A33C9F" w:rsidRDefault="00BB2F1A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3022131D" w14:textId="77777777" w:rsidR="00BB2F1A" w:rsidRPr="00A33C9F" w:rsidRDefault="00BB2F1A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4C03F9AE" w14:textId="77777777" w:rsidR="00E8307E" w:rsidRPr="00A33C9F" w:rsidRDefault="00E8307E">
      <w:pPr>
        <w:spacing w:after="200" w:line="276" w:lineRule="auto"/>
        <w:rPr>
          <w:b/>
          <w:sz w:val="28"/>
          <w:szCs w:val="28"/>
          <w:lang w:val="ru-RU"/>
        </w:rPr>
      </w:pPr>
      <w:r w:rsidRPr="00A33C9F">
        <w:rPr>
          <w:b/>
          <w:sz w:val="28"/>
          <w:szCs w:val="28"/>
          <w:lang w:val="ru-RU"/>
        </w:rPr>
        <w:br w:type="page"/>
      </w:r>
    </w:p>
    <w:p w14:paraId="3F4D27EC" w14:textId="7352D6B6" w:rsidR="008720A9" w:rsidRPr="00A33C9F" w:rsidRDefault="008720A9" w:rsidP="00E8307E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Calibri" w:cs="Times New Roman"/>
          <w:sz w:val="22"/>
          <w:lang w:val="ru-RU" w:eastAsia="ru-RU"/>
        </w:rPr>
      </w:pPr>
      <w:r w:rsidRPr="00A33C9F">
        <w:rPr>
          <w:b/>
          <w:szCs w:val="24"/>
          <w:lang w:val="ru-RU"/>
        </w:rPr>
        <w:t>Вопросы для собеседования</w:t>
      </w:r>
    </w:p>
    <w:p w14:paraId="63B42FA7" w14:textId="4FE3E7B9" w:rsidR="008720A9" w:rsidRPr="00A33C9F" w:rsidRDefault="008720A9" w:rsidP="00851DFE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5D908769" w14:textId="77777777" w:rsidR="002806AD" w:rsidRPr="00A33C9F" w:rsidRDefault="002806AD" w:rsidP="002806AD">
      <w:pPr>
        <w:spacing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A33C9F">
        <w:rPr>
          <w:rFonts w:cs="Times New Roman"/>
          <w:b/>
          <w:bCs/>
          <w:szCs w:val="24"/>
          <w:lang w:val="ru-RU"/>
        </w:rPr>
        <w:t>Раздел 1. Основы языка Python</w:t>
      </w:r>
    </w:p>
    <w:p w14:paraId="0CA7A5DB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Общие сведения о языке Python</w:t>
      </w:r>
    </w:p>
    <w:p w14:paraId="16928CD1" w14:textId="77777777" w:rsidR="002806AD" w:rsidRPr="00A33C9F" w:rsidRDefault="002806AD" w:rsidP="00A33C9F">
      <w:pPr>
        <w:pStyle w:val="ae"/>
        <w:numPr>
          <w:ilvl w:val="0"/>
          <w:numId w:val="29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основные парадигмы программирования поддерживает Python?</w:t>
      </w:r>
    </w:p>
    <w:p w14:paraId="0F30E1A1" w14:textId="77777777" w:rsidR="002806AD" w:rsidRPr="00A33C9F" w:rsidRDefault="002806AD" w:rsidP="00A33C9F">
      <w:pPr>
        <w:pStyle w:val="ae"/>
        <w:numPr>
          <w:ilvl w:val="0"/>
          <w:numId w:val="29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интерпретируемый язык? Чем Python отличается от компилируемых языков?</w:t>
      </w:r>
    </w:p>
    <w:p w14:paraId="614C9DB3" w14:textId="77777777" w:rsidR="002806AD" w:rsidRPr="00A33C9F" w:rsidRDefault="002806AD" w:rsidP="00A33C9F">
      <w:pPr>
        <w:pStyle w:val="ae"/>
        <w:numPr>
          <w:ilvl w:val="0"/>
          <w:numId w:val="29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установить и запустить Python-скрипт? Какие существуют среды разработки (IDE)?</w:t>
      </w:r>
    </w:p>
    <w:p w14:paraId="534ACF6B" w14:textId="77777777" w:rsidR="002806AD" w:rsidRPr="00A33C9F" w:rsidRDefault="002806AD" w:rsidP="00A33C9F">
      <w:pPr>
        <w:pStyle w:val="ae"/>
        <w:numPr>
          <w:ilvl w:val="0"/>
          <w:numId w:val="29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PEP 8? Приведите примеры основных правил оформления кода.</w:t>
      </w:r>
    </w:p>
    <w:p w14:paraId="78040B38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Переменные, выражения и инструкции</w:t>
      </w:r>
    </w:p>
    <w:p w14:paraId="4E2F4AE5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типы данных в Python являются встроенными? Приведите примеры.</w:t>
      </w:r>
    </w:p>
    <w:p w14:paraId="07590E3C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Чем отличается динамическая типизация от статической? Как это проявляется в Python?</w:t>
      </w:r>
    </w:p>
    <w:p w14:paraId="7E83BB81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операции допустимы над числами (</w:t>
      </w:r>
      <w:proofErr w:type="spellStart"/>
      <w:r w:rsidRPr="00A33C9F">
        <w:rPr>
          <w:rFonts w:cs="Times New Roman"/>
          <w:szCs w:val="24"/>
          <w:lang w:val="ru-RU"/>
        </w:rPr>
        <w:t>int</w:t>
      </w:r>
      <w:proofErr w:type="spellEnd"/>
      <w:r w:rsidRPr="00A33C9F">
        <w:rPr>
          <w:rFonts w:cs="Times New Roman"/>
          <w:szCs w:val="24"/>
          <w:lang w:val="ru-RU"/>
        </w:rPr>
        <w:t xml:space="preserve">, </w:t>
      </w:r>
      <w:proofErr w:type="spellStart"/>
      <w:r w:rsidRPr="00A33C9F">
        <w:rPr>
          <w:rFonts w:cs="Times New Roman"/>
          <w:szCs w:val="24"/>
          <w:lang w:val="ru-RU"/>
        </w:rPr>
        <w:t>float</w:t>
      </w:r>
      <w:proofErr w:type="spellEnd"/>
      <w:r w:rsidRPr="00A33C9F">
        <w:rPr>
          <w:rFonts w:cs="Times New Roman"/>
          <w:szCs w:val="24"/>
          <w:lang w:val="ru-RU"/>
        </w:rPr>
        <w:t>)? Что такое целочисленное деление и остаток от деления?</w:t>
      </w:r>
    </w:p>
    <w:p w14:paraId="1EBD4E68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работают логические операторы (</w:t>
      </w:r>
      <w:proofErr w:type="spellStart"/>
      <w:r w:rsidRPr="00A33C9F">
        <w:rPr>
          <w:rFonts w:cs="Times New Roman"/>
          <w:szCs w:val="24"/>
          <w:lang w:val="ru-RU"/>
        </w:rPr>
        <w:t>and</w:t>
      </w:r>
      <w:proofErr w:type="spellEnd"/>
      <w:r w:rsidRPr="00A33C9F">
        <w:rPr>
          <w:rFonts w:cs="Times New Roman"/>
          <w:szCs w:val="24"/>
          <w:lang w:val="ru-RU"/>
        </w:rPr>
        <w:t>, </w:t>
      </w:r>
      <w:proofErr w:type="spellStart"/>
      <w:r w:rsidRPr="00A33C9F">
        <w:rPr>
          <w:rFonts w:cs="Times New Roman"/>
          <w:szCs w:val="24"/>
          <w:lang w:val="ru-RU"/>
        </w:rPr>
        <w:t>or</w:t>
      </w:r>
      <w:proofErr w:type="spellEnd"/>
      <w:r w:rsidRPr="00A33C9F">
        <w:rPr>
          <w:rFonts w:cs="Times New Roman"/>
          <w:szCs w:val="24"/>
          <w:lang w:val="ru-RU"/>
        </w:rPr>
        <w:t>, </w:t>
      </w:r>
      <w:proofErr w:type="spellStart"/>
      <w:r w:rsidRPr="00A33C9F">
        <w:rPr>
          <w:rFonts w:cs="Times New Roman"/>
          <w:szCs w:val="24"/>
          <w:lang w:val="ru-RU"/>
        </w:rPr>
        <w:t>not</w:t>
      </w:r>
      <w:proofErr w:type="spellEnd"/>
      <w:r w:rsidRPr="00A33C9F">
        <w:rPr>
          <w:rFonts w:cs="Times New Roman"/>
          <w:szCs w:val="24"/>
          <w:lang w:val="ru-RU"/>
        </w:rPr>
        <w:t>)? Приоритет выполнения.</w:t>
      </w:r>
    </w:p>
    <w:p w14:paraId="5F75C013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приведение типов? Приведите примеры явного и неявного приведения.</w:t>
      </w:r>
    </w:p>
    <w:p w14:paraId="43568001" w14:textId="77777777" w:rsidR="002806AD" w:rsidRPr="00A33C9F" w:rsidRDefault="002806AD" w:rsidP="00A33C9F">
      <w:pPr>
        <w:pStyle w:val="ae"/>
        <w:numPr>
          <w:ilvl w:val="0"/>
          <w:numId w:val="30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вводятся и выводятся данные в консоль? Функции 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input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 и </w:t>
      </w:r>
      <w:proofErr w:type="spellStart"/>
      <w:r w:rsidRPr="00A33C9F">
        <w:rPr>
          <w:rFonts w:cs="Times New Roman"/>
          <w:szCs w:val="24"/>
          <w:lang w:val="ru-RU"/>
        </w:rPr>
        <w:t>print</w:t>
      </w:r>
      <w:proofErr w:type="spellEnd"/>
      <w:r w:rsidRPr="00A33C9F">
        <w:rPr>
          <w:rFonts w:cs="Times New Roman"/>
          <w:szCs w:val="24"/>
          <w:lang w:val="ru-RU"/>
        </w:rPr>
        <w:t>().</w:t>
      </w:r>
    </w:p>
    <w:p w14:paraId="68797DCD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Условия и рекурсия</w:t>
      </w:r>
    </w:p>
    <w:p w14:paraId="17DC20B4" w14:textId="77777777" w:rsidR="002806AD" w:rsidRPr="00A33C9F" w:rsidRDefault="002806AD" w:rsidP="00A33C9F">
      <w:pPr>
        <w:pStyle w:val="ae"/>
        <w:numPr>
          <w:ilvl w:val="0"/>
          <w:numId w:val="31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записывается условный оператор </w:t>
      </w:r>
      <w:proofErr w:type="spellStart"/>
      <w:r w:rsidRPr="00A33C9F">
        <w:rPr>
          <w:rFonts w:cs="Times New Roman"/>
          <w:szCs w:val="24"/>
          <w:lang w:val="ru-RU"/>
        </w:rPr>
        <w:t>if-elif-else</w:t>
      </w:r>
      <w:proofErr w:type="spellEnd"/>
      <w:r w:rsidRPr="00A33C9F">
        <w:rPr>
          <w:rFonts w:cs="Times New Roman"/>
          <w:szCs w:val="24"/>
          <w:lang w:val="ru-RU"/>
        </w:rPr>
        <w:t>? Приведите пример.</w:t>
      </w:r>
    </w:p>
    <w:p w14:paraId="72DF5D33" w14:textId="77777777" w:rsidR="002806AD" w:rsidRPr="00A33C9F" w:rsidRDefault="002806AD" w:rsidP="00A33C9F">
      <w:pPr>
        <w:pStyle w:val="ae"/>
        <w:numPr>
          <w:ilvl w:val="0"/>
          <w:numId w:val="31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тернарный условный оператор? Как он выглядит в Python?</w:t>
      </w:r>
    </w:p>
    <w:p w14:paraId="7E075620" w14:textId="77777777" w:rsidR="002806AD" w:rsidRPr="00A33C9F" w:rsidRDefault="002806AD" w:rsidP="00A33C9F">
      <w:pPr>
        <w:pStyle w:val="ae"/>
        <w:numPr>
          <w:ilvl w:val="0"/>
          <w:numId w:val="31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рекурсия? Приведите пример рекурсивной функции.</w:t>
      </w:r>
    </w:p>
    <w:p w14:paraId="7A7FF957" w14:textId="77777777" w:rsidR="002806AD" w:rsidRPr="00A33C9F" w:rsidRDefault="002806AD" w:rsidP="00A33C9F">
      <w:pPr>
        <w:pStyle w:val="ae"/>
        <w:numPr>
          <w:ilvl w:val="0"/>
          <w:numId w:val="31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В чём отличие рекурсии от итерации? Каковы ограничения глубины рекурсии в Python?</w:t>
      </w:r>
    </w:p>
    <w:p w14:paraId="1A8D7837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Циклы</w:t>
      </w:r>
    </w:p>
    <w:p w14:paraId="4049A854" w14:textId="77777777" w:rsidR="002806AD" w:rsidRPr="00A33C9F" w:rsidRDefault="002806AD" w:rsidP="00A33C9F">
      <w:pPr>
        <w:pStyle w:val="ae"/>
        <w:numPr>
          <w:ilvl w:val="0"/>
          <w:numId w:val="32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виды циклов существуют в Python? Опишите </w:t>
      </w:r>
      <w:proofErr w:type="spellStart"/>
      <w:r w:rsidRPr="00A33C9F">
        <w:rPr>
          <w:rFonts w:cs="Times New Roman"/>
          <w:szCs w:val="24"/>
          <w:lang w:val="ru-RU"/>
        </w:rPr>
        <w:t>while</w:t>
      </w:r>
      <w:proofErr w:type="spellEnd"/>
      <w:r w:rsidRPr="00A33C9F">
        <w:rPr>
          <w:rFonts w:cs="Times New Roman"/>
          <w:szCs w:val="24"/>
          <w:lang w:val="ru-RU"/>
        </w:rPr>
        <w:t> и </w:t>
      </w:r>
      <w:proofErr w:type="spellStart"/>
      <w:r w:rsidRPr="00A33C9F">
        <w:rPr>
          <w:rFonts w:cs="Times New Roman"/>
          <w:szCs w:val="24"/>
          <w:lang w:val="ru-RU"/>
        </w:rPr>
        <w:t>for</w:t>
      </w:r>
      <w:proofErr w:type="spellEnd"/>
      <w:r w:rsidRPr="00A33C9F">
        <w:rPr>
          <w:rFonts w:cs="Times New Roman"/>
          <w:szCs w:val="24"/>
          <w:lang w:val="ru-RU"/>
        </w:rPr>
        <w:t>.</w:t>
      </w:r>
    </w:p>
    <w:p w14:paraId="64CB69E4" w14:textId="77777777" w:rsidR="002806AD" w:rsidRPr="00A33C9F" w:rsidRDefault="002806AD" w:rsidP="00A33C9F">
      <w:pPr>
        <w:pStyle w:val="ae"/>
        <w:numPr>
          <w:ilvl w:val="0"/>
          <w:numId w:val="32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работает функция 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range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)? Приведите примеры использования.</w:t>
      </w:r>
    </w:p>
    <w:p w14:paraId="6AAA45B0" w14:textId="77777777" w:rsidR="002806AD" w:rsidRPr="0014163A" w:rsidRDefault="002806AD" w:rsidP="00A33C9F">
      <w:pPr>
        <w:pStyle w:val="ae"/>
        <w:numPr>
          <w:ilvl w:val="0"/>
          <w:numId w:val="32"/>
        </w:numPr>
        <w:spacing w:line="240" w:lineRule="auto"/>
        <w:jc w:val="both"/>
        <w:rPr>
          <w:rFonts w:cs="Times New Roman"/>
          <w:szCs w:val="24"/>
        </w:rPr>
      </w:pPr>
      <w:r w:rsidRPr="00A33C9F">
        <w:rPr>
          <w:rFonts w:cs="Times New Roman"/>
          <w:szCs w:val="24"/>
          <w:lang w:val="ru-RU"/>
        </w:rPr>
        <w:t>Как прервать выполнение цикла досрочно? Операторы</w:t>
      </w:r>
      <w:r w:rsidRPr="0014163A">
        <w:rPr>
          <w:rFonts w:cs="Times New Roman"/>
          <w:szCs w:val="24"/>
        </w:rPr>
        <w:t> break, continue, else </w:t>
      </w:r>
      <w:r w:rsidRPr="00A33C9F">
        <w:rPr>
          <w:rFonts w:cs="Times New Roman"/>
          <w:szCs w:val="24"/>
          <w:lang w:val="ru-RU"/>
        </w:rPr>
        <w:t>в</w:t>
      </w:r>
      <w:r w:rsidRPr="0014163A">
        <w:rPr>
          <w:rFonts w:cs="Times New Roman"/>
          <w:szCs w:val="24"/>
        </w:rPr>
        <w:t xml:space="preserve"> </w:t>
      </w:r>
      <w:r w:rsidRPr="00A33C9F">
        <w:rPr>
          <w:rFonts w:cs="Times New Roman"/>
          <w:szCs w:val="24"/>
          <w:lang w:val="ru-RU"/>
        </w:rPr>
        <w:t>циклах</w:t>
      </w:r>
      <w:r w:rsidRPr="0014163A">
        <w:rPr>
          <w:rFonts w:cs="Times New Roman"/>
          <w:szCs w:val="24"/>
        </w:rPr>
        <w:t>.</w:t>
      </w:r>
    </w:p>
    <w:p w14:paraId="2140666D" w14:textId="77777777" w:rsidR="002806AD" w:rsidRPr="00A33C9F" w:rsidRDefault="002806AD" w:rsidP="00A33C9F">
      <w:pPr>
        <w:pStyle w:val="ae"/>
        <w:numPr>
          <w:ilvl w:val="0"/>
          <w:numId w:val="32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Можно ли изменять список во время итерации по нему? Почему это опасно?</w:t>
      </w:r>
    </w:p>
    <w:p w14:paraId="247B0CE7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097BCFC7" w14:textId="6C697359" w:rsidR="002806AD" w:rsidRPr="00A33C9F" w:rsidRDefault="002806AD" w:rsidP="002806AD">
      <w:pPr>
        <w:spacing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A33C9F">
        <w:rPr>
          <w:rFonts w:cs="Times New Roman"/>
          <w:b/>
          <w:bCs/>
          <w:szCs w:val="24"/>
          <w:lang w:val="ru-RU"/>
        </w:rPr>
        <w:t>Раздел 2. Функции</w:t>
      </w:r>
    </w:p>
    <w:p w14:paraId="6DDEC44E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определить функцию в Python? Что такое параметры и аргументы?</w:t>
      </w:r>
    </w:p>
    <w:p w14:paraId="161DDB53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В чём разница между позиционными и именованными аргументами?</w:t>
      </w:r>
    </w:p>
    <w:p w14:paraId="1273C3B7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аргументы по умолчанию? Какие ограничения на них накладываются?</w:t>
      </w:r>
    </w:p>
    <w:p w14:paraId="7E27FEAC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передать произвольное количество аргументов? Операторы *</w:t>
      </w:r>
      <w:proofErr w:type="spellStart"/>
      <w:r w:rsidRPr="00A33C9F">
        <w:rPr>
          <w:rFonts w:cs="Times New Roman"/>
          <w:szCs w:val="24"/>
          <w:lang w:val="ru-RU"/>
        </w:rPr>
        <w:t>args</w:t>
      </w:r>
      <w:proofErr w:type="spellEnd"/>
      <w:r w:rsidRPr="00A33C9F">
        <w:rPr>
          <w:rFonts w:cs="Times New Roman"/>
          <w:szCs w:val="24"/>
          <w:lang w:val="ru-RU"/>
        </w:rPr>
        <w:t> и **</w:t>
      </w:r>
      <w:proofErr w:type="spellStart"/>
      <w:r w:rsidRPr="00A33C9F">
        <w:rPr>
          <w:rFonts w:cs="Times New Roman"/>
          <w:szCs w:val="24"/>
          <w:lang w:val="ru-RU"/>
        </w:rPr>
        <w:t>kwargs</w:t>
      </w:r>
      <w:proofErr w:type="spellEnd"/>
      <w:r w:rsidRPr="00A33C9F">
        <w:rPr>
          <w:rFonts w:cs="Times New Roman"/>
          <w:szCs w:val="24"/>
          <w:lang w:val="ru-RU"/>
        </w:rPr>
        <w:t>.</w:t>
      </w:r>
    </w:p>
    <w:p w14:paraId="5F61F95B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область видимости переменных? Локальные и глобальные переменные.</w:t>
      </w:r>
    </w:p>
    <w:p w14:paraId="4CA7EF0D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функция возвращает значение? Что будет, если не использовать </w:t>
      </w:r>
      <w:proofErr w:type="spellStart"/>
      <w:r w:rsidRPr="00A33C9F">
        <w:rPr>
          <w:rFonts w:cs="Times New Roman"/>
          <w:szCs w:val="24"/>
          <w:lang w:val="ru-RU"/>
        </w:rPr>
        <w:t>return</w:t>
      </w:r>
      <w:proofErr w:type="spellEnd"/>
      <w:r w:rsidRPr="00A33C9F">
        <w:rPr>
          <w:rFonts w:cs="Times New Roman"/>
          <w:szCs w:val="24"/>
          <w:lang w:val="ru-RU"/>
        </w:rPr>
        <w:t>?</w:t>
      </w:r>
    </w:p>
    <w:p w14:paraId="618A9B24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анонимные функции (</w:t>
      </w:r>
      <w:proofErr w:type="spellStart"/>
      <w:r w:rsidRPr="00A33C9F">
        <w:rPr>
          <w:rFonts w:cs="Times New Roman"/>
          <w:szCs w:val="24"/>
          <w:lang w:val="ru-RU"/>
        </w:rPr>
        <w:t>lambda</w:t>
      </w:r>
      <w:proofErr w:type="spellEnd"/>
      <w:r w:rsidRPr="00A33C9F">
        <w:rPr>
          <w:rFonts w:cs="Times New Roman"/>
          <w:szCs w:val="24"/>
          <w:lang w:val="ru-RU"/>
        </w:rPr>
        <w:t>)? Приведите пример использования.</w:t>
      </w:r>
    </w:p>
    <w:p w14:paraId="1D6E909E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рекурсия? Напишите рекурсивную функцию вычисления факториала.</w:t>
      </w:r>
    </w:p>
    <w:p w14:paraId="35AEBD63" w14:textId="77777777" w:rsidR="002806AD" w:rsidRPr="00A33C9F" w:rsidRDefault="002806AD" w:rsidP="00A33C9F">
      <w:pPr>
        <w:pStyle w:val="ae"/>
        <w:numPr>
          <w:ilvl w:val="0"/>
          <w:numId w:val="33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встроенные функции высшего порядка вы знаете? (</w:t>
      </w:r>
      <w:proofErr w:type="spellStart"/>
      <w:r w:rsidRPr="00A33C9F">
        <w:rPr>
          <w:rFonts w:cs="Times New Roman"/>
          <w:szCs w:val="24"/>
          <w:lang w:val="ru-RU"/>
        </w:rPr>
        <w:t>map</w:t>
      </w:r>
      <w:proofErr w:type="spellEnd"/>
      <w:r w:rsidRPr="00A33C9F">
        <w:rPr>
          <w:rFonts w:cs="Times New Roman"/>
          <w:szCs w:val="24"/>
          <w:lang w:val="ru-RU"/>
        </w:rPr>
        <w:t>, </w:t>
      </w:r>
      <w:proofErr w:type="spellStart"/>
      <w:r w:rsidRPr="00A33C9F">
        <w:rPr>
          <w:rFonts w:cs="Times New Roman"/>
          <w:szCs w:val="24"/>
          <w:lang w:val="ru-RU"/>
        </w:rPr>
        <w:t>filter</w:t>
      </w:r>
      <w:proofErr w:type="spellEnd"/>
      <w:r w:rsidRPr="00A33C9F">
        <w:rPr>
          <w:rFonts w:cs="Times New Roman"/>
          <w:szCs w:val="24"/>
          <w:lang w:val="ru-RU"/>
        </w:rPr>
        <w:t>, </w:t>
      </w:r>
      <w:proofErr w:type="spellStart"/>
      <w:r w:rsidRPr="00A33C9F">
        <w:rPr>
          <w:rFonts w:cs="Times New Roman"/>
          <w:szCs w:val="24"/>
          <w:lang w:val="ru-RU"/>
        </w:rPr>
        <w:t>reduce</w:t>
      </w:r>
      <w:proofErr w:type="spellEnd"/>
      <w:r w:rsidRPr="00A33C9F">
        <w:rPr>
          <w:rFonts w:cs="Times New Roman"/>
          <w:szCs w:val="24"/>
          <w:lang w:val="ru-RU"/>
        </w:rPr>
        <w:t>).</w:t>
      </w:r>
    </w:p>
    <w:p w14:paraId="7AFC21E8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3BA1E07D" w14:textId="368A8424" w:rsidR="002806AD" w:rsidRPr="00A33C9F" w:rsidRDefault="002806AD" w:rsidP="002806AD">
      <w:pPr>
        <w:spacing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A33C9F">
        <w:rPr>
          <w:rFonts w:cs="Times New Roman"/>
          <w:b/>
          <w:bCs/>
          <w:szCs w:val="24"/>
          <w:lang w:val="ru-RU"/>
        </w:rPr>
        <w:t>Раздел 3. Основные типы данных</w:t>
      </w:r>
    </w:p>
    <w:p w14:paraId="4C2E01D6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Строки</w:t>
      </w:r>
    </w:p>
    <w:p w14:paraId="1C095433" w14:textId="77777777" w:rsidR="002806AD" w:rsidRPr="00A33C9F" w:rsidRDefault="002806AD" w:rsidP="00A33C9F">
      <w:pPr>
        <w:pStyle w:val="ae"/>
        <w:numPr>
          <w:ilvl w:val="0"/>
          <w:numId w:val="34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создать строку в Python? Какие кавычки можно использовать?</w:t>
      </w:r>
    </w:p>
    <w:p w14:paraId="2CEFD9C2" w14:textId="77777777" w:rsidR="002806AD" w:rsidRPr="0014163A" w:rsidRDefault="002806AD" w:rsidP="00A33C9F">
      <w:pPr>
        <w:pStyle w:val="ae"/>
        <w:numPr>
          <w:ilvl w:val="0"/>
          <w:numId w:val="34"/>
        </w:numPr>
        <w:spacing w:line="240" w:lineRule="auto"/>
        <w:jc w:val="both"/>
        <w:rPr>
          <w:rFonts w:cs="Times New Roman"/>
          <w:szCs w:val="24"/>
        </w:rPr>
      </w:pPr>
      <w:r w:rsidRPr="00A33C9F">
        <w:rPr>
          <w:rFonts w:cs="Times New Roman"/>
          <w:szCs w:val="24"/>
          <w:lang w:val="ru-RU"/>
        </w:rPr>
        <w:t xml:space="preserve">Какие основные методы строк вы знаете? </w:t>
      </w:r>
      <w:r w:rsidRPr="0014163A">
        <w:rPr>
          <w:rFonts w:cs="Times New Roman"/>
          <w:szCs w:val="24"/>
        </w:rPr>
        <w:t>(</w:t>
      </w:r>
      <w:proofErr w:type="gramStart"/>
      <w:r w:rsidRPr="0014163A">
        <w:rPr>
          <w:rFonts w:cs="Times New Roman"/>
          <w:szCs w:val="24"/>
        </w:rPr>
        <w:t>split(</w:t>
      </w:r>
      <w:proofErr w:type="gramEnd"/>
      <w:r w:rsidRPr="0014163A">
        <w:rPr>
          <w:rFonts w:cs="Times New Roman"/>
          <w:szCs w:val="24"/>
        </w:rPr>
        <w:t>), join(), upper(), strip() </w:t>
      </w:r>
      <w:r w:rsidRPr="00A33C9F">
        <w:rPr>
          <w:rFonts w:cs="Times New Roman"/>
          <w:szCs w:val="24"/>
          <w:lang w:val="ru-RU"/>
        </w:rPr>
        <w:t>и</w:t>
      </w:r>
      <w:r w:rsidRPr="0014163A">
        <w:rPr>
          <w:rFonts w:cs="Times New Roman"/>
          <w:szCs w:val="24"/>
        </w:rPr>
        <w:t xml:space="preserve"> </w:t>
      </w:r>
      <w:proofErr w:type="spellStart"/>
      <w:r w:rsidRPr="00A33C9F">
        <w:rPr>
          <w:rFonts w:cs="Times New Roman"/>
          <w:szCs w:val="24"/>
          <w:lang w:val="ru-RU"/>
        </w:rPr>
        <w:t>др</w:t>
      </w:r>
      <w:proofErr w:type="spellEnd"/>
      <w:r w:rsidRPr="0014163A">
        <w:rPr>
          <w:rFonts w:cs="Times New Roman"/>
          <w:szCs w:val="24"/>
        </w:rPr>
        <w:t>.)</w:t>
      </w:r>
    </w:p>
    <w:p w14:paraId="0881A7EB" w14:textId="77777777" w:rsidR="002806AD" w:rsidRPr="00A33C9F" w:rsidRDefault="002806AD" w:rsidP="00A33C9F">
      <w:pPr>
        <w:pStyle w:val="ae"/>
        <w:numPr>
          <w:ilvl w:val="0"/>
          <w:numId w:val="34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срезы (</w:t>
      </w:r>
      <w:proofErr w:type="spellStart"/>
      <w:r w:rsidRPr="00A33C9F">
        <w:rPr>
          <w:rFonts w:cs="Times New Roman"/>
          <w:szCs w:val="24"/>
          <w:lang w:val="ru-RU"/>
        </w:rPr>
        <w:t>slice</w:t>
      </w:r>
      <w:proofErr w:type="spellEnd"/>
      <w:r w:rsidRPr="00A33C9F">
        <w:rPr>
          <w:rFonts w:cs="Times New Roman"/>
          <w:szCs w:val="24"/>
          <w:lang w:val="ru-RU"/>
        </w:rPr>
        <w:t>) строк? Приведите примеры.</w:t>
      </w:r>
    </w:p>
    <w:p w14:paraId="71139DF0" w14:textId="77777777" w:rsidR="002806AD" w:rsidRPr="00A33C9F" w:rsidRDefault="002806AD" w:rsidP="00A33C9F">
      <w:pPr>
        <w:pStyle w:val="ae"/>
        <w:numPr>
          <w:ilvl w:val="0"/>
          <w:numId w:val="34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форматировать строки? Сравните %</w:t>
      </w:r>
      <w:proofErr w:type="gramStart"/>
      <w:r w:rsidRPr="00A33C9F">
        <w:rPr>
          <w:rFonts w:cs="Times New Roman"/>
          <w:szCs w:val="24"/>
          <w:lang w:val="ru-RU"/>
        </w:rPr>
        <w:t>, .</w:t>
      </w:r>
      <w:proofErr w:type="spellStart"/>
      <w:r w:rsidRPr="00A33C9F">
        <w:rPr>
          <w:rFonts w:cs="Times New Roman"/>
          <w:szCs w:val="24"/>
          <w:lang w:val="ru-RU"/>
        </w:rPr>
        <w:t>format</w:t>
      </w:r>
      <w:proofErr w:type="spellEnd"/>
      <w:proofErr w:type="gramEnd"/>
      <w:r w:rsidRPr="00A33C9F">
        <w:rPr>
          <w:rFonts w:cs="Times New Roman"/>
          <w:szCs w:val="24"/>
          <w:lang w:val="ru-RU"/>
        </w:rPr>
        <w:t>() и f-строки.</w:t>
      </w:r>
    </w:p>
    <w:p w14:paraId="189EE98A" w14:textId="77777777" w:rsidR="002806AD" w:rsidRPr="00A33C9F" w:rsidRDefault="002806AD" w:rsidP="00A33C9F">
      <w:pPr>
        <w:pStyle w:val="ae"/>
        <w:numPr>
          <w:ilvl w:val="0"/>
          <w:numId w:val="34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проверить, является ли строка числом? Методы 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isdigit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), </w:t>
      </w:r>
      <w:proofErr w:type="spellStart"/>
      <w:r w:rsidRPr="00A33C9F">
        <w:rPr>
          <w:rFonts w:cs="Times New Roman"/>
          <w:szCs w:val="24"/>
          <w:lang w:val="ru-RU"/>
        </w:rPr>
        <w:t>isnumeric</w:t>
      </w:r>
      <w:proofErr w:type="spellEnd"/>
      <w:r w:rsidRPr="00A33C9F">
        <w:rPr>
          <w:rFonts w:cs="Times New Roman"/>
          <w:szCs w:val="24"/>
          <w:lang w:val="ru-RU"/>
        </w:rPr>
        <w:t>().</w:t>
      </w:r>
    </w:p>
    <w:p w14:paraId="23721599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Списки и кортежи</w:t>
      </w:r>
    </w:p>
    <w:p w14:paraId="6AB3467A" w14:textId="77777777" w:rsidR="002806AD" w:rsidRPr="00A33C9F" w:rsidRDefault="002806AD" w:rsidP="00A33C9F">
      <w:pPr>
        <w:pStyle w:val="ae"/>
        <w:numPr>
          <w:ilvl w:val="0"/>
          <w:numId w:val="35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Чем отличается список от кортежа? Приведите примеры использования.</w:t>
      </w:r>
    </w:p>
    <w:p w14:paraId="7AA3A37D" w14:textId="77777777" w:rsidR="002806AD" w:rsidRPr="0014163A" w:rsidRDefault="002806AD" w:rsidP="00A33C9F">
      <w:pPr>
        <w:pStyle w:val="ae"/>
        <w:numPr>
          <w:ilvl w:val="0"/>
          <w:numId w:val="35"/>
        </w:numPr>
        <w:spacing w:line="240" w:lineRule="auto"/>
        <w:jc w:val="both"/>
        <w:rPr>
          <w:rFonts w:cs="Times New Roman"/>
          <w:szCs w:val="24"/>
        </w:rPr>
      </w:pPr>
      <w:r w:rsidRPr="00A33C9F">
        <w:rPr>
          <w:rFonts w:cs="Times New Roman"/>
          <w:szCs w:val="24"/>
          <w:lang w:val="ru-RU"/>
        </w:rPr>
        <w:t xml:space="preserve">Какие методы добавления/удаления элементов в списке вы знаете? </w:t>
      </w:r>
      <w:r w:rsidRPr="0014163A">
        <w:rPr>
          <w:rFonts w:cs="Times New Roman"/>
          <w:szCs w:val="24"/>
        </w:rPr>
        <w:t>(append, extend, insert, remove, pop).</w:t>
      </w:r>
    </w:p>
    <w:p w14:paraId="72C3E533" w14:textId="77777777" w:rsidR="002806AD" w:rsidRPr="00A33C9F" w:rsidRDefault="002806AD" w:rsidP="00A33C9F">
      <w:pPr>
        <w:pStyle w:val="ae"/>
        <w:numPr>
          <w:ilvl w:val="0"/>
          <w:numId w:val="35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 xml:space="preserve">Что такое </w:t>
      </w:r>
      <w:proofErr w:type="spellStart"/>
      <w:r w:rsidRPr="00A33C9F">
        <w:rPr>
          <w:rFonts w:cs="Times New Roman"/>
          <w:szCs w:val="24"/>
          <w:lang w:val="ru-RU"/>
        </w:rPr>
        <w:t>List</w:t>
      </w:r>
      <w:proofErr w:type="spellEnd"/>
      <w:r w:rsidRPr="00A33C9F">
        <w:rPr>
          <w:rFonts w:cs="Times New Roman"/>
          <w:szCs w:val="24"/>
          <w:lang w:val="ru-RU"/>
        </w:rPr>
        <w:t xml:space="preserve"> </w:t>
      </w:r>
      <w:proofErr w:type="spellStart"/>
      <w:r w:rsidRPr="00A33C9F">
        <w:rPr>
          <w:rFonts w:cs="Times New Roman"/>
          <w:szCs w:val="24"/>
          <w:lang w:val="ru-RU"/>
        </w:rPr>
        <w:t>comprehension</w:t>
      </w:r>
      <w:proofErr w:type="spellEnd"/>
      <w:r w:rsidRPr="00A33C9F">
        <w:rPr>
          <w:rFonts w:cs="Times New Roman"/>
          <w:szCs w:val="24"/>
          <w:lang w:val="ru-RU"/>
        </w:rPr>
        <w:t xml:space="preserve"> (списковое включение)? Приведите пример.</w:t>
      </w:r>
    </w:p>
    <w:p w14:paraId="603CB9DB" w14:textId="77777777" w:rsidR="002806AD" w:rsidRPr="00A33C9F" w:rsidRDefault="002806AD" w:rsidP="00A33C9F">
      <w:pPr>
        <w:pStyle w:val="ae"/>
        <w:numPr>
          <w:ilvl w:val="0"/>
          <w:numId w:val="35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получить срез списка? Как скопировать список?</w:t>
      </w:r>
    </w:p>
    <w:p w14:paraId="14B2E8CB" w14:textId="77777777" w:rsidR="002806AD" w:rsidRPr="00A33C9F" w:rsidRDefault="002806AD" w:rsidP="00A33C9F">
      <w:pPr>
        <w:pStyle w:val="ae"/>
        <w:numPr>
          <w:ilvl w:val="0"/>
          <w:numId w:val="35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операции и методы доступны для кортежей?</w:t>
      </w:r>
    </w:p>
    <w:p w14:paraId="2E996C3E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Тема: Словари</w:t>
      </w:r>
    </w:p>
    <w:p w14:paraId="4EDA5EB7" w14:textId="77777777" w:rsidR="002806AD" w:rsidRPr="00A33C9F" w:rsidRDefault="002806AD" w:rsidP="00A33C9F">
      <w:pPr>
        <w:pStyle w:val="ae"/>
        <w:numPr>
          <w:ilvl w:val="0"/>
          <w:numId w:val="36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словарь? Как получить значение по ключу?</w:t>
      </w:r>
    </w:p>
    <w:p w14:paraId="2A70644E" w14:textId="77777777" w:rsidR="002806AD" w:rsidRPr="00A33C9F" w:rsidRDefault="002806AD" w:rsidP="00A33C9F">
      <w:pPr>
        <w:pStyle w:val="ae"/>
        <w:numPr>
          <w:ilvl w:val="0"/>
          <w:numId w:val="36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требования предъявляются к ключам словаря? Почему нельзя использовать список в качестве ключа?</w:t>
      </w:r>
    </w:p>
    <w:p w14:paraId="34C4C54D" w14:textId="77777777" w:rsidR="002806AD" w:rsidRPr="00A33C9F" w:rsidRDefault="002806AD" w:rsidP="00A33C9F">
      <w:pPr>
        <w:pStyle w:val="ae"/>
        <w:numPr>
          <w:ilvl w:val="0"/>
          <w:numId w:val="36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перебрать все ключи и значения словаря? Методы 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keys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), </w:t>
      </w:r>
      <w:proofErr w:type="spellStart"/>
      <w:r w:rsidRPr="00A33C9F">
        <w:rPr>
          <w:rFonts w:cs="Times New Roman"/>
          <w:szCs w:val="24"/>
          <w:lang w:val="ru-RU"/>
        </w:rPr>
        <w:t>values</w:t>
      </w:r>
      <w:proofErr w:type="spellEnd"/>
      <w:r w:rsidRPr="00A33C9F">
        <w:rPr>
          <w:rFonts w:cs="Times New Roman"/>
          <w:szCs w:val="24"/>
          <w:lang w:val="ru-RU"/>
        </w:rPr>
        <w:t>(), </w:t>
      </w:r>
      <w:proofErr w:type="spellStart"/>
      <w:r w:rsidRPr="00A33C9F">
        <w:rPr>
          <w:rFonts w:cs="Times New Roman"/>
          <w:szCs w:val="24"/>
          <w:lang w:val="ru-RU"/>
        </w:rPr>
        <w:t>items</w:t>
      </w:r>
      <w:proofErr w:type="spellEnd"/>
      <w:r w:rsidRPr="00A33C9F">
        <w:rPr>
          <w:rFonts w:cs="Times New Roman"/>
          <w:szCs w:val="24"/>
          <w:lang w:val="ru-RU"/>
        </w:rPr>
        <w:t>().</w:t>
      </w:r>
    </w:p>
    <w:p w14:paraId="7BD1E0F4" w14:textId="77777777" w:rsidR="002806AD" w:rsidRPr="00A33C9F" w:rsidRDefault="002806AD" w:rsidP="00A33C9F">
      <w:pPr>
        <w:pStyle w:val="ae"/>
        <w:numPr>
          <w:ilvl w:val="0"/>
          <w:numId w:val="36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объединить два словаря? (оператор | или метод </w:t>
      </w:r>
      <w:proofErr w:type="spellStart"/>
      <w:r w:rsidRPr="00A33C9F">
        <w:rPr>
          <w:rFonts w:cs="Times New Roman"/>
          <w:szCs w:val="24"/>
          <w:lang w:val="ru-RU"/>
        </w:rPr>
        <w:t>update</w:t>
      </w:r>
      <w:proofErr w:type="spellEnd"/>
      <w:r w:rsidRPr="00A33C9F">
        <w:rPr>
          <w:rFonts w:cs="Times New Roman"/>
          <w:szCs w:val="24"/>
          <w:lang w:val="ru-RU"/>
        </w:rPr>
        <w:t>).</w:t>
      </w:r>
    </w:p>
    <w:p w14:paraId="7B238905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1FB7B73D" w14:textId="70294AB2" w:rsidR="002806AD" w:rsidRPr="00A33C9F" w:rsidRDefault="002806AD" w:rsidP="002806AD">
      <w:pPr>
        <w:spacing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A33C9F">
        <w:rPr>
          <w:rFonts w:cs="Times New Roman"/>
          <w:b/>
          <w:bCs/>
          <w:szCs w:val="24"/>
          <w:lang w:val="ru-RU"/>
        </w:rPr>
        <w:t>Раздел 4. Файлы</w:t>
      </w:r>
    </w:p>
    <w:p w14:paraId="65FD5DCC" w14:textId="77777777" w:rsidR="002806AD" w:rsidRPr="0014163A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</w:rPr>
      </w:pPr>
      <w:r w:rsidRPr="00A33C9F">
        <w:rPr>
          <w:rFonts w:cs="Times New Roman"/>
          <w:szCs w:val="24"/>
          <w:lang w:val="ru-RU"/>
        </w:rPr>
        <w:t xml:space="preserve">Какие режимы открытия файла существуют в Python? </w:t>
      </w:r>
      <w:r w:rsidRPr="0014163A">
        <w:rPr>
          <w:rFonts w:cs="Times New Roman"/>
          <w:szCs w:val="24"/>
        </w:rPr>
        <w:t>(r, w, a, </w:t>
      </w:r>
      <w:proofErr w:type="spellStart"/>
      <w:r w:rsidRPr="0014163A">
        <w:rPr>
          <w:rFonts w:cs="Times New Roman"/>
          <w:szCs w:val="24"/>
        </w:rPr>
        <w:t>rb</w:t>
      </w:r>
      <w:proofErr w:type="spellEnd"/>
      <w:r w:rsidRPr="0014163A">
        <w:rPr>
          <w:rFonts w:cs="Times New Roman"/>
          <w:szCs w:val="24"/>
        </w:rPr>
        <w:t>, </w:t>
      </w:r>
      <w:proofErr w:type="spellStart"/>
      <w:r w:rsidRPr="0014163A">
        <w:rPr>
          <w:rFonts w:cs="Times New Roman"/>
          <w:szCs w:val="24"/>
        </w:rPr>
        <w:t>wb</w:t>
      </w:r>
      <w:proofErr w:type="spellEnd"/>
      <w:r w:rsidRPr="0014163A">
        <w:rPr>
          <w:rFonts w:cs="Times New Roman"/>
          <w:szCs w:val="24"/>
        </w:rPr>
        <w:t> </w:t>
      </w:r>
      <w:r w:rsidRPr="00A33C9F">
        <w:rPr>
          <w:rFonts w:cs="Times New Roman"/>
          <w:szCs w:val="24"/>
          <w:lang w:val="ru-RU"/>
        </w:rPr>
        <w:t>и</w:t>
      </w:r>
      <w:r w:rsidRPr="0014163A">
        <w:rPr>
          <w:rFonts w:cs="Times New Roman"/>
          <w:szCs w:val="24"/>
        </w:rPr>
        <w:t xml:space="preserve"> </w:t>
      </w:r>
      <w:r w:rsidRPr="00A33C9F">
        <w:rPr>
          <w:rFonts w:cs="Times New Roman"/>
          <w:szCs w:val="24"/>
          <w:lang w:val="ru-RU"/>
        </w:rPr>
        <w:t>т</w:t>
      </w:r>
      <w:r w:rsidRPr="0014163A">
        <w:rPr>
          <w:rFonts w:cs="Times New Roman"/>
          <w:szCs w:val="24"/>
        </w:rPr>
        <w:t>.</w:t>
      </w:r>
      <w:r w:rsidRPr="00A33C9F">
        <w:rPr>
          <w:rFonts w:cs="Times New Roman"/>
          <w:szCs w:val="24"/>
          <w:lang w:val="ru-RU"/>
        </w:rPr>
        <w:t>д</w:t>
      </w:r>
      <w:r w:rsidRPr="0014163A">
        <w:rPr>
          <w:rFonts w:cs="Times New Roman"/>
          <w:szCs w:val="24"/>
        </w:rPr>
        <w:t>.)</w:t>
      </w:r>
    </w:p>
    <w:p w14:paraId="4404559E" w14:textId="77777777" w:rsidR="002806AD" w:rsidRPr="0014163A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</w:rPr>
      </w:pPr>
      <w:r w:rsidRPr="00A33C9F">
        <w:rPr>
          <w:rFonts w:cs="Times New Roman"/>
          <w:szCs w:val="24"/>
          <w:lang w:val="ru-RU"/>
        </w:rPr>
        <w:t>Как правильно открыть файл, чтобы гарантированно закрыть его? Конструкция</w:t>
      </w:r>
      <w:r w:rsidRPr="0014163A">
        <w:rPr>
          <w:rFonts w:cs="Times New Roman"/>
          <w:szCs w:val="24"/>
        </w:rPr>
        <w:t> with open(...) as f.</w:t>
      </w:r>
    </w:p>
    <w:p w14:paraId="7555678F" w14:textId="77777777" w:rsidR="002806AD" w:rsidRPr="00A33C9F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Какие методы чтения из файла вы знаете? (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read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), </w:t>
      </w:r>
      <w:proofErr w:type="spellStart"/>
      <w:r w:rsidRPr="00A33C9F">
        <w:rPr>
          <w:rFonts w:cs="Times New Roman"/>
          <w:szCs w:val="24"/>
          <w:lang w:val="ru-RU"/>
        </w:rPr>
        <w:t>readline</w:t>
      </w:r>
      <w:proofErr w:type="spellEnd"/>
      <w:r w:rsidRPr="00A33C9F">
        <w:rPr>
          <w:rFonts w:cs="Times New Roman"/>
          <w:szCs w:val="24"/>
          <w:lang w:val="ru-RU"/>
        </w:rPr>
        <w:t>(), </w:t>
      </w:r>
      <w:proofErr w:type="spellStart"/>
      <w:r w:rsidRPr="00A33C9F">
        <w:rPr>
          <w:rFonts w:cs="Times New Roman"/>
          <w:szCs w:val="24"/>
          <w:lang w:val="ru-RU"/>
        </w:rPr>
        <w:t>readlines</w:t>
      </w:r>
      <w:proofErr w:type="spellEnd"/>
      <w:r w:rsidRPr="00A33C9F">
        <w:rPr>
          <w:rFonts w:cs="Times New Roman"/>
          <w:szCs w:val="24"/>
          <w:lang w:val="ru-RU"/>
        </w:rPr>
        <w:t>()).</w:t>
      </w:r>
    </w:p>
    <w:p w14:paraId="6872DEFE" w14:textId="77777777" w:rsidR="002806AD" w:rsidRPr="00A33C9F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записать данные в файл? Методы </w:t>
      </w:r>
      <w:proofErr w:type="spellStart"/>
      <w:proofErr w:type="gramStart"/>
      <w:r w:rsidRPr="00A33C9F">
        <w:rPr>
          <w:rFonts w:cs="Times New Roman"/>
          <w:szCs w:val="24"/>
          <w:lang w:val="ru-RU"/>
        </w:rPr>
        <w:t>write</w:t>
      </w:r>
      <w:proofErr w:type="spellEnd"/>
      <w:r w:rsidRPr="00A33C9F">
        <w:rPr>
          <w:rFonts w:cs="Times New Roman"/>
          <w:szCs w:val="24"/>
          <w:lang w:val="ru-RU"/>
        </w:rPr>
        <w:t>(</w:t>
      </w:r>
      <w:proofErr w:type="gramEnd"/>
      <w:r w:rsidRPr="00A33C9F">
        <w:rPr>
          <w:rFonts w:cs="Times New Roman"/>
          <w:szCs w:val="24"/>
          <w:lang w:val="ru-RU"/>
        </w:rPr>
        <w:t>) и </w:t>
      </w:r>
      <w:proofErr w:type="spellStart"/>
      <w:r w:rsidRPr="00A33C9F">
        <w:rPr>
          <w:rFonts w:cs="Times New Roman"/>
          <w:szCs w:val="24"/>
          <w:lang w:val="ru-RU"/>
        </w:rPr>
        <w:t>writelines</w:t>
      </w:r>
      <w:proofErr w:type="spellEnd"/>
      <w:r w:rsidRPr="00A33C9F">
        <w:rPr>
          <w:rFonts w:cs="Times New Roman"/>
          <w:szCs w:val="24"/>
          <w:lang w:val="ru-RU"/>
        </w:rPr>
        <w:t>().</w:t>
      </w:r>
    </w:p>
    <w:p w14:paraId="19E1B4D4" w14:textId="77777777" w:rsidR="002806AD" w:rsidRPr="00A33C9F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работать с CSV-файлами без использования модуля </w:t>
      </w:r>
      <w:proofErr w:type="spellStart"/>
      <w:r w:rsidRPr="00A33C9F">
        <w:rPr>
          <w:rFonts w:cs="Times New Roman"/>
          <w:szCs w:val="24"/>
          <w:lang w:val="ru-RU"/>
        </w:rPr>
        <w:t>csv</w:t>
      </w:r>
      <w:proofErr w:type="spellEnd"/>
      <w:r w:rsidRPr="00A33C9F">
        <w:rPr>
          <w:rFonts w:cs="Times New Roman"/>
          <w:szCs w:val="24"/>
          <w:lang w:val="ru-RU"/>
        </w:rPr>
        <w:t>? Приведите пример.</w:t>
      </w:r>
    </w:p>
    <w:p w14:paraId="02E2FAD7" w14:textId="77777777" w:rsidR="002806AD" w:rsidRPr="00A33C9F" w:rsidRDefault="002806AD" w:rsidP="00A33C9F">
      <w:pPr>
        <w:pStyle w:val="ae"/>
        <w:numPr>
          <w:ilvl w:val="0"/>
          <w:numId w:val="37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делать, если файл не найден? Обработка исключений </w:t>
      </w:r>
      <w:proofErr w:type="spellStart"/>
      <w:r w:rsidRPr="00A33C9F">
        <w:rPr>
          <w:rFonts w:cs="Times New Roman"/>
          <w:szCs w:val="24"/>
          <w:lang w:val="ru-RU"/>
        </w:rPr>
        <w:t>FileNotFoundError</w:t>
      </w:r>
      <w:proofErr w:type="spellEnd"/>
      <w:r w:rsidRPr="00A33C9F">
        <w:rPr>
          <w:rFonts w:cs="Times New Roman"/>
          <w:szCs w:val="24"/>
          <w:lang w:val="ru-RU"/>
        </w:rPr>
        <w:t>.</w:t>
      </w:r>
    </w:p>
    <w:p w14:paraId="2BB7C155" w14:textId="77777777" w:rsidR="002806AD" w:rsidRPr="00A33C9F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04243787" w14:textId="1D539CEC" w:rsidR="002806AD" w:rsidRPr="00A33C9F" w:rsidRDefault="002806AD" w:rsidP="002806AD">
      <w:pPr>
        <w:spacing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A33C9F">
        <w:rPr>
          <w:rFonts w:cs="Times New Roman"/>
          <w:b/>
          <w:bCs/>
          <w:szCs w:val="24"/>
          <w:lang w:val="ru-RU"/>
        </w:rPr>
        <w:t>Раздел 5. Классы и объекты</w:t>
      </w:r>
    </w:p>
    <w:p w14:paraId="7C72F32E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класс и объект? Приведите пример объявления класса.</w:t>
      </w:r>
    </w:p>
    <w:p w14:paraId="60E8344E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определить конструктор класса? Какой метод отвечает за инициализацию?</w:t>
      </w:r>
    </w:p>
    <w:p w14:paraId="472B7345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атрибуты экземпляра и атрибуты класса? В чём разница?</w:t>
      </w:r>
    </w:p>
    <w:p w14:paraId="68F1FD39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работают методы класса (@classmethod) и статические методы (@staticmethod)?</w:t>
      </w:r>
    </w:p>
    <w:p w14:paraId="268C67C6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наследование? Приведите пример простого наследования.</w:t>
      </w:r>
    </w:p>
    <w:p w14:paraId="7375D844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полиморфизм в Python? Как он реализуется?</w:t>
      </w:r>
    </w:p>
    <w:p w14:paraId="0AF69188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Как скрыть атрибуты (инкапсуляция)? Что такое «приватные» атрибуты (с двумя подчёркиваниями)?</w:t>
      </w:r>
    </w:p>
    <w:p w14:paraId="3039C661" w14:textId="77777777" w:rsidR="002806AD" w:rsidRPr="00A33C9F" w:rsidRDefault="002806AD" w:rsidP="00A33C9F">
      <w:pPr>
        <w:pStyle w:val="ae"/>
        <w:numPr>
          <w:ilvl w:val="0"/>
          <w:numId w:val="38"/>
        </w:numPr>
        <w:spacing w:line="240" w:lineRule="auto"/>
        <w:jc w:val="both"/>
        <w:rPr>
          <w:rFonts w:cs="Times New Roman"/>
          <w:szCs w:val="24"/>
          <w:lang w:val="ru-RU"/>
        </w:rPr>
      </w:pPr>
      <w:r w:rsidRPr="00A33C9F">
        <w:rPr>
          <w:rFonts w:cs="Times New Roman"/>
          <w:szCs w:val="24"/>
          <w:lang w:val="ru-RU"/>
        </w:rPr>
        <w:t>Что такое магические методы? Назовите несколько (__</w:t>
      </w:r>
      <w:proofErr w:type="spellStart"/>
      <w:r w:rsidRPr="00A33C9F">
        <w:rPr>
          <w:rFonts w:cs="Times New Roman"/>
          <w:szCs w:val="24"/>
          <w:lang w:val="ru-RU"/>
        </w:rPr>
        <w:t>init</w:t>
      </w:r>
      <w:proofErr w:type="spellEnd"/>
      <w:r w:rsidRPr="00A33C9F">
        <w:rPr>
          <w:rFonts w:cs="Times New Roman"/>
          <w:szCs w:val="24"/>
          <w:lang w:val="ru-RU"/>
        </w:rPr>
        <w:t>__, __</w:t>
      </w:r>
      <w:proofErr w:type="spellStart"/>
      <w:r w:rsidRPr="00A33C9F">
        <w:rPr>
          <w:rFonts w:cs="Times New Roman"/>
          <w:szCs w:val="24"/>
          <w:lang w:val="ru-RU"/>
        </w:rPr>
        <w:t>str</w:t>
      </w:r>
      <w:proofErr w:type="spellEnd"/>
      <w:r w:rsidRPr="00A33C9F">
        <w:rPr>
          <w:rFonts w:cs="Times New Roman"/>
          <w:szCs w:val="24"/>
          <w:lang w:val="ru-RU"/>
        </w:rPr>
        <w:t>__, __</w:t>
      </w:r>
      <w:proofErr w:type="spellStart"/>
      <w:r w:rsidRPr="00A33C9F">
        <w:rPr>
          <w:rFonts w:cs="Times New Roman"/>
          <w:szCs w:val="24"/>
          <w:lang w:val="ru-RU"/>
        </w:rPr>
        <w:t>len</w:t>
      </w:r>
      <w:proofErr w:type="spellEnd"/>
      <w:r w:rsidRPr="00A33C9F">
        <w:rPr>
          <w:rFonts w:cs="Times New Roman"/>
          <w:szCs w:val="24"/>
          <w:lang w:val="ru-RU"/>
        </w:rPr>
        <w:t>__, __</w:t>
      </w:r>
      <w:proofErr w:type="spellStart"/>
      <w:r w:rsidRPr="00A33C9F">
        <w:rPr>
          <w:rFonts w:cs="Times New Roman"/>
          <w:szCs w:val="24"/>
          <w:lang w:val="ru-RU"/>
        </w:rPr>
        <w:t>add</w:t>
      </w:r>
      <w:proofErr w:type="spellEnd"/>
      <w:r w:rsidRPr="00A33C9F">
        <w:rPr>
          <w:rFonts w:cs="Times New Roman"/>
          <w:szCs w:val="24"/>
          <w:lang w:val="ru-RU"/>
        </w:rPr>
        <w:t>__).</w:t>
      </w:r>
    </w:p>
    <w:p w14:paraId="753D80F7" w14:textId="6FAA4136" w:rsidR="002806AD" w:rsidRDefault="002806AD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7194B857" w14:textId="7170C808" w:rsidR="00A33C9F" w:rsidRDefault="00A33C9F" w:rsidP="002806AD">
      <w:pPr>
        <w:spacing w:line="240" w:lineRule="auto"/>
        <w:jc w:val="both"/>
        <w:rPr>
          <w:rFonts w:cs="Times New Roman"/>
          <w:szCs w:val="24"/>
          <w:lang w:val="ru-RU"/>
        </w:rPr>
      </w:pPr>
    </w:p>
    <w:p w14:paraId="140140F6" w14:textId="0B020C0E" w:rsidR="00A33C9F" w:rsidRPr="00A33C9F" w:rsidRDefault="00A33C9F" w:rsidP="00A33C9F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Cs w:val="24"/>
          <w:lang w:val="ru-RU"/>
        </w:rPr>
      </w:pPr>
      <w:r w:rsidRPr="00A33C9F">
        <w:rPr>
          <w:szCs w:val="24"/>
          <w:lang w:val="ru-RU"/>
        </w:rPr>
        <w:t xml:space="preserve">Критерии оценки </w:t>
      </w:r>
      <w:r>
        <w:rPr>
          <w:szCs w:val="24"/>
          <w:lang w:val="ru-RU"/>
        </w:rPr>
        <w:t>собеседования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846"/>
      </w:tblGrid>
      <w:tr w:rsidR="00A33C9F" w:rsidRPr="00A33C9F" w14:paraId="12E64567" w14:textId="77777777" w:rsidTr="00915200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E0A8" w14:textId="77777777" w:rsidR="00A33C9F" w:rsidRPr="00A33C9F" w:rsidRDefault="00A33C9F" w:rsidP="0091520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Оценка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44DA" w14:textId="77777777" w:rsidR="00A33C9F" w:rsidRPr="00A33C9F" w:rsidRDefault="00A33C9F" w:rsidP="0091520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Критерии</w:t>
            </w:r>
          </w:p>
        </w:tc>
      </w:tr>
      <w:tr w:rsidR="00A33C9F" w:rsidRPr="00A55F74" w14:paraId="1FD6123C" w14:textId="77777777" w:rsidTr="00915200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2A9B" w14:textId="77777777" w:rsidR="00A33C9F" w:rsidRPr="00A33C9F" w:rsidRDefault="00A33C9F" w:rsidP="0091520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зачтено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C39E6" w14:textId="5AA112F8" w:rsidR="00A33C9F" w:rsidRPr="00A33C9F" w:rsidRDefault="00A33C9F" w:rsidP="00915200">
            <w:pPr>
              <w:spacing w:line="240" w:lineRule="auto"/>
              <w:jc w:val="both"/>
              <w:rPr>
                <w:szCs w:val="20"/>
                <w:lang w:val="ru-RU"/>
              </w:rPr>
            </w:pPr>
            <w:r w:rsidRPr="00A33C9F">
              <w:rPr>
                <w:lang w:val="ru-RU"/>
              </w:rPr>
              <w:t>Оценка «зачтено» выставляется обучающемуся, уверенно отвеча</w:t>
            </w:r>
            <w:r>
              <w:rPr>
                <w:lang w:val="ru-RU"/>
              </w:rPr>
              <w:t>ющему</w:t>
            </w:r>
            <w:r w:rsidRPr="00A33C9F">
              <w:rPr>
                <w:lang w:val="ru-RU"/>
              </w:rPr>
              <w:t xml:space="preserve"> на вопросы по основным разделам (не менее 70% правильных ответов), демонстриру</w:t>
            </w:r>
            <w:r>
              <w:rPr>
                <w:lang w:val="ru-RU"/>
              </w:rPr>
              <w:t>ющему</w:t>
            </w:r>
            <w:r w:rsidRPr="00A33C9F">
              <w:rPr>
                <w:lang w:val="ru-RU"/>
              </w:rPr>
              <w:t xml:space="preserve"> понимание базовых конструкций языка, </w:t>
            </w:r>
            <w:r>
              <w:rPr>
                <w:lang w:val="ru-RU"/>
              </w:rPr>
              <w:t xml:space="preserve">который </w:t>
            </w:r>
            <w:r w:rsidRPr="00A33C9F">
              <w:rPr>
                <w:lang w:val="ru-RU"/>
              </w:rPr>
              <w:t>может привести примеры кода.</w:t>
            </w:r>
          </w:p>
        </w:tc>
      </w:tr>
      <w:tr w:rsidR="00A33C9F" w:rsidRPr="00A55F74" w14:paraId="22F92D81" w14:textId="77777777" w:rsidTr="00915200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4E00" w14:textId="77777777" w:rsidR="00A33C9F" w:rsidRPr="00A33C9F" w:rsidRDefault="00A33C9F" w:rsidP="0091520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/>
              </w:rPr>
            </w:pPr>
            <w:proofErr w:type="spellStart"/>
            <w:r w:rsidRPr="00A33C9F">
              <w:rPr>
                <w:szCs w:val="24"/>
                <w:lang w:val="ru-RU"/>
              </w:rPr>
              <w:t>незачтено</w:t>
            </w:r>
            <w:proofErr w:type="spellEnd"/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5DC6" w14:textId="05B38AEB" w:rsidR="00A33C9F" w:rsidRPr="00A33C9F" w:rsidRDefault="00A33C9F" w:rsidP="00915200">
            <w:pPr>
              <w:spacing w:line="240" w:lineRule="auto"/>
              <w:jc w:val="both"/>
              <w:rPr>
                <w:szCs w:val="20"/>
                <w:lang w:val="ru-RU"/>
              </w:rPr>
            </w:pPr>
            <w:r w:rsidRPr="00A33C9F">
              <w:rPr>
                <w:lang w:val="ru-RU"/>
              </w:rPr>
              <w:t>Оценка «</w:t>
            </w:r>
            <w:proofErr w:type="spellStart"/>
            <w:r w:rsidRPr="00A33C9F">
              <w:rPr>
                <w:lang w:val="ru-RU"/>
              </w:rPr>
              <w:t>незачтено</w:t>
            </w:r>
            <w:proofErr w:type="spellEnd"/>
            <w:r w:rsidRPr="00A33C9F">
              <w:rPr>
                <w:lang w:val="ru-RU"/>
              </w:rPr>
              <w:t>» выставляется обучающемуся, не владе</w:t>
            </w:r>
            <w:r>
              <w:rPr>
                <w:lang w:val="ru-RU"/>
              </w:rPr>
              <w:t>ющему</w:t>
            </w:r>
            <w:r w:rsidRPr="00A33C9F">
              <w:rPr>
                <w:lang w:val="ru-RU"/>
              </w:rPr>
              <w:t xml:space="preserve"> материалом, допуска</w:t>
            </w:r>
            <w:r>
              <w:rPr>
                <w:lang w:val="ru-RU"/>
              </w:rPr>
              <w:t>ющему</w:t>
            </w:r>
            <w:r w:rsidRPr="00A33C9F">
              <w:rPr>
                <w:lang w:val="ru-RU"/>
              </w:rPr>
              <w:t xml:space="preserve"> грубые ошибки в базовых понятиях (типы данных, условия, циклы, функции), </w:t>
            </w:r>
            <w:r>
              <w:rPr>
                <w:lang w:val="ru-RU"/>
              </w:rPr>
              <w:t xml:space="preserve">которые </w:t>
            </w:r>
            <w:r w:rsidRPr="00A33C9F">
              <w:rPr>
                <w:lang w:val="ru-RU"/>
              </w:rPr>
              <w:t>не может написать простейший код.</w:t>
            </w:r>
          </w:p>
        </w:tc>
      </w:tr>
    </w:tbl>
    <w:p w14:paraId="4C5366A9" w14:textId="77777777" w:rsidR="00A33C9F" w:rsidRPr="00A33C9F" w:rsidRDefault="00A33C9F" w:rsidP="00A33C9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4"/>
          <w:lang w:val="ru-RU"/>
        </w:rPr>
      </w:pPr>
    </w:p>
    <w:p w14:paraId="239008E0" w14:textId="4B96F5F9" w:rsidR="008720A9" w:rsidRDefault="008720A9" w:rsidP="008720A9">
      <w:pPr>
        <w:rPr>
          <w:szCs w:val="24"/>
          <w:lang w:val="ru-RU"/>
        </w:rPr>
      </w:pPr>
      <w:r w:rsidRPr="00A33C9F">
        <w:rPr>
          <w:szCs w:val="24"/>
          <w:lang w:val="ru-RU"/>
        </w:rPr>
        <w:t>Составитель:</w:t>
      </w:r>
    </w:p>
    <w:p w14:paraId="6DAE63DF" w14:textId="1A545746" w:rsidR="00A33C9F" w:rsidRPr="00A33C9F" w:rsidRDefault="00A33C9F" w:rsidP="00A33C9F">
      <w:pPr>
        <w:rPr>
          <w:szCs w:val="24"/>
          <w:lang w:val="ru-RU"/>
        </w:rPr>
      </w:pPr>
      <w:r w:rsidRPr="00A33C9F">
        <w:rPr>
          <w:szCs w:val="24"/>
          <w:lang w:val="ru-RU"/>
        </w:rPr>
        <w:t>А.М.</w:t>
      </w:r>
      <w:r>
        <w:rPr>
          <w:szCs w:val="24"/>
          <w:lang w:val="ru-RU"/>
        </w:rPr>
        <w:t xml:space="preserve"> </w:t>
      </w:r>
      <w:r w:rsidRPr="00A33C9F">
        <w:rPr>
          <w:szCs w:val="24"/>
          <w:lang w:val="ru-RU"/>
        </w:rPr>
        <w:t xml:space="preserve">Даминова, доцент </w:t>
      </w:r>
      <w:r>
        <w:rPr>
          <w:szCs w:val="24"/>
          <w:lang w:val="ru-RU"/>
        </w:rPr>
        <w:t>кафедры</w:t>
      </w:r>
      <w:r w:rsidRPr="00A33C9F">
        <w:rPr>
          <w:szCs w:val="24"/>
          <w:lang w:val="ru-RU"/>
        </w:rPr>
        <w:t xml:space="preserve"> </w:t>
      </w:r>
      <w:proofErr w:type="spellStart"/>
      <w:r w:rsidRPr="00A33C9F">
        <w:rPr>
          <w:szCs w:val="24"/>
          <w:lang w:val="ru-RU"/>
        </w:rPr>
        <w:t>С</w:t>
      </w:r>
      <w:r>
        <w:rPr>
          <w:szCs w:val="24"/>
          <w:lang w:val="ru-RU"/>
        </w:rPr>
        <w:t>КиТС</w:t>
      </w:r>
      <w:proofErr w:type="spellEnd"/>
      <w:r w:rsidRPr="00A33C9F">
        <w:rPr>
          <w:szCs w:val="24"/>
          <w:lang w:val="ru-RU"/>
        </w:rPr>
        <w:t>, к.т.н. __________________</w:t>
      </w:r>
    </w:p>
    <w:p w14:paraId="563A6420" w14:textId="318B916E" w:rsidR="00A33C9F" w:rsidRPr="00A33C9F" w:rsidRDefault="00A33C9F" w:rsidP="00A33C9F">
      <w:pPr>
        <w:rPr>
          <w:szCs w:val="24"/>
          <w:lang w:val="ru-RU"/>
        </w:rPr>
      </w:pPr>
      <w:r>
        <w:rPr>
          <w:szCs w:val="24"/>
          <w:lang w:val="ru-RU"/>
        </w:rPr>
        <w:t>16</w:t>
      </w:r>
      <w:r w:rsidRPr="00A33C9F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апреля</w:t>
      </w:r>
      <w:r w:rsidRPr="00A33C9F">
        <w:rPr>
          <w:szCs w:val="24"/>
          <w:lang w:val="ru-RU"/>
        </w:rPr>
        <w:t xml:space="preserve"> 202</w:t>
      </w:r>
      <w:r>
        <w:rPr>
          <w:szCs w:val="24"/>
          <w:lang w:val="ru-RU"/>
        </w:rPr>
        <w:t>6</w:t>
      </w:r>
      <w:r w:rsidR="009764CA">
        <w:rPr>
          <w:szCs w:val="24"/>
          <w:lang w:val="ru-RU"/>
        </w:rPr>
        <w:t xml:space="preserve"> </w:t>
      </w:r>
      <w:r w:rsidRPr="00A33C9F">
        <w:rPr>
          <w:szCs w:val="24"/>
          <w:lang w:val="ru-RU"/>
        </w:rPr>
        <w:t>г.</w:t>
      </w:r>
      <w:r w:rsidRPr="00A33C9F">
        <w:rPr>
          <w:b/>
          <w:sz w:val="22"/>
          <w:lang w:val="ru-RU"/>
        </w:rPr>
        <w:br w:type="page"/>
      </w:r>
    </w:p>
    <w:p w14:paraId="577E511A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33C9F">
        <w:rPr>
          <w:rFonts w:eastAsia="Times New Roman" w:cs="Times New Roman"/>
          <w:b/>
          <w:szCs w:val="24"/>
          <w:lang w:val="ru-RU" w:eastAsia="ru-RU"/>
        </w:rPr>
        <w:t>Комплект оценочных средств для промежуточной аттестации</w:t>
      </w:r>
    </w:p>
    <w:p w14:paraId="23FA2B9D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080EB3B5" w14:textId="6F49010F" w:rsidR="00502D97" w:rsidRPr="00A33C9F" w:rsidRDefault="009764CA" w:rsidP="00502D97">
      <w:pPr>
        <w:widowControl w:val="0"/>
        <w:ind w:firstLine="708"/>
        <w:jc w:val="center"/>
        <w:rPr>
          <w:b/>
          <w:szCs w:val="24"/>
          <w:lang w:val="ru-RU"/>
        </w:rPr>
      </w:pPr>
      <w:r w:rsidRPr="00A33C9F">
        <w:rPr>
          <w:b/>
          <w:szCs w:val="24"/>
          <w:lang w:val="ru-RU"/>
        </w:rPr>
        <w:t xml:space="preserve">Вопросы </w:t>
      </w:r>
      <w:r w:rsidR="00502D97" w:rsidRPr="00A33C9F">
        <w:rPr>
          <w:b/>
          <w:szCs w:val="24"/>
          <w:lang w:val="ru-RU"/>
        </w:rPr>
        <w:t>к зачету</w:t>
      </w:r>
      <w:r w:rsidR="008041EB">
        <w:rPr>
          <w:b/>
          <w:szCs w:val="24"/>
          <w:lang w:val="ru-RU"/>
        </w:rPr>
        <w:t xml:space="preserve"> с оценкой</w:t>
      </w:r>
    </w:p>
    <w:p w14:paraId="4B3B7762" w14:textId="77777777" w:rsidR="009764CA" w:rsidRPr="00A33C9F" w:rsidRDefault="009764CA" w:rsidP="009764CA">
      <w:pPr>
        <w:widowControl w:val="0"/>
        <w:spacing w:line="240" w:lineRule="auto"/>
        <w:jc w:val="center"/>
        <w:rPr>
          <w:rFonts w:eastAsia="Times New Roman" w:cs="Times New Roman"/>
          <w:iCs/>
          <w:color w:val="000000"/>
          <w:szCs w:val="24"/>
          <w:lang w:val="ru-RU" w:eastAsia="ru-RU"/>
        </w:rPr>
      </w:pPr>
      <w:r w:rsidRPr="00A33C9F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A33C9F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A33C9F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A33C9F">
        <w:rPr>
          <w:rFonts w:eastAsia="Times New Roman" w:cs="Times New Roman"/>
          <w:b/>
          <w:szCs w:val="24"/>
          <w:lang w:val="ru-RU" w:eastAsia="ru-RU"/>
        </w:rPr>
        <w:t>07.04 Сценарные языки программирования</w:t>
      </w:r>
    </w:p>
    <w:p w14:paraId="1A77534B" w14:textId="4B171F33" w:rsidR="00502D97" w:rsidRDefault="00502D97" w:rsidP="00502D97">
      <w:pPr>
        <w:ind w:firstLine="360"/>
        <w:jc w:val="center"/>
        <w:rPr>
          <w:i/>
          <w:sz w:val="20"/>
          <w:vertAlign w:val="superscript"/>
          <w:lang w:val="ru-RU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18"/>
      </w:tblGrid>
      <w:tr w:rsidR="00502D97" w:rsidRPr="00A55F74" w14:paraId="510348D4" w14:textId="77777777" w:rsidTr="009764CA">
        <w:trPr>
          <w:trHeight w:val="520"/>
          <w:jc w:val="center"/>
        </w:trPr>
        <w:tc>
          <w:tcPr>
            <w:tcW w:w="1498" w:type="pct"/>
            <w:shd w:val="clear" w:color="auto" w:fill="auto"/>
            <w:vAlign w:val="center"/>
          </w:tcPr>
          <w:p w14:paraId="6EC31AA4" w14:textId="77777777" w:rsidR="00502D97" w:rsidRPr="00A33C9F" w:rsidRDefault="00502D97" w:rsidP="005B4797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A33C9F">
              <w:rPr>
                <w:b/>
                <w:lang w:val="ru-RU"/>
              </w:rPr>
              <w:t xml:space="preserve">№ и наименование </w:t>
            </w:r>
          </w:p>
          <w:p w14:paraId="7246E3F0" w14:textId="40A5118F" w:rsidR="00502D97" w:rsidRPr="00A33C9F" w:rsidRDefault="00502D97" w:rsidP="005B4797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  <w:lang w:val="ru-RU"/>
              </w:rPr>
            </w:pPr>
            <w:r w:rsidRPr="00A33C9F">
              <w:rPr>
                <w:b/>
                <w:lang w:val="ru-RU"/>
              </w:rPr>
              <w:t xml:space="preserve">раздела </w:t>
            </w:r>
          </w:p>
        </w:tc>
        <w:tc>
          <w:tcPr>
            <w:tcW w:w="3502" w:type="pct"/>
            <w:shd w:val="clear" w:color="auto" w:fill="auto"/>
            <w:vAlign w:val="center"/>
          </w:tcPr>
          <w:p w14:paraId="288D5504" w14:textId="4C8995A8" w:rsidR="00502D97" w:rsidRPr="00A33C9F" w:rsidRDefault="00502D97" w:rsidP="004267AA">
            <w:pPr>
              <w:widowControl w:val="0"/>
              <w:jc w:val="center"/>
              <w:rPr>
                <w:b/>
                <w:lang w:val="ru-RU"/>
              </w:rPr>
            </w:pPr>
            <w:r w:rsidRPr="00A33C9F">
              <w:rPr>
                <w:b/>
                <w:lang w:val="ru-RU"/>
              </w:rPr>
              <w:t>ВОПРОСЫ К ЗАЧЕТУ</w:t>
            </w:r>
            <w:r w:rsidR="008041EB">
              <w:rPr>
                <w:b/>
                <w:lang w:val="ru-RU"/>
              </w:rPr>
              <w:t xml:space="preserve"> С ОЦЕНКОЙ</w:t>
            </w:r>
          </w:p>
        </w:tc>
      </w:tr>
    </w:tbl>
    <w:p w14:paraId="5EBAA232" w14:textId="77777777" w:rsidR="009764CA" w:rsidRPr="0014163A" w:rsidRDefault="009764CA" w:rsidP="009764CA">
      <w:pPr>
        <w:spacing w:line="240" w:lineRule="auto"/>
        <w:rPr>
          <w:sz w:val="2"/>
          <w:szCs w:val="2"/>
          <w:lang w:val="ru-RU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18"/>
      </w:tblGrid>
      <w:tr w:rsidR="00502D97" w:rsidRPr="00A33C9F" w14:paraId="0A4D8A0C" w14:textId="77777777" w:rsidTr="009764CA">
        <w:trPr>
          <w:cantSplit/>
          <w:tblHeader/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C6B5" w14:textId="77777777" w:rsidR="00502D97" w:rsidRPr="00A33C9F" w:rsidRDefault="00502D97" w:rsidP="004267AA">
            <w:pPr>
              <w:widowControl w:val="0"/>
              <w:jc w:val="center"/>
              <w:rPr>
                <w:b/>
                <w:sz w:val="18"/>
                <w:szCs w:val="18"/>
                <w:lang w:val="ru-RU"/>
              </w:rPr>
            </w:pPr>
            <w:r w:rsidRPr="00A33C9F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D17D" w14:textId="77777777" w:rsidR="00502D97" w:rsidRPr="00A33C9F" w:rsidRDefault="00502D97" w:rsidP="004267AA">
            <w:pPr>
              <w:widowControl w:val="0"/>
              <w:jc w:val="center"/>
              <w:rPr>
                <w:b/>
                <w:sz w:val="18"/>
                <w:szCs w:val="18"/>
                <w:lang w:val="ru-RU"/>
              </w:rPr>
            </w:pPr>
            <w:r w:rsidRPr="00A33C9F">
              <w:rPr>
                <w:b/>
                <w:sz w:val="18"/>
                <w:szCs w:val="18"/>
                <w:lang w:val="ru-RU"/>
              </w:rPr>
              <w:t>2</w:t>
            </w:r>
          </w:p>
        </w:tc>
      </w:tr>
      <w:tr w:rsidR="005B4797" w:rsidRPr="00A55F74" w14:paraId="4C5B8896" w14:textId="77777777" w:rsidTr="009764CA">
        <w:trPr>
          <w:cantSplit/>
          <w:trHeight w:val="322"/>
          <w:jc w:val="center"/>
        </w:trPr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3048F" w14:textId="6FFB923B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  <w:bookmarkStart w:id="1" w:name="_Hlk229574807"/>
            <w:r w:rsidRPr="00A33C9F">
              <w:rPr>
                <w:b/>
                <w:lang w:val="ru-RU"/>
              </w:rPr>
              <w:t xml:space="preserve">1.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языка</w:t>
            </w:r>
            <w:proofErr w:type="spellEnd"/>
            <w:r>
              <w:t xml:space="preserve"> Python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A7C8" w14:textId="69D8A11F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bCs/>
                <w:lang w:val="ru-RU"/>
              </w:rPr>
            </w:pPr>
            <w:r w:rsidRPr="005B4797">
              <w:rPr>
                <w:bCs/>
                <w:lang w:val="ru-RU"/>
              </w:rPr>
              <w:t>Что такое переменная в Python? Как происходит присваивание значения? Приведите примеры допустимых имён переменных.</w:t>
            </w:r>
          </w:p>
        </w:tc>
      </w:tr>
      <w:bookmarkEnd w:id="1"/>
      <w:tr w:rsidR="005B4797" w:rsidRPr="00A55F74" w14:paraId="20C2CCDD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0ED93" w14:textId="0388C8C1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6C364" w14:textId="36AA0FE2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b/>
                <w:lang w:val="ru-RU"/>
              </w:rPr>
            </w:pPr>
            <w:r w:rsidRPr="005B4797">
              <w:rPr>
                <w:bCs/>
                <w:lang w:val="ru-RU"/>
              </w:rPr>
              <w:t>Что такое диаграмма состояний (</w:t>
            </w:r>
            <w:proofErr w:type="spellStart"/>
            <w:r w:rsidRPr="005B4797">
              <w:rPr>
                <w:bCs/>
                <w:lang w:val="ru-RU"/>
              </w:rPr>
              <w:t>state</w:t>
            </w:r>
            <w:proofErr w:type="spellEnd"/>
            <w:r w:rsidRPr="005B4797">
              <w:rPr>
                <w:bCs/>
                <w:lang w:val="ru-RU"/>
              </w:rPr>
              <w:t xml:space="preserve"> </w:t>
            </w:r>
            <w:proofErr w:type="spellStart"/>
            <w:r w:rsidRPr="005B4797">
              <w:rPr>
                <w:bCs/>
                <w:lang w:val="ru-RU"/>
              </w:rPr>
              <w:t>diagram</w:t>
            </w:r>
            <w:proofErr w:type="spellEnd"/>
            <w:r w:rsidRPr="005B4797">
              <w:rPr>
                <w:bCs/>
                <w:lang w:val="ru-RU"/>
              </w:rPr>
              <w:t>)? Как она отражает изменение значений переменных?</w:t>
            </w:r>
          </w:p>
        </w:tc>
      </w:tr>
      <w:tr w:rsidR="005B4797" w:rsidRPr="00A55F74" w14:paraId="6C951497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5A758" w14:textId="77A00BB8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CAFC" w14:textId="353020FA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b/>
                <w:lang w:val="ru-RU"/>
              </w:rPr>
            </w:pPr>
            <w:r w:rsidRPr="005B4797">
              <w:rPr>
                <w:bCs/>
                <w:lang w:val="ru-RU"/>
              </w:rPr>
              <w:t>Назовите зарезервированные (ключевые) слова Python. Почему их нельзя использовать в качестве имён переменных?</w:t>
            </w:r>
          </w:p>
        </w:tc>
      </w:tr>
      <w:tr w:rsidR="005B4797" w:rsidRPr="00A33C9F" w14:paraId="350FEB30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B203D" w14:textId="2D43B745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CA5B" w14:textId="126DE26D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b/>
                <w:lang w:val="ru-RU"/>
              </w:rPr>
            </w:pPr>
            <w:r w:rsidRPr="005B4797">
              <w:rPr>
                <w:bCs/>
                <w:lang w:val="ru-RU"/>
              </w:rPr>
              <w:t>Что такое операнд и оператор? Приведите примеры арифметических выражений.</w:t>
            </w:r>
          </w:p>
        </w:tc>
      </w:tr>
      <w:tr w:rsidR="005B4797" w:rsidRPr="00A55F74" w14:paraId="49335BF0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59578" w14:textId="3F6882D2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15C0" w14:textId="1C942DA4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b/>
                <w:lang w:val="ru-RU"/>
              </w:rPr>
            </w:pPr>
            <w:r w:rsidRPr="005B4797">
              <w:rPr>
                <w:bCs/>
                <w:lang w:val="ru-RU"/>
              </w:rPr>
              <w:t>Что означает «вычисление выражения» (</w:t>
            </w:r>
            <w:proofErr w:type="spellStart"/>
            <w:r w:rsidRPr="005B4797">
              <w:rPr>
                <w:bCs/>
                <w:lang w:val="ru-RU"/>
              </w:rPr>
              <w:t>evaluation</w:t>
            </w:r>
            <w:proofErr w:type="spellEnd"/>
            <w:r w:rsidRPr="005B4797">
              <w:rPr>
                <w:bCs/>
                <w:lang w:val="ru-RU"/>
              </w:rPr>
              <w:t>)? Чем выражение отличается от инструкции (</w:t>
            </w:r>
            <w:proofErr w:type="spellStart"/>
            <w:r w:rsidRPr="005B4797">
              <w:rPr>
                <w:bCs/>
                <w:lang w:val="ru-RU"/>
              </w:rPr>
              <w:t>statement</w:t>
            </w:r>
            <w:proofErr w:type="spellEnd"/>
            <w:r w:rsidRPr="005B4797">
              <w:rPr>
                <w:bCs/>
                <w:lang w:val="ru-RU"/>
              </w:rPr>
              <w:t>)?</w:t>
            </w:r>
          </w:p>
        </w:tc>
      </w:tr>
      <w:tr w:rsidR="005B4797" w:rsidRPr="00A55F74" w14:paraId="6EBEE325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A8A6D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D666B" w14:textId="7BA7AF56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bCs/>
                <w:lang w:val="ru-RU"/>
              </w:rPr>
              <w:t>Каков порядок выполнения операций (приоритет) в Python? Приведите пример, когда без скобок результат отличается от ожидаемого.</w:t>
            </w:r>
          </w:p>
        </w:tc>
      </w:tr>
      <w:tr w:rsidR="005B4797" w:rsidRPr="00A55F74" w14:paraId="2D9F67AB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03416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191D" w14:textId="6AFE705F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bCs/>
                <w:lang w:val="ru-RU"/>
              </w:rPr>
              <w:t>Что такое конкатенация? Для каких типов данных она применима? Как конкатенировать строки и списки?</w:t>
            </w:r>
          </w:p>
        </w:tc>
      </w:tr>
      <w:tr w:rsidR="005B4797" w:rsidRPr="00A55F74" w14:paraId="61C9C558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7621B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63A1" w14:textId="3E29EFB6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bCs/>
                <w:lang w:val="ru-RU"/>
              </w:rPr>
              <w:t>Что такое синтаксическая ошибка (</w:t>
            </w:r>
            <w:proofErr w:type="spellStart"/>
            <w:r w:rsidRPr="005B4797">
              <w:rPr>
                <w:bCs/>
                <w:lang w:val="ru-RU"/>
              </w:rPr>
              <w:t>syntax</w:t>
            </w:r>
            <w:proofErr w:type="spellEnd"/>
            <w:r w:rsidRPr="005B4797">
              <w:rPr>
                <w:bCs/>
                <w:lang w:val="ru-RU"/>
              </w:rPr>
              <w:t xml:space="preserve"> </w:t>
            </w:r>
            <w:proofErr w:type="spellStart"/>
            <w:r w:rsidRPr="005B4797">
              <w:rPr>
                <w:bCs/>
                <w:lang w:val="ru-RU"/>
              </w:rPr>
              <w:t>error</w:t>
            </w:r>
            <w:proofErr w:type="spellEnd"/>
            <w:r w:rsidRPr="005B4797">
              <w:rPr>
                <w:bCs/>
                <w:lang w:val="ru-RU"/>
              </w:rPr>
              <w:t>)? Приведите пример. Чем она отличается от семантической ошибки (</w:t>
            </w:r>
            <w:proofErr w:type="spellStart"/>
            <w:r w:rsidRPr="005B4797">
              <w:rPr>
                <w:bCs/>
                <w:lang w:val="ru-RU"/>
              </w:rPr>
              <w:t>semantic</w:t>
            </w:r>
            <w:proofErr w:type="spellEnd"/>
            <w:r w:rsidRPr="005B4797">
              <w:rPr>
                <w:bCs/>
                <w:lang w:val="ru-RU"/>
              </w:rPr>
              <w:t xml:space="preserve"> </w:t>
            </w:r>
            <w:proofErr w:type="spellStart"/>
            <w:r w:rsidRPr="005B4797">
              <w:rPr>
                <w:bCs/>
                <w:lang w:val="ru-RU"/>
              </w:rPr>
              <w:t>error</w:t>
            </w:r>
            <w:proofErr w:type="spellEnd"/>
            <w:r w:rsidRPr="005B4797">
              <w:rPr>
                <w:bCs/>
                <w:lang w:val="ru-RU"/>
              </w:rPr>
              <w:t>)?</w:t>
            </w:r>
          </w:p>
        </w:tc>
      </w:tr>
      <w:tr w:rsidR="005B4797" w:rsidRPr="00A55F74" w14:paraId="4CCE17DE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A853D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566C" w14:textId="69DDF50D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bCs/>
                <w:lang w:val="ru-RU"/>
              </w:rPr>
              <w:t>Что такое исключение (</w:t>
            </w:r>
            <w:proofErr w:type="spellStart"/>
            <w:r w:rsidRPr="005B4797">
              <w:rPr>
                <w:bCs/>
                <w:lang w:val="ru-RU"/>
              </w:rPr>
              <w:t>exception</w:t>
            </w:r>
            <w:proofErr w:type="spellEnd"/>
            <w:r w:rsidRPr="005B4797">
              <w:rPr>
                <w:bCs/>
                <w:lang w:val="ru-RU"/>
              </w:rPr>
              <w:t xml:space="preserve">)? Назовите три встроенных исключения (например, </w:t>
            </w:r>
            <w:proofErr w:type="spellStart"/>
            <w:r w:rsidRPr="005B4797">
              <w:rPr>
                <w:bCs/>
                <w:lang w:val="ru-RU"/>
              </w:rPr>
              <w:t>ZeroDivisionError</w:t>
            </w:r>
            <w:proofErr w:type="spellEnd"/>
            <w:r w:rsidRPr="005B4797">
              <w:rPr>
                <w:bCs/>
                <w:lang w:val="ru-RU"/>
              </w:rPr>
              <w:t xml:space="preserve">, </w:t>
            </w:r>
            <w:proofErr w:type="spellStart"/>
            <w:r w:rsidRPr="005B4797">
              <w:rPr>
                <w:bCs/>
                <w:lang w:val="ru-RU"/>
              </w:rPr>
              <w:t>TypeError</w:t>
            </w:r>
            <w:proofErr w:type="spellEnd"/>
            <w:r w:rsidRPr="005B4797">
              <w:rPr>
                <w:bCs/>
                <w:lang w:val="ru-RU"/>
              </w:rPr>
              <w:t xml:space="preserve">, </w:t>
            </w:r>
            <w:proofErr w:type="spellStart"/>
            <w:r w:rsidRPr="005B4797">
              <w:rPr>
                <w:bCs/>
                <w:lang w:val="ru-RU"/>
              </w:rPr>
              <w:t>NameError</w:t>
            </w:r>
            <w:proofErr w:type="spellEnd"/>
            <w:r w:rsidRPr="005B4797">
              <w:rPr>
                <w:bCs/>
                <w:lang w:val="ru-RU"/>
              </w:rPr>
              <w:t>).</w:t>
            </w:r>
          </w:p>
        </w:tc>
      </w:tr>
      <w:tr w:rsidR="005B4797" w:rsidRPr="00A55F74" w14:paraId="40A46F07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D2B01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83B5" w14:textId="030EEF0F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bCs/>
                <w:lang w:val="ru-RU"/>
              </w:rPr>
              <w:t>Что такое интерактивный режим работы интерпретатора? В чём его преимущество перед выполнением скрипта?</w:t>
            </w:r>
          </w:p>
        </w:tc>
      </w:tr>
      <w:tr w:rsidR="005B4797" w:rsidRPr="00A33C9F" w14:paraId="238D3BBA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4562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A7DA" w14:textId="6EF5C52C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Что такое логическое выражение? Какие операторы сравнения существуют в Python? Приведите примеры.</w:t>
            </w:r>
          </w:p>
        </w:tc>
      </w:tr>
      <w:tr w:rsidR="005B4797" w:rsidRPr="00A55F74" w14:paraId="1D5C5258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69A77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CEDA" w14:textId="659A2810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Какие логические операторы вы знаете? Как они работают (таблицы истинности)?</w:t>
            </w:r>
          </w:p>
        </w:tc>
      </w:tr>
      <w:tr w:rsidR="005B4797" w:rsidRPr="00A55F74" w14:paraId="48084FB3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5FBE2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0150" w14:textId="65FFE120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 xml:space="preserve">Как записывается условная инструкция </w:t>
            </w:r>
            <w:proofErr w:type="spellStart"/>
            <w:r w:rsidRPr="005B4797">
              <w:rPr>
                <w:lang w:val="ru-RU"/>
              </w:rPr>
              <w:t>if-elif-else</w:t>
            </w:r>
            <w:proofErr w:type="spellEnd"/>
            <w:r w:rsidRPr="005B4797">
              <w:rPr>
                <w:lang w:val="ru-RU"/>
              </w:rPr>
              <w:t>? Что такое составная инструкция (</w:t>
            </w:r>
            <w:proofErr w:type="spellStart"/>
            <w:r w:rsidRPr="005B4797">
              <w:rPr>
                <w:lang w:val="ru-RU"/>
              </w:rPr>
              <w:t>compound</w:t>
            </w:r>
            <w:proofErr w:type="spellEnd"/>
            <w:r w:rsidRPr="005B4797">
              <w:rPr>
                <w:lang w:val="ru-RU"/>
              </w:rPr>
              <w:t xml:space="preserve"> </w:t>
            </w:r>
            <w:proofErr w:type="spellStart"/>
            <w:r w:rsidRPr="005B4797">
              <w:rPr>
                <w:lang w:val="ru-RU"/>
              </w:rPr>
              <w:t>statement</w:t>
            </w:r>
            <w:proofErr w:type="spellEnd"/>
            <w:r w:rsidRPr="005B4797">
              <w:rPr>
                <w:lang w:val="ru-RU"/>
              </w:rPr>
              <w:t>)?</w:t>
            </w:r>
          </w:p>
        </w:tc>
      </w:tr>
      <w:tr w:rsidR="005B4797" w:rsidRPr="00A33C9F" w14:paraId="4A518811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B111F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C9FF6" w14:textId="246C775F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Что такое связанные условия (</w:t>
            </w:r>
            <w:proofErr w:type="spellStart"/>
            <w:r w:rsidRPr="005B4797">
              <w:rPr>
                <w:lang w:val="ru-RU"/>
              </w:rPr>
              <w:t>nested</w:t>
            </w:r>
            <w:proofErr w:type="spellEnd"/>
            <w:r w:rsidRPr="005B4797">
              <w:rPr>
                <w:lang w:val="ru-RU"/>
              </w:rPr>
              <w:t xml:space="preserve"> </w:t>
            </w:r>
            <w:proofErr w:type="spellStart"/>
            <w:r w:rsidRPr="005B4797">
              <w:rPr>
                <w:lang w:val="ru-RU"/>
              </w:rPr>
              <w:t>conditions</w:t>
            </w:r>
            <w:proofErr w:type="spellEnd"/>
            <w:r w:rsidRPr="005B4797">
              <w:rPr>
                <w:lang w:val="ru-RU"/>
              </w:rPr>
              <w:t>) и вложенные условия? Приведите пример, когда их использование оправдано.</w:t>
            </w:r>
          </w:p>
        </w:tc>
      </w:tr>
      <w:tr w:rsidR="005B4797" w:rsidRPr="00A55F74" w14:paraId="0F878B5A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6826C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2ADF" w14:textId="702C3CD1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Как рекурсия связана с условиями? Что такое базовый случай (</w:t>
            </w:r>
            <w:proofErr w:type="spellStart"/>
            <w:r w:rsidRPr="005B4797">
              <w:rPr>
                <w:lang w:val="ru-RU"/>
              </w:rPr>
              <w:t>base</w:t>
            </w:r>
            <w:proofErr w:type="spellEnd"/>
            <w:r w:rsidRPr="005B4797">
              <w:rPr>
                <w:lang w:val="ru-RU"/>
              </w:rPr>
              <w:t xml:space="preserve"> </w:t>
            </w:r>
            <w:proofErr w:type="spellStart"/>
            <w:r w:rsidRPr="005B4797">
              <w:rPr>
                <w:lang w:val="ru-RU"/>
              </w:rPr>
              <w:t>case</w:t>
            </w:r>
            <w:proofErr w:type="spellEnd"/>
            <w:r w:rsidRPr="005B4797">
              <w:rPr>
                <w:lang w:val="ru-RU"/>
              </w:rPr>
              <w:t>) и бесконечная рекурсия?</w:t>
            </w:r>
          </w:p>
        </w:tc>
      </w:tr>
      <w:tr w:rsidR="005B4797" w:rsidRPr="00A33C9F" w14:paraId="726FBA03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49B0D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3890" w14:textId="6C261ECD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 xml:space="preserve">Что такое итерация? Какие виды циклов существуют в Python? Сравните </w:t>
            </w:r>
            <w:proofErr w:type="spellStart"/>
            <w:r w:rsidRPr="005B4797">
              <w:rPr>
                <w:lang w:val="ru-RU"/>
              </w:rPr>
              <w:t>while</w:t>
            </w:r>
            <w:proofErr w:type="spellEnd"/>
            <w:r w:rsidRPr="005B4797">
              <w:rPr>
                <w:lang w:val="ru-RU"/>
              </w:rPr>
              <w:t xml:space="preserve"> и </w:t>
            </w:r>
            <w:proofErr w:type="spellStart"/>
            <w:r w:rsidRPr="005B4797">
              <w:rPr>
                <w:lang w:val="ru-RU"/>
              </w:rPr>
              <w:t>for</w:t>
            </w:r>
            <w:proofErr w:type="spellEnd"/>
            <w:r w:rsidRPr="005B4797">
              <w:rPr>
                <w:lang w:val="ru-RU"/>
              </w:rPr>
              <w:t>.</w:t>
            </w:r>
          </w:p>
        </w:tc>
      </w:tr>
      <w:tr w:rsidR="005B4797" w:rsidRPr="00A55F74" w14:paraId="10800EA3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6CC0D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0D5A" w14:textId="0D788880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Что такое инициализация, инкремент и декремент переменной? Приведите пример счётчика в цикле.</w:t>
            </w:r>
          </w:p>
        </w:tc>
      </w:tr>
      <w:tr w:rsidR="005B4797" w:rsidRPr="00A33C9F" w14:paraId="2BE42B72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073B5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AF8" w14:textId="64194ADF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 xml:space="preserve">Как работает функция </w:t>
            </w:r>
            <w:proofErr w:type="spellStart"/>
            <w:proofErr w:type="gramStart"/>
            <w:r w:rsidRPr="005B4797">
              <w:rPr>
                <w:lang w:val="ru-RU"/>
              </w:rPr>
              <w:t>range</w:t>
            </w:r>
            <w:proofErr w:type="spellEnd"/>
            <w:r w:rsidRPr="005B4797">
              <w:rPr>
                <w:lang w:val="ru-RU"/>
              </w:rPr>
              <w:t>(</w:t>
            </w:r>
            <w:proofErr w:type="gramEnd"/>
            <w:r w:rsidRPr="005B4797">
              <w:rPr>
                <w:lang w:val="ru-RU"/>
              </w:rPr>
              <w:t>)? Какие параметры она принимает? Приведите пример генерации последовательности.</w:t>
            </w:r>
          </w:p>
        </w:tc>
      </w:tr>
      <w:tr w:rsidR="005B4797" w:rsidRPr="00A55F74" w14:paraId="6EFF54B2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B858A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DC1F" w14:textId="395A4BF1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Как прервать выполнение цикла (</w:t>
            </w:r>
            <w:proofErr w:type="spellStart"/>
            <w:r w:rsidRPr="005B4797">
              <w:rPr>
                <w:lang w:val="ru-RU"/>
              </w:rPr>
              <w:t>break</w:t>
            </w:r>
            <w:proofErr w:type="spellEnd"/>
            <w:r w:rsidRPr="005B4797">
              <w:rPr>
                <w:lang w:val="ru-RU"/>
              </w:rPr>
              <w:t xml:space="preserve">, </w:t>
            </w:r>
            <w:proofErr w:type="spellStart"/>
            <w:r w:rsidRPr="005B4797">
              <w:rPr>
                <w:lang w:val="ru-RU"/>
              </w:rPr>
              <w:t>continue</w:t>
            </w:r>
            <w:proofErr w:type="spellEnd"/>
            <w:r w:rsidRPr="005B4797">
              <w:rPr>
                <w:lang w:val="ru-RU"/>
              </w:rPr>
              <w:t xml:space="preserve">)? Для чего используется ветка </w:t>
            </w:r>
            <w:proofErr w:type="spellStart"/>
            <w:r w:rsidRPr="005B4797">
              <w:rPr>
                <w:lang w:val="ru-RU"/>
              </w:rPr>
              <w:t>else</w:t>
            </w:r>
            <w:proofErr w:type="spellEnd"/>
            <w:r w:rsidRPr="005B4797">
              <w:rPr>
                <w:lang w:val="ru-RU"/>
              </w:rPr>
              <w:t xml:space="preserve"> после цикла?</w:t>
            </w:r>
          </w:p>
        </w:tc>
      </w:tr>
      <w:tr w:rsidR="005B4797" w:rsidRPr="00A55F74" w14:paraId="13DAD843" w14:textId="77777777" w:rsidTr="009764CA">
        <w:trPr>
          <w:cantSplit/>
          <w:trHeight w:val="322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57B73" w14:textId="77777777" w:rsidR="005B4797" w:rsidRPr="00A33C9F" w:rsidRDefault="005B4797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9C87" w14:textId="58202ADA" w:rsidR="005B4797" w:rsidRPr="005B4797" w:rsidRDefault="005B4797" w:rsidP="009764CA">
            <w:pPr>
              <w:pStyle w:val="ae"/>
              <w:widowControl w:val="0"/>
              <w:numPr>
                <w:ilvl w:val="1"/>
                <w:numId w:val="39"/>
              </w:numPr>
              <w:tabs>
                <w:tab w:val="left" w:pos="350"/>
                <w:tab w:val="left" w:pos="510"/>
              </w:tabs>
              <w:spacing w:line="240" w:lineRule="auto"/>
              <w:ind w:left="0" w:firstLine="0"/>
              <w:jc w:val="both"/>
              <w:rPr>
                <w:lang w:val="ru-RU"/>
              </w:rPr>
            </w:pPr>
            <w:r w:rsidRPr="005B4797">
              <w:rPr>
                <w:lang w:val="ru-RU"/>
              </w:rPr>
              <w:t>Что такое бесконечный цикл? Как его создать и как избежать?</w:t>
            </w:r>
          </w:p>
        </w:tc>
      </w:tr>
      <w:tr w:rsidR="00604578" w:rsidRPr="00A33C9F" w14:paraId="54EA6022" w14:textId="77777777" w:rsidTr="009764CA">
        <w:trPr>
          <w:cantSplit/>
          <w:trHeight w:val="275"/>
          <w:jc w:val="center"/>
        </w:trPr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F7F99" w14:textId="41549CC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  <w:r w:rsidRPr="00604578">
              <w:rPr>
                <w:b/>
                <w:bCs/>
              </w:rPr>
              <w:t>2.</w:t>
            </w:r>
            <w:r>
              <w:t xml:space="preserve"> </w:t>
            </w:r>
            <w:proofErr w:type="spellStart"/>
            <w:r>
              <w:t>Функции</w:t>
            </w:r>
            <w:proofErr w:type="spellEnd"/>
          </w:p>
        </w:tc>
        <w:tc>
          <w:tcPr>
            <w:tcW w:w="3502" w:type="pct"/>
            <w:shd w:val="clear" w:color="auto" w:fill="auto"/>
          </w:tcPr>
          <w:p w14:paraId="1DFED97D" w14:textId="3EC5DC14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2.1.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Что такое функция в программировании? Для чего они используются?</w:t>
            </w:r>
          </w:p>
        </w:tc>
      </w:tr>
      <w:tr w:rsidR="00604578" w:rsidRPr="00A55F74" w14:paraId="0C5EE602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7CCFD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2AFC67F" w14:textId="5999E835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Как определить функцию (заголовок, тело функции)? Приведите пример простейшей функции без параметров.</w:t>
            </w:r>
          </w:p>
        </w:tc>
      </w:tr>
      <w:tr w:rsidR="00604578" w:rsidRPr="00A55F74" w14:paraId="5C401481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6A62C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56C19A0F" w14:textId="1CFB8D92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3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Что такое объект функции? Можно ли присвоить функцию переменной?</w:t>
            </w:r>
          </w:p>
        </w:tc>
      </w:tr>
      <w:tr w:rsidR="00604578" w:rsidRPr="00A55F74" w14:paraId="4873877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8A7C2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4128773F" w14:textId="45992EBD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4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Что такое параметр функции? Чем параметр отличается от аргумента (фактического параметра)?</w:t>
            </w:r>
          </w:p>
        </w:tc>
      </w:tr>
      <w:tr w:rsidR="00604578" w:rsidRPr="00A55F74" w14:paraId="1BA12604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1E7BA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3533B485" w14:textId="217C7555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5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Как вызывать функцию? Что происходит в момент вызова?</w:t>
            </w:r>
          </w:p>
        </w:tc>
      </w:tr>
      <w:tr w:rsidR="00604578" w:rsidRPr="00A55F74" w14:paraId="59241A07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D3633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1BD518C6" w14:textId="3535DD85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6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Что такое локальная переменная? Какова её область видимости?</w:t>
            </w:r>
          </w:p>
        </w:tc>
      </w:tr>
      <w:tr w:rsidR="00604578" w:rsidRPr="00A55F74" w14:paraId="123BCC56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5BE7B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A9932B9" w14:textId="419AC327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7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Что такое возвращаемое значение? Как функция возвращает результат (инструкция</w:t>
            </w:r>
            <w:r w:rsidRPr="00604578">
              <w:rPr>
                <w:rFonts w:cs="Times New Roman"/>
                <w:color w:val="0F1115"/>
                <w:szCs w:val="24"/>
              </w:rPr>
              <w:t> </w:t>
            </w:r>
            <w:r w:rsidRPr="009764CA">
              <w:rPr>
                <w:rStyle w:val="HTML"/>
                <w:rFonts w:ascii="Times New Roman" w:eastAsiaTheme="minorEastAsia" w:hAnsi="Times New Roman" w:cs="Times New Roman"/>
                <w:color w:val="0F1115"/>
                <w:sz w:val="24"/>
                <w:szCs w:val="24"/>
              </w:rPr>
              <w:t>return</w:t>
            </w:r>
            <w:r w:rsidRPr="009764CA">
              <w:rPr>
                <w:rFonts w:cs="Times New Roman"/>
                <w:color w:val="0F1115"/>
                <w:szCs w:val="24"/>
                <w:lang w:val="ru-RU"/>
              </w:rPr>
              <w:t>)?</w:t>
            </w:r>
          </w:p>
        </w:tc>
      </w:tr>
      <w:tr w:rsidR="00604578" w:rsidRPr="00A33C9F" w14:paraId="14AC9056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4EBE5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7AEA96EA" w14:textId="7856680D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8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Чем отличается функция, возвращающая значение (</w:t>
            </w:r>
            <w:r w:rsidRPr="00604578">
              <w:rPr>
                <w:rFonts w:cs="Times New Roman"/>
                <w:color w:val="0F1115"/>
                <w:szCs w:val="24"/>
              </w:rPr>
              <w:t>fruitful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 xml:space="preserve"> </w:t>
            </w:r>
            <w:r w:rsidRPr="00604578">
              <w:rPr>
                <w:rFonts w:cs="Times New Roman"/>
                <w:color w:val="0F1115"/>
                <w:szCs w:val="24"/>
              </w:rPr>
              <w:t>function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 xml:space="preserve">), от </w:t>
            </w:r>
            <w:r w:rsidRPr="00604578">
              <w:rPr>
                <w:rFonts w:cs="Times New Roman"/>
                <w:color w:val="0F1115"/>
                <w:szCs w:val="24"/>
              </w:rPr>
              <w:t>void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 xml:space="preserve">-функции (не возвращающей явного значения)? Что возвращает </w:t>
            </w:r>
            <w:r w:rsidRPr="00604578">
              <w:rPr>
                <w:rFonts w:cs="Times New Roman"/>
                <w:color w:val="0F1115"/>
                <w:szCs w:val="24"/>
              </w:rPr>
              <w:t>void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-функция?</w:t>
            </w:r>
          </w:p>
        </w:tc>
      </w:tr>
      <w:tr w:rsidR="00604578" w:rsidRPr="00A33C9F" w14:paraId="38AAD66F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6DD53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8A5B8AE" w14:textId="0555316B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9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 xml:space="preserve">Что такое рекурсивная функция? Приведите пример (факториал, сумма чисел). </w:t>
            </w:r>
            <w:proofErr w:type="spellStart"/>
            <w:r w:rsidRPr="00604578">
              <w:rPr>
                <w:rFonts w:cs="Times New Roman"/>
                <w:color w:val="0F1115"/>
                <w:szCs w:val="24"/>
              </w:rPr>
              <w:t>Укажите</w:t>
            </w:r>
            <w:proofErr w:type="spellEnd"/>
            <w:r w:rsidRPr="00604578">
              <w:rPr>
                <w:rFonts w:cs="Times New Roman"/>
                <w:color w:val="0F1115"/>
                <w:szCs w:val="24"/>
              </w:rPr>
              <w:t xml:space="preserve"> </w:t>
            </w:r>
            <w:proofErr w:type="spellStart"/>
            <w:r w:rsidRPr="00604578">
              <w:rPr>
                <w:rFonts w:cs="Times New Roman"/>
                <w:color w:val="0F1115"/>
                <w:szCs w:val="24"/>
              </w:rPr>
              <w:t>базовый</w:t>
            </w:r>
            <w:proofErr w:type="spellEnd"/>
            <w:r w:rsidRPr="00604578">
              <w:rPr>
                <w:rFonts w:cs="Times New Roman"/>
                <w:color w:val="0F1115"/>
                <w:szCs w:val="24"/>
              </w:rPr>
              <w:t xml:space="preserve"> </w:t>
            </w:r>
            <w:proofErr w:type="spellStart"/>
            <w:r w:rsidRPr="00604578">
              <w:rPr>
                <w:rFonts w:cs="Times New Roman"/>
                <w:color w:val="0F1115"/>
                <w:szCs w:val="24"/>
              </w:rPr>
              <w:t>случай</w:t>
            </w:r>
            <w:proofErr w:type="spellEnd"/>
            <w:r w:rsidRPr="00604578">
              <w:rPr>
                <w:rFonts w:cs="Times New Roman"/>
                <w:color w:val="0F1115"/>
                <w:szCs w:val="24"/>
              </w:rPr>
              <w:t xml:space="preserve"> и </w:t>
            </w:r>
            <w:proofErr w:type="spellStart"/>
            <w:r w:rsidRPr="00604578">
              <w:rPr>
                <w:rFonts w:cs="Times New Roman"/>
                <w:color w:val="0F1115"/>
                <w:szCs w:val="24"/>
              </w:rPr>
              <w:t>рекурсивный</w:t>
            </w:r>
            <w:proofErr w:type="spellEnd"/>
            <w:r w:rsidRPr="00604578">
              <w:rPr>
                <w:rFonts w:cs="Times New Roman"/>
                <w:color w:val="0F1115"/>
                <w:szCs w:val="24"/>
              </w:rPr>
              <w:t xml:space="preserve"> </w:t>
            </w:r>
            <w:proofErr w:type="spellStart"/>
            <w:r w:rsidRPr="00604578">
              <w:rPr>
                <w:rFonts w:cs="Times New Roman"/>
                <w:color w:val="0F1115"/>
                <w:szCs w:val="24"/>
              </w:rPr>
              <w:t>шаг</w:t>
            </w:r>
            <w:proofErr w:type="spellEnd"/>
            <w:r w:rsidRPr="00604578">
              <w:rPr>
                <w:rFonts w:cs="Times New Roman"/>
                <w:color w:val="0F1115"/>
                <w:szCs w:val="24"/>
              </w:rPr>
              <w:t>.</w:t>
            </w:r>
          </w:p>
        </w:tc>
      </w:tr>
      <w:tr w:rsidR="00604578" w:rsidRPr="00A55F74" w14:paraId="0069CF9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7A1F" w14:textId="77777777" w:rsidR="00604578" w:rsidRPr="00A33C9F" w:rsidRDefault="00604578" w:rsidP="009764CA">
            <w:pPr>
              <w:widowControl w:val="0"/>
              <w:rPr>
                <w:b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1A31B7ED" w14:textId="30558DEB" w:rsidR="00604578" w:rsidRPr="00604578" w:rsidRDefault="00604578" w:rsidP="009764CA">
            <w:pPr>
              <w:widowControl w:val="0"/>
              <w:spacing w:line="240" w:lineRule="auto"/>
              <w:jc w:val="both"/>
              <w:rPr>
                <w:rFonts w:cs="Times New Roman"/>
                <w:b/>
                <w:szCs w:val="24"/>
                <w:lang w:val="ru-RU"/>
              </w:rPr>
            </w:pP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2.1</w:t>
            </w:r>
            <w:r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0</w:t>
            </w:r>
            <w:r w:rsidRPr="00604578">
              <w:rPr>
                <w:rFonts w:cs="Times New Roman"/>
                <w:b/>
                <w:bCs/>
                <w:color w:val="0F1115"/>
                <w:szCs w:val="24"/>
                <w:lang w:val="ru-RU"/>
              </w:rPr>
              <w:t>.</w:t>
            </w:r>
            <w:r>
              <w:rPr>
                <w:rFonts w:cs="Times New Roman"/>
                <w:color w:val="0F1115"/>
                <w:szCs w:val="24"/>
                <w:lang w:val="ru-RU"/>
              </w:rPr>
              <w:t> 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 xml:space="preserve">Что такое </w:t>
            </w:r>
            <w:r w:rsidRPr="00604578">
              <w:rPr>
                <w:rFonts w:cs="Times New Roman"/>
                <w:color w:val="0F1115"/>
                <w:szCs w:val="24"/>
              </w:rPr>
              <w:t>lambda</w:t>
            </w:r>
            <w:r w:rsidRPr="00604578">
              <w:rPr>
                <w:rFonts w:cs="Times New Roman"/>
                <w:color w:val="0F1115"/>
                <w:szCs w:val="24"/>
                <w:lang w:val="ru-RU"/>
              </w:rPr>
              <w:t>-функция? В каких случаях её удобно использовать?</w:t>
            </w:r>
          </w:p>
        </w:tc>
      </w:tr>
      <w:tr w:rsidR="00B0445F" w:rsidRPr="00A55F74" w14:paraId="7B202181" w14:textId="77777777" w:rsidTr="009764CA">
        <w:trPr>
          <w:cantSplit/>
          <w:trHeight w:val="275"/>
          <w:jc w:val="center"/>
        </w:trPr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9EA3E" w14:textId="3C4F7EF7" w:rsidR="00B0445F" w:rsidRPr="00A33C9F" w:rsidRDefault="00B0445F" w:rsidP="009764CA">
            <w:pPr>
              <w:widowControl w:val="0"/>
              <w:spacing w:line="240" w:lineRule="auto"/>
              <w:rPr>
                <w:b/>
                <w:lang w:val="ru-RU"/>
              </w:rPr>
            </w:pPr>
            <w:r w:rsidRPr="00B0445F">
              <w:rPr>
                <w:b/>
                <w:bCs/>
              </w:rPr>
              <w:t>3.</w:t>
            </w:r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типы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</w:tc>
        <w:tc>
          <w:tcPr>
            <w:tcW w:w="3502" w:type="pct"/>
            <w:shd w:val="clear" w:color="auto" w:fill="auto"/>
          </w:tcPr>
          <w:p w14:paraId="169C095E" w14:textId="6524613C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Какие способы создания строк существуют? Что такое сырые строки (</w:t>
            </w:r>
            <w:proofErr w:type="spellStart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raw</w:t>
            </w:r>
            <w:proofErr w:type="spellEnd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 </w:t>
            </w:r>
            <w:proofErr w:type="spellStart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strings</w:t>
            </w:r>
            <w:proofErr w:type="spellEnd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</w:t>
            </w:r>
          </w:p>
        </w:tc>
      </w:tr>
      <w:tr w:rsidR="00B0445F" w:rsidRPr="00A55F74" w14:paraId="65166DAD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DFD82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20833860" w14:textId="6598CD8B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2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срез (</w:t>
            </w:r>
            <w:proofErr w:type="spellStart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slice</w:t>
            </w:r>
            <w:proofErr w:type="spellEnd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 строки? Как получить подстроку с первого по пятый символ?</w:t>
            </w:r>
          </w:p>
        </w:tc>
      </w:tr>
      <w:tr w:rsidR="00B0445F" w:rsidRPr="00B0445F" w14:paraId="624749D4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7129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8BE2967" w14:textId="7F30CC41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eastAsia="ru-RU"/>
              </w:rPr>
              <w:t>3.</w:t>
            </w:r>
            <w:r w:rsidR="0064069E" w:rsidRPr="0064069E">
              <w:rPr>
                <w:rFonts w:eastAsia="Times New Roman" w:cs="Times New Roman"/>
                <w:b/>
                <w:bCs/>
                <w:color w:val="0F1115"/>
                <w:szCs w:val="24"/>
                <w:lang w:eastAsia="ru-RU"/>
              </w:rPr>
              <w:t>3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eastAsia="ru-RU"/>
              </w:rPr>
              <w:t>.</w:t>
            </w:r>
            <w:r w:rsidRPr="00B0445F">
              <w:rPr>
                <w:rFonts w:eastAsia="Times New Roman" w:cs="Times New Roman"/>
                <w:color w:val="0F1115"/>
                <w:szCs w:val="24"/>
                <w:lang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Назовите</w:t>
            </w:r>
            <w:r w:rsidRPr="00B0445F">
              <w:rPr>
                <w:rFonts w:eastAsia="Times New Roman" w:cs="Times New Roman"/>
                <w:color w:val="0F1115"/>
                <w:szCs w:val="24"/>
                <w:lang w:eastAsia="ru-RU"/>
              </w:rPr>
              <w:t xml:space="preserve"> 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основные</w:t>
            </w:r>
            <w:r w:rsidRPr="00B0445F">
              <w:rPr>
                <w:rFonts w:eastAsia="Times New Roman" w:cs="Times New Roman"/>
                <w:color w:val="0F1115"/>
                <w:szCs w:val="24"/>
                <w:lang w:eastAsia="ru-RU"/>
              </w:rPr>
              <w:t xml:space="preserve"> 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методы</w:t>
            </w:r>
            <w:r w:rsidRPr="00B0445F">
              <w:rPr>
                <w:rFonts w:eastAsia="Times New Roman" w:cs="Times New Roman"/>
                <w:color w:val="0F1115"/>
                <w:szCs w:val="24"/>
                <w:lang w:eastAsia="ru-RU"/>
              </w:rPr>
              <w:t xml:space="preserve"> 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строк</w:t>
            </w:r>
            <w:r w:rsidRPr="009764CA">
              <w:rPr>
                <w:rFonts w:eastAsia="Times New Roman" w:cs="Times New Roman"/>
                <w:color w:val="0F1115"/>
                <w:szCs w:val="24"/>
                <w:lang w:eastAsia="ru-RU"/>
              </w:rPr>
              <w:t>: split(), join(), strip(), upper(), lower(), replace().</w:t>
            </w:r>
          </w:p>
        </w:tc>
      </w:tr>
      <w:tr w:rsidR="00B0445F" w:rsidRPr="00A33C9F" w14:paraId="707F730D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3384F6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3502" w:type="pct"/>
            <w:shd w:val="clear" w:color="auto" w:fill="auto"/>
          </w:tcPr>
          <w:p w14:paraId="7C80B3D2" w14:textId="6874CF2C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форматирующая строка (f-</w:t>
            </w:r>
            <w:proofErr w:type="spellStart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string</w:t>
            </w:r>
            <w:proofErr w:type="spellEnd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 Приведите примеры интерполяции переменных.</w:t>
            </w:r>
          </w:p>
        </w:tc>
      </w:tr>
      <w:tr w:rsidR="00B0445F" w:rsidRPr="00A55F74" w14:paraId="0D681AA4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42B3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33458766" w14:textId="0A7FAB4C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список? Как создать пустой список и список с элементами?</w:t>
            </w:r>
          </w:p>
        </w:tc>
      </w:tr>
      <w:tr w:rsidR="00B0445F" w:rsidRPr="00A55F74" w14:paraId="5034C41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FD553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5B07AAEA" w14:textId="18807525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6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Какие основные методы добавления/удаления элементов вы </w:t>
            </w:r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знаете (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append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extend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insert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remove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pop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</w:t>
            </w:r>
          </w:p>
        </w:tc>
      </w:tr>
      <w:tr w:rsidR="00B0445F" w:rsidRPr="00A55F74" w14:paraId="14A1C286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BE3B0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398A95CE" w14:textId="051EC217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7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Что такое итератор? Как связаны </w:t>
            </w:r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цикл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for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и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 итератор?</w:t>
            </w:r>
          </w:p>
        </w:tc>
      </w:tr>
      <w:tr w:rsidR="00B0445F" w:rsidRPr="00A55F74" w14:paraId="61F55980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040E1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3C45EF2D" w14:textId="4C47B2CD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8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кортеж? Чем кортеж отличается от списка? Приведите пример, когда кортеж предпочтительнее.</w:t>
            </w:r>
          </w:p>
        </w:tc>
      </w:tr>
      <w:tr w:rsidR="00B0445F" w:rsidRPr="00A55F74" w14:paraId="31D9797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BD866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14B9AAC8" w14:textId="158C555D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9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присваивание кортежа (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tuple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 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assignment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 Приведите пример обмена значений переменных a, b = b, a.</w:t>
            </w:r>
          </w:p>
        </w:tc>
      </w:tr>
      <w:tr w:rsidR="00B0445F" w:rsidRPr="00A55F74" w14:paraId="6A6F211B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ACFFE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1EA092E" w14:textId="43B3822A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0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словарь (</w:t>
            </w:r>
            <w:proofErr w:type="spellStart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dict</w:t>
            </w:r>
            <w:proofErr w:type="spellEnd"/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 Какие операции над словарями поддерживаются?</w:t>
            </w:r>
          </w:p>
        </w:tc>
      </w:tr>
      <w:tr w:rsidR="00B0445F" w:rsidRPr="00A55F74" w14:paraId="25F25F19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F1FB0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615F7402" w14:textId="6E7A9546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1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Что такое пара «ключ </w:t>
            </w:r>
            <w:r w:rsidR="009764CA" w:rsidRPr="00A33C9F">
              <w:rPr>
                <w:rFonts w:cs="Times New Roman"/>
                <w:color w:val="0F1115"/>
                <w:szCs w:val="24"/>
                <w:lang w:val="ru-RU"/>
              </w:rPr>
              <w:t>–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 значение»? Какие требования предъявляются к ключам?</w:t>
            </w:r>
          </w:p>
        </w:tc>
      </w:tr>
      <w:tr w:rsidR="00B0445F" w:rsidRPr="00A33C9F" w14:paraId="43459C68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B9936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74718D46" w14:textId="73B6478A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2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получить значение по ключу? Что произойдёт, если ключа нет? Как избежать ошибки (</w:t>
            </w:r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метод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get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</w:t>
            </w:r>
          </w:p>
        </w:tc>
      </w:tr>
      <w:tr w:rsidR="00B0445F" w:rsidRPr="00A55F74" w14:paraId="0A8721BE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76096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22113E13" w14:textId="32E3633B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перебрать ключи, значения или пары словаря (</w:t>
            </w:r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методы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keys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values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(), </w:t>
            </w:r>
            <w:proofErr w:type="spellStart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items</w:t>
            </w:r>
            <w:proofErr w:type="spellEnd"/>
            <w:r w:rsidRPr="009764CA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())?</w:t>
            </w:r>
          </w:p>
        </w:tc>
      </w:tr>
      <w:tr w:rsidR="00B0445F" w:rsidRPr="00A55F74" w14:paraId="729F7617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01577" w14:textId="77777777" w:rsidR="00B0445F" w:rsidRPr="00B0445F" w:rsidRDefault="00B0445F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3502" w:type="pct"/>
            <w:shd w:val="clear" w:color="auto" w:fill="auto"/>
          </w:tcPr>
          <w:p w14:paraId="18543C71" w14:textId="5862B010" w:rsidR="00B0445F" w:rsidRPr="00B0445F" w:rsidRDefault="00B0445F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3.1</w:t>
            </w:r>
            <w:r w:rsidR="0064069E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</w:t>
            </w:r>
            <w:r w:rsidRPr="00B0445F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B0445F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хеш-таблица? Почему поиск по ключу в словаре быстрый?</w:t>
            </w:r>
          </w:p>
        </w:tc>
      </w:tr>
      <w:tr w:rsidR="004267AA" w:rsidRPr="00A55F74" w14:paraId="2FFD2887" w14:textId="77777777" w:rsidTr="009764CA">
        <w:trPr>
          <w:cantSplit/>
          <w:trHeight w:val="275"/>
          <w:jc w:val="center"/>
        </w:trPr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BEEEF" w14:textId="1D20D99E" w:rsidR="004267AA" w:rsidRPr="00B0445F" w:rsidRDefault="004267AA" w:rsidP="009764CA">
            <w:pPr>
              <w:widowControl w:val="0"/>
              <w:spacing w:line="240" w:lineRule="auto"/>
              <w:rPr>
                <w:b/>
                <w:bCs/>
                <w:lang w:val="ru-RU"/>
              </w:rPr>
            </w:pPr>
            <w:r w:rsidRPr="0064069E">
              <w:rPr>
                <w:b/>
                <w:bCs/>
              </w:rPr>
              <w:t>4.</w:t>
            </w:r>
            <w:r>
              <w:t xml:space="preserve"> </w:t>
            </w:r>
            <w:proofErr w:type="spellStart"/>
            <w:r>
              <w:t>Файлы</w:t>
            </w:r>
            <w:proofErr w:type="spellEnd"/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0FCE" w14:textId="58BFD7D4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4.1.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открыть файл для чтения или записи? Какие режимы открытия существуют (r, w, a, b)?</w:t>
            </w:r>
          </w:p>
        </w:tc>
      </w:tr>
      <w:tr w:rsidR="004267AA" w:rsidRPr="00A55F74" w14:paraId="3ED29FA7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DC540" w14:textId="7B62D038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EE9B" w14:textId="6057B381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2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правильно закрыть файл? Что делает менеджер контекста (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with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 xml:space="preserve"> 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open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(...))?</w:t>
            </w:r>
          </w:p>
        </w:tc>
      </w:tr>
      <w:tr w:rsidR="004267AA" w:rsidRPr="00A33C9F" w14:paraId="1E1F15A1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AF0D3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ABDD" w14:textId="31B4293B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Назовите методы чтения из файла: </w:t>
            </w:r>
            <w:proofErr w:type="spellStart"/>
            <w:proofErr w:type="gram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read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</w:t>
            </w:r>
            <w:proofErr w:type="gram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),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readline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(),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readlines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(). В чём разница?</w:t>
            </w:r>
          </w:p>
        </w:tc>
      </w:tr>
      <w:tr w:rsidR="004267AA" w:rsidRPr="00A33C9F" w14:paraId="3F3EB0B4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1A1DE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B4A9" w14:textId="461259FA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записать данные в текстовый файл (метод </w:t>
            </w:r>
            <w:proofErr w:type="spellStart"/>
            <w:proofErr w:type="gramStart"/>
            <w:r w:rsidRPr="00F11F54">
              <w:rPr>
                <w:rFonts w:eastAsia="Times New Roman" w:cs="Times New Roman"/>
                <w:color w:val="0F1115"/>
                <w:szCs w:val="24"/>
                <w:shd w:val="clear" w:color="auto" w:fill="EBEEF2"/>
                <w:lang w:val="ru-RU" w:eastAsia="ru-RU"/>
              </w:rPr>
              <w:t>write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shd w:val="clear" w:color="auto" w:fill="EBEEF2"/>
                <w:lang w:val="ru-RU" w:eastAsia="ru-RU"/>
              </w:rPr>
              <w:t>(</w:t>
            </w:r>
            <w:proofErr w:type="gramEnd"/>
            <w:r w:rsidRPr="00F11F54">
              <w:rPr>
                <w:rFonts w:eastAsia="Times New Roman" w:cs="Times New Roman"/>
                <w:color w:val="0F1115"/>
                <w:szCs w:val="24"/>
                <w:shd w:val="clear" w:color="auto" w:fill="EBEEF2"/>
                <w:lang w:val="ru-RU" w:eastAsia="ru-RU"/>
              </w:rPr>
              <w:t>)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 Как добавить перевод строки?</w:t>
            </w:r>
          </w:p>
        </w:tc>
      </w:tr>
      <w:tr w:rsidR="004267AA" w:rsidRPr="00A33C9F" w14:paraId="6AD17BAB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33DD8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66EE" w14:textId="6CEE249B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форматирующая строка и оператор форматирования (%)? Приведите пример с %d, %s.</w:t>
            </w:r>
          </w:p>
        </w:tc>
      </w:tr>
      <w:tr w:rsidR="004267AA" w:rsidRPr="00A33C9F" w14:paraId="3F490C3D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600CB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2A50" w14:textId="087FCB47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6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перехват исключения (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try-except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)? Как обработать ошибку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FileNotFoundError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?</w:t>
            </w:r>
          </w:p>
        </w:tc>
      </w:tr>
      <w:tr w:rsidR="004267AA" w:rsidRPr="00A55F74" w14:paraId="682BAFB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45765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840D" w14:textId="6512B6D4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7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база данных в контексте файлов? Чем текстовый файл отличается от бинарного?</w:t>
            </w:r>
          </w:p>
        </w:tc>
      </w:tr>
      <w:tr w:rsidR="004267AA" w:rsidRPr="00A55F74" w14:paraId="78B07CF2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1CF3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7236" w14:textId="145B1BE4" w:rsidR="004267AA" w:rsidRPr="004267AA" w:rsidRDefault="004267AA" w:rsidP="009764CA">
            <w:pPr>
              <w:widowControl w:val="0"/>
              <w:spacing w:line="240" w:lineRule="auto"/>
              <w:jc w:val="both"/>
              <w:rPr>
                <w:rFonts w:cs="Times New Roman"/>
                <w:szCs w:val="24"/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8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обратный поиск? (можно объяснить как поиск по ключу в словаре, но для файлов – построчный поиск)</w:t>
            </w:r>
          </w:p>
        </w:tc>
      </w:tr>
      <w:tr w:rsidR="004267AA" w:rsidRPr="00A33C9F" w14:paraId="7FB31B07" w14:textId="77777777" w:rsidTr="009764CA">
        <w:trPr>
          <w:cantSplit/>
          <w:trHeight w:val="275"/>
          <w:jc w:val="center"/>
        </w:trPr>
        <w:tc>
          <w:tcPr>
            <w:tcW w:w="14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71834" w14:textId="48517E1E" w:rsidR="004267AA" w:rsidRDefault="004267AA" w:rsidP="009764CA">
            <w:pPr>
              <w:widowControl w:val="0"/>
            </w:pPr>
            <w:r w:rsidRPr="004267AA">
              <w:rPr>
                <w:b/>
                <w:bCs/>
              </w:rPr>
              <w:t>5.</w:t>
            </w:r>
            <w:r>
              <w:t xml:space="preserve"> </w:t>
            </w:r>
            <w:proofErr w:type="spellStart"/>
            <w:r>
              <w:t>Классы</w:t>
            </w:r>
            <w:proofErr w:type="spellEnd"/>
            <w:r>
              <w:t xml:space="preserve"> и </w:t>
            </w:r>
            <w:proofErr w:type="spellStart"/>
            <w:r>
              <w:t>объекты</w:t>
            </w:r>
            <w:proofErr w:type="spellEnd"/>
            <w:r>
              <w:t>.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82A14" w14:textId="6C6CD976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5.1.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класс и что такое объект (экземпляр класса)? Приведите пример.</w:t>
            </w:r>
          </w:p>
        </w:tc>
      </w:tr>
      <w:tr w:rsidR="004267AA" w:rsidRPr="00A55F74" w14:paraId="2848715A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A26B0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18F0" w14:textId="33FF64E8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2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Как объявить класс в Python? Напишите простейший класс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Cat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без атрибутов.</w:t>
            </w:r>
          </w:p>
        </w:tc>
      </w:tr>
      <w:tr w:rsidR="004267AA" w:rsidRPr="00A33C9F" w14:paraId="270B1BF1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9599E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F231" w14:textId="07D83033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3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атрибут (поле) класса и атрибут экземпляра? В чём разница?</w:t>
            </w:r>
          </w:p>
        </w:tc>
      </w:tr>
      <w:tr w:rsidR="004267AA" w:rsidRPr="00A55F74" w14:paraId="363EE297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30A4A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8AC8" w14:textId="08C03648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4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метод класса? Чем метод отличается от обычной функции?</w:t>
            </w:r>
          </w:p>
        </w:tc>
      </w:tr>
      <w:tr w:rsidR="004267AA" w:rsidRPr="00A33C9F" w14:paraId="6E5BCB74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1D5F4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B1EE" w14:textId="02B008BF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конструктор? Какой метод в Python отвечает за инициализацию объекта? (__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init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__)</w:t>
            </w:r>
          </w:p>
        </w:tc>
      </w:tr>
      <w:tr w:rsidR="004267AA" w:rsidRPr="00A55F74" w14:paraId="4564DAC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B011C" w14:textId="77777777" w:rsidR="004267AA" w:rsidRDefault="004267AA" w:rsidP="009764CA">
            <w:pPr>
              <w:widowControl w:val="0"/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71B5" w14:textId="27E7E607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6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наследование? Приведите пример класса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Student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, наследующего от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Person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.</w:t>
            </w:r>
          </w:p>
        </w:tc>
      </w:tr>
      <w:tr w:rsidR="004267AA" w:rsidRPr="00A55F74" w14:paraId="4C07BDF3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9D667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2E3BD" w14:textId="1FA42E03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7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инкапсуляция? Как в Python сделать атрибут «приватным» (с двумя подчёркиваниями)?</w:t>
            </w:r>
          </w:p>
        </w:tc>
      </w:tr>
      <w:tr w:rsidR="004267AA" w:rsidRPr="00A55F74" w14:paraId="05730C59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028C0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0C76" w14:textId="472B61A5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8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полиморфизм? Приведите пример, когда один и тот же метод (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speak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()) по-разному работает для классов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Dog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и 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Cat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.</w:t>
            </w:r>
          </w:p>
        </w:tc>
      </w:tr>
      <w:tr w:rsidR="004267AA" w:rsidRPr="00A55F74" w14:paraId="455684AA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76A8E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B243" w14:textId="4FBA3813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9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«магические методы»? Назовите два любых (__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str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__, __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len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__, __</w:t>
            </w:r>
            <w:proofErr w:type="spellStart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add</w:t>
            </w:r>
            <w:proofErr w:type="spellEnd"/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__) и объясните их назначение.</w:t>
            </w:r>
          </w:p>
        </w:tc>
      </w:tr>
      <w:tr w:rsidR="004267AA" w:rsidRPr="00A33C9F" w14:paraId="1BDDDDE1" w14:textId="77777777" w:rsidTr="009764CA">
        <w:trPr>
          <w:cantSplit/>
          <w:trHeight w:val="275"/>
          <w:jc w:val="center"/>
        </w:trPr>
        <w:tc>
          <w:tcPr>
            <w:tcW w:w="14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40CF" w14:textId="77777777" w:rsidR="004267AA" w:rsidRPr="004267AA" w:rsidRDefault="004267AA" w:rsidP="009764CA">
            <w:pPr>
              <w:widowControl w:val="0"/>
              <w:rPr>
                <w:lang w:val="ru-RU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197E" w14:textId="3605FF0E" w:rsidR="004267AA" w:rsidRPr="00B41205" w:rsidRDefault="004267AA" w:rsidP="009764CA">
            <w:pPr>
              <w:widowControl w:val="0"/>
              <w:spacing w:line="240" w:lineRule="auto"/>
              <w:jc w:val="both"/>
              <w:rPr>
                <w:lang w:val="ru-RU"/>
              </w:rPr>
            </w:pP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5.1</w:t>
            </w:r>
            <w:r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0</w:t>
            </w:r>
            <w:r w:rsidRPr="004267AA">
              <w:rPr>
                <w:rFonts w:eastAsia="Times New Roman" w:cs="Times New Roman"/>
                <w:b/>
                <w:bCs/>
                <w:color w:val="0F1115"/>
                <w:szCs w:val="24"/>
                <w:lang w:val="ru-RU" w:eastAsia="ru-RU"/>
              </w:rPr>
              <w:t>.</w:t>
            </w:r>
            <w:r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 </w:t>
            </w:r>
            <w:r w:rsidRPr="00F11F54">
              <w:rPr>
                <w:rFonts w:eastAsia="Times New Roman" w:cs="Times New Roman"/>
                <w:color w:val="0F1115"/>
                <w:szCs w:val="24"/>
                <w:lang w:val="ru-RU" w:eastAsia="ru-RU"/>
              </w:rPr>
              <w:t>Что такое позиционный аргумент и именованный аргумент при создании объекта? Приведите пример.</w:t>
            </w:r>
          </w:p>
        </w:tc>
      </w:tr>
    </w:tbl>
    <w:p w14:paraId="3E76DC62" w14:textId="77777777" w:rsidR="00502D97" w:rsidRPr="00A33C9F" w:rsidRDefault="00502D97" w:rsidP="009764CA">
      <w:pPr>
        <w:pStyle w:val="410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1"/>
          <w:sz w:val="16"/>
          <w:szCs w:val="16"/>
          <w:lang w:val="ru-RU"/>
        </w:rPr>
      </w:pPr>
    </w:p>
    <w:p w14:paraId="70F161E2" w14:textId="77777777" w:rsidR="00502D97" w:rsidRPr="00A33C9F" w:rsidRDefault="00502D97" w:rsidP="00502D97">
      <w:pPr>
        <w:ind w:firstLine="360"/>
        <w:rPr>
          <w:b/>
          <w:sz w:val="20"/>
          <w:szCs w:val="24"/>
          <w:lang w:val="ru-RU"/>
        </w:rPr>
      </w:pPr>
    </w:p>
    <w:p w14:paraId="2DA33A36" w14:textId="5D4D64AE" w:rsidR="00502D97" w:rsidRDefault="00502D97" w:rsidP="00502D97">
      <w:pPr>
        <w:spacing w:line="240" w:lineRule="auto"/>
        <w:jc w:val="center"/>
        <w:rPr>
          <w:szCs w:val="24"/>
          <w:lang w:val="ru-RU"/>
        </w:rPr>
      </w:pPr>
    </w:p>
    <w:p w14:paraId="6599BDAE" w14:textId="77777777" w:rsidR="009764CA" w:rsidRDefault="00502D97" w:rsidP="009764CA">
      <w:pPr>
        <w:widowControl w:val="0"/>
        <w:spacing w:line="240" w:lineRule="auto"/>
        <w:jc w:val="center"/>
        <w:rPr>
          <w:szCs w:val="24"/>
          <w:lang w:val="ru-RU"/>
        </w:rPr>
      </w:pPr>
      <w:r w:rsidRPr="00A33C9F">
        <w:rPr>
          <w:szCs w:val="24"/>
          <w:lang w:val="ru-RU"/>
        </w:rPr>
        <w:t xml:space="preserve">Критерии оценки зачета </w:t>
      </w:r>
      <w:r w:rsidR="009764CA">
        <w:rPr>
          <w:szCs w:val="24"/>
          <w:lang w:val="ru-RU"/>
        </w:rPr>
        <w:t xml:space="preserve">с оценкой </w:t>
      </w:r>
      <w:r w:rsidRPr="00A33C9F">
        <w:rPr>
          <w:szCs w:val="24"/>
          <w:lang w:val="ru-RU"/>
        </w:rPr>
        <w:t xml:space="preserve">по дисциплине </w:t>
      </w:r>
    </w:p>
    <w:p w14:paraId="0E59ACE0" w14:textId="560EB43F" w:rsidR="009764CA" w:rsidRDefault="009764CA" w:rsidP="009764CA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>
        <w:rPr>
          <w:rFonts w:eastAsia="Times New Roman" w:cs="Times New Roman"/>
          <w:b/>
          <w:szCs w:val="24"/>
          <w:lang w:val="ru-RU" w:eastAsia="ru-RU"/>
        </w:rPr>
        <w:t>07.04 Сценарные языки программирования</w:t>
      </w:r>
    </w:p>
    <w:p w14:paraId="0D25AE48" w14:textId="77777777" w:rsidR="009764CA" w:rsidRDefault="009764CA" w:rsidP="009764CA">
      <w:pPr>
        <w:widowControl w:val="0"/>
        <w:spacing w:line="240" w:lineRule="auto"/>
        <w:jc w:val="center"/>
        <w:rPr>
          <w:rFonts w:eastAsia="Times New Roman" w:cs="Times New Roman"/>
          <w:iCs/>
          <w:color w:val="000000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7193"/>
      </w:tblGrid>
      <w:tr w:rsidR="00502D97" w:rsidRPr="00A33C9F" w14:paraId="3A887C06" w14:textId="77777777" w:rsidTr="00FD0AD4">
        <w:tc>
          <w:tcPr>
            <w:tcW w:w="1284" w:type="pct"/>
            <w:vAlign w:val="center"/>
          </w:tcPr>
          <w:p w14:paraId="64432E21" w14:textId="1540CC14" w:rsidR="00502D97" w:rsidRPr="00A33C9F" w:rsidRDefault="00502D97" w:rsidP="00427F33">
            <w:pPr>
              <w:jc w:val="center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Оценка</w:t>
            </w:r>
          </w:p>
        </w:tc>
        <w:tc>
          <w:tcPr>
            <w:tcW w:w="3716" w:type="pct"/>
            <w:vAlign w:val="center"/>
          </w:tcPr>
          <w:p w14:paraId="004D8F8B" w14:textId="77777777" w:rsidR="00502D97" w:rsidRPr="00A33C9F" w:rsidRDefault="00502D97" w:rsidP="00427F33">
            <w:pPr>
              <w:jc w:val="center"/>
              <w:rPr>
                <w:b/>
                <w:szCs w:val="24"/>
                <w:lang w:val="ru-RU"/>
              </w:rPr>
            </w:pPr>
            <w:r w:rsidRPr="00A33C9F">
              <w:rPr>
                <w:b/>
                <w:szCs w:val="24"/>
                <w:lang w:val="ru-RU"/>
              </w:rPr>
              <w:t>Критерии</w:t>
            </w:r>
          </w:p>
        </w:tc>
      </w:tr>
      <w:tr w:rsidR="00502D97" w:rsidRPr="00A55F74" w14:paraId="52797479" w14:textId="77777777" w:rsidTr="00FD0AD4">
        <w:tc>
          <w:tcPr>
            <w:tcW w:w="1284" w:type="pct"/>
          </w:tcPr>
          <w:p w14:paraId="210AB252" w14:textId="77777777" w:rsidR="00502D97" w:rsidRPr="00A33C9F" w:rsidRDefault="00502D97" w:rsidP="00427F33">
            <w:pPr>
              <w:jc w:val="center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отлично</w:t>
            </w:r>
          </w:p>
        </w:tc>
        <w:tc>
          <w:tcPr>
            <w:tcW w:w="3716" w:type="pct"/>
          </w:tcPr>
          <w:p w14:paraId="3267C83C" w14:textId="219657DB" w:rsidR="00502D97" w:rsidRPr="00D95F4E" w:rsidRDefault="00D95F4E" w:rsidP="00D95F4E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D95F4E">
              <w:rPr>
                <w:szCs w:val="24"/>
                <w:lang w:val="ru-RU"/>
              </w:rPr>
              <w:t xml:space="preserve">Оценка «отлично» выставляется студенту, который демонстрирует полное и глубокое освоение всех разделов дисциплины: свободно оперирует терминологией (переменная, присваивание, итерация, рекурсия, функция, кортеж, словарь, хеш-таблица, перехват исключений, класс, объект, наследование, полиморфизм, инкапсуляция), даёт развёрнутые ответы на 90% и более теоретических вопросов с собственными примерами кода, безошибочно решает практические задачи (написание функций, обработка файлов, работа со словарями и списками, создание простых классов), и благодаря этому полностью подтверждает сформированность компетенций. </w:t>
            </w:r>
          </w:p>
        </w:tc>
      </w:tr>
      <w:tr w:rsidR="00502D97" w:rsidRPr="00A55F74" w14:paraId="4A326392" w14:textId="77777777" w:rsidTr="00FD0AD4">
        <w:tc>
          <w:tcPr>
            <w:tcW w:w="1284" w:type="pct"/>
          </w:tcPr>
          <w:p w14:paraId="18761529" w14:textId="77777777" w:rsidR="00502D97" w:rsidRPr="00A33C9F" w:rsidRDefault="00502D97" w:rsidP="00427F33">
            <w:pPr>
              <w:jc w:val="center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хорошо</w:t>
            </w:r>
          </w:p>
        </w:tc>
        <w:tc>
          <w:tcPr>
            <w:tcW w:w="3716" w:type="pct"/>
          </w:tcPr>
          <w:p w14:paraId="05167926" w14:textId="00B9FD19" w:rsidR="00502D97" w:rsidRPr="00A33C9F" w:rsidRDefault="00D95F4E" w:rsidP="00D95F4E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D95F4E">
              <w:rPr>
                <w:szCs w:val="24"/>
                <w:lang w:val="ru-RU"/>
              </w:rPr>
              <w:t>Оценка «хорошо» ставится при ответах на 70</w:t>
            </w:r>
            <w:r>
              <w:rPr>
                <w:szCs w:val="24"/>
                <w:lang w:val="ru-RU"/>
              </w:rPr>
              <w:t>-</w:t>
            </w:r>
            <w:r w:rsidRPr="00D95F4E">
              <w:rPr>
                <w:szCs w:val="24"/>
                <w:lang w:val="ru-RU"/>
              </w:rPr>
              <w:t>89% вопросов, когда студент в целом правильно излагает материал, но допускает отдельные неточности (например, путает атрибуты класса и экземпляра или забывает о менеджере контекста при работе с файлами), решает практическую задачу с одной-двумя подсказками преподавателя и исправляет ошибки после указания на них, что свидетельствует о хорошем уровне владения компетенциями, но с небольшими пробелами.</w:t>
            </w:r>
          </w:p>
        </w:tc>
      </w:tr>
      <w:tr w:rsidR="00502D97" w:rsidRPr="00A55F74" w14:paraId="02001827" w14:textId="77777777" w:rsidTr="00FD0AD4">
        <w:tc>
          <w:tcPr>
            <w:tcW w:w="1284" w:type="pct"/>
          </w:tcPr>
          <w:p w14:paraId="0A22BDCC" w14:textId="77777777" w:rsidR="00502D97" w:rsidRPr="00A33C9F" w:rsidRDefault="00502D97" w:rsidP="00427F33">
            <w:pPr>
              <w:jc w:val="center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удовлетворительно</w:t>
            </w:r>
          </w:p>
        </w:tc>
        <w:tc>
          <w:tcPr>
            <w:tcW w:w="3716" w:type="pct"/>
          </w:tcPr>
          <w:p w14:paraId="71D7E1D8" w14:textId="7B3C99B0" w:rsidR="00502D97" w:rsidRPr="00A33C9F" w:rsidRDefault="00D95F4E" w:rsidP="00D95F4E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D95F4E">
              <w:rPr>
                <w:szCs w:val="24"/>
                <w:lang w:val="ru-RU"/>
              </w:rPr>
              <w:t>Оценка «удовлетворительно» выставляется при базовом понимании основных концепций (переменные, условия, циклы, простые функции, чтение файлов) и ответах на 50</w:t>
            </w:r>
            <w:r>
              <w:rPr>
                <w:szCs w:val="24"/>
                <w:lang w:val="ru-RU"/>
              </w:rPr>
              <w:t>-</w:t>
            </w:r>
            <w:r w:rsidRPr="00D95F4E">
              <w:rPr>
                <w:szCs w:val="24"/>
                <w:lang w:val="ru-RU"/>
              </w:rPr>
              <w:t>69% вопросов, когда студент затрудняется в объяснении рекурсии, словарей или классов, решает практическое задание только с активной помощью преподавателя (более двух подсказок, прямое указание на логические ошибки), но в итоге получает рабочий код; это соответствует минимально допустимому уровню компетенций, достаточному для дальнейшего обучения.</w:t>
            </w:r>
          </w:p>
        </w:tc>
      </w:tr>
      <w:tr w:rsidR="00502D97" w:rsidRPr="00A55F74" w14:paraId="398D836F" w14:textId="77777777" w:rsidTr="00FD0AD4">
        <w:tc>
          <w:tcPr>
            <w:tcW w:w="1284" w:type="pct"/>
          </w:tcPr>
          <w:p w14:paraId="58AB4D3C" w14:textId="77777777" w:rsidR="00502D97" w:rsidRPr="00A33C9F" w:rsidRDefault="00502D97" w:rsidP="00427F33">
            <w:pPr>
              <w:jc w:val="center"/>
              <w:rPr>
                <w:szCs w:val="24"/>
                <w:lang w:val="ru-RU"/>
              </w:rPr>
            </w:pPr>
            <w:r w:rsidRPr="00A33C9F">
              <w:rPr>
                <w:szCs w:val="24"/>
                <w:lang w:val="ru-RU"/>
              </w:rPr>
              <w:t>неудовлетворительно</w:t>
            </w:r>
          </w:p>
        </w:tc>
        <w:tc>
          <w:tcPr>
            <w:tcW w:w="3716" w:type="pct"/>
          </w:tcPr>
          <w:p w14:paraId="3EBED210" w14:textId="770CBF92" w:rsidR="00502D97" w:rsidRPr="00A33C9F" w:rsidRDefault="00D95F4E" w:rsidP="00D95F4E">
            <w:pPr>
              <w:spacing w:line="240" w:lineRule="auto"/>
              <w:jc w:val="both"/>
              <w:rPr>
                <w:szCs w:val="24"/>
                <w:lang w:val="ru-RU"/>
              </w:rPr>
            </w:pPr>
            <w:r w:rsidRPr="00D95F4E">
              <w:rPr>
                <w:szCs w:val="24"/>
                <w:lang w:val="ru-RU"/>
              </w:rPr>
              <w:t>Оценка «неудовлетворительно» ставится, если студент отвечает менее чем на 50% вопросов, не может дать определения базовых понятий (переменная, цикл, функция), не пишет простейшую программу (например, не может открыть файл или вычислить сумму чисел), и даже с помощью преподавателя не добивается работающего кода, что свидетельствует о полном несформированности указанных компетенций.</w:t>
            </w:r>
          </w:p>
        </w:tc>
      </w:tr>
    </w:tbl>
    <w:p w14:paraId="54880869" w14:textId="77777777" w:rsidR="009764CA" w:rsidRPr="00A33C9F" w:rsidRDefault="009764CA" w:rsidP="009764C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Cs w:val="24"/>
          <w:lang w:val="ru-RU"/>
        </w:rPr>
      </w:pPr>
    </w:p>
    <w:p w14:paraId="01B77C1D" w14:textId="77777777" w:rsidR="009764CA" w:rsidRDefault="009764CA" w:rsidP="009764CA">
      <w:pPr>
        <w:rPr>
          <w:szCs w:val="24"/>
          <w:lang w:val="ru-RU"/>
        </w:rPr>
      </w:pPr>
      <w:r w:rsidRPr="00A33C9F">
        <w:rPr>
          <w:szCs w:val="24"/>
          <w:lang w:val="ru-RU"/>
        </w:rPr>
        <w:t>Составитель:</w:t>
      </w:r>
    </w:p>
    <w:p w14:paraId="77212173" w14:textId="77777777" w:rsidR="009764CA" w:rsidRPr="00A33C9F" w:rsidRDefault="009764CA" w:rsidP="009764CA">
      <w:pPr>
        <w:rPr>
          <w:szCs w:val="24"/>
          <w:lang w:val="ru-RU"/>
        </w:rPr>
      </w:pPr>
      <w:r w:rsidRPr="00A33C9F">
        <w:rPr>
          <w:szCs w:val="24"/>
          <w:lang w:val="ru-RU"/>
        </w:rPr>
        <w:t>А.М.</w:t>
      </w:r>
      <w:r>
        <w:rPr>
          <w:szCs w:val="24"/>
          <w:lang w:val="ru-RU"/>
        </w:rPr>
        <w:t xml:space="preserve"> </w:t>
      </w:r>
      <w:r w:rsidRPr="00A33C9F">
        <w:rPr>
          <w:szCs w:val="24"/>
          <w:lang w:val="ru-RU"/>
        </w:rPr>
        <w:t xml:space="preserve">Даминова, доцент </w:t>
      </w:r>
      <w:r>
        <w:rPr>
          <w:szCs w:val="24"/>
          <w:lang w:val="ru-RU"/>
        </w:rPr>
        <w:t>кафедры</w:t>
      </w:r>
      <w:r w:rsidRPr="00A33C9F">
        <w:rPr>
          <w:szCs w:val="24"/>
          <w:lang w:val="ru-RU"/>
        </w:rPr>
        <w:t xml:space="preserve"> </w:t>
      </w:r>
      <w:proofErr w:type="spellStart"/>
      <w:r w:rsidRPr="00A33C9F">
        <w:rPr>
          <w:szCs w:val="24"/>
          <w:lang w:val="ru-RU"/>
        </w:rPr>
        <w:t>С</w:t>
      </w:r>
      <w:r>
        <w:rPr>
          <w:szCs w:val="24"/>
          <w:lang w:val="ru-RU"/>
        </w:rPr>
        <w:t>КиТС</w:t>
      </w:r>
      <w:proofErr w:type="spellEnd"/>
      <w:r w:rsidRPr="00A33C9F">
        <w:rPr>
          <w:szCs w:val="24"/>
          <w:lang w:val="ru-RU"/>
        </w:rPr>
        <w:t>, к.т.н. __________________</w:t>
      </w:r>
    </w:p>
    <w:p w14:paraId="4D0D2C78" w14:textId="77777777" w:rsidR="009764CA" w:rsidRPr="00A33C9F" w:rsidRDefault="009764CA" w:rsidP="009764CA">
      <w:pPr>
        <w:rPr>
          <w:szCs w:val="24"/>
          <w:lang w:val="ru-RU"/>
        </w:rPr>
      </w:pPr>
      <w:r>
        <w:rPr>
          <w:szCs w:val="24"/>
          <w:lang w:val="ru-RU"/>
        </w:rPr>
        <w:t>16</w:t>
      </w:r>
      <w:r w:rsidRPr="00A33C9F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апреля</w:t>
      </w:r>
      <w:r w:rsidRPr="00A33C9F">
        <w:rPr>
          <w:szCs w:val="24"/>
          <w:lang w:val="ru-RU"/>
        </w:rPr>
        <w:t xml:space="preserve"> 202</w:t>
      </w:r>
      <w:r>
        <w:rPr>
          <w:szCs w:val="24"/>
          <w:lang w:val="ru-RU"/>
        </w:rPr>
        <w:t xml:space="preserve">6 </w:t>
      </w:r>
      <w:r w:rsidRPr="00A33C9F">
        <w:rPr>
          <w:szCs w:val="24"/>
          <w:lang w:val="ru-RU"/>
        </w:rPr>
        <w:t>г.</w:t>
      </w:r>
      <w:r w:rsidRPr="00A33C9F">
        <w:rPr>
          <w:b/>
          <w:sz w:val="22"/>
          <w:lang w:val="ru-RU"/>
        </w:rPr>
        <w:br w:type="page"/>
      </w:r>
    </w:p>
    <w:p w14:paraId="0D29F332" w14:textId="0A1E861B" w:rsidR="00851DFE" w:rsidRPr="00A33C9F" w:rsidRDefault="00851DFE" w:rsidP="00851DFE">
      <w:pPr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14:paraId="1D637FFC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14:paraId="0D31B094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14:paraId="464FE2ED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14:paraId="01C16AAE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на  </w:t>
      </w:r>
      <w:r w:rsidRPr="00A33C9F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20___-20__</w:t>
      </w:r>
      <w:proofErr w:type="gramStart"/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_ </w:t>
      </w:r>
      <w:r w:rsidRPr="00A33C9F">
        <w:rPr>
          <w:rFonts w:ascii="Time Roman" w:eastAsia="Times New Roman" w:hAnsi="Time Roman" w:cs="Arial"/>
          <w:bCs/>
          <w:iCs/>
          <w:szCs w:val="24"/>
          <w:lang w:val="ru-RU" w:eastAsia="ru-RU"/>
        </w:rPr>
        <w:t xml:space="preserve"> </w:t>
      </w:r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учебный</w:t>
      </w:r>
      <w:proofErr w:type="gramEnd"/>
      <w:r w:rsidRPr="00A33C9F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 xml:space="preserve"> год</w:t>
      </w:r>
    </w:p>
    <w:p w14:paraId="74263ABF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14:paraId="79A8B1AA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A33C9F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14:paraId="57B4B67A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14:paraId="4AC93991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A33C9F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14:paraId="24B241F3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A33C9F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851DFE" w:rsidRPr="00A55F74" w14:paraId="31CAF28F" w14:textId="77777777" w:rsidTr="00427F33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98CBAF" w14:textId="77777777" w:rsidR="00851DFE" w:rsidRPr="00A33C9F" w:rsidRDefault="00851DFE" w:rsidP="00427F3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851DFE" w:rsidRPr="00A55F74" w14:paraId="06817733" w14:textId="77777777" w:rsidTr="00427F3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C826B3" w14:textId="77777777" w:rsidR="00851DFE" w:rsidRPr="00A33C9F" w:rsidRDefault="00851DFE" w:rsidP="00427F3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851DFE" w:rsidRPr="00A55F74" w14:paraId="6F5BA689" w14:textId="77777777" w:rsidTr="00427F3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C68EA9" w14:textId="77777777" w:rsidR="00851DFE" w:rsidRPr="00A33C9F" w:rsidRDefault="00851DFE" w:rsidP="00427F3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14:paraId="2A10B801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5E6FB6EF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7EC9CDFB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proofErr w:type="gramStart"/>
      <w:r w:rsidRPr="00A33C9F">
        <w:rPr>
          <w:rFonts w:ascii="Time Roman" w:eastAsia="Times New Roman" w:hAnsi="Time Roman" w:cs="Arial"/>
          <w:bCs/>
          <w:szCs w:val="24"/>
          <w:lang w:val="ru-RU" w:eastAsia="ru-RU"/>
        </w:rPr>
        <w:t>Протокол  заседания</w:t>
      </w:r>
      <w:proofErr w:type="gramEnd"/>
      <w:r w:rsidRPr="00A33C9F">
        <w:rPr>
          <w:rFonts w:ascii="Time Roman" w:eastAsia="Times New Roman" w:hAnsi="Time Roman" w:cs="Arial"/>
          <w:bCs/>
          <w:szCs w:val="24"/>
          <w:lang w:val="ru-RU" w:eastAsia="ru-RU"/>
        </w:rPr>
        <w:t xml:space="preserve"> кафедры </w:t>
      </w:r>
      <w:r w:rsidRPr="00A33C9F">
        <w:rPr>
          <w:rFonts w:eastAsia="Times New Roman" w:cs="Times New Roman"/>
          <w:bCs/>
          <w:szCs w:val="24"/>
          <w:lang w:val="ru-RU" w:eastAsia="ru-RU"/>
        </w:rPr>
        <w:t>№</w:t>
      </w:r>
      <w:r w:rsidRPr="00A33C9F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14:paraId="1EF00A40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                    (разработчик)</w:t>
      </w:r>
    </w:p>
    <w:p w14:paraId="79C5FAA9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14:paraId="3B2E1530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</w:t>
      </w:r>
      <w:proofErr w:type="gramStart"/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>кафедрой  _</w:t>
      </w:r>
      <w:proofErr w:type="gramEnd"/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 xml:space="preserve">____________________  </w:t>
      </w: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A33C9F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14:paraId="71EFAC93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A33C9F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14:paraId="12BC70F3" w14:textId="77777777" w:rsidR="00851DFE" w:rsidRPr="00A33C9F" w:rsidRDefault="00851DFE" w:rsidP="00851DFE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6245E355" w14:textId="77777777" w:rsidR="00851DFE" w:rsidRPr="00A33C9F" w:rsidRDefault="00851DFE" w:rsidP="00851DFE">
      <w:pPr>
        <w:tabs>
          <w:tab w:val="left" w:pos="229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cs="Times New Roman"/>
          <w:lang w:val="ru-RU"/>
        </w:rPr>
      </w:pPr>
    </w:p>
    <w:p w14:paraId="7A6DE688" w14:textId="77777777" w:rsidR="00220991" w:rsidRPr="00A33C9F" w:rsidRDefault="00220991">
      <w:pPr>
        <w:rPr>
          <w:lang w:val="ru-RU"/>
        </w:rPr>
      </w:pPr>
    </w:p>
    <w:sectPr w:rsidR="00220991" w:rsidRPr="00A33C9F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CD3530"/>
    <w:multiLevelType w:val="multilevel"/>
    <w:tmpl w:val="E872E20C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36F5C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754605B"/>
    <w:multiLevelType w:val="multilevel"/>
    <w:tmpl w:val="67521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17156EE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C2FC0"/>
    <w:multiLevelType w:val="multilevel"/>
    <w:tmpl w:val="EAAA15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C9D6E9B"/>
    <w:multiLevelType w:val="multilevel"/>
    <w:tmpl w:val="EAAC85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D4C196A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6D536E"/>
    <w:multiLevelType w:val="multilevel"/>
    <w:tmpl w:val="E3BAF0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AA7476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E240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D835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A958A0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C5DCC"/>
    <w:multiLevelType w:val="multilevel"/>
    <w:tmpl w:val="DD6031C4"/>
    <w:lvl w:ilvl="0">
      <w:start w:val="1"/>
      <w:numFmt w:val="none"/>
      <w:lvlText w:val="2.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6B623D"/>
    <w:multiLevelType w:val="multilevel"/>
    <w:tmpl w:val="FE8491A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F257D7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AD6354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B1B73"/>
    <w:multiLevelType w:val="multilevel"/>
    <w:tmpl w:val="A066F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8740965"/>
    <w:multiLevelType w:val="multilevel"/>
    <w:tmpl w:val="8B2823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093EC7"/>
    <w:multiLevelType w:val="multilevel"/>
    <w:tmpl w:val="8B2A2E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8F4B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1CF6A40"/>
    <w:multiLevelType w:val="multilevel"/>
    <w:tmpl w:val="DFB6ED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803A33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C26412"/>
    <w:multiLevelType w:val="multilevel"/>
    <w:tmpl w:val="7D28F0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2112E1"/>
    <w:multiLevelType w:val="multilevel"/>
    <w:tmpl w:val="7CA8AE3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lvlText w:val="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58" w:hanging="1440"/>
      </w:pPr>
      <w:rPr>
        <w:rFonts w:hint="default"/>
      </w:rPr>
    </w:lvl>
  </w:abstractNum>
  <w:abstractNum w:abstractNumId="30" w15:restartNumberingAfterBreak="0">
    <w:nsid w:val="605F6C87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927370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0461B0"/>
    <w:multiLevelType w:val="multilevel"/>
    <w:tmpl w:val="1AB04B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80C63AA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D455D2"/>
    <w:multiLevelType w:val="multilevel"/>
    <w:tmpl w:val="33500D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CF05E6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905883"/>
    <w:multiLevelType w:val="multilevel"/>
    <w:tmpl w:val="88F839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5D953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2930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AE798D"/>
    <w:multiLevelType w:val="multilevel"/>
    <w:tmpl w:val="0419001D"/>
    <w:styleLink w:val="21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F0715A4"/>
    <w:multiLevelType w:val="multilevel"/>
    <w:tmpl w:val="531A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29"/>
  </w:num>
  <w:num w:numId="8">
    <w:abstractNumId w:val="25"/>
  </w:num>
  <w:num w:numId="9">
    <w:abstractNumId w:val="7"/>
  </w:num>
  <w:num w:numId="10">
    <w:abstractNumId w:val="28"/>
  </w:num>
  <w:num w:numId="11">
    <w:abstractNumId w:val="33"/>
  </w:num>
  <w:num w:numId="12">
    <w:abstractNumId w:val="39"/>
  </w:num>
  <w:num w:numId="13">
    <w:abstractNumId w:val="13"/>
  </w:num>
  <w:num w:numId="14">
    <w:abstractNumId w:val="22"/>
  </w:num>
  <w:num w:numId="15">
    <w:abstractNumId w:val="8"/>
  </w:num>
  <w:num w:numId="16">
    <w:abstractNumId w:val="38"/>
  </w:num>
  <w:num w:numId="17">
    <w:abstractNumId w:val="16"/>
  </w:num>
  <w:num w:numId="18">
    <w:abstractNumId w:val="34"/>
  </w:num>
  <w:num w:numId="19">
    <w:abstractNumId w:val="10"/>
  </w:num>
  <w:num w:numId="20">
    <w:abstractNumId w:val="24"/>
  </w:num>
  <w:num w:numId="21">
    <w:abstractNumId w:val="19"/>
  </w:num>
  <w:num w:numId="22">
    <w:abstractNumId w:val="37"/>
  </w:num>
  <w:num w:numId="23">
    <w:abstractNumId w:val="23"/>
  </w:num>
  <w:num w:numId="24">
    <w:abstractNumId w:val="15"/>
  </w:num>
  <w:num w:numId="25">
    <w:abstractNumId w:val="32"/>
  </w:num>
  <w:num w:numId="26">
    <w:abstractNumId w:val="36"/>
  </w:num>
  <w:num w:numId="27">
    <w:abstractNumId w:val="11"/>
  </w:num>
  <w:num w:numId="28">
    <w:abstractNumId w:val="35"/>
  </w:num>
  <w:num w:numId="29">
    <w:abstractNumId w:val="9"/>
  </w:num>
  <w:num w:numId="30">
    <w:abstractNumId w:val="20"/>
  </w:num>
  <w:num w:numId="31">
    <w:abstractNumId w:val="40"/>
  </w:num>
  <w:num w:numId="32">
    <w:abstractNumId w:val="17"/>
  </w:num>
  <w:num w:numId="33">
    <w:abstractNumId w:val="14"/>
  </w:num>
  <w:num w:numId="34">
    <w:abstractNumId w:val="21"/>
  </w:num>
  <w:num w:numId="35">
    <w:abstractNumId w:val="31"/>
  </w:num>
  <w:num w:numId="36">
    <w:abstractNumId w:val="30"/>
  </w:num>
  <w:num w:numId="37">
    <w:abstractNumId w:val="12"/>
  </w:num>
  <w:num w:numId="38">
    <w:abstractNumId w:val="27"/>
  </w:num>
  <w:num w:numId="39">
    <w:abstractNumId w:val="26"/>
  </w:num>
  <w:num w:numId="40">
    <w:abstractNumId w:val="18"/>
  </w:num>
  <w:num w:numId="41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522E"/>
    <w:rsid w:val="000A65E1"/>
    <w:rsid w:val="0014163A"/>
    <w:rsid w:val="0015074B"/>
    <w:rsid w:val="0021709B"/>
    <w:rsid w:val="00220991"/>
    <w:rsid w:val="002806AD"/>
    <w:rsid w:val="0029639D"/>
    <w:rsid w:val="00314107"/>
    <w:rsid w:val="00325DF5"/>
    <w:rsid w:val="00326F90"/>
    <w:rsid w:val="00390696"/>
    <w:rsid w:val="004267AA"/>
    <w:rsid w:val="004B73B3"/>
    <w:rsid w:val="004D6BFA"/>
    <w:rsid w:val="00502D97"/>
    <w:rsid w:val="005B4797"/>
    <w:rsid w:val="00604578"/>
    <w:rsid w:val="00635185"/>
    <w:rsid w:val="0064069E"/>
    <w:rsid w:val="0064486C"/>
    <w:rsid w:val="00670AA2"/>
    <w:rsid w:val="00681985"/>
    <w:rsid w:val="00704C0C"/>
    <w:rsid w:val="00711858"/>
    <w:rsid w:val="00773B60"/>
    <w:rsid w:val="007779AC"/>
    <w:rsid w:val="008041EB"/>
    <w:rsid w:val="00851DFE"/>
    <w:rsid w:val="008720A9"/>
    <w:rsid w:val="008A165C"/>
    <w:rsid w:val="00922E39"/>
    <w:rsid w:val="009764CA"/>
    <w:rsid w:val="00A33C9F"/>
    <w:rsid w:val="00A55F74"/>
    <w:rsid w:val="00A7594E"/>
    <w:rsid w:val="00AA1D8D"/>
    <w:rsid w:val="00B0445F"/>
    <w:rsid w:val="00B41205"/>
    <w:rsid w:val="00B47730"/>
    <w:rsid w:val="00B61D0A"/>
    <w:rsid w:val="00B93C5B"/>
    <w:rsid w:val="00BB2F1A"/>
    <w:rsid w:val="00BC5632"/>
    <w:rsid w:val="00C80E30"/>
    <w:rsid w:val="00C96C8C"/>
    <w:rsid w:val="00CB0664"/>
    <w:rsid w:val="00CC4187"/>
    <w:rsid w:val="00CD5584"/>
    <w:rsid w:val="00CE624A"/>
    <w:rsid w:val="00D02FE8"/>
    <w:rsid w:val="00D32D46"/>
    <w:rsid w:val="00D57C65"/>
    <w:rsid w:val="00D754AB"/>
    <w:rsid w:val="00D86322"/>
    <w:rsid w:val="00D95F4E"/>
    <w:rsid w:val="00DB1F17"/>
    <w:rsid w:val="00E8307E"/>
    <w:rsid w:val="00EF4FB0"/>
    <w:rsid w:val="00EF63FB"/>
    <w:rsid w:val="00F30716"/>
    <w:rsid w:val="00FC693F"/>
    <w:rsid w:val="00FD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61239A"/>
  <w14:defaultImageDpi w14:val="330"/>
  <w15:docId w15:val="{217EB8F9-0C8A-4694-A340-817651B1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C5632"/>
    <w:pPr>
      <w:spacing w:after="0"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a1"/>
    <w:next w:val="a1"/>
    <w:link w:val="11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1"/>
    <w:next w:val="a1"/>
    <w:link w:val="23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1">
    <w:name w:val="Заголовок 1 Знак"/>
    <w:basedOn w:val="a2"/>
    <w:link w:val="10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Заголовок 2 Знак"/>
    <w:basedOn w:val="a2"/>
    <w:link w:val="2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4">
    <w:name w:val="Body Text 2"/>
    <w:basedOn w:val="a1"/>
    <w:link w:val="25"/>
    <w:uiPriority w:val="99"/>
    <w:unhideWhenUsed/>
    <w:rsid w:val="00AA1D8D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sid w:val="00FC693F"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0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8720A9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41">
    <w:name w:val="Основной текст (4)_"/>
    <w:basedOn w:val="a2"/>
    <w:link w:val="410"/>
    <w:rsid w:val="00502D97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502D97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customStyle="1" w:styleId="ds-markdown-paragraph">
    <w:name w:val="ds-markdown-paragraph"/>
    <w:basedOn w:val="a1"/>
    <w:rsid w:val="00DB1F1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styleId="HTML">
    <w:name w:val="HTML Code"/>
    <w:basedOn w:val="a2"/>
    <w:uiPriority w:val="99"/>
    <w:semiHidden/>
    <w:unhideWhenUsed/>
    <w:rsid w:val="00DB1F17"/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тиль1"/>
    <w:uiPriority w:val="99"/>
    <w:rsid w:val="00DB1F17"/>
    <w:pPr>
      <w:numPr>
        <w:numId w:val="11"/>
      </w:numPr>
    </w:pPr>
  </w:style>
  <w:style w:type="numbering" w:customStyle="1" w:styleId="21">
    <w:name w:val="Стиль2"/>
    <w:uiPriority w:val="99"/>
    <w:rsid w:val="00DB1F17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F9AB65-0536-490F-AEF8-DB6DBF93A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18</Pages>
  <Words>5059</Words>
  <Characters>28837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В. Емельянова</cp:lastModifiedBy>
  <cp:revision>23</cp:revision>
  <dcterms:created xsi:type="dcterms:W3CDTF">2026-04-30T16:47:00Z</dcterms:created>
  <dcterms:modified xsi:type="dcterms:W3CDTF">2026-05-14T06:00:00Z</dcterms:modified>
  <cp:category/>
</cp:coreProperties>
</file>