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77A" w:rsidRPr="005A39C3" w:rsidRDefault="005A39C3">
      <w:pPr>
        <w:spacing w:line="240" w:lineRule="auto"/>
        <w:jc w:val="center"/>
        <w:rPr>
          <w:lang w:val="ru-RU"/>
        </w:rPr>
      </w:pPr>
      <w:r w:rsidRPr="005A39C3">
        <w:rPr>
          <w:sz w:val="20"/>
          <w:lang w:val="ru-RU"/>
        </w:rPr>
        <w:t>МИНИСТЕРСТВО НАУКИ И ВЫСШЕГО ОБРАЗОВАНИЯ РОССИЙСКОЙ ФЕДЕРАЦИИ</w:t>
      </w:r>
    </w:p>
    <w:p w:rsidR="00E0077A" w:rsidRPr="005A39C3" w:rsidRDefault="005A39C3">
      <w:pPr>
        <w:spacing w:line="240" w:lineRule="auto"/>
        <w:jc w:val="center"/>
        <w:rPr>
          <w:lang w:val="ru-RU"/>
        </w:rPr>
      </w:pPr>
      <w:r w:rsidRPr="005A39C3">
        <w:rPr>
          <w:lang w:val="ru-RU"/>
        </w:rPr>
        <w:br/>
        <w:t>ФЕДЕРАЛЬНОЕ ГОСУДАРСТВЕННОЕ БЮДЖЕТНОЕ</w:t>
      </w:r>
      <w:r w:rsidRPr="005A39C3">
        <w:rPr>
          <w:lang w:val="ru-RU"/>
        </w:rPr>
        <w:br/>
        <w:t>ОБРАЗОВАТЕЛЬНОЕ УЧРЕЖДЕНИЕ ВЫСШЕГО ОБРАЗОВАНИЯ</w:t>
      </w:r>
    </w:p>
    <w:p w:rsidR="00E0077A" w:rsidRPr="005A39C3" w:rsidRDefault="005A39C3">
      <w:pPr>
        <w:spacing w:line="240" w:lineRule="auto"/>
        <w:jc w:val="center"/>
        <w:rPr>
          <w:lang w:val="ru-RU"/>
        </w:rPr>
      </w:pPr>
      <w:r w:rsidRPr="005A39C3">
        <w:rPr>
          <w:b/>
          <w:lang w:val="ru-RU"/>
        </w:rPr>
        <w:br/>
        <w:t>«БРАТСКИЙ ГОСУДАРСТВЕННЫЙ УНИВЕРСИТЕТ»</w:t>
      </w:r>
    </w:p>
    <w:p w:rsidR="00E0077A" w:rsidRPr="005A39C3" w:rsidRDefault="005A39C3">
      <w:pPr>
        <w:spacing w:line="240" w:lineRule="auto"/>
        <w:jc w:val="center"/>
        <w:rPr>
          <w:lang w:val="ru-RU"/>
        </w:rPr>
      </w:pPr>
      <w:r w:rsidRPr="005A39C3">
        <w:rPr>
          <w:b/>
          <w:sz w:val="28"/>
          <w:lang w:val="ru-RU"/>
        </w:rPr>
        <w:br/>
      </w:r>
      <w:r w:rsidRPr="005A39C3">
        <w:rPr>
          <w:b/>
          <w:sz w:val="28"/>
          <w:lang w:val="ru-RU"/>
        </w:rPr>
        <w:br/>
      </w:r>
      <w:r w:rsidRPr="005A39C3">
        <w:rPr>
          <w:b/>
          <w:sz w:val="28"/>
          <w:lang w:val="ru-RU"/>
        </w:rPr>
        <w:br/>
      </w:r>
      <w:r w:rsidRPr="005A39C3">
        <w:rPr>
          <w:b/>
          <w:sz w:val="28"/>
          <w:lang w:val="ru-RU"/>
        </w:rPr>
        <w:br/>
      </w:r>
      <w:r w:rsidRPr="005A39C3">
        <w:rPr>
          <w:b/>
          <w:sz w:val="28"/>
          <w:lang w:val="ru-RU"/>
        </w:rPr>
        <w:br/>
      </w:r>
      <w:r w:rsidRPr="005A39C3">
        <w:rPr>
          <w:b/>
          <w:sz w:val="28"/>
          <w:lang w:val="ru-RU"/>
        </w:rPr>
        <w:br/>
      </w:r>
      <w:r w:rsidRPr="005A39C3">
        <w:rPr>
          <w:b/>
          <w:sz w:val="28"/>
          <w:lang w:val="ru-RU"/>
        </w:rPr>
        <w:br/>
      </w:r>
      <w:r w:rsidRPr="005A39C3">
        <w:rPr>
          <w:b/>
          <w:sz w:val="28"/>
          <w:lang w:val="ru-RU"/>
        </w:rPr>
        <w:br/>
      </w:r>
      <w:r w:rsidRPr="005A39C3">
        <w:rPr>
          <w:b/>
          <w:sz w:val="28"/>
          <w:lang w:val="ru-RU"/>
        </w:rPr>
        <w:br/>
      </w:r>
      <w:r w:rsidRPr="005A39C3">
        <w:rPr>
          <w:b/>
          <w:sz w:val="28"/>
          <w:lang w:val="ru-RU"/>
        </w:rPr>
        <w:br/>
      </w:r>
      <w:r w:rsidRPr="005A39C3">
        <w:rPr>
          <w:b/>
          <w:sz w:val="28"/>
          <w:lang w:val="ru-RU"/>
        </w:rPr>
        <w:br/>
      </w:r>
      <w:r w:rsidRPr="005A39C3">
        <w:rPr>
          <w:b/>
          <w:sz w:val="28"/>
          <w:lang w:val="ru-RU"/>
        </w:rPr>
        <w:br/>
      </w:r>
      <w:r w:rsidRPr="005A39C3">
        <w:rPr>
          <w:b/>
          <w:sz w:val="28"/>
          <w:lang w:val="ru-RU"/>
        </w:rPr>
        <w:br/>
      </w:r>
      <w:r w:rsidRPr="005A39C3">
        <w:rPr>
          <w:b/>
          <w:sz w:val="28"/>
          <w:lang w:val="ru-RU"/>
        </w:rPr>
        <w:br/>
      </w:r>
      <w:r w:rsidRPr="005A39C3">
        <w:rPr>
          <w:b/>
          <w:sz w:val="28"/>
          <w:lang w:val="ru-RU"/>
        </w:rPr>
        <w:br/>
      </w:r>
      <w:r w:rsidRPr="005A39C3">
        <w:rPr>
          <w:b/>
          <w:sz w:val="28"/>
          <w:lang w:val="ru-RU"/>
        </w:rPr>
        <w:br/>
        <w:t xml:space="preserve">ФОНД </w:t>
      </w:r>
      <w:r w:rsidRPr="005A39C3">
        <w:rPr>
          <w:b/>
          <w:sz w:val="28"/>
          <w:lang w:val="ru-RU"/>
        </w:rPr>
        <w:br/>
        <w:t>ОЦЕНОЧНЫХ СРЕДСТВ</w:t>
      </w:r>
    </w:p>
    <w:p w:rsidR="00E0077A" w:rsidRPr="005A39C3" w:rsidRDefault="00E0077A">
      <w:pPr>
        <w:rPr>
          <w:lang w:val="ru-RU"/>
        </w:rPr>
      </w:pPr>
    </w:p>
    <w:p w:rsidR="00E0077A" w:rsidRPr="005A39C3" w:rsidRDefault="005A39C3">
      <w:pPr>
        <w:jc w:val="center"/>
        <w:rPr>
          <w:lang w:val="ru-RU"/>
        </w:rPr>
      </w:pPr>
      <w:r w:rsidRPr="005A39C3">
        <w:rPr>
          <w:lang w:val="ru-RU"/>
        </w:rPr>
        <w:t xml:space="preserve">по дисциплине </w:t>
      </w:r>
      <w:r w:rsidRPr="005A39C3">
        <w:rPr>
          <w:lang w:val="ru-RU"/>
        </w:rPr>
        <w:br/>
      </w:r>
      <w:r w:rsidR="00781B49">
        <w:rPr>
          <w:lang w:val="ru-RU"/>
        </w:rPr>
        <w:t xml:space="preserve">Б1.О.07.01  </w:t>
      </w:r>
      <w:bookmarkStart w:id="0" w:name="_GoBack"/>
      <w:bookmarkEnd w:id="0"/>
      <w:r w:rsidRPr="005A39C3">
        <w:rPr>
          <w:lang w:val="ru-RU"/>
        </w:rPr>
        <w:t>Безопасность жизнедеятельности</w:t>
      </w:r>
      <w:r w:rsidRPr="005A39C3">
        <w:rPr>
          <w:lang w:val="ru-RU"/>
        </w:rPr>
        <w:br/>
      </w:r>
    </w:p>
    <w:p w:rsidR="00E0077A" w:rsidRPr="005A39C3" w:rsidRDefault="005A39C3">
      <w:pPr>
        <w:rPr>
          <w:lang w:val="ru-RU"/>
        </w:rPr>
      </w:pPr>
      <w:r w:rsidRPr="005A39C3">
        <w:rPr>
          <w:lang w:val="ru-RU"/>
        </w:rPr>
        <w:t>Направление подготовки 05.03.06 Экология и природопользование</w:t>
      </w:r>
      <w:r w:rsidRPr="005A39C3">
        <w:rPr>
          <w:lang w:val="ru-RU"/>
        </w:rPr>
        <w:br/>
      </w:r>
    </w:p>
    <w:p w:rsidR="00E0077A" w:rsidRPr="005A39C3" w:rsidRDefault="005A39C3">
      <w:pPr>
        <w:rPr>
          <w:lang w:val="ru-RU"/>
        </w:rPr>
      </w:pPr>
      <w:r w:rsidRPr="005A39C3">
        <w:rPr>
          <w:lang w:val="ru-RU"/>
        </w:rPr>
        <w:t>Профиль подготовки Экологическая безопасность и охрана труда</w:t>
      </w:r>
      <w:r w:rsidRPr="005A39C3">
        <w:rPr>
          <w:lang w:val="ru-RU"/>
        </w:rPr>
        <w:br/>
      </w:r>
    </w:p>
    <w:p w:rsidR="00E0077A" w:rsidRPr="005A39C3" w:rsidRDefault="005A39C3">
      <w:pPr>
        <w:rPr>
          <w:lang w:val="ru-RU"/>
        </w:rPr>
      </w:pPr>
      <w:r w:rsidRPr="005A39C3">
        <w:rPr>
          <w:lang w:val="ru-RU"/>
        </w:rPr>
        <w:t>Квалификация бакалавр</w:t>
      </w:r>
      <w:r w:rsidRPr="005A39C3">
        <w:rPr>
          <w:lang w:val="ru-RU"/>
        </w:rPr>
        <w:br/>
      </w:r>
    </w:p>
    <w:p w:rsidR="00E0077A" w:rsidRPr="005A39C3" w:rsidRDefault="005A39C3">
      <w:pPr>
        <w:rPr>
          <w:lang w:val="ru-RU"/>
        </w:rPr>
      </w:pPr>
      <w:r w:rsidRPr="005A39C3">
        <w:rPr>
          <w:lang w:val="ru-RU"/>
        </w:rPr>
        <w:t>Год начала подготовки 2025</w:t>
      </w:r>
      <w:r w:rsidRPr="005A39C3">
        <w:rPr>
          <w:lang w:val="ru-RU"/>
        </w:rPr>
        <w:br/>
      </w:r>
    </w:p>
    <w:p w:rsidR="00E0077A" w:rsidRPr="005A39C3" w:rsidRDefault="005A39C3">
      <w:pPr>
        <w:rPr>
          <w:lang w:val="ru-RU"/>
        </w:rPr>
      </w:pPr>
      <w:r w:rsidRPr="005A39C3">
        <w:rPr>
          <w:lang w:val="ru-RU"/>
        </w:rPr>
        <w:br w:type="page"/>
      </w:r>
    </w:p>
    <w:p w:rsidR="00E0077A" w:rsidRPr="00320C40" w:rsidRDefault="005A39C3">
      <w:pPr>
        <w:rPr>
          <w:lang w:val="ru-RU"/>
        </w:rPr>
      </w:pPr>
      <w:r w:rsidRPr="005A39C3">
        <w:rPr>
          <w:lang w:val="ru-RU"/>
        </w:rPr>
        <w:lastRenderedPageBreak/>
        <w:t xml:space="preserve">Составитель: </w:t>
      </w:r>
      <w:r w:rsidRPr="005A39C3">
        <w:rPr>
          <w:lang w:val="ru-RU"/>
        </w:rPr>
        <w:br/>
        <w:t xml:space="preserve">Лапина С.Ф., доцент, </w:t>
      </w:r>
      <w:proofErr w:type="spellStart"/>
      <w:r w:rsidRPr="005A39C3">
        <w:rPr>
          <w:lang w:val="ru-RU"/>
        </w:rPr>
        <w:t>к.фарм.н</w:t>
      </w:r>
      <w:proofErr w:type="spellEnd"/>
      <w:r w:rsidRPr="005A39C3">
        <w:rPr>
          <w:lang w:val="ru-RU"/>
        </w:rPr>
        <w:t>.</w:t>
      </w:r>
      <w:r w:rsidRPr="005A39C3">
        <w:rPr>
          <w:lang w:val="ru-RU"/>
        </w:rPr>
        <w:tab/>
      </w:r>
      <w:r w:rsidRPr="005A39C3">
        <w:rPr>
          <w:lang w:val="ru-RU"/>
        </w:rPr>
        <w:tab/>
      </w:r>
      <w:r w:rsidRPr="005A39C3">
        <w:rPr>
          <w:lang w:val="ru-RU"/>
        </w:rPr>
        <w:tab/>
      </w:r>
      <w:r w:rsidRPr="005A39C3">
        <w:rPr>
          <w:lang w:val="ru-RU"/>
        </w:rPr>
        <w:tab/>
      </w:r>
      <w:r w:rsidRPr="00320C40">
        <w:rPr>
          <w:lang w:val="ru-RU"/>
        </w:rPr>
        <w:t>________________</w:t>
      </w:r>
      <w:r w:rsidRPr="00320C40">
        <w:rPr>
          <w:lang w:val="ru-RU"/>
        </w:rPr>
        <w:br/>
      </w:r>
    </w:p>
    <w:p w:rsidR="00E0077A" w:rsidRPr="005A39C3" w:rsidRDefault="005A39C3">
      <w:pPr>
        <w:rPr>
          <w:lang w:val="ru-RU"/>
        </w:rPr>
      </w:pPr>
      <w:r w:rsidRPr="005A39C3">
        <w:rPr>
          <w:lang w:val="ru-RU"/>
        </w:rPr>
        <w:t>Одобрено на заседании кафедры экологии, безопасности жизнедеятел</w:t>
      </w:r>
      <w:r w:rsidR="006B5F36">
        <w:rPr>
          <w:lang w:val="ru-RU"/>
        </w:rPr>
        <w:t>ьности и физической культуры</w:t>
      </w:r>
      <w:r w:rsidR="006B5F36">
        <w:rPr>
          <w:lang w:val="ru-RU"/>
        </w:rPr>
        <w:br/>
        <w:t>«22</w:t>
      </w:r>
      <w:r w:rsidRPr="005A39C3">
        <w:rPr>
          <w:lang w:val="ru-RU"/>
        </w:rPr>
        <w:t xml:space="preserve">» </w:t>
      </w:r>
      <w:r w:rsidR="006B5F36">
        <w:rPr>
          <w:lang w:val="ru-RU"/>
        </w:rPr>
        <w:t>апреля</w:t>
      </w:r>
      <w:r w:rsidRPr="005A39C3">
        <w:rPr>
          <w:lang w:val="ru-RU"/>
        </w:rPr>
        <w:t xml:space="preserve"> 2026 г., протокол № </w:t>
      </w:r>
      <w:r w:rsidR="006B5F36">
        <w:rPr>
          <w:lang w:val="ru-RU"/>
        </w:rPr>
        <w:t>9</w:t>
      </w:r>
      <w:r w:rsidRPr="005A39C3">
        <w:rPr>
          <w:lang w:val="ru-RU"/>
        </w:rPr>
        <w:br/>
      </w:r>
      <w:r w:rsidRPr="005A39C3">
        <w:rPr>
          <w:lang w:val="ru-RU"/>
        </w:rPr>
        <w:br/>
        <w:t xml:space="preserve">Заведующий кафедрой </w:t>
      </w:r>
      <w:r w:rsidRPr="005A39C3">
        <w:rPr>
          <w:lang w:val="ru-RU"/>
        </w:rPr>
        <w:br/>
        <w:t>экологии, безопасности жизнедеятельности и физической ку</w:t>
      </w:r>
      <w:r w:rsidR="00320C40">
        <w:rPr>
          <w:lang w:val="ru-RU"/>
        </w:rPr>
        <w:t>льтуры</w:t>
      </w:r>
      <w:r w:rsidR="00320C40">
        <w:rPr>
          <w:lang w:val="ru-RU"/>
        </w:rPr>
        <w:tab/>
      </w:r>
      <w:r w:rsidR="00320C40">
        <w:rPr>
          <w:lang w:val="ru-RU"/>
        </w:rPr>
        <w:tab/>
        <w:t>____________ В.А. Никифо</w:t>
      </w:r>
      <w:r w:rsidRPr="005A39C3">
        <w:rPr>
          <w:lang w:val="ru-RU"/>
        </w:rPr>
        <w:t>рова</w:t>
      </w:r>
      <w:r w:rsidRPr="005A39C3">
        <w:rPr>
          <w:lang w:val="ru-RU"/>
        </w:rPr>
        <w:br/>
      </w:r>
      <w:r w:rsidRPr="005A39C3">
        <w:rPr>
          <w:lang w:val="ru-RU"/>
        </w:rPr>
        <w:br/>
      </w:r>
    </w:p>
    <w:p w:rsidR="00E0077A" w:rsidRPr="00B53672" w:rsidRDefault="005A39C3">
      <w:pPr>
        <w:rPr>
          <w:lang w:val="ru-RU"/>
        </w:rPr>
      </w:pPr>
      <w:r w:rsidRPr="005A39C3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5A39C3">
        <w:rPr>
          <w:lang w:val="ru-RU"/>
        </w:rPr>
        <w:br/>
        <w:t xml:space="preserve">_____________   </w:t>
      </w:r>
      <w:proofErr w:type="spellStart"/>
      <w:r w:rsidRPr="005A39C3">
        <w:rPr>
          <w:lang w:val="ru-RU"/>
        </w:rPr>
        <w:t>Варданян</w:t>
      </w:r>
      <w:proofErr w:type="spellEnd"/>
      <w:r w:rsidRPr="005A39C3">
        <w:rPr>
          <w:lang w:val="ru-RU"/>
        </w:rPr>
        <w:t xml:space="preserve"> М.А.</w:t>
      </w:r>
      <w:r w:rsidRPr="005A39C3">
        <w:rPr>
          <w:lang w:val="ru-RU"/>
        </w:rPr>
        <w:br/>
      </w:r>
      <w:r w:rsidRPr="005A39C3">
        <w:rPr>
          <w:lang w:val="ru-RU"/>
        </w:rPr>
        <w:br/>
      </w:r>
      <w:r w:rsidR="00B53672" w:rsidRPr="00B53672">
        <w:rPr>
          <w:lang w:val="ru-RU"/>
        </w:rPr>
        <w:t>«</w:t>
      </w:r>
      <w:r w:rsidR="00025719">
        <w:rPr>
          <w:lang w:val="ru-RU"/>
        </w:rPr>
        <w:t>28</w:t>
      </w:r>
      <w:r w:rsidRPr="00B53672">
        <w:rPr>
          <w:lang w:val="ru-RU"/>
        </w:rPr>
        <w:t xml:space="preserve">» </w:t>
      </w:r>
      <w:r w:rsidR="006B5F36">
        <w:rPr>
          <w:lang w:val="ru-RU"/>
        </w:rPr>
        <w:t>апреля</w:t>
      </w:r>
      <w:r w:rsidR="00B53672">
        <w:rPr>
          <w:lang w:val="ru-RU"/>
        </w:rPr>
        <w:t xml:space="preserve">  2026 </w:t>
      </w:r>
      <w:r w:rsidRPr="00B53672">
        <w:rPr>
          <w:lang w:val="ru-RU"/>
        </w:rPr>
        <w:t xml:space="preserve">г., протокол № </w:t>
      </w:r>
      <w:r w:rsidR="006B5F36">
        <w:rPr>
          <w:lang w:val="ru-RU"/>
        </w:rPr>
        <w:t>9</w:t>
      </w:r>
      <w:r w:rsidRPr="00B53672">
        <w:rPr>
          <w:lang w:val="ru-RU"/>
        </w:rPr>
        <w:br/>
      </w:r>
      <w:r w:rsidRPr="00B53672">
        <w:rPr>
          <w:lang w:val="ru-RU"/>
        </w:rPr>
        <w:br/>
      </w:r>
      <w:r w:rsidRPr="00B53672">
        <w:rPr>
          <w:lang w:val="ru-RU"/>
        </w:rPr>
        <w:br/>
        <w:t>Ответственный за реализацию ОПОП</w:t>
      </w:r>
      <w:r w:rsidRPr="00B53672">
        <w:rPr>
          <w:lang w:val="ru-RU"/>
        </w:rPr>
        <w:tab/>
        <w:t>________________ Никифорова В.А.</w:t>
      </w:r>
      <w:r w:rsidRPr="00B53672">
        <w:rPr>
          <w:lang w:val="ru-RU"/>
        </w:rPr>
        <w:br/>
      </w:r>
    </w:p>
    <w:p w:rsidR="005A39C3" w:rsidRPr="00B53672" w:rsidRDefault="005A39C3">
      <w:pPr>
        <w:rPr>
          <w:lang w:val="ru-RU"/>
        </w:rPr>
      </w:pPr>
    </w:p>
    <w:p w:rsidR="005A39C3" w:rsidRPr="00B53672" w:rsidRDefault="005A39C3">
      <w:pPr>
        <w:rPr>
          <w:lang w:val="ru-RU"/>
        </w:rPr>
      </w:pPr>
    </w:p>
    <w:p w:rsidR="005A39C3" w:rsidRPr="00B53672" w:rsidRDefault="005A39C3">
      <w:pPr>
        <w:rPr>
          <w:lang w:val="ru-RU"/>
        </w:rPr>
      </w:pPr>
    </w:p>
    <w:p w:rsidR="005A39C3" w:rsidRPr="00B53672" w:rsidRDefault="005A39C3">
      <w:pPr>
        <w:rPr>
          <w:lang w:val="ru-RU"/>
        </w:rPr>
      </w:pPr>
    </w:p>
    <w:p w:rsidR="005A39C3" w:rsidRPr="00B53672" w:rsidRDefault="005A39C3">
      <w:pPr>
        <w:rPr>
          <w:lang w:val="ru-RU"/>
        </w:rPr>
      </w:pPr>
    </w:p>
    <w:p w:rsidR="005A39C3" w:rsidRPr="00B53672" w:rsidRDefault="005A39C3">
      <w:pPr>
        <w:rPr>
          <w:lang w:val="ru-RU"/>
        </w:rPr>
      </w:pPr>
    </w:p>
    <w:p w:rsidR="005A39C3" w:rsidRPr="00B53672" w:rsidRDefault="005A39C3">
      <w:pPr>
        <w:rPr>
          <w:lang w:val="ru-RU"/>
        </w:rPr>
      </w:pPr>
    </w:p>
    <w:p w:rsidR="005A39C3" w:rsidRPr="00B53672" w:rsidRDefault="005A39C3">
      <w:pPr>
        <w:rPr>
          <w:lang w:val="ru-RU"/>
        </w:rPr>
      </w:pPr>
    </w:p>
    <w:p w:rsidR="005A39C3" w:rsidRPr="00B53672" w:rsidRDefault="005A39C3">
      <w:pPr>
        <w:rPr>
          <w:lang w:val="ru-RU"/>
        </w:rPr>
      </w:pPr>
    </w:p>
    <w:p w:rsidR="005A39C3" w:rsidRPr="00B53672" w:rsidRDefault="005A39C3">
      <w:pPr>
        <w:rPr>
          <w:lang w:val="ru-RU"/>
        </w:rPr>
      </w:pPr>
    </w:p>
    <w:p w:rsidR="005A39C3" w:rsidRPr="00B53672" w:rsidRDefault="005A39C3">
      <w:pPr>
        <w:rPr>
          <w:lang w:val="ru-RU"/>
        </w:rPr>
      </w:pPr>
    </w:p>
    <w:p w:rsidR="005A39C3" w:rsidRPr="00B53672" w:rsidRDefault="005A39C3">
      <w:pPr>
        <w:rPr>
          <w:lang w:val="ru-RU"/>
        </w:rPr>
      </w:pPr>
    </w:p>
    <w:p w:rsidR="005A39C3" w:rsidRPr="00B53672" w:rsidRDefault="005A39C3">
      <w:pPr>
        <w:rPr>
          <w:lang w:val="ru-RU"/>
        </w:rPr>
      </w:pPr>
    </w:p>
    <w:p w:rsidR="005A39C3" w:rsidRPr="00B53672" w:rsidRDefault="005A39C3">
      <w:pPr>
        <w:rPr>
          <w:lang w:val="ru-RU"/>
        </w:rPr>
      </w:pPr>
    </w:p>
    <w:p w:rsidR="005A39C3" w:rsidRPr="005A39C3" w:rsidRDefault="005A39C3" w:rsidP="005A39C3">
      <w:pPr>
        <w:jc w:val="center"/>
        <w:rPr>
          <w:b/>
          <w:szCs w:val="24"/>
          <w:lang w:val="ru-RU"/>
        </w:rPr>
      </w:pPr>
      <w:r w:rsidRPr="005A39C3">
        <w:rPr>
          <w:b/>
          <w:szCs w:val="24"/>
          <w:lang w:val="ru-RU"/>
        </w:rPr>
        <w:lastRenderedPageBreak/>
        <w:t xml:space="preserve">Паспорт фонда оценочных средств по дисциплине </w:t>
      </w:r>
    </w:p>
    <w:p w:rsidR="005A39C3" w:rsidRPr="005A39C3" w:rsidRDefault="005A39C3" w:rsidP="005A39C3">
      <w:pPr>
        <w:jc w:val="center"/>
        <w:rPr>
          <w:b/>
          <w:szCs w:val="24"/>
          <w:u w:val="single"/>
          <w:lang w:val="ru-RU"/>
        </w:rPr>
      </w:pPr>
      <w:r w:rsidRPr="005A39C3">
        <w:rPr>
          <w:b/>
          <w:szCs w:val="24"/>
          <w:u w:val="single"/>
          <w:lang w:val="ru-RU"/>
        </w:rPr>
        <w:t>Б</w:t>
      </w:r>
      <w:proofErr w:type="gramStart"/>
      <w:r w:rsidRPr="005A39C3">
        <w:rPr>
          <w:b/>
          <w:szCs w:val="24"/>
          <w:u w:val="single"/>
          <w:lang w:val="ru-RU"/>
        </w:rPr>
        <w:t>1.О.</w:t>
      </w:r>
      <w:proofErr w:type="gramEnd"/>
      <w:r w:rsidRPr="005A39C3">
        <w:rPr>
          <w:b/>
          <w:szCs w:val="24"/>
          <w:u w:val="single"/>
          <w:lang w:val="ru-RU"/>
        </w:rPr>
        <w:t>07.01 Безопасность жизнедеятельности</w:t>
      </w:r>
    </w:p>
    <w:p w:rsidR="005A39C3" w:rsidRPr="005A39C3" w:rsidRDefault="005A39C3" w:rsidP="005A39C3">
      <w:pPr>
        <w:jc w:val="center"/>
        <w:rPr>
          <w:b/>
          <w:szCs w:val="24"/>
          <w:u w:val="single"/>
          <w:lang w:val="ru-RU"/>
        </w:rPr>
      </w:pPr>
    </w:p>
    <w:p w:rsidR="005A39C3" w:rsidRPr="005A39C3" w:rsidRDefault="005A39C3" w:rsidP="005A39C3">
      <w:pPr>
        <w:jc w:val="center"/>
        <w:rPr>
          <w:szCs w:val="24"/>
          <w:lang w:val="ru-RU"/>
        </w:rPr>
      </w:pPr>
      <w:r w:rsidRPr="005A39C3">
        <w:rPr>
          <w:szCs w:val="24"/>
          <w:lang w:val="ru-RU"/>
        </w:rPr>
        <w:t>Компетенции обучающегося, формируемые в результате освоения дисциплины (модуля):</w:t>
      </w:r>
    </w:p>
    <w:p w:rsidR="005A39C3" w:rsidRPr="005A39C3" w:rsidRDefault="005A39C3" w:rsidP="005A39C3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  <w:r w:rsidRPr="005A39C3">
        <w:rPr>
          <w:lang w:val="ru-RU"/>
        </w:rPr>
        <w:t>УК-8.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</w:p>
    <w:p w:rsidR="005A39C3" w:rsidRPr="005A39C3" w:rsidRDefault="005A39C3" w:rsidP="005A39C3">
      <w:pPr>
        <w:pStyle w:val="ae"/>
        <w:rPr>
          <w:szCs w:val="24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"/>
        <w:gridCol w:w="8219"/>
      </w:tblGrid>
      <w:tr w:rsidR="005A39C3" w:rsidRPr="00781B49" w:rsidTr="00913455">
        <w:trPr>
          <w:trHeight w:hRule="exact" w:val="683"/>
        </w:trPr>
        <w:tc>
          <w:tcPr>
            <w:tcW w:w="1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39C3" w:rsidRPr="00AF37E2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AF37E2">
              <w:rPr>
                <w:color w:val="000000"/>
                <w:szCs w:val="24"/>
              </w:rPr>
              <w:t>Индикатор</w:t>
            </w:r>
            <w:proofErr w:type="spellEnd"/>
            <w:r w:rsidRPr="00AF37E2">
              <w:rPr>
                <w:color w:val="000000"/>
                <w:szCs w:val="24"/>
              </w:rPr>
              <w:t xml:space="preserve">  1</w:t>
            </w:r>
          </w:p>
        </w:tc>
        <w:tc>
          <w:tcPr>
            <w:tcW w:w="9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39C3" w:rsidRPr="005A39C3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5A39C3">
              <w:rPr>
                <w:lang w:val="ru-RU"/>
              </w:rPr>
              <w:t>УК.8.1. Выявляет возможные угрозы для повседневной жизни и здоровья человека, в том числе при угрозе и возникновении чрезвычайных ситуаций и военных конфликтов</w:t>
            </w:r>
          </w:p>
        </w:tc>
      </w:tr>
      <w:tr w:rsidR="005A39C3" w:rsidRPr="00781B49" w:rsidTr="00913455">
        <w:trPr>
          <w:trHeight w:hRule="exact" w:val="1184"/>
        </w:trPr>
        <w:tc>
          <w:tcPr>
            <w:tcW w:w="1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39C3" w:rsidRPr="00AF37E2" w:rsidRDefault="005A39C3" w:rsidP="00913455">
            <w:pPr>
              <w:spacing w:line="240" w:lineRule="auto"/>
              <w:jc w:val="center"/>
              <w:rPr>
                <w:color w:val="000000"/>
                <w:szCs w:val="24"/>
              </w:rPr>
            </w:pPr>
            <w:proofErr w:type="spellStart"/>
            <w:r w:rsidRPr="00AF37E2">
              <w:rPr>
                <w:color w:val="000000"/>
                <w:szCs w:val="24"/>
              </w:rPr>
              <w:t>Индикатор</w:t>
            </w:r>
            <w:proofErr w:type="spellEnd"/>
            <w:r w:rsidRPr="00AF37E2">
              <w:rPr>
                <w:color w:val="000000"/>
                <w:szCs w:val="24"/>
              </w:rPr>
              <w:t xml:space="preserve">  </w:t>
            </w:r>
            <w:r>
              <w:rPr>
                <w:color w:val="000000"/>
                <w:szCs w:val="24"/>
              </w:rPr>
              <w:t>2</w:t>
            </w:r>
          </w:p>
        </w:tc>
        <w:tc>
          <w:tcPr>
            <w:tcW w:w="9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39C3" w:rsidRPr="005A39C3" w:rsidRDefault="005A39C3" w:rsidP="00913455">
            <w:pPr>
              <w:spacing w:line="240" w:lineRule="auto"/>
              <w:rPr>
                <w:lang w:val="ru-RU"/>
              </w:rPr>
            </w:pPr>
            <w:r w:rsidRPr="005A39C3">
              <w:rPr>
                <w:lang w:val="ru-RU"/>
              </w:rPr>
              <w:t>УК-8.2. Осуществляет действия по созданию и поддержанию безопасных условий жизнедеятельности для сохранения природной среды, обеспечения устойчивого развития общества, том числе при возникновении чрезвычайных ситуаций и военных конфликтов.</w:t>
            </w:r>
          </w:p>
        </w:tc>
      </w:tr>
      <w:tr w:rsidR="005A39C3" w:rsidRPr="00781B49" w:rsidTr="00913455">
        <w:trPr>
          <w:trHeight w:hRule="exact" w:val="683"/>
        </w:trPr>
        <w:tc>
          <w:tcPr>
            <w:tcW w:w="1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39C3" w:rsidRPr="00AF37E2" w:rsidRDefault="005A39C3" w:rsidP="00913455">
            <w:pPr>
              <w:spacing w:line="240" w:lineRule="auto"/>
              <w:jc w:val="center"/>
              <w:rPr>
                <w:color w:val="000000"/>
                <w:szCs w:val="24"/>
              </w:rPr>
            </w:pPr>
            <w:proofErr w:type="spellStart"/>
            <w:r w:rsidRPr="00AF37E2">
              <w:rPr>
                <w:color w:val="000000"/>
                <w:szCs w:val="24"/>
              </w:rPr>
              <w:t>Индикатор</w:t>
            </w:r>
            <w:proofErr w:type="spellEnd"/>
            <w:r w:rsidRPr="00AF37E2">
              <w:rPr>
                <w:color w:val="000000"/>
                <w:szCs w:val="24"/>
              </w:rPr>
              <w:t xml:space="preserve">  </w:t>
            </w: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9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39C3" w:rsidRPr="005A39C3" w:rsidRDefault="005A39C3" w:rsidP="00913455">
            <w:pPr>
              <w:spacing w:line="240" w:lineRule="auto"/>
              <w:rPr>
                <w:lang w:val="ru-RU"/>
              </w:rPr>
            </w:pPr>
            <w:r w:rsidRPr="005A39C3">
              <w:rPr>
                <w:lang w:val="ru-RU"/>
              </w:rPr>
              <w:t>УК-8.3. Обладает навыками оказания первой помощи пострадавшему.</w:t>
            </w:r>
          </w:p>
        </w:tc>
      </w:tr>
    </w:tbl>
    <w:p w:rsidR="005A39C3" w:rsidRPr="005A39C3" w:rsidRDefault="005A39C3" w:rsidP="005A39C3">
      <w:pPr>
        <w:rPr>
          <w:sz w:val="28"/>
          <w:szCs w:val="28"/>
          <w:u w:val="single"/>
          <w:lang w:val="ru-RU"/>
        </w:rPr>
      </w:pPr>
    </w:p>
    <w:tbl>
      <w:tblPr>
        <w:tblW w:w="103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843"/>
        <w:gridCol w:w="2268"/>
        <w:gridCol w:w="1843"/>
        <w:gridCol w:w="1984"/>
        <w:gridCol w:w="2410"/>
      </w:tblGrid>
      <w:tr w:rsidR="005A39C3" w:rsidRPr="00E55D6C" w:rsidTr="006B5F3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9C3" w:rsidRPr="00EA1591" w:rsidRDefault="005A39C3" w:rsidP="00913455">
            <w:pPr>
              <w:jc w:val="center"/>
              <w:rPr>
                <w:szCs w:val="24"/>
              </w:rPr>
            </w:pPr>
            <w:proofErr w:type="spellStart"/>
            <w:r w:rsidRPr="00EA1591">
              <w:rPr>
                <w:szCs w:val="24"/>
              </w:rPr>
              <w:t>Раздел</w:t>
            </w:r>
            <w:proofErr w:type="spellEnd"/>
            <w:r w:rsidRPr="00EA1591">
              <w:rPr>
                <w:szCs w:val="24"/>
              </w:rPr>
              <w:t xml:space="preserve"> (№, </w:t>
            </w:r>
            <w:proofErr w:type="spellStart"/>
            <w:r w:rsidRPr="00EA1591">
              <w:rPr>
                <w:szCs w:val="24"/>
              </w:rPr>
              <w:t>наименование</w:t>
            </w:r>
            <w:proofErr w:type="spellEnd"/>
            <w:r w:rsidRPr="00EA1591">
              <w:rPr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9C3" w:rsidRPr="00EA1591" w:rsidRDefault="005A39C3" w:rsidP="00913455">
            <w:pPr>
              <w:jc w:val="center"/>
              <w:rPr>
                <w:szCs w:val="24"/>
              </w:rPr>
            </w:pPr>
            <w:proofErr w:type="spellStart"/>
            <w:r w:rsidRPr="00EA1591">
              <w:rPr>
                <w:szCs w:val="24"/>
              </w:rPr>
              <w:t>Тема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9C3" w:rsidRPr="00EA1591" w:rsidRDefault="005A39C3" w:rsidP="00913455">
            <w:pPr>
              <w:jc w:val="center"/>
              <w:rPr>
                <w:szCs w:val="24"/>
              </w:rPr>
            </w:pPr>
            <w:proofErr w:type="spellStart"/>
            <w:r w:rsidRPr="00EA1591">
              <w:rPr>
                <w:szCs w:val="24"/>
              </w:rPr>
              <w:t>Код</w:t>
            </w:r>
            <w:proofErr w:type="spellEnd"/>
            <w:r w:rsidRPr="00EA1591">
              <w:rPr>
                <w:szCs w:val="24"/>
              </w:rPr>
              <w:t xml:space="preserve"> </w:t>
            </w:r>
            <w:proofErr w:type="spellStart"/>
            <w:r w:rsidRPr="00EA1591">
              <w:rPr>
                <w:szCs w:val="24"/>
              </w:rPr>
              <w:t>индикатора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9C3" w:rsidRPr="005A39C3" w:rsidRDefault="005A39C3" w:rsidP="00913455">
            <w:pPr>
              <w:jc w:val="center"/>
              <w:rPr>
                <w:szCs w:val="24"/>
                <w:lang w:val="ru-RU"/>
              </w:rPr>
            </w:pPr>
            <w:r w:rsidRPr="005A39C3">
              <w:rPr>
                <w:szCs w:val="24"/>
                <w:lang w:val="ru-RU"/>
              </w:rPr>
              <w:t>Форма</w:t>
            </w:r>
          </w:p>
          <w:p w:rsidR="005A39C3" w:rsidRPr="005A39C3" w:rsidRDefault="005A39C3" w:rsidP="00913455">
            <w:pPr>
              <w:jc w:val="center"/>
              <w:rPr>
                <w:szCs w:val="24"/>
                <w:lang w:val="ru-RU"/>
              </w:rPr>
            </w:pPr>
            <w:r w:rsidRPr="005A39C3">
              <w:rPr>
                <w:szCs w:val="24"/>
                <w:lang w:val="ru-RU"/>
              </w:rPr>
              <w:t>оценки</w:t>
            </w:r>
          </w:p>
          <w:p w:rsidR="005A39C3" w:rsidRPr="005A39C3" w:rsidRDefault="005A39C3" w:rsidP="00913455">
            <w:pPr>
              <w:jc w:val="center"/>
              <w:rPr>
                <w:i/>
                <w:szCs w:val="24"/>
                <w:lang w:val="ru-RU"/>
              </w:rPr>
            </w:pPr>
            <w:r w:rsidRPr="005A39C3">
              <w:rPr>
                <w:i/>
                <w:szCs w:val="24"/>
                <w:lang w:val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9C3" w:rsidRPr="00EA1591" w:rsidRDefault="005A39C3" w:rsidP="00913455">
            <w:pPr>
              <w:jc w:val="center"/>
              <w:rPr>
                <w:szCs w:val="24"/>
              </w:rPr>
            </w:pPr>
            <w:r w:rsidRPr="00EA1591">
              <w:rPr>
                <w:szCs w:val="24"/>
              </w:rPr>
              <w:t>ФОС</w:t>
            </w:r>
          </w:p>
          <w:p w:rsidR="005A39C3" w:rsidRPr="00EA1591" w:rsidRDefault="005A39C3" w:rsidP="00913455">
            <w:pPr>
              <w:ind w:left="-164" w:right="-108"/>
              <w:jc w:val="center"/>
              <w:rPr>
                <w:i/>
                <w:szCs w:val="24"/>
              </w:rPr>
            </w:pPr>
            <w:r w:rsidRPr="00EA1591">
              <w:rPr>
                <w:i/>
                <w:szCs w:val="24"/>
              </w:rPr>
              <w:t>(</w:t>
            </w:r>
            <w:proofErr w:type="spellStart"/>
            <w:r w:rsidRPr="00EA1591">
              <w:rPr>
                <w:i/>
                <w:szCs w:val="24"/>
              </w:rPr>
              <w:t>согласно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раздела</w:t>
            </w:r>
            <w:proofErr w:type="spellEnd"/>
            <w:r w:rsidRPr="00EA1591">
              <w:rPr>
                <w:i/>
                <w:szCs w:val="24"/>
              </w:rPr>
              <w:t xml:space="preserve"> 6 РПД)</w:t>
            </w:r>
          </w:p>
        </w:tc>
      </w:tr>
      <w:tr w:rsidR="005A39C3" w:rsidTr="006B5F36">
        <w:trPr>
          <w:trHeight w:val="276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spacing w:line="240" w:lineRule="auto"/>
              <w:rPr>
                <w:szCs w:val="24"/>
              </w:rPr>
            </w:pPr>
            <w:r w:rsidRPr="00EA1591">
              <w:rPr>
                <w:szCs w:val="24"/>
              </w:rPr>
              <w:t xml:space="preserve">1. </w:t>
            </w:r>
            <w:proofErr w:type="spellStart"/>
            <w:r w:rsidRPr="00EA1591">
              <w:rPr>
                <w:szCs w:val="24"/>
              </w:rPr>
              <w:t>Концептуальные</w:t>
            </w:r>
            <w:proofErr w:type="spellEnd"/>
            <w:r w:rsidRPr="00EA1591">
              <w:rPr>
                <w:szCs w:val="24"/>
              </w:rPr>
              <w:t xml:space="preserve"> </w:t>
            </w:r>
            <w:proofErr w:type="spellStart"/>
            <w:r w:rsidRPr="00EA1591">
              <w:rPr>
                <w:szCs w:val="24"/>
              </w:rPr>
              <w:t>основы</w:t>
            </w:r>
            <w:proofErr w:type="spellEnd"/>
            <w:r w:rsidRPr="00EA1591">
              <w:rPr>
                <w:szCs w:val="24"/>
              </w:rPr>
              <w:t xml:space="preserve"> </w:t>
            </w:r>
            <w:proofErr w:type="spellStart"/>
            <w:r w:rsidRPr="00EA1591">
              <w:rPr>
                <w:szCs w:val="24"/>
              </w:rPr>
              <w:t>безопасности</w:t>
            </w:r>
            <w:proofErr w:type="spellEnd"/>
            <w:r w:rsidRPr="00EA1591">
              <w:rPr>
                <w:szCs w:val="24"/>
              </w:rPr>
              <w:t xml:space="preserve"> </w:t>
            </w:r>
            <w:proofErr w:type="spellStart"/>
            <w:r w:rsidRPr="00EA1591">
              <w:rPr>
                <w:szCs w:val="24"/>
              </w:rPr>
              <w:t>жизнедеятельности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widowControl w:val="0"/>
              <w:spacing w:line="240" w:lineRule="auto"/>
              <w:rPr>
                <w:szCs w:val="24"/>
              </w:rPr>
            </w:pPr>
            <w:proofErr w:type="spellStart"/>
            <w:r w:rsidRPr="00EA1591">
              <w:rPr>
                <w:szCs w:val="24"/>
              </w:rPr>
              <w:t>Основы</w:t>
            </w:r>
            <w:proofErr w:type="spellEnd"/>
            <w:r w:rsidRPr="00EA1591">
              <w:rPr>
                <w:szCs w:val="24"/>
              </w:rPr>
              <w:t xml:space="preserve"> </w:t>
            </w:r>
            <w:proofErr w:type="spellStart"/>
            <w:r w:rsidRPr="00EA1591">
              <w:rPr>
                <w:szCs w:val="24"/>
              </w:rPr>
              <w:t>безопасности</w:t>
            </w:r>
            <w:proofErr w:type="spellEnd"/>
            <w:r w:rsidRPr="00EA1591">
              <w:rPr>
                <w:szCs w:val="24"/>
              </w:rPr>
              <w:t xml:space="preserve"> и </w:t>
            </w:r>
            <w:proofErr w:type="spellStart"/>
            <w:r w:rsidRPr="00EA1591">
              <w:rPr>
                <w:szCs w:val="24"/>
              </w:rPr>
              <w:t>жизнедеятельности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r w:rsidRPr="00EA1591">
              <w:rPr>
                <w:i/>
                <w:szCs w:val="24"/>
              </w:rPr>
              <w:t>УК.8.1; УК.8.2.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Текущий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контроль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Вопросы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для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собеседования</w:t>
            </w:r>
            <w:proofErr w:type="spellEnd"/>
            <w:r w:rsidRPr="00EA1591">
              <w:rPr>
                <w:i/>
                <w:szCs w:val="24"/>
              </w:rPr>
              <w:t xml:space="preserve">, </w:t>
            </w:r>
            <w:proofErr w:type="spellStart"/>
            <w:r w:rsidRPr="00EA1591">
              <w:rPr>
                <w:i/>
                <w:szCs w:val="24"/>
              </w:rPr>
              <w:t>тест</w:t>
            </w:r>
            <w:proofErr w:type="spellEnd"/>
          </w:p>
        </w:tc>
      </w:tr>
      <w:tr w:rsidR="005A39C3" w:rsidTr="006B5F36">
        <w:trPr>
          <w:trHeight w:val="27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Промежуточная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аттестация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Вопросы</w:t>
            </w:r>
            <w:proofErr w:type="spellEnd"/>
            <w:r w:rsidRPr="00EA1591">
              <w:rPr>
                <w:i/>
                <w:szCs w:val="24"/>
              </w:rPr>
              <w:t xml:space="preserve"> к </w:t>
            </w:r>
            <w:proofErr w:type="spellStart"/>
            <w:r w:rsidRPr="00EA1591">
              <w:rPr>
                <w:i/>
                <w:szCs w:val="24"/>
              </w:rPr>
              <w:t>зачету</w:t>
            </w:r>
            <w:proofErr w:type="spellEnd"/>
          </w:p>
        </w:tc>
      </w:tr>
      <w:tr w:rsidR="005A39C3" w:rsidTr="006B5F36">
        <w:trPr>
          <w:trHeight w:val="276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Диагностическое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дисциплинарное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тестирование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Комплект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тестовых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заданий</w:t>
            </w:r>
            <w:proofErr w:type="spellEnd"/>
          </w:p>
        </w:tc>
      </w:tr>
      <w:tr w:rsidR="005A39C3" w:rsidTr="006B5F36">
        <w:trPr>
          <w:trHeight w:val="276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9C3" w:rsidRPr="005A39C3" w:rsidRDefault="005A39C3" w:rsidP="00913455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  <w:r w:rsidRPr="005A39C3">
              <w:rPr>
                <w:szCs w:val="24"/>
                <w:lang w:val="ru-RU"/>
              </w:rPr>
              <w:t xml:space="preserve">2. Опасные и </w:t>
            </w:r>
            <w:r w:rsidRPr="005A39C3">
              <w:rPr>
                <w:szCs w:val="24"/>
                <w:lang w:val="ru-RU"/>
              </w:rPr>
              <w:lastRenderedPageBreak/>
              <w:t>вредные факторы среды обитания и их воздействие на человека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9C3" w:rsidRPr="005A39C3" w:rsidRDefault="005A39C3" w:rsidP="00913455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  <w:r w:rsidRPr="005A39C3">
              <w:rPr>
                <w:szCs w:val="24"/>
                <w:lang w:val="ru-RU"/>
              </w:rPr>
              <w:lastRenderedPageBreak/>
              <w:t xml:space="preserve">Опасные и вредные </w:t>
            </w:r>
            <w:r w:rsidRPr="005A39C3">
              <w:rPr>
                <w:szCs w:val="24"/>
                <w:lang w:val="ru-RU"/>
              </w:rPr>
              <w:lastRenderedPageBreak/>
              <w:t>факторы в системе "человек - среда обитания"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r w:rsidRPr="00EA1591">
              <w:rPr>
                <w:i/>
                <w:szCs w:val="24"/>
              </w:rPr>
              <w:lastRenderedPageBreak/>
              <w:t>УК.8.1; УК.8.2.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Текущий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lastRenderedPageBreak/>
              <w:t>контроль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lastRenderedPageBreak/>
              <w:t>Вопросы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для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lastRenderedPageBreak/>
              <w:t>собеседования</w:t>
            </w:r>
            <w:proofErr w:type="spellEnd"/>
            <w:r w:rsidRPr="00EA1591">
              <w:rPr>
                <w:i/>
                <w:szCs w:val="24"/>
              </w:rPr>
              <w:t xml:space="preserve">, </w:t>
            </w:r>
            <w:proofErr w:type="spellStart"/>
            <w:r w:rsidRPr="00EA1591">
              <w:rPr>
                <w:i/>
                <w:szCs w:val="24"/>
              </w:rPr>
              <w:t>тест</w:t>
            </w:r>
            <w:proofErr w:type="spellEnd"/>
          </w:p>
        </w:tc>
      </w:tr>
      <w:tr w:rsidR="005A39C3" w:rsidTr="006B5F36">
        <w:trPr>
          <w:trHeight w:val="27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Промежуточная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аттестация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Вопросы</w:t>
            </w:r>
            <w:proofErr w:type="spellEnd"/>
            <w:r w:rsidRPr="00EA1591">
              <w:rPr>
                <w:i/>
                <w:szCs w:val="24"/>
              </w:rPr>
              <w:t xml:space="preserve"> к </w:t>
            </w:r>
            <w:proofErr w:type="spellStart"/>
            <w:r w:rsidRPr="00EA1591">
              <w:rPr>
                <w:i/>
                <w:szCs w:val="24"/>
              </w:rPr>
              <w:t>зачету</w:t>
            </w:r>
            <w:proofErr w:type="spellEnd"/>
          </w:p>
        </w:tc>
      </w:tr>
      <w:tr w:rsidR="005A39C3" w:rsidTr="006B5F36">
        <w:trPr>
          <w:trHeight w:val="276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Диагностическое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дисциплинарное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тестирование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Комплект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тестовых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заданий</w:t>
            </w:r>
            <w:proofErr w:type="spellEnd"/>
          </w:p>
        </w:tc>
      </w:tr>
      <w:tr w:rsidR="005A39C3" w:rsidTr="006B5F36">
        <w:trPr>
          <w:trHeight w:val="276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9C3" w:rsidRPr="005A39C3" w:rsidRDefault="005A39C3" w:rsidP="00913455">
            <w:pPr>
              <w:spacing w:line="240" w:lineRule="auto"/>
              <w:rPr>
                <w:rFonts w:eastAsia="Calibri"/>
                <w:bCs/>
                <w:iCs/>
                <w:szCs w:val="24"/>
                <w:lang w:val="ru-RU"/>
              </w:rPr>
            </w:pPr>
            <w:r w:rsidRPr="005A39C3">
              <w:rPr>
                <w:szCs w:val="24"/>
                <w:lang w:val="ru-RU"/>
              </w:rPr>
              <w:t>3. Основные формы деятельности человека и условия их эффективной реализации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9C3" w:rsidRPr="005A39C3" w:rsidRDefault="005A39C3" w:rsidP="00913455">
            <w:pPr>
              <w:widowControl w:val="0"/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5A39C3">
              <w:rPr>
                <w:szCs w:val="24"/>
                <w:lang w:val="ru-RU"/>
              </w:rPr>
              <w:t>Анатомо-физиологические механизмы обеспечения безопасности и защиты человека от негативных факторов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r w:rsidRPr="00EA1591">
              <w:rPr>
                <w:i/>
                <w:szCs w:val="24"/>
              </w:rPr>
              <w:t>УК.8.1; УК.8.2.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Текущий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контроль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Вопросы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для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собеседования</w:t>
            </w:r>
            <w:proofErr w:type="spellEnd"/>
            <w:r w:rsidRPr="00EA1591">
              <w:rPr>
                <w:i/>
                <w:szCs w:val="24"/>
              </w:rPr>
              <w:t xml:space="preserve">, </w:t>
            </w:r>
            <w:proofErr w:type="spellStart"/>
            <w:r w:rsidRPr="00EA1591">
              <w:rPr>
                <w:i/>
                <w:szCs w:val="24"/>
              </w:rPr>
              <w:t>тест</w:t>
            </w:r>
            <w:proofErr w:type="spellEnd"/>
          </w:p>
        </w:tc>
      </w:tr>
      <w:tr w:rsidR="005A39C3" w:rsidTr="006B5F36">
        <w:trPr>
          <w:trHeight w:val="27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Промежуточная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аттестация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Вопросы</w:t>
            </w:r>
            <w:proofErr w:type="spellEnd"/>
            <w:r w:rsidRPr="00EA1591">
              <w:rPr>
                <w:i/>
                <w:szCs w:val="24"/>
              </w:rPr>
              <w:t xml:space="preserve"> к </w:t>
            </w:r>
            <w:proofErr w:type="spellStart"/>
            <w:r w:rsidRPr="00EA1591">
              <w:rPr>
                <w:i/>
                <w:szCs w:val="24"/>
              </w:rPr>
              <w:t>зачету</w:t>
            </w:r>
            <w:proofErr w:type="spellEnd"/>
          </w:p>
        </w:tc>
      </w:tr>
      <w:tr w:rsidR="005A39C3" w:rsidTr="006B5F36">
        <w:trPr>
          <w:trHeight w:val="276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Диагностическое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дисциплинарное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тестирование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Комплект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тестовых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заданий</w:t>
            </w:r>
            <w:proofErr w:type="spellEnd"/>
          </w:p>
        </w:tc>
      </w:tr>
      <w:tr w:rsidR="005A39C3" w:rsidTr="006B5F36">
        <w:trPr>
          <w:trHeight w:val="37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 w:rsidRPr="00EA1591">
              <w:rPr>
                <w:rFonts w:eastAsia="Calibri"/>
                <w:bCs/>
                <w:iCs/>
                <w:szCs w:val="24"/>
              </w:rPr>
              <w:t>4.</w:t>
            </w:r>
            <w:r w:rsidRPr="00EA1591">
              <w:rPr>
                <w:szCs w:val="24"/>
              </w:rPr>
              <w:t xml:space="preserve"> </w:t>
            </w:r>
            <w:proofErr w:type="spellStart"/>
            <w:r w:rsidRPr="00EA1591">
              <w:rPr>
                <w:szCs w:val="24"/>
              </w:rPr>
              <w:t>Безопасность</w:t>
            </w:r>
            <w:proofErr w:type="spellEnd"/>
            <w:r w:rsidRPr="00EA1591">
              <w:rPr>
                <w:szCs w:val="24"/>
              </w:rPr>
              <w:t xml:space="preserve"> в ЧС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widowControl w:val="0"/>
              <w:spacing w:line="240" w:lineRule="auto"/>
              <w:rPr>
                <w:szCs w:val="24"/>
              </w:rPr>
            </w:pPr>
            <w:r w:rsidRPr="00EA1591">
              <w:rPr>
                <w:szCs w:val="24"/>
              </w:rPr>
              <w:t xml:space="preserve">ЧС </w:t>
            </w:r>
            <w:proofErr w:type="spellStart"/>
            <w:r w:rsidRPr="00EA1591">
              <w:rPr>
                <w:szCs w:val="24"/>
              </w:rPr>
              <w:t>как</w:t>
            </w:r>
            <w:proofErr w:type="spellEnd"/>
            <w:r w:rsidRPr="00EA1591">
              <w:rPr>
                <w:szCs w:val="24"/>
              </w:rPr>
              <w:t xml:space="preserve"> </w:t>
            </w:r>
            <w:proofErr w:type="spellStart"/>
            <w:r w:rsidRPr="00EA1591">
              <w:rPr>
                <w:szCs w:val="24"/>
              </w:rPr>
              <w:t>экстремальные</w:t>
            </w:r>
            <w:proofErr w:type="spellEnd"/>
            <w:r w:rsidRPr="00EA1591">
              <w:rPr>
                <w:szCs w:val="24"/>
              </w:rPr>
              <w:t xml:space="preserve"> </w:t>
            </w:r>
            <w:proofErr w:type="spellStart"/>
            <w:r w:rsidRPr="00EA1591">
              <w:rPr>
                <w:szCs w:val="24"/>
              </w:rPr>
              <w:t>условия</w:t>
            </w:r>
            <w:proofErr w:type="spellEnd"/>
            <w:r w:rsidRPr="00EA1591">
              <w:rPr>
                <w:szCs w:val="24"/>
              </w:rPr>
              <w:t xml:space="preserve"> </w:t>
            </w:r>
            <w:proofErr w:type="spellStart"/>
            <w:r w:rsidRPr="00EA1591">
              <w:rPr>
                <w:szCs w:val="24"/>
              </w:rPr>
              <w:t>жизнедеятельности</w:t>
            </w:r>
            <w:proofErr w:type="spellEnd"/>
          </w:p>
          <w:p w:rsidR="005A39C3" w:rsidRPr="00EA1591" w:rsidRDefault="005A39C3" w:rsidP="00913455">
            <w:pPr>
              <w:widowControl w:val="0"/>
              <w:spacing w:line="240" w:lineRule="auto"/>
              <w:rPr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r w:rsidRPr="00EA1591">
              <w:rPr>
                <w:i/>
                <w:szCs w:val="24"/>
              </w:rPr>
              <w:t>УК.8.1; УК.8.2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Текущий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контроль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Вопросы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для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собеседования</w:t>
            </w:r>
            <w:proofErr w:type="spellEnd"/>
            <w:r w:rsidRPr="00EA1591">
              <w:rPr>
                <w:i/>
                <w:szCs w:val="24"/>
              </w:rPr>
              <w:t xml:space="preserve">, </w:t>
            </w:r>
            <w:proofErr w:type="spellStart"/>
            <w:r w:rsidRPr="00EA1591">
              <w:rPr>
                <w:i/>
                <w:szCs w:val="24"/>
              </w:rPr>
              <w:t>тест</w:t>
            </w:r>
            <w:proofErr w:type="spellEnd"/>
          </w:p>
        </w:tc>
      </w:tr>
      <w:tr w:rsidR="005A39C3" w:rsidTr="006B5F36">
        <w:trPr>
          <w:trHeight w:val="369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39C3" w:rsidRPr="005A39C3" w:rsidRDefault="005A39C3" w:rsidP="00913455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5A39C3">
              <w:rPr>
                <w:szCs w:val="24"/>
                <w:lang w:val="ru-RU"/>
              </w:rPr>
              <w:t>Организация системы предупреждения и ликвидации ЧС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9C3" w:rsidRPr="005A39C3" w:rsidRDefault="005A39C3" w:rsidP="00913455">
            <w:pPr>
              <w:rPr>
                <w:i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Промежуточная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аттестация</w:t>
            </w:r>
            <w:proofErr w:type="spellEnd"/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Вопросы</w:t>
            </w:r>
            <w:proofErr w:type="spellEnd"/>
            <w:r w:rsidRPr="00EA1591">
              <w:rPr>
                <w:i/>
                <w:szCs w:val="24"/>
              </w:rPr>
              <w:t xml:space="preserve"> к </w:t>
            </w:r>
            <w:proofErr w:type="spellStart"/>
            <w:r w:rsidRPr="00EA1591">
              <w:rPr>
                <w:i/>
                <w:szCs w:val="24"/>
              </w:rPr>
              <w:t>зачету</w:t>
            </w:r>
            <w:proofErr w:type="spellEnd"/>
          </w:p>
        </w:tc>
      </w:tr>
      <w:tr w:rsidR="005A39C3" w:rsidTr="006B5F36">
        <w:trPr>
          <w:trHeight w:val="369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widowControl w:val="0"/>
              <w:spacing w:line="240" w:lineRule="auto"/>
              <w:rPr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Диагностическое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дисциплинарное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тестирование</w:t>
            </w:r>
            <w:proofErr w:type="spellEnd"/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Комплект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тестовых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заданий</w:t>
            </w:r>
            <w:proofErr w:type="spellEnd"/>
          </w:p>
        </w:tc>
      </w:tr>
      <w:tr w:rsidR="005A39C3" w:rsidTr="006B5F36">
        <w:trPr>
          <w:trHeight w:val="276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spacing w:line="240" w:lineRule="auto"/>
              <w:rPr>
                <w:rFonts w:eastAsia="Calibri"/>
                <w:bCs/>
                <w:iCs/>
                <w:szCs w:val="24"/>
              </w:rPr>
            </w:pPr>
            <w:r w:rsidRPr="00EA1591">
              <w:rPr>
                <w:rFonts w:eastAsia="Calibri"/>
                <w:bCs/>
                <w:iCs/>
                <w:szCs w:val="24"/>
              </w:rPr>
              <w:t>5.</w:t>
            </w:r>
            <w:r w:rsidRPr="00EA1591">
              <w:rPr>
                <w:szCs w:val="24"/>
              </w:rPr>
              <w:t xml:space="preserve"> </w:t>
            </w:r>
            <w:proofErr w:type="spellStart"/>
            <w:r w:rsidRPr="00EA1591">
              <w:rPr>
                <w:szCs w:val="24"/>
              </w:rPr>
              <w:t>Основы</w:t>
            </w:r>
            <w:proofErr w:type="spellEnd"/>
            <w:r w:rsidRPr="00EA1591">
              <w:rPr>
                <w:szCs w:val="24"/>
              </w:rPr>
              <w:t xml:space="preserve"> </w:t>
            </w:r>
            <w:proofErr w:type="spellStart"/>
            <w:r w:rsidRPr="00EA1591">
              <w:rPr>
                <w:szCs w:val="24"/>
              </w:rPr>
              <w:t>военной</w:t>
            </w:r>
            <w:proofErr w:type="spellEnd"/>
            <w:r w:rsidRPr="00EA1591">
              <w:rPr>
                <w:szCs w:val="24"/>
              </w:rPr>
              <w:t xml:space="preserve"> </w:t>
            </w:r>
            <w:proofErr w:type="spellStart"/>
            <w:r w:rsidRPr="00EA1591">
              <w:rPr>
                <w:szCs w:val="24"/>
              </w:rPr>
              <w:t>подготовки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5A39C3" w:rsidRDefault="005A39C3" w:rsidP="00913455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  <w:r w:rsidRPr="005A39C3">
              <w:rPr>
                <w:szCs w:val="24"/>
                <w:lang w:val="ru-RU"/>
              </w:rPr>
              <w:t>Военная доктрина РФ. Законодательство РФ о прохождении военной службы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r w:rsidRPr="00EA1591">
              <w:rPr>
                <w:i/>
                <w:szCs w:val="24"/>
              </w:rPr>
              <w:t xml:space="preserve">УК.8.1; </w:t>
            </w:r>
          </w:p>
          <w:p w:rsidR="005A39C3" w:rsidRPr="00EA1591" w:rsidRDefault="005A39C3" w:rsidP="00913455">
            <w:pPr>
              <w:rPr>
                <w:i/>
                <w:szCs w:val="24"/>
              </w:rPr>
            </w:pPr>
            <w:r w:rsidRPr="00EA1591">
              <w:rPr>
                <w:i/>
                <w:szCs w:val="24"/>
              </w:rPr>
              <w:t>УК.8.2;</w:t>
            </w:r>
          </w:p>
          <w:p w:rsidR="005A39C3" w:rsidRPr="00EA1591" w:rsidRDefault="005A39C3" w:rsidP="00913455">
            <w:pPr>
              <w:rPr>
                <w:i/>
                <w:szCs w:val="24"/>
              </w:rPr>
            </w:pPr>
            <w:r w:rsidRPr="00EA1591">
              <w:rPr>
                <w:i/>
                <w:szCs w:val="24"/>
              </w:rPr>
              <w:t>УК 8.3.</w:t>
            </w:r>
          </w:p>
          <w:p w:rsidR="005A39C3" w:rsidRPr="00EA1591" w:rsidRDefault="005A39C3" w:rsidP="00913455">
            <w:pPr>
              <w:rPr>
                <w:i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Текущий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контроль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Вопросы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для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собеседования</w:t>
            </w:r>
            <w:proofErr w:type="spellEnd"/>
            <w:r w:rsidRPr="00EA1591">
              <w:rPr>
                <w:i/>
                <w:szCs w:val="24"/>
              </w:rPr>
              <w:t xml:space="preserve">, </w:t>
            </w:r>
            <w:proofErr w:type="spellStart"/>
            <w:r w:rsidRPr="00EA1591">
              <w:rPr>
                <w:i/>
                <w:szCs w:val="24"/>
              </w:rPr>
              <w:t>тест</w:t>
            </w:r>
            <w:proofErr w:type="spellEnd"/>
          </w:p>
        </w:tc>
      </w:tr>
      <w:tr w:rsidR="005A39C3" w:rsidTr="006B5F36">
        <w:trPr>
          <w:trHeight w:val="276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5A39C3" w:rsidRDefault="005A39C3" w:rsidP="00913455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  <w:r w:rsidRPr="005A39C3">
              <w:rPr>
                <w:szCs w:val="24"/>
                <w:lang w:val="ru-RU"/>
              </w:rPr>
              <w:t>Воинская обязанность. Особенности военной службы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39C3" w:rsidRPr="005A39C3" w:rsidRDefault="005A39C3" w:rsidP="00913455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Промежуточная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аттестация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Вопросы</w:t>
            </w:r>
            <w:proofErr w:type="spellEnd"/>
            <w:r w:rsidRPr="00EA1591">
              <w:rPr>
                <w:i/>
                <w:szCs w:val="24"/>
              </w:rPr>
              <w:t xml:space="preserve"> к </w:t>
            </w:r>
            <w:proofErr w:type="spellStart"/>
            <w:r w:rsidRPr="00EA1591">
              <w:rPr>
                <w:i/>
                <w:szCs w:val="24"/>
              </w:rPr>
              <w:t>зачету</w:t>
            </w:r>
            <w:proofErr w:type="spellEnd"/>
          </w:p>
        </w:tc>
      </w:tr>
      <w:tr w:rsidR="005A39C3" w:rsidTr="006B5F36">
        <w:trPr>
          <w:trHeight w:val="276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5A39C3" w:rsidRDefault="005A39C3" w:rsidP="00913455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  <w:r w:rsidRPr="005A39C3">
              <w:rPr>
                <w:szCs w:val="24"/>
                <w:lang w:val="ru-RU"/>
              </w:rPr>
              <w:t>Вооруженные силы РФ, их состав и задачи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5A39C3" w:rsidRDefault="005A39C3" w:rsidP="00913455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t>Диагностическое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дисциплинарное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lastRenderedPageBreak/>
              <w:t>тестирование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EA1591" w:rsidRDefault="005A39C3" w:rsidP="00913455">
            <w:pPr>
              <w:rPr>
                <w:i/>
                <w:szCs w:val="24"/>
              </w:rPr>
            </w:pPr>
            <w:proofErr w:type="spellStart"/>
            <w:r w:rsidRPr="00EA1591">
              <w:rPr>
                <w:i/>
                <w:szCs w:val="24"/>
              </w:rPr>
              <w:lastRenderedPageBreak/>
              <w:t>Комплект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тестовых</w:t>
            </w:r>
            <w:proofErr w:type="spellEnd"/>
            <w:r w:rsidRPr="00EA1591">
              <w:rPr>
                <w:i/>
                <w:szCs w:val="24"/>
              </w:rPr>
              <w:t xml:space="preserve"> </w:t>
            </w:r>
            <w:proofErr w:type="spellStart"/>
            <w:r w:rsidRPr="00EA1591">
              <w:rPr>
                <w:i/>
                <w:szCs w:val="24"/>
              </w:rPr>
              <w:t>заданий</w:t>
            </w:r>
            <w:proofErr w:type="spellEnd"/>
          </w:p>
        </w:tc>
      </w:tr>
    </w:tbl>
    <w:p w:rsidR="005A39C3" w:rsidRDefault="005A39C3" w:rsidP="005A39C3">
      <w:pPr>
        <w:jc w:val="center"/>
        <w:rPr>
          <w:b/>
        </w:rPr>
      </w:pPr>
    </w:p>
    <w:p w:rsidR="005A39C3" w:rsidRPr="005A39C3" w:rsidRDefault="005A39C3" w:rsidP="005A39C3">
      <w:pPr>
        <w:jc w:val="center"/>
        <w:rPr>
          <w:b/>
          <w:lang w:val="ru-RU"/>
        </w:rPr>
      </w:pPr>
      <w:r w:rsidRPr="005A39C3">
        <w:rPr>
          <w:b/>
          <w:lang w:val="ru-RU"/>
        </w:rPr>
        <w:t>Перечень и краткая характеристика оценочных средств по дисциплине</w:t>
      </w:r>
    </w:p>
    <w:p w:rsidR="005A39C3" w:rsidRPr="00093F28" w:rsidRDefault="005A39C3" w:rsidP="005A39C3">
      <w:pPr>
        <w:jc w:val="center"/>
        <w:rPr>
          <w:b/>
          <w:u w:val="single"/>
        </w:rPr>
      </w:pPr>
      <w:proofErr w:type="spellStart"/>
      <w:r>
        <w:rPr>
          <w:b/>
          <w:u w:val="single"/>
        </w:rPr>
        <w:t>Безопасность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жизнедеятельности</w:t>
      </w:r>
      <w:proofErr w:type="spellEnd"/>
    </w:p>
    <w:p w:rsidR="005A39C3" w:rsidRPr="008D1837" w:rsidRDefault="005A39C3" w:rsidP="005A39C3"/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15"/>
        <w:gridCol w:w="4395"/>
        <w:gridCol w:w="2850"/>
      </w:tblGrid>
      <w:tr w:rsidR="005A39C3" w:rsidRPr="00781B49" w:rsidTr="00913455">
        <w:tc>
          <w:tcPr>
            <w:tcW w:w="540" w:type="dxa"/>
            <w:vAlign w:val="center"/>
          </w:tcPr>
          <w:p w:rsidR="005A39C3" w:rsidRPr="00FF077F" w:rsidRDefault="005A39C3" w:rsidP="00913455">
            <w:pPr>
              <w:spacing w:line="240" w:lineRule="auto"/>
              <w:jc w:val="center"/>
              <w:rPr>
                <w:b/>
              </w:rPr>
            </w:pPr>
            <w:r w:rsidRPr="00FF077F">
              <w:rPr>
                <w:b/>
                <w:sz w:val="22"/>
              </w:rPr>
              <w:t>№</w:t>
            </w:r>
          </w:p>
          <w:p w:rsidR="005A39C3" w:rsidRPr="00FF077F" w:rsidRDefault="005A39C3" w:rsidP="00913455">
            <w:pPr>
              <w:spacing w:line="240" w:lineRule="auto"/>
              <w:jc w:val="center"/>
              <w:rPr>
                <w:b/>
              </w:rPr>
            </w:pPr>
            <w:r w:rsidRPr="00FF077F">
              <w:rPr>
                <w:b/>
                <w:sz w:val="22"/>
              </w:rPr>
              <w:t>п/п</w:t>
            </w:r>
          </w:p>
        </w:tc>
        <w:tc>
          <w:tcPr>
            <w:tcW w:w="2115" w:type="dxa"/>
            <w:vAlign w:val="center"/>
          </w:tcPr>
          <w:p w:rsidR="005A39C3" w:rsidRPr="005A39C3" w:rsidRDefault="005A39C3" w:rsidP="00913455">
            <w:pPr>
              <w:spacing w:line="240" w:lineRule="auto"/>
              <w:jc w:val="center"/>
              <w:rPr>
                <w:b/>
                <w:lang w:val="ru-RU"/>
              </w:rPr>
            </w:pPr>
            <w:r w:rsidRPr="005A39C3">
              <w:rPr>
                <w:b/>
                <w:sz w:val="22"/>
                <w:lang w:val="ru-RU"/>
              </w:rPr>
              <w:t xml:space="preserve">Наименование оценочного средства </w:t>
            </w:r>
            <w:r w:rsidRPr="005A39C3">
              <w:rPr>
                <w:sz w:val="22"/>
                <w:lang w:val="ru-RU"/>
              </w:rPr>
              <w:t>(процесс/конечный продукт)</w:t>
            </w:r>
          </w:p>
        </w:tc>
        <w:tc>
          <w:tcPr>
            <w:tcW w:w="4395" w:type="dxa"/>
            <w:vAlign w:val="center"/>
          </w:tcPr>
          <w:p w:rsidR="005A39C3" w:rsidRPr="00FF077F" w:rsidRDefault="005A39C3" w:rsidP="00913455">
            <w:pPr>
              <w:spacing w:line="240" w:lineRule="auto"/>
              <w:jc w:val="center"/>
              <w:rPr>
                <w:b/>
              </w:rPr>
            </w:pPr>
            <w:proofErr w:type="spellStart"/>
            <w:r w:rsidRPr="00FF077F">
              <w:rPr>
                <w:b/>
                <w:sz w:val="22"/>
              </w:rPr>
              <w:t>Краткая</w:t>
            </w:r>
            <w:proofErr w:type="spellEnd"/>
            <w:r w:rsidRPr="00FF077F">
              <w:rPr>
                <w:b/>
                <w:sz w:val="22"/>
              </w:rPr>
              <w:t xml:space="preserve"> </w:t>
            </w:r>
            <w:proofErr w:type="spellStart"/>
            <w:r w:rsidRPr="00FF077F">
              <w:rPr>
                <w:b/>
                <w:sz w:val="22"/>
              </w:rPr>
              <w:t>характеристика</w:t>
            </w:r>
            <w:proofErr w:type="spellEnd"/>
            <w:r w:rsidRPr="00FF077F">
              <w:rPr>
                <w:b/>
                <w:sz w:val="22"/>
              </w:rPr>
              <w:t xml:space="preserve"> </w:t>
            </w:r>
            <w:proofErr w:type="spellStart"/>
            <w:r w:rsidRPr="00FF077F">
              <w:rPr>
                <w:b/>
                <w:sz w:val="22"/>
              </w:rPr>
              <w:t>оценочного</w:t>
            </w:r>
            <w:proofErr w:type="spellEnd"/>
            <w:r w:rsidRPr="00FF077F">
              <w:rPr>
                <w:b/>
                <w:sz w:val="22"/>
              </w:rPr>
              <w:t xml:space="preserve"> </w:t>
            </w:r>
            <w:proofErr w:type="spellStart"/>
            <w:r w:rsidRPr="00FF077F">
              <w:rPr>
                <w:b/>
                <w:sz w:val="22"/>
              </w:rPr>
              <w:t>средства</w:t>
            </w:r>
            <w:proofErr w:type="spellEnd"/>
          </w:p>
        </w:tc>
        <w:tc>
          <w:tcPr>
            <w:tcW w:w="2850" w:type="dxa"/>
            <w:vAlign w:val="center"/>
          </w:tcPr>
          <w:p w:rsidR="005A39C3" w:rsidRPr="005A39C3" w:rsidRDefault="005A39C3" w:rsidP="00913455">
            <w:pPr>
              <w:spacing w:line="240" w:lineRule="auto"/>
              <w:jc w:val="center"/>
              <w:rPr>
                <w:b/>
                <w:lang w:val="ru-RU"/>
              </w:rPr>
            </w:pPr>
            <w:r w:rsidRPr="005A39C3">
              <w:rPr>
                <w:b/>
                <w:sz w:val="22"/>
                <w:lang w:val="ru-RU"/>
              </w:rPr>
              <w:t>Представление оценочного средства в фонде</w:t>
            </w:r>
          </w:p>
        </w:tc>
      </w:tr>
      <w:tr w:rsidR="005A39C3" w:rsidRPr="005F5C0E" w:rsidTr="00913455">
        <w:tc>
          <w:tcPr>
            <w:tcW w:w="540" w:type="dxa"/>
          </w:tcPr>
          <w:p w:rsidR="005A39C3" w:rsidRPr="005F5C0E" w:rsidRDefault="005A39C3" w:rsidP="00913455">
            <w:pPr>
              <w:spacing w:line="240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</w:p>
        </w:tc>
        <w:tc>
          <w:tcPr>
            <w:tcW w:w="2115" w:type="dxa"/>
          </w:tcPr>
          <w:p w:rsidR="005A39C3" w:rsidRPr="005F5C0E" w:rsidRDefault="005A39C3" w:rsidP="00913455">
            <w:pPr>
              <w:spacing w:line="240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</w:t>
            </w:r>
          </w:p>
        </w:tc>
        <w:tc>
          <w:tcPr>
            <w:tcW w:w="4395" w:type="dxa"/>
          </w:tcPr>
          <w:p w:rsidR="005A39C3" w:rsidRPr="005F5C0E" w:rsidRDefault="005A39C3" w:rsidP="00913455">
            <w:pPr>
              <w:spacing w:line="240" w:lineRule="auto"/>
              <w:ind w:firstLine="2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</w:t>
            </w:r>
          </w:p>
        </w:tc>
        <w:tc>
          <w:tcPr>
            <w:tcW w:w="2850" w:type="dxa"/>
          </w:tcPr>
          <w:p w:rsidR="005A39C3" w:rsidRPr="005F5C0E" w:rsidRDefault="005A39C3" w:rsidP="00913455">
            <w:pPr>
              <w:spacing w:line="240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</w:t>
            </w:r>
          </w:p>
        </w:tc>
      </w:tr>
      <w:tr w:rsidR="005A39C3" w:rsidRPr="00781B49" w:rsidTr="00913455">
        <w:tc>
          <w:tcPr>
            <w:tcW w:w="540" w:type="dxa"/>
          </w:tcPr>
          <w:p w:rsidR="005A39C3" w:rsidRPr="00FF077F" w:rsidRDefault="005A39C3" w:rsidP="005A39C3">
            <w:pPr>
              <w:numPr>
                <w:ilvl w:val="0"/>
                <w:numId w:val="11"/>
              </w:numPr>
              <w:spacing w:line="240" w:lineRule="auto"/>
              <w:ind w:left="0"/>
              <w:jc w:val="both"/>
            </w:pPr>
          </w:p>
        </w:tc>
        <w:tc>
          <w:tcPr>
            <w:tcW w:w="2115" w:type="dxa"/>
          </w:tcPr>
          <w:p w:rsidR="005A39C3" w:rsidRPr="00FF077F" w:rsidRDefault="005A39C3" w:rsidP="00913455">
            <w:pPr>
              <w:spacing w:line="240" w:lineRule="auto"/>
            </w:pPr>
            <w:proofErr w:type="spellStart"/>
            <w:r w:rsidRPr="00FF077F">
              <w:rPr>
                <w:sz w:val="22"/>
              </w:rPr>
              <w:t>Собеседование</w:t>
            </w:r>
            <w:proofErr w:type="spellEnd"/>
          </w:p>
        </w:tc>
        <w:tc>
          <w:tcPr>
            <w:tcW w:w="4395" w:type="dxa"/>
          </w:tcPr>
          <w:p w:rsidR="005A39C3" w:rsidRPr="005A39C3" w:rsidRDefault="005A39C3" w:rsidP="00913455">
            <w:pPr>
              <w:spacing w:line="240" w:lineRule="auto"/>
              <w:rPr>
                <w:lang w:val="ru-RU"/>
              </w:rPr>
            </w:pPr>
            <w:r w:rsidRPr="005A39C3">
              <w:rPr>
                <w:sz w:val="22"/>
                <w:lang w:val="ru-RU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850" w:type="dxa"/>
          </w:tcPr>
          <w:p w:rsidR="005A39C3" w:rsidRPr="005A39C3" w:rsidRDefault="005A39C3" w:rsidP="00913455">
            <w:pPr>
              <w:spacing w:line="240" w:lineRule="auto"/>
              <w:rPr>
                <w:lang w:val="ru-RU"/>
              </w:rPr>
            </w:pPr>
            <w:r w:rsidRPr="005A39C3">
              <w:rPr>
                <w:sz w:val="22"/>
                <w:lang w:val="ru-RU"/>
              </w:rPr>
              <w:t xml:space="preserve">Вопросы по темам/разделам дисциплины </w:t>
            </w:r>
          </w:p>
        </w:tc>
      </w:tr>
      <w:tr w:rsidR="005A39C3" w:rsidRPr="00FF077F" w:rsidTr="00913455">
        <w:tc>
          <w:tcPr>
            <w:tcW w:w="540" w:type="dxa"/>
          </w:tcPr>
          <w:p w:rsidR="005A39C3" w:rsidRPr="005A39C3" w:rsidRDefault="005A39C3" w:rsidP="005A39C3">
            <w:pPr>
              <w:numPr>
                <w:ilvl w:val="0"/>
                <w:numId w:val="11"/>
              </w:numPr>
              <w:spacing w:line="240" w:lineRule="auto"/>
              <w:ind w:left="0"/>
              <w:jc w:val="both"/>
              <w:rPr>
                <w:lang w:val="ru-RU"/>
              </w:rPr>
            </w:pPr>
          </w:p>
        </w:tc>
        <w:tc>
          <w:tcPr>
            <w:tcW w:w="2115" w:type="dxa"/>
          </w:tcPr>
          <w:p w:rsidR="005A39C3" w:rsidRPr="00FF077F" w:rsidRDefault="005A39C3" w:rsidP="00913455">
            <w:pPr>
              <w:spacing w:line="240" w:lineRule="auto"/>
            </w:pPr>
            <w:proofErr w:type="spellStart"/>
            <w:r w:rsidRPr="00FF077F">
              <w:rPr>
                <w:sz w:val="22"/>
              </w:rPr>
              <w:t>Тест</w:t>
            </w:r>
            <w:proofErr w:type="spellEnd"/>
          </w:p>
        </w:tc>
        <w:tc>
          <w:tcPr>
            <w:tcW w:w="4395" w:type="dxa"/>
          </w:tcPr>
          <w:p w:rsidR="005A39C3" w:rsidRPr="005A39C3" w:rsidRDefault="005A39C3" w:rsidP="00913455">
            <w:pPr>
              <w:spacing w:line="240" w:lineRule="auto"/>
              <w:rPr>
                <w:lang w:val="ru-RU"/>
              </w:rPr>
            </w:pPr>
            <w:r w:rsidRPr="005A39C3">
              <w:rPr>
                <w:sz w:val="22"/>
                <w:lang w:val="ru-RU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850" w:type="dxa"/>
          </w:tcPr>
          <w:p w:rsidR="005A39C3" w:rsidRPr="00FF077F" w:rsidRDefault="005A39C3" w:rsidP="00913455">
            <w:pPr>
              <w:spacing w:line="240" w:lineRule="auto"/>
            </w:pPr>
            <w:proofErr w:type="spellStart"/>
            <w:r w:rsidRPr="00EC0BEC">
              <w:rPr>
                <w:sz w:val="22"/>
              </w:rPr>
              <w:t>База</w:t>
            </w:r>
            <w:proofErr w:type="spellEnd"/>
            <w:r w:rsidRPr="00FF077F">
              <w:rPr>
                <w:sz w:val="22"/>
              </w:rPr>
              <w:t xml:space="preserve"> </w:t>
            </w:r>
            <w:proofErr w:type="spellStart"/>
            <w:r w:rsidRPr="00FF077F">
              <w:rPr>
                <w:sz w:val="22"/>
              </w:rPr>
              <w:t>тестовых</w:t>
            </w:r>
            <w:proofErr w:type="spellEnd"/>
            <w:r w:rsidRPr="00FF077F">
              <w:rPr>
                <w:sz w:val="22"/>
              </w:rPr>
              <w:t xml:space="preserve"> </w:t>
            </w:r>
            <w:proofErr w:type="spellStart"/>
            <w:r w:rsidRPr="00FF077F">
              <w:rPr>
                <w:sz w:val="22"/>
              </w:rPr>
              <w:t>заданий</w:t>
            </w:r>
            <w:proofErr w:type="spellEnd"/>
          </w:p>
        </w:tc>
      </w:tr>
      <w:tr w:rsidR="005A39C3" w:rsidRPr="00FF077F" w:rsidTr="00913455">
        <w:tc>
          <w:tcPr>
            <w:tcW w:w="540" w:type="dxa"/>
          </w:tcPr>
          <w:p w:rsidR="005A39C3" w:rsidRPr="00FF077F" w:rsidRDefault="005A39C3" w:rsidP="005A39C3">
            <w:pPr>
              <w:numPr>
                <w:ilvl w:val="0"/>
                <w:numId w:val="11"/>
              </w:numPr>
              <w:spacing w:line="240" w:lineRule="auto"/>
              <w:ind w:left="0"/>
              <w:jc w:val="both"/>
            </w:pPr>
          </w:p>
        </w:tc>
        <w:tc>
          <w:tcPr>
            <w:tcW w:w="2115" w:type="dxa"/>
          </w:tcPr>
          <w:p w:rsidR="005A39C3" w:rsidRPr="005A39C3" w:rsidRDefault="005A39C3" w:rsidP="00913455">
            <w:pPr>
              <w:spacing w:line="240" w:lineRule="auto"/>
              <w:rPr>
                <w:lang w:val="ru-RU"/>
              </w:rPr>
            </w:pPr>
            <w:r w:rsidRPr="005A39C3">
              <w:rPr>
                <w:sz w:val="22"/>
                <w:lang w:val="ru-RU"/>
              </w:rPr>
              <w:t>Задания для диагностического дисциплинарного тестирования</w:t>
            </w:r>
          </w:p>
        </w:tc>
        <w:tc>
          <w:tcPr>
            <w:tcW w:w="4395" w:type="dxa"/>
          </w:tcPr>
          <w:p w:rsidR="005A39C3" w:rsidRPr="005A39C3" w:rsidRDefault="005A39C3" w:rsidP="00913455">
            <w:pPr>
              <w:spacing w:line="240" w:lineRule="auto"/>
              <w:rPr>
                <w:lang w:val="ru-RU"/>
              </w:rPr>
            </w:pPr>
            <w:r w:rsidRPr="005A39C3">
              <w:rPr>
                <w:sz w:val="22"/>
                <w:lang w:val="ru-RU"/>
              </w:rPr>
              <w:t>Задания для проверки уровня освоения компетенций обучающегося</w:t>
            </w:r>
          </w:p>
        </w:tc>
        <w:tc>
          <w:tcPr>
            <w:tcW w:w="2850" w:type="dxa"/>
          </w:tcPr>
          <w:p w:rsidR="005A39C3" w:rsidRDefault="005A39C3" w:rsidP="00913455">
            <w:pPr>
              <w:spacing w:line="240" w:lineRule="auto"/>
            </w:pPr>
            <w:proofErr w:type="spellStart"/>
            <w:r>
              <w:rPr>
                <w:sz w:val="22"/>
              </w:rPr>
              <w:t>Комплект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тестовых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заданий</w:t>
            </w:r>
            <w:proofErr w:type="spellEnd"/>
          </w:p>
        </w:tc>
      </w:tr>
    </w:tbl>
    <w:p w:rsidR="005A39C3" w:rsidRDefault="005A39C3" w:rsidP="005A39C3">
      <w:pPr>
        <w:jc w:val="center"/>
        <w:rPr>
          <w:b/>
        </w:rPr>
      </w:pPr>
    </w:p>
    <w:p w:rsidR="005A39C3" w:rsidRDefault="005A39C3" w:rsidP="005A39C3">
      <w:pPr>
        <w:jc w:val="center"/>
        <w:rPr>
          <w:b/>
        </w:rPr>
      </w:pPr>
    </w:p>
    <w:p w:rsidR="005A39C3" w:rsidRPr="005A39C3" w:rsidRDefault="005A39C3" w:rsidP="005A39C3">
      <w:pPr>
        <w:jc w:val="center"/>
        <w:rPr>
          <w:b/>
          <w:lang w:val="ru-RU"/>
        </w:rPr>
      </w:pPr>
      <w:r w:rsidRPr="005A39C3">
        <w:rPr>
          <w:b/>
          <w:lang w:val="ru-RU"/>
        </w:rPr>
        <w:t>Комплект оценочных средств для текущего контроля</w:t>
      </w:r>
    </w:p>
    <w:p w:rsidR="005A39C3" w:rsidRPr="005A39C3" w:rsidRDefault="005A39C3" w:rsidP="005A39C3">
      <w:pPr>
        <w:jc w:val="center"/>
        <w:rPr>
          <w:b/>
          <w:bCs/>
          <w:color w:val="000000"/>
          <w:szCs w:val="24"/>
          <w:lang w:val="ru-RU"/>
        </w:rPr>
      </w:pPr>
    </w:p>
    <w:p w:rsidR="005A39C3" w:rsidRPr="00832D6B" w:rsidRDefault="005A39C3" w:rsidP="005A39C3">
      <w:pPr>
        <w:tabs>
          <w:tab w:val="left" w:pos="2295"/>
        </w:tabs>
        <w:jc w:val="center"/>
        <w:rPr>
          <w:b/>
          <w:szCs w:val="24"/>
          <w:vertAlign w:val="superscript"/>
        </w:rPr>
      </w:pPr>
      <w:proofErr w:type="spellStart"/>
      <w:r w:rsidRPr="00832D6B">
        <w:rPr>
          <w:b/>
          <w:szCs w:val="24"/>
        </w:rPr>
        <w:t>Фонд</w:t>
      </w:r>
      <w:proofErr w:type="spellEnd"/>
      <w:r w:rsidRPr="00832D6B">
        <w:rPr>
          <w:b/>
          <w:szCs w:val="24"/>
        </w:rPr>
        <w:t xml:space="preserve"> </w:t>
      </w:r>
      <w:proofErr w:type="spellStart"/>
      <w:r w:rsidRPr="00832D6B">
        <w:rPr>
          <w:b/>
          <w:szCs w:val="24"/>
        </w:rPr>
        <w:t>тестовых</w:t>
      </w:r>
      <w:proofErr w:type="spellEnd"/>
      <w:r w:rsidRPr="00832D6B">
        <w:rPr>
          <w:b/>
          <w:szCs w:val="24"/>
        </w:rPr>
        <w:t xml:space="preserve"> </w:t>
      </w:r>
      <w:proofErr w:type="spellStart"/>
      <w:r w:rsidRPr="00832D6B">
        <w:rPr>
          <w:b/>
          <w:szCs w:val="24"/>
        </w:rPr>
        <w:t>заданий</w:t>
      </w:r>
      <w:proofErr w:type="spellEnd"/>
      <w:r w:rsidRPr="00832D6B">
        <w:rPr>
          <w:b/>
          <w:szCs w:val="24"/>
        </w:rPr>
        <w:t xml:space="preserve"> </w:t>
      </w:r>
      <w:r w:rsidRPr="00832D6B">
        <w:rPr>
          <w:b/>
          <w:szCs w:val="24"/>
        </w:rPr>
        <w:tab/>
      </w:r>
      <w:proofErr w:type="spellStart"/>
      <w:r w:rsidRPr="00832D6B">
        <w:rPr>
          <w:b/>
          <w:szCs w:val="24"/>
        </w:rPr>
        <w:t>по</w:t>
      </w:r>
      <w:proofErr w:type="spellEnd"/>
      <w:r w:rsidRPr="00832D6B">
        <w:rPr>
          <w:b/>
          <w:szCs w:val="24"/>
        </w:rPr>
        <w:t xml:space="preserve"> </w:t>
      </w:r>
      <w:proofErr w:type="spellStart"/>
      <w:r w:rsidRPr="00832D6B">
        <w:rPr>
          <w:b/>
          <w:szCs w:val="24"/>
        </w:rPr>
        <w:t>дисциплине</w:t>
      </w:r>
      <w:proofErr w:type="spellEnd"/>
      <w:r w:rsidRPr="00832D6B">
        <w:rPr>
          <w:b/>
          <w:i/>
          <w:szCs w:val="24"/>
        </w:rPr>
        <w:t xml:space="preserve"> </w:t>
      </w:r>
      <w:r w:rsidRPr="00832D6B">
        <w:rPr>
          <w:b/>
          <w:szCs w:val="24"/>
          <w:vertAlign w:val="superscript"/>
        </w:rPr>
        <w:t xml:space="preserve"> </w:t>
      </w:r>
    </w:p>
    <w:tbl>
      <w:tblPr>
        <w:tblStyle w:val="aff0"/>
        <w:tblW w:w="9885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2938"/>
        <w:gridCol w:w="1238"/>
        <w:gridCol w:w="5709"/>
      </w:tblGrid>
      <w:tr w:rsidR="005A39C3" w:rsidTr="00913455">
        <w:tc>
          <w:tcPr>
            <w:tcW w:w="2938" w:type="dxa"/>
            <w:vAlign w:val="center"/>
          </w:tcPr>
          <w:p w:rsidR="005A39C3" w:rsidRDefault="005A39C3" w:rsidP="00913455">
            <w:pPr>
              <w:spacing w:line="240" w:lineRule="auto"/>
              <w:jc w:val="center"/>
              <w:rPr>
                <w:b/>
                <w:bCs/>
                <w:szCs w:val="24"/>
              </w:rPr>
            </w:pPr>
            <w:proofErr w:type="spellStart"/>
            <w:r w:rsidRPr="003C0A01">
              <w:rPr>
                <w:b/>
                <w:bCs/>
                <w:szCs w:val="24"/>
              </w:rPr>
              <w:t>Наименование</w:t>
            </w:r>
            <w:proofErr w:type="spellEnd"/>
            <w:r>
              <w:rPr>
                <w:b/>
                <w:bCs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Cs w:val="24"/>
              </w:rPr>
              <w:t>темы</w:t>
            </w:r>
            <w:proofErr w:type="spellEnd"/>
          </w:p>
          <w:p w:rsidR="005A39C3" w:rsidRPr="000618BB" w:rsidRDefault="005A39C3" w:rsidP="00913455">
            <w:pPr>
              <w:spacing w:line="240" w:lineRule="auto"/>
              <w:jc w:val="center"/>
              <w:rPr>
                <w:i/>
                <w:sz w:val="20"/>
              </w:rPr>
            </w:pPr>
            <w:r>
              <w:rPr>
                <w:bCs/>
                <w:i/>
                <w:sz w:val="20"/>
              </w:rPr>
              <w:t>(</w:t>
            </w:r>
            <w:proofErr w:type="spellStart"/>
            <w:r>
              <w:rPr>
                <w:bCs/>
                <w:i/>
                <w:sz w:val="20"/>
              </w:rPr>
              <w:t>согласно</w:t>
            </w:r>
            <w:proofErr w:type="spellEnd"/>
            <w:r>
              <w:rPr>
                <w:bCs/>
                <w:i/>
                <w:sz w:val="20"/>
              </w:rPr>
              <w:t xml:space="preserve"> РПД)</w:t>
            </w:r>
          </w:p>
        </w:tc>
        <w:tc>
          <w:tcPr>
            <w:tcW w:w="1238" w:type="dxa"/>
            <w:vAlign w:val="center"/>
          </w:tcPr>
          <w:p w:rsidR="005A39C3" w:rsidRPr="00375F18" w:rsidRDefault="005A39C3" w:rsidP="00913455">
            <w:pPr>
              <w:spacing w:line="240" w:lineRule="auto"/>
              <w:jc w:val="center"/>
              <w:rPr>
                <w:b/>
                <w:bCs/>
                <w:sz w:val="20"/>
              </w:rPr>
            </w:pPr>
            <w:r w:rsidRPr="00375F18">
              <w:rPr>
                <w:b/>
                <w:bCs/>
                <w:sz w:val="20"/>
              </w:rPr>
              <w:t>N</w:t>
            </w:r>
          </w:p>
          <w:p w:rsidR="005A39C3" w:rsidRPr="00375F18" w:rsidRDefault="005A39C3" w:rsidP="00913455">
            <w:pPr>
              <w:spacing w:line="240" w:lineRule="auto"/>
              <w:jc w:val="center"/>
              <w:rPr>
                <w:sz w:val="20"/>
              </w:rPr>
            </w:pPr>
            <w:proofErr w:type="spellStart"/>
            <w:r w:rsidRPr="00375F18">
              <w:rPr>
                <w:b/>
                <w:bCs/>
                <w:sz w:val="20"/>
              </w:rPr>
              <w:t>Задания</w:t>
            </w:r>
            <w:proofErr w:type="spellEnd"/>
          </w:p>
        </w:tc>
        <w:tc>
          <w:tcPr>
            <w:tcW w:w="5709" w:type="dxa"/>
            <w:vAlign w:val="center"/>
          </w:tcPr>
          <w:p w:rsidR="005A39C3" w:rsidRDefault="005A39C3" w:rsidP="00913455">
            <w:pPr>
              <w:spacing w:line="240" w:lineRule="auto"/>
              <w:jc w:val="center"/>
            </w:pPr>
            <w:proofErr w:type="spellStart"/>
            <w:r w:rsidRPr="003C0A01">
              <w:rPr>
                <w:b/>
                <w:bCs/>
                <w:szCs w:val="24"/>
              </w:rPr>
              <w:t>Тема</w:t>
            </w:r>
            <w:proofErr w:type="spellEnd"/>
            <w:r w:rsidRPr="003C0A01">
              <w:rPr>
                <w:b/>
                <w:bCs/>
                <w:szCs w:val="24"/>
              </w:rPr>
              <w:t xml:space="preserve"> </w:t>
            </w:r>
            <w:proofErr w:type="spellStart"/>
            <w:r w:rsidRPr="003C0A01">
              <w:rPr>
                <w:b/>
                <w:bCs/>
                <w:szCs w:val="24"/>
              </w:rPr>
              <w:t>задания</w:t>
            </w:r>
            <w:proofErr w:type="spellEnd"/>
          </w:p>
        </w:tc>
      </w:tr>
      <w:tr w:rsidR="005A39C3" w:rsidRPr="00781B49" w:rsidTr="00913455">
        <w:tc>
          <w:tcPr>
            <w:tcW w:w="2938" w:type="dxa"/>
            <w:vMerge w:val="restart"/>
          </w:tcPr>
          <w:p w:rsidR="005A39C3" w:rsidRDefault="005A39C3" w:rsidP="00913455">
            <w:pPr>
              <w:spacing w:line="240" w:lineRule="auto"/>
            </w:pPr>
            <w:proofErr w:type="spellStart"/>
            <w:r>
              <w:t>Концептуальные</w:t>
            </w:r>
            <w:proofErr w:type="spellEnd"/>
            <w:r>
              <w:t xml:space="preserve"> </w:t>
            </w:r>
            <w:proofErr w:type="spellStart"/>
            <w:r>
              <w:t>основы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 xml:space="preserve"> </w:t>
            </w:r>
            <w:proofErr w:type="spellStart"/>
            <w:r>
              <w:t>жизнедеятельности</w:t>
            </w:r>
            <w:proofErr w:type="spellEnd"/>
          </w:p>
        </w:tc>
        <w:tc>
          <w:tcPr>
            <w:tcW w:w="1238" w:type="dxa"/>
          </w:tcPr>
          <w:p w:rsidR="005A39C3" w:rsidRDefault="005A39C3" w:rsidP="00913455">
            <w:pPr>
              <w:spacing w:line="240" w:lineRule="auto"/>
              <w:jc w:val="center"/>
            </w:pPr>
            <w:r>
              <w:t>1-12</w:t>
            </w:r>
          </w:p>
        </w:tc>
        <w:tc>
          <w:tcPr>
            <w:tcW w:w="5709" w:type="dxa"/>
          </w:tcPr>
          <w:p w:rsidR="005A39C3" w:rsidRPr="005A39C3" w:rsidRDefault="005A39C3" w:rsidP="00913455">
            <w:pPr>
              <w:widowControl w:val="0"/>
              <w:rPr>
                <w:lang w:val="ru-RU"/>
              </w:rPr>
            </w:pPr>
            <w:r w:rsidRPr="005A39C3">
              <w:rPr>
                <w:lang w:val="ru-RU"/>
              </w:rPr>
              <w:t>Основные положения и принципы обеспечения безопасности.</w:t>
            </w:r>
          </w:p>
        </w:tc>
      </w:tr>
      <w:tr w:rsidR="005A39C3" w:rsidTr="00913455">
        <w:trPr>
          <w:trHeight w:val="838"/>
        </w:trPr>
        <w:tc>
          <w:tcPr>
            <w:tcW w:w="2938" w:type="dxa"/>
            <w:vMerge/>
          </w:tcPr>
          <w:p w:rsidR="005A39C3" w:rsidRPr="005A39C3" w:rsidRDefault="005A39C3" w:rsidP="00913455">
            <w:pPr>
              <w:spacing w:line="240" w:lineRule="auto"/>
              <w:rPr>
                <w:lang w:val="ru-RU"/>
              </w:rPr>
            </w:pPr>
          </w:p>
        </w:tc>
        <w:tc>
          <w:tcPr>
            <w:tcW w:w="1238" w:type="dxa"/>
          </w:tcPr>
          <w:p w:rsidR="005A39C3" w:rsidRPr="00EB77D1" w:rsidRDefault="005A39C3" w:rsidP="00913455">
            <w:pPr>
              <w:spacing w:line="240" w:lineRule="auto"/>
              <w:jc w:val="center"/>
            </w:pPr>
            <w:r>
              <w:t>13-25</w:t>
            </w:r>
          </w:p>
        </w:tc>
        <w:tc>
          <w:tcPr>
            <w:tcW w:w="5709" w:type="dxa"/>
          </w:tcPr>
          <w:p w:rsidR="005A39C3" w:rsidRDefault="005A39C3" w:rsidP="00913455">
            <w:pPr>
              <w:spacing w:line="240" w:lineRule="auto"/>
            </w:pPr>
            <w:proofErr w:type="spellStart"/>
            <w:r>
              <w:t>Методологические</w:t>
            </w:r>
            <w:proofErr w:type="spellEnd"/>
            <w:r>
              <w:t xml:space="preserve"> </w:t>
            </w:r>
            <w:proofErr w:type="spellStart"/>
            <w:r>
              <w:t>основы</w:t>
            </w:r>
            <w:proofErr w:type="spellEnd"/>
            <w:r>
              <w:t xml:space="preserve"> </w:t>
            </w:r>
            <w:proofErr w:type="spellStart"/>
            <w:r>
              <w:t>управления</w:t>
            </w:r>
            <w:proofErr w:type="spellEnd"/>
            <w:r>
              <w:t xml:space="preserve"> </w:t>
            </w:r>
            <w:proofErr w:type="spellStart"/>
            <w:r>
              <w:t>безопасностью</w:t>
            </w:r>
            <w:proofErr w:type="spellEnd"/>
          </w:p>
        </w:tc>
      </w:tr>
      <w:tr w:rsidR="005A39C3" w:rsidRPr="00781B49" w:rsidTr="00913455">
        <w:tc>
          <w:tcPr>
            <w:tcW w:w="2938" w:type="dxa"/>
            <w:vMerge w:val="restart"/>
          </w:tcPr>
          <w:p w:rsidR="005A39C3" w:rsidRPr="005A39C3" w:rsidRDefault="005A39C3" w:rsidP="00913455">
            <w:pPr>
              <w:spacing w:line="240" w:lineRule="auto"/>
              <w:rPr>
                <w:lang w:val="ru-RU"/>
              </w:rPr>
            </w:pPr>
            <w:r w:rsidRPr="005A39C3">
              <w:rPr>
                <w:lang w:val="ru-RU"/>
              </w:rPr>
              <w:t>Опасные и вредные факторы среды обитания, их воздействие на человека</w:t>
            </w:r>
          </w:p>
        </w:tc>
        <w:tc>
          <w:tcPr>
            <w:tcW w:w="1238" w:type="dxa"/>
          </w:tcPr>
          <w:p w:rsidR="005A39C3" w:rsidRDefault="005A39C3" w:rsidP="00913455">
            <w:pPr>
              <w:spacing w:line="240" w:lineRule="auto"/>
              <w:jc w:val="center"/>
            </w:pPr>
            <w:r>
              <w:t>26-43</w:t>
            </w:r>
          </w:p>
        </w:tc>
        <w:tc>
          <w:tcPr>
            <w:tcW w:w="5709" w:type="dxa"/>
          </w:tcPr>
          <w:p w:rsidR="005A39C3" w:rsidRPr="005A39C3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5A39C3">
              <w:rPr>
                <w:szCs w:val="24"/>
                <w:lang w:val="ru-RU"/>
              </w:rPr>
              <w:t>Опасные и вредные факторы, обладающие свойствами химического воздействия на организм человека</w:t>
            </w:r>
          </w:p>
        </w:tc>
      </w:tr>
      <w:tr w:rsidR="005A39C3" w:rsidRPr="009C53CC" w:rsidTr="00913455">
        <w:tc>
          <w:tcPr>
            <w:tcW w:w="2938" w:type="dxa"/>
            <w:vMerge/>
          </w:tcPr>
          <w:p w:rsidR="005A39C3" w:rsidRPr="005A39C3" w:rsidRDefault="005A39C3" w:rsidP="00913455">
            <w:pPr>
              <w:spacing w:line="240" w:lineRule="auto"/>
              <w:rPr>
                <w:lang w:val="ru-RU"/>
              </w:rPr>
            </w:pPr>
          </w:p>
        </w:tc>
        <w:tc>
          <w:tcPr>
            <w:tcW w:w="1238" w:type="dxa"/>
          </w:tcPr>
          <w:p w:rsidR="005A39C3" w:rsidRDefault="005A39C3" w:rsidP="00913455">
            <w:pPr>
              <w:spacing w:line="240" w:lineRule="auto"/>
              <w:jc w:val="center"/>
            </w:pPr>
            <w:r>
              <w:t>44-75</w:t>
            </w:r>
          </w:p>
        </w:tc>
        <w:tc>
          <w:tcPr>
            <w:tcW w:w="5709" w:type="dxa"/>
          </w:tcPr>
          <w:p w:rsidR="005A39C3" w:rsidRPr="009C53CC" w:rsidRDefault="005A39C3" w:rsidP="00913455">
            <w:pPr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Пожаровзрывоопасность</w:t>
            </w:r>
            <w:proofErr w:type="spellEnd"/>
          </w:p>
        </w:tc>
      </w:tr>
      <w:tr w:rsidR="005A39C3" w:rsidTr="00913455">
        <w:trPr>
          <w:trHeight w:val="838"/>
        </w:trPr>
        <w:tc>
          <w:tcPr>
            <w:tcW w:w="2938" w:type="dxa"/>
          </w:tcPr>
          <w:p w:rsidR="005A39C3" w:rsidRPr="005A39C3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5A39C3">
              <w:rPr>
                <w:lang w:val="ru-RU"/>
              </w:rPr>
              <w:t>Основные формы деятельности человека и условия их эффективной реализации</w:t>
            </w:r>
          </w:p>
        </w:tc>
        <w:tc>
          <w:tcPr>
            <w:tcW w:w="1238" w:type="dxa"/>
          </w:tcPr>
          <w:p w:rsidR="005A39C3" w:rsidRDefault="005A39C3" w:rsidP="00913455">
            <w:pPr>
              <w:spacing w:line="240" w:lineRule="auto"/>
              <w:jc w:val="center"/>
            </w:pPr>
            <w:r>
              <w:t>76-109</w:t>
            </w:r>
          </w:p>
        </w:tc>
        <w:tc>
          <w:tcPr>
            <w:tcW w:w="5709" w:type="dxa"/>
          </w:tcPr>
          <w:p w:rsidR="005A39C3" w:rsidRDefault="005A39C3" w:rsidP="00913455">
            <w:pPr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Исследование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микроклимата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помещений</w:t>
            </w:r>
            <w:proofErr w:type="spellEnd"/>
          </w:p>
        </w:tc>
      </w:tr>
      <w:tr w:rsidR="005A39C3" w:rsidRPr="00781B49" w:rsidTr="00913455">
        <w:trPr>
          <w:trHeight w:val="420"/>
        </w:trPr>
        <w:tc>
          <w:tcPr>
            <w:tcW w:w="2938" w:type="dxa"/>
          </w:tcPr>
          <w:p w:rsidR="005A39C3" w:rsidRDefault="005A39C3" w:rsidP="00913455">
            <w:pPr>
              <w:spacing w:line="240" w:lineRule="auto"/>
            </w:pPr>
            <w:proofErr w:type="spellStart"/>
            <w:r>
              <w:lastRenderedPageBreak/>
              <w:t>Безопасность</w:t>
            </w:r>
            <w:proofErr w:type="spellEnd"/>
            <w:r>
              <w:t xml:space="preserve"> в ЧС </w:t>
            </w:r>
          </w:p>
        </w:tc>
        <w:tc>
          <w:tcPr>
            <w:tcW w:w="1238" w:type="dxa"/>
          </w:tcPr>
          <w:p w:rsidR="005A39C3" w:rsidRDefault="005A39C3" w:rsidP="00913455">
            <w:pPr>
              <w:spacing w:line="240" w:lineRule="auto"/>
              <w:jc w:val="center"/>
            </w:pPr>
            <w:r>
              <w:t>109-119</w:t>
            </w:r>
          </w:p>
        </w:tc>
        <w:tc>
          <w:tcPr>
            <w:tcW w:w="5709" w:type="dxa"/>
          </w:tcPr>
          <w:p w:rsidR="005A39C3" w:rsidRPr="005A39C3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5A39C3">
              <w:rPr>
                <w:lang w:val="ru-RU"/>
              </w:rPr>
              <w:t>ЧС как экстремальные условия жизнедеятельности</w:t>
            </w:r>
          </w:p>
        </w:tc>
      </w:tr>
      <w:tr w:rsidR="005A39C3" w:rsidRPr="009C53CC" w:rsidTr="00913455">
        <w:trPr>
          <w:trHeight w:val="420"/>
        </w:trPr>
        <w:tc>
          <w:tcPr>
            <w:tcW w:w="2938" w:type="dxa"/>
          </w:tcPr>
          <w:p w:rsidR="005A39C3" w:rsidRDefault="005A39C3" w:rsidP="00913455">
            <w:pPr>
              <w:spacing w:line="240" w:lineRule="auto"/>
            </w:pPr>
            <w:proofErr w:type="spellStart"/>
            <w:r>
              <w:t>Основы</w:t>
            </w:r>
            <w:proofErr w:type="spellEnd"/>
            <w:r>
              <w:t xml:space="preserve"> </w:t>
            </w:r>
            <w:proofErr w:type="spellStart"/>
            <w:r>
              <w:t>военной</w:t>
            </w:r>
            <w:proofErr w:type="spellEnd"/>
            <w:r>
              <w:t xml:space="preserve"> </w:t>
            </w:r>
            <w:proofErr w:type="spellStart"/>
            <w:r>
              <w:t>подготовки</w:t>
            </w:r>
            <w:proofErr w:type="spellEnd"/>
          </w:p>
        </w:tc>
        <w:tc>
          <w:tcPr>
            <w:tcW w:w="1238" w:type="dxa"/>
          </w:tcPr>
          <w:p w:rsidR="005A39C3" w:rsidRDefault="005A39C3" w:rsidP="00913455">
            <w:pPr>
              <w:spacing w:line="240" w:lineRule="auto"/>
              <w:jc w:val="center"/>
            </w:pPr>
            <w:r>
              <w:t>120-131</w:t>
            </w:r>
          </w:p>
        </w:tc>
        <w:tc>
          <w:tcPr>
            <w:tcW w:w="5709" w:type="dxa"/>
          </w:tcPr>
          <w:p w:rsidR="005A39C3" w:rsidRPr="009C53CC" w:rsidRDefault="005A39C3" w:rsidP="00913455">
            <w:pPr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Оказание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первой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помощи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пострадавшим</w:t>
            </w:r>
            <w:proofErr w:type="spellEnd"/>
          </w:p>
        </w:tc>
      </w:tr>
    </w:tbl>
    <w:p w:rsidR="005A39C3" w:rsidRDefault="005A39C3" w:rsidP="005A39C3">
      <w:pPr>
        <w:ind w:firstLine="360"/>
        <w:jc w:val="center"/>
        <w:rPr>
          <w:szCs w:val="24"/>
        </w:rPr>
      </w:pP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1.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(вести одно из пропущенных ключевых слов)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>Учебный курс «Безопасность жизнедеятельности» впервые был введен в высшие учебные заведения в _________ году.</w:t>
      </w:r>
    </w:p>
    <w:p w:rsidR="005A39C3" w:rsidRPr="005A39C3" w:rsidRDefault="005A39C3" w:rsidP="005A39C3">
      <w:pPr>
        <w:shd w:val="clear" w:color="auto" w:fill="FFFFFF"/>
        <w:spacing w:line="240" w:lineRule="auto"/>
        <w:rPr>
          <w:lang w:val="ru-RU"/>
        </w:rPr>
      </w:pPr>
      <w:r w:rsidRPr="005A39C3">
        <w:rPr>
          <w:lang w:val="ru-RU"/>
        </w:rPr>
        <w:t>а) 1998</w:t>
      </w:r>
    </w:p>
    <w:p w:rsidR="005A39C3" w:rsidRPr="005A39C3" w:rsidRDefault="005A39C3" w:rsidP="005A39C3">
      <w:pPr>
        <w:shd w:val="clear" w:color="auto" w:fill="FFFFFF"/>
        <w:spacing w:line="240" w:lineRule="auto"/>
        <w:rPr>
          <w:lang w:val="ru-RU"/>
        </w:rPr>
      </w:pPr>
      <w:r w:rsidRPr="005A39C3">
        <w:rPr>
          <w:lang w:val="ru-RU"/>
        </w:rPr>
        <w:t>б) 1991</w:t>
      </w:r>
    </w:p>
    <w:p w:rsidR="005A39C3" w:rsidRPr="005A39C3" w:rsidRDefault="005A39C3" w:rsidP="005A39C3">
      <w:pPr>
        <w:shd w:val="clear" w:color="auto" w:fill="FFFFFF"/>
        <w:spacing w:line="240" w:lineRule="auto"/>
        <w:rPr>
          <w:lang w:val="ru-RU"/>
        </w:rPr>
      </w:pPr>
      <w:r w:rsidRPr="005A39C3">
        <w:rPr>
          <w:lang w:val="ru-RU"/>
        </w:rPr>
        <w:t>в) 2000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lang w:val="ru-RU"/>
        </w:rPr>
      </w:pPr>
      <w:r w:rsidRPr="005A39C3">
        <w:rPr>
          <w:lang w:val="ru-RU"/>
        </w:rPr>
        <w:t>г) 1994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2.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Cs/>
          <w:i/>
          <w:lang w:val="ru-RU"/>
        </w:rPr>
        <w:t>Безопасность жизнедеятельности – это …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а) область научных знаний и, изучающая общие опасности, угрожающие каждому человеку и разрабатывающая соответствующие способы защиты от них в любых условиях обитания человека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б) процесс распознавания образа опасности, установления возможных причин, пространственных и временных координат вероятности проявления, величины и последствий опасности 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lang w:val="ru-RU"/>
        </w:rPr>
        <w:t>в) состояние деятельности, при котором с определенной вероятностью исключено проявление опасностей, или отсутствие чрезмерной опасности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3.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Cs/>
          <w:i/>
          <w:lang w:val="ru-RU"/>
        </w:rPr>
        <w:t xml:space="preserve">Цель учебной дисциплины БЖД: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а) привитие навыков организации безопасности труда и действий в чрезвычайных ситуациях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б) изучение теоретических основ и приобретение практических навыков организации безопасности труда и предотвращения чрезвычайных ситуаций на предприятии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в) организация охраны труда и действий в чрезвычайных ситуациях 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lang w:val="ru-RU"/>
        </w:rPr>
        <w:t xml:space="preserve">г) защита человека в </w:t>
      </w:r>
      <w:proofErr w:type="spellStart"/>
      <w:r w:rsidRPr="005A39C3">
        <w:rPr>
          <w:lang w:val="ru-RU"/>
        </w:rPr>
        <w:t>техносфере</w:t>
      </w:r>
      <w:proofErr w:type="spellEnd"/>
      <w:r w:rsidRPr="005A39C3">
        <w:rPr>
          <w:lang w:val="ru-RU"/>
        </w:rPr>
        <w:t xml:space="preserve"> от негативных воздействий антропогенного и естественного 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4.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lang w:val="ru-RU"/>
        </w:rPr>
      </w:pPr>
      <w:r w:rsidRPr="005A39C3">
        <w:rPr>
          <w:lang w:val="ru-RU"/>
        </w:rPr>
        <w:t xml:space="preserve">Федеральный закон от 28.12.2010 </w:t>
      </w:r>
      <w:r w:rsidRPr="00C43392">
        <w:t>N</w:t>
      </w:r>
      <w:r w:rsidRPr="005A39C3">
        <w:rPr>
          <w:lang w:val="ru-RU"/>
        </w:rPr>
        <w:t xml:space="preserve"> 390-ФЗ (ред. От 05.10.2015) «О безопасности» определяет основные принципы и содержание деятельности по обеспечению безопасности…</w:t>
      </w:r>
    </w:p>
    <w:p w:rsidR="005A39C3" w:rsidRPr="005A39C3" w:rsidRDefault="005A39C3" w:rsidP="005A39C3">
      <w:pPr>
        <w:shd w:val="clear" w:color="auto" w:fill="FFFFFF"/>
        <w:spacing w:line="240" w:lineRule="auto"/>
        <w:rPr>
          <w:lang w:val="ru-RU"/>
        </w:rPr>
      </w:pPr>
      <w:r w:rsidRPr="005A39C3">
        <w:rPr>
          <w:lang w:val="ru-RU"/>
        </w:rPr>
        <w:t>а) общества, государства, мирового сообщества народов</w:t>
      </w:r>
    </w:p>
    <w:p w:rsidR="005A39C3" w:rsidRPr="005A39C3" w:rsidRDefault="005A39C3" w:rsidP="005A39C3">
      <w:pPr>
        <w:shd w:val="clear" w:color="auto" w:fill="FFFFFF"/>
        <w:spacing w:line="240" w:lineRule="auto"/>
        <w:rPr>
          <w:lang w:val="ru-RU"/>
        </w:rPr>
      </w:pPr>
      <w:r w:rsidRPr="005A39C3">
        <w:rPr>
          <w:lang w:val="ru-RU"/>
        </w:rPr>
        <w:t>б) населения, объектов экономики, окружающей среды</w:t>
      </w:r>
    </w:p>
    <w:p w:rsidR="005A39C3" w:rsidRPr="005A39C3" w:rsidRDefault="005A39C3" w:rsidP="005A39C3">
      <w:pPr>
        <w:shd w:val="clear" w:color="auto" w:fill="FFFFFF"/>
        <w:spacing w:line="240" w:lineRule="auto"/>
        <w:rPr>
          <w:lang w:val="ru-RU"/>
        </w:rPr>
      </w:pPr>
      <w:r w:rsidRPr="005A39C3">
        <w:rPr>
          <w:lang w:val="ru-RU"/>
        </w:rPr>
        <w:t>в) личности, общества и государства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lang w:val="ru-RU"/>
        </w:rPr>
      </w:pPr>
      <w:r w:rsidRPr="005A39C3">
        <w:rPr>
          <w:lang w:val="ru-RU"/>
        </w:rPr>
        <w:t>г) государства, общественной безопасности, экологической безопасности, безопасности личности, иных видов безопасности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5.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 xml:space="preserve"> Специфическая человеческая форма активности, смысл которой заключается в целесообразном изменении и преобразовании окружающей среды в интересах человека – это…</w:t>
      </w:r>
    </w:p>
    <w:p w:rsidR="005A39C3" w:rsidRPr="005A39C3" w:rsidRDefault="005A39C3" w:rsidP="005A39C3">
      <w:pPr>
        <w:shd w:val="clear" w:color="auto" w:fill="FFFFFF"/>
        <w:spacing w:line="240" w:lineRule="auto"/>
        <w:rPr>
          <w:lang w:val="ru-RU"/>
        </w:rPr>
      </w:pPr>
      <w:r w:rsidRPr="005A39C3">
        <w:rPr>
          <w:lang w:val="ru-RU"/>
        </w:rPr>
        <w:t>а) жизнь</w:t>
      </w:r>
    </w:p>
    <w:p w:rsidR="005A39C3" w:rsidRPr="005A39C3" w:rsidRDefault="005A39C3" w:rsidP="005A39C3">
      <w:pPr>
        <w:shd w:val="clear" w:color="auto" w:fill="FFFFFF"/>
        <w:spacing w:line="240" w:lineRule="auto"/>
        <w:rPr>
          <w:lang w:val="ru-RU"/>
        </w:rPr>
      </w:pPr>
      <w:r w:rsidRPr="005A39C3">
        <w:rPr>
          <w:lang w:val="ru-RU"/>
        </w:rPr>
        <w:t>б) риск</w:t>
      </w:r>
    </w:p>
    <w:p w:rsidR="005A39C3" w:rsidRPr="005A39C3" w:rsidRDefault="005A39C3" w:rsidP="005A39C3">
      <w:pPr>
        <w:shd w:val="clear" w:color="auto" w:fill="FFFFFF"/>
        <w:spacing w:line="240" w:lineRule="auto"/>
        <w:rPr>
          <w:lang w:val="ru-RU"/>
        </w:rPr>
      </w:pPr>
      <w:r w:rsidRPr="005A39C3">
        <w:rPr>
          <w:lang w:val="ru-RU"/>
        </w:rPr>
        <w:t>в) деятельность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lang w:val="ru-RU"/>
        </w:rPr>
      </w:pPr>
      <w:r w:rsidRPr="005A39C3">
        <w:rPr>
          <w:lang w:val="ru-RU"/>
        </w:rPr>
        <w:t>г) безопасность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lastRenderedPageBreak/>
        <w:t>Задание 6.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EFEFE"/>
        <w:spacing w:after="125" w:line="240" w:lineRule="auto"/>
        <w:rPr>
          <w:i/>
          <w:lang w:val="ru-RU"/>
        </w:rPr>
      </w:pPr>
      <w:r w:rsidRPr="005A39C3">
        <w:rPr>
          <w:i/>
          <w:lang w:val="ru-RU"/>
        </w:rPr>
        <w:t>К основным задачам «Безопасности жизнедеятельности» как учебной дисциплины относятся:</w:t>
      </w:r>
    </w:p>
    <w:p w:rsidR="005A39C3" w:rsidRPr="005A39C3" w:rsidRDefault="005A39C3" w:rsidP="005A39C3">
      <w:pPr>
        <w:shd w:val="clear" w:color="auto" w:fill="FEFEFE"/>
        <w:spacing w:line="240" w:lineRule="auto"/>
        <w:rPr>
          <w:lang w:val="ru-RU"/>
        </w:rPr>
      </w:pPr>
      <w:r w:rsidRPr="005A39C3">
        <w:rPr>
          <w:lang w:val="ru-RU"/>
        </w:rPr>
        <w:t>а) обнаружение и обозначение районов, подвергшихся радиоактивному, химическому, биологическому и иному заражению</w:t>
      </w:r>
    </w:p>
    <w:p w:rsidR="005A39C3" w:rsidRPr="005A39C3" w:rsidRDefault="005A39C3" w:rsidP="005A39C3">
      <w:pPr>
        <w:shd w:val="clear" w:color="auto" w:fill="FEFEFE"/>
        <w:spacing w:line="240" w:lineRule="auto"/>
        <w:rPr>
          <w:lang w:val="ru-RU"/>
        </w:rPr>
      </w:pPr>
      <w:r w:rsidRPr="005A39C3">
        <w:rPr>
          <w:lang w:val="ru-RU"/>
        </w:rPr>
        <w:t>б) идентификация негативных воздействий, защита от опасностей, ликвидация последствий, создание комфортного состояния среды обитания человека</w:t>
      </w:r>
    </w:p>
    <w:p w:rsidR="005A39C3" w:rsidRPr="005A39C3" w:rsidRDefault="005A39C3" w:rsidP="005A39C3">
      <w:pPr>
        <w:shd w:val="clear" w:color="auto" w:fill="FEFEFE"/>
        <w:spacing w:line="240" w:lineRule="auto"/>
        <w:rPr>
          <w:lang w:val="ru-RU"/>
        </w:rPr>
      </w:pPr>
      <w:r w:rsidRPr="005A39C3">
        <w:rPr>
          <w:lang w:val="ru-RU"/>
        </w:rPr>
        <w:t>в) разработка и осуществление мер, направленных на сохранение объектов, необходимых для устойчивого функционирования экономики и выживания населения в военное время</w:t>
      </w:r>
    </w:p>
    <w:p w:rsidR="005A39C3" w:rsidRPr="005A39C3" w:rsidRDefault="005A39C3" w:rsidP="005A39C3">
      <w:pPr>
        <w:shd w:val="clear" w:color="auto" w:fill="FEFEFE"/>
        <w:spacing w:after="120" w:line="240" w:lineRule="auto"/>
        <w:rPr>
          <w:lang w:val="ru-RU"/>
        </w:rPr>
      </w:pPr>
      <w:r w:rsidRPr="005A39C3">
        <w:rPr>
          <w:lang w:val="ru-RU"/>
        </w:rPr>
        <w:t>г) оповещение населения об опасностях, возникающих при ведении военных действий или вследствие этих действий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7.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Cs/>
          <w:i/>
          <w:lang w:val="ru-RU"/>
        </w:rPr>
        <w:t xml:space="preserve">Основная аксиома БЖД формулируется следующим образом: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а) «Безопасность – свойство системы «человек – среда обитания» сохранять условия взаимодействия с минимальной возможностью причинения ущерба»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б) «Среда обитания – окружающая человека среда, обусловленная данной совокупностью факторов»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в) «Любой вид деятельности опасен, т. Е. абсолютная безопасность не достижима»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lang w:val="ru-RU"/>
        </w:rPr>
        <w:t>г) «Обеспечение комфортных условий деятельности человека на всех стадиях жизненного цикла»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8.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Cs/>
          <w:i/>
          <w:lang w:val="ru-RU"/>
        </w:rPr>
        <w:t xml:space="preserve">Опасность – это: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а) заболевание, травматизм, следствием которого может стать детальный исход, инвалидность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б) явления, процессы, объекты, способные в определенных условиях наносить ущерб здоровью человека непосредственно или косвенно, то есть вызывать нежелательные последствия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в) совокупность факторов среды обитания, воздействующих на человека 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lang w:val="ru-RU"/>
        </w:rPr>
        <w:t xml:space="preserve">г) процесс распознавания образа опасности, установления возможных причин, пространственных координат, вероятности проявления, величины и последствий опасности 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9.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20" w:line="240" w:lineRule="auto"/>
        <w:rPr>
          <w:i/>
          <w:shd w:val="clear" w:color="auto" w:fill="FFFFFF"/>
          <w:lang w:val="ru-RU"/>
        </w:rPr>
      </w:pPr>
      <w:r w:rsidRPr="005A39C3">
        <w:rPr>
          <w:i/>
          <w:shd w:val="clear" w:color="auto" w:fill="FFFFFF"/>
          <w:lang w:val="ru-RU"/>
        </w:rPr>
        <w:t xml:space="preserve">Негативное свойство живой и неживой материи, способное причинять ущерб самой материи: людям, природной среде, материальным ценностям получило название: </w:t>
      </w:r>
    </w:p>
    <w:p w:rsidR="005A39C3" w:rsidRPr="005A39C3" w:rsidRDefault="005A39C3" w:rsidP="005A39C3">
      <w:pPr>
        <w:spacing w:line="240" w:lineRule="auto"/>
        <w:rPr>
          <w:shd w:val="clear" w:color="auto" w:fill="FFFFFF"/>
          <w:lang w:val="ru-RU"/>
        </w:rPr>
      </w:pPr>
      <w:r w:rsidRPr="005A39C3">
        <w:rPr>
          <w:shd w:val="clear" w:color="auto" w:fill="FFFFFF"/>
          <w:lang w:val="ru-RU"/>
        </w:rPr>
        <w:t xml:space="preserve">а) вредность </w:t>
      </w:r>
    </w:p>
    <w:p w:rsidR="005A39C3" w:rsidRPr="005A39C3" w:rsidRDefault="005A39C3" w:rsidP="005A39C3">
      <w:pPr>
        <w:spacing w:line="240" w:lineRule="auto"/>
        <w:rPr>
          <w:shd w:val="clear" w:color="auto" w:fill="FFFFFF"/>
          <w:lang w:val="ru-RU"/>
        </w:rPr>
      </w:pPr>
      <w:r w:rsidRPr="005A39C3">
        <w:rPr>
          <w:shd w:val="clear" w:color="auto" w:fill="FFFFFF"/>
          <w:lang w:val="ru-RU"/>
        </w:rPr>
        <w:t>б) опасность</w:t>
      </w:r>
    </w:p>
    <w:p w:rsidR="005A39C3" w:rsidRPr="005A39C3" w:rsidRDefault="005A39C3" w:rsidP="005A39C3">
      <w:pPr>
        <w:spacing w:line="240" w:lineRule="auto"/>
        <w:rPr>
          <w:b/>
          <w:shd w:val="clear" w:color="auto" w:fill="FFFFFF"/>
          <w:lang w:val="ru-RU"/>
        </w:rPr>
      </w:pPr>
      <w:r w:rsidRPr="005A39C3">
        <w:rPr>
          <w:shd w:val="clear" w:color="auto" w:fill="FFFFFF"/>
          <w:lang w:val="ru-RU"/>
        </w:rPr>
        <w:t xml:space="preserve">в) польза </w:t>
      </w:r>
    </w:p>
    <w:p w:rsidR="005A39C3" w:rsidRPr="005A39C3" w:rsidRDefault="005A39C3" w:rsidP="005A39C3">
      <w:pPr>
        <w:spacing w:after="120" w:line="240" w:lineRule="auto"/>
        <w:rPr>
          <w:shd w:val="clear" w:color="auto" w:fill="FFFFFF"/>
          <w:lang w:val="ru-RU"/>
        </w:rPr>
      </w:pPr>
      <w:r w:rsidRPr="005A39C3">
        <w:rPr>
          <w:shd w:val="clear" w:color="auto" w:fill="FFFFFF"/>
          <w:lang w:val="ru-RU"/>
        </w:rPr>
        <w:t>г) риск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10.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>Все опасности по источникам их возникновения принято делить на …</w:t>
      </w:r>
    </w:p>
    <w:p w:rsidR="005A39C3" w:rsidRPr="005A39C3" w:rsidRDefault="005A39C3" w:rsidP="005A39C3">
      <w:pPr>
        <w:shd w:val="clear" w:color="auto" w:fill="FEFEFE"/>
        <w:spacing w:line="240" w:lineRule="auto"/>
        <w:rPr>
          <w:lang w:val="ru-RU"/>
        </w:rPr>
      </w:pPr>
      <w:r w:rsidRPr="005A39C3">
        <w:rPr>
          <w:lang w:val="ru-RU"/>
        </w:rPr>
        <w:t>а) взрывные и умеренные</w:t>
      </w:r>
    </w:p>
    <w:p w:rsidR="005A39C3" w:rsidRPr="005A39C3" w:rsidRDefault="005A39C3" w:rsidP="005A39C3">
      <w:pPr>
        <w:shd w:val="clear" w:color="auto" w:fill="FEFEFE"/>
        <w:spacing w:line="240" w:lineRule="auto"/>
        <w:rPr>
          <w:lang w:val="ru-RU"/>
        </w:rPr>
      </w:pPr>
      <w:r w:rsidRPr="005A39C3">
        <w:rPr>
          <w:lang w:val="ru-RU"/>
        </w:rPr>
        <w:t>б) взрывные и травмирующие</w:t>
      </w:r>
    </w:p>
    <w:p w:rsidR="005A39C3" w:rsidRPr="005A39C3" w:rsidRDefault="005A39C3" w:rsidP="005A39C3">
      <w:pPr>
        <w:shd w:val="clear" w:color="auto" w:fill="FEFEFE"/>
        <w:spacing w:line="240" w:lineRule="auto"/>
        <w:rPr>
          <w:lang w:val="ru-RU"/>
        </w:rPr>
      </w:pPr>
      <w:r w:rsidRPr="005A39C3">
        <w:rPr>
          <w:lang w:val="ru-RU"/>
        </w:rPr>
        <w:t>в) естественные, техногенные и антропогенные</w:t>
      </w:r>
    </w:p>
    <w:p w:rsidR="005A39C3" w:rsidRPr="005A39C3" w:rsidRDefault="005A39C3" w:rsidP="005A39C3">
      <w:pPr>
        <w:shd w:val="clear" w:color="auto" w:fill="FEFEFE"/>
        <w:spacing w:line="240" w:lineRule="auto"/>
        <w:rPr>
          <w:lang w:val="ru-RU"/>
        </w:rPr>
      </w:pPr>
      <w:r w:rsidRPr="005A39C3">
        <w:rPr>
          <w:lang w:val="ru-RU"/>
        </w:rPr>
        <w:t>г) прогнозируемые и внезапные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11.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Cs/>
          <w:i/>
          <w:lang w:val="ru-RU"/>
        </w:rPr>
        <w:lastRenderedPageBreak/>
        <w:t xml:space="preserve">Что такое идентификация опасности?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А) область научных знаний, изучающая опасности и способы защиты от них человека в любых условиях его обитания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б) состояние деятельности, при котором с определенной вероятностью исключено проявление опасностей, или отсутствие чрезмерной опасности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в) процесс распознавания образа опасности, установления возможный причин, пространственных и временных координат, уровня опасности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г) совокупность факторов среды обитания, воздействующих на человека</w:t>
      </w:r>
    </w:p>
    <w:p w:rsidR="005A39C3" w:rsidRPr="005A39C3" w:rsidRDefault="005A39C3" w:rsidP="005A39C3">
      <w:pPr>
        <w:shd w:val="clear" w:color="auto" w:fill="FEFEFE"/>
        <w:spacing w:line="240" w:lineRule="auto"/>
        <w:rPr>
          <w:lang w:val="ru-RU"/>
        </w:rPr>
      </w:pP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12.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>Основополагающим методологическим принципом теории Безопасности жизнедеятельности является принцип …</w:t>
      </w:r>
    </w:p>
    <w:p w:rsidR="005A39C3" w:rsidRPr="005A39C3" w:rsidRDefault="005A39C3" w:rsidP="005A39C3">
      <w:pPr>
        <w:shd w:val="clear" w:color="auto" w:fill="FFFFFF"/>
        <w:spacing w:line="240" w:lineRule="auto"/>
        <w:rPr>
          <w:lang w:val="ru-RU"/>
        </w:rPr>
      </w:pPr>
      <w:r w:rsidRPr="005A39C3">
        <w:rPr>
          <w:lang w:val="ru-RU"/>
        </w:rPr>
        <w:t>а) системности</w:t>
      </w:r>
    </w:p>
    <w:p w:rsidR="005A39C3" w:rsidRPr="005A39C3" w:rsidRDefault="005A39C3" w:rsidP="005A39C3">
      <w:pPr>
        <w:shd w:val="clear" w:color="auto" w:fill="FFFFFF"/>
        <w:spacing w:line="240" w:lineRule="auto"/>
        <w:rPr>
          <w:lang w:val="ru-RU"/>
        </w:rPr>
      </w:pPr>
      <w:r w:rsidRPr="005A39C3">
        <w:rPr>
          <w:lang w:val="ru-RU"/>
        </w:rPr>
        <w:t>б) индукции и дедукции</w:t>
      </w:r>
    </w:p>
    <w:p w:rsidR="005A39C3" w:rsidRPr="005A39C3" w:rsidRDefault="005A39C3" w:rsidP="005A39C3">
      <w:pPr>
        <w:shd w:val="clear" w:color="auto" w:fill="FFFFFF"/>
        <w:spacing w:line="240" w:lineRule="auto"/>
        <w:rPr>
          <w:lang w:val="ru-RU"/>
        </w:rPr>
      </w:pPr>
      <w:r w:rsidRPr="005A39C3">
        <w:rPr>
          <w:lang w:val="ru-RU"/>
        </w:rPr>
        <w:t>в) синтеза</w:t>
      </w:r>
    </w:p>
    <w:p w:rsidR="005A39C3" w:rsidRPr="005A39C3" w:rsidRDefault="005A39C3" w:rsidP="005A39C3">
      <w:pPr>
        <w:shd w:val="clear" w:color="auto" w:fill="FFFFFF"/>
        <w:spacing w:line="240" w:lineRule="auto"/>
        <w:rPr>
          <w:lang w:val="ru-RU"/>
        </w:rPr>
      </w:pPr>
      <w:r w:rsidRPr="005A39C3">
        <w:rPr>
          <w:lang w:val="ru-RU"/>
        </w:rPr>
        <w:t>г) анализа результата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13.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>Управленческий принцип, состоящий в предоставлении дополнительных льгот на работах с тяжелыми условиями труда с целью восстановления или поддержания здоровья – принцип …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а) стимулирования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б) эффективности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в) последовательности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г) информации</w:t>
      </w:r>
    </w:p>
    <w:p w:rsidR="005A39C3" w:rsidRPr="005A39C3" w:rsidRDefault="005A39C3" w:rsidP="005A39C3">
      <w:pPr>
        <w:spacing w:after="120" w:line="240" w:lineRule="auto"/>
        <w:rPr>
          <w:bCs/>
          <w:lang w:val="ru-RU"/>
        </w:rPr>
      </w:pPr>
      <w:r w:rsidRPr="005A39C3">
        <w:rPr>
          <w:bCs/>
          <w:lang w:val="ru-RU"/>
        </w:rPr>
        <w:t>д) компенсации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14.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>Принципы, представляющие собой основные идеи для поиска безопасных решений и накапливания информационной базы называются принципами …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а) управленческими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б) организационными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в) техническими</w:t>
      </w:r>
    </w:p>
    <w:p w:rsidR="005A39C3" w:rsidRPr="005A39C3" w:rsidRDefault="005A39C3" w:rsidP="005A39C3">
      <w:pPr>
        <w:spacing w:line="240" w:lineRule="auto"/>
        <w:rPr>
          <w:bCs/>
          <w:lang w:val="ru-RU"/>
        </w:rPr>
      </w:pPr>
      <w:r w:rsidRPr="005A39C3">
        <w:rPr>
          <w:bCs/>
          <w:lang w:val="ru-RU"/>
        </w:rPr>
        <w:t>г) ориентирующими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lang w:val="ru-RU"/>
        </w:rPr>
        <w:t>д) безопасными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15.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>Ориентирующий принцип, направленный на учет всех без исключения элементов, формирующих опасные или вредные факторы, которые могут привести к несчастному случаю – принцип …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а) деструкции</w:t>
      </w:r>
    </w:p>
    <w:p w:rsidR="005A39C3" w:rsidRPr="005A39C3" w:rsidRDefault="005A39C3" w:rsidP="005A39C3">
      <w:pPr>
        <w:spacing w:line="240" w:lineRule="auto"/>
        <w:rPr>
          <w:bCs/>
          <w:lang w:val="ru-RU"/>
        </w:rPr>
      </w:pPr>
      <w:r w:rsidRPr="005A39C3">
        <w:rPr>
          <w:bCs/>
          <w:lang w:val="ru-RU"/>
        </w:rPr>
        <w:t>б) системности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в) снижения опасности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г) ликвидации опасности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lang w:val="ru-RU"/>
        </w:rPr>
        <w:t>д) прочности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16.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>Технический принцип, заключающийся в запланированном разрушении одного из звеньев механизма в случае его перегрузки – принцип …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а) блокировки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lastRenderedPageBreak/>
        <w:t xml:space="preserve">б) </w:t>
      </w:r>
      <w:proofErr w:type="spellStart"/>
      <w:r w:rsidRPr="005A39C3">
        <w:rPr>
          <w:lang w:val="ru-RU"/>
        </w:rPr>
        <w:t>флегматизации</w:t>
      </w:r>
      <w:proofErr w:type="spellEnd"/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в) герметизации</w:t>
      </w:r>
    </w:p>
    <w:p w:rsidR="005A39C3" w:rsidRPr="005A39C3" w:rsidRDefault="005A39C3" w:rsidP="005A39C3">
      <w:pPr>
        <w:spacing w:line="240" w:lineRule="auto"/>
        <w:rPr>
          <w:bCs/>
          <w:lang w:val="ru-RU"/>
        </w:rPr>
      </w:pPr>
      <w:r w:rsidRPr="005A39C3">
        <w:rPr>
          <w:bCs/>
          <w:lang w:val="ru-RU"/>
        </w:rPr>
        <w:t>г) слабого звена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lang w:val="ru-RU"/>
        </w:rPr>
        <w:t>д) замены оператора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17.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>Принципы, которые определяют взаимосвязь и отношения между отдельными стадиями и этапами процесса обеспечения безопасности – принципы …</w:t>
      </w:r>
    </w:p>
    <w:p w:rsidR="005A39C3" w:rsidRPr="005A39C3" w:rsidRDefault="005A39C3" w:rsidP="005A39C3">
      <w:pPr>
        <w:spacing w:line="240" w:lineRule="auto"/>
        <w:rPr>
          <w:bCs/>
          <w:lang w:val="ru-RU"/>
        </w:rPr>
      </w:pPr>
      <w:r w:rsidRPr="005A39C3">
        <w:rPr>
          <w:bCs/>
          <w:lang w:val="ru-RU"/>
        </w:rPr>
        <w:t>а) управленческие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б) организационные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в) технические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г) ориентирующие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lang w:val="ru-RU"/>
        </w:rPr>
        <w:t>д) безопасные.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18.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>Пути и способы достижения цели по достижению безопасности называются…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а) методами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б) принципами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в) задачами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lang w:val="ru-RU"/>
        </w:rPr>
        <w:t>г) средствами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19.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 xml:space="preserve">На рисунке представлено расположение гомосферы (Г) и </w:t>
      </w:r>
      <w:proofErr w:type="spellStart"/>
      <w:r w:rsidRPr="005A39C3">
        <w:rPr>
          <w:i/>
          <w:lang w:val="ru-RU"/>
        </w:rPr>
        <w:t>ноксосферы</w:t>
      </w:r>
      <w:proofErr w:type="spellEnd"/>
      <w:r w:rsidRPr="005A39C3">
        <w:rPr>
          <w:i/>
          <w:lang w:val="ru-RU"/>
        </w:rPr>
        <w:t xml:space="preserve"> (Н), характеризующее …</w:t>
      </w:r>
    </w:p>
    <w:p w:rsidR="005A39C3" w:rsidRPr="00C43392" w:rsidRDefault="005A39C3" w:rsidP="005A39C3">
      <w:pPr>
        <w:spacing w:line="240" w:lineRule="auto"/>
        <w:jc w:val="center"/>
      </w:pPr>
      <w:r>
        <w:rPr>
          <w:noProof/>
          <w:lang w:val="ru-RU" w:eastAsia="ru-RU"/>
        </w:rPr>
        <w:drawing>
          <wp:inline distT="0" distB="0" distL="0" distR="0" wp14:anchorId="7FDAEEF7" wp14:editId="0D0E8639">
            <wp:extent cx="1354455" cy="601980"/>
            <wp:effectExtent l="0" t="0" r="0" b="0"/>
            <wp:docPr id="3" name="Рисунок 3" descr="ЗАДАНИЕ 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ЗАДАНИЕ N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4" t="8426" r="54413" b="62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55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а) опасную ситуацию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б) ситуацию локальной опасности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в) безопасную ситуацию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г) условно безопасную ситуацию</w:t>
      </w:r>
    </w:p>
    <w:p w:rsidR="005A39C3" w:rsidRPr="005A39C3" w:rsidRDefault="005A39C3" w:rsidP="005A39C3">
      <w:pPr>
        <w:spacing w:line="240" w:lineRule="auto"/>
        <w:rPr>
          <w:bCs/>
          <w:lang w:val="ru-RU"/>
        </w:rPr>
      </w:pP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20.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bCs/>
          <w:i/>
          <w:lang w:val="ru-RU"/>
        </w:rPr>
      </w:pPr>
      <w:r w:rsidRPr="005A39C3">
        <w:rPr>
          <w:bCs/>
          <w:i/>
          <w:lang w:val="ru-RU"/>
        </w:rPr>
        <w:t xml:space="preserve">На рисунке представлено расположение гомосферы (Г) и </w:t>
      </w:r>
      <w:proofErr w:type="spellStart"/>
      <w:r w:rsidRPr="005A39C3">
        <w:rPr>
          <w:bCs/>
          <w:i/>
          <w:lang w:val="ru-RU"/>
        </w:rPr>
        <w:t>ноксосферы</w:t>
      </w:r>
      <w:proofErr w:type="spellEnd"/>
      <w:r w:rsidRPr="005A39C3">
        <w:rPr>
          <w:bCs/>
          <w:i/>
          <w:lang w:val="ru-RU"/>
        </w:rPr>
        <w:t xml:space="preserve"> (Н), характеризующее…</w:t>
      </w:r>
    </w:p>
    <w:p w:rsidR="005A39C3" w:rsidRPr="005A39C3" w:rsidRDefault="005A39C3" w:rsidP="005A39C3">
      <w:pPr>
        <w:spacing w:line="240" w:lineRule="auto"/>
        <w:rPr>
          <w:bCs/>
          <w:lang w:val="ru-RU"/>
        </w:rPr>
      </w:pPr>
    </w:p>
    <w:p w:rsidR="005A39C3" w:rsidRPr="00C43392" w:rsidRDefault="005A39C3" w:rsidP="005A39C3">
      <w:pPr>
        <w:spacing w:line="240" w:lineRule="auto"/>
        <w:jc w:val="center"/>
        <w:rPr>
          <w:bCs/>
        </w:rPr>
      </w:pPr>
      <w:r>
        <w:rPr>
          <w:noProof/>
          <w:lang w:val="ru-RU" w:eastAsia="ru-RU"/>
        </w:rPr>
        <w:drawing>
          <wp:inline distT="0" distB="0" distL="0" distR="0" wp14:anchorId="0140025E" wp14:editId="0FA77278">
            <wp:extent cx="914400" cy="6076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9C3" w:rsidRPr="005A39C3" w:rsidRDefault="005A39C3" w:rsidP="005A39C3">
      <w:pPr>
        <w:spacing w:line="240" w:lineRule="auto"/>
        <w:rPr>
          <w:bCs/>
          <w:lang w:val="ru-RU"/>
        </w:rPr>
      </w:pPr>
      <w:r w:rsidRPr="005A39C3">
        <w:rPr>
          <w:bCs/>
          <w:lang w:val="ru-RU"/>
        </w:rPr>
        <w:t>а) опасную ситуацию</w:t>
      </w:r>
      <w:r w:rsidRPr="005A39C3">
        <w:rPr>
          <w:bCs/>
          <w:lang w:val="ru-RU"/>
        </w:rPr>
        <w:tab/>
      </w:r>
    </w:p>
    <w:p w:rsidR="005A39C3" w:rsidRPr="005A39C3" w:rsidRDefault="005A39C3" w:rsidP="005A39C3">
      <w:pPr>
        <w:spacing w:line="240" w:lineRule="auto"/>
        <w:rPr>
          <w:bCs/>
          <w:lang w:val="ru-RU"/>
        </w:rPr>
      </w:pPr>
      <w:r w:rsidRPr="005A39C3">
        <w:rPr>
          <w:bCs/>
          <w:lang w:val="ru-RU"/>
        </w:rPr>
        <w:t>б) безопасную ситуацию</w:t>
      </w:r>
    </w:p>
    <w:p w:rsidR="005A39C3" w:rsidRPr="005A39C3" w:rsidRDefault="005A39C3" w:rsidP="005A39C3">
      <w:pPr>
        <w:spacing w:line="240" w:lineRule="auto"/>
        <w:rPr>
          <w:bCs/>
          <w:lang w:val="ru-RU"/>
        </w:rPr>
      </w:pPr>
      <w:r w:rsidRPr="005A39C3">
        <w:rPr>
          <w:bCs/>
          <w:lang w:val="ru-RU"/>
        </w:rPr>
        <w:t>в) условно безопасную ситуацию</w:t>
      </w:r>
    </w:p>
    <w:p w:rsidR="005A39C3" w:rsidRPr="005A39C3" w:rsidRDefault="005A39C3" w:rsidP="005A39C3">
      <w:pPr>
        <w:spacing w:after="120" w:line="240" w:lineRule="auto"/>
        <w:rPr>
          <w:bCs/>
          <w:lang w:val="ru-RU"/>
        </w:rPr>
      </w:pPr>
      <w:r w:rsidRPr="005A39C3">
        <w:rPr>
          <w:bCs/>
          <w:lang w:val="ru-RU"/>
        </w:rPr>
        <w:t>г) ситуацию локальной опасности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21.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 xml:space="preserve">При соответствующем расположении гомосферы (Г) и </w:t>
      </w:r>
      <w:proofErr w:type="spellStart"/>
      <w:r w:rsidRPr="005A39C3">
        <w:rPr>
          <w:i/>
          <w:lang w:val="ru-RU"/>
        </w:rPr>
        <w:t>ноксосферы</w:t>
      </w:r>
      <w:proofErr w:type="spellEnd"/>
      <w:r w:rsidRPr="005A39C3">
        <w:rPr>
          <w:i/>
          <w:lang w:val="ru-RU"/>
        </w:rPr>
        <w:t xml:space="preserve"> (Н) реализуется условно опасная ситуация, которая представлена на рисунке…</w:t>
      </w:r>
    </w:p>
    <w:p w:rsidR="005A39C3" w:rsidRPr="00C43392" w:rsidRDefault="005A39C3" w:rsidP="005A39C3">
      <w:pPr>
        <w:spacing w:after="120" w:line="240" w:lineRule="auto"/>
        <w:jc w:val="center"/>
        <w:rPr>
          <w:noProof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25DF206A" wp14:editId="7BEB5809">
            <wp:extent cx="1858010" cy="955040"/>
            <wp:effectExtent l="0" t="0" r="0" b="0"/>
            <wp:docPr id="1" name="Рисунок 1" descr="ЗАДАНИЕ 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ЗАДАНИЕ N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2" t="10524" r="48230" b="55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10" cy="95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22.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 xml:space="preserve">Методом обеспечения безопасности путем разделения гомосферы и </w:t>
      </w:r>
      <w:proofErr w:type="spellStart"/>
      <w:r w:rsidRPr="005A39C3">
        <w:rPr>
          <w:i/>
          <w:lang w:val="ru-RU"/>
        </w:rPr>
        <w:t>ноксосферы</w:t>
      </w:r>
      <w:proofErr w:type="spellEnd"/>
      <w:r w:rsidRPr="005A39C3">
        <w:rPr>
          <w:i/>
          <w:lang w:val="ru-RU"/>
        </w:rPr>
        <w:t xml:space="preserve"> в пространстве или во времени является…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а) герметизация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б) экранирование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в) демпфирование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lang w:val="ru-RU"/>
        </w:rPr>
        <w:t>г) профотбор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23.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 xml:space="preserve">Средством реализации метода нормализации </w:t>
      </w:r>
      <w:proofErr w:type="spellStart"/>
      <w:r w:rsidRPr="005A39C3">
        <w:rPr>
          <w:i/>
          <w:lang w:val="ru-RU"/>
        </w:rPr>
        <w:t>ноксосферы</w:t>
      </w:r>
      <w:proofErr w:type="spellEnd"/>
      <w:r w:rsidRPr="005A39C3">
        <w:rPr>
          <w:i/>
          <w:lang w:val="ru-RU"/>
        </w:rPr>
        <w:t xml:space="preserve"> является …</w:t>
      </w:r>
    </w:p>
    <w:p w:rsidR="005A39C3" w:rsidRPr="005A39C3" w:rsidRDefault="005A39C3" w:rsidP="005A39C3">
      <w:pPr>
        <w:spacing w:line="240" w:lineRule="auto"/>
        <w:contextualSpacing/>
        <w:rPr>
          <w:lang w:val="ru-RU"/>
        </w:rPr>
      </w:pPr>
      <w:r w:rsidRPr="005A39C3">
        <w:rPr>
          <w:lang w:val="ru-RU"/>
        </w:rPr>
        <w:t>а) экранирование</w:t>
      </w:r>
    </w:p>
    <w:p w:rsidR="005A39C3" w:rsidRPr="005A39C3" w:rsidRDefault="005A39C3" w:rsidP="005A39C3">
      <w:pPr>
        <w:spacing w:line="240" w:lineRule="auto"/>
        <w:contextualSpacing/>
        <w:rPr>
          <w:lang w:val="ru-RU"/>
        </w:rPr>
      </w:pPr>
      <w:r w:rsidRPr="005A39C3">
        <w:rPr>
          <w:lang w:val="ru-RU"/>
        </w:rPr>
        <w:t>б) роботизация</w:t>
      </w:r>
    </w:p>
    <w:p w:rsidR="005A39C3" w:rsidRPr="005A39C3" w:rsidRDefault="005A39C3" w:rsidP="005A39C3">
      <w:pPr>
        <w:spacing w:line="240" w:lineRule="auto"/>
        <w:contextualSpacing/>
        <w:rPr>
          <w:lang w:val="ru-RU"/>
        </w:rPr>
      </w:pPr>
      <w:r w:rsidRPr="005A39C3">
        <w:rPr>
          <w:lang w:val="ru-RU"/>
        </w:rPr>
        <w:t>в) герметизация</w:t>
      </w:r>
    </w:p>
    <w:p w:rsidR="005A39C3" w:rsidRPr="005A39C3" w:rsidRDefault="005A39C3" w:rsidP="005A39C3">
      <w:pPr>
        <w:spacing w:after="120" w:line="240" w:lineRule="auto"/>
        <w:contextualSpacing/>
        <w:rPr>
          <w:lang w:val="ru-RU"/>
        </w:rPr>
      </w:pPr>
      <w:r w:rsidRPr="005A39C3">
        <w:rPr>
          <w:lang w:val="ru-RU"/>
        </w:rPr>
        <w:t>г) профотбор</w:t>
      </w:r>
    </w:p>
    <w:p w:rsidR="005A39C3" w:rsidRPr="005A39C3" w:rsidRDefault="005A39C3" w:rsidP="005A39C3">
      <w:pPr>
        <w:spacing w:after="120" w:line="240" w:lineRule="auto"/>
        <w:contextualSpacing/>
        <w:rPr>
          <w:lang w:val="ru-RU"/>
        </w:rPr>
      </w:pP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24.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bCs/>
          <w:i/>
          <w:lang w:val="ru-RU"/>
        </w:rPr>
      </w:pPr>
      <w:r w:rsidRPr="005A39C3">
        <w:rPr>
          <w:bCs/>
          <w:i/>
          <w:lang w:val="ru-RU"/>
        </w:rPr>
        <w:t xml:space="preserve">Средством реализации метода разделения гомосферы и </w:t>
      </w:r>
      <w:proofErr w:type="spellStart"/>
      <w:r w:rsidRPr="005A39C3">
        <w:rPr>
          <w:bCs/>
          <w:i/>
          <w:lang w:val="ru-RU"/>
        </w:rPr>
        <w:t>ноксосферы</w:t>
      </w:r>
      <w:proofErr w:type="spellEnd"/>
      <w:r w:rsidRPr="005A39C3">
        <w:rPr>
          <w:bCs/>
          <w:i/>
          <w:lang w:val="ru-RU"/>
        </w:rPr>
        <w:t xml:space="preserve"> в пространстве или во времени является использование …</w:t>
      </w:r>
    </w:p>
    <w:p w:rsidR="005A39C3" w:rsidRPr="005A39C3" w:rsidRDefault="005A39C3" w:rsidP="005A39C3">
      <w:pPr>
        <w:spacing w:line="240" w:lineRule="auto"/>
        <w:rPr>
          <w:bCs/>
          <w:lang w:val="ru-RU"/>
        </w:rPr>
      </w:pPr>
      <w:r w:rsidRPr="005A39C3">
        <w:rPr>
          <w:bCs/>
          <w:lang w:val="ru-RU"/>
        </w:rPr>
        <w:t>а) роботов</w:t>
      </w:r>
    </w:p>
    <w:p w:rsidR="005A39C3" w:rsidRPr="005A39C3" w:rsidRDefault="005A39C3" w:rsidP="005A39C3">
      <w:pPr>
        <w:spacing w:line="240" w:lineRule="auto"/>
        <w:rPr>
          <w:bCs/>
          <w:lang w:val="ru-RU"/>
        </w:rPr>
      </w:pPr>
      <w:r w:rsidRPr="005A39C3">
        <w:rPr>
          <w:bCs/>
          <w:lang w:val="ru-RU"/>
        </w:rPr>
        <w:t>б) экранов</w:t>
      </w:r>
    </w:p>
    <w:p w:rsidR="005A39C3" w:rsidRPr="005A39C3" w:rsidRDefault="005A39C3" w:rsidP="005A39C3">
      <w:pPr>
        <w:spacing w:line="240" w:lineRule="auto"/>
        <w:rPr>
          <w:bCs/>
          <w:lang w:val="ru-RU"/>
        </w:rPr>
      </w:pPr>
      <w:r w:rsidRPr="005A39C3">
        <w:rPr>
          <w:bCs/>
          <w:lang w:val="ru-RU"/>
        </w:rPr>
        <w:t>в) фильтров</w:t>
      </w:r>
    </w:p>
    <w:p w:rsidR="005A39C3" w:rsidRPr="005A39C3" w:rsidRDefault="005A39C3" w:rsidP="005A39C3">
      <w:pPr>
        <w:spacing w:after="120" w:line="240" w:lineRule="auto"/>
        <w:rPr>
          <w:bCs/>
          <w:lang w:val="ru-RU"/>
        </w:rPr>
      </w:pPr>
      <w:r w:rsidRPr="005A39C3">
        <w:rPr>
          <w:bCs/>
          <w:lang w:val="ru-RU"/>
        </w:rPr>
        <w:t>г) спецодежды.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>Задание 25.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>В соответствии, с каким государственным стандартом устанавливается классификация средств защиты работающих, применяемых для предотвращения или уменьшения воздействия на работающих опасных и вредных факторов, а также перечень основных видов средств защиты работающих?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А) ГОСТ 12.4.011-89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б) ГОСТ 12.4.064-84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lang w:val="ru-RU"/>
        </w:rPr>
        <w:t>в) ГОСТ 12.4.125-83</w:t>
      </w: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 xml:space="preserve">Задание 26. </w:t>
      </w:r>
      <w:r w:rsidRPr="005A39C3">
        <w:rPr>
          <w:rFonts w:eastAsia="Calibri"/>
          <w:i/>
          <w:lang w:val="ru-RU"/>
        </w:rPr>
        <w:t>(выбрать два варианта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bCs/>
          <w:i/>
          <w:lang w:val="ru-RU"/>
        </w:rPr>
        <w:t>Вредное вещество – это…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rFonts w:eastAsia="Calibri"/>
          <w:lang w:val="ru-RU" w:bidi="en-US"/>
        </w:rPr>
        <w:t>а)</w:t>
      </w:r>
      <w:r w:rsidRPr="005A39C3">
        <w:rPr>
          <w:bCs/>
          <w:lang w:val="ru-RU"/>
        </w:rPr>
        <w:t xml:space="preserve"> в</w:t>
      </w:r>
      <w:r w:rsidRPr="005A39C3">
        <w:rPr>
          <w:lang w:val="ru-RU"/>
        </w:rPr>
        <w:t>ещество, при попадании которого в организм человека в определенной дозе за определенное время создается угроза здоровью или жизни человека, либо угроза здоровью или жизни его потомков;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lang w:val="ru-RU" w:bidi="en-US"/>
        </w:rPr>
      </w:pPr>
      <w:r w:rsidRPr="005A39C3">
        <w:rPr>
          <w:rFonts w:eastAsia="Calibri"/>
          <w:lang w:val="ru-RU" w:bidi="en-US"/>
        </w:rPr>
        <w:t xml:space="preserve">б) </w:t>
      </w:r>
      <w:r w:rsidRPr="005A39C3">
        <w:rPr>
          <w:lang w:val="ru-RU"/>
        </w:rPr>
        <w:t>вещество, которое при контакте с организмом человека в случае нарушения требований безопасности может вызывать производственные травмы, профессиональные заболевания или отклонения в состоянии здоровья, обнаруживаемые современными методами, как в процессе работы, так и в отдаленные сроки жизни настоящего и последующих поколений;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lang w:val="ru-RU" w:bidi="en-US"/>
        </w:rPr>
      </w:pPr>
      <w:r w:rsidRPr="005A39C3">
        <w:rPr>
          <w:rFonts w:eastAsia="Calibri"/>
          <w:lang w:val="ru-RU" w:bidi="en-US"/>
        </w:rPr>
        <w:lastRenderedPageBreak/>
        <w:t xml:space="preserve">в) </w:t>
      </w:r>
      <w:r w:rsidRPr="005A39C3">
        <w:rPr>
          <w:shd w:val="clear" w:color="auto" w:fill="FFFFFF"/>
          <w:lang w:val="ru-RU"/>
        </w:rPr>
        <w:t>токсичные химические вещества, применяемые в промышленности и в сельском хозяйстве, которые при разливе или выбросе загрязняют окружающую среду и могут привести к гибели или поражению людей, животных и растений.</w:t>
      </w: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 xml:space="preserve">Задание 27. </w:t>
      </w:r>
      <w:r w:rsidRPr="005A39C3">
        <w:rPr>
          <w:rFonts w:eastAsia="Calibri"/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Как называется путь попадания вредных веществ через желудочно-кишечный тракт?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lang w:val="ru-RU" w:bidi="en-US"/>
        </w:rPr>
      </w:pPr>
      <w:r w:rsidRPr="005A39C3">
        <w:rPr>
          <w:rFonts w:eastAsia="Calibri"/>
          <w:lang w:val="ru-RU" w:bidi="en-US"/>
        </w:rPr>
        <w:t xml:space="preserve">а) кожно-резорбтивный; 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lang w:val="ru-RU" w:bidi="en-US"/>
        </w:rPr>
      </w:pPr>
      <w:r w:rsidRPr="005A39C3">
        <w:rPr>
          <w:rFonts w:eastAsia="Calibri"/>
          <w:lang w:val="ru-RU" w:bidi="en-US"/>
        </w:rPr>
        <w:t xml:space="preserve">б) </w:t>
      </w:r>
      <w:r w:rsidRPr="005A39C3">
        <w:rPr>
          <w:lang w:val="ru-RU"/>
        </w:rPr>
        <w:t>пероральный;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lang w:val="ru-RU" w:bidi="en-US"/>
        </w:rPr>
      </w:pPr>
      <w:r w:rsidRPr="005A39C3">
        <w:rPr>
          <w:rFonts w:eastAsia="Calibri"/>
          <w:lang w:val="ru-RU" w:bidi="en-US"/>
        </w:rPr>
        <w:t>в) ингаляционный.</w:t>
      </w: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 xml:space="preserve">Задание 28. </w:t>
      </w:r>
      <w:r w:rsidRPr="005A39C3">
        <w:rPr>
          <w:rFonts w:eastAsia="Calibri"/>
          <w:i/>
          <w:lang w:val="ru-RU"/>
        </w:rPr>
        <w:t>(выбрать два варианта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i/>
          <w:lang w:val="ru-RU"/>
        </w:rPr>
      </w:pPr>
      <w:r w:rsidRPr="005A39C3">
        <w:rPr>
          <w:i/>
          <w:lang w:val="ru-RU"/>
        </w:rPr>
        <w:t xml:space="preserve">Наиболее распространенным путем попадания вредного вещества в организм человека на производстве является…? 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lang w:val="ru-RU"/>
        </w:rPr>
      </w:pPr>
      <w:r w:rsidRPr="005A39C3">
        <w:rPr>
          <w:rFonts w:eastAsia="Calibri"/>
          <w:lang w:val="ru-RU" w:bidi="en-US"/>
        </w:rPr>
        <w:t>а) ингаляционный путь;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 w:bidi="en-US"/>
        </w:rPr>
      </w:pPr>
      <w:r w:rsidRPr="005A39C3">
        <w:rPr>
          <w:rFonts w:eastAsia="Calibri"/>
          <w:lang w:val="ru-RU" w:bidi="en-US"/>
        </w:rPr>
        <w:t xml:space="preserve">б) </w:t>
      </w:r>
      <w:r w:rsidRPr="005A39C3">
        <w:rPr>
          <w:lang w:val="ru-RU"/>
        </w:rPr>
        <w:t>пероральный путь;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lang w:val="ru-RU" w:bidi="en-US"/>
        </w:rPr>
      </w:pPr>
      <w:r w:rsidRPr="005A39C3">
        <w:rPr>
          <w:rFonts w:eastAsia="Calibri"/>
          <w:lang w:val="ru-RU" w:bidi="en-US"/>
        </w:rPr>
        <w:t>в) через органы дыхания.</w:t>
      </w: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 xml:space="preserve">Задание 29. </w:t>
      </w:r>
      <w:r w:rsidRPr="005A39C3">
        <w:rPr>
          <w:rFonts w:eastAsia="Calibri"/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i/>
          <w:lang w:val="ru-RU"/>
        </w:rPr>
      </w:pPr>
      <w:r w:rsidRPr="005A39C3">
        <w:rPr>
          <w:i/>
          <w:lang w:val="ru-RU"/>
        </w:rPr>
        <w:t>На сколько групп подразделяются химические вещества по характеру результирующего химического воздействия на организм человека?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spacing w:val="-5"/>
          <w:lang w:val="ru-RU"/>
        </w:rPr>
      </w:pPr>
      <w:r w:rsidRPr="005A39C3">
        <w:rPr>
          <w:rFonts w:eastAsia="Calibri"/>
          <w:lang w:val="ru-RU" w:bidi="en-US"/>
        </w:rPr>
        <w:t xml:space="preserve">а) </w:t>
      </w:r>
      <w:r w:rsidRPr="005A39C3">
        <w:rPr>
          <w:spacing w:val="-5"/>
          <w:lang w:val="ru-RU"/>
        </w:rPr>
        <w:t>четыре;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lang w:val="ru-RU" w:bidi="en-US"/>
        </w:rPr>
      </w:pPr>
      <w:r w:rsidRPr="005A39C3">
        <w:rPr>
          <w:rFonts w:eastAsia="Calibri"/>
          <w:lang w:val="ru-RU" w:bidi="en-US"/>
        </w:rPr>
        <w:t>б) шесть;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spacing w:val="-5"/>
          <w:lang w:val="ru-RU"/>
        </w:rPr>
      </w:pPr>
      <w:r w:rsidRPr="005A39C3">
        <w:rPr>
          <w:rFonts w:eastAsia="Calibri"/>
          <w:lang w:val="ru-RU" w:bidi="en-US"/>
        </w:rPr>
        <w:t xml:space="preserve">в) </w:t>
      </w:r>
      <w:r w:rsidRPr="005A39C3">
        <w:rPr>
          <w:spacing w:val="-5"/>
          <w:lang w:val="ru-RU"/>
        </w:rPr>
        <w:t>пять.</w:t>
      </w: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 xml:space="preserve">Задание 30. </w:t>
      </w:r>
      <w:r w:rsidRPr="005A39C3">
        <w:rPr>
          <w:rFonts w:eastAsia="Calibri"/>
          <w:i/>
          <w:lang w:val="ru-RU"/>
        </w:rPr>
        <w:t>(выбрать один вариант из предложенного множества)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На какие группы химические вещества подразделяют по характеру результирующего химического воздействия на организм человека?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а) мутагенные, токсические, канцерогенные, раздражающие, сенсибилизирующие;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б) вещества, вызывающие поражение кожи, мутагенные, токсические;</w:t>
      </w:r>
    </w:p>
    <w:p w:rsidR="005A39C3" w:rsidRPr="005A39C3" w:rsidRDefault="005A39C3" w:rsidP="005A39C3">
      <w:pPr>
        <w:widowControl w:val="0"/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в) вещества, представляющие опасность при аспирации, вещества, вызывающие серьезные повреждения или раздражение глаз, вещества, обладающие избирательной токсичностью на органы-мишени и (или) системы при однократном воздействии;</w:t>
      </w:r>
    </w:p>
    <w:p w:rsidR="005A39C3" w:rsidRPr="005A39C3" w:rsidRDefault="005A39C3" w:rsidP="005A39C3">
      <w:pPr>
        <w:widowControl w:val="0"/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г) вещества, вызывающие поражение кожи, мутагенные, токсические, канцерогенные, раздражающие, сенсибилизирующие.</w:t>
      </w: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 xml:space="preserve">Задание 31. </w:t>
      </w:r>
      <w:r w:rsidRPr="005A39C3">
        <w:rPr>
          <w:rFonts w:eastAsia="Calibri"/>
          <w:i/>
          <w:lang w:val="ru-RU"/>
        </w:rPr>
        <w:t>(ввести два из пропущенных ключевых слов)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i/>
          <w:lang w:val="ru-RU"/>
        </w:rPr>
        <w:t>Наиболее распространены вредные вещества ___________ природы, несколько реже – _______________?</w:t>
      </w:r>
      <w:r w:rsidRPr="005A39C3">
        <w:rPr>
          <w:rFonts w:eastAsia="Calibri"/>
          <w:i/>
          <w:lang w:val="ru-RU" w:bidi="en-US"/>
        </w:rPr>
        <w:t xml:space="preserve"> 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spacing w:val="-5"/>
          <w:lang w:val="ru-RU"/>
        </w:rPr>
      </w:pPr>
      <w:r w:rsidRPr="005A39C3">
        <w:rPr>
          <w:rFonts w:eastAsia="Calibri"/>
          <w:lang w:val="ru-RU" w:bidi="en-US"/>
        </w:rPr>
        <w:t xml:space="preserve">а) </w:t>
      </w:r>
      <w:r w:rsidRPr="005A39C3">
        <w:rPr>
          <w:lang w:val="ru-RU"/>
        </w:rPr>
        <w:t>химической, биологической;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lang w:val="ru-RU" w:bidi="en-US"/>
        </w:rPr>
      </w:pPr>
      <w:r w:rsidRPr="005A39C3">
        <w:rPr>
          <w:rFonts w:eastAsia="Calibri"/>
          <w:lang w:val="ru-RU" w:bidi="en-US"/>
        </w:rPr>
        <w:t>б) биологической, химической;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spacing w:val="-5"/>
          <w:lang w:val="ru-RU"/>
        </w:rPr>
      </w:pPr>
      <w:r w:rsidRPr="005A39C3">
        <w:rPr>
          <w:rFonts w:eastAsia="Calibri"/>
          <w:lang w:val="ru-RU" w:bidi="en-US"/>
        </w:rPr>
        <w:t xml:space="preserve">в) </w:t>
      </w:r>
      <w:r w:rsidRPr="005A39C3">
        <w:rPr>
          <w:lang w:val="ru-RU"/>
        </w:rPr>
        <w:t>химической, микробиологической.</w:t>
      </w: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 xml:space="preserve">Задание 32. </w:t>
      </w:r>
      <w:r w:rsidRPr="005A39C3">
        <w:rPr>
          <w:rFonts w:eastAsia="Calibri"/>
          <w:i/>
          <w:lang w:val="ru-RU"/>
        </w:rPr>
        <w:t>(выбрать один вариант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i/>
          <w:lang w:val="ru-RU"/>
        </w:rPr>
      </w:pPr>
      <w:r w:rsidRPr="005A39C3">
        <w:rPr>
          <w:bCs/>
          <w:i/>
          <w:lang w:val="ru-RU"/>
        </w:rPr>
        <w:t>Вредное воздействие на работающего человека</w:t>
      </w:r>
      <w:r w:rsidRPr="005A39C3">
        <w:rPr>
          <w:i/>
          <w:lang w:val="ru-RU"/>
        </w:rPr>
        <w:t xml:space="preserve"> – это…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а) воздействие вредных веществ, создающее угрозу здоровью работающего;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б) воздействие вредных производственных факторов, создающее угрозу здоровью и/или жизни работающего либо угрозу здоровью или жизни его потомков;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в) воздействие опасных производственных факторов, создающее угрозу жизни работающего либо жизни его потомков.</w:t>
      </w: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>Задание 33.</w:t>
      </w:r>
      <w:r w:rsidRPr="005A39C3">
        <w:rPr>
          <w:rFonts w:eastAsia="Calibri"/>
          <w:b/>
          <w:i/>
          <w:lang w:val="ru-RU"/>
        </w:rPr>
        <w:t xml:space="preserve"> </w:t>
      </w:r>
      <w:r w:rsidRPr="005A39C3">
        <w:rPr>
          <w:rFonts w:eastAsia="Calibri"/>
          <w:i/>
          <w:lang w:val="ru-RU"/>
        </w:rPr>
        <w:t>(ввести одно из пропущенных ключевых слов)</w:t>
      </w:r>
    </w:p>
    <w:p w:rsidR="005A39C3" w:rsidRPr="005A39C3" w:rsidRDefault="005A39C3" w:rsidP="005A39C3">
      <w:pPr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lastRenderedPageBreak/>
        <w:t>Комбинированное воздействие вредных веществ _______ отличается от воздействия одного вредного вещества?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а) всегда;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б) как правило;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в) не всегда;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г) обычно.</w:t>
      </w: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 xml:space="preserve">Задание 34. </w:t>
      </w:r>
      <w:r w:rsidRPr="005A39C3">
        <w:rPr>
          <w:rFonts w:eastAsia="Calibri"/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bCs/>
          <w:i/>
          <w:lang w:val="ru-RU"/>
        </w:rPr>
      </w:pPr>
      <w:r w:rsidRPr="005A39C3">
        <w:rPr>
          <w:bCs/>
          <w:i/>
          <w:lang w:val="ru-RU"/>
        </w:rPr>
        <w:t>Профессиональное заболевание – это…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lang w:val="ru-RU" w:bidi="en-US"/>
        </w:rPr>
      </w:pPr>
      <w:r w:rsidRPr="005A39C3">
        <w:rPr>
          <w:rFonts w:eastAsia="Calibri"/>
          <w:lang w:val="ru-RU" w:bidi="en-US"/>
        </w:rPr>
        <w:t>а)</w:t>
      </w:r>
      <w:r w:rsidRPr="005A39C3">
        <w:rPr>
          <w:spacing w:val="2"/>
          <w:shd w:val="clear" w:color="auto" w:fill="FFFFFF"/>
          <w:lang w:val="ru-RU"/>
        </w:rPr>
        <w:t xml:space="preserve"> нарушение деятельности организма, возникающее в связи с воздействием патогенных факторов; 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lang w:val="ru-RU" w:bidi="en-US"/>
        </w:rPr>
      </w:pPr>
      <w:r w:rsidRPr="005A39C3">
        <w:rPr>
          <w:rFonts w:eastAsia="Calibri"/>
          <w:lang w:val="ru-RU" w:bidi="en-US"/>
        </w:rPr>
        <w:t xml:space="preserve">б) </w:t>
      </w:r>
      <w:r w:rsidRPr="005A39C3">
        <w:rPr>
          <w:spacing w:val="2"/>
          <w:shd w:val="clear" w:color="auto" w:fill="FFFFFF"/>
          <w:lang w:val="ru-RU"/>
        </w:rPr>
        <w:t>наступающее внезапно резкое ухудшение функционирования организма;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lang w:val="ru-RU"/>
        </w:rPr>
      </w:pPr>
      <w:r w:rsidRPr="005A39C3">
        <w:rPr>
          <w:rFonts w:eastAsia="Calibri"/>
          <w:lang w:val="ru-RU" w:bidi="en-US"/>
        </w:rPr>
        <w:t xml:space="preserve">в) </w:t>
      </w:r>
      <w:r w:rsidRPr="005A39C3">
        <w:rPr>
          <w:lang w:val="ru-RU"/>
        </w:rPr>
        <w:t>острое или хроническое заболевание работающего</w:t>
      </w:r>
      <w:r w:rsidRPr="005A39C3">
        <w:rPr>
          <w:rFonts w:eastAsia="Calibri"/>
          <w:lang w:val="ru-RU"/>
        </w:rPr>
        <w:t>.</w:t>
      </w:r>
    </w:p>
    <w:p w:rsidR="005A39C3" w:rsidRPr="005A39C3" w:rsidRDefault="005A39C3" w:rsidP="005A39C3">
      <w:pPr>
        <w:spacing w:line="240" w:lineRule="auto"/>
        <w:contextualSpacing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 xml:space="preserve">Задание 35. </w:t>
      </w:r>
      <w:r w:rsidRPr="005A39C3">
        <w:rPr>
          <w:rFonts w:eastAsia="Calibri"/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i/>
          <w:lang w:val="ru-RU"/>
        </w:rPr>
      </w:pPr>
      <w:r w:rsidRPr="005A39C3">
        <w:rPr>
          <w:bCs/>
          <w:i/>
          <w:lang w:val="ru-RU"/>
        </w:rPr>
        <w:t>Комбинированное действие вредных веществ – это…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lang w:val="ru-RU"/>
        </w:rPr>
      </w:pPr>
      <w:r w:rsidRPr="005A39C3">
        <w:rPr>
          <w:rFonts w:eastAsia="Calibri"/>
          <w:lang w:val="ru-RU" w:bidi="en-US"/>
        </w:rPr>
        <w:t xml:space="preserve">а) </w:t>
      </w:r>
      <w:r w:rsidRPr="005A39C3">
        <w:rPr>
          <w:lang w:val="ru-RU"/>
        </w:rPr>
        <w:t>одновременное действие (воздействие) различных по своей природе производственных факторов;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 w:bidi="en-US"/>
        </w:rPr>
      </w:pPr>
      <w:r w:rsidRPr="005A39C3">
        <w:rPr>
          <w:rFonts w:eastAsia="Calibri"/>
          <w:lang w:val="ru-RU" w:bidi="en-US"/>
        </w:rPr>
        <w:t xml:space="preserve">б) </w:t>
      </w:r>
      <w:r w:rsidRPr="005A39C3">
        <w:rPr>
          <w:lang w:val="ru-RU"/>
        </w:rPr>
        <w:t>одновременное или последовательное действие (воздействие) нескольких вредных веществ при одном и том же пути поступления в организм работающего;</w:t>
      </w:r>
      <w:r w:rsidRPr="005A39C3">
        <w:rPr>
          <w:rFonts w:eastAsia="Calibri"/>
          <w:lang w:val="ru-RU" w:bidi="en-US"/>
        </w:rPr>
        <w:t xml:space="preserve"> 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rFonts w:eastAsia="Calibri"/>
          <w:lang w:val="ru-RU" w:bidi="en-US"/>
        </w:rPr>
        <w:t xml:space="preserve">в) </w:t>
      </w:r>
      <w:r w:rsidRPr="005A39C3">
        <w:rPr>
          <w:lang w:val="ru-RU"/>
        </w:rPr>
        <w:t>поступление одних и тех же веществ разными путями в организм работающего.</w:t>
      </w:r>
    </w:p>
    <w:p w:rsidR="005A39C3" w:rsidRPr="005A39C3" w:rsidRDefault="005A39C3" w:rsidP="005A39C3">
      <w:pPr>
        <w:spacing w:line="240" w:lineRule="auto"/>
        <w:contextualSpacing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 xml:space="preserve">Задание 36. </w:t>
      </w:r>
      <w:r w:rsidRPr="005A39C3">
        <w:rPr>
          <w:rFonts w:eastAsia="Calibri"/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i/>
          <w:lang w:val="ru-RU"/>
        </w:rPr>
      </w:pPr>
      <w:r w:rsidRPr="005A39C3">
        <w:rPr>
          <w:bCs/>
          <w:i/>
          <w:lang w:val="ru-RU"/>
        </w:rPr>
        <w:t>Комплексное действие вредных веществ – это…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lang w:val="ru-RU"/>
        </w:rPr>
      </w:pPr>
      <w:r w:rsidRPr="005A39C3">
        <w:rPr>
          <w:rFonts w:eastAsia="Calibri"/>
          <w:lang w:val="ru-RU" w:bidi="en-US"/>
        </w:rPr>
        <w:t xml:space="preserve">а) </w:t>
      </w:r>
      <w:r w:rsidRPr="005A39C3">
        <w:rPr>
          <w:lang w:val="ru-RU"/>
        </w:rPr>
        <w:t>одновременное действие (воздействие) различных по своей природе производственных факторов;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 w:bidi="en-US"/>
        </w:rPr>
      </w:pPr>
      <w:r w:rsidRPr="005A39C3">
        <w:rPr>
          <w:rFonts w:eastAsia="Calibri"/>
          <w:lang w:val="ru-RU" w:bidi="en-US"/>
        </w:rPr>
        <w:t xml:space="preserve">б) </w:t>
      </w:r>
      <w:r w:rsidRPr="005A39C3">
        <w:rPr>
          <w:lang w:val="ru-RU"/>
        </w:rPr>
        <w:t>одновременное или последовательное действие (воздействие) нескольких вредных веществ при одном и том же пути поступления в организм работающего;</w:t>
      </w:r>
      <w:r w:rsidRPr="005A39C3">
        <w:rPr>
          <w:rFonts w:eastAsia="Calibri"/>
          <w:lang w:val="ru-RU" w:bidi="en-US"/>
        </w:rPr>
        <w:t xml:space="preserve"> 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rFonts w:eastAsia="Calibri"/>
          <w:lang w:val="ru-RU" w:bidi="en-US"/>
        </w:rPr>
        <w:t xml:space="preserve">в) </w:t>
      </w:r>
      <w:r w:rsidRPr="005A39C3">
        <w:rPr>
          <w:lang w:val="ru-RU"/>
        </w:rPr>
        <w:t>поступление одних и тех же веществ разными путями в организм работающего.</w:t>
      </w: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 xml:space="preserve">Задание 37. </w:t>
      </w:r>
      <w:r w:rsidRPr="005A39C3">
        <w:rPr>
          <w:rFonts w:eastAsia="Calibri"/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Независимое действие вредных веществ это…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а) независимое действие, когда суммарный эффект комбинированного воздействия не отличается от изолированного действия одного вещества, и преобладает эффект самого вредного вещества;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б) когда суммарный эффект комбинированного воздействия равен сумме эффектов действующих веществ;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в) когда суммарный эффект комбинированного воздействия больше суммы эффектов действующих веществ;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г) когда суммарный эффект комбинированного воздействия меньше суммы эффектов действующих веществ.</w:t>
      </w: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 xml:space="preserve">Задание 38. </w:t>
      </w:r>
      <w:r w:rsidRPr="005A39C3">
        <w:rPr>
          <w:rFonts w:eastAsia="Calibri"/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Аддитивное действие вредных веществ это…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а) независимое действие, когда суммарный эффект комбинированного воздействия не отличается от изолированного действия одного вещества, и преобладает эффект самого вредного вещества;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б) потенцированное действие (синергизм), когда суммарный эффект комбинированного воздействия больше суммы эффектов действующих веществ;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lastRenderedPageBreak/>
        <w:t>в) аддитивное действие, когда суммарный эффект комбинированного воздействия равен сумме эффектов действующих веществ;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г) антагонистическое действие (антагонизм), когда суммарный эффект комбинированного воздействия меньше суммы эффектов действующих веществ.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b/>
          <w:lang w:val="ru-RU"/>
        </w:rPr>
      </w:pP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 xml:space="preserve">Задание 39. </w:t>
      </w:r>
      <w:r w:rsidRPr="005A39C3">
        <w:rPr>
          <w:rFonts w:eastAsia="Calibri"/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Потенцированное действие вредных веществ это…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а) потенцированное действие (синергизм), когда суммарный эффект комбинированного воздействия больше суммы эффектов действующих веществ;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б) независимое действие, когда суммарный эффект комбинированного воздействия не отличается от изолированного действия одного вещества, и преобладает эффект самого вредного вещества;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в) аддитивное действие, когда суммарный эффект комбинированного воздействия равен сумме эффектов действующих веществ;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г) антагонистическое действие (антагонизм), когда суммарный эффект комбинированного воздействия меньше суммы эффектов действующих веществ.</w:t>
      </w: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 xml:space="preserve">Задание 40. </w:t>
      </w:r>
      <w:r w:rsidRPr="005A39C3">
        <w:rPr>
          <w:rFonts w:eastAsia="Calibri"/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Антагонистическое действие вредных веществ это…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а) независимое действие, когда суммарный эффект комбинированного воздействия не отличается от изолированного действия одного вещества, и преобладает эффект самого вредного вещества;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б) аддитивное действие, когда суммарный эффект комбинированного воздействия равен сумме эффектов действующих веществ;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в) антагонистическое действие (антагонизм), когда суммарный эффект комбинированного воздействия меньше суммы эффектов действующих веществ;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г) потенцированное действие (синергизм), когда суммарный эффект комбинированного воздействия больше суммы эффектов действующих веществ.</w:t>
      </w: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 xml:space="preserve">Задание 41. </w:t>
      </w:r>
      <w:r w:rsidRPr="005A39C3">
        <w:rPr>
          <w:rFonts w:eastAsia="Calibri"/>
          <w:i/>
          <w:lang w:val="ru-RU"/>
        </w:rPr>
        <w:t>(ввести одно из пропущенных ключевых слов)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i/>
          <w:lang w:val="ru-RU"/>
        </w:rPr>
      </w:pPr>
      <w:r w:rsidRPr="005A39C3">
        <w:rPr>
          <w:i/>
          <w:lang w:val="ru-RU"/>
        </w:rPr>
        <w:t>Повышенная влажность, предопределяет интенсивность теплоотдачи, что может способствовать перегреванию организма и за счет этого _____ его чувствительность к токсическому действию ядов?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spacing w:val="-5"/>
          <w:lang w:val="ru-RU"/>
        </w:rPr>
      </w:pPr>
      <w:r w:rsidRPr="005A39C3">
        <w:rPr>
          <w:rFonts w:eastAsia="Calibri"/>
          <w:lang w:val="ru-RU" w:bidi="en-US"/>
        </w:rPr>
        <w:t xml:space="preserve">а) </w:t>
      </w:r>
      <w:r w:rsidRPr="005A39C3">
        <w:rPr>
          <w:lang w:val="ru-RU"/>
        </w:rPr>
        <w:t>увеличивать;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lang w:val="ru-RU" w:bidi="en-US"/>
        </w:rPr>
      </w:pPr>
      <w:r w:rsidRPr="005A39C3">
        <w:rPr>
          <w:rFonts w:eastAsia="Calibri"/>
          <w:lang w:val="ru-RU" w:bidi="en-US"/>
        </w:rPr>
        <w:t xml:space="preserve">б) уменьшать. </w:t>
      </w: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 xml:space="preserve">Задание 42. </w:t>
      </w:r>
      <w:r w:rsidRPr="005A39C3">
        <w:rPr>
          <w:rFonts w:eastAsia="Calibri"/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bCs/>
          <w:i/>
          <w:spacing w:val="2"/>
          <w:lang w:val="ru-RU"/>
        </w:rPr>
      </w:pPr>
      <w:r w:rsidRPr="005A39C3">
        <w:rPr>
          <w:bCs/>
          <w:i/>
          <w:spacing w:val="2"/>
          <w:lang w:val="ru-RU"/>
        </w:rPr>
        <w:t>Кумулятивное действие вредного вещества – это…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b/>
          <w:lang w:val="ru-RU"/>
        </w:rPr>
      </w:pPr>
      <w:r w:rsidRPr="005A39C3">
        <w:rPr>
          <w:rFonts w:eastAsia="Calibri"/>
          <w:lang w:val="ru-RU" w:bidi="en-US"/>
        </w:rPr>
        <w:t xml:space="preserve">а) </w:t>
      </w:r>
      <w:r w:rsidRPr="005A39C3">
        <w:rPr>
          <w:spacing w:val="2"/>
          <w:lang w:val="ru-RU"/>
        </w:rPr>
        <w:t>меняющееся во времени воздействия на организм, характеризующееся подъемами и спадами интенсивности воздействия;</w:t>
      </w:r>
    </w:p>
    <w:p w:rsidR="005A39C3" w:rsidRPr="005A39C3" w:rsidRDefault="005A39C3" w:rsidP="005A39C3">
      <w:pPr>
        <w:spacing w:line="240" w:lineRule="auto"/>
        <w:ind w:firstLine="454"/>
        <w:rPr>
          <w:spacing w:val="2"/>
          <w:lang w:val="ru-RU"/>
        </w:rPr>
      </w:pPr>
      <w:r w:rsidRPr="005A39C3">
        <w:rPr>
          <w:rFonts w:eastAsia="Calibri"/>
          <w:lang w:val="ru-RU" w:bidi="en-US"/>
        </w:rPr>
        <w:t xml:space="preserve">б) </w:t>
      </w:r>
      <w:r w:rsidRPr="005A39C3">
        <w:rPr>
          <w:spacing w:val="2"/>
          <w:lang w:val="ru-RU"/>
        </w:rPr>
        <w:t>действие, при котором происходит постепенное накопление вредного вещества в организме.</w:t>
      </w: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 xml:space="preserve">Задание 43. </w:t>
      </w:r>
      <w:r w:rsidRPr="005A39C3">
        <w:rPr>
          <w:rFonts w:eastAsia="Calibri"/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bCs/>
          <w:i/>
          <w:spacing w:val="2"/>
          <w:lang w:val="ru-RU"/>
        </w:rPr>
      </w:pPr>
      <w:proofErr w:type="spellStart"/>
      <w:r w:rsidRPr="005A39C3">
        <w:rPr>
          <w:bCs/>
          <w:i/>
          <w:spacing w:val="2"/>
          <w:lang w:val="ru-RU"/>
        </w:rPr>
        <w:t>Интермиттирующее</w:t>
      </w:r>
      <w:proofErr w:type="spellEnd"/>
      <w:r w:rsidRPr="005A39C3">
        <w:rPr>
          <w:bCs/>
          <w:i/>
          <w:spacing w:val="2"/>
          <w:lang w:val="ru-RU"/>
        </w:rPr>
        <w:t xml:space="preserve"> действие вредного вещества – это…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lang w:val="ru-RU"/>
        </w:rPr>
      </w:pPr>
      <w:r w:rsidRPr="005A39C3">
        <w:rPr>
          <w:rFonts w:eastAsia="Calibri"/>
          <w:lang w:val="ru-RU" w:bidi="en-US"/>
        </w:rPr>
        <w:t xml:space="preserve">а) </w:t>
      </w:r>
      <w:r w:rsidRPr="005A39C3">
        <w:rPr>
          <w:spacing w:val="2"/>
          <w:lang w:val="ru-RU"/>
        </w:rPr>
        <w:t>меняющееся во времени воздействия на организм, характеризующееся подъемами и спадами интенсивности воздействия;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 w:bidi="en-US"/>
        </w:rPr>
      </w:pPr>
      <w:r w:rsidRPr="005A39C3">
        <w:rPr>
          <w:rFonts w:eastAsia="Calibri"/>
          <w:lang w:val="ru-RU" w:bidi="en-US"/>
        </w:rPr>
        <w:t xml:space="preserve">б) </w:t>
      </w:r>
      <w:r w:rsidRPr="005A39C3">
        <w:rPr>
          <w:spacing w:val="2"/>
          <w:lang w:val="ru-RU"/>
        </w:rPr>
        <w:t>действие, при котором происходит постепенное накопление вредного вещества в организме.</w:t>
      </w: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 xml:space="preserve">Задание 42. </w:t>
      </w:r>
      <w:r w:rsidRPr="005A39C3">
        <w:rPr>
          <w:rFonts w:eastAsia="Calibri"/>
          <w:i/>
          <w:lang w:val="ru-RU"/>
        </w:rPr>
        <w:t>(ввести одно из пропущенных ключевых слов)</w:t>
      </w:r>
    </w:p>
    <w:p w:rsidR="005A39C3" w:rsidRPr="005A39C3" w:rsidRDefault="005A39C3" w:rsidP="005A39C3">
      <w:pPr>
        <w:spacing w:line="240" w:lineRule="auto"/>
        <w:ind w:firstLine="454"/>
        <w:rPr>
          <w:i/>
          <w:lang w:val="ru-RU"/>
        </w:rPr>
      </w:pPr>
      <w:proofErr w:type="spellStart"/>
      <w:r w:rsidRPr="005A39C3">
        <w:rPr>
          <w:i/>
          <w:spacing w:val="2"/>
          <w:lang w:val="ru-RU"/>
        </w:rPr>
        <w:lastRenderedPageBreak/>
        <w:t>Интермиттирующее</w:t>
      </w:r>
      <w:proofErr w:type="spellEnd"/>
      <w:r w:rsidRPr="005A39C3">
        <w:rPr>
          <w:i/>
          <w:spacing w:val="2"/>
          <w:lang w:val="ru-RU"/>
        </w:rPr>
        <w:t xml:space="preserve"> действие ________ неблагоприятный эффект воздействия вредных веществ</w:t>
      </w:r>
      <w:r w:rsidRPr="005A39C3">
        <w:rPr>
          <w:i/>
          <w:lang w:val="ru-RU"/>
        </w:rPr>
        <w:t>?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lang w:val="ru-RU" w:bidi="en-US"/>
        </w:rPr>
      </w:pPr>
      <w:r w:rsidRPr="005A39C3">
        <w:rPr>
          <w:rFonts w:eastAsia="Calibri"/>
          <w:lang w:val="ru-RU" w:bidi="en-US"/>
        </w:rPr>
        <w:t xml:space="preserve">а) </w:t>
      </w:r>
      <w:r w:rsidRPr="005A39C3">
        <w:rPr>
          <w:spacing w:val="2"/>
          <w:lang w:val="ru-RU"/>
        </w:rPr>
        <w:t>усиливает;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lang w:val="ru-RU" w:bidi="en-US"/>
        </w:rPr>
      </w:pPr>
      <w:r w:rsidRPr="005A39C3">
        <w:rPr>
          <w:rFonts w:eastAsia="Calibri"/>
          <w:lang w:val="ru-RU" w:bidi="en-US"/>
        </w:rPr>
        <w:t xml:space="preserve">б) </w:t>
      </w:r>
      <w:r w:rsidRPr="005A39C3">
        <w:rPr>
          <w:lang w:val="ru-RU"/>
        </w:rPr>
        <w:t>уменьшает.</w:t>
      </w: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rFonts w:eastAsia="Calibri"/>
          <w:b/>
          <w:lang w:val="ru-RU"/>
        </w:rPr>
        <w:t xml:space="preserve">Задание 43. </w:t>
      </w:r>
      <w:r w:rsidRPr="005A39C3">
        <w:rPr>
          <w:rFonts w:eastAsia="Calibri"/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t>Как подразделяются вредные вещества по степени воздействия на организм человека?</w:t>
      </w:r>
    </w:p>
    <w:p w:rsidR="005A39C3" w:rsidRPr="005A39C3" w:rsidRDefault="005A39C3" w:rsidP="005A39C3">
      <w:pPr>
        <w:spacing w:line="240" w:lineRule="auto"/>
        <w:ind w:firstLine="454"/>
        <w:contextualSpacing/>
        <w:rPr>
          <w:rFonts w:eastAsia="Calibri"/>
          <w:i/>
          <w:lang w:val="ru-RU" w:bidi="en-US"/>
        </w:rPr>
      </w:pPr>
      <w:r w:rsidRPr="005A39C3">
        <w:rPr>
          <w:rFonts w:eastAsia="Calibri"/>
          <w:i/>
          <w:lang w:val="ru-RU" w:bidi="en-US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 xml:space="preserve">а) чрезвычайно опасные, </w:t>
      </w:r>
      <w:proofErr w:type="spellStart"/>
      <w:r w:rsidRPr="005A39C3">
        <w:rPr>
          <w:rFonts w:eastAsia="Calibri"/>
          <w:lang w:val="ru-RU"/>
        </w:rPr>
        <w:t>высокоопасные</w:t>
      </w:r>
      <w:proofErr w:type="spellEnd"/>
      <w:r w:rsidRPr="005A39C3">
        <w:rPr>
          <w:rFonts w:eastAsia="Calibri"/>
          <w:lang w:val="ru-RU"/>
        </w:rPr>
        <w:t>, умеренно опасные, малоопасные;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b/>
          <w:lang w:val="ru-RU"/>
        </w:rPr>
      </w:pPr>
      <w:r w:rsidRPr="005A39C3">
        <w:rPr>
          <w:rFonts w:eastAsia="Calibri"/>
          <w:lang w:val="ru-RU"/>
        </w:rPr>
        <w:t xml:space="preserve">б) чрезвычайно опасные, </w:t>
      </w:r>
      <w:proofErr w:type="spellStart"/>
      <w:r w:rsidRPr="005A39C3">
        <w:rPr>
          <w:rFonts w:eastAsia="Calibri"/>
          <w:lang w:val="ru-RU"/>
        </w:rPr>
        <w:t>высокоопасные</w:t>
      </w:r>
      <w:proofErr w:type="spellEnd"/>
      <w:r w:rsidRPr="005A39C3">
        <w:rPr>
          <w:rFonts w:eastAsia="Calibri"/>
          <w:lang w:val="ru-RU"/>
        </w:rPr>
        <w:t>, опасные, малоопасные;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lang w:val="ru-RU"/>
        </w:rPr>
        <w:t xml:space="preserve">в) очень опасные, </w:t>
      </w:r>
      <w:proofErr w:type="spellStart"/>
      <w:r w:rsidRPr="005A39C3">
        <w:rPr>
          <w:rFonts w:eastAsia="Calibri"/>
          <w:lang w:val="ru-RU"/>
        </w:rPr>
        <w:t>высокоопасные</w:t>
      </w:r>
      <w:proofErr w:type="spellEnd"/>
      <w:r w:rsidRPr="005A39C3">
        <w:rPr>
          <w:rFonts w:eastAsia="Calibri"/>
          <w:lang w:val="ru-RU"/>
        </w:rPr>
        <w:t>, умеренно опасные, малоопасные.</w:t>
      </w:r>
    </w:p>
    <w:p w:rsidR="005A39C3" w:rsidRPr="005A39C3" w:rsidRDefault="005A39C3" w:rsidP="005A39C3">
      <w:pPr>
        <w:spacing w:line="240" w:lineRule="auto"/>
        <w:rPr>
          <w:lang w:val="ru-RU"/>
        </w:rPr>
      </w:pP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44.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 xml:space="preserve">На сколько категорий подразделяются </w:t>
      </w:r>
      <w:proofErr w:type="spellStart"/>
      <w:r w:rsidRPr="005A39C3">
        <w:rPr>
          <w:i/>
          <w:lang w:val="ru-RU"/>
        </w:rPr>
        <w:t>пожаровзрывоопасные</w:t>
      </w:r>
      <w:proofErr w:type="spellEnd"/>
      <w:r w:rsidRPr="005A39C3">
        <w:rPr>
          <w:i/>
          <w:lang w:val="ru-RU"/>
        </w:rPr>
        <w:t xml:space="preserve"> объекты по своей потенциальной опасности?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А) две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б) три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в) четыре</w:t>
      </w:r>
    </w:p>
    <w:p w:rsidR="005A39C3" w:rsidRPr="005A39C3" w:rsidRDefault="005A39C3" w:rsidP="005A39C3">
      <w:pPr>
        <w:spacing w:after="160" w:line="240" w:lineRule="auto"/>
        <w:rPr>
          <w:lang w:val="ru-RU"/>
        </w:rPr>
      </w:pPr>
      <w:r w:rsidRPr="005A39C3">
        <w:rPr>
          <w:lang w:val="ru-RU"/>
        </w:rPr>
        <w:t>г) пять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45.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60" w:line="240" w:lineRule="auto"/>
        <w:rPr>
          <w:i/>
          <w:lang w:val="ru-RU"/>
        </w:rPr>
      </w:pPr>
      <w:r w:rsidRPr="005A39C3">
        <w:rPr>
          <w:i/>
          <w:lang w:val="ru-RU"/>
        </w:rPr>
        <w:t>Нефтеперерабатывающие заводы, химические предприятия, склады нефтепродуктов по взрывной, взрывопожарной и пожарной опасности относятся к категории: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а) А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б) Б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в) В </w:t>
      </w:r>
    </w:p>
    <w:p w:rsidR="005A39C3" w:rsidRPr="005A39C3" w:rsidRDefault="005A39C3" w:rsidP="005A39C3">
      <w:pPr>
        <w:spacing w:after="160" w:line="240" w:lineRule="auto"/>
        <w:rPr>
          <w:lang w:val="ru-RU"/>
        </w:rPr>
      </w:pPr>
      <w:r w:rsidRPr="005A39C3">
        <w:rPr>
          <w:lang w:val="ru-RU"/>
        </w:rPr>
        <w:t>г) Г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46.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60" w:line="240" w:lineRule="auto"/>
        <w:rPr>
          <w:i/>
          <w:lang w:val="ru-RU"/>
        </w:rPr>
      </w:pPr>
      <w:r w:rsidRPr="005A39C3">
        <w:rPr>
          <w:i/>
          <w:lang w:val="ru-RU"/>
        </w:rPr>
        <w:t xml:space="preserve">Лесопильные, деревообрабатывающие, столярные, мебельные, </w:t>
      </w:r>
      <w:proofErr w:type="spellStart"/>
      <w:r w:rsidRPr="005A39C3">
        <w:rPr>
          <w:i/>
          <w:lang w:val="ru-RU"/>
        </w:rPr>
        <w:t>лесотарные</w:t>
      </w:r>
      <w:proofErr w:type="spellEnd"/>
      <w:r w:rsidRPr="005A39C3">
        <w:rPr>
          <w:i/>
          <w:lang w:val="ru-RU"/>
        </w:rPr>
        <w:t xml:space="preserve"> предприятия по взрывной, взрывопожарной и пожарной опасности относятся к категории: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а) А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б) Б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в) В </w:t>
      </w:r>
    </w:p>
    <w:p w:rsidR="005A39C3" w:rsidRPr="005A39C3" w:rsidRDefault="005A39C3" w:rsidP="005A39C3">
      <w:pPr>
        <w:spacing w:after="160" w:line="240" w:lineRule="auto"/>
        <w:rPr>
          <w:lang w:val="ru-RU"/>
        </w:rPr>
      </w:pPr>
      <w:r w:rsidRPr="005A39C3">
        <w:rPr>
          <w:lang w:val="ru-RU"/>
        </w:rPr>
        <w:t xml:space="preserve">г) Г 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47.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 xml:space="preserve">По </w:t>
      </w:r>
      <w:proofErr w:type="spellStart"/>
      <w:r w:rsidRPr="005A39C3">
        <w:rPr>
          <w:i/>
          <w:lang w:val="ru-RU"/>
        </w:rPr>
        <w:t>пожаровзрывоопасности</w:t>
      </w:r>
      <w:proofErr w:type="spellEnd"/>
      <w:r w:rsidRPr="005A39C3">
        <w:rPr>
          <w:i/>
          <w:lang w:val="ru-RU"/>
        </w:rPr>
        <w:t xml:space="preserve"> к категории «В» относят?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А) химические предприятия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б) цеха по производству сахарной пудры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в) мукомольные мельницы</w:t>
      </w:r>
    </w:p>
    <w:p w:rsidR="005A39C3" w:rsidRPr="005A39C3" w:rsidRDefault="005A39C3" w:rsidP="005A39C3">
      <w:pPr>
        <w:spacing w:after="160" w:line="240" w:lineRule="auto"/>
        <w:rPr>
          <w:lang w:val="ru-RU"/>
        </w:rPr>
      </w:pPr>
      <w:r w:rsidRPr="005A39C3">
        <w:rPr>
          <w:lang w:val="ru-RU"/>
        </w:rPr>
        <w:t>г) деревообрабатывающие предприятия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48. </w:t>
      </w:r>
      <w:r w:rsidRPr="005A39C3">
        <w:rPr>
          <w:i/>
          <w:lang w:val="ru-RU"/>
        </w:rPr>
        <w:t>(выбрать два варианта ответа из предложенного множества)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>Объекты, на которых пожары приводят к наиболее тяжелым последствиям?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А) нефтегазовой промышленности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б) мясокомбинаты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в) химической промышленности</w:t>
      </w:r>
    </w:p>
    <w:p w:rsidR="005A39C3" w:rsidRPr="005A39C3" w:rsidRDefault="005A39C3" w:rsidP="005A39C3">
      <w:pPr>
        <w:spacing w:after="160" w:line="240" w:lineRule="auto"/>
        <w:rPr>
          <w:lang w:val="ru-RU"/>
        </w:rPr>
      </w:pPr>
      <w:r w:rsidRPr="005A39C3">
        <w:rPr>
          <w:lang w:val="ru-RU"/>
        </w:rPr>
        <w:lastRenderedPageBreak/>
        <w:t>г) металлургические производства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49.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60" w:line="240" w:lineRule="auto"/>
        <w:rPr>
          <w:i/>
          <w:lang w:val="ru-RU"/>
        </w:rPr>
      </w:pPr>
      <w:r w:rsidRPr="005A39C3">
        <w:rPr>
          <w:i/>
          <w:lang w:val="ru-RU"/>
        </w:rPr>
        <w:t>Сложный физико-химический процесс превращения горючих веществ и материалов в продукты сгорания, сопровождаемый интенсивным выделением тепла, дыма и световым излучением, называется: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а) пожаром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б) воспламенением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в) пламенем </w:t>
      </w:r>
    </w:p>
    <w:p w:rsidR="005A39C3" w:rsidRPr="005A39C3" w:rsidRDefault="005A39C3" w:rsidP="005A39C3">
      <w:pPr>
        <w:spacing w:after="160" w:line="240" w:lineRule="auto"/>
        <w:rPr>
          <w:lang w:val="ru-RU"/>
        </w:rPr>
      </w:pPr>
      <w:r w:rsidRPr="005A39C3">
        <w:rPr>
          <w:lang w:val="ru-RU"/>
        </w:rPr>
        <w:t>г) горением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50.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60" w:line="240" w:lineRule="auto"/>
        <w:rPr>
          <w:i/>
          <w:lang w:val="ru-RU"/>
        </w:rPr>
      </w:pPr>
      <w:r w:rsidRPr="005A39C3">
        <w:rPr>
          <w:i/>
          <w:lang w:val="ru-RU"/>
        </w:rPr>
        <w:t xml:space="preserve">Вещества, поддерживающие горение, вызывающие воспламенение и/или способствующие воспламенению других веществ в результате </w:t>
      </w:r>
      <w:proofErr w:type="spellStart"/>
      <w:r w:rsidRPr="005A39C3">
        <w:rPr>
          <w:i/>
          <w:lang w:val="ru-RU"/>
        </w:rPr>
        <w:t>окислительно</w:t>
      </w:r>
      <w:proofErr w:type="spellEnd"/>
      <w:r w:rsidRPr="005A39C3">
        <w:rPr>
          <w:i/>
          <w:lang w:val="ru-RU"/>
        </w:rPr>
        <w:t xml:space="preserve">-восстановительной экзотермической реакции, называются: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а) окисляющие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б) горючие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в) взрывчатые </w:t>
      </w:r>
    </w:p>
    <w:p w:rsidR="005A39C3" w:rsidRPr="005A39C3" w:rsidRDefault="005A39C3" w:rsidP="005A39C3">
      <w:pPr>
        <w:spacing w:after="160" w:line="240" w:lineRule="auto"/>
        <w:rPr>
          <w:lang w:val="ru-RU"/>
        </w:rPr>
      </w:pPr>
      <w:r w:rsidRPr="005A39C3">
        <w:rPr>
          <w:lang w:val="ru-RU"/>
        </w:rPr>
        <w:t>г) воспламеняющиеся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51.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60" w:line="240" w:lineRule="auto"/>
        <w:rPr>
          <w:i/>
          <w:lang w:val="ru-RU"/>
        </w:rPr>
      </w:pPr>
      <w:r w:rsidRPr="005A39C3">
        <w:rPr>
          <w:i/>
          <w:lang w:val="ru-RU"/>
        </w:rPr>
        <w:t xml:space="preserve">Вещества, которые при определенных видах внешнего воздействия способны на очень быстрое </w:t>
      </w:r>
      <w:proofErr w:type="spellStart"/>
      <w:r w:rsidRPr="005A39C3">
        <w:rPr>
          <w:i/>
          <w:lang w:val="ru-RU"/>
        </w:rPr>
        <w:t>самораспространяющееся</w:t>
      </w:r>
      <w:proofErr w:type="spellEnd"/>
      <w:r w:rsidRPr="005A39C3">
        <w:rPr>
          <w:i/>
          <w:lang w:val="ru-RU"/>
        </w:rPr>
        <w:t xml:space="preserve"> химическое превращение с выделением тепла и образованием газов, называются: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а) взрывчатые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б) окисляющие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в) горючие </w:t>
      </w:r>
    </w:p>
    <w:p w:rsidR="005A39C3" w:rsidRPr="005A39C3" w:rsidRDefault="005A39C3" w:rsidP="005A39C3">
      <w:pPr>
        <w:spacing w:after="160" w:line="240" w:lineRule="auto"/>
        <w:rPr>
          <w:lang w:val="ru-RU"/>
        </w:rPr>
      </w:pPr>
      <w:r w:rsidRPr="005A39C3">
        <w:rPr>
          <w:lang w:val="ru-RU"/>
        </w:rPr>
        <w:t xml:space="preserve">г) воспламеняющиеся 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52. </w:t>
      </w:r>
      <w:r w:rsidRPr="005A39C3">
        <w:rPr>
          <w:i/>
          <w:lang w:val="ru-RU"/>
        </w:rPr>
        <w:t>(ввести одно из пропущенных ключевых слов)</w:t>
      </w:r>
    </w:p>
    <w:p w:rsidR="005A39C3" w:rsidRPr="005A39C3" w:rsidRDefault="005A39C3" w:rsidP="005A39C3">
      <w:pPr>
        <w:spacing w:after="160" w:line="240" w:lineRule="auto"/>
        <w:rPr>
          <w:i/>
          <w:lang w:val="ru-RU"/>
        </w:rPr>
      </w:pPr>
      <w:r w:rsidRPr="005A39C3">
        <w:rPr>
          <w:i/>
          <w:lang w:val="ru-RU"/>
        </w:rPr>
        <w:t xml:space="preserve">Жидкости, газы, пыли, способные самовозгораться, а также возгораться от источника зажигания и самостоятельно гореть после его удаления, называются ________ вещества.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А) горючие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б) взрывчатые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в) окисляющие </w:t>
      </w:r>
    </w:p>
    <w:p w:rsidR="005A39C3" w:rsidRPr="005A39C3" w:rsidRDefault="005A39C3" w:rsidP="005A39C3">
      <w:pPr>
        <w:spacing w:after="160" w:line="240" w:lineRule="auto"/>
        <w:rPr>
          <w:lang w:val="ru-RU"/>
        </w:rPr>
      </w:pPr>
      <w:r w:rsidRPr="005A39C3">
        <w:rPr>
          <w:lang w:val="ru-RU"/>
        </w:rPr>
        <w:t xml:space="preserve">г) воспламеняющиеся 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53. </w:t>
      </w:r>
      <w:r w:rsidRPr="005A39C3">
        <w:rPr>
          <w:i/>
          <w:lang w:val="ru-RU"/>
        </w:rPr>
        <w:t>(ввести одно из пропущенных ключевых слов)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>Горючие строительные материалы подразделяются на _____ группы?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А) две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б) три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в) четыре</w:t>
      </w:r>
    </w:p>
    <w:p w:rsidR="005A39C3" w:rsidRPr="005A39C3" w:rsidRDefault="005A39C3" w:rsidP="005A39C3">
      <w:pPr>
        <w:spacing w:after="160" w:line="240" w:lineRule="auto"/>
        <w:rPr>
          <w:lang w:val="ru-RU"/>
        </w:rPr>
      </w:pPr>
      <w:r w:rsidRPr="005A39C3">
        <w:rPr>
          <w:lang w:val="ru-RU"/>
        </w:rPr>
        <w:t>г) пять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54 </w:t>
      </w:r>
      <w:r w:rsidRPr="005A39C3">
        <w:rPr>
          <w:i/>
          <w:lang w:val="ru-RU"/>
        </w:rPr>
        <w:t>(ввести одно из пропущенных ключевых слов)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>По горючести строительные материалы подразделяются на _____ группы?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А) две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lastRenderedPageBreak/>
        <w:t>б) три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lang w:val="ru-RU"/>
        </w:rPr>
        <w:t>в) четыре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55. </w:t>
      </w:r>
      <w:r w:rsidRPr="005A39C3">
        <w:rPr>
          <w:i/>
          <w:lang w:val="ru-RU"/>
        </w:rPr>
        <w:t>(ввести три из пропущенных ключевых слов)</w:t>
      </w:r>
    </w:p>
    <w:p w:rsidR="005A39C3" w:rsidRPr="005A39C3" w:rsidRDefault="005A39C3" w:rsidP="005A39C3">
      <w:pPr>
        <w:spacing w:after="160" w:line="240" w:lineRule="auto"/>
        <w:rPr>
          <w:i/>
          <w:lang w:val="ru-RU"/>
        </w:rPr>
      </w:pPr>
      <w:r w:rsidRPr="005A39C3">
        <w:rPr>
          <w:i/>
          <w:lang w:val="ru-RU"/>
        </w:rPr>
        <w:t>Строительные материала относятся к негорючим при следующих значениях параметров горючести: прирост температуры – не более ____ градусов Цельсия; потеря масс образца – не более ____ %; продолжительность устойчивого пламенного горения – не более ____ сек?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А) 60; 50; 30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б) 50; 70; 20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lang w:val="ru-RU"/>
        </w:rPr>
        <w:t>в) 50; 50; 10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56. </w:t>
      </w:r>
      <w:r w:rsidRPr="005A39C3">
        <w:rPr>
          <w:i/>
          <w:lang w:val="ru-RU"/>
        </w:rPr>
        <w:t>(ввести одно из пропущенных ключевых слов)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i/>
          <w:lang w:val="ru-RU"/>
        </w:rPr>
        <w:t>Если окислителем при пожаре являются галогены или оксиды азота, то _____________ нельзя использовать в качестве огнетушащего вещества</w:t>
      </w:r>
      <w:r w:rsidRPr="005A39C3">
        <w:rPr>
          <w:lang w:val="ru-RU"/>
        </w:rPr>
        <w:t>.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А) воду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б) хладоны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lang w:val="ru-RU"/>
        </w:rPr>
        <w:t>в) диоксид углерода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57.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i/>
          <w:lang w:val="ru-RU"/>
        </w:rPr>
        <w:t>Кратность химической пены: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а) не более 10</w:t>
      </w:r>
    </w:p>
    <w:p w:rsidR="005A39C3" w:rsidRPr="005A39C3" w:rsidRDefault="005A39C3" w:rsidP="005A39C3">
      <w:pPr>
        <w:spacing w:line="240" w:lineRule="auto"/>
        <w:rPr>
          <w:b/>
          <w:lang w:val="ru-RU"/>
        </w:rPr>
      </w:pPr>
      <w:r w:rsidRPr="005A39C3">
        <w:rPr>
          <w:lang w:val="ru-RU"/>
        </w:rPr>
        <w:t>б) не более 2</w:t>
      </w:r>
      <w:r w:rsidRPr="005A39C3">
        <w:rPr>
          <w:b/>
          <w:lang w:val="ru-RU"/>
        </w:rPr>
        <w:t xml:space="preserve">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в) не более 5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lang w:val="ru-RU"/>
        </w:rPr>
        <w:t>г) не более 3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58.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Cs/>
          <w:i/>
          <w:shd w:val="clear" w:color="auto" w:fill="FFFFFF"/>
          <w:lang w:val="ru-RU"/>
        </w:rPr>
        <w:t>Процесс горения протекает при условии наличия: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>а) горючего вещества и восстановителя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>б) возможности для теплообмена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>в) горючего вещества, окислителя и источника воспламенения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59.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>Состав углекислотно-</w:t>
      </w:r>
      <w:proofErr w:type="spellStart"/>
      <w:r w:rsidRPr="005A39C3">
        <w:rPr>
          <w:i/>
          <w:lang w:val="ru-RU"/>
        </w:rPr>
        <w:t>бромэтиловых</w:t>
      </w:r>
      <w:proofErr w:type="spellEnd"/>
      <w:r w:rsidRPr="005A39C3">
        <w:rPr>
          <w:i/>
          <w:lang w:val="ru-RU"/>
        </w:rPr>
        <w:t xml:space="preserve"> огнетушителей? </w:t>
      </w:r>
    </w:p>
    <w:p w:rsidR="005A39C3" w:rsidRPr="005A39C3" w:rsidRDefault="005A39C3" w:rsidP="005A39C3">
      <w:pPr>
        <w:spacing w:line="240" w:lineRule="auto"/>
        <w:outlineLvl w:val="0"/>
        <w:rPr>
          <w:lang w:val="ru-RU"/>
        </w:rPr>
      </w:pPr>
      <w:r w:rsidRPr="005A39C3">
        <w:rPr>
          <w:lang w:val="ru-RU"/>
        </w:rPr>
        <w:t>А) бромистый этил – 97 % и жидкая углекислота – 3 %</w:t>
      </w:r>
    </w:p>
    <w:p w:rsidR="005A39C3" w:rsidRPr="005A39C3" w:rsidRDefault="005A39C3" w:rsidP="005A39C3">
      <w:pPr>
        <w:spacing w:line="240" w:lineRule="auto"/>
        <w:outlineLvl w:val="0"/>
        <w:rPr>
          <w:lang w:val="ru-RU"/>
        </w:rPr>
      </w:pPr>
      <w:r w:rsidRPr="005A39C3">
        <w:rPr>
          <w:lang w:val="ru-RU"/>
        </w:rPr>
        <w:t>б) бромистый этил – 97 %, жидкая углекислота – 3 %, пенообразователь – 0,5 %</w:t>
      </w:r>
    </w:p>
    <w:p w:rsidR="005A39C3" w:rsidRPr="005A39C3" w:rsidRDefault="005A39C3" w:rsidP="005A39C3">
      <w:pPr>
        <w:spacing w:after="120" w:line="240" w:lineRule="auto"/>
        <w:outlineLvl w:val="0"/>
        <w:rPr>
          <w:lang w:val="ru-RU"/>
        </w:rPr>
      </w:pPr>
      <w:r w:rsidRPr="005A39C3">
        <w:rPr>
          <w:lang w:val="ru-RU"/>
        </w:rPr>
        <w:t>в) бромистый метил – 3 % и жидкая углекислота – 97 %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60.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60" w:line="240" w:lineRule="auto"/>
        <w:rPr>
          <w:i/>
          <w:lang w:val="ru-RU"/>
        </w:rPr>
      </w:pPr>
      <w:r w:rsidRPr="005A39C3">
        <w:rPr>
          <w:i/>
          <w:lang w:val="ru-RU"/>
        </w:rPr>
        <w:t xml:space="preserve">Неконтролируемое горение, причиняющее материальный ущерб, вред жизни и здоровью граждан, интересам общества и государства, называется: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а) воспламенением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б) возгоранием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в) пожаром </w:t>
      </w:r>
    </w:p>
    <w:p w:rsidR="005A39C3" w:rsidRPr="005A39C3" w:rsidRDefault="005A39C3" w:rsidP="005A39C3">
      <w:pPr>
        <w:spacing w:after="160" w:line="240" w:lineRule="auto"/>
        <w:rPr>
          <w:lang w:val="ru-RU"/>
        </w:rPr>
      </w:pPr>
      <w:r w:rsidRPr="005A39C3">
        <w:rPr>
          <w:lang w:val="ru-RU"/>
        </w:rPr>
        <w:t xml:space="preserve">г) пламенем 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61. </w:t>
      </w:r>
      <w:r w:rsidRPr="005A39C3">
        <w:rPr>
          <w:i/>
          <w:lang w:val="ru-RU"/>
        </w:rPr>
        <w:t>(ввести одно из пропущенных ключевых слов)</w:t>
      </w:r>
    </w:p>
    <w:p w:rsidR="005A39C3" w:rsidRPr="005A39C3" w:rsidRDefault="005A39C3" w:rsidP="005A39C3">
      <w:pPr>
        <w:spacing w:after="160" w:line="240" w:lineRule="auto"/>
        <w:rPr>
          <w:i/>
          <w:lang w:val="ru-RU"/>
        </w:rPr>
      </w:pPr>
      <w:r w:rsidRPr="005A39C3">
        <w:rPr>
          <w:i/>
          <w:lang w:val="ru-RU"/>
        </w:rPr>
        <w:t xml:space="preserve">Одновременное интенсивное горение преобладающего количества зданий и сооружений на данном участке застройки, делающее невозможным передвижение людей и техники без средств защиты от теплового излучения, называется ________ пожар.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lastRenderedPageBreak/>
        <w:t xml:space="preserve">А) сплошной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б) отдельный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в) катастрофический </w:t>
      </w:r>
    </w:p>
    <w:p w:rsidR="005A39C3" w:rsidRPr="005A39C3" w:rsidRDefault="005A39C3" w:rsidP="005A39C3">
      <w:pPr>
        <w:spacing w:after="160" w:line="240" w:lineRule="auto"/>
        <w:rPr>
          <w:lang w:val="ru-RU"/>
        </w:rPr>
      </w:pPr>
      <w:r w:rsidRPr="005A39C3">
        <w:rPr>
          <w:lang w:val="ru-RU"/>
        </w:rPr>
        <w:t xml:space="preserve">г) глобальный 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62.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>К опасным поражающим факторам пожара относятся?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А) повышенная температура окружающей среды (70 </w:t>
      </w:r>
      <w:r w:rsidRPr="005A39C3">
        <w:rPr>
          <w:rFonts w:ascii="Arial Unicode MS" w:eastAsia="Arial Unicode MS" w:hAnsi="Arial Unicode MS" w:cs="Arial Unicode MS" w:hint="eastAsia"/>
          <w:lang w:val="ru-RU"/>
        </w:rPr>
        <w:t>⁰</w:t>
      </w:r>
      <w:r w:rsidRPr="005A39C3">
        <w:rPr>
          <w:lang w:val="ru-RU"/>
        </w:rPr>
        <w:t>С)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б) осколочные поля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в) падающие конструкции</w:t>
      </w:r>
    </w:p>
    <w:p w:rsidR="005A39C3" w:rsidRPr="005A39C3" w:rsidRDefault="005A39C3" w:rsidP="005A39C3">
      <w:pPr>
        <w:spacing w:after="160" w:line="240" w:lineRule="auto"/>
        <w:rPr>
          <w:lang w:val="ru-RU"/>
        </w:rPr>
      </w:pPr>
      <w:r w:rsidRPr="005A39C3">
        <w:rPr>
          <w:lang w:val="ru-RU"/>
        </w:rPr>
        <w:t>г) воздушная ударная волна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63. </w:t>
      </w:r>
      <w:r w:rsidRPr="005A39C3">
        <w:rPr>
          <w:i/>
          <w:lang w:val="ru-RU"/>
        </w:rPr>
        <w:t>(выбрать два варианта ответа из предложенного множества)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>Для человека наиболее опасными поражающими факторами пожара являются??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А) тепловой поток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б) содержание оксида углерода (0,1 % об.)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в) пониженная концентрация кислорода (менее 17% об.)</w:t>
      </w:r>
    </w:p>
    <w:p w:rsidR="005A39C3" w:rsidRPr="005A39C3" w:rsidRDefault="005A39C3" w:rsidP="005A39C3">
      <w:pPr>
        <w:spacing w:after="160" w:line="240" w:lineRule="auto"/>
        <w:rPr>
          <w:lang w:val="ru-RU"/>
        </w:rPr>
      </w:pPr>
      <w:r w:rsidRPr="005A39C3">
        <w:rPr>
          <w:lang w:val="ru-RU"/>
        </w:rPr>
        <w:t>г) снижение видимости в дыму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64.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60" w:line="240" w:lineRule="auto"/>
        <w:rPr>
          <w:i/>
          <w:lang w:val="ru-RU"/>
        </w:rPr>
      </w:pPr>
      <w:r w:rsidRPr="005A39C3">
        <w:rPr>
          <w:i/>
          <w:lang w:val="ru-RU"/>
        </w:rPr>
        <w:t xml:space="preserve">Основной причиной гибели людей в пожаре является: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а) воздействие токсичных продуктов горения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б) непосредственное действие огня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в) дистанционное воздействие высоких температур </w:t>
      </w:r>
    </w:p>
    <w:p w:rsidR="005A39C3" w:rsidRPr="005A39C3" w:rsidRDefault="005A39C3" w:rsidP="005A39C3">
      <w:pPr>
        <w:spacing w:after="160" w:line="240" w:lineRule="auto"/>
        <w:rPr>
          <w:lang w:val="ru-RU"/>
        </w:rPr>
      </w:pPr>
      <w:r w:rsidRPr="005A39C3">
        <w:rPr>
          <w:lang w:val="ru-RU"/>
        </w:rPr>
        <w:t xml:space="preserve">г) взрывы 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65. </w:t>
      </w:r>
      <w:r w:rsidRPr="005A39C3">
        <w:rPr>
          <w:i/>
          <w:lang w:val="ru-RU"/>
        </w:rPr>
        <w:t>(ввести одно из пропущенных ключевых слов)</w:t>
      </w:r>
    </w:p>
    <w:p w:rsidR="005A39C3" w:rsidRPr="005A39C3" w:rsidRDefault="005A39C3" w:rsidP="005A39C3">
      <w:pPr>
        <w:spacing w:after="160" w:line="240" w:lineRule="auto"/>
        <w:rPr>
          <w:i/>
          <w:lang w:val="ru-RU"/>
        </w:rPr>
      </w:pPr>
      <w:r w:rsidRPr="005A39C3">
        <w:rPr>
          <w:i/>
          <w:lang w:val="ru-RU"/>
        </w:rPr>
        <w:t>Зона ______ - это та часть площади пожара, в которой тепловое воздействие приводит к заметному изменению состояния материалов и конструкций и где невозможно пребывание людей без специальной тепловой защиты?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А) теплового воздействия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б) горения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в) задымления </w:t>
      </w:r>
    </w:p>
    <w:p w:rsidR="005A39C3" w:rsidRPr="005A39C3" w:rsidRDefault="005A39C3" w:rsidP="005A39C3">
      <w:pPr>
        <w:spacing w:after="160" w:line="240" w:lineRule="auto"/>
        <w:rPr>
          <w:lang w:val="ru-RU"/>
        </w:rPr>
      </w:pPr>
      <w:r w:rsidRPr="005A39C3">
        <w:rPr>
          <w:lang w:val="ru-RU"/>
        </w:rPr>
        <w:t xml:space="preserve">г) опасности 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66. </w:t>
      </w:r>
      <w:r w:rsidRPr="005A39C3">
        <w:rPr>
          <w:i/>
          <w:lang w:val="ru-RU"/>
        </w:rPr>
        <w:t>(ввести одно из пропущенных ключевых слов)</w:t>
      </w:r>
    </w:p>
    <w:p w:rsidR="005A39C3" w:rsidRPr="005A39C3" w:rsidRDefault="005A39C3" w:rsidP="005A39C3">
      <w:pPr>
        <w:spacing w:after="160" w:line="240" w:lineRule="auto"/>
        <w:rPr>
          <w:i/>
          <w:lang w:val="ru-RU"/>
        </w:rPr>
      </w:pPr>
      <w:r w:rsidRPr="005A39C3">
        <w:rPr>
          <w:i/>
          <w:lang w:val="ru-RU"/>
        </w:rPr>
        <w:t>Зона _______ - это часть площади пожара, заполненная дымовыми газами в концентрациях, угрожающих жизни и здоровью людей или затрудняющих действия пожарных подразделений.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А) теплового воздействия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б) задымления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в) горения </w:t>
      </w:r>
    </w:p>
    <w:p w:rsidR="005A39C3" w:rsidRPr="005A39C3" w:rsidRDefault="005A39C3" w:rsidP="005A39C3">
      <w:pPr>
        <w:spacing w:after="160" w:line="240" w:lineRule="auto"/>
        <w:rPr>
          <w:lang w:val="ru-RU"/>
        </w:rPr>
      </w:pPr>
      <w:r w:rsidRPr="005A39C3">
        <w:rPr>
          <w:lang w:val="ru-RU"/>
        </w:rPr>
        <w:t>г) опасности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67.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60" w:line="240" w:lineRule="auto"/>
        <w:rPr>
          <w:i/>
          <w:lang w:val="ru-RU"/>
        </w:rPr>
      </w:pPr>
      <w:r w:rsidRPr="005A39C3">
        <w:rPr>
          <w:i/>
          <w:lang w:val="ru-RU"/>
        </w:rPr>
        <w:t xml:space="preserve">Процесс выделения энергии за короткий промежуток времени, связанный с мгновенным физико-химическим изменением состояния вещества, приводящим к возникновению скачка </w:t>
      </w:r>
      <w:r w:rsidRPr="005A39C3">
        <w:rPr>
          <w:i/>
          <w:lang w:val="ru-RU"/>
        </w:rPr>
        <w:lastRenderedPageBreak/>
        <w:t xml:space="preserve">давления или ударной волны, сопровождающийся образованием сжатых газов или паров, способных производить работу, называется: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а) горение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б) разряд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в) пламя</w:t>
      </w:r>
    </w:p>
    <w:p w:rsidR="005A39C3" w:rsidRPr="005A39C3" w:rsidRDefault="005A39C3" w:rsidP="005A39C3">
      <w:pPr>
        <w:spacing w:after="160" w:line="240" w:lineRule="auto"/>
        <w:rPr>
          <w:lang w:val="ru-RU"/>
        </w:rPr>
      </w:pPr>
      <w:r w:rsidRPr="005A39C3">
        <w:rPr>
          <w:lang w:val="ru-RU"/>
        </w:rPr>
        <w:t xml:space="preserve">г) взрыв 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68. </w:t>
      </w:r>
      <w:r w:rsidRPr="005A39C3">
        <w:rPr>
          <w:i/>
          <w:lang w:val="ru-RU"/>
        </w:rPr>
        <w:t>(выбрать три варианта ответа из предложенного множества)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i/>
          <w:lang w:val="ru-RU"/>
        </w:rPr>
        <w:t>Первичными средствами пожаротушения являются?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 xml:space="preserve">А) ящики с песком 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б) пены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lang w:val="ru-RU"/>
        </w:rPr>
        <w:t>в) установки пожаротушения</w:t>
      </w:r>
    </w:p>
    <w:p w:rsidR="005A39C3" w:rsidRPr="005A39C3" w:rsidRDefault="005A39C3" w:rsidP="005A39C3">
      <w:pPr>
        <w:spacing w:after="160" w:line="240" w:lineRule="auto"/>
        <w:rPr>
          <w:lang w:val="ru-RU"/>
        </w:rPr>
      </w:pPr>
      <w:r w:rsidRPr="005A39C3">
        <w:rPr>
          <w:lang w:val="ru-RU"/>
        </w:rPr>
        <w:t>г) кошма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69.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Cs/>
          <w:i/>
          <w:shd w:val="clear" w:color="auto" w:fill="FFFFFF"/>
          <w:lang w:val="ru-RU"/>
        </w:rPr>
        <w:t>Для приведения в действие огнетушителя ОХП-10 необходимо: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>а) поднести огнетушитель к очагу пожара, перевернуть вверх дном, не трогая рукоятку, встряхнуть и направить струю на очаг загорания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 xml:space="preserve">б) поднести огнетушитель к очагу пожара, поднять рукоятку до отказа на 180 </w:t>
      </w:r>
      <w:r w:rsidRPr="005A39C3">
        <w:rPr>
          <w:rFonts w:ascii="Arial Unicode MS" w:eastAsia="Arial Unicode MS" w:hAnsi="Arial Unicode MS" w:cs="Arial Unicode MS" w:hint="eastAsia"/>
          <w:shd w:val="clear" w:color="auto" w:fill="FFFFFF"/>
          <w:lang w:val="ru-RU"/>
        </w:rPr>
        <w:t>⁰</w:t>
      </w:r>
      <w:r w:rsidRPr="005A39C3">
        <w:rPr>
          <w:shd w:val="clear" w:color="auto" w:fill="FFFFFF"/>
          <w:lang w:val="ru-RU"/>
        </w:rPr>
        <w:t>С, не переворачивая его вверх дном, встряхнуть и направить струю на очаг загорания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 xml:space="preserve">в) поднести огнетушитель к очагу пожара, прочистите спрыск (отверстие), поднять рукоятку до отказа на 180 </w:t>
      </w:r>
      <w:r w:rsidRPr="005A39C3">
        <w:rPr>
          <w:rFonts w:ascii="Arial Unicode MS" w:eastAsia="Arial Unicode MS" w:hAnsi="Arial Unicode MS" w:cs="Arial Unicode MS" w:hint="eastAsia"/>
          <w:shd w:val="clear" w:color="auto" w:fill="FFFFFF"/>
          <w:lang w:val="ru-RU"/>
        </w:rPr>
        <w:t>⁰</w:t>
      </w:r>
      <w:r w:rsidRPr="005A39C3">
        <w:rPr>
          <w:shd w:val="clear" w:color="auto" w:fill="FFFFFF"/>
          <w:lang w:val="ru-RU"/>
        </w:rPr>
        <w:t>С, перевернуть вверх дном, встряхнуть и направить струю на очаг загорания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70.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Cs/>
          <w:i/>
          <w:shd w:val="clear" w:color="auto" w:fill="FFFFFF"/>
          <w:lang w:val="ru-RU"/>
        </w:rPr>
        <w:t>Для приведения в действие огнетушителя ОУ необходимо</w:t>
      </w:r>
      <w:r w:rsidRPr="005A39C3">
        <w:rPr>
          <w:i/>
          <w:shd w:val="clear" w:color="auto" w:fill="FFFFFF"/>
          <w:lang w:val="ru-RU"/>
        </w:rPr>
        <w:t>: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>а) сорвать пломбу и выдернуть чеку, направить раструб на пламя и нажать на рычаг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>б) нажать на рычаг, взяться за раструб рукой, направить на пламя и придерживать до прекращения горения</w:t>
      </w:r>
    </w:p>
    <w:p w:rsidR="005A39C3" w:rsidRPr="005A39C3" w:rsidRDefault="005A39C3" w:rsidP="005A39C3">
      <w:pPr>
        <w:spacing w:after="120" w:line="240" w:lineRule="auto"/>
        <w:rPr>
          <w:shd w:val="clear" w:color="auto" w:fill="FFFFFF"/>
          <w:lang w:val="ru-RU"/>
        </w:rPr>
      </w:pPr>
      <w:r w:rsidRPr="005A39C3">
        <w:rPr>
          <w:shd w:val="clear" w:color="auto" w:fill="FFFFFF"/>
          <w:lang w:val="ru-RU"/>
        </w:rPr>
        <w:t>в) прочистить раструб, нажать на рычаг и направить на пламя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71.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Cs/>
          <w:i/>
          <w:shd w:val="clear" w:color="auto" w:fill="FFFFFF"/>
          <w:lang w:val="ru-RU"/>
        </w:rPr>
        <w:t>При работе с углекислотным огнетушителем ОУ не разрешается: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>а) при тушении электроустановок подводить раструб ближе, чем на пять метров к пламени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>б) прикасаться к баллону огнетушителя в резиновых перчатках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>в) прикасаться к раструбу руками без защитных перчаток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72.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Cs/>
          <w:i/>
          <w:shd w:val="clear" w:color="auto" w:fill="FFFFFF"/>
          <w:lang w:val="ru-RU"/>
        </w:rPr>
        <w:t>Причиной взрывов на промышленных предприятиях может быть: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>а) понижение давления в технологическом оборудовании, отсутствие специальных приборов, указывающих превышение концентрации химических опасных веществ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>б) несвоевременное проведение ремонтных работ, повышение температуры и давления внутри производственного оборудования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>в) отсутствие специальных устройств удаления дыма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73.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Cs/>
          <w:i/>
          <w:shd w:val="clear" w:color="auto" w:fill="FFFFFF"/>
          <w:lang w:val="ru-RU"/>
        </w:rPr>
        <w:t>Если на вас загорелась одежда, то вы: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>а) побежите и постараетесь сорвать одежду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lastRenderedPageBreak/>
        <w:t>б) остановитесь, упадёте и покатитесь, сбивая пламя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>в) завернётесь в одеяло или обмотаетесь плотной тканью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74. </w:t>
      </w:r>
      <w:r w:rsidRPr="005A39C3">
        <w:rPr>
          <w:i/>
          <w:lang w:val="ru-RU"/>
        </w:rPr>
        <w:t>(установить правильную последовательность)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Cs/>
          <w:i/>
          <w:shd w:val="clear" w:color="auto" w:fill="FFFFFF"/>
          <w:lang w:val="ru-RU"/>
        </w:rPr>
        <w:t>Какова правильная последовательность действий при пожаре</w:t>
      </w:r>
      <w:r w:rsidRPr="005A39C3">
        <w:rPr>
          <w:i/>
          <w:shd w:val="clear" w:color="auto" w:fill="FFFFFF"/>
          <w:lang w:val="ru-RU"/>
        </w:rPr>
        <w:t>: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>а) немедленно покинуть помещение, плотно закрыв за собой дверь, позвонить в пожарную охрану и сообщить о пожаре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>б) попытаться потушить огонь, используя первичные средства пожаротушения, открыть окно для удаления дыма, позвонить в пожарную охрану и сообщить о пожаре</w:t>
      </w:r>
    </w:p>
    <w:p w:rsidR="005A39C3" w:rsidRPr="005A39C3" w:rsidRDefault="005A39C3" w:rsidP="005A39C3">
      <w:pPr>
        <w:spacing w:after="120"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>в) позвонить в пожарную охрану и сообщить о пожаре, попытаться потушить огонь, используя первичные средства пожаротушения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75.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after="120" w:line="240" w:lineRule="auto"/>
        <w:rPr>
          <w:i/>
          <w:lang w:val="ru-RU"/>
        </w:rPr>
      </w:pPr>
      <w:r w:rsidRPr="005A39C3">
        <w:rPr>
          <w:bCs/>
          <w:i/>
          <w:shd w:val="clear" w:color="auto" w:fill="FFFFFF"/>
          <w:lang w:val="ru-RU"/>
        </w:rPr>
        <w:t>Во время просмотра телепередачи загорелся телевизор. Ваши дальнейшие действия: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>а) взять ведро с водой и залить пламя, если телевизор взорвался и пожар усилился, открыть окно и попытаться сбить пламя или сообщить о возгорании в пожарную охрану</w:t>
      </w:r>
    </w:p>
    <w:p w:rsidR="005A39C3" w:rsidRPr="005A39C3" w:rsidRDefault="005A39C3" w:rsidP="005A39C3">
      <w:pPr>
        <w:spacing w:line="240" w:lineRule="auto"/>
        <w:rPr>
          <w:lang w:val="ru-RU"/>
        </w:rPr>
      </w:pPr>
      <w:r w:rsidRPr="005A39C3">
        <w:rPr>
          <w:shd w:val="clear" w:color="auto" w:fill="FFFFFF"/>
          <w:lang w:val="ru-RU"/>
        </w:rPr>
        <w:t>б) обесточить телевизор или квартиру, накрыть его плотной тканью, если пожар усилился, покинуть помещение, закрыв двери и окна, сообщить о возгорании в пожарную часть</w:t>
      </w:r>
    </w:p>
    <w:p w:rsidR="005A39C3" w:rsidRPr="005A39C3" w:rsidRDefault="005A39C3" w:rsidP="005A39C3">
      <w:pPr>
        <w:spacing w:after="120" w:line="240" w:lineRule="auto"/>
        <w:rPr>
          <w:shd w:val="clear" w:color="auto" w:fill="FFFFFF"/>
          <w:lang w:val="ru-RU"/>
        </w:rPr>
      </w:pPr>
      <w:r w:rsidRPr="005A39C3">
        <w:rPr>
          <w:shd w:val="clear" w:color="auto" w:fill="FFFFFF"/>
          <w:lang w:val="ru-RU"/>
        </w:rPr>
        <w:t>в) сообщить о пожаре в пожарную часть, если пожар усилился, покинуть помещение, открыв двери и окна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>Задание 76.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bCs/>
          <w:i/>
          <w:lang w:val="ru-RU"/>
        </w:rPr>
      </w:pPr>
      <w:r w:rsidRPr="005A39C3">
        <w:rPr>
          <w:rFonts w:eastAsia="Calibri"/>
          <w:bCs/>
          <w:i/>
          <w:lang w:val="ru-RU"/>
        </w:rPr>
        <w:t>Микроклимат производственных помещений характеризуется следующими факторами…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а) температурой воздуха, влажностью окружающей среды, скоростью движения воздуха, парциальным давлением;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б) температурой воздуха, относительной влажностью воздуха, скоростью движения воздуха, интенсивностью теплового облучения;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в) избытком явной теплоты, атмосферным давлением, скоростью движения воздуха;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lang w:val="ru-RU"/>
        </w:rPr>
      </w:pPr>
      <w:bookmarkStart w:id="1" w:name="_Toc536023759"/>
      <w:bookmarkStart w:id="2" w:name="_Toc536040236"/>
      <w:r w:rsidRPr="005A39C3">
        <w:rPr>
          <w:rFonts w:eastAsia="Calibri"/>
          <w:lang w:val="ru-RU"/>
        </w:rPr>
        <w:t>г) избытком явной теплоты, влажностью окружающей среды, скоростью движения воздуха, атмосферным давлением.</w:t>
      </w:r>
      <w:bookmarkEnd w:id="1"/>
      <w:bookmarkEnd w:id="2"/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>Задание 77.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bCs/>
          <w:i/>
          <w:lang w:val="ru-RU"/>
        </w:rPr>
      </w:pPr>
      <w:r w:rsidRPr="005A39C3">
        <w:rPr>
          <w:rFonts w:eastAsia="Calibri"/>
          <w:bCs/>
          <w:i/>
          <w:lang w:val="ru-RU"/>
        </w:rPr>
        <w:t>На какие классы подразделяются микроклиматические условия?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а) допустимые, вредные, безопасные;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б) легкие, средние, тяжелые.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В) оптимальные, допустимые, вредные, опасные.</w:t>
      </w: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b/>
          <w:lang w:val="ru-RU"/>
        </w:rPr>
        <w:t>Задание 78.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i/>
          <w:lang w:val="ru-RU"/>
        </w:rPr>
      </w:pPr>
      <w:bookmarkStart w:id="3" w:name="_Toc536023760"/>
      <w:bookmarkStart w:id="4" w:name="_Toc536040237"/>
      <w:r w:rsidRPr="005A39C3">
        <w:rPr>
          <w:rFonts w:eastAsia="Calibri"/>
          <w:i/>
          <w:lang w:val="ru-RU"/>
        </w:rPr>
        <w:t xml:space="preserve">Категории работ при нормировании параметров микроклимата на основе общих </w:t>
      </w:r>
      <w:proofErr w:type="spellStart"/>
      <w:r w:rsidRPr="005A39C3">
        <w:rPr>
          <w:rFonts w:eastAsia="Calibri"/>
          <w:i/>
          <w:lang w:val="ru-RU"/>
        </w:rPr>
        <w:t>энергозатрат</w:t>
      </w:r>
      <w:proofErr w:type="spellEnd"/>
      <w:r w:rsidRPr="005A39C3">
        <w:rPr>
          <w:rFonts w:eastAsia="Calibri"/>
          <w:i/>
          <w:lang w:val="ru-RU"/>
        </w:rPr>
        <w:t xml:space="preserve"> организма…</w:t>
      </w:r>
      <w:bookmarkEnd w:id="3"/>
      <w:bookmarkEnd w:id="4"/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а) легкая, тяжелая;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б) легкая, средней тяжести, тяжелая;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в) легкая, средней тяжести, тяжелая, очень тяжелая;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lang w:val="ru-RU"/>
        </w:rPr>
      </w:pPr>
      <w:bookmarkStart w:id="5" w:name="_Toc536023761"/>
      <w:bookmarkStart w:id="6" w:name="_Toc536040238"/>
      <w:r w:rsidRPr="005A39C3">
        <w:rPr>
          <w:rFonts w:eastAsia="Calibri"/>
          <w:lang w:val="ru-RU"/>
        </w:rPr>
        <w:t>г) легкая, тяжелая, очень тяжелая.</w:t>
      </w:r>
      <w:bookmarkEnd w:id="5"/>
      <w:bookmarkEnd w:id="6"/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>Задание 79.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t>Характеристика теплового облучения лучистой энергией?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а) интегральная температура облучения, град/м</w:t>
      </w:r>
      <w:r w:rsidRPr="005A39C3">
        <w:rPr>
          <w:rFonts w:eastAsia="Calibri"/>
          <w:vertAlign w:val="superscript"/>
          <w:lang w:val="ru-RU"/>
        </w:rPr>
        <w:t>2</w:t>
      </w:r>
      <w:r w:rsidRPr="005A39C3">
        <w:rPr>
          <w:rFonts w:eastAsia="Calibri"/>
          <w:lang w:val="ru-RU"/>
        </w:rPr>
        <w:t>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б) интенсивность теплового облучения, Вт/м</w:t>
      </w:r>
      <w:r w:rsidRPr="005A39C3">
        <w:rPr>
          <w:rFonts w:eastAsia="Calibri"/>
          <w:vertAlign w:val="superscript"/>
          <w:lang w:val="ru-RU"/>
        </w:rPr>
        <w:t>2</w:t>
      </w:r>
      <w:r w:rsidRPr="005A39C3">
        <w:rPr>
          <w:rFonts w:eastAsia="Calibri"/>
          <w:lang w:val="ru-RU"/>
        </w:rPr>
        <w:t>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lastRenderedPageBreak/>
        <w:t>в) интенсивность теплового потока, Вт/м</w:t>
      </w:r>
      <w:r w:rsidRPr="005A39C3">
        <w:rPr>
          <w:rFonts w:eastAsia="Calibri"/>
          <w:vertAlign w:val="superscript"/>
          <w:lang w:val="ru-RU"/>
        </w:rPr>
        <w:t>2</w:t>
      </w:r>
      <w:r w:rsidRPr="005A39C3">
        <w:rPr>
          <w:rFonts w:eastAsia="Calibri"/>
          <w:b/>
          <w:vertAlign w:val="superscript"/>
          <w:lang w:val="ru-RU"/>
        </w:rPr>
        <w:t xml:space="preserve"> </w:t>
      </w:r>
      <w:r w:rsidRPr="005A39C3">
        <w:rPr>
          <w:rFonts w:eastAsia="Calibri"/>
          <w:b/>
          <w:lang w:val="ru-RU"/>
        </w:rPr>
        <w:t>·</w:t>
      </w:r>
      <w:r w:rsidRPr="005A39C3">
        <w:rPr>
          <w:rFonts w:eastAsia="Calibri"/>
          <w:lang w:val="ru-RU"/>
        </w:rPr>
        <w:t>сек;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lang w:val="ru-RU"/>
        </w:rPr>
      </w:pPr>
      <w:bookmarkStart w:id="7" w:name="_Toc536023762"/>
      <w:bookmarkStart w:id="8" w:name="_Toc536040239"/>
      <w:r w:rsidRPr="005A39C3">
        <w:rPr>
          <w:rFonts w:eastAsia="Calibri"/>
          <w:lang w:val="ru-RU"/>
        </w:rPr>
        <w:t xml:space="preserve">г) градиент тепловой интенсивности, </w:t>
      </w:r>
      <w:proofErr w:type="spellStart"/>
      <w:r w:rsidRPr="005A39C3">
        <w:rPr>
          <w:rFonts w:eastAsia="Calibri"/>
          <w:lang w:val="ru-RU"/>
        </w:rPr>
        <w:t>град</w:t>
      </w:r>
      <w:r w:rsidRPr="005A39C3">
        <w:rPr>
          <w:rFonts w:eastAsia="Calibri"/>
          <w:b/>
          <w:lang w:val="ru-RU"/>
        </w:rPr>
        <w:t>·</w:t>
      </w:r>
      <w:r w:rsidRPr="005A39C3">
        <w:rPr>
          <w:rFonts w:eastAsia="Calibri"/>
          <w:lang w:val="ru-RU"/>
        </w:rPr>
        <w:t>сек</w:t>
      </w:r>
      <w:proofErr w:type="spellEnd"/>
      <w:r w:rsidRPr="005A39C3">
        <w:rPr>
          <w:rFonts w:eastAsia="Calibri"/>
          <w:lang w:val="ru-RU"/>
        </w:rPr>
        <w:t>/ м</w:t>
      </w:r>
      <w:r w:rsidRPr="005A39C3">
        <w:rPr>
          <w:rFonts w:eastAsia="Calibri"/>
          <w:vertAlign w:val="superscript"/>
          <w:lang w:val="ru-RU"/>
        </w:rPr>
        <w:t>2</w:t>
      </w:r>
      <w:r w:rsidRPr="005A39C3">
        <w:rPr>
          <w:rFonts w:eastAsia="Calibri"/>
          <w:lang w:val="ru-RU"/>
        </w:rPr>
        <w:t>.</w:t>
      </w:r>
      <w:bookmarkEnd w:id="7"/>
      <w:bookmarkEnd w:id="8"/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>Задание 80.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Оптимальная относительная влажность согласно санитарным нормам составляет…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а) 20–30 %;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б) 40–60 %;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в) 70–90 %.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>Задание 81.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t>К какой категории работ относится работа, связанная с ходьбой, переноской тяжестей до 10 кг и сопровождающаяся умеренным физическим напряжением?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а) к категории легких работ;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б) к категории работ средней тяжести;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в) к категории тяжелых работ.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82.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При выборе оптимальных или допустимых метеорологических условий для рабочей зоны помещения учитываются…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а) период года, категория работ по тяжести трудового процесса;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б) технические, технологические и экономические условия;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в) расположение рабочего места, профессия;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г) период года, профессия, характеристики помещений по избыткам явного тепла.</w:t>
      </w:r>
    </w:p>
    <w:p w:rsidR="005A39C3" w:rsidRPr="005A39C3" w:rsidRDefault="005A39C3" w:rsidP="005A39C3">
      <w:pPr>
        <w:spacing w:line="240" w:lineRule="auto"/>
        <w:rPr>
          <w:rFonts w:eastAsia="Calibri"/>
          <w:i/>
          <w:lang w:val="ru-RU"/>
        </w:rPr>
      </w:pPr>
      <w:r w:rsidRPr="005A39C3">
        <w:rPr>
          <w:b/>
          <w:lang w:val="ru-RU"/>
        </w:rPr>
        <w:t>Задание 83.</w:t>
      </w:r>
      <w:r w:rsidRPr="005A39C3">
        <w:rPr>
          <w:lang w:val="ru-RU"/>
        </w:rPr>
        <w:t xml:space="preserve"> </w:t>
      </w:r>
      <w:r w:rsidRPr="005A39C3">
        <w:rPr>
          <w:i/>
          <w:lang w:val="ru-RU"/>
        </w:rPr>
        <w:t>(выбрать два варианта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i/>
          <w:lang w:val="ru-RU"/>
        </w:rPr>
      </w:pPr>
      <w:bookmarkStart w:id="9" w:name="_Toc536023763"/>
      <w:bookmarkStart w:id="10" w:name="_Toc536040240"/>
      <w:r w:rsidRPr="005A39C3">
        <w:rPr>
          <w:rFonts w:eastAsia="Calibri"/>
          <w:i/>
          <w:lang w:val="ru-RU"/>
        </w:rPr>
        <w:t>Прибор для измерения скорости движения воздуха менее 1 м/с…</w:t>
      </w:r>
      <w:bookmarkEnd w:id="9"/>
      <w:bookmarkEnd w:id="10"/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а) аспиратор;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 xml:space="preserve">б) </w:t>
      </w:r>
      <w:proofErr w:type="spellStart"/>
      <w:r w:rsidRPr="005A39C3">
        <w:rPr>
          <w:rFonts w:eastAsia="Calibri"/>
          <w:lang w:val="ru-RU"/>
        </w:rPr>
        <w:t>крыльчатый</w:t>
      </w:r>
      <w:proofErr w:type="spellEnd"/>
      <w:r w:rsidRPr="005A39C3">
        <w:rPr>
          <w:rFonts w:eastAsia="Calibri"/>
          <w:lang w:val="ru-RU"/>
        </w:rPr>
        <w:t xml:space="preserve"> ручной анемометр;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в) кататермометр;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г) актинометр.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bookmarkStart w:id="11" w:name="_Hlk534569532"/>
      <w:r w:rsidRPr="005A39C3">
        <w:rPr>
          <w:b/>
          <w:lang w:val="ru-RU"/>
        </w:rPr>
        <w:t xml:space="preserve">Задание 84.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i/>
          <w:lang w:val="ru-RU"/>
        </w:rPr>
      </w:pPr>
      <w:bookmarkStart w:id="12" w:name="_Toc536023764"/>
      <w:bookmarkStart w:id="13" w:name="_Toc536040241"/>
      <w:bookmarkEnd w:id="11"/>
      <w:r w:rsidRPr="005A39C3">
        <w:rPr>
          <w:rFonts w:eastAsia="Calibri"/>
          <w:i/>
          <w:lang w:val="ru-RU"/>
        </w:rPr>
        <w:t>Приборы для измерения относительной влажности?</w:t>
      </w:r>
      <w:bookmarkEnd w:id="12"/>
      <w:bookmarkEnd w:id="13"/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 xml:space="preserve">а) психрометр, анемометр, гигрометр, </w:t>
      </w:r>
      <w:proofErr w:type="spellStart"/>
      <w:r w:rsidRPr="005A39C3">
        <w:rPr>
          <w:rFonts w:eastAsia="Calibri"/>
          <w:lang w:val="ru-RU"/>
        </w:rPr>
        <w:t>метеометр</w:t>
      </w:r>
      <w:proofErr w:type="spellEnd"/>
      <w:r w:rsidRPr="005A39C3">
        <w:rPr>
          <w:rFonts w:eastAsia="Calibri"/>
          <w:lang w:val="ru-RU"/>
        </w:rPr>
        <w:t>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b/>
          <w:lang w:val="ru-RU"/>
        </w:rPr>
      </w:pPr>
      <w:r w:rsidRPr="005A39C3">
        <w:rPr>
          <w:rFonts w:eastAsia="Calibri"/>
          <w:lang w:val="ru-RU"/>
        </w:rPr>
        <w:t>б) пирометр, гигрометр, барометр;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 xml:space="preserve">в) гигрометр, </w:t>
      </w:r>
      <w:proofErr w:type="spellStart"/>
      <w:r w:rsidRPr="005A39C3">
        <w:rPr>
          <w:rFonts w:eastAsia="Calibri"/>
          <w:lang w:val="ru-RU"/>
        </w:rPr>
        <w:t>метеометр</w:t>
      </w:r>
      <w:proofErr w:type="spellEnd"/>
      <w:r w:rsidRPr="005A39C3">
        <w:rPr>
          <w:rFonts w:eastAsia="Calibri"/>
          <w:lang w:val="ru-RU"/>
        </w:rPr>
        <w:t>, психрометр.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85.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Учитывается ли при оценке микроклимата производственных помещений период года?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а) не учитывается. При оценке микроклимата учитываются только климатические условия;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б) учитывается;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в) микроклимат производственных помещений не связан с периодом года.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86.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t>Относится ли барометрическое давление к параметрам микроклимата?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а) да, относится;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lang w:val="ru-RU"/>
        </w:rPr>
      </w:pPr>
      <w:bookmarkStart w:id="14" w:name="_Toc536023765"/>
      <w:bookmarkStart w:id="15" w:name="_Toc536040242"/>
      <w:r w:rsidRPr="005A39C3">
        <w:rPr>
          <w:rFonts w:eastAsia="Calibri"/>
          <w:lang w:val="ru-RU"/>
        </w:rPr>
        <w:t>б) нет, не относится.</w:t>
      </w:r>
      <w:bookmarkEnd w:id="14"/>
      <w:bookmarkEnd w:id="15"/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87.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i/>
          <w:lang w:val="ru-RU"/>
        </w:rPr>
      </w:pPr>
      <w:bookmarkStart w:id="16" w:name="_Toc536023766"/>
      <w:bookmarkStart w:id="17" w:name="_Toc536040243"/>
      <w:r w:rsidRPr="005A39C3">
        <w:rPr>
          <w:rFonts w:eastAsia="Calibri"/>
          <w:i/>
          <w:lang w:val="ru-RU"/>
        </w:rPr>
        <w:t>Какая влажность воздуха является основным критерием при оценке состояния воздушной среды?</w:t>
      </w:r>
      <w:bookmarkEnd w:id="16"/>
      <w:bookmarkEnd w:id="17"/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lastRenderedPageBreak/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а) абсолютная, максимальная, относительная;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б) абсолютная, относительная;</w:t>
      </w:r>
    </w:p>
    <w:p w:rsidR="005A39C3" w:rsidRPr="005A39C3" w:rsidRDefault="005A39C3" w:rsidP="005A39C3">
      <w:pPr>
        <w:spacing w:line="240" w:lineRule="auto"/>
        <w:ind w:firstLine="454"/>
        <w:rPr>
          <w:i/>
          <w:lang w:val="ru-RU"/>
        </w:rPr>
      </w:pPr>
      <w:r w:rsidRPr="005A39C3">
        <w:rPr>
          <w:lang w:val="ru-RU"/>
        </w:rPr>
        <w:t>в) относительная.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88.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i/>
          <w:lang w:val="ru-RU"/>
        </w:rPr>
      </w:pPr>
      <w:bookmarkStart w:id="18" w:name="_Toc536023767"/>
      <w:bookmarkStart w:id="19" w:name="_Toc536040244"/>
      <w:r w:rsidRPr="005A39C3">
        <w:rPr>
          <w:rFonts w:eastAsia="Calibri"/>
          <w:i/>
          <w:lang w:val="ru-RU"/>
        </w:rPr>
        <w:t>При каких условиях происходит теплоотдача излучением конвекцией?</w:t>
      </w:r>
      <w:bookmarkEnd w:id="18"/>
      <w:bookmarkEnd w:id="19"/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а) температура воздуха выше температуры тела;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б) температура воздуха равна температуре тела;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lang w:val="ru-RU"/>
        </w:rPr>
        <w:t>в) температура воздуха и предметов, ниже температуры тела.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89.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t>Какими путями обеспечиваются процессы терморегуляции?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 xml:space="preserve">а) </w:t>
      </w:r>
      <w:r w:rsidRPr="005A39C3">
        <w:rPr>
          <w:iCs/>
          <w:lang w:val="ru-RU"/>
        </w:rPr>
        <w:t>биохимическим путем</w:t>
      </w:r>
      <w:r w:rsidRPr="005A39C3">
        <w:rPr>
          <w:lang w:val="ru-RU"/>
        </w:rPr>
        <w:t>, конвекцией;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 xml:space="preserve">б) </w:t>
      </w:r>
      <w:r w:rsidRPr="005A39C3">
        <w:rPr>
          <w:rFonts w:eastAsia="Calibri"/>
          <w:iCs/>
          <w:lang w:val="ru-RU"/>
        </w:rPr>
        <w:t>биохимическим путем</w:t>
      </w:r>
      <w:r w:rsidRPr="005A39C3">
        <w:rPr>
          <w:rFonts w:eastAsia="Calibri"/>
          <w:lang w:val="ru-RU"/>
        </w:rPr>
        <w:t xml:space="preserve">, путем изменения </w:t>
      </w:r>
      <w:r w:rsidRPr="005A39C3">
        <w:rPr>
          <w:rFonts w:eastAsia="Calibri"/>
          <w:iCs/>
          <w:lang w:val="ru-RU"/>
        </w:rPr>
        <w:t>интенсивности кровообращения</w:t>
      </w:r>
      <w:r w:rsidRPr="005A39C3">
        <w:rPr>
          <w:rFonts w:eastAsia="Calibri"/>
          <w:lang w:val="ru-RU"/>
        </w:rPr>
        <w:t xml:space="preserve"> и </w:t>
      </w:r>
      <w:r w:rsidRPr="005A39C3">
        <w:rPr>
          <w:rFonts w:eastAsia="Calibri"/>
          <w:iCs/>
          <w:lang w:val="ru-RU"/>
        </w:rPr>
        <w:t xml:space="preserve">интенсивности </w:t>
      </w:r>
      <w:proofErr w:type="spellStart"/>
      <w:r w:rsidRPr="005A39C3">
        <w:rPr>
          <w:rFonts w:eastAsia="Calibri"/>
          <w:iCs/>
          <w:lang w:val="ru-RU"/>
        </w:rPr>
        <w:t>потовыделения</w:t>
      </w:r>
      <w:proofErr w:type="spellEnd"/>
      <w:r w:rsidRPr="005A39C3">
        <w:rPr>
          <w:rFonts w:eastAsia="Calibri"/>
          <w:iCs/>
          <w:lang w:val="ru-RU"/>
        </w:rPr>
        <w:t>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b/>
          <w:lang w:val="ru-RU"/>
        </w:rPr>
      </w:pPr>
      <w:r w:rsidRPr="005A39C3">
        <w:rPr>
          <w:rFonts w:eastAsia="Calibri"/>
          <w:lang w:val="ru-RU"/>
        </w:rPr>
        <w:t>в)</w:t>
      </w:r>
      <w:r w:rsidRPr="005A39C3">
        <w:rPr>
          <w:rFonts w:eastAsia="Calibri"/>
          <w:iCs/>
          <w:lang w:val="ru-RU"/>
        </w:rPr>
        <w:t xml:space="preserve"> </w:t>
      </w:r>
      <w:r w:rsidRPr="005A39C3">
        <w:rPr>
          <w:rFonts w:eastAsia="Calibri"/>
          <w:lang w:val="ru-RU"/>
        </w:rPr>
        <w:t xml:space="preserve">путем излучения на окружающие поверхности, путем изменения </w:t>
      </w:r>
      <w:r w:rsidRPr="005A39C3">
        <w:rPr>
          <w:rFonts w:eastAsia="Calibri"/>
          <w:iCs/>
          <w:lang w:val="ru-RU"/>
        </w:rPr>
        <w:t>интенсивности кровообращения</w:t>
      </w:r>
      <w:r w:rsidRPr="005A39C3">
        <w:rPr>
          <w:rFonts w:eastAsia="Calibri"/>
          <w:lang w:val="ru-RU"/>
        </w:rPr>
        <w:t xml:space="preserve"> и </w:t>
      </w:r>
      <w:r w:rsidRPr="005A39C3">
        <w:rPr>
          <w:rFonts w:eastAsia="Calibri"/>
          <w:iCs/>
          <w:lang w:val="ru-RU"/>
        </w:rPr>
        <w:t xml:space="preserve">интенсивности </w:t>
      </w:r>
      <w:proofErr w:type="spellStart"/>
      <w:r w:rsidRPr="005A39C3">
        <w:rPr>
          <w:rFonts w:eastAsia="Calibri"/>
          <w:iCs/>
          <w:lang w:val="ru-RU"/>
        </w:rPr>
        <w:t>потовыделения</w:t>
      </w:r>
      <w:proofErr w:type="spellEnd"/>
      <w:r w:rsidRPr="005A39C3">
        <w:rPr>
          <w:rFonts w:eastAsia="Calibri"/>
          <w:iCs/>
          <w:lang w:val="ru-RU"/>
        </w:rPr>
        <w:t>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90.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t>Какова цель нормирования параметров микроклимата?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а) создание нормальных условий труда;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б) сохранение здоровья человека в период трудовой деятельности и после ее окончания</w:t>
      </w:r>
      <w:r w:rsidRPr="005A39C3">
        <w:rPr>
          <w:rFonts w:eastAsia="Calibri"/>
          <w:iCs/>
          <w:lang w:val="ru-RU"/>
        </w:rPr>
        <w:t>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 xml:space="preserve">в) обеспечение сохранения теплового баланса человека с окружающей средой и поддержание оптимального или допустимого состояния организма. 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91.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i/>
          <w:lang w:val="ru-RU"/>
        </w:rPr>
      </w:pPr>
      <w:bookmarkStart w:id="20" w:name="_Toc536023768"/>
      <w:bookmarkStart w:id="21" w:name="_Toc536040245"/>
      <w:r w:rsidRPr="005A39C3">
        <w:rPr>
          <w:rFonts w:eastAsia="Calibri"/>
          <w:i/>
          <w:lang w:val="ru-RU"/>
        </w:rPr>
        <w:t>Какими путями осуществляется теплообмен человека с окружающей средой?</w:t>
      </w:r>
      <w:bookmarkEnd w:id="20"/>
      <w:bookmarkEnd w:id="21"/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i/>
          <w:lang w:val="ru-RU"/>
        </w:rPr>
      </w:pPr>
      <w:bookmarkStart w:id="22" w:name="_Toc536023769"/>
      <w:bookmarkStart w:id="23" w:name="_Toc536040246"/>
      <w:r w:rsidRPr="005A39C3">
        <w:rPr>
          <w:rFonts w:eastAsia="Calibri"/>
          <w:lang w:val="ru-RU"/>
        </w:rPr>
        <w:t xml:space="preserve">а) путем теплопроводности через одежду, конвекции из-за </w:t>
      </w:r>
      <w:proofErr w:type="spellStart"/>
      <w:r w:rsidRPr="005A39C3">
        <w:rPr>
          <w:rFonts w:eastAsia="Calibri"/>
          <w:lang w:val="ru-RU"/>
        </w:rPr>
        <w:t>омывания</w:t>
      </w:r>
      <w:proofErr w:type="spellEnd"/>
      <w:r w:rsidRPr="005A39C3">
        <w:rPr>
          <w:rFonts w:eastAsia="Calibri"/>
          <w:lang w:val="ru-RU"/>
        </w:rPr>
        <w:t xml:space="preserve"> тела воздухом, излучения на окружающие поверхности, испарения влаги с поверхности кожи, за счет нагрева выдыхаемого воздуха;</w:t>
      </w:r>
      <w:bookmarkEnd w:id="22"/>
      <w:bookmarkEnd w:id="23"/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 xml:space="preserve">б) путем теплопроводности через одежду, путем изменения </w:t>
      </w:r>
      <w:r w:rsidRPr="005A39C3">
        <w:rPr>
          <w:iCs/>
          <w:lang w:val="ru-RU"/>
        </w:rPr>
        <w:t>интенсивности кровообращения</w:t>
      </w:r>
      <w:r w:rsidRPr="005A39C3">
        <w:rPr>
          <w:lang w:val="ru-RU"/>
        </w:rPr>
        <w:t>;</w:t>
      </w:r>
    </w:p>
    <w:p w:rsidR="005A39C3" w:rsidRPr="005A39C3" w:rsidRDefault="005A39C3" w:rsidP="005A39C3">
      <w:pPr>
        <w:spacing w:line="240" w:lineRule="auto"/>
        <w:ind w:firstLine="454"/>
        <w:rPr>
          <w:i/>
          <w:lang w:val="ru-RU"/>
        </w:rPr>
      </w:pPr>
      <w:r w:rsidRPr="005A39C3">
        <w:rPr>
          <w:lang w:val="ru-RU"/>
        </w:rPr>
        <w:t xml:space="preserve">в) путем теплопроводности через одежду, путем изменения </w:t>
      </w:r>
      <w:r w:rsidRPr="005A39C3">
        <w:rPr>
          <w:iCs/>
          <w:lang w:val="ru-RU"/>
        </w:rPr>
        <w:t>интенсивности кровообращения</w:t>
      </w:r>
      <w:r w:rsidRPr="005A39C3">
        <w:rPr>
          <w:lang w:val="ru-RU"/>
        </w:rPr>
        <w:t>, излучения на окружающие поверхности, испарения влаги с поверхности кожи, за счет нагрева выдыхаемого воздуха.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92.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i/>
          <w:lang w:val="ru-RU"/>
        </w:rPr>
      </w:pPr>
      <w:bookmarkStart w:id="24" w:name="_Toc536023770"/>
      <w:bookmarkStart w:id="25" w:name="_Toc536040247"/>
      <w:r w:rsidRPr="005A39C3">
        <w:rPr>
          <w:rFonts w:eastAsia="Calibri"/>
          <w:i/>
          <w:lang w:val="ru-RU"/>
        </w:rPr>
        <w:t>Какие параметры микроклимата нормируются?</w:t>
      </w:r>
      <w:bookmarkEnd w:id="24"/>
      <w:bookmarkEnd w:id="25"/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b/>
          <w:i/>
          <w:lang w:val="ru-RU"/>
        </w:rPr>
      </w:pPr>
      <w:bookmarkStart w:id="26" w:name="_Toc536023771"/>
      <w:bookmarkStart w:id="27" w:name="_Toc536040248"/>
      <w:r w:rsidRPr="005A39C3">
        <w:rPr>
          <w:rFonts w:eastAsia="Calibri"/>
          <w:lang w:val="ru-RU"/>
        </w:rPr>
        <w:t>а)</w:t>
      </w:r>
      <w:r w:rsidRPr="005A39C3">
        <w:rPr>
          <w:rFonts w:eastAsia="Calibri"/>
          <w:b/>
          <w:lang w:val="ru-RU"/>
        </w:rPr>
        <w:t xml:space="preserve"> </w:t>
      </w:r>
      <w:r w:rsidRPr="005A39C3">
        <w:rPr>
          <w:rFonts w:eastAsia="Calibri"/>
          <w:lang w:val="ru-RU"/>
        </w:rPr>
        <w:t>температура воздуха, относительная влажность воздуха, скорость движения воздуха;</w:t>
      </w:r>
      <w:bookmarkEnd w:id="26"/>
      <w:bookmarkEnd w:id="27"/>
    </w:p>
    <w:p w:rsidR="005A39C3" w:rsidRPr="005A39C3" w:rsidRDefault="005A39C3" w:rsidP="005A39C3">
      <w:pPr>
        <w:spacing w:line="240" w:lineRule="auto"/>
        <w:ind w:firstLine="454"/>
        <w:rPr>
          <w:lang w:val="ru-RU"/>
        </w:rPr>
      </w:pPr>
      <w:r w:rsidRPr="005A39C3">
        <w:rPr>
          <w:lang w:val="ru-RU"/>
        </w:rPr>
        <w:t>б) температура воздуха, относительная влажность воздуха, скорость движения воздуха, тепловая нагрузка среды;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в) температура воздуха, температура поверхностей, относительная влажность воздуха, скорость движения воздуха, интенсивность теплового облучения.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93.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t>В каких нормативных документах установлены нормативные значения параметров микроклимата?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b/>
          <w:i/>
          <w:lang w:val="ru-RU"/>
        </w:rPr>
      </w:pPr>
      <w:bookmarkStart w:id="28" w:name="_Toc536023772"/>
      <w:bookmarkStart w:id="29" w:name="_Toc536040249"/>
      <w:r w:rsidRPr="005A39C3">
        <w:rPr>
          <w:rFonts w:eastAsia="Calibri"/>
          <w:lang w:val="ru-RU"/>
        </w:rPr>
        <w:t>а) ГОСТ 12.1.005–88, СП 2.2.1.1312–03;</w:t>
      </w:r>
      <w:bookmarkEnd w:id="28"/>
      <w:bookmarkEnd w:id="29"/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b/>
          <w:i/>
          <w:lang w:val="ru-RU"/>
        </w:rPr>
      </w:pPr>
      <w:bookmarkStart w:id="30" w:name="_Toc536023773"/>
      <w:bookmarkStart w:id="31" w:name="_Toc536040250"/>
      <w:r w:rsidRPr="005A39C3">
        <w:rPr>
          <w:rFonts w:eastAsia="Calibri"/>
          <w:lang w:val="ru-RU"/>
        </w:rPr>
        <w:t>б) СанПиН 1.2.3685-2</w:t>
      </w:r>
      <w:bookmarkEnd w:id="30"/>
      <w:bookmarkEnd w:id="31"/>
      <w:r w:rsidRPr="005A39C3">
        <w:rPr>
          <w:rFonts w:eastAsia="Calibri"/>
          <w:lang w:val="ru-RU"/>
        </w:rPr>
        <w:t>1, СанПиН 2.2.4.548–96</w:t>
      </w:r>
    </w:p>
    <w:p w:rsidR="005A39C3" w:rsidRPr="005A39C3" w:rsidRDefault="005A39C3" w:rsidP="005A39C3">
      <w:pPr>
        <w:spacing w:line="240" w:lineRule="auto"/>
        <w:ind w:firstLine="454"/>
        <w:rPr>
          <w:i/>
          <w:lang w:val="ru-RU"/>
        </w:rPr>
      </w:pPr>
      <w:r w:rsidRPr="005A39C3">
        <w:rPr>
          <w:lang w:val="ru-RU"/>
        </w:rPr>
        <w:t xml:space="preserve">в) ГОСТ 12.1.005–88 и </w:t>
      </w:r>
      <w:r w:rsidRPr="005A39C3">
        <w:rPr>
          <w:rFonts w:eastAsia="Calibri"/>
          <w:lang w:val="ru-RU"/>
        </w:rPr>
        <w:t>СанПиН 1.2.3685-21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lastRenderedPageBreak/>
        <w:t xml:space="preserve">Задание 94.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t>На основе чего осуществляется разграничение работ по категориям?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i/>
          <w:lang w:val="ru-RU"/>
        </w:rPr>
      </w:pPr>
      <w:bookmarkStart w:id="32" w:name="_Toc536023774"/>
      <w:bookmarkStart w:id="33" w:name="_Toc536040251"/>
      <w:r w:rsidRPr="005A39C3">
        <w:rPr>
          <w:rFonts w:eastAsia="Calibri"/>
          <w:lang w:val="ru-RU"/>
        </w:rPr>
        <w:t xml:space="preserve">а) на основе интенсивности общих </w:t>
      </w:r>
      <w:proofErr w:type="spellStart"/>
      <w:r w:rsidRPr="005A39C3">
        <w:rPr>
          <w:rFonts w:eastAsia="Calibri"/>
          <w:lang w:val="ru-RU"/>
        </w:rPr>
        <w:t>энерготрат</w:t>
      </w:r>
      <w:proofErr w:type="spellEnd"/>
      <w:r w:rsidRPr="005A39C3">
        <w:rPr>
          <w:rFonts w:eastAsia="Calibri"/>
          <w:lang w:val="ru-RU"/>
        </w:rPr>
        <w:t xml:space="preserve"> организма в Вт;</w:t>
      </w:r>
      <w:bookmarkEnd w:id="32"/>
      <w:bookmarkEnd w:id="33"/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b/>
          <w:i/>
          <w:lang w:val="ru-RU"/>
        </w:rPr>
      </w:pPr>
      <w:bookmarkStart w:id="34" w:name="_Toc536023775"/>
      <w:bookmarkStart w:id="35" w:name="_Toc536040252"/>
      <w:r w:rsidRPr="005A39C3">
        <w:rPr>
          <w:rFonts w:eastAsia="Calibri"/>
          <w:lang w:val="ru-RU"/>
        </w:rPr>
        <w:t>б) на основе изменения интенсивности окислительных процессов;</w:t>
      </w:r>
      <w:bookmarkEnd w:id="34"/>
      <w:bookmarkEnd w:id="35"/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lang w:val="ru-RU"/>
        </w:rPr>
        <w:t>в) на основе изменения количества вырабатываемого в организме тепла.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95.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t>По каким данным определяется среднесуточная температура наружного воздуха?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lang w:val="ru-RU"/>
        </w:rPr>
        <w:t xml:space="preserve">а) по данным </w:t>
      </w:r>
      <w:proofErr w:type="spellStart"/>
      <w:r w:rsidRPr="005A39C3">
        <w:rPr>
          <w:rFonts w:eastAsia="Calibri"/>
          <w:lang w:val="ru-RU"/>
        </w:rPr>
        <w:t>СниП</w:t>
      </w:r>
      <w:proofErr w:type="spellEnd"/>
      <w:r w:rsidRPr="005A39C3">
        <w:rPr>
          <w:rFonts w:eastAsia="Calibri"/>
          <w:lang w:val="ru-RU"/>
        </w:rPr>
        <w:t xml:space="preserve"> 23-01-99 «Строительная климатология»;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lang w:val="ru-RU"/>
        </w:rPr>
        <w:t xml:space="preserve">б) </w:t>
      </w:r>
      <w:r w:rsidRPr="005A39C3">
        <w:rPr>
          <w:lang w:val="ru-RU" w:bidi="en-US"/>
        </w:rPr>
        <w:t>по данным службы по гидрометеорологии и мониторингу окружающей среды</w:t>
      </w:r>
      <w:r w:rsidRPr="005A39C3">
        <w:rPr>
          <w:rFonts w:eastAsia="Calibri"/>
          <w:lang w:val="ru-RU"/>
        </w:rPr>
        <w:t>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lang w:val="ru-RU"/>
        </w:rPr>
        <w:t>в) по данным измерений температуры воздуха.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96.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t>По какому критерию период года разделяют на холодный или теплый?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lang w:val="ru-RU"/>
        </w:rPr>
        <w:t>а) среднесуточная температура наружного воздуха, равная +10°С;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i/>
          <w:lang w:val="ru-RU"/>
        </w:rPr>
      </w:pPr>
      <w:bookmarkStart w:id="36" w:name="_Toc536023776"/>
      <w:bookmarkStart w:id="37" w:name="_Toc536040253"/>
      <w:r w:rsidRPr="005A39C3">
        <w:rPr>
          <w:rFonts w:eastAsia="Calibri"/>
          <w:lang w:val="ru-RU"/>
        </w:rPr>
        <w:t>б) температура воздуха окружающей среды, равная +11°С;</w:t>
      </w:r>
      <w:bookmarkEnd w:id="36"/>
      <w:bookmarkEnd w:id="37"/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lang w:val="ru-RU"/>
        </w:rPr>
        <w:t>в) среднемесячная температура наружного воздуха, равная +10°С.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97.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t>В течение, какого времени оптимальные микроклиматические условия должны обеспечивать сохранение теплового состояния организма человека?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lang w:val="ru-RU"/>
        </w:rPr>
        <w:t>а) в течение всего рабочего стажа;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i/>
          <w:lang w:val="ru-RU"/>
        </w:rPr>
      </w:pPr>
      <w:bookmarkStart w:id="38" w:name="_Toc536023777"/>
      <w:bookmarkStart w:id="39" w:name="_Toc536040254"/>
      <w:r w:rsidRPr="005A39C3">
        <w:rPr>
          <w:rFonts w:eastAsia="Calibri"/>
          <w:lang w:val="ru-RU"/>
        </w:rPr>
        <w:t>б) в течение 8-ми часовой рабочей смены;</w:t>
      </w:r>
      <w:bookmarkEnd w:id="38"/>
      <w:bookmarkEnd w:id="39"/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lang w:val="ru-RU"/>
        </w:rPr>
        <w:t>в) в течение года.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98.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t>Какие микроклиматические условия приводят к умеренному напряжению механизмов терморегуляции?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а) вредные микроклиматические условия;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lang w:val="ru-RU"/>
        </w:rPr>
      </w:pPr>
      <w:bookmarkStart w:id="40" w:name="_Toc536023778"/>
      <w:bookmarkStart w:id="41" w:name="_Toc536040255"/>
      <w:r w:rsidRPr="005A39C3">
        <w:rPr>
          <w:rFonts w:eastAsia="Calibri"/>
          <w:lang w:val="ru-RU"/>
        </w:rPr>
        <w:t>б) опасные (экстремальные) микроклиматические условия;</w:t>
      </w:r>
      <w:bookmarkEnd w:id="40"/>
      <w:bookmarkEnd w:id="41"/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в) оптимальные микроклиматические условия;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г) допустимые микроклиматические условия.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99.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t>На какой участок рабочей зоны распространяются оптимальные микроклиматические условия?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а) на всю рабочую зону;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lang w:val="ru-RU"/>
        </w:rPr>
      </w:pPr>
      <w:bookmarkStart w:id="42" w:name="_Toc536023779"/>
      <w:bookmarkStart w:id="43" w:name="_Toc536040256"/>
      <w:r w:rsidRPr="005A39C3">
        <w:rPr>
          <w:rFonts w:eastAsia="Calibri"/>
          <w:lang w:val="ru-RU"/>
        </w:rPr>
        <w:t>б) на рабочие места производственных помещений, где выполняются работы, связанные с источниками теплового излучения;</w:t>
      </w:r>
      <w:bookmarkEnd w:id="42"/>
      <w:bookmarkEnd w:id="43"/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lang w:val="ru-RU"/>
        </w:rPr>
        <w:t>в) на рабочие места производственных источников, нагретых до темного свечения.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100.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t>Для чего используется интегральный показатель тепловой нагрузки среды?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 xml:space="preserve">а) </w:t>
      </w:r>
      <w:r w:rsidRPr="005A39C3">
        <w:rPr>
          <w:rFonts w:eastAsia="Calibri"/>
          <w:bCs/>
          <w:lang w:val="ru-RU"/>
        </w:rPr>
        <w:t xml:space="preserve">для профилактики </w:t>
      </w:r>
      <w:r w:rsidRPr="005A39C3">
        <w:rPr>
          <w:rFonts w:eastAsia="Calibri"/>
          <w:lang w:val="ru-RU"/>
        </w:rPr>
        <w:t>охлаждения организма человека;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lang w:val="ru-RU"/>
        </w:rPr>
      </w:pPr>
      <w:bookmarkStart w:id="44" w:name="_Toc536023780"/>
      <w:bookmarkStart w:id="45" w:name="_Toc536040257"/>
      <w:r w:rsidRPr="005A39C3">
        <w:rPr>
          <w:rFonts w:eastAsia="Calibri"/>
          <w:lang w:val="ru-RU"/>
        </w:rPr>
        <w:t>б) для оценки сочетанного воздействия параметров микроклимата в целях осуществления мероприятий по защите работающих от возможного перегревания;</w:t>
      </w:r>
      <w:bookmarkEnd w:id="44"/>
      <w:bookmarkEnd w:id="45"/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b/>
          <w:i/>
          <w:lang w:val="ru-RU"/>
        </w:rPr>
      </w:pPr>
      <w:r w:rsidRPr="005A39C3">
        <w:rPr>
          <w:rFonts w:eastAsia="Calibri"/>
          <w:b/>
          <w:lang w:val="ru-RU"/>
        </w:rPr>
        <w:t>в)</w:t>
      </w:r>
      <w:r w:rsidRPr="005A39C3">
        <w:rPr>
          <w:rFonts w:eastAsia="Calibri"/>
          <w:lang w:val="ru-RU"/>
        </w:rPr>
        <w:t xml:space="preserve"> для осуществления мероприятий по защите работающих от возможного переохлаждения.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101.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lastRenderedPageBreak/>
        <w:t>Как называются условия труда, если хотя бы один параметр микроклимата не соответствует оптимальным?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 xml:space="preserve">а) </w:t>
      </w:r>
      <w:r w:rsidRPr="005A39C3">
        <w:rPr>
          <w:rFonts w:eastAsia="Calibri"/>
          <w:bCs/>
          <w:lang w:val="ru-RU"/>
        </w:rPr>
        <w:t>вредные</w:t>
      </w:r>
      <w:r w:rsidRPr="005A39C3">
        <w:rPr>
          <w:rFonts w:eastAsia="Calibri"/>
          <w:lang w:val="ru-RU"/>
        </w:rPr>
        <w:t>;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lang w:val="ru-RU"/>
        </w:rPr>
      </w:pPr>
      <w:bookmarkStart w:id="46" w:name="_Toc536023781"/>
      <w:bookmarkStart w:id="47" w:name="_Toc536040258"/>
      <w:r w:rsidRPr="005A39C3">
        <w:rPr>
          <w:rFonts w:eastAsia="Calibri"/>
          <w:lang w:val="ru-RU"/>
        </w:rPr>
        <w:t>б) опасные;</w:t>
      </w:r>
      <w:bookmarkEnd w:id="46"/>
      <w:bookmarkEnd w:id="47"/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lang w:val="ru-RU"/>
        </w:rPr>
        <w:t>в) допустимые.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102.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t>Как называются условия труда, если хотя бы один параметр микроклимата не соответствует ни оптимальным, ни допустимым?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 xml:space="preserve">а) </w:t>
      </w:r>
      <w:r w:rsidRPr="005A39C3">
        <w:rPr>
          <w:rFonts w:eastAsia="Calibri"/>
          <w:bCs/>
          <w:lang w:val="ru-RU"/>
        </w:rPr>
        <w:t>вредные</w:t>
      </w:r>
      <w:r w:rsidRPr="005A39C3">
        <w:rPr>
          <w:rFonts w:eastAsia="Calibri"/>
          <w:lang w:val="ru-RU"/>
        </w:rPr>
        <w:t>;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lang w:val="ru-RU"/>
        </w:rPr>
      </w:pPr>
      <w:bookmarkStart w:id="48" w:name="_Toc536023782"/>
      <w:bookmarkStart w:id="49" w:name="_Toc536040259"/>
      <w:r w:rsidRPr="005A39C3">
        <w:rPr>
          <w:rFonts w:eastAsia="Calibri"/>
          <w:lang w:val="ru-RU"/>
        </w:rPr>
        <w:t>б) опасные;</w:t>
      </w:r>
      <w:bookmarkEnd w:id="48"/>
      <w:bookmarkEnd w:id="49"/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lang w:val="ru-RU"/>
        </w:rPr>
        <w:t>в) допустимые.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103.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t>Какой прибор используется для регистрации температуры воздуха во времени?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 xml:space="preserve">а) </w:t>
      </w:r>
      <w:r w:rsidRPr="005A39C3">
        <w:rPr>
          <w:rFonts w:eastAsia="Calibri"/>
          <w:bCs/>
          <w:lang w:val="ru-RU"/>
        </w:rPr>
        <w:t>гигрограф</w:t>
      </w:r>
      <w:r w:rsidRPr="005A39C3">
        <w:rPr>
          <w:rFonts w:eastAsia="Calibri"/>
          <w:lang w:val="ru-RU"/>
        </w:rPr>
        <w:t>;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lang w:val="ru-RU"/>
        </w:rPr>
      </w:pPr>
      <w:bookmarkStart w:id="50" w:name="_Toc536023783"/>
      <w:bookmarkStart w:id="51" w:name="_Toc536040260"/>
      <w:r w:rsidRPr="005A39C3">
        <w:rPr>
          <w:rFonts w:eastAsia="Calibri"/>
          <w:lang w:val="ru-RU"/>
        </w:rPr>
        <w:t>б) термограф;</w:t>
      </w:r>
      <w:bookmarkEnd w:id="50"/>
      <w:bookmarkEnd w:id="51"/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lang w:val="ru-RU"/>
        </w:rPr>
        <w:t>в) кататермометр.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104.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i/>
          <w:lang w:val="ru-RU"/>
        </w:rPr>
      </w:pPr>
      <w:bookmarkStart w:id="52" w:name="_Toc536023784"/>
      <w:bookmarkStart w:id="53" w:name="_Toc536040261"/>
      <w:r w:rsidRPr="005A39C3">
        <w:rPr>
          <w:rFonts w:eastAsia="Calibri"/>
          <w:i/>
          <w:lang w:val="ru-RU"/>
        </w:rPr>
        <w:t xml:space="preserve">Для измерения каких параметров микроклимата предназначен </w:t>
      </w:r>
      <w:proofErr w:type="spellStart"/>
      <w:r w:rsidRPr="005A39C3">
        <w:rPr>
          <w:rFonts w:eastAsia="Calibri"/>
          <w:i/>
          <w:lang w:val="ru-RU"/>
        </w:rPr>
        <w:t>метеометр</w:t>
      </w:r>
      <w:proofErr w:type="spellEnd"/>
      <w:r w:rsidRPr="005A39C3">
        <w:rPr>
          <w:rFonts w:eastAsia="Calibri"/>
          <w:i/>
          <w:lang w:val="ru-RU"/>
        </w:rPr>
        <w:t xml:space="preserve"> МЭС-200 А?</w:t>
      </w:r>
      <w:bookmarkEnd w:id="52"/>
      <w:bookmarkEnd w:id="53"/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lang w:val="ru-RU"/>
        </w:rPr>
      </w:pPr>
      <w:bookmarkStart w:id="54" w:name="_Toc536023785"/>
      <w:bookmarkStart w:id="55" w:name="_Toc536040262"/>
      <w:r w:rsidRPr="005A39C3">
        <w:rPr>
          <w:rFonts w:eastAsia="Calibri"/>
          <w:lang w:val="ru-RU"/>
        </w:rPr>
        <w:t>а) относительной влажности воздуха, температуры воздуха, температуры поверхности, скорости воздушного потока, интенсивности теплового облучения;</w:t>
      </w:r>
      <w:bookmarkEnd w:id="54"/>
      <w:bookmarkEnd w:id="55"/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lang w:val="ru-RU"/>
        </w:rPr>
      </w:pPr>
      <w:bookmarkStart w:id="56" w:name="_Toc536023786"/>
      <w:bookmarkStart w:id="57" w:name="_Toc536040263"/>
      <w:r w:rsidRPr="005A39C3">
        <w:rPr>
          <w:rFonts w:eastAsia="Calibri"/>
          <w:lang w:val="ru-RU"/>
        </w:rPr>
        <w:t>б) относительной влажности воздуха, температуры воздуха, температуры поверхности, скорости воздушного потока;</w:t>
      </w:r>
      <w:bookmarkEnd w:id="56"/>
      <w:bookmarkEnd w:id="57"/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lang w:val="ru-RU"/>
        </w:rPr>
        <w:t>в) относительной влажности воздуха, температуры воздуха, скорости воздушного потока.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105.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t>От чего зависит высота замеров параметров микроклимата над уровнем пола или рабочей площадки?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 xml:space="preserve">а) </w:t>
      </w:r>
      <w:r w:rsidRPr="005A39C3">
        <w:rPr>
          <w:rFonts w:eastAsia="Calibri"/>
          <w:bCs/>
          <w:lang w:val="ru-RU"/>
        </w:rPr>
        <w:t>от высоты технологического оборудования</w:t>
      </w:r>
      <w:r w:rsidRPr="005A39C3">
        <w:rPr>
          <w:rFonts w:eastAsia="Calibri"/>
          <w:lang w:val="ru-RU"/>
        </w:rPr>
        <w:t>;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lang w:val="ru-RU"/>
        </w:rPr>
      </w:pPr>
      <w:bookmarkStart w:id="58" w:name="_Toc536023787"/>
      <w:bookmarkStart w:id="59" w:name="_Toc536040264"/>
      <w:r w:rsidRPr="005A39C3">
        <w:rPr>
          <w:rFonts w:eastAsia="Calibri"/>
          <w:lang w:val="ru-RU"/>
        </w:rPr>
        <w:t xml:space="preserve">б) </w:t>
      </w:r>
      <w:r w:rsidRPr="005A39C3">
        <w:rPr>
          <w:rFonts w:eastAsia="Calibri"/>
          <w:bCs/>
          <w:lang w:val="ru-RU"/>
        </w:rPr>
        <w:t>от характеристики выполняемой р</w:t>
      </w:r>
      <w:r w:rsidRPr="005A39C3">
        <w:rPr>
          <w:rFonts w:eastAsia="Calibri"/>
          <w:lang w:val="ru-RU"/>
        </w:rPr>
        <w:t>аботы: сидя или стоя;</w:t>
      </w:r>
      <w:bookmarkEnd w:id="58"/>
      <w:bookmarkEnd w:id="59"/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lang w:val="ru-RU"/>
        </w:rPr>
        <w:t>в) от атмосферного давления.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106.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i/>
          <w:lang w:val="ru-RU"/>
        </w:rPr>
      </w:pPr>
      <w:bookmarkStart w:id="60" w:name="_Toc536023788"/>
      <w:bookmarkStart w:id="61" w:name="_Toc536040265"/>
      <w:r w:rsidRPr="005A39C3">
        <w:rPr>
          <w:rFonts w:eastAsia="Calibri"/>
          <w:i/>
          <w:lang w:val="ru-RU"/>
        </w:rPr>
        <w:t xml:space="preserve">Где можно измерять скорость движения воздуха с помощью </w:t>
      </w:r>
      <w:proofErr w:type="spellStart"/>
      <w:r w:rsidRPr="005A39C3">
        <w:rPr>
          <w:rFonts w:eastAsia="Calibri"/>
          <w:i/>
          <w:lang w:val="ru-RU"/>
        </w:rPr>
        <w:t>метеометра</w:t>
      </w:r>
      <w:proofErr w:type="spellEnd"/>
      <w:r w:rsidRPr="005A39C3">
        <w:rPr>
          <w:rFonts w:eastAsia="Calibri"/>
          <w:i/>
          <w:lang w:val="ru-RU"/>
        </w:rPr>
        <w:t xml:space="preserve"> МЭС-200 А?</w:t>
      </w:r>
      <w:bookmarkEnd w:id="60"/>
      <w:bookmarkEnd w:id="61"/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>а) в производственных помещениях;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lang w:val="ru-RU"/>
        </w:rPr>
      </w:pPr>
      <w:bookmarkStart w:id="62" w:name="_Toc536023789"/>
      <w:bookmarkStart w:id="63" w:name="_Toc536040266"/>
      <w:r w:rsidRPr="005A39C3">
        <w:rPr>
          <w:rFonts w:eastAsia="Calibri"/>
          <w:lang w:val="ru-RU"/>
        </w:rPr>
        <w:t>б) в помещениях жилых и общественных зданий;</w:t>
      </w:r>
      <w:bookmarkEnd w:id="62"/>
      <w:bookmarkEnd w:id="63"/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i/>
          <w:lang w:val="ru-RU"/>
        </w:rPr>
      </w:pPr>
      <w:bookmarkStart w:id="64" w:name="_Toc536023790"/>
      <w:bookmarkStart w:id="65" w:name="_Toc536040267"/>
      <w:r w:rsidRPr="005A39C3">
        <w:rPr>
          <w:rFonts w:eastAsia="Calibri"/>
          <w:lang w:val="ru-RU"/>
        </w:rPr>
        <w:t>в) на открытых пространствах и в вентиляционных трубопроводах.</w:t>
      </w:r>
      <w:bookmarkEnd w:id="64"/>
      <w:bookmarkEnd w:id="65"/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107.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rFonts w:eastAsia="Calibri"/>
          <w:i/>
          <w:lang w:val="ru-RU"/>
        </w:rPr>
        <w:t>По какому документу выбирается средняя максимальная температура наиболее жаркого месяца года?</w:t>
      </w:r>
      <w:r w:rsidRPr="005A39C3">
        <w:rPr>
          <w:i/>
          <w:lang w:val="ru-RU"/>
        </w:rPr>
        <w:t xml:space="preserve"> 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 xml:space="preserve">а) </w:t>
      </w:r>
      <w:proofErr w:type="spellStart"/>
      <w:r w:rsidRPr="005A39C3">
        <w:rPr>
          <w:rFonts w:eastAsia="Calibri"/>
          <w:lang w:val="ru-RU"/>
        </w:rPr>
        <w:t>СниП</w:t>
      </w:r>
      <w:proofErr w:type="spellEnd"/>
      <w:r w:rsidRPr="005A39C3">
        <w:rPr>
          <w:rFonts w:eastAsia="Calibri"/>
          <w:lang w:val="ru-RU"/>
        </w:rPr>
        <w:t xml:space="preserve"> 23-01-99 «Строительная климатология»;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lang w:val="ru-RU"/>
        </w:rPr>
      </w:pPr>
      <w:bookmarkStart w:id="66" w:name="_Toc536023791"/>
      <w:bookmarkStart w:id="67" w:name="_Toc536040268"/>
      <w:r w:rsidRPr="005A39C3">
        <w:rPr>
          <w:rFonts w:eastAsia="Calibri"/>
          <w:lang w:val="ru-RU"/>
        </w:rPr>
        <w:t xml:space="preserve">б) </w:t>
      </w:r>
      <w:r w:rsidRPr="005A39C3">
        <w:rPr>
          <w:rFonts w:eastAsia="Calibri"/>
          <w:bCs/>
          <w:lang w:val="ru-RU"/>
        </w:rPr>
        <w:t>ГОСТ 12.1.005-88 «Система стандартов безопасности труда. Общие санитарно-гигиенические требования к воздуху рабочей зоны»</w:t>
      </w:r>
      <w:r w:rsidRPr="005A39C3">
        <w:rPr>
          <w:rFonts w:eastAsia="Calibri"/>
          <w:lang w:val="ru-RU"/>
        </w:rPr>
        <w:t>;</w:t>
      </w:r>
      <w:bookmarkEnd w:id="66"/>
      <w:bookmarkEnd w:id="67"/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lang w:val="ru-RU"/>
        </w:rPr>
        <w:t>в) МУК 4.3.2756-10. 4.3 «Методы контроля. Физические факторы. Методические указания по измерению и оценке микроклимата производственных помещений».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108.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lastRenderedPageBreak/>
        <w:t>В зависимости от чего определяется количество участков измерения параметров микроклимата?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 xml:space="preserve">а) </w:t>
      </w:r>
      <w:r w:rsidRPr="005A39C3">
        <w:rPr>
          <w:rFonts w:eastAsia="Calibri"/>
          <w:bCs/>
          <w:lang w:val="ru-RU"/>
        </w:rPr>
        <w:t>высоты помещения</w:t>
      </w:r>
      <w:r w:rsidRPr="005A39C3">
        <w:rPr>
          <w:rFonts w:eastAsia="Calibri"/>
          <w:lang w:val="ru-RU"/>
        </w:rPr>
        <w:t>;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lang w:val="ru-RU"/>
        </w:rPr>
      </w:pPr>
      <w:bookmarkStart w:id="68" w:name="_Toc536023792"/>
      <w:bookmarkStart w:id="69" w:name="_Toc536040269"/>
      <w:r w:rsidRPr="005A39C3">
        <w:rPr>
          <w:rFonts w:eastAsia="Calibri"/>
          <w:lang w:val="ru-RU"/>
        </w:rPr>
        <w:t>б) площади помещения;</w:t>
      </w:r>
      <w:bookmarkEnd w:id="68"/>
      <w:bookmarkEnd w:id="69"/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lang w:val="ru-RU"/>
        </w:rPr>
        <w:t>в) количества рабочих мест в помещении.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109.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i/>
          <w:lang w:val="ru-RU"/>
        </w:rPr>
        <w:t xml:space="preserve">На какой высоте от пола или рабочей площадки измеряют температуру воздуха при работах, выполняемых стоя? 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5A39C3">
        <w:rPr>
          <w:rFonts w:eastAsia="Calibri"/>
          <w:lang w:val="ru-RU"/>
        </w:rPr>
        <w:t xml:space="preserve">а) </w:t>
      </w:r>
      <w:r w:rsidRPr="005A39C3">
        <w:rPr>
          <w:rFonts w:eastAsia="Calibri"/>
          <w:bCs/>
          <w:lang w:val="ru-RU"/>
        </w:rPr>
        <w:t>0,1 и 1,0 м</w:t>
      </w:r>
      <w:r w:rsidRPr="005A39C3">
        <w:rPr>
          <w:rFonts w:eastAsia="Calibri"/>
          <w:lang w:val="ru-RU"/>
        </w:rPr>
        <w:t>;</w:t>
      </w:r>
    </w:p>
    <w:p w:rsidR="005A39C3" w:rsidRPr="005A39C3" w:rsidRDefault="005A39C3" w:rsidP="005A39C3">
      <w:pPr>
        <w:spacing w:line="240" w:lineRule="auto"/>
        <w:ind w:firstLine="454"/>
        <w:outlineLvl w:val="0"/>
        <w:rPr>
          <w:rFonts w:eastAsia="Calibri"/>
          <w:lang w:val="ru-RU"/>
        </w:rPr>
      </w:pPr>
      <w:bookmarkStart w:id="70" w:name="_Toc536023793"/>
      <w:bookmarkStart w:id="71" w:name="_Toc536040270"/>
      <w:r w:rsidRPr="005A39C3">
        <w:rPr>
          <w:rFonts w:eastAsia="Calibri"/>
          <w:lang w:val="ru-RU"/>
        </w:rPr>
        <w:t xml:space="preserve">б) </w:t>
      </w:r>
      <w:r w:rsidRPr="005A39C3">
        <w:rPr>
          <w:rFonts w:eastAsia="Calibri"/>
          <w:bCs/>
          <w:lang w:val="ru-RU"/>
        </w:rPr>
        <w:t>0,1 и 1,5 м</w:t>
      </w:r>
      <w:r w:rsidRPr="005A39C3">
        <w:rPr>
          <w:rFonts w:eastAsia="Calibri"/>
          <w:lang w:val="ru-RU"/>
        </w:rPr>
        <w:t>;</w:t>
      </w:r>
      <w:bookmarkEnd w:id="70"/>
      <w:bookmarkEnd w:id="71"/>
    </w:p>
    <w:p w:rsidR="005A39C3" w:rsidRPr="005A39C3" w:rsidRDefault="005A39C3" w:rsidP="005A39C3">
      <w:pPr>
        <w:spacing w:line="240" w:lineRule="auto"/>
        <w:ind w:firstLine="454"/>
        <w:rPr>
          <w:rFonts w:eastAsia="Calibri"/>
          <w:i/>
          <w:lang w:val="ru-RU"/>
        </w:rPr>
      </w:pPr>
      <w:r w:rsidRPr="005A39C3">
        <w:rPr>
          <w:rFonts w:eastAsia="Calibri"/>
          <w:lang w:val="ru-RU"/>
        </w:rPr>
        <w:t xml:space="preserve">в) </w:t>
      </w:r>
      <w:r w:rsidRPr="005A39C3">
        <w:rPr>
          <w:rFonts w:eastAsia="Calibri"/>
          <w:bCs/>
          <w:lang w:val="ru-RU"/>
        </w:rPr>
        <w:t>1,0 и 1,5 м</w:t>
      </w:r>
      <w:r w:rsidRPr="005A39C3">
        <w:rPr>
          <w:rFonts w:eastAsia="Calibri"/>
          <w:lang w:val="ru-RU"/>
        </w:rPr>
        <w:t>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110.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rPr>
          <w:i/>
          <w:szCs w:val="24"/>
          <w:lang w:val="ru-RU"/>
        </w:rPr>
      </w:pPr>
      <w:r w:rsidRPr="005A39C3">
        <w:rPr>
          <w:i/>
          <w:szCs w:val="24"/>
          <w:lang w:val="ru-RU"/>
        </w:rPr>
        <w:t>Наиболее разрушительным и трагическим характером, как по причиняемому материальному ущербу, так и по количеству человеческих жертв из природных явлений обладает</w:t>
      </w:r>
      <w:proofErr w:type="gramStart"/>
      <w:r w:rsidRPr="005A39C3">
        <w:rPr>
          <w:i/>
          <w:szCs w:val="24"/>
          <w:lang w:val="ru-RU"/>
        </w:rPr>
        <w:t xml:space="preserve"> ….</w:t>
      </w:r>
      <w:proofErr w:type="gramEnd"/>
      <w:r w:rsidRPr="005A39C3">
        <w:rPr>
          <w:i/>
          <w:szCs w:val="24"/>
          <w:lang w:val="ru-RU"/>
        </w:rPr>
        <w:t>.</w:t>
      </w:r>
    </w:p>
    <w:p w:rsidR="005A39C3" w:rsidRPr="00803E8B" w:rsidRDefault="005A39C3" w:rsidP="005A39C3">
      <w:pPr>
        <w:shd w:val="clear" w:color="auto" w:fill="FFFFFF"/>
        <w:spacing w:line="240" w:lineRule="auto"/>
        <w:ind w:firstLine="454"/>
        <w:rPr>
          <w:i/>
        </w:rPr>
      </w:pPr>
      <w:proofErr w:type="spellStart"/>
      <w:r w:rsidRPr="00803E8B">
        <w:rPr>
          <w:i/>
        </w:rPr>
        <w:t>Варианты</w:t>
      </w:r>
      <w:proofErr w:type="spellEnd"/>
      <w:r w:rsidRPr="00803E8B">
        <w:rPr>
          <w:i/>
        </w:rPr>
        <w:t xml:space="preserve"> </w:t>
      </w:r>
      <w:proofErr w:type="spellStart"/>
      <w:r w:rsidRPr="00803E8B">
        <w:rPr>
          <w:i/>
        </w:rPr>
        <w:t>ответа</w:t>
      </w:r>
      <w:proofErr w:type="spellEnd"/>
      <w:r w:rsidRPr="00803E8B">
        <w:rPr>
          <w:i/>
        </w:rPr>
        <w:t>:</w:t>
      </w:r>
    </w:p>
    <w:p w:rsidR="005A39C3" w:rsidRPr="005D2980" w:rsidRDefault="005A39C3" w:rsidP="005A39C3">
      <w:pPr>
        <w:pStyle w:val="ae"/>
        <w:numPr>
          <w:ilvl w:val="0"/>
          <w:numId w:val="12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з</w:t>
      </w:r>
      <w:r w:rsidRPr="005D2980">
        <w:rPr>
          <w:szCs w:val="24"/>
        </w:rPr>
        <w:t>емлетрясение</w:t>
      </w:r>
      <w:proofErr w:type="spellEnd"/>
    </w:p>
    <w:p w:rsidR="005A39C3" w:rsidRDefault="005A39C3" w:rsidP="005A39C3">
      <w:pPr>
        <w:pStyle w:val="ae"/>
        <w:numPr>
          <w:ilvl w:val="0"/>
          <w:numId w:val="12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ц</w:t>
      </w:r>
      <w:r w:rsidRPr="005D2980">
        <w:rPr>
          <w:szCs w:val="24"/>
        </w:rPr>
        <w:t>унами</w:t>
      </w:r>
      <w:proofErr w:type="spellEnd"/>
    </w:p>
    <w:p w:rsidR="005A39C3" w:rsidRDefault="005A39C3" w:rsidP="005A39C3">
      <w:pPr>
        <w:pStyle w:val="ae"/>
        <w:numPr>
          <w:ilvl w:val="0"/>
          <w:numId w:val="12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наводнение</w:t>
      </w:r>
      <w:proofErr w:type="spellEnd"/>
    </w:p>
    <w:p w:rsidR="005A39C3" w:rsidRDefault="005A39C3" w:rsidP="005A39C3">
      <w:pPr>
        <w:pStyle w:val="ae"/>
        <w:numPr>
          <w:ilvl w:val="0"/>
          <w:numId w:val="12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торнадо</w:t>
      </w:r>
      <w:proofErr w:type="spellEnd"/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111.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rPr>
          <w:i/>
          <w:szCs w:val="24"/>
          <w:lang w:val="ru-RU"/>
        </w:rPr>
      </w:pPr>
      <w:r w:rsidRPr="005A39C3">
        <w:rPr>
          <w:i/>
          <w:szCs w:val="24"/>
          <w:lang w:val="ru-RU"/>
        </w:rPr>
        <w:t>Научно обоснованное предсказание развития предсказание развития наводнений, их характера и масштаба называется ______________ прогнозом.</w:t>
      </w:r>
    </w:p>
    <w:p w:rsidR="005A39C3" w:rsidRPr="00803E8B" w:rsidRDefault="005A39C3" w:rsidP="005A39C3">
      <w:pPr>
        <w:shd w:val="clear" w:color="auto" w:fill="FFFFFF"/>
        <w:spacing w:line="240" w:lineRule="auto"/>
        <w:ind w:firstLine="454"/>
        <w:rPr>
          <w:i/>
        </w:rPr>
      </w:pPr>
      <w:proofErr w:type="spellStart"/>
      <w:r w:rsidRPr="00803E8B">
        <w:rPr>
          <w:i/>
        </w:rPr>
        <w:t>Варианты</w:t>
      </w:r>
      <w:proofErr w:type="spellEnd"/>
      <w:r w:rsidRPr="00803E8B">
        <w:rPr>
          <w:i/>
        </w:rPr>
        <w:t xml:space="preserve"> </w:t>
      </w:r>
      <w:proofErr w:type="spellStart"/>
      <w:r w:rsidRPr="00803E8B">
        <w:rPr>
          <w:i/>
        </w:rPr>
        <w:t>ответа</w:t>
      </w:r>
      <w:proofErr w:type="spellEnd"/>
      <w:r w:rsidRPr="00803E8B">
        <w:rPr>
          <w:i/>
        </w:rPr>
        <w:t>:</w:t>
      </w:r>
    </w:p>
    <w:p w:rsidR="005A39C3" w:rsidRDefault="005A39C3" w:rsidP="005A39C3">
      <w:pPr>
        <w:pStyle w:val="ae"/>
        <w:numPr>
          <w:ilvl w:val="0"/>
          <w:numId w:val="13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гидрологическим</w:t>
      </w:r>
      <w:proofErr w:type="spellEnd"/>
    </w:p>
    <w:p w:rsidR="005A39C3" w:rsidRDefault="005A39C3" w:rsidP="005A39C3">
      <w:pPr>
        <w:pStyle w:val="ae"/>
        <w:numPr>
          <w:ilvl w:val="0"/>
          <w:numId w:val="13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метеорологическим</w:t>
      </w:r>
      <w:proofErr w:type="spellEnd"/>
    </w:p>
    <w:p w:rsidR="005A39C3" w:rsidRDefault="005A39C3" w:rsidP="005A39C3">
      <w:pPr>
        <w:pStyle w:val="ae"/>
        <w:numPr>
          <w:ilvl w:val="0"/>
          <w:numId w:val="13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сезонным</w:t>
      </w:r>
      <w:proofErr w:type="spellEnd"/>
    </w:p>
    <w:p w:rsidR="005A39C3" w:rsidRDefault="005A39C3" w:rsidP="005A39C3">
      <w:pPr>
        <w:pStyle w:val="ae"/>
        <w:numPr>
          <w:ilvl w:val="0"/>
          <w:numId w:val="13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территориальным</w:t>
      </w:r>
      <w:proofErr w:type="spellEnd"/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112.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rPr>
          <w:i/>
          <w:szCs w:val="24"/>
          <w:lang w:val="ru-RU"/>
        </w:rPr>
      </w:pPr>
      <w:r w:rsidRPr="005A39C3">
        <w:rPr>
          <w:i/>
          <w:szCs w:val="24"/>
          <w:lang w:val="ru-RU"/>
        </w:rPr>
        <w:t xml:space="preserve">Аварии, в результате которых зона заражения </w:t>
      </w:r>
      <w:proofErr w:type="spellStart"/>
      <w:r w:rsidRPr="005A39C3">
        <w:rPr>
          <w:i/>
          <w:szCs w:val="24"/>
          <w:lang w:val="ru-RU"/>
        </w:rPr>
        <w:t>аварийно</w:t>
      </w:r>
      <w:proofErr w:type="spellEnd"/>
      <w:r w:rsidRPr="005A39C3">
        <w:rPr>
          <w:i/>
          <w:szCs w:val="24"/>
          <w:lang w:val="ru-RU"/>
        </w:rPr>
        <w:t xml:space="preserve"> химическими опасными веществами (АХОВ) распространяется в глубь жилых районов, относится к …</w:t>
      </w:r>
    </w:p>
    <w:p w:rsidR="005A39C3" w:rsidRPr="00803E8B" w:rsidRDefault="005A39C3" w:rsidP="005A39C3">
      <w:pPr>
        <w:shd w:val="clear" w:color="auto" w:fill="FFFFFF"/>
        <w:spacing w:line="240" w:lineRule="auto"/>
        <w:ind w:firstLine="454"/>
        <w:rPr>
          <w:i/>
        </w:rPr>
      </w:pPr>
      <w:proofErr w:type="spellStart"/>
      <w:r w:rsidRPr="00803E8B">
        <w:rPr>
          <w:i/>
        </w:rPr>
        <w:t>Варианты</w:t>
      </w:r>
      <w:proofErr w:type="spellEnd"/>
      <w:r w:rsidRPr="00803E8B">
        <w:rPr>
          <w:i/>
        </w:rPr>
        <w:t xml:space="preserve"> </w:t>
      </w:r>
      <w:proofErr w:type="spellStart"/>
      <w:r w:rsidRPr="00803E8B">
        <w:rPr>
          <w:i/>
        </w:rPr>
        <w:t>ответа</w:t>
      </w:r>
      <w:proofErr w:type="spellEnd"/>
      <w:r w:rsidRPr="00803E8B">
        <w:rPr>
          <w:i/>
        </w:rPr>
        <w:t>:</w:t>
      </w:r>
    </w:p>
    <w:p w:rsidR="005A39C3" w:rsidRDefault="005A39C3" w:rsidP="005A39C3">
      <w:pPr>
        <w:pStyle w:val="ae"/>
        <w:numPr>
          <w:ilvl w:val="0"/>
          <w:numId w:val="14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региональным</w:t>
      </w:r>
      <w:proofErr w:type="spellEnd"/>
    </w:p>
    <w:p w:rsidR="005A39C3" w:rsidRDefault="005A39C3" w:rsidP="005A39C3">
      <w:pPr>
        <w:pStyle w:val="ae"/>
        <w:numPr>
          <w:ilvl w:val="0"/>
          <w:numId w:val="14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глобальным</w:t>
      </w:r>
      <w:proofErr w:type="spellEnd"/>
    </w:p>
    <w:p w:rsidR="005A39C3" w:rsidRDefault="005A39C3" w:rsidP="005A39C3">
      <w:pPr>
        <w:pStyle w:val="ae"/>
        <w:numPr>
          <w:ilvl w:val="0"/>
          <w:numId w:val="14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местным</w:t>
      </w:r>
      <w:proofErr w:type="spellEnd"/>
    </w:p>
    <w:p w:rsidR="005A39C3" w:rsidRDefault="005A39C3" w:rsidP="005A39C3">
      <w:pPr>
        <w:pStyle w:val="ae"/>
        <w:numPr>
          <w:ilvl w:val="0"/>
          <w:numId w:val="14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объектовым</w:t>
      </w:r>
      <w:proofErr w:type="spellEnd"/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113.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rPr>
          <w:i/>
          <w:szCs w:val="24"/>
          <w:lang w:val="ru-RU"/>
        </w:rPr>
      </w:pPr>
      <w:r w:rsidRPr="005A39C3">
        <w:rPr>
          <w:i/>
          <w:szCs w:val="24"/>
          <w:lang w:val="ru-RU"/>
        </w:rPr>
        <w:t>Прибор, предназначенный для определения количества радиоактивных веществ (</w:t>
      </w:r>
      <w:proofErr w:type="spellStart"/>
      <w:r w:rsidRPr="005A39C3">
        <w:rPr>
          <w:i/>
          <w:szCs w:val="24"/>
          <w:lang w:val="ru-RU"/>
        </w:rPr>
        <w:t>радионуклеидов</w:t>
      </w:r>
      <w:proofErr w:type="spellEnd"/>
      <w:r w:rsidRPr="005A39C3">
        <w:rPr>
          <w:i/>
          <w:szCs w:val="24"/>
          <w:lang w:val="ru-RU"/>
        </w:rPr>
        <w:t>) или потока излучений, называется …</w:t>
      </w:r>
    </w:p>
    <w:p w:rsidR="005A39C3" w:rsidRPr="00803E8B" w:rsidRDefault="005A39C3" w:rsidP="005A39C3">
      <w:pPr>
        <w:shd w:val="clear" w:color="auto" w:fill="FFFFFF"/>
        <w:spacing w:line="240" w:lineRule="auto"/>
        <w:ind w:firstLine="454"/>
        <w:rPr>
          <w:i/>
        </w:rPr>
      </w:pPr>
      <w:proofErr w:type="spellStart"/>
      <w:r w:rsidRPr="00803E8B">
        <w:rPr>
          <w:i/>
        </w:rPr>
        <w:t>Варианты</w:t>
      </w:r>
      <w:proofErr w:type="spellEnd"/>
      <w:r w:rsidRPr="00803E8B">
        <w:rPr>
          <w:i/>
        </w:rPr>
        <w:t xml:space="preserve"> </w:t>
      </w:r>
      <w:proofErr w:type="spellStart"/>
      <w:r w:rsidRPr="00803E8B">
        <w:rPr>
          <w:i/>
        </w:rPr>
        <w:t>ответа</w:t>
      </w:r>
      <w:proofErr w:type="spellEnd"/>
      <w:r w:rsidRPr="00803E8B">
        <w:rPr>
          <w:i/>
        </w:rPr>
        <w:t>:</w:t>
      </w:r>
    </w:p>
    <w:p w:rsidR="005A39C3" w:rsidRDefault="005A39C3" w:rsidP="005A39C3">
      <w:pPr>
        <w:pStyle w:val="ae"/>
        <w:numPr>
          <w:ilvl w:val="0"/>
          <w:numId w:val="15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радиометром</w:t>
      </w:r>
      <w:proofErr w:type="spellEnd"/>
    </w:p>
    <w:p w:rsidR="005A39C3" w:rsidRDefault="005A39C3" w:rsidP="005A39C3">
      <w:pPr>
        <w:pStyle w:val="ae"/>
        <w:numPr>
          <w:ilvl w:val="0"/>
          <w:numId w:val="15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танометром</w:t>
      </w:r>
      <w:proofErr w:type="spellEnd"/>
    </w:p>
    <w:p w:rsidR="005A39C3" w:rsidRDefault="005A39C3" w:rsidP="005A39C3">
      <w:pPr>
        <w:pStyle w:val="ae"/>
        <w:numPr>
          <w:ilvl w:val="0"/>
          <w:numId w:val="15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монометром</w:t>
      </w:r>
      <w:proofErr w:type="spellEnd"/>
    </w:p>
    <w:p w:rsidR="005A39C3" w:rsidRDefault="005A39C3" w:rsidP="005A39C3">
      <w:pPr>
        <w:pStyle w:val="ae"/>
        <w:numPr>
          <w:ilvl w:val="0"/>
          <w:numId w:val="15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гигрометром</w:t>
      </w:r>
      <w:proofErr w:type="spellEnd"/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114.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rPr>
          <w:i/>
          <w:szCs w:val="24"/>
          <w:lang w:val="ru-RU"/>
        </w:rPr>
      </w:pPr>
      <w:r w:rsidRPr="005A39C3">
        <w:rPr>
          <w:i/>
          <w:szCs w:val="24"/>
          <w:lang w:val="ru-RU"/>
        </w:rPr>
        <w:t>Происшествие, повлекшее за собой гибель хотя бы одного члена экипажа или пассажира, полное или частичное разрушение воздушного судна или его бесследное исчезновение, называется …</w:t>
      </w:r>
    </w:p>
    <w:p w:rsidR="005A39C3" w:rsidRPr="00803E8B" w:rsidRDefault="005A39C3" w:rsidP="005A39C3">
      <w:pPr>
        <w:shd w:val="clear" w:color="auto" w:fill="FFFFFF"/>
        <w:spacing w:line="240" w:lineRule="auto"/>
        <w:ind w:firstLine="454"/>
        <w:rPr>
          <w:i/>
        </w:rPr>
      </w:pPr>
      <w:proofErr w:type="spellStart"/>
      <w:r w:rsidRPr="00803E8B">
        <w:rPr>
          <w:i/>
        </w:rPr>
        <w:t>Варианты</w:t>
      </w:r>
      <w:proofErr w:type="spellEnd"/>
      <w:r w:rsidRPr="00803E8B">
        <w:rPr>
          <w:i/>
        </w:rPr>
        <w:t xml:space="preserve"> </w:t>
      </w:r>
      <w:proofErr w:type="spellStart"/>
      <w:r w:rsidRPr="00803E8B">
        <w:rPr>
          <w:i/>
        </w:rPr>
        <w:t>ответа</w:t>
      </w:r>
      <w:proofErr w:type="spellEnd"/>
      <w:r w:rsidRPr="00803E8B">
        <w:rPr>
          <w:i/>
        </w:rPr>
        <w:t>:</w:t>
      </w:r>
    </w:p>
    <w:p w:rsidR="005A39C3" w:rsidRDefault="005A39C3" w:rsidP="005A39C3">
      <w:pPr>
        <w:pStyle w:val="ae"/>
        <w:numPr>
          <w:ilvl w:val="0"/>
          <w:numId w:val="16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авиационной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катастрофой</w:t>
      </w:r>
      <w:proofErr w:type="spellEnd"/>
    </w:p>
    <w:p w:rsidR="005A39C3" w:rsidRDefault="005A39C3" w:rsidP="005A39C3">
      <w:pPr>
        <w:pStyle w:val="ae"/>
        <w:numPr>
          <w:ilvl w:val="0"/>
          <w:numId w:val="16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lastRenderedPageBreak/>
        <w:t>авиационной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аварией</w:t>
      </w:r>
      <w:proofErr w:type="spellEnd"/>
    </w:p>
    <w:p w:rsidR="005A39C3" w:rsidRDefault="005A39C3" w:rsidP="005A39C3">
      <w:pPr>
        <w:pStyle w:val="ae"/>
        <w:numPr>
          <w:ilvl w:val="0"/>
          <w:numId w:val="16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авиационным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инцидентом</w:t>
      </w:r>
      <w:proofErr w:type="spellEnd"/>
    </w:p>
    <w:p w:rsidR="005A39C3" w:rsidRDefault="005A39C3" w:rsidP="005A39C3">
      <w:pPr>
        <w:pStyle w:val="ae"/>
        <w:numPr>
          <w:ilvl w:val="0"/>
          <w:numId w:val="16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авиационной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поломкой</w:t>
      </w:r>
      <w:proofErr w:type="spellEnd"/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115.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rPr>
          <w:i/>
          <w:szCs w:val="24"/>
          <w:lang w:val="ru-RU"/>
        </w:rPr>
      </w:pPr>
      <w:r w:rsidRPr="005A39C3">
        <w:rPr>
          <w:i/>
          <w:szCs w:val="24"/>
          <w:lang w:val="ru-RU"/>
        </w:rPr>
        <w:t>К оружию массового поражения относятся …</w:t>
      </w:r>
    </w:p>
    <w:p w:rsidR="005A39C3" w:rsidRPr="00803E8B" w:rsidRDefault="005A39C3" w:rsidP="005A39C3">
      <w:pPr>
        <w:shd w:val="clear" w:color="auto" w:fill="FFFFFF"/>
        <w:spacing w:line="240" w:lineRule="auto"/>
        <w:ind w:firstLine="454"/>
        <w:rPr>
          <w:i/>
        </w:rPr>
      </w:pPr>
      <w:proofErr w:type="spellStart"/>
      <w:r w:rsidRPr="00803E8B">
        <w:rPr>
          <w:i/>
        </w:rPr>
        <w:t>Варианты</w:t>
      </w:r>
      <w:proofErr w:type="spellEnd"/>
      <w:r w:rsidRPr="00803E8B">
        <w:rPr>
          <w:i/>
        </w:rPr>
        <w:t xml:space="preserve"> </w:t>
      </w:r>
      <w:proofErr w:type="spellStart"/>
      <w:r w:rsidRPr="00803E8B">
        <w:rPr>
          <w:i/>
        </w:rPr>
        <w:t>ответа</w:t>
      </w:r>
      <w:proofErr w:type="spellEnd"/>
      <w:r w:rsidRPr="00803E8B">
        <w:rPr>
          <w:i/>
        </w:rPr>
        <w:t>:</w:t>
      </w:r>
    </w:p>
    <w:p w:rsidR="005A39C3" w:rsidRDefault="005A39C3" w:rsidP="005A39C3">
      <w:pPr>
        <w:pStyle w:val="ae"/>
        <w:numPr>
          <w:ilvl w:val="0"/>
          <w:numId w:val="17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биологическое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ядерное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химическое</w:t>
      </w:r>
      <w:proofErr w:type="spellEnd"/>
    </w:p>
    <w:p w:rsidR="005A39C3" w:rsidRDefault="005A39C3" w:rsidP="005A39C3">
      <w:pPr>
        <w:pStyle w:val="ae"/>
        <w:numPr>
          <w:ilvl w:val="0"/>
          <w:numId w:val="17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химическое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биологическое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высокоточное</w:t>
      </w:r>
      <w:proofErr w:type="spellEnd"/>
    </w:p>
    <w:p w:rsidR="005A39C3" w:rsidRDefault="005A39C3" w:rsidP="005A39C3">
      <w:pPr>
        <w:pStyle w:val="ae"/>
        <w:numPr>
          <w:ilvl w:val="0"/>
          <w:numId w:val="17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зажигательное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химическое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биологическое</w:t>
      </w:r>
      <w:proofErr w:type="spellEnd"/>
    </w:p>
    <w:p w:rsidR="005A39C3" w:rsidRDefault="005A39C3" w:rsidP="005A39C3">
      <w:pPr>
        <w:pStyle w:val="ae"/>
        <w:numPr>
          <w:ilvl w:val="0"/>
          <w:numId w:val="17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ядерное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химическое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высокоточное</w:t>
      </w:r>
      <w:proofErr w:type="spellEnd"/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116.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rPr>
          <w:i/>
          <w:szCs w:val="24"/>
          <w:lang w:val="ru-RU"/>
        </w:rPr>
      </w:pPr>
      <w:r w:rsidRPr="005A39C3">
        <w:rPr>
          <w:i/>
          <w:szCs w:val="24"/>
          <w:lang w:val="ru-RU"/>
        </w:rPr>
        <w:t>Насильственное, целенаправленное воздействие на экосистему с целью получения геополитических, экономических и иных выводов и преимуществ называется __________</w:t>
      </w:r>
    </w:p>
    <w:p w:rsidR="005A39C3" w:rsidRPr="00D32CA0" w:rsidRDefault="005A39C3" w:rsidP="005A39C3">
      <w:pPr>
        <w:spacing w:line="240" w:lineRule="auto"/>
        <w:rPr>
          <w:i/>
          <w:szCs w:val="24"/>
        </w:rPr>
      </w:pPr>
      <w:proofErr w:type="spellStart"/>
      <w:r w:rsidRPr="00D32CA0">
        <w:rPr>
          <w:i/>
          <w:szCs w:val="24"/>
        </w:rPr>
        <w:t>терроризмом</w:t>
      </w:r>
      <w:proofErr w:type="spellEnd"/>
      <w:r w:rsidRPr="00D32CA0">
        <w:rPr>
          <w:i/>
          <w:szCs w:val="24"/>
        </w:rPr>
        <w:t>.</w:t>
      </w:r>
    </w:p>
    <w:p w:rsidR="005A39C3" w:rsidRPr="00803E8B" w:rsidRDefault="005A39C3" w:rsidP="005A39C3">
      <w:pPr>
        <w:shd w:val="clear" w:color="auto" w:fill="FFFFFF"/>
        <w:spacing w:line="240" w:lineRule="auto"/>
        <w:ind w:firstLine="454"/>
        <w:rPr>
          <w:i/>
        </w:rPr>
      </w:pPr>
      <w:proofErr w:type="spellStart"/>
      <w:r w:rsidRPr="00803E8B">
        <w:rPr>
          <w:i/>
        </w:rPr>
        <w:t>Варианты</w:t>
      </w:r>
      <w:proofErr w:type="spellEnd"/>
      <w:r w:rsidRPr="00803E8B">
        <w:rPr>
          <w:i/>
        </w:rPr>
        <w:t xml:space="preserve"> </w:t>
      </w:r>
      <w:proofErr w:type="spellStart"/>
      <w:r w:rsidRPr="00803E8B">
        <w:rPr>
          <w:i/>
        </w:rPr>
        <w:t>ответа</w:t>
      </w:r>
      <w:proofErr w:type="spellEnd"/>
      <w:r w:rsidRPr="00803E8B">
        <w:rPr>
          <w:i/>
        </w:rPr>
        <w:t>:</w:t>
      </w:r>
    </w:p>
    <w:p w:rsidR="005A39C3" w:rsidRDefault="005A39C3" w:rsidP="005A39C3">
      <w:pPr>
        <w:pStyle w:val="ae"/>
        <w:numPr>
          <w:ilvl w:val="0"/>
          <w:numId w:val="18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экологическими</w:t>
      </w:r>
      <w:proofErr w:type="spellEnd"/>
    </w:p>
    <w:p w:rsidR="005A39C3" w:rsidRDefault="005A39C3" w:rsidP="005A39C3">
      <w:pPr>
        <w:pStyle w:val="ae"/>
        <w:numPr>
          <w:ilvl w:val="0"/>
          <w:numId w:val="18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химическим</w:t>
      </w:r>
      <w:proofErr w:type="spellEnd"/>
    </w:p>
    <w:p w:rsidR="005A39C3" w:rsidRDefault="005A39C3" w:rsidP="005A39C3">
      <w:pPr>
        <w:pStyle w:val="ae"/>
        <w:numPr>
          <w:ilvl w:val="0"/>
          <w:numId w:val="18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техническим</w:t>
      </w:r>
      <w:proofErr w:type="spellEnd"/>
    </w:p>
    <w:p w:rsidR="005A39C3" w:rsidRDefault="005A39C3" w:rsidP="005A39C3">
      <w:pPr>
        <w:pStyle w:val="ae"/>
        <w:numPr>
          <w:ilvl w:val="0"/>
          <w:numId w:val="18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экономическим</w:t>
      </w:r>
      <w:proofErr w:type="spellEnd"/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117.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rPr>
          <w:i/>
          <w:szCs w:val="24"/>
          <w:lang w:val="ru-RU"/>
        </w:rPr>
      </w:pPr>
      <w:r w:rsidRPr="005A39C3">
        <w:rPr>
          <w:i/>
          <w:szCs w:val="24"/>
          <w:lang w:val="ru-RU"/>
        </w:rPr>
        <w:t>К средствам индивидуальной защиты органов дыхания относятся …</w:t>
      </w:r>
    </w:p>
    <w:p w:rsidR="005A39C3" w:rsidRPr="00803E8B" w:rsidRDefault="005A39C3" w:rsidP="005A39C3">
      <w:pPr>
        <w:shd w:val="clear" w:color="auto" w:fill="FFFFFF"/>
        <w:spacing w:line="240" w:lineRule="auto"/>
        <w:ind w:firstLine="454"/>
        <w:rPr>
          <w:i/>
        </w:rPr>
      </w:pPr>
      <w:proofErr w:type="spellStart"/>
      <w:r w:rsidRPr="00803E8B">
        <w:rPr>
          <w:i/>
        </w:rPr>
        <w:t>Варианты</w:t>
      </w:r>
      <w:proofErr w:type="spellEnd"/>
      <w:r w:rsidRPr="00803E8B">
        <w:rPr>
          <w:i/>
        </w:rPr>
        <w:t xml:space="preserve"> </w:t>
      </w:r>
      <w:proofErr w:type="spellStart"/>
      <w:r w:rsidRPr="00803E8B">
        <w:rPr>
          <w:i/>
        </w:rPr>
        <w:t>ответа</w:t>
      </w:r>
      <w:proofErr w:type="spellEnd"/>
      <w:r w:rsidRPr="00803E8B">
        <w:rPr>
          <w:i/>
        </w:rPr>
        <w:t>:</w:t>
      </w:r>
    </w:p>
    <w:p w:rsidR="005A39C3" w:rsidRDefault="005A39C3" w:rsidP="005A39C3">
      <w:pPr>
        <w:pStyle w:val="ae"/>
        <w:numPr>
          <w:ilvl w:val="0"/>
          <w:numId w:val="19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противогазы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респираторы</w:t>
      </w:r>
      <w:proofErr w:type="spellEnd"/>
    </w:p>
    <w:p w:rsidR="005A39C3" w:rsidRDefault="005A39C3" w:rsidP="005A39C3">
      <w:pPr>
        <w:pStyle w:val="ae"/>
        <w:numPr>
          <w:ilvl w:val="0"/>
          <w:numId w:val="19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противорадиационные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укрытия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противогазы</w:t>
      </w:r>
      <w:proofErr w:type="spellEnd"/>
    </w:p>
    <w:p w:rsidR="005A39C3" w:rsidRDefault="005A39C3" w:rsidP="005A39C3">
      <w:pPr>
        <w:pStyle w:val="ae"/>
        <w:numPr>
          <w:ilvl w:val="0"/>
          <w:numId w:val="19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защитные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сооружения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респираторы</w:t>
      </w:r>
      <w:proofErr w:type="spellEnd"/>
    </w:p>
    <w:p w:rsidR="005A39C3" w:rsidRDefault="005A39C3" w:rsidP="005A39C3">
      <w:pPr>
        <w:pStyle w:val="ae"/>
        <w:numPr>
          <w:ilvl w:val="0"/>
          <w:numId w:val="19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защитные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костюмы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противогазы</w:t>
      </w:r>
      <w:proofErr w:type="spellEnd"/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118. </w:t>
      </w:r>
      <w:r w:rsidRPr="005A39C3">
        <w:rPr>
          <w:i/>
          <w:lang w:val="ru-RU"/>
        </w:rPr>
        <w:t>(выбрать два варианта ответа из предложенного множества)</w:t>
      </w:r>
    </w:p>
    <w:p w:rsidR="005A39C3" w:rsidRPr="005A39C3" w:rsidRDefault="005A39C3" w:rsidP="005A39C3">
      <w:pPr>
        <w:spacing w:line="240" w:lineRule="auto"/>
        <w:rPr>
          <w:i/>
          <w:szCs w:val="24"/>
          <w:lang w:val="ru-RU"/>
        </w:rPr>
      </w:pPr>
      <w:r w:rsidRPr="005A39C3">
        <w:rPr>
          <w:i/>
          <w:szCs w:val="24"/>
          <w:lang w:val="ru-RU"/>
        </w:rPr>
        <w:t>К чрезвычайным ситуациям (ЧС) природного характера относятся …</w:t>
      </w:r>
    </w:p>
    <w:p w:rsidR="005A39C3" w:rsidRPr="00803E8B" w:rsidRDefault="005A39C3" w:rsidP="005A39C3">
      <w:pPr>
        <w:shd w:val="clear" w:color="auto" w:fill="FFFFFF"/>
        <w:spacing w:line="240" w:lineRule="auto"/>
        <w:ind w:firstLine="454"/>
        <w:rPr>
          <w:i/>
        </w:rPr>
      </w:pPr>
      <w:proofErr w:type="spellStart"/>
      <w:r w:rsidRPr="00803E8B">
        <w:rPr>
          <w:i/>
        </w:rPr>
        <w:t>Варианты</w:t>
      </w:r>
      <w:proofErr w:type="spellEnd"/>
      <w:r w:rsidRPr="00803E8B">
        <w:rPr>
          <w:i/>
        </w:rPr>
        <w:t xml:space="preserve"> </w:t>
      </w:r>
      <w:proofErr w:type="spellStart"/>
      <w:r w:rsidRPr="00803E8B">
        <w:rPr>
          <w:i/>
        </w:rPr>
        <w:t>ответа</w:t>
      </w:r>
      <w:proofErr w:type="spellEnd"/>
      <w:r w:rsidRPr="00803E8B">
        <w:rPr>
          <w:i/>
        </w:rPr>
        <w:t>:</w:t>
      </w:r>
    </w:p>
    <w:p w:rsidR="005A39C3" w:rsidRDefault="005A39C3" w:rsidP="005A39C3">
      <w:pPr>
        <w:pStyle w:val="ae"/>
        <w:numPr>
          <w:ilvl w:val="0"/>
          <w:numId w:val="20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извержения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вулканов</w:t>
      </w:r>
      <w:proofErr w:type="spellEnd"/>
    </w:p>
    <w:p w:rsidR="005A39C3" w:rsidRDefault="005A39C3" w:rsidP="005A39C3">
      <w:pPr>
        <w:pStyle w:val="ae"/>
        <w:numPr>
          <w:ilvl w:val="0"/>
          <w:numId w:val="20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ветровые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нагоны</w:t>
      </w:r>
      <w:proofErr w:type="spellEnd"/>
    </w:p>
    <w:p w:rsidR="005A39C3" w:rsidRDefault="005A39C3" w:rsidP="005A39C3">
      <w:pPr>
        <w:pStyle w:val="ae"/>
        <w:numPr>
          <w:ilvl w:val="0"/>
          <w:numId w:val="20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прорыв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плотины</w:t>
      </w:r>
      <w:proofErr w:type="spellEnd"/>
    </w:p>
    <w:p w:rsidR="005A39C3" w:rsidRDefault="005A39C3" w:rsidP="005A39C3">
      <w:pPr>
        <w:pStyle w:val="ae"/>
        <w:numPr>
          <w:ilvl w:val="0"/>
          <w:numId w:val="20"/>
        </w:numPr>
        <w:spacing w:line="240" w:lineRule="auto"/>
        <w:rPr>
          <w:szCs w:val="24"/>
        </w:rPr>
      </w:pPr>
      <w:proofErr w:type="spellStart"/>
      <w:r>
        <w:rPr>
          <w:szCs w:val="24"/>
        </w:rPr>
        <w:t>военные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действия</w:t>
      </w:r>
      <w:proofErr w:type="spellEnd"/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119.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rPr>
          <w:i/>
          <w:szCs w:val="24"/>
          <w:lang w:val="ru-RU"/>
        </w:rPr>
      </w:pPr>
      <w:r w:rsidRPr="005A39C3">
        <w:rPr>
          <w:i/>
          <w:szCs w:val="24"/>
          <w:lang w:val="ru-RU"/>
        </w:rPr>
        <w:t xml:space="preserve">Распространение инфекционных заболеваний среди животных называется … </w:t>
      </w:r>
    </w:p>
    <w:p w:rsidR="005A39C3" w:rsidRPr="00803E8B" w:rsidRDefault="005A39C3" w:rsidP="005A39C3">
      <w:pPr>
        <w:shd w:val="clear" w:color="auto" w:fill="FFFFFF"/>
        <w:spacing w:line="240" w:lineRule="auto"/>
        <w:ind w:firstLine="454"/>
        <w:rPr>
          <w:i/>
        </w:rPr>
      </w:pPr>
      <w:proofErr w:type="spellStart"/>
      <w:r w:rsidRPr="00803E8B">
        <w:rPr>
          <w:i/>
        </w:rPr>
        <w:t>Варианты</w:t>
      </w:r>
      <w:proofErr w:type="spellEnd"/>
      <w:r w:rsidRPr="00803E8B">
        <w:rPr>
          <w:i/>
        </w:rPr>
        <w:t xml:space="preserve"> </w:t>
      </w:r>
      <w:proofErr w:type="spellStart"/>
      <w:r w:rsidRPr="00803E8B">
        <w:rPr>
          <w:i/>
        </w:rPr>
        <w:t>ответа</w:t>
      </w:r>
      <w:proofErr w:type="spellEnd"/>
      <w:r w:rsidRPr="00803E8B">
        <w:rPr>
          <w:i/>
        </w:rPr>
        <w:t>:</w:t>
      </w:r>
    </w:p>
    <w:p w:rsidR="005A39C3" w:rsidRPr="00802551" w:rsidRDefault="005A39C3" w:rsidP="005A39C3">
      <w:pPr>
        <w:pStyle w:val="ae"/>
        <w:numPr>
          <w:ilvl w:val="0"/>
          <w:numId w:val="21"/>
        </w:numPr>
        <w:spacing w:line="240" w:lineRule="auto"/>
        <w:ind w:left="714" w:hanging="357"/>
        <w:contextualSpacing w:val="0"/>
        <w:rPr>
          <w:szCs w:val="24"/>
        </w:rPr>
      </w:pPr>
      <w:proofErr w:type="spellStart"/>
      <w:r w:rsidRPr="00802551">
        <w:rPr>
          <w:szCs w:val="24"/>
        </w:rPr>
        <w:t>эпифитотией</w:t>
      </w:r>
      <w:proofErr w:type="spellEnd"/>
    </w:p>
    <w:p w:rsidR="005A39C3" w:rsidRDefault="005A39C3" w:rsidP="005A39C3">
      <w:pPr>
        <w:pStyle w:val="ae"/>
        <w:numPr>
          <w:ilvl w:val="0"/>
          <w:numId w:val="21"/>
        </w:numPr>
        <w:spacing w:line="240" w:lineRule="auto"/>
        <w:ind w:left="714" w:hanging="357"/>
        <w:contextualSpacing w:val="0"/>
        <w:rPr>
          <w:szCs w:val="24"/>
        </w:rPr>
      </w:pPr>
      <w:proofErr w:type="spellStart"/>
      <w:r>
        <w:rPr>
          <w:szCs w:val="24"/>
        </w:rPr>
        <w:t>эпидемией</w:t>
      </w:r>
      <w:proofErr w:type="spellEnd"/>
    </w:p>
    <w:p w:rsidR="005A39C3" w:rsidRDefault="005A39C3" w:rsidP="005A39C3">
      <w:pPr>
        <w:pStyle w:val="ae"/>
        <w:numPr>
          <w:ilvl w:val="0"/>
          <w:numId w:val="21"/>
        </w:numPr>
        <w:spacing w:line="240" w:lineRule="auto"/>
        <w:ind w:left="714" w:hanging="357"/>
        <w:contextualSpacing w:val="0"/>
        <w:rPr>
          <w:szCs w:val="24"/>
        </w:rPr>
      </w:pPr>
      <w:proofErr w:type="spellStart"/>
      <w:r>
        <w:rPr>
          <w:szCs w:val="24"/>
        </w:rPr>
        <w:t>эпизоотией</w:t>
      </w:r>
      <w:proofErr w:type="spellEnd"/>
    </w:p>
    <w:p w:rsidR="005A39C3" w:rsidRPr="00802551" w:rsidRDefault="005A39C3" w:rsidP="005A39C3">
      <w:pPr>
        <w:pStyle w:val="ae"/>
        <w:numPr>
          <w:ilvl w:val="0"/>
          <w:numId w:val="21"/>
        </w:numPr>
        <w:spacing w:line="240" w:lineRule="auto"/>
        <w:ind w:left="714" w:hanging="357"/>
        <w:contextualSpacing w:val="0"/>
        <w:rPr>
          <w:szCs w:val="24"/>
        </w:rPr>
      </w:pPr>
      <w:proofErr w:type="spellStart"/>
      <w:r>
        <w:rPr>
          <w:szCs w:val="24"/>
        </w:rPr>
        <w:t>эмансипацией</w:t>
      </w:r>
      <w:proofErr w:type="spellEnd"/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120.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outlineLvl w:val="3"/>
        <w:rPr>
          <w:bCs/>
          <w:i/>
          <w:szCs w:val="24"/>
          <w:lang w:val="ru-RU"/>
        </w:rPr>
      </w:pPr>
      <w:r w:rsidRPr="005A39C3">
        <w:rPr>
          <w:bCs/>
          <w:i/>
          <w:szCs w:val="24"/>
          <w:lang w:val="ru-RU"/>
        </w:rPr>
        <w:t>На начальной стадии асфиксии появляются следующие симптомы:</w:t>
      </w:r>
    </w:p>
    <w:p w:rsidR="005A39C3" w:rsidRPr="005A39C3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5A39C3">
        <w:rPr>
          <w:i/>
          <w:lang w:val="ru-RU"/>
        </w:rPr>
        <w:t>Варианты ответа:</w:t>
      </w:r>
    </w:p>
    <w:p w:rsidR="005A39C3" w:rsidRPr="005A39C3" w:rsidRDefault="005A39C3" w:rsidP="005A39C3">
      <w:pPr>
        <w:spacing w:line="240" w:lineRule="auto"/>
        <w:rPr>
          <w:szCs w:val="24"/>
          <w:lang w:val="ru-RU"/>
        </w:rPr>
      </w:pPr>
      <w:r w:rsidRPr="005A39C3">
        <w:rPr>
          <w:szCs w:val="24"/>
          <w:lang w:val="ru-RU"/>
        </w:rPr>
        <w:t>а) кашель, покраснение лица;</w:t>
      </w:r>
    </w:p>
    <w:p w:rsidR="005A39C3" w:rsidRPr="005A39C3" w:rsidRDefault="005A39C3" w:rsidP="005A39C3">
      <w:pPr>
        <w:spacing w:line="240" w:lineRule="auto"/>
        <w:rPr>
          <w:szCs w:val="24"/>
          <w:lang w:val="ru-RU"/>
        </w:rPr>
      </w:pPr>
      <w:r w:rsidRPr="005A39C3">
        <w:rPr>
          <w:szCs w:val="24"/>
          <w:lang w:val="ru-RU"/>
        </w:rPr>
        <w:t xml:space="preserve">б) кашель, </w:t>
      </w:r>
      <w:proofErr w:type="spellStart"/>
      <w:r w:rsidRPr="005A39C3">
        <w:rPr>
          <w:szCs w:val="24"/>
          <w:lang w:val="ru-RU"/>
        </w:rPr>
        <w:t>синюшность</w:t>
      </w:r>
      <w:proofErr w:type="spellEnd"/>
      <w:r w:rsidRPr="005A39C3">
        <w:rPr>
          <w:szCs w:val="24"/>
          <w:lang w:val="ru-RU"/>
        </w:rPr>
        <w:t xml:space="preserve"> вокруг губ;</w:t>
      </w:r>
      <w:r w:rsidRPr="005A39C3">
        <w:rPr>
          <w:szCs w:val="24"/>
          <w:lang w:val="ru-RU"/>
        </w:rPr>
        <w:tab/>
      </w:r>
    </w:p>
    <w:p w:rsidR="005A39C3" w:rsidRPr="005A39C3" w:rsidRDefault="005A39C3" w:rsidP="005A39C3">
      <w:pPr>
        <w:spacing w:line="240" w:lineRule="auto"/>
        <w:rPr>
          <w:szCs w:val="24"/>
          <w:lang w:val="ru-RU"/>
        </w:rPr>
      </w:pPr>
      <w:r w:rsidRPr="005A39C3">
        <w:rPr>
          <w:szCs w:val="24"/>
          <w:lang w:val="ru-RU"/>
        </w:rPr>
        <w:t>в) отсутствие кашля, дыхания, потеря сознания.</w:t>
      </w:r>
    </w:p>
    <w:p w:rsidR="005A39C3" w:rsidRPr="005A39C3" w:rsidRDefault="005A39C3" w:rsidP="005A39C3">
      <w:pPr>
        <w:spacing w:line="240" w:lineRule="auto"/>
        <w:rPr>
          <w:i/>
          <w:lang w:val="ru-RU"/>
        </w:rPr>
      </w:pPr>
      <w:r w:rsidRPr="005A39C3">
        <w:rPr>
          <w:b/>
          <w:lang w:val="ru-RU"/>
        </w:rPr>
        <w:t xml:space="preserve">Задание 121. </w:t>
      </w:r>
      <w:r w:rsidRPr="005A39C3">
        <w:rPr>
          <w:i/>
          <w:lang w:val="ru-RU"/>
        </w:rPr>
        <w:t>(выбрать один вариант ответа из предложенного множества)</w:t>
      </w:r>
    </w:p>
    <w:p w:rsidR="005A39C3" w:rsidRPr="005A39C3" w:rsidRDefault="005A39C3" w:rsidP="005A39C3">
      <w:pPr>
        <w:spacing w:line="240" w:lineRule="auto"/>
        <w:outlineLvl w:val="3"/>
        <w:rPr>
          <w:bCs/>
          <w:i/>
          <w:szCs w:val="24"/>
          <w:lang w:val="ru-RU"/>
        </w:rPr>
      </w:pPr>
      <w:r w:rsidRPr="005A39C3">
        <w:rPr>
          <w:bCs/>
          <w:i/>
          <w:szCs w:val="24"/>
          <w:lang w:val="ru-RU"/>
        </w:rPr>
        <w:t>При проведении искусственного дыхания необходимо совершать:</w:t>
      </w:r>
    </w:p>
    <w:p w:rsidR="005A39C3" w:rsidRPr="00B53672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B53672">
        <w:rPr>
          <w:i/>
          <w:lang w:val="ru-RU"/>
        </w:rPr>
        <w:t>Варианты ответа: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а) 4-6 вдуваний воздуха в минуту;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lastRenderedPageBreak/>
        <w:t>б) 6-8 вдуваний воздуха в минуту;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в) 8-10 вдуваний воздуха в минуту;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г) 10-12 вдуваний воздуха в минуту;</w:t>
      </w:r>
    </w:p>
    <w:p w:rsidR="005A39C3" w:rsidRPr="00B53672" w:rsidRDefault="005A39C3" w:rsidP="005A39C3">
      <w:pPr>
        <w:spacing w:line="240" w:lineRule="auto"/>
        <w:rPr>
          <w:i/>
          <w:lang w:val="ru-RU"/>
        </w:rPr>
      </w:pPr>
      <w:r w:rsidRPr="00B53672">
        <w:rPr>
          <w:b/>
          <w:lang w:val="ru-RU"/>
        </w:rPr>
        <w:t xml:space="preserve">Задание 122. </w:t>
      </w:r>
      <w:r w:rsidRPr="00B53672">
        <w:rPr>
          <w:i/>
          <w:lang w:val="ru-RU"/>
        </w:rPr>
        <w:t>(выбрать один вариант ответа из предложенного множества)</w:t>
      </w:r>
    </w:p>
    <w:p w:rsidR="005A39C3" w:rsidRPr="00B53672" w:rsidRDefault="005A39C3" w:rsidP="005A39C3">
      <w:pPr>
        <w:spacing w:line="300" w:lineRule="atLeast"/>
        <w:outlineLvl w:val="3"/>
        <w:rPr>
          <w:bCs/>
          <w:i/>
          <w:szCs w:val="24"/>
          <w:lang w:val="ru-RU"/>
        </w:rPr>
      </w:pPr>
      <w:r w:rsidRPr="00B53672">
        <w:rPr>
          <w:bCs/>
          <w:i/>
          <w:szCs w:val="24"/>
          <w:lang w:val="ru-RU"/>
        </w:rPr>
        <w:t>В течении какого времени необходимо начать проведение непрямого массажа сердца, для того, чтобы избежать необратимых изменений в головном мозге:</w:t>
      </w:r>
    </w:p>
    <w:p w:rsidR="005A39C3" w:rsidRPr="00B53672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B53672">
        <w:rPr>
          <w:i/>
          <w:lang w:val="ru-RU"/>
        </w:rPr>
        <w:t>Варианты ответа: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а) 3 минуты;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б) 7 минут;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в) 10 минут;</w:t>
      </w:r>
    </w:p>
    <w:p w:rsidR="005A39C3" w:rsidRPr="00B53672" w:rsidRDefault="005A39C3" w:rsidP="005A39C3">
      <w:pPr>
        <w:rPr>
          <w:rFonts w:eastAsia="Calibri"/>
          <w:bCs/>
          <w:szCs w:val="24"/>
          <w:lang w:val="ru-RU"/>
        </w:rPr>
      </w:pPr>
      <w:r w:rsidRPr="00B53672">
        <w:rPr>
          <w:szCs w:val="24"/>
          <w:lang w:val="ru-RU"/>
        </w:rPr>
        <w:t>г) 15 минут;</w:t>
      </w:r>
    </w:p>
    <w:p w:rsidR="005A39C3" w:rsidRPr="00B53672" w:rsidRDefault="005A39C3" w:rsidP="005A39C3">
      <w:pPr>
        <w:spacing w:line="240" w:lineRule="auto"/>
        <w:rPr>
          <w:i/>
          <w:lang w:val="ru-RU"/>
        </w:rPr>
      </w:pPr>
      <w:r w:rsidRPr="00B53672">
        <w:rPr>
          <w:b/>
          <w:lang w:val="ru-RU"/>
        </w:rPr>
        <w:t xml:space="preserve">Задание 123. </w:t>
      </w:r>
      <w:r w:rsidRPr="00B53672">
        <w:rPr>
          <w:i/>
          <w:lang w:val="ru-RU"/>
        </w:rPr>
        <w:t>(выбрать один вариант ответа из предложенного множества)</w:t>
      </w:r>
    </w:p>
    <w:p w:rsidR="005A39C3" w:rsidRPr="00B53672" w:rsidRDefault="005A39C3" w:rsidP="005A39C3">
      <w:pPr>
        <w:spacing w:line="240" w:lineRule="auto"/>
        <w:outlineLvl w:val="3"/>
        <w:rPr>
          <w:bCs/>
          <w:i/>
          <w:szCs w:val="24"/>
          <w:lang w:val="ru-RU"/>
        </w:rPr>
      </w:pPr>
      <w:r w:rsidRPr="00B53672">
        <w:rPr>
          <w:bCs/>
          <w:i/>
          <w:szCs w:val="24"/>
          <w:lang w:val="ru-RU"/>
        </w:rPr>
        <w:t>Соотношение частоты нажатий на грудину и вдуваний воздуха при оказании помощи одним человеком составляет:</w:t>
      </w:r>
    </w:p>
    <w:p w:rsidR="005A39C3" w:rsidRPr="00B53672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B53672">
        <w:rPr>
          <w:i/>
          <w:lang w:val="ru-RU"/>
        </w:rPr>
        <w:t>Варианты ответа: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а) 5 к 1;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б) 10 к 1;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в) 15 к 1;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г) 15 к 2.</w:t>
      </w:r>
    </w:p>
    <w:p w:rsidR="005A39C3" w:rsidRPr="00B53672" w:rsidRDefault="005A39C3" w:rsidP="005A39C3">
      <w:pPr>
        <w:spacing w:line="240" w:lineRule="auto"/>
        <w:rPr>
          <w:i/>
          <w:lang w:val="ru-RU"/>
        </w:rPr>
      </w:pPr>
      <w:r w:rsidRPr="00B53672">
        <w:rPr>
          <w:b/>
          <w:lang w:val="ru-RU"/>
        </w:rPr>
        <w:t xml:space="preserve">Задание 124. </w:t>
      </w:r>
      <w:r w:rsidRPr="00B53672">
        <w:rPr>
          <w:i/>
          <w:lang w:val="ru-RU"/>
        </w:rPr>
        <w:t>(выбрать несколько вариантов ответа из предложенного множества)</w:t>
      </w:r>
    </w:p>
    <w:p w:rsidR="005A39C3" w:rsidRPr="00B53672" w:rsidRDefault="005A39C3" w:rsidP="005A39C3">
      <w:pPr>
        <w:spacing w:line="240" w:lineRule="auto"/>
        <w:outlineLvl w:val="3"/>
        <w:rPr>
          <w:bCs/>
          <w:i/>
          <w:szCs w:val="24"/>
          <w:lang w:val="ru-RU"/>
        </w:rPr>
      </w:pPr>
      <w:r w:rsidRPr="00B53672">
        <w:rPr>
          <w:bCs/>
          <w:i/>
          <w:szCs w:val="24"/>
          <w:lang w:val="ru-RU"/>
        </w:rPr>
        <w:t>Что нельзя делать при термическом ожоге:</w:t>
      </w:r>
    </w:p>
    <w:p w:rsidR="005A39C3" w:rsidRPr="00B53672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B53672">
        <w:rPr>
          <w:i/>
          <w:lang w:val="ru-RU"/>
        </w:rPr>
        <w:t>Варианты ответа: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а) вскрывать волдыри;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б) заклеивать рану пластырем;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в) промывать пораженное место холодной водой;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г) прикладывать лед;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 xml:space="preserve">д) накладывать на рану народные средства (сметану, кефир и </w:t>
      </w:r>
      <w:proofErr w:type="spellStart"/>
      <w:r w:rsidRPr="00B53672">
        <w:rPr>
          <w:szCs w:val="24"/>
          <w:lang w:val="ru-RU"/>
        </w:rPr>
        <w:t>тп</w:t>
      </w:r>
      <w:proofErr w:type="spellEnd"/>
      <w:r w:rsidRPr="00B53672">
        <w:rPr>
          <w:szCs w:val="24"/>
          <w:lang w:val="ru-RU"/>
        </w:rPr>
        <w:t>.);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е) верно А, Б, Г и Д;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ж) верно А, Б, В и Д;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з) верно все перечисленное.</w:t>
      </w:r>
    </w:p>
    <w:p w:rsidR="005A39C3" w:rsidRPr="00B53672" w:rsidRDefault="005A39C3" w:rsidP="005A39C3">
      <w:pPr>
        <w:spacing w:line="240" w:lineRule="auto"/>
        <w:rPr>
          <w:i/>
          <w:lang w:val="ru-RU"/>
        </w:rPr>
      </w:pPr>
      <w:r w:rsidRPr="00B53672">
        <w:rPr>
          <w:b/>
          <w:lang w:val="ru-RU"/>
        </w:rPr>
        <w:t xml:space="preserve">Задание 125. </w:t>
      </w:r>
      <w:r w:rsidRPr="00B53672">
        <w:rPr>
          <w:i/>
          <w:lang w:val="ru-RU"/>
        </w:rPr>
        <w:t>(выбрать несколько вариантов ответа из предложенного множества)</w:t>
      </w:r>
    </w:p>
    <w:p w:rsidR="005A39C3" w:rsidRPr="00B53672" w:rsidRDefault="005A39C3" w:rsidP="005A39C3">
      <w:pPr>
        <w:spacing w:line="240" w:lineRule="auto"/>
        <w:outlineLvl w:val="3"/>
        <w:rPr>
          <w:bCs/>
          <w:i/>
          <w:szCs w:val="24"/>
          <w:lang w:val="ru-RU"/>
        </w:rPr>
      </w:pPr>
      <w:r w:rsidRPr="00B53672">
        <w:rPr>
          <w:bCs/>
          <w:i/>
          <w:szCs w:val="24"/>
          <w:lang w:val="ru-RU"/>
        </w:rPr>
        <w:t>Что нельзя делать при химическом ожоге:</w:t>
      </w:r>
    </w:p>
    <w:p w:rsidR="005A39C3" w:rsidRPr="00B53672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B53672">
        <w:rPr>
          <w:i/>
          <w:lang w:val="ru-RU"/>
        </w:rPr>
        <w:t>Варианты ответа: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 xml:space="preserve">а) </w:t>
      </w:r>
      <w:proofErr w:type="spellStart"/>
      <w:r w:rsidRPr="00B53672">
        <w:rPr>
          <w:szCs w:val="24"/>
          <w:lang w:val="ru-RU"/>
        </w:rPr>
        <w:t>нейтрализовывать</w:t>
      </w:r>
      <w:proofErr w:type="spellEnd"/>
      <w:r w:rsidRPr="00B53672">
        <w:rPr>
          <w:szCs w:val="24"/>
          <w:lang w:val="ru-RU"/>
        </w:rPr>
        <w:t xml:space="preserve"> щелочь слабым раствором уксусной кислоты;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б) заклеивать рану пластырем;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в) промывать пораженное место водой;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г) убирать химическое вещество салфеткой, смоченной водой;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 xml:space="preserve">д) накладывать на рану народные средства (медвежий жир и </w:t>
      </w:r>
      <w:proofErr w:type="spellStart"/>
      <w:r w:rsidRPr="00B53672">
        <w:rPr>
          <w:szCs w:val="24"/>
          <w:lang w:val="ru-RU"/>
        </w:rPr>
        <w:t>тп</w:t>
      </w:r>
      <w:proofErr w:type="spellEnd"/>
      <w:r w:rsidRPr="00B53672">
        <w:rPr>
          <w:szCs w:val="24"/>
          <w:lang w:val="ru-RU"/>
        </w:rPr>
        <w:t>.);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е) верно А, Б, Г и Д;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lastRenderedPageBreak/>
        <w:t>ж) верно А, Б, В и Д;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з) верно все перечисленное.</w:t>
      </w:r>
    </w:p>
    <w:p w:rsidR="005A39C3" w:rsidRPr="00B53672" w:rsidRDefault="005A39C3" w:rsidP="005A39C3">
      <w:pPr>
        <w:spacing w:line="240" w:lineRule="auto"/>
        <w:rPr>
          <w:i/>
          <w:lang w:val="ru-RU"/>
        </w:rPr>
      </w:pPr>
      <w:r w:rsidRPr="00B53672">
        <w:rPr>
          <w:b/>
          <w:lang w:val="ru-RU"/>
        </w:rPr>
        <w:t xml:space="preserve">Задание 126. </w:t>
      </w:r>
      <w:r w:rsidRPr="00B53672">
        <w:rPr>
          <w:i/>
          <w:lang w:val="ru-RU"/>
        </w:rPr>
        <w:t>(выбрать несколько вариантов ответа из предложенного множества)</w:t>
      </w:r>
    </w:p>
    <w:p w:rsidR="005A39C3" w:rsidRPr="00B53672" w:rsidRDefault="005A39C3" w:rsidP="005A39C3">
      <w:pPr>
        <w:spacing w:line="240" w:lineRule="auto"/>
        <w:outlineLvl w:val="3"/>
        <w:rPr>
          <w:bCs/>
          <w:i/>
          <w:szCs w:val="24"/>
          <w:lang w:val="ru-RU"/>
        </w:rPr>
      </w:pPr>
      <w:r w:rsidRPr="00B53672">
        <w:rPr>
          <w:bCs/>
          <w:i/>
          <w:szCs w:val="24"/>
          <w:lang w:val="ru-RU"/>
        </w:rPr>
        <w:t>После обморока пострадавшему необходимо:</w:t>
      </w:r>
    </w:p>
    <w:p w:rsidR="005A39C3" w:rsidRPr="00B53672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B53672">
        <w:rPr>
          <w:i/>
          <w:lang w:val="ru-RU"/>
        </w:rPr>
        <w:t>Варианты ответа: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а) дать выпить теплый сладкий чай или молоко;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б) помочь встать и вывести его на воздух;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в) обеспечить покой;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г) находиться в горизонтальном положении не менее 10 минут;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д) верно А и Б;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е) верно В и Г;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ж) верно А, Б и В.</w:t>
      </w:r>
    </w:p>
    <w:p w:rsidR="005A39C3" w:rsidRPr="00B53672" w:rsidRDefault="005A39C3" w:rsidP="005A39C3">
      <w:pPr>
        <w:spacing w:line="240" w:lineRule="auto"/>
        <w:rPr>
          <w:i/>
          <w:lang w:val="ru-RU"/>
        </w:rPr>
      </w:pPr>
      <w:r w:rsidRPr="00B53672">
        <w:rPr>
          <w:b/>
          <w:lang w:val="ru-RU"/>
        </w:rPr>
        <w:t xml:space="preserve">Задание 127. </w:t>
      </w:r>
      <w:r w:rsidRPr="00B53672">
        <w:rPr>
          <w:i/>
          <w:lang w:val="ru-RU"/>
        </w:rPr>
        <w:t>(выбрать один вариант ответа из предложенного множества)</w:t>
      </w:r>
    </w:p>
    <w:p w:rsidR="005A39C3" w:rsidRPr="00B53672" w:rsidRDefault="005A39C3" w:rsidP="005A39C3">
      <w:pPr>
        <w:spacing w:line="240" w:lineRule="auto"/>
        <w:outlineLvl w:val="3"/>
        <w:rPr>
          <w:bCs/>
          <w:i/>
          <w:szCs w:val="24"/>
          <w:lang w:val="ru-RU"/>
        </w:rPr>
      </w:pPr>
      <w:r w:rsidRPr="00B53672">
        <w:rPr>
          <w:bCs/>
          <w:i/>
          <w:szCs w:val="24"/>
          <w:lang w:val="ru-RU"/>
        </w:rPr>
        <w:t>Перелом кости, сопровождающийся травмой внутренних органов и сообщающийся с внешней средой, классифицируется как:</w:t>
      </w:r>
    </w:p>
    <w:p w:rsidR="005A39C3" w:rsidRPr="00B53672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B53672">
        <w:rPr>
          <w:i/>
          <w:lang w:val="ru-RU"/>
        </w:rPr>
        <w:t>Варианты ответа: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а) закрытый неосложненный;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б) закрытый осложненный;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в) открытый неосложненный;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г) открытый осложненный.</w:t>
      </w:r>
    </w:p>
    <w:p w:rsidR="005A39C3" w:rsidRPr="00B53672" w:rsidRDefault="005A39C3" w:rsidP="005A39C3">
      <w:pPr>
        <w:spacing w:line="240" w:lineRule="auto"/>
        <w:rPr>
          <w:i/>
          <w:lang w:val="ru-RU"/>
        </w:rPr>
      </w:pPr>
      <w:r w:rsidRPr="00B53672">
        <w:rPr>
          <w:b/>
          <w:lang w:val="ru-RU"/>
        </w:rPr>
        <w:t xml:space="preserve">Задание 128. </w:t>
      </w:r>
      <w:r w:rsidRPr="00B53672">
        <w:rPr>
          <w:i/>
          <w:lang w:val="ru-RU"/>
        </w:rPr>
        <w:t>(выбрать один вариант ответа из предложенного множества)</w:t>
      </w:r>
    </w:p>
    <w:p w:rsidR="005A39C3" w:rsidRPr="00B53672" w:rsidRDefault="005A39C3" w:rsidP="005A39C3">
      <w:pPr>
        <w:spacing w:line="240" w:lineRule="auto"/>
        <w:outlineLvl w:val="3"/>
        <w:rPr>
          <w:bCs/>
          <w:i/>
          <w:szCs w:val="24"/>
          <w:lang w:val="ru-RU"/>
        </w:rPr>
      </w:pPr>
      <w:r w:rsidRPr="00B53672">
        <w:rPr>
          <w:bCs/>
          <w:i/>
          <w:szCs w:val="24"/>
          <w:lang w:val="ru-RU"/>
        </w:rPr>
        <w:t>Кровотечение, при котором кровь насыщенного красного цвета покрывает значительную площадь раневой поверхности и образует «кровавую росу», классифицируется как:</w:t>
      </w:r>
    </w:p>
    <w:p w:rsidR="005A39C3" w:rsidRPr="00B53672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B53672">
        <w:rPr>
          <w:i/>
          <w:lang w:val="ru-RU"/>
        </w:rPr>
        <w:t>Варианты ответа: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а) артериальное;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б) венозное;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в) капиллярное.</w:t>
      </w:r>
    </w:p>
    <w:p w:rsidR="005A39C3" w:rsidRPr="00B53672" w:rsidRDefault="005A39C3" w:rsidP="005A39C3">
      <w:pPr>
        <w:spacing w:line="240" w:lineRule="auto"/>
        <w:rPr>
          <w:i/>
          <w:lang w:val="ru-RU"/>
        </w:rPr>
      </w:pPr>
      <w:r w:rsidRPr="00B53672">
        <w:rPr>
          <w:b/>
          <w:lang w:val="ru-RU"/>
        </w:rPr>
        <w:t xml:space="preserve">Задание 129. </w:t>
      </w:r>
      <w:r w:rsidRPr="00B53672">
        <w:rPr>
          <w:i/>
          <w:lang w:val="ru-RU"/>
        </w:rPr>
        <w:t>(выбрать несколько вариантов ответа из предложенного множества)</w:t>
      </w:r>
    </w:p>
    <w:p w:rsidR="005A39C3" w:rsidRPr="00B53672" w:rsidRDefault="005A39C3" w:rsidP="005A39C3">
      <w:pPr>
        <w:spacing w:line="240" w:lineRule="auto"/>
        <w:outlineLvl w:val="3"/>
        <w:rPr>
          <w:bCs/>
          <w:i/>
          <w:szCs w:val="24"/>
          <w:lang w:val="ru-RU"/>
        </w:rPr>
      </w:pPr>
      <w:r w:rsidRPr="00B53672">
        <w:rPr>
          <w:bCs/>
          <w:i/>
          <w:szCs w:val="24"/>
          <w:lang w:val="ru-RU"/>
        </w:rPr>
        <w:t>Какие способы остановки артериального кровотечения применяются при оказании первой помощи:</w:t>
      </w:r>
    </w:p>
    <w:p w:rsidR="005A39C3" w:rsidRPr="00B53672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B53672">
        <w:rPr>
          <w:i/>
          <w:lang w:val="ru-RU"/>
        </w:rPr>
        <w:t>Варианты ответа: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а) остановка кровотечения пальцевым прижатием сосуда;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б) остановка кровотечения сгибанием;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 xml:space="preserve">в) </w:t>
      </w:r>
      <w:proofErr w:type="spellStart"/>
      <w:r w:rsidRPr="00B53672">
        <w:rPr>
          <w:szCs w:val="24"/>
          <w:lang w:val="ru-RU"/>
        </w:rPr>
        <w:t>жгутование</w:t>
      </w:r>
      <w:proofErr w:type="spellEnd"/>
      <w:r w:rsidRPr="00B53672">
        <w:rPr>
          <w:szCs w:val="24"/>
          <w:lang w:val="ru-RU"/>
        </w:rPr>
        <w:t>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г) верно все перечисленное.</w:t>
      </w:r>
    </w:p>
    <w:p w:rsidR="005A39C3" w:rsidRPr="00B53672" w:rsidRDefault="005A39C3" w:rsidP="005A39C3">
      <w:pPr>
        <w:spacing w:line="240" w:lineRule="auto"/>
        <w:rPr>
          <w:i/>
          <w:lang w:val="ru-RU"/>
        </w:rPr>
      </w:pPr>
      <w:r w:rsidRPr="00B53672">
        <w:rPr>
          <w:b/>
          <w:lang w:val="ru-RU"/>
        </w:rPr>
        <w:t xml:space="preserve">Задание 130. </w:t>
      </w:r>
      <w:r w:rsidRPr="00B53672">
        <w:rPr>
          <w:i/>
          <w:lang w:val="ru-RU"/>
        </w:rPr>
        <w:t>(выбрать несколько вариантов ответа из предложенного множества)</w:t>
      </w:r>
    </w:p>
    <w:p w:rsidR="005A39C3" w:rsidRPr="00B53672" w:rsidRDefault="005A39C3" w:rsidP="005A39C3">
      <w:pPr>
        <w:spacing w:line="240" w:lineRule="auto"/>
        <w:outlineLvl w:val="3"/>
        <w:rPr>
          <w:bCs/>
          <w:i/>
          <w:szCs w:val="24"/>
          <w:lang w:val="ru-RU"/>
        </w:rPr>
      </w:pPr>
      <w:r w:rsidRPr="00B53672">
        <w:rPr>
          <w:bCs/>
          <w:i/>
          <w:szCs w:val="24"/>
          <w:lang w:val="ru-RU"/>
        </w:rPr>
        <w:t>Критерием успешного наложения жгута при артериальном кровотечении является:</w:t>
      </w:r>
    </w:p>
    <w:p w:rsidR="005A39C3" w:rsidRPr="00B53672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B53672">
        <w:rPr>
          <w:i/>
          <w:lang w:val="ru-RU"/>
        </w:rPr>
        <w:t>Варианты ответа: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а) отсутствие боли;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б) отсутствие пульса ниже места наложения жгута;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lastRenderedPageBreak/>
        <w:t>в) синюшный цвет кожных покровов ниже места наложения жгута;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г) верно все перечисленное.</w:t>
      </w:r>
    </w:p>
    <w:p w:rsidR="005A39C3" w:rsidRPr="00B53672" w:rsidRDefault="005A39C3" w:rsidP="005A39C3">
      <w:pPr>
        <w:spacing w:line="240" w:lineRule="auto"/>
        <w:rPr>
          <w:i/>
          <w:lang w:val="ru-RU"/>
        </w:rPr>
      </w:pPr>
      <w:r w:rsidRPr="00B53672">
        <w:rPr>
          <w:b/>
          <w:lang w:val="ru-RU"/>
        </w:rPr>
        <w:t xml:space="preserve">Задание 131. </w:t>
      </w:r>
      <w:r w:rsidRPr="00B53672">
        <w:rPr>
          <w:i/>
          <w:lang w:val="ru-RU"/>
        </w:rPr>
        <w:t>(выбрать несколько вариантов ответа из предложенного множества)</w:t>
      </w:r>
    </w:p>
    <w:p w:rsidR="005A39C3" w:rsidRPr="00B53672" w:rsidRDefault="005A39C3" w:rsidP="005A39C3">
      <w:pPr>
        <w:spacing w:line="240" w:lineRule="auto"/>
        <w:outlineLvl w:val="3"/>
        <w:rPr>
          <w:bCs/>
          <w:i/>
          <w:szCs w:val="24"/>
          <w:lang w:val="ru-RU"/>
        </w:rPr>
      </w:pPr>
      <w:r w:rsidRPr="00B53672">
        <w:rPr>
          <w:bCs/>
          <w:i/>
          <w:szCs w:val="24"/>
          <w:lang w:val="ru-RU"/>
        </w:rPr>
        <w:t>Какие действия выполняются при оказании помощи пострадавшему с внутренним кровотечением:</w:t>
      </w:r>
    </w:p>
    <w:p w:rsidR="005A39C3" w:rsidRPr="00B53672" w:rsidRDefault="005A39C3" w:rsidP="005A39C3">
      <w:pPr>
        <w:shd w:val="clear" w:color="auto" w:fill="FFFFFF"/>
        <w:spacing w:line="240" w:lineRule="auto"/>
        <w:ind w:firstLine="454"/>
        <w:rPr>
          <w:i/>
          <w:lang w:val="ru-RU"/>
        </w:rPr>
      </w:pPr>
      <w:r w:rsidRPr="00B53672">
        <w:rPr>
          <w:i/>
          <w:lang w:val="ru-RU"/>
        </w:rPr>
        <w:t>Варианты ответа: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а) вызвать «Скорую помощь»;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б) дать обезболивающий препарат;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в) поддерживать пострадавшего в сознании;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г) обеспечить максимальный покой;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д) верно А. Б и Г;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е) верно А, В и Г;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color w:val="333333"/>
          <w:szCs w:val="24"/>
          <w:lang w:val="ru-RU"/>
        </w:rPr>
        <w:t>ж) верно все перечисленное.</w:t>
      </w:r>
      <w:r w:rsidRPr="00B53672">
        <w:rPr>
          <w:szCs w:val="24"/>
          <w:lang w:val="ru-RU"/>
        </w:rPr>
        <w:br/>
      </w:r>
    </w:p>
    <w:p w:rsidR="005A39C3" w:rsidRPr="00B53672" w:rsidRDefault="005A39C3" w:rsidP="005A39C3">
      <w:pPr>
        <w:ind w:firstLine="360"/>
        <w:jc w:val="center"/>
        <w:rPr>
          <w:b/>
          <w:szCs w:val="24"/>
          <w:lang w:val="ru-RU"/>
        </w:rPr>
      </w:pPr>
      <w:r w:rsidRPr="00B53672">
        <w:rPr>
          <w:b/>
          <w:szCs w:val="24"/>
          <w:lang w:val="ru-RU"/>
        </w:rPr>
        <w:t xml:space="preserve">Критерии оценки </w:t>
      </w:r>
    </w:p>
    <w:p w:rsidR="005A39C3" w:rsidRPr="00B53672" w:rsidRDefault="005A39C3" w:rsidP="005A39C3">
      <w:pPr>
        <w:ind w:firstLine="360"/>
        <w:jc w:val="center"/>
        <w:rPr>
          <w:b/>
          <w:szCs w:val="24"/>
          <w:lang w:val="ru-RU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203"/>
      </w:tblGrid>
      <w:tr w:rsidR="005A39C3" w:rsidRPr="00E31E2B" w:rsidTr="00913455">
        <w:tc>
          <w:tcPr>
            <w:tcW w:w="2697" w:type="dxa"/>
            <w:vAlign w:val="center"/>
          </w:tcPr>
          <w:p w:rsidR="005A39C3" w:rsidRPr="00E31E2B" w:rsidRDefault="005A39C3" w:rsidP="00913455">
            <w:pPr>
              <w:jc w:val="center"/>
              <w:rPr>
                <w:b/>
                <w:szCs w:val="24"/>
              </w:rPr>
            </w:pPr>
            <w:proofErr w:type="spellStart"/>
            <w:r w:rsidRPr="00E31E2B">
              <w:rPr>
                <w:b/>
                <w:szCs w:val="24"/>
              </w:rPr>
              <w:t>Оценка</w:t>
            </w:r>
            <w:proofErr w:type="spellEnd"/>
          </w:p>
        </w:tc>
        <w:tc>
          <w:tcPr>
            <w:tcW w:w="7203" w:type="dxa"/>
            <w:vAlign w:val="center"/>
          </w:tcPr>
          <w:p w:rsidR="005A39C3" w:rsidRPr="00E31E2B" w:rsidRDefault="005A39C3" w:rsidP="00913455">
            <w:pPr>
              <w:jc w:val="center"/>
              <w:rPr>
                <w:b/>
                <w:szCs w:val="24"/>
              </w:rPr>
            </w:pPr>
            <w:proofErr w:type="spellStart"/>
            <w:r w:rsidRPr="00E31E2B">
              <w:rPr>
                <w:b/>
                <w:szCs w:val="24"/>
              </w:rPr>
              <w:t>Критерии</w:t>
            </w:r>
            <w:proofErr w:type="spellEnd"/>
            <w:r w:rsidRPr="00E31E2B">
              <w:rPr>
                <w:b/>
                <w:szCs w:val="24"/>
              </w:rPr>
              <w:t xml:space="preserve"> </w:t>
            </w:r>
          </w:p>
        </w:tc>
      </w:tr>
      <w:tr w:rsidR="005A39C3" w:rsidRPr="00E31E2B" w:rsidTr="00913455">
        <w:tc>
          <w:tcPr>
            <w:tcW w:w="2697" w:type="dxa"/>
          </w:tcPr>
          <w:p w:rsidR="005A39C3" w:rsidRPr="00E31E2B" w:rsidRDefault="005A39C3" w:rsidP="00913455">
            <w:pPr>
              <w:jc w:val="center"/>
              <w:rPr>
                <w:szCs w:val="24"/>
              </w:rPr>
            </w:pPr>
            <w:proofErr w:type="spellStart"/>
            <w:r w:rsidRPr="00E31E2B">
              <w:rPr>
                <w:szCs w:val="24"/>
              </w:rPr>
              <w:t>отлично</w:t>
            </w:r>
            <w:proofErr w:type="spellEnd"/>
          </w:p>
        </w:tc>
        <w:tc>
          <w:tcPr>
            <w:tcW w:w="7203" w:type="dxa"/>
          </w:tcPr>
          <w:p w:rsidR="005A39C3" w:rsidRPr="00E31E2B" w:rsidRDefault="005A39C3" w:rsidP="00913455">
            <w:pPr>
              <w:rPr>
                <w:szCs w:val="24"/>
              </w:rPr>
            </w:pPr>
            <w:r w:rsidRPr="00E31E2B">
              <w:rPr>
                <w:szCs w:val="24"/>
              </w:rPr>
              <w:t xml:space="preserve">90 – 100 % </w:t>
            </w:r>
            <w:proofErr w:type="spellStart"/>
            <w:r w:rsidRPr="00E31E2B">
              <w:rPr>
                <w:szCs w:val="24"/>
              </w:rPr>
              <w:t>тестовых</w:t>
            </w:r>
            <w:proofErr w:type="spellEnd"/>
            <w:r w:rsidRPr="00E31E2B">
              <w:rPr>
                <w:szCs w:val="24"/>
              </w:rPr>
              <w:t xml:space="preserve"> </w:t>
            </w:r>
            <w:proofErr w:type="spellStart"/>
            <w:r w:rsidRPr="00E31E2B">
              <w:rPr>
                <w:szCs w:val="24"/>
              </w:rPr>
              <w:t>заданий</w:t>
            </w:r>
            <w:proofErr w:type="spellEnd"/>
            <w:r w:rsidRPr="00E31E2B">
              <w:rPr>
                <w:szCs w:val="24"/>
              </w:rPr>
              <w:t xml:space="preserve"> </w:t>
            </w:r>
            <w:proofErr w:type="spellStart"/>
            <w:r w:rsidRPr="00E31E2B">
              <w:rPr>
                <w:szCs w:val="24"/>
              </w:rPr>
              <w:t>выполнено</w:t>
            </w:r>
            <w:proofErr w:type="spellEnd"/>
            <w:r w:rsidRPr="00E31E2B">
              <w:rPr>
                <w:szCs w:val="24"/>
              </w:rPr>
              <w:t xml:space="preserve"> </w:t>
            </w:r>
            <w:proofErr w:type="spellStart"/>
            <w:r w:rsidRPr="00E31E2B">
              <w:rPr>
                <w:szCs w:val="24"/>
              </w:rPr>
              <w:t>правильно</w:t>
            </w:r>
            <w:proofErr w:type="spellEnd"/>
          </w:p>
        </w:tc>
      </w:tr>
      <w:tr w:rsidR="005A39C3" w:rsidRPr="00E31E2B" w:rsidTr="00913455">
        <w:tc>
          <w:tcPr>
            <w:tcW w:w="2697" w:type="dxa"/>
          </w:tcPr>
          <w:p w:rsidR="005A39C3" w:rsidRPr="00E31E2B" w:rsidRDefault="005A39C3" w:rsidP="00913455">
            <w:pPr>
              <w:jc w:val="center"/>
              <w:rPr>
                <w:szCs w:val="24"/>
              </w:rPr>
            </w:pPr>
            <w:proofErr w:type="spellStart"/>
            <w:r w:rsidRPr="00E31E2B">
              <w:rPr>
                <w:szCs w:val="24"/>
              </w:rPr>
              <w:t>хорошо</w:t>
            </w:r>
            <w:proofErr w:type="spellEnd"/>
          </w:p>
        </w:tc>
        <w:tc>
          <w:tcPr>
            <w:tcW w:w="7203" w:type="dxa"/>
          </w:tcPr>
          <w:p w:rsidR="005A39C3" w:rsidRPr="00E31E2B" w:rsidRDefault="005A39C3" w:rsidP="00913455">
            <w:pPr>
              <w:rPr>
                <w:szCs w:val="24"/>
              </w:rPr>
            </w:pPr>
            <w:r w:rsidRPr="00E31E2B">
              <w:rPr>
                <w:szCs w:val="24"/>
              </w:rPr>
              <w:t xml:space="preserve">70 – 89 </w:t>
            </w:r>
            <w:proofErr w:type="spellStart"/>
            <w:r w:rsidRPr="00E31E2B">
              <w:rPr>
                <w:szCs w:val="24"/>
              </w:rPr>
              <w:t>тестовых</w:t>
            </w:r>
            <w:proofErr w:type="spellEnd"/>
            <w:r w:rsidRPr="00E31E2B">
              <w:rPr>
                <w:szCs w:val="24"/>
              </w:rPr>
              <w:t xml:space="preserve"> </w:t>
            </w:r>
            <w:proofErr w:type="spellStart"/>
            <w:r w:rsidRPr="00E31E2B">
              <w:rPr>
                <w:szCs w:val="24"/>
              </w:rPr>
              <w:t>заданий</w:t>
            </w:r>
            <w:proofErr w:type="spellEnd"/>
            <w:r w:rsidRPr="00E31E2B">
              <w:rPr>
                <w:szCs w:val="24"/>
              </w:rPr>
              <w:t xml:space="preserve"> </w:t>
            </w:r>
            <w:proofErr w:type="spellStart"/>
            <w:r w:rsidRPr="00E31E2B">
              <w:rPr>
                <w:szCs w:val="24"/>
              </w:rPr>
              <w:t>выполнено</w:t>
            </w:r>
            <w:proofErr w:type="spellEnd"/>
            <w:r w:rsidRPr="00E31E2B">
              <w:rPr>
                <w:szCs w:val="24"/>
              </w:rPr>
              <w:t xml:space="preserve"> </w:t>
            </w:r>
            <w:proofErr w:type="spellStart"/>
            <w:r w:rsidRPr="00E31E2B">
              <w:rPr>
                <w:szCs w:val="24"/>
              </w:rPr>
              <w:t>правильно</w:t>
            </w:r>
            <w:proofErr w:type="spellEnd"/>
          </w:p>
        </w:tc>
      </w:tr>
      <w:tr w:rsidR="005A39C3" w:rsidRPr="00E31E2B" w:rsidTr="00913455">
        <w:tc>
          <w:tcPr>
            <w:tcW w:w="2697" w:type="dxa"/>
          </w:tcPr>
          <w:p w:rsidR="005A39C3" w:rsidRPr="00E31E2B" w:rsidRDefault="005A39C3" w:rsidP="00913455">
            <w:pPr>
              <w:jc w:val="center"/>
              <w:rPr>
                <w:szCs w:val="24"/>
              </w:rPr>
            </w:pPr>
            <w:proofErr w:type="spellStart"/>
            <w:r w:rsidRPr="00E31E2B">
              <w:rPr>
                <w:szCs w:val="24"/>
              </w:rPr>
              <w:t>удовлетворительно</w:t>
            </w:r>
            <w:proofErr w:type="spellEnd"/>
          </w:p>
        </w:tc>
        <w:tc>
          <w:tcPr>
            <w:tcW w:w="7203" w:type="dxa"/>
          </w:tcPr>
          <w:p w:rsidR="005A39C3" w:rsidRPr="00E31E2B" w:rsidRDefault="005A39C3" w:rsidP="00913455">
            <w:pPr>
              <w:rPr>
                <w:szCs w:val="24"/>
              </w:rPr>
            </w:pPr>
            <w:r w:rsidRPr="00E31E2B">
              <w:rPr>
                <w:szCs w:val="24"/>
              </w:rPr>
              <w:t xml:space="preserve">50 – 69 % </w:t>
            </w:r>
            <w:proofErr w:type="spellStart"/>
            <w:r w:rsidRPr="00E31E2B">
              <w:rPr>
                <w:szCs w:val="24"/>
              </w:rPr>
              <w:t>тестовых</w:t>
            </w:r>
            <w:proofErr w:type="spellEnd"/>
            <w:r w:rsidRPr="00E31E2B">
              <w:rPr>
                <w:szCs w:val="24"/>
              </w:rPr>
              <w:t xml:space="preserve"> </w:t>
            </w:r>
            <w:proofErr w:type="spellStart"/>
            <w:r w:rsidRPr="00E31E2B">
              <w:rPr>
                <w:szCs w:val="24"/>
              </w:rPr>
              <w:t>заданий</w:t>
            </w:r>
            <w:proofErr w:type="spellEnd"/>
            <w:r w:rsidRPr="00E31E2B">
              <w:rPr>
                <w:szCs w:val="24"/>
              </w:rPr>
              <w:t xml:space="preserve"> </w:t>
            </w:r>
            <w:proofErr w:type="spellStart"/>
            <w:r w:rsidRPr="00E31E2B">
              <w:rPr>
                <w:szCs w:val="24"/>
              </w:rPr>
              <w:t>выполнено</w:t>
            </w:r>
            <w:proofErr w:type="spellEnd"/>
            <w:r w:rsidRPr="00E31E2B">
              <w:rPr>
                <w:szCs w:val="24"/>
              </w:rPr>
              <w:t xml:space="preserve"> </w:t>
            </w:r>
            <w:proofErr w:type="spellStart"/>
            <w:r w:rsidRPr="00E31E2B">
              <w:rPr>
                <w:szCs w:val="24"/>
              </w:rPr>
              <w:t>правильно</w:t>
            </w:r>
            <w:proofErr w:type="spellEnd"/>
          </w:p>
        </w:tc>
      </w:tr>
      <w:tr w:rsidR="005A39C3" w:rsidRPr="00781B49" w:rsidTr="00913455">
        <w:tc>
          <w:tcPr>
            <w:tcW w:w="2697" w:type="dxa"/>
          </w:tcPr>
          <w:p w:rsidR="005A39C3" w:rsidRPr="00E31E2B" w:rsidRDefault="005A39C3" w:rsidP="00913455">
            <w:pPr>
              <w:jc w:val="center"/>
              <w:rPr>
                <w:szCs w:val="24"/>
              </w:rPr>
            </w:pPr>
            <w:proofErr w:type="spellStart"/>
            <w:r w:rsidRPr="00E31E2B">
              <w:rPr>
                <w:szCs w:val="24"/>
              </w:rPr>
              <w:t>неудовлетворительно</w:t>
            </w:r>
            <w:proofErr w:type="spellEnd"/>
          </w:p>
        </w:tc>
        <w:tc>
          <w:tcPr>
            <w:tcW w:w="7203" w:type="dxa"/>
          </w:tcPr>
          <w:p w:rsidR="005A39C3" w:rsidRPr="00B53672" w:rsidRDefault="005A39C3" w:rsidP="00913455">
            <w:pPr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менее 50 % тесовых заданий выполнен правильно</w:t>
            </w:r>
          </w:p>
        </w:tc>
      </w:tr>
    </w:tbl>
    <w:p w:rsidR="005A39C3" w:rsidRPr="00B53672" w:rsidRDefault="005A39C3" w:rsidP="005A39C3">
      <w:pPr>
        <w:ind w:firstLine="180"/>
        <w:jc w:val="center"/>
        <w:rPr>
          <w:lang w:val="ru-RU"/>
        </w:rPr>
      </w:pPr>
    </w:p>
    <w:p w:rsidR="005A39C3" w:rsidRDefault="005A39C3" w:rsidP="005A39C3">
      <w:pPr>
        <w:ind w:firstLine="180"/>
        <w:jc w:val="center"/>
      </w:pPr>
      <w:proofErr w:type="spellStart"/>
      <w:r>
        <w:t>Правильные</w:t>
      </w:r>
      <w:proofErr w:type="spellEnd"/>
      <w:r>
        <w:t xml:space="preserve"> </w:t>
      </w:r>
      <w:proofErr w:type="spellStart"/>
      <w:r>
        <w:t>ответы</w:t>
      </w:r>
      <w:proofErr w:type="spellEnd"/>
    </w:p>
    <w:p w:rsidR="005A39C3" w:rsidRDefault="005A39C3" w:rsidP="005A39C3">
      <w:pPr>
        <w:ind w:firstLine="18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7"/>
        <w:gridCol w:w="1530"/>
        <w:gridCol w:w="946"/>
        <w:gridCol w:w="1530"/>
        <w:gridCol w:w="946"/>
        <w:gridCol w:w="1530"/>
        <w:gridCol w:w="946"/>
        <w:gridCol w:w="1530"/>
      </w:tblGrid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 xml:space="preserve">№ </w:t>
            </w:r>
            <w:proofErr w:type="spellStart"/>
            <w:r>
              <w:rPr>
                <w:sz w:val="22"/>
              </w:rPr>
              <w:t>задания</w:t>
            </w:r>
            <w:proofErr w:type="spellEnd"/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proofErr w:type="spellStart"/>
            <w:r w:rsidRPr="00EC454C">
              <w:rPr>
                <w:b/>
                <w:sz w:val="22"/>
              </w:rPr>
              <w:t>Правильный</w:t>
            </w:r>
            <w:proofErr w:type="spellEnd"/>
            <w:r w:rsidRPr="00EC454C">
              <w:rPr>
                <w:b/>
                <w:sz w:val="22"/>
              </w:rPr>
              <w:t xml:space="preserve"> </w:t>
            </w:r>
            <w:proofErr w:type="spellStart"/>
            <w:r w:rsidRPr="00EC454C">
              <w:rPr>
                <w:b/>
                <w:sz w:val="22"/>
              </w:rPr>
              <w:t>ответ</w:t>
            </w:r>
            <w:proofErr w:type="spellEnd"/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 xml:space="preserve">№ </w:t>
            </w:r>
            <w:proofErr w:type="spellStart"/>
            <w:r>
              <w:rPr>
                <w:sz w:val="22"/>
              </w:rPr>
              <w:t>задания</w:t>
            </w:r>
            <w:proofErr w:type="spellEnd"/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proofErr w:type="spellStart"/>
            <w:r w:rsidRPr="00EC454C">
              <w:rPr>
                <w:b/>
                <w:sz w:val="22"/>
              </w:rPr>
              <w:t>Правильный</w:t>
            </w:r>
            <w:proofErr w:type="spellEnd"/>
            <w:r w:rsidRPr="00EC454C">
              <w:rPr>
                <w:b/>
                <w:sz w:val="22"/>
              </w:rPr>
              <w:t xml:space="preserve"> </w:t>
            </w:r>
            <w:proofErr w:type="spellStart"/>
            <w:r w:rsidRPr="00EC454C">
              <w:rPr>
                <w:b/>
                <w:sz w:val="22"/>
              </w:rPr>
              <w:t>ответ</w:t>
            </w:r>
            <w:proofErr w:type="spellEnd"/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 xml:space="preserve">№ </w:t>
            </w:r>
            <w:proofErr w:type="spellStart"/>
            <w:r>
              <w:rPr>
                <w:sz w:val="22"/>
              </w:rPr>
              <w:t>задания</w:t>
            </w:r>
            <w:proofErr w:type="spellEnd"/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proofErr w:type="spellStart"/>
            <w:r w:rsidRPr="00EC454C">
              <w:rPr>
                <w:b/>
                <w:sz w:val="22"/>
              </w:rPr>
              <w:t>Правильный</w:t>
            </w:r>
            <w:proofErr w:type="spellEnd"/>
            <w:r w:rsidRPr="00EC454C">
              <w:rPr>
                <w:b/>
                <w:sz w:val="22"/>
              </w:rPr>
              <w:t xml:space="preserve"> </w:t>
            </w:r>
            <w:proofErr w:type="spellStart"/>
            <w:r w:rsidRPr="00EC454C">
              <w:rPr>
                <w:b/>
                <w:sz w:val="22"/>
              </w:rPr>
              <w:t>ответ</w:t>
            </w:r>
            <w:proofErr w:type="spellEnd"/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 xml:space="preserve">№ </w:t>
            </w:r>
            <w:proofErr w:type="spellStart"/>
            <w:r>
              <w:rPr>
                <w:sz w:val="22"/>
              </w:rPr>
              <w:t>задания</w:t>
            </w:r>
            <w:proofErr w:type="spellEnd"/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proofErr w:type="spellStart"/>
            <w:r w:rsidRPr="00EC454C">
              <w:rPr>
                <w:b/>
                <w:sz w:val="22"/>
              </w:rPr>
              <w:t>Правильный</w:t>
            </w:r>
            <w:proofErr w:type="spellEnd"/>
            <w:r w:rsidRPr="00EC454C">
              <w:rPr>
                <w:b/>
                <w:sz w:val="22"/>
              </w:rPr>
              <w:t xml:space="preserve"> </w:t>
            </w:r>
            <w:proofErr w:type="spellStart"/>
            <w:r w:rsidRPr="00EC454C">
              <w:rPr>
                <w:b/>
                <w:sz w:val="22"/>
              </w:rPr>
              <w:t>ответ</w:t>
            </w:r>
            <w:proofErr w:type="spellEnd"/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36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71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106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37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72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107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38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73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108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39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74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109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40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75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110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41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76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111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42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77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112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43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78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113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lastRenderedPageBreak/>
              <w:t>9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44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г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79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114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45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80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115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46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81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116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г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82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117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48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а,в</w:t>
            </w:r>
            <w:proofErr w:type="spellEnd"/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83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118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а,б</w:t>
            </w:r>
            <w:proofErr w:type="spellEnd"/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г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49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г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119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50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85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16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г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51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86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г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17</w:t>
            </w:r>
          </w:p>
        </w:tc>
        <w:tc>
          <w:tcPr>
            <w:tcW w:w="1555" w:type="dxa"/>
          </w:tcPr>
          <w:p w:rsidR="005A39C3" w:rsidRPr="009273BF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52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87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122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18</w:t>
            </w:r>
          </w:p>
        </w:tc>
        <w:tc>
          <w:tcPr>
            <w:tcW w:w="1555" w:type="dxa"/>
          </w:tcPr>
          <w:p w:rsidR="005A39C3" w:rsidRPr="009273BF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53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88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123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54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89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124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ж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20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55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tabs>
                <w:tab w:val="left" w:pos="1211"/>
              </w:tabs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90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125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е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21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56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91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126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е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22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57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92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127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г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23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58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93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128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59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94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129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г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25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60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95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130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26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61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96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131</w:t>
            </w: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е</w:t>
            </w: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27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62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97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28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63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а,в</w:t>
            </w:r>
            <w:proofErr w:type="spellEnd"/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98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г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29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64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99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</w:p>
        </w:tc>
      </w:tr>
      <w:tr w:rsidR="005A39C3" w:rsidRPr="00341912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65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100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</w:p>
        </w:tc>
        <w:tc>
          <w:tcPr>
            <w:tcW w:w="1405" w:type="dxa"/>
          </w:tcPr>
          <w:p w:rsidR="005A39C3" w:rsidRPr="00341912" w:rsidRDefault="005A39C3" w:rsidP="00913455">
            <w:pPr>
              <w:jc w:val="center"/>
              <w:rPr>
                <w:b/>
              </w:rPr>
            </w:pP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31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66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101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67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г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102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33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68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а,в,г</w:t>
            </w:r>
            <w:proofErr w:type="spellEnd"/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103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</w:p>
        </w:tc>
      </w:tr>
      <w:tr w:rsidR="005A39C3" w:rsidRPr="00341912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34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69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104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</w:p>
        </w:tc>
        <w:tc>
          <w:tcPr>
            <w:tcW w:w="1405" w:type="dxa"/>
          </w:tcPr>
          <w:p w:rsidR="005A39C3" w:rsidRPr="00341912" w:rsidRDefault="005A39C3" w:rsidP="00913455">
            <w:pPr>
              <w:jc w:val="center"/>
              <w:rPr>
                <w:b/>
              </w:rPr>
            </w:pPr>
          </w:p>
        </w:tc>
      </w:tr>
      <w:tr w:rsidR="005A39C3" w:rsidRPr="00EC454C" w:rsidTr="00913455">
        <w:tc>
          <w:tcPr>
            <w:tcW w:w="1087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35</w:t>
            </w:r>
          </w:p>
        </w:tc>
        <w:tc>
          <w:tcPr>
            <w:tcW w:w="155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116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70</w:t>
            </w:r>
          </w:p>
        </w:tc>
        <w:tc>
          <w:tcPr>
            <w:tcW w:w="1737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</w:tc>
        <w:tc>
          <w:tcPr>
            <w:tcW w:w="1191" w:type="dxa"/>
          </w:tcPr>
          <w:p w:rsidR="005A39C3" w:rsidRDefault="005A39C3" w:rsidP="00913455">
            <w:pPr>
              <w:jc w:val="center"/>
            </w:pPr>
            <w:r>
              <w:rPr>
                <w:sz w:val="22"/>
              </w:rPr>
              <w:t>105</w:t>
            </w:r>
          </w:p>
        </w:tc>
        <w:tc>
          <w:tcPr>
            <w:tcW w:w="1531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1366" w:type="dxa"/>
          </w:tcPr>
          <w:p w:rsidR="005A39C3" w:rsidRDefault="005A39C3" w:rsidP="00913455">
            <w:pPr>
              <w:jc w:val="center"/>
            </w:pPr>
          </w:p>
        </w:tc>
        <w:tc>
          <w:tcPr>
            <w:tcW w:w="1405" w:type="dxa"/>
          </w:tcPr>
          <w:p w:rsidR="005A39C3" w:rsidRPr="00EC454C" w:rsidRDefault="005A39C3" w:rsidP="00913455">
            <w:pPr>
              <w:jc w:val="center"/>
              <w:rPr>
                <w:b/>
              </w:rPr>
            </w:pPr>
          </w:p>
        </w:tc>
      </w:tr>
    </w:tbl>
    <w:p w:rsidR="005A39C3" w:rsidRDefault="005A39C3" w:rsidP="005A39C3">
      <w:pPr>
        <w:ind w:firstLine="180"/>
        <w:jc w:val="center"/>
      </w:pPr>
    </w:p>
    <w:p w:rsidR="005A39C3" w:rsidRDefault="005A39C3" w:rsidP="005A39C3">
      <w:pPr>
        <w:ind w:firstLine="180"/>
        <w:jc w:val="center"/>
      </w:pPr>
    </w:p>
    <w:p w:rsidR="005A39C3" w:rsidRDefault="005A39C3" w:rsidP="005A39C3">
      <w:pPr>
        <w:spacing w:line="240" w:lineRule="auto"/>
        <w:jc w:val="center"/>
        <w:rPr>
          <w:b/>
          <w:szCs w:val="24"/>
        </w:rPr>
      </w:pPr>
    </w:p>
    <w:p w:rsidR="005A39C3" w:rsidRPr="007F1EE9" w:rsidRDefault="005A39C3" w:rsidP="005A39C3">
      <w:pPr>
        <w:spacing w:line="240" w:lineRule="auto"/>
        <w:jc w:val="center"/>
        <w:rPr>
          <w:b/>
          <w:szCs w:val="24"/>
        </w:rPr>
      </w:pPr>
      <w:proofErr w:type="spellStart"/>
      <w:r w:rsidRPr="007F1EE9">
        <w:rPr>
          <w:b/>
          <w:szCs w:val="24"/>
        </w:rPr>
        <w:t>Вопросы</w:t>
      </w:r>
      <w:proofErr w:type="spellEnd"/>
      <w:r w:rsidRPr="007F1EE9">
        <w:rPr>
          <w:b/>
          <w:szCs w:val="24"/>
        </w:rPr>
        <w:t xml:space="preserve"> </w:t>
      </w:r>
      <w:proofErr w:type="spellStart"/>
      <w:r w:rsidRPr="007F1EE9">
        <w:rPr>
          <w:b/>
          <w:szCs w:val="24"/>
        </w:rPr>
        <w:t>для</w:t>
      </w:r>
      <w:proofErr w:type="spellEnd"/>
      <w:r w:rsidRPr="007F1EE9">
        <w:rPr>
          <w:b/>
          <w:szCs w:val="24"/>
        </w:rPr>
        <w:t xml:space="preserve"> </w:t>
      </w:r>
      <w:proofErr w:type="spellStart"/>
      <w:r w:rsidRPr="007F1EE9">
        <w:rPr>
          <w:b/>
          <w:szCs w:val="24"/>
        </w:rPr>
        <w:t>собеседования</w:t>
      </w:r>
      <w:proofErr w:type="spellEnd"/>
    </w:p>
    <w:p w:rsidR="005A39C3" w:rsidRPr="007F1EE9" w:rsidRDefault="005A39C3" w:rsidP="005A39C3">
      <w:pPr>
        <w:spacing w:line="240" w:lineRule="auto"/>
        <w:jc w:val="center"/>
        <w:rPr>
          <w:b/>
          <w:szCs w:val="24"/>
        </w:rPr>
      </w:pPr>
      <w:proofErr w:type="spellStart"/>
      <w:r w:rsidRPr="007F1EE9">
        <w:rPr>
          <w:b/>
          <w:szCs w:val="24"/>
        </w:rPr>
        <w:t>по</w:t>
      </w:r>
      <w:proofErr w:type="spellEnd"/>
      <w:r w:rsidRPr="007F1EE9">
        <w:rPr>
          <w:b/>
          <w:szCs w:val="24"/>
        </w:rPr>
        <w:t xml:space="preserve"> </w:t>
      </w:r>
      <w:proofErr w:type="spellStart"/>
      <w:r w:rsidRPr="007F1EE9">
        <w:rPr>
          <w:b/>
          <w:szCs w:val="24"/>
        </w:rPr>
        <w:t>дисциплине</w:t>
      </w:r>
      <w:proofErr w:type="spellEnd"/>
      <w:r w:rsidRPr="007F1EE9">
        <w:rPr>
          <w:b/>
          <w:szCs w:val="24"/>
        </w:rPr>
        <w:t xml:space="preserve"> </w:t>
      </w:r>
      <w:proofErr w:type="spellStart"/>
      <w:r w:rsidRPr="007F1EE9">
        <w:rPr>
          <w:b/>
          <w:szCs w:val="24"/>
        </w:rPr>
        <w:t>Безопасность</w:t>
      </w:r>
      <w:proofErr w:type="spellEnd"/>
      <w:r w:rsidRPr="007F1EE9">
        <w:rPr>
          <w:b/>
          <w:szCs w:val="24"/>
        </w:rPr>
        <w:t xml:space="preserve"> </w:t>
      </w:r>
      <w:proofErr w:type="spellStart"/>
      <w:r w:rsidRPr="007F1EE9">
        <w:rPr>
          <w:b/>
          <w:szCs w:val="24"/>
        </w:rPr>
        <w:t>жизнедеятельности</w:t>
      </w:r>
      <w:proofErr w:type="spellEnd"/>
    </w:p>
    <w:p w:rsidR="005A39C3" w:rsidRDefault="005A39C3" w:rsidP="005A39C3">
      <w:pPr>
        <w:spacing w:line="240" w:lineRule="auto"/>
        <w:ind w:firstLine="180"/>
        <w:rPr>
          <w:szCs w:val="24"/>
        </w:rPr>
      </w:pPr>
    </w:p>
    <w:p w:rsidR="005A39C3" w:rsidRDefault="005A39C3" w:rsidP="005A39C3">
      <w:pPr>
        <w:spacing w:line="240" w:lineRule="auto"/>
      </w:pPr>
      <w:proofErr w:type="spellStart"/>
      <w:r>
        <w:t>Раздел</w:t>
      </w:r>
      <w:proofErr w:type="spellEnd"/>
      <w:r>
        <w:t xml:space="preserve"> 1. </w:t>
      </w:r>
      <w:proofErr w:type="spellStart"/>
      <w:r>
        <w:t>Концептуальные</w:t>
      </w:r>
      <w:proofErr w:type="spellEnd"/>
      <w:r>
        <w:t xml:space="preserve"> </w:t>
      </w:r>
      <w:proofErr w:type="spellStart"/>
      <w:r>
        <w:t>основы</w:t>
      </w:r>
      <w:proofErr w:type="spellEnd"/>
      <w:r>
        <w:t xml:space="preserve"> </w:t>
      </w:r>
      <w:proofErr w:type="spellStart"/>
      <w:r>
        <w:t>безопасности</w:t>
      </w:r>
      <w:proofErr w:type="spellEnd"/>
      <w:r>
        <w:t xml:space="preserve"> </w:t>
      </w:r>
      <w:proofErr w:type="spellStart"/>
      <w:r>
        <w:t>жизнедеятельности</w:t>
      </w:r>
      <w:proofErr w:type="spellEnd"/>
      <w:r>
        <w:t xml:space="preserve"> </w:t>
      </w:r>
    </w:p>
    <w:p w:rsidR="005A39C3" w:rsidRDefault="005A39C3" w:rsidP="005A39C3">
      <w:pPr>
        <w:spacing w:line="240" w:lineRule="auto"/>
      </w:pPr>
      <w:proofErr w:type="spellStart"/>
      <w:r>
        <w:t>Тема</w:t>
      </w:r>
      <w:proofErr w:type="spellEnd"/>
      <w:r>
        <w:t xml:space="preserve">. </w:t>
      </w:r>
      <w:proofErr w:type="spellStart"/>
      <w:r>
        <w:t>Теоретические</w:t>
      </w:r>
      <w:proofErr w:type="spellEnd"/>
      <w:r>
        <w:t xml:space="preserve"> </w:t>
      </w:r>
      <w:proofErr w:type="spellStart"/>
      <w:r>
        <w:t>основы</w:t>
      </w:r>
      <w:proofErr w:type="spellEnd"/>
      <w:r>
        <w:t xml:space="preserve"> БЖД.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lastRenderedPageBreak/>
        <w:t xml:space="preserve">1. Дайте определение понятиям «безопасность жизнедеятельности» и «опасность»?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2. Основная цель безопасности жизнедеятельности как науки?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3. Перечислите основные понятия курса БЖД?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4. Сформулируйте аксиому о потенциальной опасности деятельности?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5. Что такое таксономия опасности?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6. По каким признакам классифицируют опасности?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7. Что понимается под идентификацией опасности?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8. Что такое квантификация опасности? Какие приемы квантификации применяются?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>9. Дайте определение понятиям «гомосфера» и «</w:t>
      </w:r>
      <w:proofErr w:type="spellStart"/>
      <w:r w:rsidRPr="00B53672">
        <w:rPr>
          <w:lang w:val="ru-RU"/>
        </w:rPr>
        <w:t>ноксосфера</w:t>
      </w:r>
      <w:proofErr w:type="spellEnd"/>
      <w:r w:rsidRPr="00B53672">
        <w:rPr>
          <w:lang w:val="ru-RU"/>
        </w:rPr>
        <w:t xml:space="preserve">»?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10. Дайте определение понятия «принцип обеспечения безопасности»?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11. На какие классы по признаку реализации можно разделить принципы обеспечения безопасности?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12. Какие методы обеспечения безопасности Вы знаете? Какими способами можно реализовать каждый из них. </w:t>
      </w:r>
    </w:p>
    <w:p w:rsidR="005A39C3" w:rsidRPr="00B53672" w:rsidRDefault="005A39C3" w:rsidP="005A39C3">
      <w:pPr>
        <w:spacing w:line="240" w:lineRule="auto"/>
        <w:rPr>
          <w:szCs w:val="24"/>
          <w:lang w:val="ru-RU"/>
        </w:rPr>
      </w:pPr>
      <w:r w:rsidRPr="00B53672">
        <w:rPr>
          <w:lang w:val="ru-RU"/>
        </w:rPr>
        <w:t>13. Объясните, какие средства обеспечения безопасности относятся к коллективным средствам, а какие – к индивидуальным? Приведите примеры основных коллективных и индивидуальных средств защиты.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Раздел 2. Опасные и вредные факторы среды обитания, их воздействие на человека. Защита человека и среды обитания от вредных и опасных факторов.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Тема. Обеспечение пожарной безопасности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1. Объясните в чем отличие процесса самовоспламенения от процесса возгорания?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2. Как называются воспламеняющиеся жидкости с температурой вспышки менее 61 градуса Цельсия?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3. В каких случаях нельзя использовать воду при тушении пожаров?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4. Для чего используется классификация пожаров по виду горючего материала?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5. Для чего используется классификация пожаров по сложности тушения пожаров?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6. Почему твердым диоксидом углерода можно тушить материалы, портящиеся от воздействия влаги?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7. В чем заключается механизм прекращения горения при введении разбавляющих огнетушащих веществ в помещение, в котором происходит пожар?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8. Перечислите от чего зависят изолирующие свойства пены?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9. Почему при порошковом тушении возникает необходимость применения других огнетушащих веществ?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10. Раствор какого материала используют для создания огнестойких полос вдоль дорог, лесов, стоянок и пр.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11. Какие огнетушащие вещества наиболее эффективно тормозят горение органических веществ?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12. Какое огнетушащее вещество можно использовать для огнетушащих составов, используемых для тушения пожаров в условиях низких температур?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13. Для чего предназначены пассивные меры противопожарной защиты?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14. В чем заключаются архитектурно-планировочные решения?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15. Какие конструктивные мероприятия служат для ограничения распространения пожара в здании внутри здания?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16. Как называют устройства, препятствующие распространению пламени? </w:t>
      </w:r>
    </w:p>
    <w:p w:rsidR="005A39C3" w:rsidRPr="00B53672" w:rsidRDefault="005A39C3" w:rsidP="005A39C3">
      <w:pPr>
        <w:spacing w:line="240" w:lineRule="auto"/>
        <w:rPr>
          <w:szCs w:val="24"/>
          <w:lang w:val="ru-RU"/>
        </w:rPr>
      </w:pPr>
      <w:r w:rsidRPr="00B53672">
        <w:rPr>
          <w:lang w:val="ru-RU"/>
        </w:rPr>
        <w:t>17. Что предпринимают для снижения задымления здания при пожаре?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18. В течение, какого времени осуществляется извещение о пожаре при использовании электрической пожарной сигнализации?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19. Как подразделяются автоматические установки пожаротушения в зависимости от вида огнетушащего средства?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20. Из чего состоит заряд химических пенных огнетушителей?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lastRenderedPageBreak/>
        <w:t xml:space="preserve">21. Какой из огнетушителей нужно переворачивать горловиной вниз при тушении пожара: ОВП или ОХП?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22. Какие огнетушители нельзя применять для тушения электроустановок под напряжением, а также щелочных металлов?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23. Почему нельзя дотрагиваться до металлического раструба углекислотного огнетушителя при выпуске из него огнетушащего вещества или держать раструб незащищенной рукой?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24. Какие огнетушители можно использовать без причинения дополнительного ущерба материальным ценностям и почему (два вида как минимум)?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>25. Почему углекислотно-</w:t>
      </w:r>
      <w:proofErr w:type="spellStart"/>
      <w:r w:rsidRPr="00B53672">
        <w:rPr>
          <w:lang w:val="ru-RU"/>
        </w:rPr>
        <w:t>бромэтиловые</w:t>
      </w:r>
      <w:proofErr w:type="spellEnd"/>
      <w:r w:rsidRPr="00B53672">
        <w:rPr>
          <w:lang w:val="ru-RU"/>
        </w:rPr>
        <w:t xml:space="preserve"> огнетушители используются для тушения загораний автотранспорта?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26. Какие огнетушители не пригодны для тушения загораний щелочных и щелочноземельных металлов и других материалов, горение которых может происходить без доступа воздуха?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27. Какие огнетушители предназначены для тушения различных веществ, горение которых не может происходить без доступа воздуха?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28. По какой причине воду нельзя применять для тушения нефтепродуктов?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29. Что необходимо сделать в случае засорения спрыска пенного или порошкового огнетушителя при тушении пожара?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30. Условия хранения порошковых огнетушителей?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31. При наличии нужного количества людей эффективнее использовать сразу несколько огнетушителей, или лучше использовать их по очереди?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32. Каким образом тушат горящие вертикальные поверхности?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33. От чего зависит выбор огнетушащих средств?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34. Чем оборудуются пожарные краны и где они размещаются? Что включает надпись на месте размещения пожарного крана?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35. Что указывается на дверце пожарного шкафа? </w:t>
      </w:r>
    </w:p>
    <w:p w:rsidR="005A39C3" w:rsidRPr="00B53672" w:rsidRDefault="005A39C3" w:rsidP="005A39C3">
      <w:pPr>
        <w:spacing w:line="240" w:lineRule="auto"/>
        <w:rPr>
          <w:szCs w:val="24"/>
          <w:lang w:val="ru-RU"/>
        </w:rPr>
      </w:pPr>
      <w:r w:rsidRPr="00B53672">
        <w:rPr>
          <w:lang w:val="ru-RU"/>
        </w:rPr>
        <w:t xml:space="preserve">36. Для чего к воде, используемой в качестве огнетушащего вещества, добавляют поверхностно-активные </w:t>
      </w:r>
      <w:proofErr w:type="spellStart"/>
      <w:r w:rsidRPr="00B53672">
        <w:rPr>
          <w:lang w:val="ru-RU"/>
        </w:rPr>
        <w:t>веществасмачиватели</w:t>
      </w:r>
      <w:proofErr w:type="spellEnd"/>
      <w:r w:rsidRPr="00B53672">
        <w:rPr>
          <w:lang w:val="ru-RU"/>
        </w:rPr>
        <w:t xml:space="preserve"> (пенообразователя, </w:t>
      </w:r>
      <w:proofErr w:type="spellStart"/>
      <w:r w:rsidRPr="00B53672">
        <w:rPr>
          <w:lang w:val="ru-RU"/>
        </w:rPr>
        <w:t>сульфонола</w:t>
      </w:r>
      <w:proofErr w:type="spellEnd"/>
      <w:r w:rsidRPr="00B53672">
        <w:rPr>
          <w:lang w:val="ru-RU"/>
        </w:rPr>
        <w:t xml:space="preserve">, эмульгаторов)? Что позволяет уменьшить применение таких </w:t>
      </w:r>
      <w:proofErr w:type="spellStart"/>
      <w:r w:rsidRPr="00B53672">
        <w:rPr>
          <w:lang w:val="ru-RU"/>
        </w:rPr>
        <w:t>растворовсмачивателей</w:t>
      </w:r>
      <w:proofErr w:type="spellEnd"/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Тема. Определение концентрации и оценка содержания вредных веществ в воздухе.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1. Дать определение понятию «вредное вещество»?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2. Какие последствия может вызвать вредное вещество при контакте с организмом человека?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3. Как подразделяются вредные вещества по характеру результирующего химического воздействия на организм человека?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4. К чему приводит действие на организм сенсибилизирующих веществ?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5. Что вызывают раздражающие вещества при воздействии на организм человека?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6. Что такое ПДК?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7. В зависимости, от каких показателей устанавливается класс опасности вредных веществ по степени их воздействия на организм?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8. Какой путь проникновения вредных веществ в организм человека наиболее опасен (через желудочно-кишечный тракт и кожные покровы)? Почему?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9. Почему рефлекторное действие лежит в основе установления максимальных разовых ПДК?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10. Для предупреждения развития какого действия устанавливается среднесуточная ПДК?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11. Дать определение понятию «рабочая зона»?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12. Дать определение понятию «постоянное рабочее место»?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13. Дать определение понятию «временное рабочее место»?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14. Какие нормативы вводятся для вредных веществ в воздухе рабочей зоны, на которые не установлены ПДК?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15. Влажность воздуха повышает или понижает токсичность некоторых веществ?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16. Как физическая нагрузка влияет на опасность отравления вредными веществами?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18. Дать определение понятию «зона дыхания»?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lastRenderedPageBreak/>
        <w:t xml:space="preserve">19. Перечислите нормативные документы, в которых установлены величины предельно допустимых концентраций вредных веществ в воздухе рабочей зоны?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20. Дать определение понятию «предельно допустимая концентрация вредных веществ в воздухе рабочей зоны»?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21. Что характеризует лимитирующий показатель вредности?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22. Почему в основе установления максимально разовых ПДК лежит рефлекторное действие?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23. Какие концентрации устанавливаются с целью предупреждения развития резорбтивного действия? 24. Что такое </w:t>
      </w:r>
      <w:r>
        <w:t>CAS</w:t>
      </w:r>
      <w:r w:rsidRPr="00B53672">
        <w:rPr>
          <w:lang w:val="ru-RU"/>
        </w:rPr>
        <w:t>?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Раздел 3. Основные формы деятельности человека и условия их эффективной реализации.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Тема. Исследование и оценка микроклимата помещений 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1. Какое условие является необходимым для эффективной производственной деятельности человека?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2. Относится ли барометрическое давление к параметрам микроклимата?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3. Какие параметры микроклимата характерны для всех производственных помещений?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4. Чем характеризуется температура воздуха?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5. Какая влажность воздуха является основным критерием при оценке состояния воздушной среды?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6. Чем может быть вызвано движение воздуха в рабочей зоне?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7. Чем сопровождаются все жизненные процессы в организме человека?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8. К чему может привести нарушение теплового баланса?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9. Что является необходимым условием жизнедеятельности человека?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10. При каких условиях происходит теплоотдача излучением конвекцией?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11. За счет чего осуществляется конвекция?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12. Что такое терморегуляция? Дать определение.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13. Какое состояние человека называется тепловым состоянием?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14. Какими путями обеспечиваются процессы терморегуляции?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15. Какова цель нормирования параметров микроклимата?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16. Какими путями осуществляется теплообмен человека с окружающей средой?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17. В каких нормативных документах установлены нормативные значения параметров микроклимата?</w:t>
      </w:r>
    </w:p>
    <w:p w:rsidR="005A39C3" w:rsidRPr="00B53672" w:rsidRDefault="005A39C3" w:rsidP="005A39C3">
      <w:pPr>
        <w:spacing w:line="240" w:lineRule="auto"/>
        <w:ind w:firstLine="454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18. С учетом чего устанавливаются гигиенические требования к параметрам микроклимата?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19. На основе чего осуществляется разграничение работ по категориям?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20. По каким данным принимается среднесуточная температура наружного воздуха?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21. От чего зависит высота замеров параметров микроклимата над уровнем пола или рабочей площадки?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22. В течение, какого времени оптимальные микроклиматические условия должны обеспечивать сохранение теплового состояния организма человека?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23. На какой участок рабочей зоны распространяются оптимальные микроклиматические условия?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24. Когда устанавливаются допустимые величины показателей микроклимата?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25. Как называются условия труда, если хотя бы один параметр микроклимата не соответствует оптимальным?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26. Какие приборы используются для регистрации температуры воздуха во времени?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 xml:space="preserve">27. Перепад температуры воздуха по горизонтали при обеспечении оптимальных величин не должен превышать ______ </w:t>
      </w:r>
      <w:r w:rsidRPr="00B53672">
        <w:rPr>
          <w:rFonts w:eastAsia="Calibri"/>
          <w:vertAlign w:val="superscript"/>
          <w:lang w:val="ru-RU"/>
        </w:rPr>
        <w:t>0</w:t>
      </w:r>
      <w:r w:rsidRPr="00B53672">
        <w:rPr>
          <w:rFonts w:eastAsia="Calibri"/>
          <w:lang w:val="ru-RU"/>
        </w:rPr>
        <w:t xml:space="preserve"> С?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28. С помощью, каких приборов можно измерить скорость движения воздуха в помещении?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29. По какому документу выбирается средняя максимальная температура наиболее жаркого месяца?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30. В зависимости от чего определяется количество участков измерения параметров микроклимата?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lastRenderedPageBreak/>
        <w:t>Тема. Исследование и оценка освещения помещений</w:t>
      </w:r>
    </w:p>
    <w:p w:rsidR="005A39C3" w:rsidRPr="00B53672" w:rsidRDefault="005A39C3" w:rsidP="005A39C3">
      <w:pPr>
        <w:numPr>
          <w:ilvl w:val="0"/>
          <w:numId w:val="23"/>
        </w:numPr>
        <w:spacing w:line="240" w:lineRule="auto"/>
        <w:ind w:left="357" w:hanging="357"/>
        <w:rPr>
          <w:lang w:val="ru-RU"/>
        </w:rPr>
      </w:pPr>
      <w:r w:rsidRPr="00B53672">
        <w:rPr>
          <w:lang w:val="ru-RU"/>
        </w:rPr>
        <w:t>Что такое естественное освещение (ЕО)?</w:t>
      </w:r>
    </w:p>
    <w:p w:rsidR="005A39C3" w:rsidRPr="00B53672" w:rsidRDefault="005A39C3" w:rsidP="005A39C3">
      <w:pPr>
        <w:numPr>
          <w:ilvl w:val="0"/>
          <w:numId w:val="23"/>
        </w:numPr>
        <w:spacing w:line="240" w:lineRule="auto"/>
        <w:ind w:left="357" w:hanging="357"/>
        <w:rPr>
          <w:lang w:val="ru-RU"/>
        </w:rPr>
      </w:pPr>
      <w:r w:rsidRPr="00B53672">
        <w:rPr>
          <w:lang w:val="ru-RU"/>
        </w:rPr>
        <w:t>Какие существуют виды ЕО по конструктивному исполнению?</w:t>
      </w:r>
    </w:p>
    <w:p w:rsidR="005A39C3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proofErr w:type="spellStart"/>
      <w:r>
        <w:t>Какое</w:t>
      </w:r>
      <w:proofErr w:type="spellEnd"/>
      <w:r>
        <w:t xml:space="preserve"> </w:t>
      </w:r>
      <w:proofErr w:type="spellStart"/>
      <w:r>
        <w:t>освещение</w:t>
      </w:r>
      <w:proofErr w:type="spellEnd"/>
      <w:r>
        <w:t xml:space="preserve"> </w:t>
      </w:r>
      <w:proofErr w:type="spellStart"/>
      <w:r>
        <w:t>называют</w:t>
      </w:r>
      <w:proofErr w:type="spellEnd"/>
      <w:r>
        <w:t xml:space="preserve"> </w:t>
      </w:r>
      <w:proofErr w:type="spellStart"/>
      <w:r>
        <w:t>боковым</w:t>
      </w:r>
      <w:proofErr w:type="spellEnd"/>
      <w:r>
        <w:t>?</w:t>
      </w:r>
    </w:p>
    <w:p w:rsidR="005A39C3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proofErr w:type="spellStart"/>
      <w:r>
        <w:t>Какое</w:t>
      </w:r>
      <w:proofErr w:type="spellEnd"/>
      <w:r>
        <w:t xml:space="preserve"> </w:t>
      </w:r>
      <w:proofErr w:type="spellStart"/>
      <w:r>
        <w:t>освещение</w:t>
      </w:r>
      <w:proofErr w:type="spellEnd"/>
      <w:r>
        <w:t xml:space="preserve"> </w:t>
      </w:r>
      <w:proofErr w:type="spellStart"/>
      <w:r>
        <w:t>называют</w:t>
      </w:r>
      <w:proofErr w:type="spellEnd"/>
      <w:r>
        <w:t xml:space="preserve"> </w:t>
      </w:r>
      <w:proofErr w:type="spellStart"/>
      <w:r>
        <w:t>верхним</w:t>
      </w:r>
      <w:proofErr w:type="spellEnd"/>
      <w:r>
        <w:t>?</w:t>
      </w:r>
    </w:p>
    <w:p w:rsidR="005A39C3" w:rsidRPr="00B53672" w:rsidRDefault="005A39C3" w:rsidP="005A39C3">
      <w:pPr>
        <w:numPr>
          <w:ilvl w:val="0"/>
          <w:numId w:val="23"/>
        </w:numPr>
        <w:spacing w:line="240" w:lineRule="auto"/>
        <w:ind w:left="357" w:hanging="357"/>
        <w:rPr>
          <w:lang w:val="ru-RU"/>
        </w:rPr>
      </w:pPr>
      <w:r w:rsidRPr="00B53672">
        <w:rPr>
          <w:lang w:val="ru-RU"/>
        </w:rPr>
        <w:t>Что такое искусственное освещение (ИО)?</w:t>
      </w:r>
    </w:p>
    <w:p w:rsidR="005A39C3" w:rsidRPr="00B53672" w:rsidRDefault="005A39C3" w:rsidP="005A39C3">
      <w:pPr>
        <w:numPr>
          <w:ilvl w:val="0"/>
          <w:numId w:val="23"/>
        </w:numPr>
        <w:spacing w:line="240" w:lineRule="auto"/>
        <w:ind w:left="357" w:hanging="357"/>
        <w:rPr>
          <w:lang w:val="ru-RU"/>
        </w:rPr>
      </w:pPr>
      <w:r w:rsidRPr="00B53672">
        <w:rPr>
          <w:lang w:val="ru-RU"/>
        </w:rPr>
        <w:t>Какие существуют виды ИО по конструктивному исполнению?</w:t>
      </w:r>
    </w:p>
    <w:p w:rsidR="005A39C3" w:rsidRPr="00B53672" w:rsidRDefault="005A39C3" w:rsidP="005A39C3">
      <w:pPr>
        <w:numPr>
          <w:ilvl w:val="0"/>
          <w:numId w:val="23"/>
        </w:numPr>
        <w:spacing w:line="240" w:lineRule="auto"/>
        <w:ind w:left="357" w:hanging="357"/>
        <w:rPr>
          <w:lang w:val="ru-RU"/>
        </w:rPr>
      </w:pPr>
      <w:r w:rsidRPr="00B53672">
        <w:rPr>
          <w:lang w:val="ru-RU"/>
        </w:rPr>
        <w:t>Какие существуют виды ИО по функциональному назначению?</w:t>
      </w:r>
    </w:p>
    <w:p w:rsidR="005A39C3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proofErr w:type="spellStart"/>
      <w:r>
        <w:t>Какое</w:t>
      </w:r>
      <w:proofErr w:type="spellEnd"/>
      <w:r>
        <w:t xml:space="preserve"> </w:t>
      </w:r>
      <w:proofErr w:type="spellStart"/>
      <w:r>
        <w:t>освещение</w:t>
      </w:r>
      <w:proofErr w:type="spellEnd"/>
      <w:r>
        <w:t xml:space="preserve"> </w:t>
      </w:r>
      <w:proofErr w:type="spellStart"/>
      <w:r>
        <w:t>называют</w:t>
      </w:r>
      <w:proofErr w:type="spellEnd"/>
      <w:r>
        <w:t xml:space="preserve"> </w:t>
      </w:r>
      <w:proofErr w:type="spellStart"/>
      <w:r>
        <w:t>общим</w:t>
      </w:r>
      <w:proofErr w:type="spellEnd"/>
      <w:r>
        <w:t>?</w:t>
      </w:r>
    </w:p>
    <w:p w:rsidR="005A39C3" w:rsidRPr="00982E04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proofErr w:type="spellStart"/>
      <w:r>
        <w:t>Какое</w:t>
      </w:r>
      <w:proofErr w:type="spellEnd"/>
      <w:r>
        <w:t xml:space="preserve"> </w:t>
      </w:r>
      <w:proofErr w:type="spellStart"/>
      <w:r>
        <w:t>освещение</w:t>
      </w:r>
      <w:proofErr w:type="spellEnd"/>
      <w:r>
        <w:t xml:space="preserve"> </w:t>
      </w:r>
      <w:proofErr w:type="spellStart"/>
      <w:r>
        <w:t>называют</w:t>
      </w:r>
      <w:proofErr w:type="spellEnd"/>
      <w:r>
        <w:t xml:space="preserve"> </w:t>
      </w:r>
      <w:proofErr w:type="spellStart"/>
      <w:r>
        <w:t>местным</w:t>
      </w:r>
      <w:proofErr w:type="spellEnd"/>
      <w:r>
        <w:t>?</w:t>
      </w:r>
    </w:p>
    <w:p w:rsidR="005A39C3" w:rsidRPr="00982E04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proofErr w:type="spellStart"/>
      <w:r>
        <w:t>Какое</w:t>
      </w:r>
      <w:proofErr w:type="spellEnd"/>
      <w:r>
        <w:t xml:space="preserve"> </w:t>
      </w:r>
      <w:proofErr w:type="spellStart"/>
      <w:r>
        <w:t>освещение</w:t>
      </w:r>
      <w:proofErr w:type="spellEnd"/>
      <w:r>
        <w:t xml:space="preserve"> </w:t>
      </w:r>
      <w:proofErr w:type="spellStart"/>
      <w:r>
        <w:t>называют</w:t>
      </w:r>
      <w:proofErr w:type="spellEnd"/>
      <w:r>
        <w:t xml:space="preserve"> </w:t>
      </w:r>
      <w:proofErr w:type="spellStart"/>
      <w:r>
        <w:t>рабочим</w:t>
      </w:r>
      <w:proofErr w:type="spellEnd"/>
      <w:r>
        <w:t>?</w:t>
      </w:r>
    </w:p>
    <w:p w:rsidR="005A39C3" w:rsidRPr="00982E04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proofErr w:type="spellStart"/>
      <w:r>
        <w:t>Какое</w:t>
      </w:r>
      <w:proofErr w:type="spellEnd"/>
      <w:r>
        <w:t xml:space="preserve"> </w:t>
      </w:r>
      <w:proofErr w:type="spellStart"/>
      <w:r>
        <w:t>освещение</w:t>
      </w:r>
      <w:proofErr w:type="spellEnd"/>
      <w:r>
        <w:t xml:space="preserve"> </w:t>
      </w:r>
      <w:proofErr w:type="spellStart"/>
      <w:r>
        <w:t>называют</w:t>
      </w:r>
      <w:proofErr w:type="spellEnd"/>
      <w:r>
        <w:t xml:space="preserve"> </w:t>
      </w:r>
      <w:proofErr w:type="spellStart"/>
      <w:r>
        <w:t>аварийным</w:t>
      </w:r>
      <w:proofErr w:type="spellEnd"/>
      <w:r>
        <w:t>?</w:t>
      </w:r>
    </w:p>
    <w:p w:rsidR="005A39C3" w:rsidRPr="00982E04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proofErr w:type="spellStart"/>
      <w:r>
        <w:t>Какое</w:t>
      </w:r>
      <w:proofErr w:type="spellEnd"/>
      <w:r>
        <w:t xml:space="preserve"> </w:t>
      </w:r>
      <w:proofErr w:type="spellStart"/>
      <w:r>
        <w:t>освещение</w:t>
      </w:r>
      <w:proofErr w:type="spellEnd"/>
      <w:r>
        <w:t xml:space="preserve"> </w:t>
      </w:r>
      <w:proofErr w:type="spellStart"/>
      <w:r>
        <w:t>называют</w:t>
      </w:r>
      <w:proofErr w:type="spellEnd"/>
      <w:r>
        <w:t xml:space="preserve"> </w:t>
      </w:r>
      <w:proofErr w:type="spellStart"/>
      <w:r>
        <w:t>эвакуационным</w:t>
      </w:r>
      <w:proofErr w:type="spellEnd"/>
      <w:r>
        <w:t>?</w:t>
      </w:r>
    </w:p>
    <w:p w:rsidR="005A39C3" w:rsidRPr="00982E04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proofErr w:type="spellStart"/>
      <w:r>
        <w:t>Какое</w:t>
      </w:r>
      <w:proofErr w:type="spellEnd"/>
      <w:r>
        <w:t xml:space="preserve"> </w:t>
      </w:r>
      <w:proofErr w:type="spellStart"/>
      <w:r>
        <w:t>освещение</w:t>
      </w:r>
      <w:proofErr w:type="spellEnd"/>
      <w:r>
        <w:t xml:space="preserve"> </w:t>
      </w:r>
      <w:proofErr w:type="spellStart"/>
      <w:r>
        <w:t>называют</w:t>
      </w:r>
      <w:proofErr w:type="spellEnd"/>
      <w:r>
        <w:t xml:space="preserve"> </w:t>
      </w:r>
      <w:proofErr w:type="spellStart"/>
      <w:r>
        <w:t>охранным</w:t>
      </w:r>
      <w:proofErr w:type="spellEnd"/>
      <w:r>
        <w:t>?</w:t>
      </w:r>
    </w:p>
    <w:p w:rsidR="005A39C3" w:rsidRPr="00982E04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proofErr w:type="spellStart"/>
      <w:r>
        <w:t>Какое</w:t>
      </w:r>
      <w:proofErr w:type="spellEnd"/>
      <w:r>
        <w:t xml:space="preserve"> </w:t>
      </w:r>
      <w:proofErr w:type="spellStart"/>
      <w:r>
        <w:t>освещение</w:t>
      </w:r>
      <w:proofErr w:type="spellEnd"/>
      <w:r>
        <w:t xml:space="preserve"> </w:t>
      </w:r>
      <w:proofErr w:type="spellStart"/>
      <w:r>
        <w:t>называют</w:t>
      </w:r>
      <w:proofErr w:type="spellEnd"/>
      <w:r>
        <w:t xml:space="preserve"> </w:t>
      </w:r>
      <w:proofErr w:type="spellStart"/>
      <w:r>
        <w:t>сигнальным</w:t>
      </w:r>
      <w:proofErr w:type="spellEnd"/>
      <w:r>
        <w:t>?</w:t>
      </w:r>
    </w:p>
    <w:p w:rsidR="005A39C3" w:rsidRPr="00B53672" w:rsidRDefault="005A39C3" w:rsidP="005A39C3">
      <w:pPr>
        <w:numPr>
          <w:ilvl w:val="0"/>
          <w:numId w:val="23"/>
        </w:numPr>
        <w:spacing w:line="240" w:lineRule="auto"/>
        <w:ind w:left="357" w:hanging="357"/>
        <w:rPr>
          <w:lang w:val="ru-RU"/>
        </w:rPr>
      </w:pPr>
      <w:r w:rsidRPr="00B53672">
        <w:rPr>
          <w:lang w:val="ru-RU"/>
        </w:rPr>
        <w:t>Перечислите качественные показатели, характеризующие освещение.</w:t>
      </w:r>
    </w:p>
    <w:p w:rsidR="005A39C3" w:rsidRPr="00B53672" w:rsidRDefault="005A39C3" w:rsidP="005A39C3">
      <w:pPr>
        <w:numPr>
          <w:ilvl w:val="0"/>
          <w:numId w:val="23"/>
        </w:numPr>
        <w:spacing w:line="240" w:lineRule="auto"/>
        <w:ind w:left="357" w:hanging="357"/>
        <w:rPr>
          <w:lang w:val="ru-RU"/>
        </w:rPr>
      </w:pPr>
      <w:r w:rsidRPr="00B53672">
        <w:rPr>
          <w:lang w:val="ru-RU"/>
        </w:rPr>
        <w:t>Перечислите количественные показатели, характеризующие освещение.</w:t>
      </w:r>
    </w:p>
    <w:p w:rsidR="005A39C3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proofErr w:type="spellStart"/>
      <w:r>
        <w:t>Что</w:t>
      </w:r>
      <w:proofErr w:type="spellEnd"/>
      <w:r>
        <w:t xml:space="preserve"> </w:t>
      </w:r>
      <w:proofErr w:type="spellStart"/>
      <w:r>
        <w:t>такое</w:t>
      </w:r>
      <w:proofErr w:type="spellEnd"/>
      <w:r>
        <w:t xml:space="preserve"> </w:t>
      </w:r>
      <w:proofErr w:type="spellStart"/>
      <w:r>
        <w:t>световой</w:t>
      </w:r>
      <w:proofErr w:type="spellEnd"/>
      <w:r>
        <w:t xml:space="preserve"> </w:t>
      </w:r>
      <w:proofErr w:type="spellStart"/>
      <w:r>
        <w:t>поток</w:t>
      </w:r>
      <w:proofErr w:type="spellEnd"/>
      <w:r>
        <w:t>?</w:t>
      </w:r>
    </w:p>
    <w:p w:rsidR="005A39C3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proofErr w:type="spellStart"/>
      <w:r>
        <w:t>Что</w:t>
      </w:r>
      <w:proofErr w:type="spellEnd"/>
      <w:r>
        <w:t xml:space="preserve"> </w:t>
      </w:r>
      <w:proofErr w:type="spellStart"/>
      <w:r>
        <w:t>такое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света</w:t>
      </w:r>
      <w:proofErr w:type="spellEnd"/>
      <w:r>
        <w:t>?</w:t>
      </w:r>
    </w:p>
    <w:p w:rsidR="005A39C3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proofErr w:type="spellStart"/>
      <w:r>
        <w:t>Что</w:t>
      </w:r>
      <w:proofErr w:type="spellEnd"/>
      <w:r>
        <w:t xml:space="preserve"> </w:t>
      </w:r>
      <w:proofErr w:type="spellStart"/>
      <w:r>
        <w:t>такое</w:t>
      </w:r>
      <w:proofErr w:type="spellEnd"/>
      <w:r>
        <w:t xml:space="preserve"> </w:t>
      </w:r>
      <w:proofErr w:type="spellStart"/>
      <w:r>
        <w:t>освещенность</w:t>
      </w:r>
      <w:proofErr w:type="spellEnd"/>
      <w:r>
        <w:t>?</w:t>
      </w:r>
    </w:p>
    <w:p w:rsidR="005A39C3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proofErr w:type="spellStart"/>
      <w:r>
        <w:t>Что</w:t>
      </w:r>
      <w:proofErr w:type="spellEnd"/>
      <w:r>
        <w:t xml:space="preserve"> </w:t>
      </w:r>
      <w:proofErr w:type="spellStart"/>
      <w:r>
        <w:t>такое</w:t>
      </w:r>
      <w:proofErr w:type="spellEnd"/>
      <w:r>
        <w:t xml:space="preserve"> </w:t>
      </w:r>
      <w:proofErr w:type="spellStart"/>
      <w:r>
        <w:t>фон</w:t>
      </w:r>
      <w:proofErr w:type="spellEnd"/>
      <w:r>
        <w:t>?</w:t>
      </w:r>
    </w:p>
    <w:p w:rsidR="005A39C3" w:rsidRPr="00B53672" w:rsidRDefault="005A39C3" w:rsidP="005A39C3">
      <w:pPr>
        <w:numPr>
          <w:ilvl w:val="0"/>
          <w:numId w:val="23"/>
        </w:numPr>
        <w:spacing w:line="240" w:lineRule="auto"/>
        <w:ind w:left="357" w:hanging="357"/>
        <w:rPr>
          <w:lang w:val="ru-RU"/>
        </w:rPr>
      </w:pPr>
      <w:r w:rsidRPr="00B53672">
        <w:rPr>
          <w:lang w:val="ru-RU"/>
        </w:rPr>
        <w:t>Что такое контраст объекта с фоном?</w:t>
      </w:r>
    </w:p>
    <w:p w:rsidR="005A39C3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proofErr w:type="spellStart"/>
      <w:r>
        <w:t>Сформулируйте</w:t>
      </w:r>
      <w:proofErr w:type="spellEnd"/>
      <w:r>
        <w:t xml:space="preserve"> </w:t>
      </w:r>
      <w:proofErr w:type="spellStart"/>
      <w:r>
        <w:t>основную</w:t>
      </w:r>
      <w:proofErr w:type="spellEnd"/>
      <w:r>
        <w:t xml:space="preserve"> </w:t>
      </w:r>
      <w:proofErr w:type="spellStart"/>
      <w:r>
        <w:t>задачу</w:t>
      </w:r>
      <w:proofErr w:type="spellEnd"/>
      <w:r>
        <w:t xml:space="preserve"> </w:t>
      </w:r>
      <w:proofErr w:type="spellStart"/>
      <w:r>
        <w:t>освещения</w:t>
      </w:r>
      <w:proofErr w:type="spellEnd"/>
      <w:r>
        <w:t>?</w:t>
      </w:r>
    </w:p>
    <w:p w:rsidR="005A39C3" w:rsidRPr="00B53672" w:rsidRDefault="005A39C3" w:rsidP="005A39C3">
      <w:pPr>
        <w:numPr>
          <w:ilvl w:val="0"/>
          <w:numId w:val="23"/>
        </w:numPr>
        <w:spacing w:line="240" w:lineRule="auto"/>
        <w:ind w:left="357" w:hanging="357"/>
        <w:rPr>
          <w:lang w:val="ru-RU"/>
        </w:rPr>
      </w:pPr>
      <w:r w:rsidRPr="00B53672">
        <w:rPr>
          <w:lang w:val="ru-RU"/>
        </w:rPr>
        <w:t xml:space="preserve">Какие условия необходимо обеспечить при организации освещения? </w:t>
      </w:r>
    </w:p>
    <w:p w:rsidR="005A39C3" w:rsidRPr="00B53672" w:rsidRDefault="005A39C3" w:rsidP="005A39C3">
      <w:pPr>
        <w:numPr>
          <w:ilvl w:val="0"/>
          <w:numId w:val="23"/>
        </w:numPr>
        <w:spacing w:line="240" w:lineRule="auto"/>
        <w:ind w:left="357" w:hanging="357"/>
        <w:rPr>
          <w:lang w:val="ru-RU"/>
        </w:rPr>
      </w:pPr>
      <w:r w:rsidRPr="00B53672">
        <w:rPr>
          <w:lang w:val="ru-RU"/>
        </w:rPr>
        <w:t>Как определяют характеристику зрительной работы?</w:t>
      </w:r>
    </w:p>
    <w:p w:rsidR="005A39C3" w:rsidRPr="00B53672" w:rsidRDefault="005A39C3" w:rsidP="005A39C3">
      <w:pPr>
        <w:numPr>
          <w:ilvl w:val="0"/>
          <w:numId w:val="23"/>
        </w:numPr>
        <w:spacing w:line="240" w:lineRule="auto"/>
        <w:ind w:left="357" w:hanging="357"/>
        <w:rPr>
          <w:lang w:val="ru-RU"/>
        </w:rPr>
      </w:pPr>
      <w:r w:rsidRPr="00B53672">
        <w:rPr>
          <w:lang w:val="ru-RU"/>
        </w:rPr>
        <w:t xml:space="preserve">Каким образом все зрительные работы делят на разряды, </w:t>
      </w:r>
      <w:proofErr w:type="spellStart"/>
      <w:r w:rsidRPr="00B53672">
        <w:rPr>
          <w:lang w:val="ru-RU"/>
        </w:rPr>
        <w:t>подразряды</w:t>
      </w:r>
      <w:proofErr w:type="spellEnd"/>
      <w:r w:rsidRPr="00B53672">
        <w:rPr>
          <w:lang w:val="ru-RU"/>
        </w:rPr>
        <w:t>?</w:t>
      </w:r>
    </w:p>
    <w:p w:rsidR="005A39C3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r w:rsidRPr="00B53672">
        <w:rPr>
          <w:lang w:val="ru-RU"/>
        </w:rPr>
        <w:t xml:space="preserve">Каким образом нормируется система ИО?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учитывается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нормировании</w:t>
      </w:r>
      <w:proofErr w:type="spellEnd"/>
      <w:r>
        <w:t>?</w:t>
      </w:r>
    </w:p>
    <w:p w:rsidR="005A39C3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r>
        <w:t xml:space="preserve">В </w:t>
      </w:r>
      <w:proofErr w:type="spellStart"/>
      <w:r>
        <w:t>чем</w:t>
      </w:r>
      <w:proofErr w:type="spellEnd"/>
      <w:r>
        <w:t xml:space="preserve"> </w:t>
      </w:r>
      <w:proofErr w:type="spellStart"/>
      <w:r>
        <w:t>особенность</w:t>
      </w:r>
      <w:proofErr w:type="spellEnd"/>
      <w:r>
        <w:t xml:space="preserve"> ЕО?</w:t>
      </w:r>
    </w:p>
    <w:p w:rsidR="005A39C3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r w:rsidRPr="00B53672">
        <w:rPr>
          <w:lang w:val="ru-RU"/>
        </w:rPr>
        <w:t xml:space="preserve">Каким образом нормируется система ИО?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учитывается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нормировании</w:t>
      </w:r>
      <w:proofErr w:type="spellEnd"/>
      <w:r>
        <w:t>?</w:t>
      </w:r>
    </w:p>
    <w:p w:rsidR="005A39C3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r w:rsidRPr="00B53672">
        <w:rPr>
          <w:lang w:val="ru-RU"/>
        </w:rPr>
        <w:t xml:space="preserve">Что понимается под источником света? </w:t>
      </w:r>
      <w:proofErr w:type="spellStart"/>
      <w:r>
        <w:t>Классификация</w:t>
      </w:r>
      <w:proofErr w:type="spellEnd"/>
      <w:r>
        <w:t xml:space="preserve"> </w:t>
      </w:r>
      <w:proofErr w:type="spellStart"/>
      <w:r>
        <w:t>источников</w:t>
      </w:r>
      <w:proofErr w:type="spellEnd"/>
      <w:r>
        <w:t xml:space="preserve"> </w:t>
      </w:r>
      <w:proofErr w:type="spellStart"/>
      <w:r>
        <w:t>света</w:t>
      </w:r>
      <w:proofErr w:type="spellEnd"/>
      <w:r>
        <w:t xml:space="preserve">. </w:t>
      </w:r>
    </w:p>
    <w:p w:rsidR="005A39C3" w:rsidRPr="00B53672" w:rsidRDefault="005A39C3" w:rsidP="005A39C3">
      <w:pPr>
        <w:numPr>
          <w:ilvl w:val="0"/>
          <w:numId w:val="23"/>
        </w:numPr>
        <w:spacing w:line="240" w:lineRule="auto"/>
        <w:ind w:left="357" w:hanging="357"/>
        <w:rPr>
          <w:lang w:val="ru-RU"/>
        </w:rPr>
      </w:pPr>
      <w:r w:rsidRPr="00B53672">
        <w:rPr>
          <w:lang w:val="ru-RU"/>
        </w:rPr>
        <w:t>Какое устройство называют светильником? Классификация светильников.</w:t>
      </w:r>
    </w:p>
    <w:p w:rsidR="005A39C3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proofErr w:type="spellStart"/>
      <w:r>
        <w:t>Достоинства</w:t>
      </w:r>
      <w:proofErr w:type="spellEnd"/>
      <w:r>
        <w:t xml:space="preserve"> </w:t>
      </w:r>
      <w:proofErr w:type="spellStart"/>
      <w:r>
        <w:t>ламп</w:t>
      </w:r>
      <w:proofErr w:type="spellEnd"/>
      <w:r>
        <w:t xml:space="preserve"> </w:t>
      </w:r>
      <w:proofErr w:type="spellStart"/>
      <w:r>
        <w:t>накаливания</w:t>
      </w:r>
      <w:proofErr w:type="spellEnd"/>
      <w:r>
        <w:t>?</w:t>
      </w:r>
    </w:p>
    <w:p w:rsidR="005A39C3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proofErr w:type="spellStart"/>
      <w:r>
        <w:t>Недостатки</w:t>
      </w:r>
      <w:proofErr w:type="spellEnd"/>
      <w:r>
        <w:t xml:space="preserve"> </w:t>
      </w:r>
      <w:proofErr w:type="spellStart"/>
      <w:r>
        <w:t>ламп</w:t>
      </w:r>
      <w:proofErr w:type="spellEnd"/>
      <w:r>
        <w:t xml:space="preserve"> </w:t>
      </w:r>
      <w:proofErr w:type="spellStart"/>
      <w:r>
        <w:t>накаливания</w:t>
      </w:r>
      <w:proofErr w:type="spellEnd"/>
      <w:r>
        <w:t>?</w:t>
      </w:r>
    </w:p>
    <w:p w:rsidR="005A39C3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proofErr w:type="spellStart"/>
      <w:r>
        <w:t>Достоинства</w:t>
      </w:r>
      <w:proofErr w:type="spellEnd"/>
      <w:r>
        <w:t xml:space="preserve"> </w:t>
      </w:r>
      <w:proofErr w:type="spellStart"/>
      <w:r>
        <w:t>газоразрядных</w:t>
      </w:r>
      <w:proofErr w:type="spellEnd"/>
      <w:r>
        <w:t xml:space="preserve"> </w:t>
      </w:r>
      <w:proofErr w:type="spellStart"/>
      <w:r>
        <w:t>ламп</w:t>
      </w:r>
      <w:proofErr w:type="spellEnd"/>
      <w:r>
        <w:t>?</w:t>
      </w:r>
    </w:p>
    <w:p w:rsidR="005A39C3" w:rsidRDefault="005A39C3" w:rsidP="005A39C3">
      <w:pPr>
        <w:numPr>
          <w:ilvl w:val="0"/>
          <w:numId w:val="23"/>
        </w:numPr>
        <w:spacing w:line="240" w:lineRule="auto"/>
        <w:ind w:left="357" w:hanging="357"/>
      </w:pPr>
      <w:proofErr w:type="spellStart"/>
      <w:r>
        <w:t>Недостатки</w:t>
      </w:r>
      <w:proofErr w:type="spellEnd"/>
      <w:r>
        <w:t xml:space="preserve"> </w:t>
      </w:r>
      <w:proofErr w:type="spellStart"/>
      <w:r>
        <w:t>газоразрядных</w:t>
      </w:r>
      <w:proofErr w:type="spellEnd"/>
      <w:r>
        <w:t xml:space="preserve"> </w:t>
      </w:r>
      <w:proofErr w:type="spellStart"/>
      <w:r>
        <w:t>ламп</w:t>
      </w:r>
      <w:proofErr w:type="spellEnd"/>
      <w:r>
        <w:t>?</w:t>
      </w:r>
    </w:p>
    <w:p w:rsidR="005A39C3" w:rsidRPr="00B53672" w:rsidRDefault="005A39C3" w:rsidP="005A39C3">
      <w:pPr>
        <w:numPr>
          <w:ilvl w:val="0"/>
          <w:numId w:val="23"/>
        </w:numPr>
        <w:spacing w:line="240" w:lineRule="auto"/>
        <w:ind w:left="357" w:hanging="357"/>
        <w:rPr>
          <w:lang w:val="ru-RU"/>
        </w:rPr>
      </w:pPr>
      <w:r w:rsidRPr="00B53672">
        <w:rPr>
          <w:lang w:val="ru-RU"/>
        </w:rPr>
        <w:t>Перечислите и определите характеристики светильника.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>Раздел. Безопасность в ЧС.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>Тема. Исследование эффективности средств индивидуальной защиты органов дыхания</w:t>
      </w:r>
    </w:p>
    <w:p w:rsidR="005A39C3" w:rsidRPr="00B53672" w:rsidRDefault="005A39C3" w:rsidP="005A39C3">
      <w:pPr>
        <w:shd w:val="clear" w:color="auto" w:fill="FFFFFF"/>
        <w:spacing w:line="240" w:lineRule="auto"/>
        <w:rPr>
          <w:rFonts w:eastAsia="Calibri"/>
          <w:shd w:val="clear" w:color="auto" w:fill="FFFFFF"/>
          <w:lang w:val="ru-RU"/>
        </w:rPr>
      </w:pPr>
      <w:r w:rsidRPr="00B53672">
        <w:rPr>
          <w:rFonts w:eastAsia="Calibri"/>
          <w:shd w:val="clear" w:color="auto" w:fill="FFFFFF"/>
          <w:lang w:val="ru-RU"/>
        </w:rPr>
        <w:t>1. Перечислите средства индивидуальной защиты органов дыхания?</w:t>
      </w:r>
    </w:p>
    <w:p w:rsidR="005A39C3" w:rsidRPr="00B53672" w:rsidRDefault="005A39C3" w:rsidP="005A39C3">
      <w:pPr>
        <w:shd w:val="clear" w:color="auto" w:fill="FFFFFF"/>
        <w:spacing w:line="240" w:lineRule="auto"/>
        <w:rPr>
          <w:rFonts w:eastAsia="Calibri"/>
          <w:shd w:val="clear" w:color="auto" w:fill="FFFFFF"/>
          <w:lang w:val="ru-RU"/>
        </w:rPr>
      </w:pPr>
      <w:r w:rsidRPr="00B53672">
        <w:rPr>
          <w:rFonts w:eastAsia="Calibri"/>
          <w:shd w:val="clear" w:color="auto" w:fill="FFFFFF"/>
          <w:lang w:val="ru-RU"/>
        </w:rPr>
        <w:t>2. Какими показателями характеризуются защитные свойства средств индивидуальной защиты фильтрующего типа?</w:t>
      </w:r>
    </w:p>
    <w:p w:rsidR="005A39C3" w:rsidRPr="00B53672" w:rsidRDefault="005A39C3" w:rsidP="005A39C3">
      <w:pPr>
        <w:shd w:val="clear" w:color="auto" w:fill="FFFFFF"/>
        <w:spacing w:line="240" w:lineRule="auto"/>
        <w:rPr>
          <w:rFonts w:eastAsia="Calibri"/>
          <w:shd w:val="clear" w:color="auto" w:fill="FFFFFF"/>
          <w:lang w:val="ru-RU"/>
        </w:rPr>
      </w:pPr>
      <w:r w:rsidRPr="00B53672">
        <w:rPr>
          <w:rFonts w:eastAsia="Calibri"/>
          <w:shd w:val="clear" w:color="auto" w:fill="FFFFFF"/>
          <w:lang w:val="ru-RU"/>
        </w:rPr>
        <w:t>3. Какими способами можно определить размер лицевой части противогаза?</w:t>
      </w:r>
      <w:r w:rsidRPr="00803E8B">
        <w:rPr>
          <w:rFonts w:eastAsia="Calibri"/>
          <w:shd w:val="clear" w:color="auto" w:fill="FFFFFF"/>
        </w:rPr>
        <w:t> </w:t>
      </w:r>
    </w:p>
    <w:p w:rsidR="005A39C3" w:rsidRPr="00B53672" w:rsidRDefault="005A39C3" w:rsidP="005A39C3">
      <w:pPr>
        <w:shd w:val="clear" w:color="auto" w:fill="FFFFFF"/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4. Для чего предназначены противогазы фильтрующие гражданские?</w:t>
      </w:r>
    </w:p>
    <w:p w:rsidR="005A39C3" w:rsidRPr="00B53672" w:rsidRDefault="005A39C3" w:rsidP="005A39C3">
      <w:pPr>
        <w:shd w:val="clear" w:color="auto" w:fill="FFFFFF"/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5. Какими путями обеспечивается индивидуальная защита органов дыхания от вредной окружающей воздушной среды?</w:t>
      </w:r>
    </w:p>
    <w:p w:rsidR="005A39C3" w:rsidRPr="00B53672" w:rsidRDefault="005A39C3" w:rsidP="005A39C3">
      <w:pPr>
        <w:shd w:val="clear" w:color="auto" w:fill="FFFFFF"/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6. Почему необходимо сделать выдох при одевании противогаза?</w:t>
      </w:r>
    </w:p>
    <w:p w:rsidR="005A39C3" w:rsidRPr="00B53672" w:rsidRDefault="005A39C3" w:rsidP="005A39C3">
      <w:pPr>
        <w:shd w:val="clear" w:color="auto" w:fill="FFFFFF"/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7. Сколько размеров имеет противогаз гражданский фильтрующий ГП-7?</w:t>
      </w:r>
    </w:p>
    <w:p w:rsidR="005A39C3" w:rsidRPr="00B53672" w:rsidRDefault="005A39C3" w:rsidP="005A39C3">
      <w:pPr>
        <w:shd w:val="clear" w:color="auto" w:fill="FFFFFF"/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8. Комплектность гражданского противогаза?</w:t>
      </w:r>
    </w:p>
    <w:p w:rsidR="005A39C3" w:rsidRPr="00B53672" w:rsidRDefault="005A39C3" w:rsidP="005A39C3">
      <w:pPr>
        <w:shd w:val="clear" w:color="auto" w:fill="FFFFFF"/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9. Что должна содержать маркировка на внешней поверхности корпуса лицевой части гражданского противогаза</w:t>
      </w:r>
      <w:r w:rsidRPr="00B53672">
        <w:rPr>
          <w:rFonts w:eastAsia="Calibri"/>
          <w:i/>
          <w:lang w:val="ru-RU"/>
        </w:rPr>
        <w:t>?</w:t>
      </w:r>
    </w:p>
    <w:p w:rsidR="005A39C3" w:rsidRPr="00B53672" w:rsidRDefault="005A39C3" w:rsidP="005A39C3">
      <w:pPr>
        <w:shd w:val="clear" w:color="auto" w:fill="FEFEFE"/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10. Какие противогазы можно использовать для работы под водой и на какой глубине?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lastRenderedPageBreak/>
        <w:t>11. На основании чего осуществляется подбор лицевой части необходимого типоразмера противогаза ГП-7?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 xml:space="preserve">12. </w:t>
      </w:r>
      <w:r w:rsidRPr="00B53672">
        <w:rPr>
          <w:rFonts w:eastAsia="Calibri"/>
          <w:shd w:val="clear" w:color="auto" w:fill="FFFFFF"/>
          <w:lang w:val="ru-RU"/>
        </w:rPr>
        <w:t>Отличие шланговых противогазов друг от друга?</w:t>
      </w:r>
    </w:p>
    <w:p w:rsidR="005A39C3" w:rsidRPr="00B53672" w:rsidRDefault="005A39C3" w:rsidP="005A39C3">
      <w:pPr>
        <w:shd w:val="clear" w:color="auto" w:fill="FEFEFE"/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 xml:space="preserve">13. Для чего изготавливаются специальные дополнительные </w:t>
      </w:r>
      <w:proofErr w:type="spellStart"/>
      <w:r w:rsidRPr="00B53672">
        <w:rPr>
          <w:rFonts w:eastAsia="Calibri"/>
          <w:lang w:val="ru-RU"/>
        </w:rPr>
        <w:t>гопкалитовые</w:t>
      </w:r>
      <w:proofErr w:type="spellEnd"/>
      <w:r w:rsidRPr="00B53672">
        <w:rPr>
          <w:rFonts w:eastAsia="Calibri"/>
          <w:lang w:val="ru-RU"/>
        </w:rPr>
        <w:t xml:space="preserve"> патроны ДП-1, ДП-2, ДПГ-1, ДПГ-3 и ПЗУ-ПК?</w:t>
      </w:r>
    </w:p>
    <w:p w:rsidR="005A39C3" w:rsidRPr="00B53672" w:rsidRDefault="005A39C3" w:rsidP="005A39C3">
      <w:pPr>
        <w:shd w:val="clear" w:color="auto" w:fill="FFFFFF"/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14. О чем нужно помнить при пользовании противогазом зимой?</w:t>
      </w:r>
    </w:p>
    <w:p w:rsidR="005A39C3" w:rsidRPr="00B53672" w:rsidRDefault="005A39C3" w:rsidP="005A39C3">
      <w:pPr>
        <w:shd w:val="clear" w:color="auto" w:fill="FFFFFF"/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15. Как правильно хранить противогаз?</w:t>
      </w:r>
    </w:p>
    <w:p w:rsidR="005A39C3" w:rsidRPr="00B53672" w:rsidRDefault="005A39C3" w:rsidP="005A39C3">
      <w:pPr>
        <w:shd w:val="clear" w:color="auto" w:fill="FFFFFF"/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16. Как проверить противогаз на герметичность?</w:t>
      </w:r>
    </w:p>
    <w:p w:rsidR="005A39C3" w:rsidRPr="00B53672" w:rsidRDefault="005A39C3" w:rsidP="005A39C3">
      <w:pPr>
        <w:shd w:val="clear" w:color="auto" w:fill="FFFFFF"/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shd w:val="clear" w:color="auto" w:fill="FFFFFF"/>
          <w:lang w:val="ru-RU"/>
        </w:rPr>
        <w:t xml:space="preserve">17. Какой размер должен иметь противогаз марки ГП-7 (ПМК), если длина горизонтальной окружности головы составляет до </w:t>
      </w:r>
      <w:smartTag w:uri="urn:schemas-microsoft-com:office:smarttags" w:element="metricconverter">
        <w:smartTagPr>
          <w:attr w:name="ProductID" w:val="56 см"/>
        </w:smartTagPr>
        <w:r w:rsidRPr="00B53672">
          <w:rPr>
            <w:rFonts w:eastAsia="Calibri"/>
            <w:shd w:val="clear" w:color="auto" w:fill="FFFFFF"/>
            <w:lang w:val="ru-RU"/>
          </w:rPr>
          <w:t>56 см</w:t>
        </w:r>
      </w:smartTag>
      <w:r w:rsidRPr="00B53672">
        <w:rPr>
          <w:rFonts w:eastAsia="Calibri"/>
          <w:shd w:val="clear" w:color="auto" w:fill="FFFFFF"/>
          <w:lang w:val="ru-RU"/>
        </w:rPr>
        <w:t>?</w:t>
      </w:r>
      <w:r w:rsidRPr="00B53672">
        <w:rPr>
          <w:rFonts w:eastAsia="Calibri"/>
          <w:lang w:val="ru-RU"/>
        </w:rPr>
        <w:t xml:space="preserve"> </w:t>
      </w:r>
    </w:p>
    <w:p w:rsidR="005A39C3" w:rsidRPr="00B53672" w:rsidRDefault="005A39C3" w:rsidP="005A39C3">
      <w:pPr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>18. Главное отличие между фильтрующим противогазом и респиратором?</w:t>
      </w:r>
    </w:p>
    <w:p w:rsidR="005A39C3" w:rsidRPr="00B53672" w:rsidRDefault="005A39C3" w:rsidP="005A39C3">
      <w:pPr>
        <w:shd w:val="clear" w:color="auto" w:fill="FFFFFF"/>
        <w:spacing w:line="240" w:lineRule="auto"/>
        <w:rPr>
          <w:rFonts w:eastAsia="Calibri"/>
          <w:lang w:val="ru-RU"/>
        </w:rPr>
      </w:pPr>
      <w:r w:rsidRPr="00B53672">
        <w:rPr>
          <w:rFonts w:eastAsia="Calibri"/>
          <w:lang w:val="ru-RU"/>
        </w:rPr>
        <w:t xml:space="preserve">19. Почему гражданское население пользуется преимущественно фильтрующими противогазами? </w:t>
      </w:r>
    </w:p>
    <w:p w:rsidR="005A39C3" w:rsidRPr="00B53672" w:rsidRDefault="005A39C3" w:rsidP="005A39C3">
      <w:pPr>
        <w:shd w:val="clear" w:color="auto" w:fill="FFFFFF"/>
        <w:spacing w:line="240" w:lineRule="auto"/>
        <w:rPr>
          <w:lang w:val="ru-RU"/>
        </w:rPr>
      </w:pPr>
      <w:r w:rsidRPr="00B53672">
        <w:rPr>
          <w:rFonts w:eastAsia="Calibri"/>
          <w:lang w:val="ru-RU"/>
        </w:rPr>
        <w:t>20. Где располагается фильтрующе-поглощающая коробка в противогазах малого габарита?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Раздел 5. Основы военной подготовки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Тема. Радиационная, химическая и биологическая защита.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1. Цель, задачи и мероприятия РХБ защиты.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2. Способы действий подразделений в условиях радиоактивного заражения.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3. Способы действий подразделений в условиях химического заражения.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4. Способы действий подразделений в условиях биологического заражения.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5. Порядок действий специально подготовленного экипажа, предназначенного для ведения РХБ наблюдения в подразделении.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6. Практические действия подразделений в условиях РХБ заражения.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7. Порядок проведения частичной специальной обработки.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8. Порядок проведения полной специальной обработки.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9. Технические средства радиационной разведки и контроля.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10. Технические средства химической разведки и контроля.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11. Средства индивидуальной защиты органов дыхания и порядок их использования.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12. Средства индивидуальной защиты органов дыхания, подгонка и техническая проверка.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13. Средства индивидуальной защиты органов дыхания (изолирующие противогазы), порядок их использования.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14. Средства индивидуальной защиты кожи и порядок их использования.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15. Средства специальной обработки. Порядок проведения частичной и полной специальной обработки. Средства санитарной обработки и порядок ее проведения. </w:t>
      </w:r>
    </w:p>
    <w:p w:rsidR="005A39C3" w:rsidRPr="00B53672" w:rsidRDefault="005A39C3" w:rsidP="005A39C3">
      <w:pPr>
        <w:spacing w:line="240" w:lineRule="auto"/>
        <w:rPr>
          <w:szCs w:val="24"/>
          <w:lang w:val="ru-RU"/>
        </w:rPr>
      </w:pPr>
      <w:r w:rsidRPr="00B53672">
        <w:rPr>
          <w:lang w:val="ru-RU"/>
        </w:rPr>
        <w:t>16. Порядок использования средств радиационной разведки и контроля (ДП-64).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Тема. Первая помощь при ранениях, травмах и особых случаях.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1. Когда первая помощь считается эффективной?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2. Кто может осуществлять первую помощь?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3. Предусмотрена ли ответственность за неоказание первой помощи и оставление в опасности? Если да, то какая?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4. Кто по закону обязан оказывать первую помощь?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5. Относится ли вызов специалистов для оказания квалифицированной медицинской помощи к мероприятиям по оказанию первой помощи?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6. Включает ли перечень мероприятий по оказанию первой помощи медикаментозную помощь?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7. От чего зависит характер оказываемой первой помощи?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8. Как определить наличие сердцебиения?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9. Какие правила необходимо соблюдать при наложении шин при переломе бедренной кости?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10. Дать понятие определению «иммобилизация»?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11. Как различают кровотечения в зависимости от вида поврежденного сосуда?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12. Что такое паренхиматозное кровотечение?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lastRenderedPageBreak/>
        <w:t xml:space="preserve">13. Потеря, какого объема крови приводит к смерти пострадавшего (в % и литрах)?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14. Где производится пальцевое прижатие сосудов при артериальном кровотечении при ранениях на шее и голове?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15. Способы временной остановки наружного кровотечения (перечислить)?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16. На какие места тела человека нельзя накладывать жгут и почему?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17. Параметры, характеризующие тяжесть ожога?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18. Какими способами можно определить площадь поражения при ожоге?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19. Последствия синдрома длительного сдавливания?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20. Когда следует проводить реанимацию?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21. Охарактеризуйте агонию?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22. Через какой промежуток времени клиническая смерть переходит в биологическую или необратимую смерть?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23. Какие мероприятия следует проводить при диагнозе «Клиническая смерть»?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24. Почему при проведении реанимации человека, находящегося в клинической смерти, необходимо максимально запрокидывать голову пострадавшего максимально назад?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25. Чему равна частота надавливаний на грудину клетки при проведении непрямого массажа сердца?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26. Какова продолжительность одного сдавливания грудной клетки при проведении непрямого массажа сердца?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27. Что необходимо сделать для уменьшения боли и кровотечения при открытом переломе?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28. Почему пострадавших и больных, находящихся в бессознательном состоянии, транспортируют в положении лежа на животе?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 xml:space="preserve">29. В каком положении транспортируют пострадавших с ранениями головы? 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lang w:val="ru-RU"/>
        </w:rPr>
        <w:t>30. Кто подлежит транспортировке в первую очередь?</w:t>
      </w:r>
    </w:p>
    <w:p w:rsidR="005A39C3" w:rsidRPr="00B53672" w:rsidRDefault="005A39C3" w:rsidP="005A39C3">
      <w:pPr>
        <w:ind w:firstLine="180"/>
        <w:rPr>
          <w:szCs w:val="24"/>
          <w:lang w:val="ru-RU"/>
        </w:rPr>
      </w:pPr>
    </w:p>
    <w:p w:rsidR="005A39C3" w:rsidRDefault="005A39C3" w:rsidP="005A39C3">
      <w:pPr>
        <w:ind w:firstLine="360"/>
        <w:jc w:val="center"/>
        <w:rPr>
          <w:b/>
          <w:szCs w:val="24"/>
        </w:rPr>
      </w:pPr>
      <w:proofErr w:type="spellStart"/>
      <w:r w:rsidRPr="008E5BD7">
        <w:rPr>
          <w:b/>
          <w:szCs w:val="24"/>
        </w:rPr>
        <w:t>Критерии</w:t>
      </w:r>
      <w:proofErr w:type="spellEnd"/>
      <w:r w:rsidRPr="008E5BD7">
        <w:rPr>
          <w:b/>
          <w:szCs w:val="24"/>
        </w:rPr>
        <w:t xml:space="preserve"> </w:t>
      </w:r>
      <w:proofErr w:type="spellStart"/>
      <w:r w:rsidRPr="008E5BD7">
        <w:rPr>
          <w:b/>
          <w:szCs w:val="24"/>
        </w:rPr>
        <w:t>оценки</w:t>
      </w:r>
      <w:proofErr w:type="spellEnd"/>
      <w:r>
        <w:rPr>
          <w:b/>
          <w:szCs w:val="24"/>
        </w:rPr>
        <w:t xml:space="preserve"> </w:t>
      </w:r>
    </w:p>
    <w:p w:rsidR="005A39C3" w:rsidRPr="008E5BD7" w:rsidRDefault="005A39C3" w:rsidP="005A39C3">
      <w:pPr>
        <w:spacing w:line="240" w:lineRule="auto"/>
        <w:ind w:firstLine="360"/>
        <w:jc w:val="center"/>
        <w:rPr>
          <w:b/>
          <w:szCs w:val="24"/>
        </w:rPr>
      </w:pPr>
    </w:p>
    <w:tbl>
      <w:tblPr>
        <w:tblW w:w="1016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471"/>
      </w:tblGrid>
      <w:tr w:rsidR="005A39C3" w:rsidRPr="008E5BD7" w:rsidTr="00913455">
        <w:tc>
          <w:tcPr>
            <w:tcW w:w="2697" w:type="dxa"/>
            <w:shd w:val="clear" w:color="auto" w:fill="auto"/>
            <w:vAlign w:val="center"/>
          </w:tcPr>
          <w:p w:rsidR="005A39C3" w:rsidRPr="008E5BD7" w:rsidRDefault="005A39C3" w:rsidP="00913455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8E5BD7">
              <w:rPr>
                <w:b/>
                <w:szCs w:val="24"/>
              </w:rPr>
              <w:t>Оценка</w:t>
            </w:r>
            <w:proofErr w:type="spellEnd"/>
          </w:p>
        </w:tc>
        <w:tc>
          <w:tcPr>
            <w:tcW w:w="7471" w:type="dxa"/>
            <w:vAlign w:val="center"/>
          </w:tcPr>
          <w:p w:rsidR="005A39C3" w:rsidRPr="008E5BD7" w:rsidRDefault="005A39C3" w:rsidP="00913455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8E5BD7">
              <w:rPr>
                <w:b/>
                <w:szCs w:val="24"/>
              </w:rPr>
              <w:t>Критерии</w:t>
            </w:r>
            <w:proofErr w:type="spellEnd"/>
          </w:p>
        </w:tc>
      </w:tr>
      <w:tr w:rsidR="005A39C3" w:rsidRPr="00781B49" w:rsidTr="00913455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5A39C3" w:rsidRPr="008E5BD7" w:rsidRDefault="005A39C3" w:rsidP="00913455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зачтено</w:t>
            </w:r>
            <w:proofErr w:type="spellEnd"/>
          </w:p>
          <w:p w:rsidR="005A39C3" w:rsidRPr="008E5BD7" w:rsidRDefault="005A39C3" w:rsidP="00913455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Обучающийся показывает знание основного материала; при ответе на вопросы не допускает грубых ошибок, но испытывает затруднения в последовательности их изложения; демонстрирует способность применять теоретические знания для анализа практических ситуаций</w:t>
            </w:r>
          </w:p>
        </w:tc>
      </w:tr>
      <w:tr w:rsidR="005A39C3" w:rsidRPr="00781B49" w:rsidTr="00913455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5A39C3" w:rsidRPr="008E5BD7" w:rsidRDefault="005A39C3" w:rsidP="00913455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не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зачтено</w:t>
            </w:r>
            <w:proofErr w:type="spellEnd"/>
          </w:p>
          <w:p w:rsidR="005A39C3" w:rsidRPr="008E5BD7" w:rsidRDefault="005A39C3" w:rsidP="00913455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Обучающийся имеет существенные пробелы в знаниях основного учебного материала по дисциплине; не способен аргументированно и последовательно его излагать, допускает грубые ошибки в ответах, неправильно отвечает на задаваемые дополнительные вопросы или затрудняется с ответом.</w:t>
            </w:r>
          </w:p>
        </w:tc>
      </w:tr>
    </w:tbl>
    <w:p w:rsidR="005A39C3" w:rsidRPr="00B53672" w:rsidRDefault="005A39C3" w:rsidP="005A39C3">
      <w:pPr>
        <w:rPr>
          <w:szCs w:val="24"/>
          <w:lang w:val="ru-RU"/>
        </w:rPr>
      </w:pPr>
    </w:p>
    <w:p w:rsidR="005A39C3" w:rsidRPr="00B53672" w:rsidRDefault="005A39C3" w:rsidP="005A39C3">
      <w:pPr>
        <w:rPr>
          <w:szCs w:val="24"/>
          <w:lang w:val="ru-RU"/>
        </w:rPr>
      </w:pP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Составитель: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 xml:space="preserve">1. С.Ф. Лапина, доцент каф. </w:t>
      </w:r>
      <w:proofErr w:type="spellStart"/>
      <w:r w:rsidRPr="00B53672">
        <w:rPr>
          <w:szCs w:val="24"/>
          <w:lang w:val="ru-RU"/>
        </w:rPr>
        <w:t>ЭБЖиФ</w:t>
      </w:r>
      <w:proofErr w:type="spellEnd"/>
      <w:r w:rsidRPr="00B53672">
        <w:rPr>
          <w:szCs w:val="24"/>
          <w:lang w:val="ru-RU"/>
        </w:rPr>
        <w:t xml:space="preserve">, </w:t>
      </w:r>
      <w:proofErr w:type="spellStart"/>
      <w:r w:rsidRPr="00B53672">
        <w:rPr>
          <w:szCs w:val="24"/>
          <w:lang w:val="ru-RU"/>
        </w:rPr>
        <w:t>к.фарм.н</w:t>
      </w:r>
      <w:proofErr w:type="spellEnd"/>
      <w:r w:rsidRPr="00B53672">
        <w:rPr>
          <w:szCs w:val="24"/>
          <w:lang w:val="ru-RU"/>
        </w:rPr>
        <w:t>.             _______________________</w:t>
      </w:r>
    </w:p>
    <w:p w:rsidR="007C0353" w:rsidRDefault="007C0353" w:rsidP="007C0353">
      <w:pPr>
        <w:rPr>
          <w:lang w:val="ru-RU"/>
        </w:rPr>
      </w:pPr>
      <w:r>
        <w:rPr>
          <w:lang w:val="ru-RU"/>
        </w:rPr>
        <w:t>«22» апреля 2026</w:t>
      </w:r>
    </w:p>
    <w:p w:rsidR="005A39C3" w:rsidRPr="00B53672" w:rsidRDefault="005A39C3" w:rsidP="005A39C3">
      <w:pPr>
        <w:rPr>
          <w:b/>
          <w:lang w:val="ru-RU"/>
        </w:rPr>
      </w:pPr>
    </w:p>
    <w:p w:rsidR="005A39C3" w:rsidRPr="00B53672" w:rsidRDefault="005A39C3" w:rsidP="005A39C3">
      <w:pPr>
        <w:rPr>
          <w:b/>
          <w:lang w:val="ru-RU"/>
        </w:rPr>
      </w:pPr>
    </w:p>
    <w:p w:rsidR="005A39C3" w:rsidRPr="00B53672" w:rsidRDefault="005A39C3" w:rsidP="005A39C3">
      <w:pPr>
        <w:rPr>
          <w:b/>
          <w:lang w:val="ru-RU"/>
        </w:rPr>
      </w:pPr>
    </w:p>
    <w:p w:rsidR="005A39C3" w:rsidRPr="00B53672" w:rsidRDefault="005A39C3" w:rsidP="005A39C3">
      <w:pPr>
        <w:widowControl w:val="0"/>
        <w:ind w:firstLine="708"/>
        <w:jc w:val="center"/>
        <w:rPr>
          <w:b/>
          <w:szCs w:val="24"/>
          <w:lang w:val="ru-RU"/>
        </w:rPr>
      </w:pPr>
      <w:r w:rsidRPr="00B53672">
        <w:rPr>
          <w:b/>
          <w:szCs w:val="24"/>
          <w:lang w:val="ru-RU"/>
        </w:rPr>
        <w:lastRenderedPageBreak/>
        <w:t>Комплект оценочных средств для промежуточной аттестации</w:t>
      </w:r>
    </w:p>
    <w:p w:rsidR="005A39C3" w:rsidRPr="00B53672" w:rsidRDefault="005A39C3" w:rsidP="005A39C3">
      <w:pPr>
        <w:widowControl w:val="0"/>
        <w:ind w:firstLine="708"/>
        <w:jc w:val="center"/>
        <w:rPr>
          <w:b/>
          <w:szCs w:val="24"/>
          <w:lang w:val="ru-RU"/>
        </w:rPr>
      </w:pPr>
    </w:p>
    <w:p w:rsidR="005A39C3" w:rsidRPr="00B53672" w:rsidRDefault="005A39C3" w:rsidP="005A39C3">
      <w:pPr>
        <w:widowControl w:val="0"/>
        <w:ind w:firstLine="708"/>
        <w:jc w:val="center"/>
        <w:rPr>
          <w:b/>
          <w:szCs w:val="24"/>
          <w:lang w:val="ru-RU"/>
        </w:rPr>
      </w:pPr>
      <w:r w:rsidRPr="00B53672">
        <w:rPr>
          <w:b/>
          <w:szCs w:val="24"/>
          <w:lang w:val="ru-RU"/>
        </w:rPr>
        <w:t>Вопросы к зачету по дисциплине Безопасность жизнедеятельности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371"/>
      </w:tblGrid>
      <w:tr w:rsidR="005A39C3" w:rsidRPr="008E5BD7" w:rsidTr="00913455">
        <w:trPr>
          <w:trHeight w:val="128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39C3" w:rsidRPr="00B53672" w:rsidRDefault="005A39C3" w:rsidP="00913455">
            <w:pPr>
              <w:widowControl w:val="0"/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 xml:space="preserve">№ и наименование </w:t>
            </w:r>
          </w:p>
          <w:p w:rsidR="005A39C3" w:rsidRPr="00B53672" w:rsidRDefault="005A39C3" w:rsidP="00913455">
            <w:pPr>
              <w:widowControl w:val="0"/>
              <w:spacing w:line="240" w:lineRule="auto"/>
              <w:jc w:val="center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раздела</w:t>
            </w:r>
          </w:p>
          <w:p w:rsidR="005A39C3" w:rsidRPr="00B53672" w:rsidRDefault="005A39C3" w:rsidP="00913455">
            <w:pPr>
              <w:widowControl w:val="0"/>
              <w:spacing w:line="240" w:lineRule="auto"/>
              <w:jc w:val="center"/>
              <w:rPr>
                <w:i/>
                <w:szCs w:val="24"/>
                <w:lang w:val="ru-RU"/>
              </w:rPr>
            </w:pPr>
            <w:r w:rsidRPr="00B53672">
              <w:rPr>
                <w:rFonts w:eastAsiaTheme="minorHAnsi"/>
                <w:i/>
                <w:iCs/>
                <w:sz w:val="18"/>
                <w:szCs w:val="18"/>
                <w:lang w:val="ru-RU"/>
              </w:rPr>
              <w:t>(согласно р.3 Паспорта)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9C3" w:rsidRPr="008E5BD7" w:rsidRDefault="005A39C3" w:rsidP="00913455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ВОПРОСЫ</w:t>
            </w:r>
            <w:r>
              <w:rPr>
                <w:b/>
                <w:szCs w:val="24"/>
              </w:rPr>
              <w:t xml:space="preserve"> К ЗАЧЕТУ</w:t>
            </w:r>
          </w:p>
          <w:p w:rsidR="005A39C3" w:rsidRPr="008E5BD7" w:rsidRDefault="005A39C3" w:rsidP="00913455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</w:tr>
      <w:tr w:rsidR="005A39C3" w:rsidRPr="008E5BD7" w:rsidTr="0091345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9C3" w:rsidRPr="008E5BD7" w:rsidRDefault="005A39C3" w:rsidP="00913455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9C3" w:rsidRPr="008E5BD7" w:rsidRDefault="005A39C3" w:rsidP="00913455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2</w:t>
            </w:r>
          </w:p>
        </w:tc>
      </w:tr>
      <w:tr w:rsidR="005A39C3" w:rsidRPr="008E5BD7" w:rsidTr="00913455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8E5BD7" w:rsidRDefault="005A39C3" w:rsidP="00913455">
            <w:pPr>
              <w:widowControl w:val="0"/>
              <w:spacing w:line="240" w:lineRule="auto"/>
              <w:rPr>
                <w:szCs w:val="24"/>
              </w:rPr>
            </w:pPr>
            <w:r>
              <w:t xml:space="preserve">1. </w:t>
            </w:r>
            <w:proofErr w:type="spellStart"/>
            <w:r>
              <w:t>Концептуальные</w:t>
            </w:r>
            <w:proofErr w:type="spellEnd"/>
            <w:r>
              <w:t xml:space="preserve"> </w:t>
            </w:r>
            <w:proofErr w:type="spellStart"/>
            <w:r>
              <w:t>основы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 xml:space="preserve"> </w:t>
            </w:r>
            <w:proofErr w:type="spellStart"/>
            <w:r>
              <w:t>жизнедеятельности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1.Теоретические основы безопасности жизнедеятельности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1.1. Термины и определения основных понятий в безопасности жизнедеятельности.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1.2. Понятие опасности. Классификация опасности по видам источников возникновения опасностей, по природе действия, по времени проявления отрицательных последствий. Характеристики опасности (номенклатура, квантификация, идентификация).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1.3. Понятие риска. Концепция приемлемого риска.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1.4. Принципы обеспечения безопасности жизнедеятельности.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1.5. Методы обеспечения безопасности жизнедеятельности. </w:t>
            </w:r>
          </w:p>
          <w:p w:rsidR="005A39C3" w:rsidRPr="00267864" w:rsidRDefault="005A39C3" w:rsidP="00913455">
            <w:pPr>
              <w:spacing w:line="240" w:lineRule="auto"/>
              <w:rPr>
                <w:szCs w:val="24"/>
              </w:rPr>
            </w:pPr>
            <w:r>
              <w:t xml:space="preserve">1.6. </w:t>
            </w:r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обеспечения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 xml:space="preserve"> </w:t>
            </w:r>
            <w:proofErr w:type="spellStart"/>
            <w:r>
              <w:t>труда</w:t>
            </w:r>
            <w:proofErr w:type="spellEnd"/>
            <w:r>
              <w:t>.</w:t>
            </w:r>
          </w:p>
        </w:tc>
      </w:tr>
      <w:tr w:rsidR="005A39C3" w:rsidRPr="00781B49" w:rsidTr="00913455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B53672" w:rsidRDefault="005A39C3" w:rsidP="00913455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2.</w:t>
            </w:r>
            <w:r w:rsidRPr="00B53672">
              <w:rPr>
                <w:szCs w:val="24"/>
                <w:lang w:val="ru-RU"/>
              </w:rPr>
              <w:t xml:space="preserve"> </w:t>
            </w:r>
            <w:r w:rsidRPr="00B53672">
              <w:rPr>
                <w:lang w:val="ru-RU"/>
              </w:rPr>
              <w:t>Опасные и вредные факторы среды обитания, их воздействие на человека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2.1. Взаимодействие человека со средой обитания. Характерные состояния взаимодействия в системе «человек-среда обитания».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2.2. Критерии безопасного взаимодействия человека со средой обитания (ПДК, ПДУ, приемлемый риск).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2.3. Негативные факторы. Причины возникновения негативных факторов </w:t>
            </w:r>
            <w:proofErr w:type="spellStart"/>
            <w:r w:rsidRPr="00B53672">
              <w:rPr>
                <w:lang w:val="ru-RU"/>
              </w:rPr>
              <w:t>техносферы</w:t>
            </w:r>
            <w:proofErr w:type="spellEnd"/>
            <w:r w:rsidRPr="00B53672">
              <w:rPr>
                <w:lang w:val="ru-RU"/>
              </w:rPr>
              <w:t xml:space="preserve">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2.4. Опасные и вредные производственные факторы, классификация их по природе действия.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2.5. Вредные вещества. Классификация вредных веществ по степени и характеру воздействия на организм человека, по пути поступления в организм человека. Комбинированное и комплексное действие вредных веществ. Действие вредных веществ на организм человека. 2.6. Основные методы и средства защиты от воздействия вредных веществ.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2.8 </w:t>
            </w:r>
            <w:proofErr w:type="spellStart"/>
            <w:r w:rsidRPr="00B53672">
              <w:rPr>
                <w:lang w:val="ru-RU"/>
              </w:rPr>
              <w:t>Пожаро</w:t>
            </w:r>
            <w:proofErr w:type="spellEnd"/>
            <w:r w:rsidRPr="00B53672">
              <w:rPr>
                <w:lang w:val="ru-RU"/>
              </w:rPr>
              <w:t xml:space="preserve">- и взрывоопасные объекты (ПВОО): понятие и классификация.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2.9. Пожарная опасность веществ и материалов. Показатели </w:t>
            </w:r>
            <w:proofErr w:type="spellStart"/>
            <w:r w:rsidRPr="00B53672">
              <w:rPr>
                <w:lang w:val="ru-RU"/>
              </w:rPr>
              <w:t>пожаровзрывоопасности</w:t>
            </w:r>
            <w:proofErr w:type="spellEnd"/>
            <w:r w:rsidRPr="00B53672">
              <w:rPr>
                <w:lang w:val="ru-RU"/>
              </w:rPr>
              <w:t xml:space="preserve"> и пожарной опасности веществ и материалов.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2.10. Пожары и их классификация. Причины возникновения пожаров. Распространение пожара, параметры, характеризующие пожар. Стадии развития пожара.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2.11. Опасные факторы пожаров и сопутствующие проявления опасных факторов пожара. Зоны горения. Зоны поражения при авариях на ПВОО.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2.12. Взрывы. Виды взрывов. Возможные причины взрывов. Последствия взрывов на ПВОО.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2.13. Пассивные меры противопожарной защиты: архитектурно-планировочные мероприятия (зонирование территории, </w:t>
            </w:r>
            <w:r w:rsidRPr="00B53672">
              <w:rPr>
                <w:lang w:val="ru-RU"/>
              </w:rPr>
              <w:lastRenderedPageBreak/>
              <w:t xml:space="preserve">противопожарные разрывы между зданиями) и конструктивные меры (противопожарные стены, противопожарные зоны, противопожарные перекрытия, </w:t>
            </w:r>
            <w:proofErr w:type="spellStart"/>
            <w:r w:rsidRPr="00B53672">
              <w:rPr>
                <w:lang w:val="ru-RU"/>
              </w:rPr>
              <w:t>легкосбрасываемые</w:t>
            </w:r>
            <w:proofErr w:type="spellEnd"/>
            <w:r w:rsidRPr="00B53672">
              <w:rPr>
                <w:lang w:val="ru-RU"/>
              </w:rPr>
              <w:t xml:space="preserve"> конструкции, </w:t>
            </w:r>
            <w:proofErr w:type="spellStart"/>
            <w:r w:rsidRPr="00B53672">
              <w:rPr>
                <w:lang w:val="ru-RU"/>
              </w:rPr>
              <w:t>огнепреградители</w:t>
            </w:r>
            <w:proofErr w:type="spellEnd"/>
            <w:r w:rsidRPr="00B53672">
              <w:rPr>
                <w:lang w:val="ru-RU"/>
              </w:rPr>
              <w:t xml:space="preserve">, системы </w:t>
            </w:r>
            <w:proofErr w:type="spellStart"/>
            <w:r w:rsidRPr="00B53672">
              <w:rPr>
                <w:lang w:val="ru-RU"/>
              </w:rPr>
              <w:t>противодымной</w:t>
            </w:r>
            <w:proofErr w:type="spellEnd"/>
            <w:r w:rsidRPr="00B53672">
              <w:rPr>
                <w:lang w:val="ru-RU"/>
              </w:rPr>
              <w:t xml:space="preserve"> защиты зданий).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2.14. Активные меры противопожарной защиты: тушение пожара. Огнетушащие вещества: классификация, свойства и особенности применения; пожарная техника (пожарная сигнализация, связь и оповещение установки пожаротушения, первичные средства пожаротушения). </w:t>
            </w:r>
          </w:p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lang w:val="ru-RU"/>
              </w:rPr>
              <w:t>2.15. Предупреждение возникновения пожаров и взрывов.</w:t>
            </w:r>
          </w:p>
        </w:tc>
      </w:tr>
      <w:tr w:rsidR="005A39C3" w:rsidRPr="00781B49" w:rsidTr="00913455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B53672" w:rsidRDefault="005A39C3" w:rsidP="00913455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lastRenderedPageBreak/>
              <w:t xml:space="preserve">3. </w:t>
            </w:r>
            <w:r w:rsidRPr="00B53672">
              <w:rPr>
                <w:lang w:val="ru-RU"/>
              </w:rPr>
              <w:t>Основные формы деятельности человека и условия их эффективной реализации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3.1. Строение и функции анализаторов.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3.2. Строение и функции нервной системы.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3.3. Виды совместимости в системе «ЧМСО»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3.4. Характеристика форм физического и умственного труда.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3.5 Работоспособность, динамика и пути ее повышения.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3.6. Характеристики освещения и световой среды. Системы и виды искусственного освещения.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3.7. Гигиеническое нормирование естественного и искусственного освещения.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3.8. Искусственные источники света: типы источников света, их основные характеристики, достоинства и недостатки, особенности применения.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3.9. Микроклимат помещений. Показатели микроклимата.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3.10. Гигиеническое нормирование параметров микроклимата. </w:t>
            </w:r>
          </w:p>
          <w:p w:rsidR="005A39C3" w:rsidRPr="00B53672" w:rsidRDefault="005A39C3" w:rsidP="00913455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B53672">
              <w:rPr>
                <w:lang w:val="ru-RU"/>
              </w:rPr>
              <w:t>3.11. Методы обеспечения комфортных климатических условий в помещениях: системы отопления, вентиляции и кондиционирования</w:t>
            </w:r>
            <w:r w:rsidRPr="00B53672">
              <w:rPr>
                <w:szCs w:val="24"/>
                <w:lang w:val="ru-RU"/>
              </w:rPr>
              <w:t>.</w:t>
            </w:r>
          </w:p>
        </w:tc>
      </w:tr>
      <w:tr w:rsidR="005A39C3" w:rsidRPr="00781B49" w:rsidTr="00913455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Default="005A39C3" w:rsidP="00913455">
            <w:pPr>
              <w:widowControl w:val="0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4. </w:t>
            </w:r>
            <w:proofErr w:type="spellStart"/>
            <w:r>
              <w:t>Безопасность</w:t>
            </w:r>
            <w:proofErr w:type="spellEnd"/>
            <w:r>
              <w:t xml:space="preserve"> в ЧС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4.1. ЧС: понятие, классификация, стадии развития.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4.2. Организация службы ГО и ЧС в России.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4.3. Система оповещения населения в условия ЧС.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4.4. Принципы защиты населения в условия ЧС.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4.5. Способы защиты населения в условия ЧС.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4.6. Защита от терроризма.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4.7. Основы организации спасательных и других неотложных аварийно-восстановительных работ.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4.8. ЧС в законах и подзаконных актах.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4.9. Структура, силы и средства РСЧС.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4.10. Средства индивидуальной защиты органов дыхания и их классификация по конструкции и принципу действия.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>4.1. Классификация лицевых частей СИЗОД по конструкции.</w:t>
            </w:r>
          </w:p>
        </w:tc>
      </w:tr>
      <w:tr w:rsidR="005A39C3" w:rsidRPr="00781B49" w:rsidTr="00913455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267864" w:rsidRDefault="005A39C3" w:rsidP="00913455">
            <w:pPr>
              <w:widowControl w:val="0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267864">
              <w:rPr>
                <w:szCs w:val="24"/>
              </w:rPr>
              <w:t xml:space="preserve">. </w:t>
            </w:r>
            <w:proofErr w:type="spellStart"/>
            <w:r>
              <w:t>Основы</w:t>
            </w:r>
            <w:proofErr w:type="spellEnd"/>
            <w:r>
              <w:t xml:space="preserve"> </w:t>
            </w:r>
            <w:proofErr w:type="spellStart"/>
            <w:r>
              <w:t>военной</w:t>
            </w:r>
            <w:proofErr w:type="spellEnd"/>
            <w:r>
              <w:t xml:space="preserve"> </w:t>
            </w:r>
            <w:proofErr w:type="spellStart"/>
            <w:r>
              <w:t>подготовки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5.1. Средства применения ядерного оружия. Поражающие факторы ядерного взрыва и их воздействие на организм человека и окружающую среду.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5.2. Организация и основные мероприятия радиационной защиты. 5.3. Химическое оружие. Классификация ОВ, их назначение, воздействие на организм человека.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5.4. Организация и основные мероприятия химической защиты.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5.5. Основные виды биологического оружия. Поражающее действие, средства и признаки поражения.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5.6. Организация и основные мероприятия биологической защиты. 5.7. Поражающее действие зажигательного оружия на личный состав, вооружение и военную технику, средства и способы защиты. </w:t>
            </w:r>
            <w:r w:rsidRPr="00B53672">
              <w:rPr>
                <w:lang w:val="ru-RU"/>
              </w:rPr>
              <w:lastRenderedPageBreak/>
              <w:t xml:space="preserve">5.8. Основные способы и средства защиты населения в чрезвычайных ситуациях военного времени. Эвакуация и рассредоточение в безопасную зону.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5.9. Военная доктрина РФ.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5.10. Правовая основа воинской обязанности и военной службы.  5.11. Организация оказания первой помощи в России. 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5.12. Нормативно-правовая база, определяющая права, обязанности и ответственность при оказании первой помощи.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lang w:val="ru-RU"/>
              </w:rPr>
              <w:t xml:space="preserve">5.13. Понятие «первая помощь», перечень состояний при которых оказывается первая помощь. </w:t>
            </w:r>
          </w:p>
          <w:p w:rsidR="005A39C3" w:rsidRPr="00B53672" w:rsidRDefault="005A39C3" w:rsidP="00913455">
            <w:pPr>
              <w:spacing w:line="240" w:lineRule="auto"/>
              <w:rPr>
                <w:bCs/>
                <w:szCs w:val="24"/>
                <w:lang w:val="ru-RU"/>
              </w:rPr>
            </w:pPr>
            <w:r w:rsidRPr="00B53672">
              <w:rPr>
                <w:lang w:val="ru-RU"/>
              </w:rPr>
              <w:t>5.14. Средства, используемы для оказания первой помощи.</w:t>
            </w:r>
          </w:p>
        </w:tc>
      </w:tr>
    </w:tbl>
    <w:p w:rsidR="005A39C3" w:rsidRPr="00B53672" w:rsidRDefault="005A39C3" w:rsidP="005A39C3">
      <w:pPr>
        <w:rPr>
          <w:szCs w:val="24"/>
          <w:lang w:val="ru-RU"/>
        </w:rPr>
      </w:pPr>
    </w:p>
    <w:p w:rsidR="005A39C3" w:rsidRPr="00B53672" w:rsidRDefault="005A39C3" w:rsidP="005A39C3">
      <w:pPr>
        <w:ind w:firstLine="360"/>
        <w:jc w:val="center"/>
        <w:rPr>
          <w:b/>
          <w:szCs w:val="24"/>
          <w:lang w:val="ru-RU"/>
        </w:rPr>
      </w:pPr>
    </w:p>
    <w:p w:rsidR="005A39C3" w:rsidRDefault="005A39C3" w:rsidP="005A39C3">
      <w:pPr>
        <w:ind w:firstLine="360"/>
        <w:jc w:val="center"/>
        <w:rPr>
          <w:b/>
          <w:szCs w:val="24"/>
        </w:rPr>
      </w:pPr>
      <w:proofErr w:type="spellStart"/>
      <w:r w:rsidRPr="008E5BD7">
        <w:rPr>
          <w:b/>
          <w:szCs w:val="24"/>
        </w:rPr>
        <w:t>Критерии</w:t>
      </w:r>
      <w:proofErr w:type="spellEnd"/>
      <w:r w:rsidRPr="008E5BD7">
        <w:rPr>
          <w:b/>
          <w:szCs w:val="24"/>
        </w:rPr>
        <w:t xml:space="preserve"> </w:t>
      </w:r>
      <w:proofErr w:type="spellStart"/>
      <w:r w:rsidRPr="008E5BD7">
        <w:rPr>
          <w:b/>
          <w:szCs w:val="24"/>
        </w:rPr>
        <w:t>оценки</w:t>
      </w:r>
      <w:proofErr w:type="spellEnd"/>
      <w:r>
        <w:rPr>
          <w:b/>
          <w:szCs w:val="24"/>
        </w:rPr>
        <w:t xml:space="preserve"> </w:t>
      </w:r>
    </w:p>
    <w:p w:rsidR="005A39C3" w:rsidRPr="008E5BD7" w:rsidRDefault="005A39C3" w:rsidP="005A39C3">
      <w:pPr>
        <w:ind w:firstLine="360"/>
        <w:jc w:val="center"/>
        <w:rPr>
          <w:b/>
          <w:szCs w:val="24"/>
        </w:rPr>
      </w:pPr>
    </w:p>
    <w:tbl>
      <w:tblPr>
        <w:tblW w:w="1016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471"/>
      </w:tblGrid>
      <w:tr w:rsidR="005A39C3" w:rsidRPr="008E5BD7" w:rsidTr="00913455">
        <w:tc>
          <w:tcPr>
            <w:tcW w:w="2697" w:type="dxa"/>
            <w:shd w:val="clear" w:color="auto" w:fill="auto"/>
            <w:vAlign w:val="center"/>
          </w:tcPr>
          <w:p w:rsidR="005A39C3" w:rsidRPr="008E5BD7" w:rsidRDefault="005A39C3" w:rsidP="00913455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8E5BD7">
              <w:rPr>
                <w:b/>
                <w:szCs w:val="24"/>
              </w:rPr>
              <w:t>Оценка</w:t>
            </w:r>
            <w:proofErr w:type="spellEnd"/>
          </w:p>
        </w:tc>
        <w:tc>
          <w:tcPr>
            <w:tcW w:w="7471" w:type="dxa"/>
            <w:vAlign w:val="center"/>
          </w:tcPr>
          <w:p w:rsidR="005A39C3" w:rsidRPr="008E5BD7" w:rsidRDefault="005A39C3" w:rsidP="00913455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8E5BD7">
              <w:rPr>
                <w:b/>
                <w:szCs w:val="24"/>
              </w:rPr>
              <w:t>Критерии</w:t>
            </w:r>
            <w:proofErr w:type="spellEnd"/>
          </w:p>
        </w:tc>
      </w:tr>
      <w:tr w:rsidR="005A39C3" w:rsidRPr="00781B49" w:rsidTr="00913455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5A39C3" w:rsidRPr="008E5BD7" w:rsidRDefault="005A39C3" w:rsidP="00913455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зачтено</w:t>
            </w:r>
            <w:proofErr w:type="spellEnd"/>
          </w:p>
          <w:p w:rsidR="005A39C3" w:rsidRPr="008E5BD7" w:rsidRDefault="005A39C3" w:rsidP="00913455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Обучающийся показывает знание основного материала в объеме, необходимом для предстоящей профессиональной деятельности</w:t>
            </w:r>
            <w:r w:rsidRPr="00B53672">
              <w:rPr>
                <w:lang w:val="ru-RU"/>
              </w:rPr>
              <w:t>, излагает его четко, в логической последовательности и аргументированно; демонстрирует усвоение основных понятий дисциплины, способен увязать теоретические аспекты предмета с применимостью полученных знаний в практической деятельности.</w:t>
            </w:r>
          </w:p>
        </w:tc>
      </w:tr>
      <w:tr w:rsidR="005A39C3" w:rsidRPr="00781B49" w:rsidTr="00913455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5A39C3" w:rsidRPr="008E5BD7" w:rsidRDefault="005A39C3" w:rsidP="00913455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не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зачтено</w:t>
            </w:r>
            <w:proofErr w:type="spellEnd"/>
          </w:p>
          <w:p w:rsidR="005A39C3" w:rsidRPr="008E5BD7" w:rsidRDefault="005A39C3" w:rsidP="00913455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Обучающийся имеет существенные пробелы в знаниях основного учебного материала по дисциплине; не способен аргументированно и последовательно его излагать, допускает грубые ошибки в ответах, неправильно отвечает на задаваемые вопросы или затрудняется с ответом; не подтверждает освоение компетенций, предусмотренных программой</w:t>
            </w:r>
          </w:p>
        </w:tc>
      </w:tr>
    </w:tbl>
    <w:p w:rsidR="005A39C3" w:rsidRPr="00B53672" w:rsidRDefault="005A39C3" w:rsidP="005A39C3">
      <w:pPr>
        <w:rPr>
          <w:szCs w:val="24"/>
          <w:lang w:val="ru-RU"/>
        </w:rPr>
      </w:pP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Составитель: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 xml:space="preserve">Лапина Светлана Федоровна, доцент, </w:t>
      </w:r>
      <w:proofErr w:type="spellStart"/>
      <w:r w:rsidRPr="00B53672">
        <w:rPr>
          <w:szCs w:val="24"/>
          <w:lang w:val="ru-RU"/>
        </w:rPr>
        <w:t>к.фарм.н</w:t>
      </w:r>
      <w:proofErr w:type="spellEnd"/>
      <w:r w:rsidRPr="00B53672">
        <w:rPr>
          <w:szCs w:val="24"/>
          <w:lang w:val="ru-RU"/>
        </w:rPr>
        <w:t>. __________________________________</w:t>
      </w:r>
    </w:p>
    <w:p w:rsidR="005A39C3" w:rsidRPr="00B53672" w:rsidRDefault="005A39C3" w:rsidP="005A39C3">
      <w:pPr>
        <w:pStyle w:val="ae"/>
        <w:rPr>
          <w:szCs w:val="24"/>
          <w:lang w:val="ru-RU"/>
        </w:rPr>
      </w:pPr>
    </w:p>
    <w:p w:rsidR="007C0353" w:rsidRDefault="007C0353" w:rsidP="007C0353">
      <w:pPr>
        <w:rPr>
          <w:lang w:val="ru-RU"/>
        </w:rPr>
      </w:pPr>
      <w:r>
        <w:rPr>
          <w:lang w:val="ru-RU"/>
        </w:rPr>
        <w:t>«22» апреля 2026</w:t>
      </w:r>
    </w:p>
    <w:p w:rsidR="005A39C3" w:rsidRPr="00B53672" w:rsidRDefault="005A39C3" w:rsidP="005A39C3">
      <w:pPr>
        <w:pStyle w:val="ae"/>
        <w:rPr>
          <w:szCs w:val="24"/>
          <w:lang w:val="ru-RU"/>
        </w:rPr>
      </w:pPr>
    </w:p>
    <w:p w:rsidR="005A39C3" w:rsidRPr="00B53672" w:rsidRDefault="005A39C3" w:rsidP="005A39C3">
      <w:pPr>
        <w:rPr>
          <w:b/>
          <w:lang w:val="ru-RU"/>
        </w:rPr>
      </w:pPr>
    </w:p>
    <w:p w:rsidR="005A39C3" w:rsidRPr="00B53672" w:rsidRDefault="005A39C3" w:rsidP="005A39C3">
      <w:pPr>
        <w:rPr>
          <w:b/>
          <w:lang w:val="ru-RU"/>
        </w:rPr>
      </w:pPr>
    </w:p>
    <w:p w:rsidR="005A39C3" w:rsidRPr="00B53672" w:rsidRDefault="005A39C3" w:rsidP="005A39C3">
      <w:pPr>
        <w:rPr>
          <w:b/>
          <w:lang w:val="ru-RU"/>
        </w:rPr>
      </w:pPr>
    </w:p>
    <w:p w:rsidR="005A39C3" w:rsidRPr="00B53672" w:rsidRDefault="005A39C3" w:rsidP="005A39C3">
      <w:pPr>
        <w:rPr>
          <w:b/>
          <w:lang w:val="ru-RU"/>
        </w:rPr>
      </w:pPr>
    </w:p>
    <w:p w:rsidR="005A39C3" w:rsidRPr="00B53672" w:rsidRDefault="005A39C3" w:rsidP="005A39C3">
      <w:pPr>
        <w:rPr>
          <w:b/>
          <w:lang w:val="ru-RU"/>
        </w:rPr>
      </w:pPr>
    </w:p>
    <w:p w:rsidR="005A39C3" w:rsidRPr="00B53672" w:rsidRDefault="005A39C3" w:rsidP="005A39C3">
      <w:pPr>
        <w:rPr>
          <w:b/>
          <w:lang w:val="ru-RU"/>
        </w:rPr>
      </w:pPr>
    </w:p>
    <w:p w:rsidR="005A39C3" w:rsidRPr="00B53672" w:rsidRDefault="005A39C3" w:rsidP="005A39C3">
      <w:pPr>
        <w:rPr>
          <w:b/>
          <w:lang w:val="ru-RU"/>
        </w:rPr>
      </w:pPr>
    </w:p>
    <w:p w:rsidR="005A39C3" w:rsidRPr="00B53672" w:rsidRDefault="005A39C3" w:rsidP="005A39C3">
      <w:pPr>
        <w:rPr>
          <w:b/>
          <w:lang w:val="ru-RU"/>
        </w:rPr>
      </w:pPr>
    </w:p>
    <w:p w:rsidR="005A39C3" w:rsidRPr="00B53672" w:rsidRDefault="005A39C3" w:rsidP="005A39C3">
      <w:pPr>
        <w:spacing w:line="240" w:lineRule="auto"/>
        <w:jc w:val="center"/>
        <w:rPr>
          <w:b/>
          <w:bCs/>
          <w:szCs w:val="24"/>
          <w:lang w:val="ru-RU"/>
        </w:rPr>
      </w:pPr>
      <w:r w:rsidRPr="00B53672">
        <w:rPr>
          <w:b/>
          <w:bCs/>
          <w:szCs w:val="24"/>
          <w:lang w:val="ru-RU"/>
        </w:rPr>
        <w:lastRenderedPageBreak/>
        <w:t>Комплект оценочных средств для диагностического дисциплинарного тестирования</w:t>
      </w:r>
    </w:p>
    <w:p w:rsidR="005A39C3" w:rsidRPr="00B53672" w:rsidRDefault="005A39C3" w:rsidP="005A39C3">
      <w:pPr>
        <w:spacing w:line="240" w:lineRule="auto"/>
        <w:jc w:val="center"/>
        <w:rPr>
          <w:b/>
          <w:bCs/>
          <w:szCs w:val="24"/>
          <w:lang w:val="ru-RU"/>
        </w:rPr>
      </w:pPr>
    </w:p>
    <w:p w:rsidR="005A39C3" w:rsidRPr="00B53672" w:rsidRDefault="005A39C3" w:rsidP="005A39C3">
      <w:pPr>
        <w:spacing w:line="240" w:lineRule="auto"/>
        <w:jc w:val="center"/>
        <w:rPr>
          <w:b/>
          <w:bCs/>
          <w:szCs w:val="24"/>
          <w:lang w:val="ru-RU"/>
        </w:rPr>
      </w:pPr>
      <w:r w:rsidRPr="00B53672">
        <w:rPr>
          <w:b/>
          <w:bCs/>
          <w:szCs w:val="24"/>
          <w:lang w:val="ru-RU"/>
        </w:rPr>
        <w:t>Оценочные средства</w:t>
      </w:r>
    </w:p>
    <w:p w:rsidR="005A39C3" w:rsidRPr="00B53672" w:rsidRDefault="005A39C3" w:rsidP="005A39C3">
      <w:pPr>
        <w:spacing w:line="240" w:lineRule="auto"/>
        <w:jc w:val="center"/>
        <w:rPr>
          <w:b/>
          <w:bCs/>
          <w:szCs w:val="24"/>
          <w:lang w:val="ru-RU"/>
        </w:rPr>
      </w:pPr>
      <w:r w:rsidRPr="00B53672">
        <w:rPr>
          <w:b/>
          <w:bCs/>
          <w:szCs w:val="24"/>
          <w:lang w:val="ru-RU"/>
        </w:rPr>
        <w:t>для диагностического дисциплинарного тестирования</w:t>
      </w:r>
    </w:p>
    <w:p w:rsidR="005A39C3" w:rsidRPr="00B53672" w:rsidRDefault="005A39C3" w:rsidP="005A39C3">
      <w:pPr>
        <w:spacing w:line="240" w:lineRule="auto"/>
        <w:rPr>
          <w:lang w:val="ru-RU"/>
        </w:rPr>
      </w:pPr>
      <w:r w:rsidRPr="00B53672">
        <w:rPr>
          <w:szCs w:val="24"/>
          <w:lang w:val="ru-RU"/>
        </w:rPr>
        <w:t xml:space="preserve">по компетенции УК-8: </w:t>
      </w:r>
      <w:r w:rsidRPr="00B53672">
        <w:rPr>
          <w:lang w:val="ru-RU"/>
        </w:rPr>
        <w:t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</w:p>
    <w:p w:rsidR="005A39C3" w:rsidRPr="00B53672" w:rsidRDefault="005A39C3" w:rsidP="005A39C3">
      <w:pPr>
        <w:spacing w:line="240" w:lineRule="auto"/>
        <w:rPr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3"/>
        <w:gridCol w:w="5562"/>
      </w:tblGrid>
      <w:tr w:rsidR="005A39C3" w:rsidRPr="00781B49" w:rsidTr="00913455">
        <w:tc>
          <w:tcPr>
            <w:tcW w:w="4672" w:type="dxa"/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b/>
                <w:bCs/>
                <w:szCs w:val="24"/>
                <w:lang w:val="ru-RU"/>
              </w:rPr>
              <w:t>Код и содержание индикаторов достижения</w:t>
            </w:r>
          </w:p>
        </w:tc>
        <w:tc>
          <w:tcPr>
            <w:tcW w:w="6068" w:type="dxa"/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b/>
                <w:bCs/>
                <w:szCs w:val="24"/>
                <w:lang w:val="ru-RU"/>
              </w:rPr>
              <w:t>Планируемые результаты обучения по дисциплине</w:t>
            </w:r>
          </w:p>
        </w:tc>
      </w:tr>
      <w:tr w:rsidR="005A39C3" w:rsidRPr="00781B49" w:rsidTr="00913455">
        <w:tc>
          <w:tcPr>
            <w:tcW w:w="4672" w:type="dxa"/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УК-8.1. </w:t>
            </w:r>
            <w:r w:rsidRPr="00B53672">
              <w:rPr>
                <w:lang w:val="ru-RU"/>
              </w:rPr>
              <w:t>Выявляет возможные угрозы для повседневной жизни и здоровья человека, в том числе при угрозе и возникновении чрезвычайных ситуаций и военных конфликтов</w:t>
            </w:r>
          </w:p>
        </w:tc>
        <w:tc>
          <w:tcPr>
            <w:tcW w:w="6068" w:type="dxa"/>
          </w:tcPr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Знать</w:t>
            </w:r>
            <w:r w:rsidRPr="00B53672">
              <w:rPr>
                <w:szCs w:val="24"/>
                <w:lang w:val="ru-RU"/>
              </w:rPr>
              <w:t xml:space="preserve">: </w:t>
            </w:r>
            <w:r w:rsidRPr="00B53672">
              <w:rPr>
                <w:lang w:val="ru-RU"/>
              </w:rPr>
              <w:t>основные понятия безопасности жизнедеятельности; основные опасные и вредные производственные факторы, влияющие на жизнедеятельность человека; особенности и характеристики наиболее распространённых чрезвычайных ситуаций и военных конфликтов</w:t>
            </w:r>
            <w:r w:rsidRPr="00B53672">
              <w:rPr>
                <w:b/>
                <w:szCs w:val="24"/>
                <w:lang w:val="ru-RU"/>
              </w:rPr>
              <w:t>;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Уметь:</w:t>
            </w:r>
            <w:r w:rsidRPr="00B53672">
              <w:rPr>
                <w:szCs w:val="24"/>
                <w:lang w:val="ru-RU"/>
              </w:rPr>
              <w:t xml:space="preserve"> </w:t>
            </w:r>
            <w:r w:rsidRPr="00B53672">
              <w:rPr>
                <w:lang w:val="ru-RU"/>
              </w:rPr>
              <w:t>идентифицировать потенциальные опасности для повседневной жизни и здоровья человека; выявлять причины и условия возникновения чрезвычайных ситуаций и военных конфликтов; создавать и поддерживать безопасные условия жизнедеятельности</w:t>
            </w:r>
            <w:r w:rsidRPr="00B53672">
              <w:rPr>
                <w:b/>
                <w:szCs w:val="24"/>
                <w:lang w:val="ru-RU"/>
              </w:rPr>
              <w:t xml:space="preserve"> Владеть:</w:t>
            </w:r>
            <w:r w:rsidRPr="00B53672">
              <w:rPr>
                <w:szCs w:val="24"/>
                <w:lang w:val="ru-RU"/>
              </w:rPr>
              <w:t xml:space="preserve"> </w:t>
            </w:r>
            <w:r w:rsidRPr="00B53672">
              <w:rPr>
                <w:lang w:val="ru-RU"/>
              </w:rPr>
              <w:t>понятийно-терминологическим аппаратом в области безопасности; навыками выявления и устранения проблем, связанных с нарушениями техники безопасности на рабочих местах, при возникновении чрезвычайных ситуаций и военных конфликтов.</w:t>
            </w:r>
          </w:p>
        </w:tc>
      </w:tr>
      <w:tr w:rsidR="005A39C3" w:rsidRPr="00781B49" w:rsidTr="00913455">
        <w:tc>
          <w:tcPr>
            <w:tcW w:w="4672" w:type="dxa"/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УК-8.2. Осуществляет действия по созданию и поддержанию безопасных условий жизнедеятельности для сохранения природной среды, обеспечения устойчивого развития общества, том числе при возникновении чрезвычайных ситуаций и военных конфликтов</w:t>
            </w:r>
          </w:p>
        </w:tc>
        <w:tc>
          <w:tcPr>
            <w:tcW w:w="6068" w:type="dxa"/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Знать:</w:t>
            </w:r>
            <w:r w:rsidRPr="00B53672">
              <w:rPr>
                <w:szCs w:val="24"/>
                <w:lang w:val="ru-RU"/>
              </w:rPr>
              <w:t xml:space="preserve"> </w:t>
            </w:r>
            <w:r w:rsidRPr="00B53672">
              <w:rPr>
                <w:lang w:val="ru-RU"/>
              </w:rPr>
              <w:t>способы создания и поддержания безопасных условий жизнедеятельности; требования безопасного поведения и основные методы защиты в условиях чрезвычайных ситуаций различного происхождения и военных конфликтов;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Уметь:</w:t>
            </w:r>
            <w:r w:rsidRPr="00B53672">
              <w:rPr>
                <w:szCs w:val="24"/>
                <w:lang w:val="ru-RU"/>
              </w:rPr>
              <w:t xml:space="preserve"> </w:t>
            </w:r>
            <w:r w:rsidRPr="00B53672">
              <w:rPr>
                <w:lang w:val="ru-RU"/>
              </w:rPr>
              <w:t>грамотно действовать в случае угрозы возникновения и возникновения чрезвычайных ситуаций различного характера и военных конфликтов;</w:t>
            </w:r>
          </w:p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Владеть:</w:t>
            </w:r>
            <w:r w:rsidRPr="00B53672">
              <w:rPr>
                <w:szCs w:val="24"/>
                <w:lang w:val="ru-RU"/>
              </w:rPr>
              <w:t xml:space="preserve"> </w:t>
            </w:r>
            <w:r w:rsidRPr="00B53672">
              <w:rPr>
                <w:lang w:val="ru-RU"/>
              </w:rPr>
              <w:t>навыками использования знаний для создания и поддержания безопасных условий жизнедеятельности для сохранения природной среды и обеспечения устойчивого развития; способностью разъяснять правила поведения и эффективного применения средств защиты в случае возникновения чрезвычайных ситуаций и военных конфликтов.</w:t>
            </w:r>
          </w:p>
        </w:tc>
      </w:tr>
      <w:tr w:rsidR="005A39C3" w:rsidRPr="00781B49" w:rsidTr="00913455">
        <w:tc>
          <w:tcPr>
            <w:tcW w:w="4672" w:type="dxa"/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УК-8.3. Обладает навыками оказания первой помощи пострадавшему.</w:t>
            </w:r>
          </w:p>
        </w:tc>
        <w:tc>
          <w:tcPr>
            <w:tcW w:w="6068" w:type="dxa"/>
          </w:tcPr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Знать:</w:t>
            </w:r>
            <w:r w:rsidRPr="00B53672">
              <w:rPr>
                <w:szCs w:val="24"/>
                <w:lang w:val="ru-RU"/>
              </w:rPr>
              <w:t xml:space="preserve"> </w:t>
            </w:r>
            <w:r w:rsidRPr="00B53672">
              <w:rPr>
                <w:lang w:val="ru-RU"/>
              </w:rPr>
              <w:t>факторы и симптоматику неотложных состояний человека; основные приёмы оказания первой помощи пострадавшим;</w:t>
            </w:r>
          </w:p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Уметь:</w:t>
            </w:r>
            <w:r w:rsidRPr="00B53672">
              <w:rPr>
                <w:szCs w:val="24"/>
                <w:lang w:val="ru-RU"/>
              </w:rPr>
              <w:t xml:space="preserve"> </w:t>
            </w:r>
            <w:r w:rsidRPr="00B53672">
              <w:rPr>
                <w:lang w:val="ru-RU"/>
              </w:rPr>
              <w:t xml:space="preserve">выбирать мероприятия по оказанию первой помощи при неотложных состояниях в целях </w:t>
            </w:r>
            <w:r w:rsidRPr="00B53672">
              <w:rPr>
                <w:lang w:val="ru-RU"/>
              </w:rPr>
              <w:lastRenderedPageBreak/>
              <w:t>предотвращения значительного и долгосрочного воздействия на физическое и психическое здоровье человека</w:t>
            </w:r>
            <w:r w:rsidRPr="00B53672">
              <w:rPr>
                <w:szCs w:val="24"/>
                <w:lang w:val="ru-RU"/>
              </w:rPr>
              <w:t>;</w:t>
            </w:r>
          </w:p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Владеть:</w:t>
            </w:r>
            <w:r w:rsidRPr="00B53672">
              <w:rPr>
                <w:szCs w:val="24"/>
                <w:lang w:val="ru-RU"/>
              </w:rPr>
              <w:t xml:space="preserve"> </w:t>
            </w:r>
            <w:r w:rsidRPr="00B53672">
              <w:rPr>
                <w:lang w:val="ru-RU"/>
              </w:rPr>
              <w:t>навыками оказания первой помощи при неотложных состояниях.</w:t>
            </w:r>
          </w:p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</w:tbl>
    <w:p w:rsidR="005A39C3" w:rsidRPr="00B53672" w:rsidRDefault="005A39C3" w:rsidP="005A39C3">
      <w:pPr>
        <w:spacing w:line="240" w:lineRule="auto"/>
        <w:jc w:val="center"/>
        <w:rPr>
          <w:i/>
          <w:szCs w:val="24"/>
          <w:lang w:val="ru-RU"/>
        </w:rPr>
      </w:pPr>
    </w:p>
    <w:p w:rsidR="005A39C3" w:rsidRPr="00B53672" w:rsidRDefault="005A39C3" w:rsidP="005A39C3">
      <w:pPr>
        <w:jc w:val="center"/>
        <w:rPr>
          <w:b/>
          <w:szCs w:val="24"/>
          <w:lang w:val="ru-RU"/>
        </w:rPr>
      </w:pPr>
      <w:r w:rsidRPr="00B53672">
        <w:rPr>
          <w:b/>
          <w:szCs w:val="24"/>
          <w:lang w:val="ru-RU"/>
        </w:rPr>
        <w:t>Распределение заданий по типам и уровням сложности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565"/>
        <w:gridCol w:w="1622"/>
        <w:gridCol w:w="3882"/>
        <w:gridCol w:w="2836"/>
      </w:tblGrid>
      <w:tr w:rsidR="005A39C3" w:rsidTr="00913455">
        <w:tc>
          <w:tcPr>
            <w:tcW w:w="1565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Индикатор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компетенции</w:t>
            </w:r>
            <w:proofErr w:type="spellEnd"/>
          </w:p>
        </w:tc>
        <w:tc>
          <w:tcPr>
            <w:tcW w:w="1622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Уровень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сложности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задания</w:t>
            </w:r>
            <w:proofErr w:type="spellEnd"/>
          </w:p>
        </w:tc>
        <w:tc>
          <w:tcPr>
            <w:tcW w:w="3979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Тип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задания</w:t>
            </w:r>
            <w:proofErr w:type="spellEnd"/>
          </w:p>
        </w:tc>
        <w:tc>
          <w:tcPr>
            <w:tcW w:w="3574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Количество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заданий</w:t>
            </w:r>
            <w:proofErr w:type="spellEnd"/>
          </w:p>
        </w:tc>
      </w:tr>
      <w:tr w:rsidR="005A39C3" w:rsidTr="00913455">
        <w:tc>
          <w:tcPr>
            <w:tcW w:w="10740" w:type="dxa"/>
            <w:gridSpan w:val="4"/>
          </w:tcPr>
          <w:p w:rsidR="005A39C3" w:rsidRPr="004D00E1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4D00E1">
              <w:rPr>
                <w:szCs w:val="24"/>
              </w:rPr>
              <w:t>Семестр</w:t>
            </w:r>
            <w:proofErr w:type="spellEnd"/>
            <w:r w:rsidRPr="004D00E1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1</w:t>
            </w:r>
          </w:p>
        </w:tc>
      </w:tr>
      <w:tr w:rsidR="005A39C3" w:rsidTr="00913455">
        <w:tc>
          <w:tcPr>
            <w:tcW w:w="1565" w:type="dxa"/>
            <w:vMerge w:val="restart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 - 8.1</w:t>
            </w:r>
          </w:p>
        </w:tc>
        <w:tc>
          <w:tcPr>
            <w:tcW w:w="1622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Базовый</w:t>
            </w:r>
            <w:proofErr w:type="spellEnd"/>
            <w:r>
              <w:rPr>
                <w:szCs w:val="24"/>
              </w:rPr>
              <w:t xml:space="preserve"> </w:t>
            </w:r>
          </w:p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(20 %)</w:t>
            </w:r>
          </w:p>
        </w:tc>
        <w:tc>
          <w:tcPr>
            <w:tcW w:w="3979" w:type="dxa"/>
          </w:tcPr>
          <w:p w:rsidR="005A39C3" w:rsidRPr="00B53672" w:rsidRDefault="005A39C3" w:rsidP="00913455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с выбором одного ответа/нескольких ответов</w:t>
            </w:r>
          </w:p>
        </w:tc>
        <w:tc>
          <w:tcPr>
            <w:tcW w:w="3574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5A39C3" w:rsidTr="00913455">
        <w:tc>
          <w:tcPr>
            <w:tcW w:w="1565" w:type="dxa"/>
            <w:vMerge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2" w:type="dxa"/>
          </w:tcPr>
          <w:p w:rsidR="005A39C3" w:rsidRPr="004D00E1" w:rsidRDefault="005A39C3" w:rsidP="00913455">
            <w:pPr>
              <w:spacing w:line="240" w:lineRule="auto"/>
              <w:rPr>
                <w:szCs w:val="24"/>
              </w:rPr>
            </w:pPr>
            <w:proofErr w:type="spellStart"/>
            <w:r w:rsidRPr="004D00E1">
              <w:rPr>
                <w:szCs w:val="24"/>
              </w:rPr>
              <w:t>Повышенный</w:t>
            </w:r>
            <w:proofErr w:type="spellEnd"/>
            <w:r>
              <w:rPr>
                <w:szCs w:val="24"/>
              </w:rPr>
              <w:t xml:space="preserve"> (70 %)</w:t>
            </w:r>
          </w:p>
        </w:tc>
        <w:tc>
          <w:tcPr>
            <w:tcW w:w="3979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4D00E1">
              <w:rPr>
                <w:szCs w:val="24"/>
              </w:rPr>
              <w:t>на</w:t>
            </w:r>
            <w:proofErr w:type="spellEnd"/>
            <w:r w:rsidRPr="004D00E1">
              <w:rPr>
                <w:szCs w:val="24"/>
              </w:rPr>
              <w:t xml:space="preserve"> </w:t>
            </w:r>
            <w:proofErr w:type="spellStart"/>
            <w:r w:rsidRPr="004D00E1">
              <w:rPr>
                <w:szCs w:val="24"/>
              </w:rPr>
              <w:t>установление</w:t>
            </w:r>
            <w:proofErr w:type="spellEnd"/>
            <w:r w:rsidRPr="004D00E1">
              <w:rPr>
                <w:szCs w:val="24"/>
              </w:rPr>
              <w:t xml:space="preserve"> </w:t>
            </w:r>
            <w:proofErr w:type="spellStart"/>
            <w:r w:rsidRPr="004D00E1">
              <w:rPr>
                <w:szCs w:val="24"/>
              </w:rPr>
              <w:t>последовательности</w:t>
            </w:r>
            <w:proofErr w:type="spellEnd"/>
            <w:r w:rsidRPr="004D00E1">
              <w:rPr>
                <w:szCs w:val="24"/>
              </w:rPr>
              <w:t>/</w:t>
            </w:r>
            <w:proofErr w:type="spellStart"/>
            <w:r w:rsidRPr="004D00E1">
              <w:rPr>
                <w:szCs w:val="24"/>
              </w:rPr>
              <w:t>соответствия</w:t>
            </w:r>
            <w:proofErr w:type="spellEnd"/>
          </w:p>
        </w:tc>
        <w:tc>
          <w:tcPr>
            <w:tcW w:w="3574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5A39C3" w:rsidTr="00913455">
        <w:tc>
          <w:tcPr>
            <w:tcW w:w="1565" w:type="dxa"/>
            <w:vMerge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2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Высокий</w:t>
            </w:r>
            <w:proofErr w:type="spellEnd"/>
            <w:r>
              <w:rPr>
                <w:szCs w:val="24"/>
              </w:rPr>
              <w:t xml:space="preserve"> (10 %)</w:t>
            </w:r>
          </w:p>
        </w:tc>
        <w:tc>
          <w:tcPr>
            <w:tcW w:w="3979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 </w:t>
            </w:r>
            <w:proofErr w:type="spellStart"/>
            <w:r>
              <w:rPr>
                <w:szCs w:val="24"/>
              </w:rPr>
              <w:t>развернутым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</w:p>
        </w:tc>
        <w:tc>
          <w:tcPr>
            <w:tcW w:w="3574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5A39C3" w:rsidTr="00913455">
        <w:tc>
          <w:tcPr>
            <w:tcW w:w="1565" w:type="dxa"/>
            <w:vMerge w:val="restart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 - 8.2</w:t>
            </w:r>
          </w:p>
        </w:tc>
        <w:tc>
          <w:tcPr>
            <w:tcW w:w="1622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Базовый</w:t>
            </w:r>
            <w:proofErr w:type="spellEnd"/>
            <w:r>
              <w:rPr>
                <w:szCs w:val="24"/>
              </w:rPr>
              <w:t xml:space="preserve"> </w:t>
            </w:r>
          </w:p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(20 %)</w:t>
            </w:r>
          </w:p>
        </w:tc>
        <w:tc>
          <w:tcPr>
            <w:tcW w:w="3979" w:type="dxa"/>
          </w:tcPr>
          <w:p w:rsidR="005A39C3" w:rsidRPr="00B53672" w:rsidRDefault="005A39C3" w:rsidP="00913455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с выбором одного ответа/нескольких ответов</w:t>
            </w:r>
          </w:p>
        </w:tc>
        <w:tc>
          <w:tcPr>
            <w:tcW w:w="3574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5A39C3" w:rsidTr="00913455">
        <w:tc>
          <w:tcPr>
            <w:tcW w:w="1565" w:type="dxa"/>
            <w:vMerge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2" w:type="dxa"/>
          </w:tcPr>
          <w:p w:rsidR="005A39C3" w:rsidRPr="004D00E1" w:rsidRDefault="005A39C3" w:rsidP="00913455">
            <w:pPr>
              <w:spacing w:line="240" w:lineRule="auto"/>
              <w:rPr>
                <w:szCs w:val="24"/>
              </w:rPr>
            </w:pPr>
            <w:proofErr w:type="spellStart"/>
            <w:r w:rsidRPr="004D00E1">
              <w:rPr>
                <w:szCs w:val="24"/>
              </w:rPr>
              <w:t>Повышенный</w:t>
            </w:r>
            <w:proofErr w:type="spellEnd"/>
            <w:r>
              <w:rPr>
                <w:szCs w:val="24"/>
              </w:rPr>
              <w:t xml:space="preserve"> (70 %)</w:t>
            </w:r>
          </w:p>
        </w:tc>
        <w:tc>
          <w:tcPr>
            <w:tcW w:w="3979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4D00E1">
              <w:rPr>
                <w:szCs w:val="24"/>
              </w:rPr>
              <w:t>на</w:t>
            </w:r>
            <w:proofErr w:type="spellEnd"/>
            <w:r w:rsidRPr="004D00E1">
              <w:rPr>
                <w:szCs w:val="24"/>
              </w:rPr>
              <w:t xml:space="preserve"> </w:t>
            </w:r>
            <w:proofErr w:type="spellStart"/>
            <w:r w:rsidRPr="004D00E1">
              <w:rPr>
                <w:szCs w:val="24"/>
              </w:rPr>
              <w:t>установление</w:t>
            </w:r>
            <w:proofErr w:type="spellEnd"/>
            <w:r w:rsidRPr="004D00E1">
              <w:rPr>
                <w:szCs w:val="24"/>
              </w:rPr>
              <w:t xml:space="preserve"> </w:t>
            </w:r>
            <w:proofErr w:type="spellStart"/>
            <w:r w:rsidRPr="004D00E1">
              <w:rPr>
                <w:szCs w:val="24"/>
              </w:rPr>
              <w:t>последовательности</w:t>
            </w:r>
            <w:proofErr w:type="spellEnd"/>
            <w:r w:rsidRPr="004D00E1">
              <w:rPr>
                <w:szCs w:val="24"/>
              </w:rPr>
              <w:t>/</w:t>
            </w:r>
            <w:proofErr w:type="spellStart"/>
            <w:r w:rsidRPr="004D00E1">
              <w:rPr>
                <w:szCs w:val="24"/>
              </w:rPr>
              <w:t>соответствия</w:t>
            </w:r>
            <w:proofErr w:type="spellEnd"/>
          </w:p>
        </w:tc>
        <w:tc>
          <w:tcPr>
            <w:tcW w:w="3574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5A39C3" w:rsidTr="00913455">
        <w:tc>
          <w:tcPr>
            <w:tcW w:w="1565" w:type="dxa"/>
            <w:vMerge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2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Высокий</w:t>
            </w:r>
            <w:proofErr w:type="spellEnd"/>
            <w:r>
              <w:rPr>
                <w:szCs w:val="24"/>
              </w:rPr>
              <w:t xml:space="preserve"> (10 %)</w:t>
            </w:r>
          </w:p>
        </w:tc>
        <w:tc>
          <w:tcPr>
            <w:tcW w:w="3979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 </w:t>
            </w:r>
            <w:proofErr w:type="spellStart"/>
            <w:r>
              <w:rPr>
                <w:szCs w:val="24"/>
              </w:rPr>
              <w:t>развернутым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</w:p>
        </w:tc>
        <w:tc>
          <w:tcPr>
            <w:tcW w:w="3574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5A39C3" w:rsidTr="00913455">
        <w:tc>
          <w:tcPr>
            <w:tcW w:w="1565" w:type="dxa"/>
            <w:vMerge w:val="restart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 - 8.3</w:t>
            </w:r>
          </w:p>
        </w:tc>
        <w:tc>
          <w:tcPr>
            <w:tcW w:w="1622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Базовый</w:t>
            </w:r>
            <w:proofErr w:type="spellEnd"/>
            <w:r>
              <w:rPr>
                <w:szCs w:val="24"/>
              </w:rPr>
              <w:t xml:space="preserve"> </w:t>
            </w:r>
          </w:p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(20 %)</w:t>
            </w:r>
          </w:p>
        </w:tc>
        <w:tc>
          <w:tcPr>
            <w:tcW w:w="3979" w:type="dxa"/>
          </w:tcPr>
          <w:p w:rsidR="005A39C3" w:rsidRPr="00B53672" w:rsidRDefault="005A39C3" w:rsidP="00913455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с выбором одного ответа/нескольких ответов</w:t>
            </w:r>
          </w:p>
        </w:tc>
        <w:tc>
          <w:tcPr>
            <w:tcW w:w="3574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5A39C3" w:rsidTr="00913455">
        <w:tc>
          <w:tcPr>
            <w:tcW w:w="1565" w:type="dxa"/>
            <w:vMerge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2" w:type="dxa"/>
          </w:tcPr>
          <w:p w:rsidR="005A39C3" w:rsidRPr="004D00E1" w:rsidRDefault="005A39C3" w:rsidP="00913455">
            <w:pPr>
              <w:spacing w:line="240" w:lineRule="auto"/>
              <w:rPr>
                <w:szCs w:val="24"/>
              </w:rPr>
            </w:pPr>
            <w:proofErr w:type="spellStart"/>
            <w:r w:rsidRPr="004D00E1">
              <w:rPr>
                <w:szCs w:val="24"/>
              </w:rPr>
              <w:t>Повышенный</w:t>
            </w:r>
            <w:proofErr w:type="spellEnd"/>
            <w:r>
              <w:rPr>
                <w:szCs w:val="24"/>
              </w:rPr>
              <w:t xml:space="preserve"> (70 %)</w:t>
            </w:r>
          </w:p>
        </w:tc>
        <w:tc>
          <w:tcPr>
            <w:tcW w:w="3979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4D00E1">
              <w:rPr>
                <w:szCs w:val="24"/>
              </w:rPr>
              <w:t>на</w:t>
            </w:r>
            <w:proofErr w:type="spellEnd"/>
            <w:r w:rsidRPr="004D00E1">
              <w:rPr>
                <w:szCs w:val="24"/>
              </w:rPr>
              <w:t xml:space="preserve"> </w:t>
            </w:r>
            <w:proofErr w:type="spellStart"/>
            <w:r w:rsidRPr="004D00E1">
              <w:rPr>
                <w:szCs w:val="24"/>
              </w:rPr>
              <w:t>установление</w:t>
            </w:r>
            <w:proofErr w:type="spellEnd"/>
            <w:r w:rsidRPr="004D00E1">
              <w:rPr>
                <w:szCs w:val="24"/>
              </w:rPr>
              <w:t xml:space="preserve"> </w:t>
            </w:r>
            <w:proofErr w:type="spellStart"/>
            <w:r w:rsidRPr="004D00E1">
              <w:rPr>
                <w:szCs w:val="24"/>
              </w:rPr>
              <w:t>последовательности</w:t>
            </w:r>
            <w:proofErr w:type="spellEnd"/>
            <w:r w:rsidRPr="004D00E1">
              <w:rPr>
                <w:szCs w:val="24"/>
              </w:rPr>
              <w:t>/</w:t>
            </w:r>
            <w:proofErr w:type="spellStart"/>
            <w:r w:rsidRPr="004D00E1">
              <w:rPr>
                <w:szCs w:val="24"/>
              </w:rPr>
              <w:t>соответствия</w:t>
            </w:r>
            <w:proofErr w:type="spellEnd"/>
          </w:p>
        </w:tc>
        <w:tc>
          <w:tcPr>
            <w:tcW w:w="3574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5A39C3" w:rsidTr="00913455">
        <w:tc>
          <w:tcPr>
            <w:tcW w:w="1565" w:type="dxa"/>
            <w:vMerge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1622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Высокий</w:t>
            </w:r>
            <w:proofErr w:type="spellEnd"/>
            <w:r>
              <w:rPr>
                <w:szCs w:val="24"/>
              </w:rPr>
              <w:t xml:space="preserve"> (10 %)</w:t>
            </w:r>
          </w:p>
        </w:tc>
        <w:tc>
          <w:tcPr>
            <w:tcW w:w="3979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 </w:t>
            </w:r>
            <w:proofErr w:type="spellStart"/>
            <w:r>
              <w:rPr>
                <w:szCs w:val="24"/>
              </w:rPr>
              <w:t>развернутым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</w:p>
        </w:tc>
        <w:tc>
          <w:tcPr>
            <w:tcW w:w="3574" w:type="dxa"/>
          </w:tcPr>
          <w:p w:rsidR="005A39C3" w:rsidRDefault="005A39C3" w:rsidP="00913455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5A39C3" w:rsidTr="00913455">
        <w:tc>
          <w:tcPr>
            <w:tcW w:w="7166" w:type="dxa"/>
            <w:gridSpan w:val="3"/>
          </w:tcPr>
          <w:p w:rsidR="005A39C3" w:rsidRPr="00791B26" w:rsidRDefault="005A39C3" w:rsidP="00913455">
            <w:pPr>
              <w:spacing w:line="240" w:lineRule="auto"/>
              <w:jc w:val="right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Итого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для</w:t>
            </w:r>
            <w:proofErr w:type="spellEnd"/>
            <w:r>
              <w:rPr>
                <w:b/>
                <w:szCs w:val="24"/>
              </w:rPr>
              <w:t xml:space="preserve"> УК – 8</w:t>
            </w:r>
            <w:r w:rsidRPr="00791B26">
              <w:rPr>
                <w:b/>
                <w:szCs w:val="24"/>
              </w:rPr>
              <w:t xml:space="preserve"> </w:t>
            </w:r>
          </w:p>
        </w:tc>
        <w:tc>
          <w:tcPr>
            <w:tcW w:w="3574" w:type="dxa"/>
          </w:tcPr>
          <w:p w:rsidR="005A39C3" w:rsidRPr="00791B26" w:rsidRDefault="005A39C3" w:rsidP="00913455">
            <w:pPr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</w:tr>
    </w:tbl>
    <w:p w:rsidR="005A39C3" w:rsidRDefault="005A39C3" w:rsidP="005A39C3">
      <w:pPr>
        <w:jc w:val="center"/>
        <w:rPr>
          <w:szCs w:val="24"/>
        </w:rPr>
      </w:pPr>
    </w:p>
    <w:p w:rsidR="005A39C3" w:rsidRPr="00791B26" w:rsidRDefault="005A39C3" w:rsidP="005A39C3">
      <w:pPr>
        <w:jc w:val="center"/>
        <w:rPr>
          <w:b/>
          <w:szCs w:val="24"/>
        </w:rPr>
      </w:pPr>
      <w:proofErr w:type="spellStart"/>
      <w:r w:rsidRPr="00791B26">
        <w:rPr>
          <w:b/>
          <w:szCs w:val="24"/>
        </w:rPr>
        <w:t>Комплект</w:t>
      </w:r>
      <w:proofErr w:type="spellEnd"/>
      <w:r w:rsidRPr="00791B26">
        <w:rPr>
          <w:b/>
          <w:szCs w:val="24"/>
        </w:rPr>
        <w:t xml:space="preserve"> </w:t>
      </w:r>
      <w:proofErr w:type="spellStart"/>
      <w:r w:rsidRPr="00791B26">
        <w:rPr>
          <w:b/>
          <w:szCs w:val="24"/>
        </w:rPr>
        <w:t>тестовых</w:t>
      </w:r>
      <w:proofErr w:type="spellEnd"/>
      <w:r w:rsidRPr="00791B26">
        <w:rPr>
          <w:b/>
          <w:szCs w:val="24"/>
        </w:rPr>
        <w:t xml:space="preserve"> </w:t>
      </w:r>
      <w:proofErr w:type="spellStart"/>
      <w:r w:rsidRPr="00791B26">
        <w:rPr>
          <w:b/>
          <w:szCs w:val="24"/>
        </w:rPr>
        <w:t>заданий</w:t>
      </w:r>
      <w:proofErr w:type="spellEnd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358"/>
        <w:gridCol w:w="1999"/>
        <w:gridCol w:w="2509"/>
        <w:gridCol w:w="3039"/>
      </w:tblGrid>
      <w:tr w:rsidR="005A39C3" w:rsidRPr="004D00E1" w:rsidTr="00913455">
        <w:trPr>
          <w:trHeight w:val="184"/>
        </w:trPr>
        <w:tc>
          <w:tcPr>
            <w:tcW w:w="2511" w:type="dxa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Индикатор</w:t>
            </w:r>
            <w:proofErr w:type="spellEnd"/>
          </w:p>
        </w:tc>
        <w:tc>
          <w:tcPr>
            <w:tcW w:w="2305" w:type="dxa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УК – 8</w:t>
            </w:r>
            <w:r w:rsidRPr="00791B26">
              <w:rPr>
                <w:b/>
                <w:szCs w:val="24"/>
              </w:rPr>
              <w:t>.1</w:t>
            </w:r>
          </w:p>
        </w:tc>
        <w:tc>
          <w:tcPr>
            <w:tcW w:w="2509" w:type="dxa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Семестр</w:t>
            </w:r>
            <w:proofErr w:type="spellEnd"/>
            <w:r w:rsidRPr="00791B26">
              <w:rPr>
                <w:b/>
                <w:szCs w:val="24"/>
              </w:rPr>
              <w:t xml:space="preserve"> </w:t>
            </w:r>
          </w:p>
        </w:tc>
        <w:tc>
          <w:tcPr>
            <w:tcW w:w="3415" w:type="dxa"/>
          </w:tcPr>
          <w:p w:rsidR="005A39C3" w:rsidRPr="00791B26" w:rsidRDefault="005A39C3" w:rsidP="00913455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1</w:t>
            </w:r>
          </w:p>
        </w:tc>
      </w:tr>
      <w:tr w:rsidR="005A39C3" w:rsidRPr="004D00E1" w:rsidTr="00913455">
        <w:trPr>
          <w:trHeight w:val="182"/>
        </w:trPr>
        <w:tc>
          <w:tcPr>
            <w:tcW w:w="4816" w:type="dxa"/>
            <w:gridSpan w:val="2"/>
          </w:tcPr>
          <w:p w:rsidR="005A39C3" w:rsidRPr="00791B26" w:rsidRDefault="005A39C3" w:rsidP="00913455">
            <w:pPr>
              <w:tabs>
                <w:tab w:val="left" w:pos="3393"/>
              </w:tabs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Уровень</w:t>
            </w:r>
            <w:proofErr w:type="spellEnd"/>
            <w:r w:rsidRPr="00791B26">
              <w:rPr>
                <w:b/>
                <w:szCs w:val="24"/>
              </w:rPr>
              <w:t xml:space="preserve"> </w:t>
            </w:r>
            <w:proofErr w:type="spellStart"/>
            <w:r w:rsidRPr="00791B26"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Базовый</w:t>
            </w:r>
            <w:proofErr w:type="spellEnd"/>
          </w:p>
        </w:tc>
      </w:tr>
      <w:tr w:rsidR="005A39C3" w:rsidRPr="00781B49" w:rsidTr="00913455">
        <w:trPr>
          <w:trHeight w:val="182"/>
        </w:trPr>
        <w:tc>
          <w:tcPr>
            <w:tcW w:w="4816" w:type="dxa"/>
            <w:gridSpan w:val="2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Тип</w:t>
            </w:r>
            <w:proofErr w:type="spellEnd"/>
            <w:r w:rsidRPr="00791B26">
              <w:rPr>
                <w:b/>
                <w:szCs w:val="24"/>
              </w:rPr>
              <w:t xml:space="preserve"> </w:t>
            </w:r>
            <w:proofErr w:type="spellStart"/>
            <w:r w:rsidRPr="00791B26"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Задания с выбором одного ответа/нескольких ответов</w:t>
            </w:r>
          </w:p>
        </w:tc>
      </w:tr>
      <w:tr w:rsidR="005A39C3" w:rsidRPr="00781B49" w:rsidTr="00913455">
        <w:trPr>
          <w:trHeight w:val="182"/>
        </w:trPr>
        <w:tc>
          <w:tcPr>
            <w:tcW w:w="4816" w:type="dxa"/>
            <w:gridSpan w:val="2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Инструкция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укажите один вариант ответа/не менее двух вариантов</w:t>
            </w:r>
          </w:p>
        </w:tc>
      </w:tr>
      <w:tr w:rsidR="005A39C3" w:rsidRPr="004D00E1" w:rsidTr="00913455">
        <w:tc>
          <w:tcPr>
            <w:tcW w:w="10740" w:type="dxa"/>
            <w:gridSpan w:val="4"/>
          </w:tcPr>
          <w:p w:rsidR="005A39C3" w:rsidRPr="00DB36A9" w:rsidRDefault="005A39C3" w:rsidP="00913455">
            <w:pPr>
              <w:pStyle w:val="affd"/>
              <w:spacing w:before="0" w:beforeAutospacing="0" w:after="0" w:afterAutospacing="0"/>
              <w:rPr>
                <w:rFonts w:ascii="Times New Roman" w:hAnsi="Times New Roman" w:cs="Times New Roman" w:hint="default"/>
              </w:rPr>
            </w:pPr>
            <w:r w:rsidRPr="00D14D3D">
              <w:t xml:space="preserve">1. </w:t>
            </w:r>
            <w:r w:rsidRPr="00DB36A9">
              <w:rPr>
                <w:rFonts w:ascii="Times New Roman" w:hAnsi="Times New Roman" w:cs="Times New Roman" w:hint="default"/>
              </w:rPr>
              <w:t>Укажите один вариант ответа</w:t>
            </w:r>
          </w:p>
          <w:p w:rsidR="005A39C3" w:rsidRPr="00DB36A9" w:rsidRDefault="005A39C3" w:rsidP="00913455">
            <w:pPr>
              <w:pStyle w:val="affd"/>
              <w:spacing w:before="0" w:beforeAutospacing="0" w:after="0" w:afterAutospacing="0"/>
              <w:rPr>
                <w:rFonts w:ascii="Times New Roman" w:hAnsi="Times New Roman" w:cs="Times New Roman" w:hint="default"/>
              </w:rPr>
            </w:pPr>
            <w:r w:rsidRPr="00DB36A9">
              <w:rPr>
                <w:rFonts w:ascii="Times New Roman" w:hAnsi="Times New Roman" w:cs="Times New Roman" w:hint="default"/>
                <w:bCs/>
                <w:color w:val="333333"/>
                <w:shd w:val="clear" w:color="auto" w:fill="FFFFFF"/>
              </w:rPr>
              <w:t>Отношение тех или иных  негативных событий, произошедших в единицу времени к их возможному числу называется ....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proofErr w:type="gramStart"/>
            <w:r w:rsidRPr="00B53672">
              <w:rPr>
                <w:b/>
                <w:szCs w:val="24"/>
                <w:lang w:val="ru-RU"/>
              </w:rPr>
              <w:t>А)риском</w:t>
            </w:r>
            <w:proofErr w:type="gramEnd"/>
            <w:r w:rsidRPr="00B53672">
              <w:rPr>
                <w:szCs w:val="24"/>
                <w:lang w:val="ru-RU"/>
              </w:rPr>
              <w:t xml:space="preserve">;  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proofErr w:type="gramStart"/>
            <w:r w:rsidRPr="00B53672">
              <w:rPr>
                <w:szCs w:val="24"/>
                <w:lang w:val="ru-RU"/>
              </w:rPr>
              <w:t>Б)опасность</w:t>
            </w:r>
            <w:proofErr w:type="gramEnd"/>
            <w:r w:rsidRPr="00B53672">
              <w:rPr>
                <w:szCs w:val="24"/>
                <w:lang w:val="ru-RU"/>
              </w:rPr>
              <w:t xml:space="preserve">;  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proofErr w:type="gramStart"/>
            <w:r w:rsidRPr="00B53672">
              <w:rPr>
                <w:szCs w:val="24"/>
                <w:lang w:val="ru-RU"/>
              </w:rPr>
              <w:t>В)угрозой</w:t>
            </w:r>
            <w:proofErr w:type="gramEnd"/>
            <w:r w:rsidRPr="00B53672">
              <w:rPr>
                <w:szCs w:val="24"/>
                <w:lang w:val="ru-RU"/>
              </w:rPr>
              <w:t>;</w:t>
            </w:r>
          </w:p>
          <w:p w:rsidR="005A39C3" w:rsidRPr="00D14D3D" w:rsidRDefault="005A39C3" w:rsidP="00913455">
            <w:pPr>
              <w:spacing w:line="240" w:lineRule="auto"/>
              <w:rPr>
                <w:szCs w:val="24"/>
              </w:rPr>
            </w:pPr>
            <w:r w:rsidRPr="00DB36A9">
              <w:rPr>
                <w:szCs w:val="24"/>
              </w:rPr>
              <w:t xml:space="preserve">Г) </w:t>
            </w:r>
            <w:proofErr w:type="spellStart"/>
            <w:r w:rsidRPr="00DB36A9">
              <w:rPr>
                <w:szCs w:val="24"/>
              </w:rPr>
              <w:t>ущербом</w:t>
            </w:r>
            <w:proofErr w:type="spellEnd"/>
            <w:r w:rsidRPr="00DB36A9">
              <w:rPr>
                <w:szCs w:val="24"/>
              </w:rPr>
              <w:t>.</w:t>
            </w:r>
          </w:p>
        </w:tc>
      </w:tr>
      <w:tr w:rsidR="005A39C3" w:rsidRPr="004D00E1" w:rsidTr="00913455">
        <w:tc>
          <w:tcPr>
            <w:tcW w:w="10740" w:type="dxa"/>
            <w:gridSpan w:val="4"/>
          </w:tcPr>
          <w:p w:rsidR="005A39C3" w:rsidRPr="00DB36A9" w:rsidRDefault="005A39C3" w:rsidP="00913455">
            <w:pPr>
              <w:pStyle w:val="affd"/>
              <w:spacing w:before="0" w:beforeAutospacing="0" w:after="0" w:afterAutospacing="0"/>
              <w:rPr>
                <w:rFonts w:ascii="Times New Roman" w:hAnsi="Times New Roman" w:cs="Times New Roman" w:hint="default"/>
              </w:rPr>
            </w:pPr>
            <w:r w:rsidRPr="00D14D3D">
              <w:t xml:space="preserve">2. </w:t>
            </w:r>
            <w:r w:rsidRPr="00DB36A9">
              <w:rPr>
                <w:rFonts w:ascii="Times New Roman" w:hAnsi="Times New Roman" w:cs="Times New Roman" w:hint="default"/>
              </w:rPr>
              <w:t>Укажите один не менее двух вариантов ответа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lastRenderedPageBreak/>
              <w:t>Какие из состояний взаимодействия человека со средой обитания соответствуют позитивным условиям повседневной жизнедеятельности</w:t>
            </w:r>
          </w:p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 xml:space="preserve">А) комфортное </w:t>
            </w:r>
          </w:p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Б) допустимое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В) опасное</w:t>
            </w:r>
          </w:p>
          <w:p w:rsidR="005A39C3" w:rsidRPr="00D14D3D" w:rsidRDefault="005A39C3" w:rsidP="00913455">
            <w:pPr>
              <w:spacing w:line="240" w:lineRule="auto"/>
              <w:rPr>
                <w:szCs w:val="24"/>
              </w:rPr>
            </w:pPr>
            <w:r w:rsidRPr="00DB36A9">
              <w:rPr>
                <w:szCs w:val="24"/>
              </w:rPr>
              <w:t xml:space="preserve">Г) </w:t>
            </w:r>
            <w:proofErr w:type="spellStart"/>
            <w:r w:rsidRPr="00DB36A9">
              <w:rPr>
                <w:szCs w:val="24"/>
              </w:rPr>
              <w:t>чрезвычайно</w:t>
            </w:r>
            <w:proofErr w:type="spellEnd"/>
            <w:r w:rsidRPr="00DB36A9">
              <w:rPr>
                <w:szCs w:val="24"/>
              </w:rPr>
              <w:t xml:space="preserve"> </w:t>
            </w:r>
            <w:proofErr w:type="spellStart"/>
            <w:r w:rsidRPr="00DB36A9">
              <w:rPr>
                <w:szCs w:val="24"/>
              </w:rPr>
              <w:t>опасное</w:t>
            </w:r>
            <w:proofErr w:type="spellEnd"/>
          </w:p>
        </w:tc>
      </w:tr>
      <w:tr w:rsidR="005A39C3" w:rsidRPr="00791B26" w:rsidTr="00913455">
        <w:trPr>
          <w:trHeight w:val="182"/>
        </w:trPr>
        <w:tc>
          <w:tcPr>
            <w:tcW w:w="4816" w:type="dxa"/>
            <w:gridSpan w:val="2"/>
          </w:tcPr>
          <w:p w:rsidR="005A39C3" w:rsidRPr="00791B26" w:rsidRDefault="005A39C3" w:rsidP="00913455">
            <w:pPr>
              <w:tabs>
                <w:tab w:val="left" w:pos="3393"/>
              </w:tabs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lastRenderedPageBreak/>
              <w:t>Уровень</w:t>
            </w:r>
            <w:proofErr w:type="spellEnd"/>
            <w:r w:rsidRPr="00791B26">
              <w:rPr>
                <w:b/>
                <w:szCs w:val="24"/>
              </w:rPr>
              <w:t xml:space="preserve"> </w:t>
            </w:r>
            <w:proofErr w:type="spellStart"/>
            <w:r w:rsidRPr="00791B26"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Повышенный</w:t>
            </w:r>
            <w:proofErr w:type="spellEnd"/>
          </w:p>
        </w:tc>
      </w:tr>
      <w:tr w:rsidR="005A39C3" w:rsidRPr="00781B49" w:rsidTr="00913455">
        <w:trPr>
          <w:trHeight w:val="182"/>
        </w:trPr>
        <w:tc>
          <w:tcPr>
            <w:tcW w:w="4816" w:type="dxa"/>
            <w:gridSpan w:val="2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Тип</w:t>
            </w:r>
            <w:proofErr w:type="spellEnd"/>
            <w:r w:rsidRPr="00791B26">
              <w:rPr>
                <w:b/>
                <w:szCs w:val="24"/>
              </w:rPr>
              <w:t xml:space="preserve"> </w:t>
            </w:r>
            <w:proofErr w:type="spellStart"/>
            <w:r w:rsidRPr="00791B26"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Задания на установление последовательности/соответствия</w:t>
            </w:r>
          </w:p>
        </w:tc>
      </w:tr>
      <w:tr w:rsidR="005A39C3" w:rsidRPr="00781B49" w:rsidTr="00913455">
        <w:trPr>
          <w:trHeight w:val="182"/>
        </w:trPr>
        <w:tc>
          <w:tcPr>
            <w:tcW w:w="4816" w:type="dxa"/>
            <w:gridSpan w:val="2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Инструкция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Установите последовательность элементов/соответствие между объектами задания и вариантами ответа</w:t>
            </w:r>
          </w:p>
        </w:tc>
      </w:tr>
      <w:tr w:rsidR="005A39C3" w:rsidRPr="00781B49" w:rsidTr="00913455">
        <w:tc>
          <w:tcPr>
            <w:tcW w:w="10740" w:type="dxa"/>
            <w:gridSpan w:val="4"/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3. Укажите в какой последовательности, меняются фазы работоспособности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1) врабатывание 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2) устойчивая работоспособность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3) утомление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4) восстановление</w:t>
            </w:r>
          </w:p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1,2,3,4</w:t>
            </w:r>
          </w:p>
        </w:tc>
      </w:tr>
      <w:tr w:rsidR="005A39C3" w:rsidRPr="00781B49" w:rsidTr="00913455">
        <w:tc>
          <w:tcPr>
            <w:tcW w:w="10740" w:type="dxa"/>
            <w:gridSpan w:val="4"/>
            <w:tcBorders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4. Установите соответствие между принципами обеспечения безопасности и группой принципов по признаку реализации</w:t>
            </w:r>
          </w:p>
        </w:tc>
      </w:tr>
      <w:tr w:rsidR="005A39C3" w:rsidRPr="00781B49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Принципы обеспечения безопасности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1. Экранирования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2. Нормирования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3. Контроля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 xml:space="preserve">Группы принципов по признаку </w:t>
            </w:r>
            <w:proofErr w:type="spellStart"/>
            <w:r w:rsidRPr="00B53672">
              <w:rPr>
                <w:szCs w:val="24"/>
                <w:u w:val="single"/>
                <w:lang w:val="ru-RU"/>
              </w:rPr>
              <w:t>раелизации</w:t>
            </w:r>
            <w:proofErr w:type="spellEnd"/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proofErr w:type="spellStart"/>
            <w:r w:rsidRPr="00B53672">
              <w:rPr>
                <w:szCs w:val="24"/>
                <w:lang w:val="ru-RU"/>
              </w:rPr>
              <w:t>А.Технические</w:t>
            </w:r>
            <w:proofErr w:type="spellEnd"/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Б. Организационные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В. Управленческие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Г. Ориентирующие</w:t>
            </w:r>
          </w:p>
        </w:tc>
      </w:tr>
      <w:tr w:rsidR="005A39C3" w:rsidRPr="00BB6234" w:rsidTr="00913455">
        <w:tc>
          <w:tcPr>
            <w:tcW w:w="4816" w:type="dxa"/>
            <w:gridSpan w:val="2"/>
            <w:tcBorders>
              <w:top w:val="nil"/>
              <w:bottom w:val="nil"/>
              <w:right w:val="nil"/>
            </w:tcBorders>
          </w:tcPr>
          <w:p w:rsidR="005A39C3" w:rsidRDefault="005A39C3" w:rsidP="00913455">
            <w:pPr>
              <w:spacing w:line="240" w:lineRule="auto"/>
              <w:rPr>
                <w:szCs w:val="24"/>
                <w:u w:val="single"/>
              </w:rPr>
            </w:pPr>
            <w:r w:rsidRPr="00756FBF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А</w:t>
            </w:r>
            <w:r w:rsidRPr="00756FBF">
              <w:rPr>
                <w:b/>
                <w:szCs w:val="24"/>
              </w:rPr>
              <w:t>, 2Б, 3</w:t>
            </w:r>
            <w:r>
              <w:rPr>
                <w:b/>
                <w:szCs w:val="24"/>
              </w:rPr>
              <w:t>В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nil"/>
            </w:tcBorders>
          </w:tcPr>
          <w:p w:rsidR="005A39C3" w:rsidRDefault="005A39C3" w:rsidP="00913455">
            <w:pPr>
              <w:spacing w:line="240" w:lineRule="auto"/>
              <w:rPr>
                <w:szCs w:val="24"/>
                <w:u w:val="single"/>
              </w:rPr>
            </w:pPr>
          </w:p>
        </w:tc>
      </w:tr>
      <w:tr w:rsidR="005A39C3" w:rsidRPr="00781B49" w:rsidTr="00913455">
        <w:tc>
          <w:tcPr>
            <w:tcW w:w="10740" w:type="dxa"/>
            <w:gridSpan w:val="4"/>
            <w:tcBorders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5. Установите соответствие между принципами обеспечения безопасности и группой принципов по признаку реализации</w:t>
            </w:r>
          </w:p>
        </w:tc>
      </w:tr>
      <w:tr w:rsidR="005A39C3" w:rsidRPr="00781B49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Принципы обеспечения безопасности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1. Блокировки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2. Снижения опасности</w:t>
            </w:r>
          </w:p>
          <w:p w:rsidR="005A39C3" w:rsidRPr="00BB6234" w:rsidRDefault="005A39C3" w:rsidP="00913455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Ответственности</w:t>
            </w:r>
            <w:proofErr w:type="spellEnd"/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 xml:space="preserve">Группы принципов по признаку </w:t>
            </w:r>
            <w:proofErr w:type="spellStart"/>
            <w:r w:rsidRPr="00B53672">
              <w:rPr>
                <w:szCs w:val="24"/>
                <w:u w:val="single"/>
                <w:lang w:val="ru-RU"/>
              </w:rPr>
              <w:t>раелизации</w:t>
            </w:r>
            <w:proofErr w:type="spellEnd"/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proofErr w:type="spellStart"/>
            <w:r w:rsidRPr="00B53672">
              <w:rPr>
                <w:szCs w:val="24"/>
                <w:lang w:val="ru-RU"/>
              </w:rPr>
              <w:t>А.Технические</w:t>
            </w:r>
            <w:proofErr w:type="spellEnd"/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Б. Ориентирующие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В. Управленческие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Г. Организационные</w:t>
            </w:r>
          </w:p>
        </w:tc>
      </w:tr>
      <w:tr w:rsidR="005A39C3" w:rsidRPr="004D00E1" w:rsidTr="00913455">
        <w:tc>
          <w:tcPr>
            <w:tcW w:w="10740" w:type="dxa"/>
            <w:gridSpan w:val="4"/>
            <w:tcBorders>
              <w:top w:val="nil"/>
              <w:bottom w:val="single" w:sz="4" w:space="0" w:color="auto"/>
            </w:tcBorders>
          </w:tcPr>
          <w:p w:rsidR="005A39C3" w:rsidRPr="00756FBF" w:rsidRDefault="005A39C3" w:rsidP="00913455">
            <w:pPr>
              <w:spacing w:line="240" w:lineRule="auto"/>
              <w:rPr>
                <w:b/>
                <w:szCs w:val="24"/>
              </w:rPr>
            </w:pPr>
            <w:r w:rsidRPr="00756FBF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А</w:t>
            </w:r>
            <w:r w:rsidRPr="00756FBF">
              <w:rPr>
                <w:b/>
                <w:szCs w:val="24"/>
              </w:rPr>
              <w:t>, 2Б, 3</w:t>
            </w:r>
            <w:r>
              <w:rPr>
                <w:b/>
                <w:szCs w:val="24"/>
              </w:rPr>
              <w:t>В</w:t>
            </w:r>
          </w:p>
        </w:tc>
      </w:tr>
      <w:tr w:rsidR="005A39C3" w:rsidRPr="00781B49" w:rsidTr="00913455">
        <w:tc>
          <w:tcPr>
            <w:tcW w:w="10740" w:type="dxa"/>
            <w:gridSpan w:val="4"/>
            <w:tcBorders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6. Установите соответствие между средствами и способами реализации и методами обеспечения безопасности</w:t>
            </w:r>
          </w:p>
        </w:tc>
      </w:tr>
      <w:tr w:rsidR="005A39C3" w:rsidRPr="004D00E1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Средства и способы реализации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1. </w:t>
            </w:r>
            <w:r w:rsidRPr="00B53672">
              <w:rPr>
                <w:rFonts w:eastAsia="Calibri"/>
                <w:szCs w:val="24"/>
                <w:shd w:val="clear" w:color="auto" w:fill="FFFFFF"/>
                <w:lang w:val="ru-RU"/>
              </w:rPr>
              <w:t>Ограждение механизмов, обеспечение недоступности в опасную зону, использование блокирующих и предохранительных устройств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2. </w:t>
            </w:r>
            <w:r w:rsidRPr="00B53672">
              <w:rPr>
                <w:rFonts w:eastAsia="Calibri"/>
                <w:spacing w:val="2"/>
                <w:szCs w:val="24"/>
                <w:shd w:val="clear" w:color="auto" w:fill="FFFFFF"/>
                <w:lang w:val="ru-RU"/>
              </w:rPr>
              <w:t>Замена вредных веществ безвредными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vertAlign w:val="subscript"/>
                <w:lang w:val="ru-RU"/>
              </w:rPr>
            </w:pPr>
            <w:r w:rsidRPr="00B53672">
              <w:rPr>
                <w:szCs w:val="24"/>
                <w:lang w:val="ru-RU"/>
              </w:rPr>
              <w:t>3. Обучение, получение инструктажа на отдельные виды работ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Методы обеспечения безопасности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А. Метод А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Б. Метод Б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В. Метод В</w:t>
            </w:r>
          </w:p>
          <w:p w:rsidR="005A39C3" w:rsidRPr="00990D2D" w:rsidRDefault="005A39C3" w:rsidP="00913455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Г. </w:t>
            </w:r>
            <w:proofErr w:type="spellStart"/>
            <w:r>
              <w:rPr>
                <w:szCs w:val="24"/>
              </w:rPr>
              <w:t>Метод</w:t>
            </w:r>
            <w:proofErr w:type="spellEnd"/>
            <w:r>
              <w:rPr>
                <w:szCs w:val="24"/>
              </w:rPr>
              <w:t xml:space="preserve"> Г</w:t>
            </w:r>
          </w:p>
        </w:tc>
      </w:tr>
      <w:tr w:rsidR="005A39C3" w:rsidRPr="004D00E1" w:rsidTr="00913455">
        <w:tc>
          <w:tcPr>
            <w:tcW w:w="10740" w:type="dxa"/>
            <w:gridSpan w:val="4"/>
            <w:tcBorders>
              <w:top w:val="nil"/>
            </w:tcBorders>
          </w:tcPr>
          <w:p w:rsidR="005A39C3" w:rsidRPr="00756FBF" w:rsidRDefault="005A39C3" w:rsidP="00913455">
            <w:pPr>
              <w:spacing w:line="240" w:lineRule="auto"/>
              <w:rPr>
                <w:b/>
                <w:szCs w:val="24"/>
              </w:rPr>
            </w:pPr>
            <w:r w:rsidRPr="00756FBF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А</w:t>
            </w:r>
            <w:r w:rsidRPr="00756FBF">
              <w:rPr>
                <w:b/>
                <w:szCs w:val="24"/>
              </w:rPr>
              <w:t>, 2</w:t>
            </w:r>
            <w:r>
              <w:rPr>
                <w:b/>
                <w:szCs w:val="24"/>
              </w:rPr>
              <w:t>Б</w:t>
            </w:r>
            <w:r w:rsidRPr="00756FBF">
              <w:rPr>
                <w:b/>
                <w:szCs w:val="24"/>
              </w:rPr>
              <w:t>, 3</w:t>
            </w:r>
            <w:r>
              <w:rPr>
                <w:b/>
                <w:szCs w:val="24"/>
              </w:rPr>
              <w:t>В</w:t>
            </w:r>
          </w:p>
        </w:tc>
      </w:tr>
      <w:tr w:rsidR="005A39C3" w:rsidRPr="00781B49" w:rsidTr="00913455">
        <w:tc>
          <w:tcPr>
            <w:tcW w:w="10740" w:type="dxa"/>
            <w:gridSpan w:val="4"/>
            <w:tcBorders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7. Установите соответствие между понятием и его определением</w:t>
            </w:r>
          </w:p>
        </w:tc>
      </w:tr>
      <w:tr w:rsidR="005A39C3" w:rsidRPr="00781B49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Понятие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1. Безопасность – это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lastRenderedPageBreak/>
              <w:t>2. Деятельность – это…</w:t>
            </w:r>
          </w:p>
          <w:p w:rsidR="005A39C3" w:rsidRPr="00990D2D" w:rsidRDefault="005A39C3" w:rsidP="00913455">
            <w:pPr>
              <w:spacing w:line="240" w:lineRule="auto"/>
              <w:rPr>
                <w:szCs w:val="24"/>
              </w:rPr>
            </w:pPr>
            <w:r w:rsidRPr="00990D2D">
              <w:rPr>
                <w:szCs w:val="24"/>
              </w:rPr>
              <w:t xml:space="preserve">3. </w:t>
            </w:r>
            <w:proofErr w:type="spellStart"/>
            <w:r w:rsidRPr="00990D2D">
              <w:rPr>
                <w:szCs w:val="24"/>
              </w:rPr>
              <w:t>Здоровье</w:t>
            </w:r>
            <w:proofErr w:type="spellEnd"/>
            <w:r w:rsidRPr="00990D2D">
              <w:rPr>
                <w:szCs w:val="24"/>
              </w:rPr>
              <w:t xml:space="preserve"> – </w:t>
            </w:r>
            <w:proofErr w:type="spellStart"/>
            <w:r w:rsidRPr="00990D2D">
              <w:rPr>
                <w:szCs w:val="24"/>
              </w:rPr>
              <w:t>это</w:t>
            </w:r>
            <w:proofErr w:type="spellEnd"/>
            <w:r w:rsidRPr="00990D2D">
              <w:rPr>
                <w:szCs w:val="24"/>
              </w:rPr>
              <w:t>…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lastRenderedPageBreak/>
              <w:t>Определение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А. состояние деятельности, при которой с </w:t>
            </w:r>
            <w:r w:rsidRPr="00B53672">
              <w:rPr>
                <w:szCs w:val="24"/>
                <w:lang w:val="ru-RU"/>
              </w:rPr>
              <w:lastRenderedPageBreak/>
              <w:t>определенной вероятностью исключено проявление опасностей или отсутствует чрезмерная опасность.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Б. специфическая человеческая форма активности, смысл которой заключается в целесообразном изменении и преобразовании окружающей среды в интересах человека.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В. </w:t>
            </w:r>
            <w:r w:rsidRPr="00B53672">
              <w:rPr>
                <w:bCs/>
                <w:szCs w:val="24"/>
                <w:lang w:val="ru-RU"/>
              </w:rPr>
              <w:t>состояние полного физического, духовного и социального благополучия, а не только отсутствие болезни и физических дефектов.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Г. негативное свойство живой и неживой материи, способное причинять ущерб самой материи: людям, природной среде, материальным ценностям.</w:t>
            </w:r>
          </w:p>
        </w:tc>
      </w:tr>
      <w:tr w:rsidR="005A39C3" w:rsidRPr="004D00E1" w:rsidTr="00913455">
        <w:tc>
          <w:tcPr>
            <w:tcW w:w="10740" w:type="dxa"/>
            <w:gridSpan w:val="4"/>
            <w:tcBorders>
              <w:top w:val="nil"/>
            </w:tcBorders>
          </w:tcPr>
          <w:p w:rsidR="005A39C3" w:rsidRPr="00990D2D" w:rsidRDefault="005A39C3" w:rsidP="00913455">
            <w:pPr>
              <w:spacing w:line="240" w:lineRule="auto"/>
              <w:rPr>
                <w:b/>
                <w:szCs w:val="24"/>
              </w:rPr>
            </w:pPr>
            <w:r w:rsidRPr="00990D2D">
              <w:rPr>
                <w:b/>
                <w:szCs w:val="24"/>
              </w:rPr>
              <w:lastRenderedPageBreak/>
              <w:t>(1</w:t>
            </w:r>
            <w:r>
              <w:rPr>
                <w:b/>
                <w:szCs w:val="24"/>
              </w:rPr>
              <w:t>А</w:t>
            </w:r>
            <w:r w:rsidRPr="00990D2D">
              <w:rPr>
                <w:b/>
                <w:szCs w:val="24"/>
              </w:rPr>
              <w:t>, 2</w:t>
            </w:r>
            <w:r>
              <w:rPr>
                <w:b/>
                <w:szCs w:val="24"/>
              </w:rPr>
              <w:t>Б</w:t>
            </w:r>
            <w:r w:rsidRPr="00990D2D">
              <w:rPr>
                <w:b/>
                <w:szCs w:val="24"/>
              </w:rPr>
              <w:t>, 3</w:t>
            </w:r>
            <w:r>
              <w:rPr>
                <w:b/>
                <w:szCs w:val="24"/>
              </w:rPr>
              <w:t>В</w:t>
            </w:r>
            <w:r w:rsidRPr="00990D2D">
              <w:rPr>
                <w:b/>
                <w:szCs w:val="24"/>
              </w:rPr>
              <w:t>)</w:t>
            </w:r>
          </w:p>
        </w:tc>
      </w:tr>
      <w:tr w:rsidR="005A39C3" w:rsidRPr="00781B49" w:rsidTr="00913455">
        <w:tc>
          <w:tcPr>
            <w:tcW w:w="10740" w:type="dxa"/>
            <w:gridSpan w:val="4"/>
            <w:tcBorders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8. Установите соответствие между понятием и его определением</w:t>
            </w:r>
          </w:p>
        </w:tc>
      </w:tr>
      <w:tr w:rsidR="005A39C3" w:rsidRPr="00781B49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756FBF" w:rsidRDefault="005A39C3" w:rsidP="00913455">
            <w:pPr>
              <w:spacing w:line="240" w:lineRule="auto"/>
              <w:rPr>
                <w:szCs w:val="24"/>
                <w:u w:val="single"/>
              </w:rPr>
            </w:pPr>
            <w:proofErr w:type="spellStart"/>
            <w:r>
              <w:rPr>
                <w:szCs w:val="24"/>
                <w:u w:val="single"/>
              </w:rPr>
              <w:t>Понятие</w:t>
            </w:r>
            <w:proofErr w:type="spellEnd"/>
          </w:p>
          <w:p w:rsidR="005A39C3" w:rsidRPr="00756FBF" w:rsidRDefault="005A39C3" w:rsidP="005A39C3">
            <w:pPr>
              <w:pStyle w:val="ae"/>
              <w:numPr>
                <w:ilvl w:val="0"/>
                <w:numId w:val="22"/>
              </w:numPr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Риск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это</w:t>
            </w:r>
            <w:proofErr w:type="spellEnd"/>
            <w:r>
              <w:rPr>
                <w:szCs w:val="24"/>
              </w:rPr>
              <w:t>…</w:t>
            </w:r>
          </w:p>
          <w:p w:rsidR="005A39C3" w:rsidRPr="00756FBF" w:rsidRDefault="005A39C3" w:rsidP="005A39C3">
            <w:pPr>
              <w:pStyle w:val="ae"/>
              <w:numPr>
                <w:ilvl w:val="0"/>
                <w:numId w:val="22"/>
              </w:numPr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Опасность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это</w:t>
            </w:r>
            <w:proofErr w:type="spellEnd"/>
            <w:r>
              <w:rPr>
                <w:szCs w:val="24"/>
              </w:rPr>
              <w:t>…</w:t>
            </w:r>
          </w:p>
          <w:p w:rsidR="005A39C3" w:rsidRPr="00756FBF" w:rsidRDefault="005A39C3" w:rsidP="005A39C3">
            <w:pPr>
              <w:pStyle w:val="ae"/>
              <w:numPr>
                <w:ilvl w:val="0"/>
                <w:numId w:val="22"/>
              </w:numPr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Здоровье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это</w:t>
            </w:r>
            <w:proofErr w:type="spellEnd"/>
            <w:r>
              <w:rPr>
                <w:szCs w:val="24"/>
              </w:rPr>
              <w:t xml:space="preserve"> …</w:t>
            </w:r>
          </w:p>
          <w:p w:rsidR="005A39C3" w:rsidRPr="00756FBF" w:rsidRDefault="005A39C3" w:rsidP="00913455">
            <w:pPr>
              <w:spacing w:line="240" w:lineRule="auto"/>
              <w:rPr>
                <w:szCs w:val="24"/>
              </w:rPr>
            </w:pP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Pr="00756FBF" w:rsidRDefault="005A39C3" w:rsidP="00913455">
            <w:pPr>
              <w:spacing w:line="240" w:lineRule="auto"/>
              <w:rPr>
                <w:szCs w:val="24"/>
                <w:u w:val="single"/>
              </w:rPr>
            </w:pPr>
            <w:proofErr w:type="spellStart"/>
            <w:r>
              <w:rPr>
                <w:szCs w:val="24"/>
                <w:u w:val="single"/>
              </w:rPr>
              <w:t>Определение</w:t>
            </w:r>
            <w:proofErr w:type="spellEnd"/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А. </w:t>
            </w:r>
            <w:r w:rsidRPr="00B53672">
              <w:rPr>
                <w:rFonts w:eastAsia="Calibri"/>
                <w:bCs/>
                <w:spacing w:val="2"/>
                <w:shd w:val="clear" w:color="auto" w:fill="FFFFFF"/>
                <w:lang w:val="ru-RU"/>
              </w:rPr>
              <w:t>н</w:t>
            </w:r>
            <w:r w:rsidRPr="00B53672">
              <w:rPr>
                <w:rFonts w:eastAsia="Calibri"/>
                <w:spacing w:val="2"/>
                <w:shd w:val="clear" w:color="auto" w:fill="FFFFFF"/>
                <w:lang w:val="ru-RU"/>
              </w:rPr>
              <w:t>азвание и мера случайного причинения вреда, совокупно сочетающая степень возможности причинения вреда и степень его медицинской, или технической, или социально-экономической значимости (тяжести)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Б. </w:t>
            </w:r>
            <w:r w:rsidRPr="00B53672">
              <w:rPr>
                <w:lang w:val="ru-RU"/>
              </w:rPr>
              <w:t>негативное свойство живой и неживой материи, способное причинять ущерб самой материи: людям, природной среде, материальным ценностям.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В. </w:t>
            </w:r>
            <w:r w:rsidRPr="00B53672">
              <w:rPr>
                <w:rFonts w:eastAsia="Calibri"/>
                <w:bCs/>
                <w:spacing w:val="2"/>
                <w:shd w:val="clear" w:color="auto" w:fill="FFFFFF"/>
                <w:lang w:val="ru-RU"/>
              </w:rPr>
              <w:t>со</w:t>
            </w:r>
            <w:r w:rsidRPr="00B53672">
              <w:rPr>
                <w:rFonts w:eastAsia="Calibri"/>
                <w:spacing w:val="2"/>
                <w:shd w:val="clear" w:color="auto" w:fill="FFFFFF"/>
                <w:lang w:val="ru-RU"/>
              </w:rPr>
              <w:t>стояние физического, психического и социального благополучия человека, при котором отсутствуют заболевания, а также расстройства функций органов и систем организма человека.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Г. </w:t>
            </w:r>
            <w:r w:rsidRPr="00B53672">
              <w:rPr>
                <w:rFonts w:eastAsia="Calibri"/>
                <w:lang w:val="ru-RU"/>
              </w:rPr>
              <w:t>специфическая человеческая форма активности, смысл которой заключается в целесообразном изменении и преобразовании окружающей среды в интересах человека</w:t>
            </w:r>
          </w:p>
        </w:tc>
      </w:tr>
      <w:tr w:rsidR="005A39C3" w:rsidRPr="004D00E1" w:rsidTr="00913455">
        <w:tc>
          <w:tcPr>
            <w:tcW w:w="10740" w:type="dxa"/>
            <w:gridSpan w:val="4"/>
            <w:tcBorders>
              <w:top w:val="nil"/>
            </w:tcBorders>
          </w:tcPr>
          <w:p w:rsidR="005A39C3" w:rsidRPr="007D41C0" w:rsidRDefault="005A39C3" w:rsidP="00913455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7D41C0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А, 2Б, 3В)</w:t>
            </w:r>
          </w:p>
        </w:tc>
      </w:tr>
      <w:tr w:rsidR="005A39C3" w:rsidRPr="00781B49" w:rsidTr="00913455">
        <w:tc>
          <w:tcPr>
            <w:tcW w:w="10740" w:type="dxa"/>
            <w:gridSpan w:val="4"/>
            <w:tcBorders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9. Установите соответствие между понятием и его определением</w:t>
            </w:r>
          </w:p>
        </w:tc>
      </w:tr>
      <w:tr w:rsidR="005A39C3" w:rsidRPr="00781B49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Понятие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1. </w:t>
            </w:r>
            <w:r w:rsidRPr="00B53672">
              <w:rPr>
                <w:rFonts w:eastAsia="Calibri"/>
                <w:bCs/>
                <w:lang w:val="ru-RU"/>
              </w:rPr>
              <w:t>Гомосфера это …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2. </w:t>
            </w:r>
            <w:proofErr w:type="spellStart"/>
            <w:r w:rsidRPr="00B53672">
              <w:rPr>
                <w:rFonts w:eastAsia="Calibri"/>
                <w:bCs/>
                <w:lang w:val="ru-RU"/>
              </w:rPr>
              <w:t>Ноксосфера</w:t>
            </w:r>
            <w:proofErr w:type="spellEnd"/>
            <w:r w:rsidRPr="00B53672">
              <w:rPr>
                <w:rFonts w:eastAsia="Calibri"/>
                <w:bCs/>
                <w:lang w:val="ru-RU"/>
              </w:rPr>
              <w:t xml:space="preserve"> </w:t>
            </w:r>
            <w:r w:rsidRPr="00B53672">
              <w:rPr>
                <w:szCs w:val="24"/>
                <w:lang w:val="ru-RU"/>
              </w:rPr>
              <w:t>это …</w:t>
            </w:r>
          </w:p>
          <w:p w:rsidR="005A39C3" w:rsidRPr="00485CDB" w:rsidRDefault="005A39C3" w:rsidP="00913455">
            <w:pPr>
              <w:spacing w:line="240" w:lineRule="auto"/>
              <w:rPr>
                <w:szCs w:val="24"/>
              </w:rPr>
            </w:pPr>
            <w:r w:rsidRPr="00485CDB">
              <w:rPr>
                <w:szCs w:val="24"/>
              </w:rPr>
              <w:t xml:space="preserve">3. </w:t>
            </w:r>
            <w:proofErr w:type="spellStart"/>
            <w:r>
              <w:rPr>
                <w:szCs w:val="24"/>
              </w:rPr>
              <w:t>Рабочая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зона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это</w:t>
            </w:r>
            <w:proofErr w:type="spellEnd"/>
            <w:r>
              <w:rPr>
                <w:szCs w:val="24"/>
              </w:rPr>
              <w:t xml:space="preserve"> …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Определение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А. </w:t>
            </w:r>
            <w:r w:rsidRPr="00B53672">
              <w:rPr>
                <w:rFonts w:eastAsia="Calibri"/>
                <w:bCs/>
                <w:lang w:val="ru-RU"/>
              </w:rPr>
              <w:t>пространство, в котором находится человек в процессе рассматриваемой деятельности</w:t>
            </w:r>
            <w:r w:rsidRPr="00B53672">
              <w:rPr>
                <w:szCs w:val="24"/>
                <w:lang w:val="ru-RU"/>
              </w:rPr>
              <w:t xml:space="preserve"> 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Б. </w:t>
            </w:r>
            <w:r w:rsidRPr="00B53672">
              <w:rPr>
                <w:rFonts w:eastAsia="Calibri"/>
                <w:bCs/>
                <w:lang w:val="ru-RU"/>
              </w:rPr>
              <w:t>пространство, в котором постоянно существуют или возникают опасности</w:t>
            </w:r>
            <w:r w:rsidRPr="00B53672">
              <w:rPr>
                <w:szCs w:val="24"/>
                <w:lang w:val="ru-RU"/>
              </w:rPr>
              <w:t xml:space="preserve"> </w:t>
            </w:r>
          </w:p>
          <w:p w:rsidR="005A39C3" w:rsidRPr="00B53672" w:rsidRDefault="005A39C3" w:rsidP="00913455">
            <w:pPr>
              <w:spacing w:line="240" w:lineRule="auto"/>
              <w:rPr>
                <w:lang w:val="ru-RU"/>
              </w:rPr>
            </w:pPr>
            <w:r w:rsidRPr="00B53672">
              <w:rPr>
                <w:szCs w:val="24"/>
                <w:lang w:val="ru-RU"/>
              </w:rPr>
              <w:t>В. пространство над уровнем пола, высотой 2 м. где выполняется работа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Г. часть </w:t>
            </w:r>
            <w:proofErr w:type="spellStart"/>
            <w:r w:rsidRPr="00B53672">
              <w:rPr>
                <w:szCs w:val="24"/>
                <w:lang w:val="ru-RU"/>
              </w:rPr>
              <w:t>техносферы</w:t>
            </w:r>
            <w:proofErr w:type="spellEnd"/>
            <w:r w:rsidRPr="00B53672">
              <w:rPr>
                <w:szCs w:val="24"/>
                <w:lang w:val="ru-RU"/>
              </w:rPr>
              <w:t>, обладающая повышенной совокупностью негативных факторов.</w:t>
            </w:r>
          </w:p>
        </w:tc>
      </w:tr>
      <w:tr w:rsidR="005A39C3" w:rsidRPr="007D41C0" w:rsidTr="00913455">
        <w:tc>
          <w:tcPr>
            <w:tcW w:w="10740" w:type="dxa"/>
            <w:gridSpan w:val="4"/>
            <w:tcBorders>
              <w:top w:val="nil"/>
            </w:tcBorders>
          </w:tcPr>
          <w:p w:rsidR="005A39C3" w:rsidRPr="007D41C0" w:rsidRDefault="005A39C3" w:rsidP="00913455">
            <w:pPr>
              <w:spacing w:line="240" w:lineRule="auto"/>
              <w:rPr>
                <w:b/>
                <w:szCs w:val="24"/>
              </w:rPr>
            </w:pPr>
            <w:r w:rsidRPr="007D41C0">
              <w:rPr>
                <w:b/>
                <w:szCs w:val="24"/>
              </w:rPr>
              <w:t>(1</w:t>
            </w:r>
            <w:r>
              <w:rPr>
                <w:b/>
                <w:szCs w:val="24"/>
              </w:rPr>
              <w:t>А</w:t>
            </w:r>
            <w:r w:rsidRPr="007D41C0">
              <w:rPr>
                <w:b/>
                <w:szCs w:val="24"/>
              </w:rPr>
              <w:t>, 2</w:t>
            </w:r>
            <w:r>
              <w:rPr>
                <w:b/>
                <w:szCs w:val="24"/>
              </w:rPr>
              <w:t>Б</w:t>
            </w:r>
            <w:r w:rsidRPr="007D41C0">
              <w:rPr>
                <w:b/>
                <w:szCs w:val="24"/>
              </w:rPr>
              <w:t>, 3</w:t>
            </w:r>
            <w:r>
              <w:rPr>
                <w:b/>
                <w:szCs w:val="24"/>
              </w:rPr>
              <w:t>В</w:t>
            </w:r>
            <w:r w:rsidRPr="007D41C0">
              <w:rPr>
                <w:b/>
                <w:szCs w:val="24"/>
              </w:rPr>
              <w:t>)</w:t>
            </w:r>
          </w:p>
        </w:tc>
      </w:tr>
      <w:tr w:rsidR="005A39C3" w:rsidRPr="004D00E1" w:rsidTr="00913455">
        <w:trPr>
          <w:trHeight w:val="182"/>
        </w:trPr>
        <w:tc>
          <w:tcPr>
            <w:tcW w:w="4816" w:type="dxa"/>
            <w:gridSpan w:val="2"/>
          </w:tcPr>
          <w:p w:rsidR="005A39C3" w:rsidRPr="00FC0892" w:rsidRDefault="005A39C3" w:rsidP="00913455">
            <w:pPr>
              <w:tabs>
                <w:tab w:val="left" w:pos="3393"/>
              </w:tabs>
              <w:spacing w:line="240" w:lineRule="auto"/>
              <w:rPr>
                <w:b/>
                <w:szCs w:val="24"/>
              </w:rPr>
            </w:pPr>
            <w:proofErr w:type="spellStart"/>
            <w:r w:rsidRPr="00FC0892">
              <w:rPr>
                <w:b/>
                <w:szCs w:val="24"/>
              </w:rPr>
              <w:t>Уровень</w:t>
            </w:r>
            <w:proofErr w:type="spellEnd"/>
            <w:r w:rsidRPr="00FC0892">
              <w:rPr>
                <w:b/>
                <w:szCs w:val="24"/>
              </w:rPr>
              <w:t xml:space="preserve"> </w:t>
            </w:r>
            <w:proofErr w:type="spellStart"/>
            <w:r w:rsidRPr="00FC0892"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FC0892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FC0892">
              <w:rPr>
                <w:b/>
                <w:szCs w:val="24"/>
              </w:rPr>
              <w:t>Высокий</w:t>
            </w:r>
            <w:proofErr w:type="spellEnd"/>
          </w:p>
        </w:tc>
      </w:tr>
      <w:tr w:rsidR="005A39C3" w:rsidRPr="004D00E1" w:rsidTr="00913455">
        <w:trPr>
          <w:trHeight w:val="182"/>
        </w:trPr>
        <w:tc>
          <w:tcPr>
            <w:tcW w:w="4816" w:type="dxa"/>
            <w:gridSpan w:val="2"/>
          </w:tcPr>
          <w:p w:rsidR="005A39C3" w:rsidRPr="00FC0892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FC0892">
              <w:rPr>
                <w:b/>
                <w:szCs w:val="24"/>
              </w:rPr>
              <w:t>Тип</w:t>
            </w:r>
            <w:proofErr w:type="spellEnd"/>
            <w:r w:rsidRPr="00FC0892">
              <w:rPr>
                <w:b/>
                <w:szCs w:val="24"/>
              </w:rPr>
              <w:t xml:space="preserve"> </w:t>
            </w:r>
            <w:proofErr w:type="spellStart"/>
            <w:r w:rsidRPr="00FC0892"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FC0892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FC0892">
              <w:rPr>
                <w:b/>
                <w:szCs w:val="24"/>
              </w:rPr>
              <w:t>Задания</w:t>
            </w:r>
            <w:proofErr w:type="spellEnd"/>
            <w:r w:rsidRPr="00FC0892">
              <w:rPr>
                <w:b/>
                <w:szCs w:val="24"/>
              </w:rPr>
              <w:t xml:space="preserve"> с </w:t>
            </w:r>
            <w:proofErr w:type="spellStart"/>
            <w:r w:rsidRPr="00FC0892">
              <w:rPr>
                <w:b/>
                <w:szCs w:val="24"/>
              </w:rPr>
              <w:t>развернутым</w:t>
            </w:r>
            <w:proofErr w:type="spellEnd"/>
            <w:r w:rsidRPr="00FC0892">
              <w:rPr>
                <w:b/>
                <w:szCs w:val="24"/>
              </w:rPr>
              <w:t xml:space="preserve"> </w:t>
            </w:r>
            <w:proofErr w:type="spellStart"/>
            <w:r w:rsidRPr="00FC0892">
              <w:rPr>
                <w:b/>
                <w:szCs w:val="24"/>
              </w:rPr>
              <w:t>ответом</w:t>
            </w:r>
            <w:proofErr w:type="spellEnd"/>
          </w:p>
        </w:tc>
      </w:tr>
      <w:tr w:rsidR="005A39C3" w:rsidRPr="004D00E1" w:rsidTr="00913455">
        <w:trPr>
          <w:trHeight w:val="182"/>
        </w:trPr>
        <w:tc>
          <w:tcPr>
            <w:tcW w:w="4816" w:type="dxa"/>
            <w:gridSpan w:val="2"/>
          </w:tcPr>
          <w:p w:rsidR="005A39C3" w:rsidRPr="00FC0892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FC0892">
              <w:rPr>
                <w:b/>
                <w:szCs w:val="24"/>
              </w:rPr>
              <w:t>Инструкция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FC0892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FC0892">
              <w:rPr>
                <w:b/>
                <w:szCs w:val="24"/>
              </w:rPr>
              <w:t>введите</w:t>
            </w:r>
            <w:proofErr w:type="spellEnd"/>
            <w:r w:rsidRPr="00FC0892">
              <w:rPr>
                <w:b/>
                <w:szCs w:val="24"/>
              </w:rPr>
              <w:t xml:space="preserve"> </w:t>
            </w:r>
            <w:proofErr w:type="spellStart"/>
            <w:r w:rsidRPr="00FC0892">
              <w:rPr>
                <w:b/>
                <w:szCs w:val="24"/>
              </w:rPr>
              <w:t>развернутый</w:t>
            </w:r>
            <w:proofErr w:type="spellEnd"/>
            <w:r w:rsidRPr="00FC0892">
              <w:rPr>
                <w:b/>
                <w:szCs w:val="24"/>
              </w:rPr>
              <w:t xml:space="preserve"> </w:t>
            </w:r>
            <w:proofErr w:type="spellStart"/>
            <w:r w:rsidRPr="00FC0892">
              <w:rPr>
                <w:b/>
                <w:szCs w:val="24"/>
              </w:rPr>
              <w:t>обоснованный</w:t>
            </w:r>
            <w:proofErr w:type="spellEnd"/>
            <w:r w:rsidRPr="00FC0892">
              <w:rPr>
                <w:b/>
                <w:szCs w:val="24"/>
              </w:rPr>
              <w:t xml:space="preserve"> </w:t>
            </w:r>
            <w:proofErr w:type="spellStart"/>
            <w:r w:rsidRPr="00FC0892">
              <w:rPr>
                <w:b/>
                <w:szCs w:val="24"/>
              </w:rPr>
              <w:t>ответ</w:t>
            </w:r>
            <w:proofErr w:type="spellEnd"/>
          </w:p>
        </w:tc>
      </w:tr>
      <w:tr w:rsidR="005A39C3" w:rsidRPr="004D00E1" w:rsidTr="00913455">
        <w:trPr>
          <w:trHeight w:val="182"/>
        </w:trPr>
        <w:tc>
          <w:tcPr>
            <w:tcW w:w="10740" w:type="dxa"/>
            <w:gridSpan w:val="4"/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10. Центральным понятие безопасности жизнедеятельности является ________</w:t>
            </w:r>
          </w:p>
          <w:p w:rsidR="005A39C3" w:rsidRPr="0057690E" w:rsidRDefault="005A39C3" w:rsidP="00913455">
            <w:pPr>
              <w:spacing w:line="240" w:lineRule="auto"/>
              <w:rPr>
                <w:b/>
                <w:szCs w:val="24"/>
              </w:rPr>
            </w:pPr>
            <w:r w:rsidRPr="0057690E">
              <w:rPr>
                <w:b/>
                <w:szCs w:val="24"/>
              </w:rPr>
              <w:lastRenderedPageBreak/>
              <w:t>(</w:t>
            </w:r>
            <w:proofErr w:type="spellStart"/>
            <w:r w:rsidRPr="0057690E">
              <w:rPr>
                <w:b/>
                <w:szCs w:val="24"/>
              </w:rPr>
              <w:t>опасность</w:t>
            </w:r>
            <w:proofErr w:type="spellEnd"/>
            <w:r w:rsidRPr="0057690E">
              <w:rPr>
                <w:b/>
                <w:szCs w:val="24"/>
              </w:rPr>
              <w:t>)</w:t>
            </w:r>
          </w:p>
          <w:p w:rsidR="005A39C3" w:rsidRPr="00BA04A5" w:rsidRDefault="005A39C3" w:rsidP="00913455">
            <w:pPr>
              <w:spacing w:line="240" w:lineRule="auto"/>
              <w:rPr>
                <w:b/>
                <w:szCs w:val="24"/>
              </w:rPr>
            </w:pPr>
          </w:p>
        </w:tc>
      </w:tr>
      <w:tr w:rsidR="005A39C3" w:rsidRPr="004D00E1" w:rsidTr="00913455">
        <w:trPr>
          <w:trHeight w:val="184"/>
        </w:trPr>
        <w:tc>
          <w:tcPr>
            <w:tcW w:w="2511" w:type="dxa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lastRenderedPageBreak/>
              <w:t>Индикатор</w:t>
            </w:r>
            <w:proofErr w:type="spellEnd"/>
          </w:p>
        </w:tc>
        <w:tc>
          <w:tcPr>
            <w:tcW w:w="2305" w:type="dxa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УК – 8</w:t>
            </w:r>
            <w:r w:rsidRPr="00791B26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2</w:t>
            </w:r>
          </w:p>
        </w:tc>
        <w:tc>
          <w:tcPr>
            <w:tcW w:w="2509" w:type="dxa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Семестр</w:t>
            </w:r>
            <w:proofErr w:type="spellEnd"/>
            <w:r w:rsidRPr="00791B26">
              <w:rPr>
                <w:b/>
                <w:szCs w:val="24"/>
              </w:rPr>
              <w:t xml:space="preserve"> </w:t>
            </w:r>
          </w:p>
        </w:tc>
        <w:tc>
          <w:tcPr>
            <w:tcW w:w="3415" w:type="dxa"/>
          </w:tcPr>
          <w:p w:rsidR="005A39C3" w:rsidRPr="00791B26" w:rsidRDefault="005A39C3" w:rsidP="00913455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1</w:t>
            </w:r>
          </w:p>
        </w:tc>
      </w:tr>
      <w:tr w:rsidR="005A39C3" w:rsidRPr="004D00E1" w:rsidTr="00913455">
        <w:trPr>
          <w:trHeight w:val="182"/>
        </w:trPr>
        <w:tc>
          <w:tcPr>
            <w:tcW w:w="4816" w:type="dxa"/>
            <w:gridSpan w:val="2"/>
          </w:tcPr>
          <w:p w:rsidR="005A39C3" w:rsidRPr="00791B26" w:rsidRDefault="005A39C3" w:rsidP="00913455">
            <w:pPr>
              <w:tabs>
                <w:tab w:val="left" w:pos="3393"/>
              </w:tabs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Уровень</w:t>
            </w:r>
            <w:proofErr w:type="spellEnd"/>
            <w:r w:rsidRPr="00791B26">
              <w:rPr>
                <w:b/>
                <w:szCs w:val="24"/>
              </w:rPr>
              <w:t xml:space="preserve"> </w:t>
            </w:r>
            <w:proofErr w:type="spellStart"/>
            <w:r w:rsidRPr="00791B26"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Базовый</w:t>
            </w:r>
            <w:proofErr w:type="spellEnd"/>
          </w:p>
        </w:tc>
      </w:tr>
      <w:tr w:rsidR="005A39C3" w:rsidRPr="00781B49" w:rsidTr="00913455">
        <w:trPr>
          <w:trHeight w:val="182"/>
        </w:trPr>
        <w:tc>
          <w:tcPr>
            <w:tcW w:w="4816" w:type="dxa"/>
            <w:gridSpan w:val="2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Тип</w:t>
            </w:r>
            <w:proofErr w:type="spellEnd"/>
            <w:r w:rsidRPr="00791B26">
              <w:rPr>
                <w:b/>
                <w:szCs w:val="24"/>
              </w:rPr>
              <w:t xml:space="preserve"> </w:t>
            </w:r>
            <w:proofErr w:type="spellStart"/>
            <w:r w:rsidRPr="00791B26"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Задания с выбором одного ответа/нескольких ответов</w:t>
            </w:r>
          </w:p>
        </w:tc>
      </w:tr>
      <w:tr w:rsidR="005A39C3" w:rsidRPr="00781B49" w:rsidTr="00913455">
        <w:trPr>
          <w:trHeight w:val="182"/>
        </w:trPr>
        <w:tc>
          <w:tcPr>
            <w:tcW w:w="4816" w:type="dxa"/>
            <w:gridSpan w:val="2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Инструкция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укажите один вариант ответа/не менее двух вариантов</w:t>
            </w:r>
          </w:p>
        </w:tc>
      </w:tr>
      <w:tr w:rsidR="005A39C3" w:rsidRPr="004D00E1" w:rsidTr="00913455">
        <w:tc>
          <w:tcPr>
            <w:tcW w:w="10740" w:type="dxa"/>
            <w:gridSpan w:val="4"/>
          </w:tcPr>
          <w:p w:rsidR="005A39C3" w:rsidRPr="00DB36A9" w:rsidRDefault="005A39C3" w:rsidP="00913455">
            <w:pPr>
              <w:pStyle w:val="affd"/>
              <w:spacing w:before="0" w:beforeAutospacing="0" w:after="0" w:afterAutospacing="0"/>
              <w:rPr>
                <w:rFonts w:ascii="Times New Roman" w:hAnsi="Times New Roman" w:cs="Times New Roman" w:hint="default"/>
              </w:rPr>
            </w:pPr>
            <w:r>
              <w:t>1</w:t>
            </w:r>
            <w:r w:rsidRPr="00D14D3D">
              <w:t xml:space="preserve">1. </w:t>
            </w:r>
            <w:r w:rsidRPr="00DB36A9">
              <w:rPr>
                <w:rFonts w:ascii="Times New Roman" w:hAnsi="Times New Roman" w:cs="Times New Roman" w:hint="default"/>
              </w:rPr>
              <w:t>Укажите один вариант ответа</w:t>
            </w:r>
          </w:p>
          <w:p w:rsidR="005A39C3" w:rsidRPr="00B53672" w:rsidRDefault="005A39C3" w:rsidP="00913455">
            <w:pPr>
              <w:shd w:val="clear" w:color="auto" w:fill="FFFFFF"/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B53672">
              <w:rPr>
                <w:rFonts w:eastAsia="Calibri"/>
                <w:szCs w:val="24"/>
                <w:lang w:val="ru-RU"/>
              </w:rPr>
              <w:t>В соответствии, с каким государственным стандартом устанавливается классификация средств защиты работающих, применяемых для предотвращения или уменьшения воздействия на работающих опасных и вредных факторов, а также перечень основных видов средств защиты работающих?</w:t>
            </w:r>
          </w:p>
          <w:p w:rsidR="005A39C3" w:rsidRPr="00B53672" w:rsidRDefault="005A39C3" w:rsidP="00913455">
            <w:pPr>
              <w:spacing w:line="240" w:lineRule="auto"/>
              <w:rPr>
                <w:rFonts w:eastAsia="Calibri"/>
                <w:b/>
                <w:szCs w:val="24"/>
                <w:lang w:val="ru-RU"/>
              </w:rPr>
            </w:pPr>
            <w:r w:rsidRPr="00B53672">
              <w:rPr>
                <w:rFonts w:eastAsia="Calibri"/>
                <w:b/>
                <w:szCs w:val="24"/>
                <w:lang w:val="ru-RU"/>
              </w:rPr>
              <w:t>А) ГОСТ 12.4.011-89;</w:t>
            </w:r>
          </w:p>
          <w:p w:rsidR="005A39C3" w:rsidRPr="00B53672" w:rsidRDefault="005A39C3" w:rsidP="00913455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B53672">
              <w:rPr>
                <w:rFonts w:eastAsia="Calibri"/>
                <w:szCs w:val="24"/>
                <w:lang w:val="ru-RU"/>
              </w:rPr>
              <w:t>Б) ГОСТ 12.4.064-84;</w:t>
            </w:r>
          </w:p>
          <w:p w:rsidR="005A39C3" w:rsidRPr="00B53672" w:rsidRDefault="005A39C3" w:rsidP="00913455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B53672">
              <w:rPr>
                <w:rFonts w:eastAsia="Calibri"/>
                <w:szCs w:val="24"/>
                <w:lang w:val="ru-RU"/>
              </w:rPr>
              <w:t>В) ГОСТ 12.4.125-83</w:t>
            </w:r>
          </w:p>
          <w:p w:rsidR="005A39C3" w:rsidRPr="00D14D3D" w:rsidRDefault="005A39C3" w:rsidP="00913455">
            <w:pPr>
              <w:spacing w:line="240" w:lineRule="auto"/>
              <w:rPr>
                <w:szCs w:val="24"/>
              </w:rPr>
            </w:pPr>
            <w:r w:rsidRPr="00DB36A9">
              <w:rPr>
                <w:rFonts w:eastAsia="Calibri"/>
                <w:szCs w:val="24"/>
              </w:rPr>
              <w:t>Г) ГОСТ 12.1.005-88</w:t>
            </w:r>
          </w:p>
        </w:tc>
      </w:tr>
      <w:tr w:rsidR="005A39C3" w:rsidRPr="00781B49" w:rsidTr="00913455">
        <w:tc>
          <w:tcPr>
            <w:tcW w:w="10740" w:type="dxa"/>
            <w:gridSpan w:val="4"/>
          </w:tcPr>
          <w:p w:rsidR="005A39C3" w:rsidRPr="00DB36A9" w:rsidRDefault="005A39C3" w:rsidP="00913455">
            <w:pPr>
              <w:pStyle w:val="affd"/>
              <w:spacing w:before="0" w:beforeAutospacing="0" w:after="0" w:afterAutospacing="0"/>
              <w:rPr>
                <w:rFonts w:ascii="Times New Roman" w:hAnsi="Times New Roman" w:cs="Times New Roman" w:hint="default"/>
              </w:rPr>
            </w:pPr>
            <w:r>
              <w:t xml:space="preserve">12. </w:t>
            </w:r>
            <w:r w:rsidRPr="00DB36A9">
              <w:rPr>
                <w:rFonts w:ascii="Times New Roman" w:hAnsi="Times New Roman" w:cs="Times New Roman" w:hint="default"/>
              </w:rPr>
              <w:t>Укажите не менее двух вариантов ответа</w:t>
            </w:r>
          </w:p>
          <w:p w:rsidR="005A39C3" w:rsidRPr="00DB36A9" w:rsidRDefault="005A39C3" w:rsidP="00913455">
            <w:pPr>
              <w:pStyle w:val="affd"/>
              <w:spacing w:before="0" w:beforeAutospacing="0" w:after="0" w:afterAutospacing="0"/>
              <w:rPr>
                <w:rFonts w:ascii="Times New Roman" w:hAnsi="Times New Roman" w:cs="Times New Roman" w:hint="default"/>
              </w:rPr>
            </w:pPr>
            <w:r w:rsidRPr="00DB36A9">
              <w:rPr>
                <w:rFonts w:ascii="Times New Roman" w:hAnsi="Times New Roman" w:cs="Times New Roman" w:hint="default"/>
              </w:rPr>
              <w:t xml:space="preserve">К Техническим принципам обеспечения безопасности </w:t>
            </w:r>
            <w:proofErr w:type="spellStart"/>
            <w:r w:rsidRPr="00DB36A9">
              <w:rPr>
                <w:rFonts w:ascii="Times New Roman" w:hAnsi="Times New Roman" w:cs="Times New Roman" w:hint="default"/>
              </w:rPr>
              <w:t>относяться</w:t>
            </w:r>
            <w:proofErr w:type="spellEnd"/>
          </w:p>
          <w:p w:rsidR="005A39C3" w:rsidRPr="00DB36A9" w:rsidRDefault="005A39C3" w:rsidP="00913455">
            <w:pPr>
              <w:pStyle w:val="affd"/>
              <w:spacing w:before="0" w:beforeAutospacing="0" w:after="0" w:afterAutospacing="0"/>
              <w:rPr>
                <w:rFonts w:ascii="Times New Roman" w:hAnsi="Times New Roman" w:cs="Times New Roman" w:hint="default"/>
                <w:b/>
              </w:rPr>
            </w:pPr>
            <w:r w:rsidRPr="00DB36A9">
              <w:rPr>
                <w:rFonts w:ascii="Times New Roman" w:hAnsi="Times New Roman" w:cs="Times New Roman" w:hint="default"/>
                <w:b/>
              </w:rPr>
              <w:t>А)принцип слабого звена</w:t>
            </w:r>
          </w:p>
          <w:p w:rsidR="005A39C3" w:rsidRPr="00DB36A9" w:rsidRDefault="005A39C3" w:rsidP="00913455">
            <w:pPr>
              <w:pStyle w:val="affd"/>
              <w:spacing w:before="0" w:beforeAutospacing="0" w:after="0" w:afterAutospacing="0"/>
              <w:rPr>
                <w:rFonts w:ascii="Times New Roman" w:hAnsi="Times New Roman" w:cs="Times New Roman" w:hint="default"/>
              </w:rPr>
            </w:pPr>
            <w:r w:rsidRPr="00DB36A9">
              <w:rPr>
                <w:rFonts w:ascii="Times New Roman" w:hAnsi="Times New Roman" w:cs="Times New Roman" w:hint="default"/>
                <w:b/>
              </w:rPr>
              <w:t>Б)принцип экранирования</w:t>
            </w:r>
          </w:p>
          <w:p w:rsidR="005A39C3" w:rsidRPr="00DB36A9" w:rsidRDefault="005A39C3" w:rsidP="00913455">
            <w:pPr>
              <w:pStyle w:val="affd"/>
              <w:spacing w:before="0" w:beforeAutospacing="0" w:after="0" w:afterAutospacing="0"/>
              <w:rPr>
                <w:rFonts w:ascii="Times New Roman" w:hAnsi="Times New Roman" w:cs="Times New Roman" w:hint="default"/>
              </w:rPr>
            </w:pPr>
            <w:r w:rsidRPr="00DB36A9">
              <w:rPr>
                <w:rFonts w:ascii="Times New Roman" w:hAnsi="Times New Roman" w:cs="Times New Roman" w:hint="default"/>
              </w:rPr>
              <w:t>В)принцип системности</w:t>
            </w:r>
          </w:p>
          <w:p w:rsidR="005A39C3" w:rsidRPr="00D14D3D" w:rsidRDefault="005A39C3" w:rsidP="00913455">
            <w:pPr>
              <w:pStyle w:val="affd"/>
              <w:spacing w:before="0" w:beforeAutospacing="0" w:after="0" w:afterAutospacing="0"/>
              <w:rPr>
                <w:rFonts w:hint="default"/>
              </w:rPr>
            </w:pPr>
            <w:r w:rsidRPr="00DB36A9">
              <w:rPr>
                <w:rFonts w:ascii="Times New Roman" w:hAnsi="Times New Roman" w:cs="Times New Roman" w:hint="default"/>
              </w:rPr>
              <w:t>Г)принцип нормирования</w:t>
            </w:r>
          </w:p>
        </w:tc>
      </w:tr>
      <w:tr w:rsidR="005A39C3" w:rsidRPr="00791B26" w:rsidTr="00913455">
        <w:trPr>
          <w:trHeight w:val="182"/>
        </w:trPr>
        <w:tc>
          <w:tcPr>
            <w:tcW w:w="4816" w:type="dxa"/>
            <w:gridSpan w:val="2"/>
          </w:tcPr>
          <w:p w:rsidR="005A39C3" w:rsidRPr="00791B26" w:rsidRDefault="005A39C3" w:rsidP="00913455">
            <w:pPr>
              <w:tabs>
                <w:tab w:val="left" w:pos="3393"/>
              </w:tabs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Уровень</w:t>
            </w:r>
            <w:proofErr w:type="spellEnd"/>
            <w:r w:rsidRPr="00791B26">
              <w:rPr>
                <w:b/>
                <w:szCs w:val="24"/>
              </w:rPr>
              <w:t xml:space="preserve"> </w:t>
            </w:r>
            <w:proofErr w:type="spellStart"/>
            <w:r w:rsidRPr="00791B26"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Повышенный</w:t>
            </w:r>
            <w:proofErr w:type="spellEnd"/>
          </w:p>
        </w:tc>
      </w:tr>
      <w:tr w:rsidR="005A39C3" w:rsidRPr="00781B49" w:rsidTr="00913455">
        <w:trPr>
          <w:trHeight w:val="182"/>
        </w:trPr>
        <w:tc>
          <w:tcPr>
            <w:tcW w:w="4816" w:type="dxa"/>
            <w:gridSpan w:val="2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Тип</w:t>
            </w:r>
            <w:proofErr w:type="spellEnd"/>
            <w:r w:rsidRPr="00791B26">
              <w:rPr>
                <w:b/>
                <w:szCs w:val="24"/>
              </w:rPr>
              <w:t xml:space="preserve"> </w:t>
            </w:r>
            <w:proofErr w:type="spellStart"/>
            <w:r w:rsidRPr="00791B26"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Задания на установление последовательности/соответствия</w:t>
            </w:r>
          </w:p>
        </w:tc>
      </w:tr>
      <w:tr w:rsidR="005A39C3" w:rsidRPr="00781B49" w:rsidTr="00913455">
        <w:trPr>
          <w:trHeight w:val="182"/>
        </w:trPr>
        <w:tc>
          <w:tcPr>
            <w:tcW w:w="4816" w:type="dxa"/>
            <w:gridSpan w:val="2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Инструкция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Установите последовательность элементов/соответствие между объектами задания и вариантами ответа</w:t>
            </w:r>
          </w:p>
        </w:tc>
      </w:tr>
      <w:tr w:rsidR="005A39C3" w:rsidRPr="00781B49" w:rsidTr="00913455">
        <w:tc>
          <w:tcPr>
            <w:tcW w:w="10740" w:type="dxa"/>
            <w:gridSpan w:val="4"/>
            <w:tcBorders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13. Установите соответствие между способом классификации и классификационными группами </w:t>
            </w:r>
          </w:p>
        </w:tc>
      </w:tr>
      <w:tr w:rsidR="005A39C3" w:rsidRPr="00781B49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Способ классификации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1 По сфере своего происхождения производственные факторы подразделяют: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2 По критерию возможности причинения вреда организму работающего производственные факторы подразделяют: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3 По результирующему воздействию на организм неблагоприятные производственные факторы подразделяют на: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Классификационная группа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А. Вредные и опасные производственные факторы. 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Б. Факторы производственной среды и факторы трудового процесса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В. Неблагоприятные производственные факторы и факторы не являющимися неблагоприятными, т.е. нейтрального или благоприятного действия. 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Г. Негативные и положительные производственные факторы</w:t>
            </w:r>
          </w:p>
        </w:tc>
      </w:tr>
      <w:tr w:rsidR="005A39C3" w:rsidRPr="0005733F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A73CB9" w:rsidRDefault="005A39C3" w:rsidP="00913455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A73CB9">
              <w:rPr>
                <w:b/>
                <w:szCs w:val="24"/>
              </w:rPr>
              <w:t>1Б, 2А, 3В</w:t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Default="005A39C3" w:rsidP="00913455">
            <w:pPr>
              <w:spacing w:line="240" w:lineRule="auto"/>
              <w:rPr>
                <w:szCs w:val="24"/>
                <w:u w:val="single"/>
              </w:rPr>
            </w:pPr>
          </w:p>
        </w:tc>
      </w:tr>
      <w:tr w:rsidR="005A39C3" w:rsidRPr="00781B49" w:rsidTr="00913455">
        <w:tc>
          <w:tcPr>
            <w:tcW w:w="10740" w:type="dxa"/>
            <w:gridSpan w:val="4"/>
            <w:tcBorders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14. Установите соответствие между классом и наименованием СИЗ</w:t>
            </w:r>
          </w:p>
        </w:tc>
      </w:tr>
      <w:tr w:rsidR="005A39C3" w:rsidRPr="00781B49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Наименование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1 сапоги, галоши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2 тулуп, пальто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3 рукавицы, напульсники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Класс СИЗ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А. СИЗ ног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Б. специальная защитная одежда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В. СИЗ рук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lastRenderedPageBreak/>
              <w:t>Г. СИЗ лица</w:t>
            </w:r>
          </w:p>
        </w:tc>
      </w:tr>
      <w:tr w:rsidR="005A39C3" w:rsidRPr="004D00E1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062C94" w:rsidRDefault="005A39C3" w:rsidP="00913455">
            <w:pPr>
              <w:spacing w:line="240" w:lineRule="auto"/>
              <w:rPr>
                <w:b/>
                <w:szCs w:val="24"/>
              </w:rPr>
            </w:pPr>
            <w:r w:rsidRPr="00062C94">
              <w:rPr>
                <w:b/>
                <w:szCs w:val="24"/>
              </w:rPr>
              <w:lastRenderedPageBreak/>
              <w:t>1А, 2В,3В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Default="005A39C3" w:rsidP="00913455">
            <w:pPr>
              <w:spacing w:line="240" w:lineRule="auto"/>
              <w:rPr>
                <w:szCs w:val="24"/>
                <w:u w:val="single"/>
              </w:rPr>
            </w:pPr>
          </w:p>
        </w:tc>
      </w:tr>
      <w:tr w:rsidR="005A39C3" w:rsidRPr="00781B49" w:rsidTr="00913455">
        <w:tc>
          <w:tcPr>
            <w:tcW w:w="10740" w:type="dxa"/>
            <w:gridSpan w:val="4"/>
            <w:tcBorders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15. Установите соответствие между классом и наименованием СИЗ</w:t>
            </w:r>
          </w:p>
        </w:tc>
      </w:tr>
      <w:tr w:rsidR="005A39C3" w:rsidRPr="004D00E1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 xml:space="preserve">Наименование 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1 противогазы, </w:t>
            </w:r>
            <w:proofErr w:type="spellStart"/>
            <w:r w:rsidRPr="00B53672">
              <w:rPr>
                <w:szCs w:val="24"/>
                <w:lang w:val="ru-RU"/>
              </w:rPr>
              <w:t>распираторы</w:t>
            </w:r>
            <w:proofErr w:type="spellEnd"/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2 защитные каски, подшлемники</w:t>
            </w:r>
          </w:p>
          <w:p w:rsidR="005A39C3" w:rsidRPr="006957E6" w:rsidRDefault="005A39C3" w:rsidP="00913455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3 </w:t>
            </w:r>
            <w:proofErr w:type="spellStart"/>
            <w:r>
              <w:rPr>
                <w:szCs w:val="24"/>
              </w:rPr>
              <w:t>наушники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противошумные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вкладыши</w:t>
            </w:r>
            <w:proofErr w:type="spellEnd"/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Класс СИЗ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А. СИЗ органов дыхания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Б. СИЗ головы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В. СИЗ органов слуха</w:t>
            </w:r>
          </w:p>
          <w:p w:rsidR="005A39C3" w:rsidRPr="004D00E1" w:rsidRDefault="005A39C3" w:rsidP="00913455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Г. </w:t>
            </w:r>
            <w:r>
              <w:rPr>
                <w:szCs w:val="24"/>
              </w:rPr>
              <w:t xml:space="preserve">СИЗ </w:t>
            </w:r>
            <w:proofErr w:type="spellStart"/>
            <w:r>
              <w:rPr>
                <w:szCs w:val="24"/>
              </w:rPr>
              <w:t>комплексные</w:t>
            </w:r>
            <w:proofErr w:type="spellEnd"/>
          </w:p>
        </w:tc>
      </w:tr>
      <w:tr w:rsidR="005A39C3" w:rsidRPr="004D00E1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Default="005A39C3" w:rsidP="00913455">
            <w:pPr>
              <w:spacing w:line="240" w:lineRule="auto"/>
              <w:rPr>
                <w:szCs w:val="24"/>
                <w:u w:val="single"/>
              </w:rPr>
            </w:pPr>
            <w:r>
              <w:rPr>
                <w:b/>
                <w:szCs w:val="24"/>
              </w:rPr>
              <w:t>(</w:t>
            </w:r>
            <w:r w:rsidRPr="00062C94">
              <w:rPr>
                <w:b/>
                <w:szCs w:val="24"/>
              </w:rPr>
              <w:t>1А, 2В,3В</w:t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Default="005A39C3" w:rsidP="00913455">
            <w:pPr>
              <w:spacing w:line="240" w:lineRule="auto"/>
              <w:rPr>
                <w:szCs w:val="24"/>
                <w:u w:val="single"/>
              </w:rPr>
            </w:pPr>
          </w:p>
        </w:tc>
      </w:tr>
      <w:tr w:rsidR="005A39C3" w:rsidRPr="00781B49" w:rsidTr="00913455">
        <w:tc>
          <w:tcPr>
            <w:tcW w:w="10740" w:type="dxa"/>
            <w:gridSpan w:val="4"/>
            <w:tcBorders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16. Установите соответствие между классом и наименованием СКЗ</w:t>
            </w:r>
          </w:p>
        </w:tc>
      </w:tr>
      <w:tr w:rsidR="005A39C3" w:rsidRPr="00781B49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Наименование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1 отопление, кондиционирования воздуха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2 осветительные приборы, световые проемы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3 знаки безопасности, емкости радиоактивных отходов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Класс СКЗ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А. средства нормализации воздушной среды производственных помещений и рабочих мест;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Б. средства нормализации освещения производственных помещений и рабочих мест; 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В. средства защиты от повышенного уровня ионизирующих излучений 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Г. СИЗ средствам защиты от повышенного уровня инфракрасных излучений</w:t>
            </w:r>
          </w:p>
        </w:tc>
      </w:tr>
      <w:tr w:rsidR="005A39C3" w:rsidRPr="004D00E1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A73CB9" w:rsidRDefault="005A39C3" w:rsidP="00913455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A73CB9">
              <w:rPr>
                <w:b/>
                <w:szCs w:val="24"/>
              </w:rPr>
              <w:t>1А, 2Б, 3В</w:t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Default="005A39C3" w:rsidP="00913455">
            <w:pPr>
              <w:spacing w:line="240" w:lineRule="auto"/>
              <w:rPr>
                <w:szCs w:val="24"/>
                <w:u w:val="single"/>
              </w:rPr>
            </w:pPr>
          </w:p>
        </w:tc>
      </w:tr>
      <w:tr w:rsidR="005A39C3" w:rsidRPr="00781B49" w:rsidTr="00913455">
        <w:tc>
          <w:tcPr>
            <w:tcW w:w="10740" w:type="dxa"/>
            <w:gridSpan w:val="4"/>
            <w:tcBorders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17. Установите соответствие между классом и наименованием СКЗ</w:t>
            </w:r>
          </w:p>
        </w:tc>
      </w:tr>
      <w:tr w:rsidR="005A39C3" w:rsidRPr="00781B49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Наименование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1 оградительные, </w:t>
            </w:r>
            <w:proofErr w:type="spellStart"/>
            <w:r w:rsidRPr="00B53672">
              <w:rPr>
                <w:szCs w:val="24"/>
                <w:lang w:val="ru-RU"/>
              </w:rPr>
              <w:t>термоизолирующие</w:t>
            </w:r>
            <w:proofErr w:type="spellEnd"/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2 оградительные, предохранительные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3 оградительные, герметизирующие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Класс СКЗ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А. средства защиты от пониженных или повышенных температур поверхностей оборудования, материалов и заготовок относятся устройства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Б. средства защиты от воздействия механических факторов относятся устройства</w:t>
            </w:r>
          </w:p>
          <w:p w:rsidR="005A39C3" w:rsidRPr="00B53672" w:rsidRDefault="005A39C3" w:rsidP="00913455">
            <w:pPr>
              <w:widowControl w:val="0"/>
              <w:spacing w:after="150"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В. средства защиты от воздействия химических факторов относятся устройства: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оградительные 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Г. средства защиты от повышенного уровня статического электричества</w:t>
            </w:r>
          </w:p>
        </w:tc>
      </w:tr>
      <w:tr w:rsidR="005A39C3" w:rsidRPr="004D00E1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A73CB9" w:rsidRDefault="005A39C3" w:rsidP="00913455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A73CB9">
              <w:rPr>
                <w:b/>
                <w:szCs w:val="24"/>
              </w:rPr>
              <w:t>1А, 2Б,3В</w:t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Default="005A39C3" w:rsidP="00913455">
            <w:pPr>
              <w:spacing w:line="240" w:lineRule="auto"/>
              <w:rPr>
                <w:szCs w:val="24"/>
                <w:u w:val="single"/>
              </w:rPr>
            </w:pPr>
          </w:p>
        </w:tc>
      </w:tr>
      <w:tr w:rsidR="005A39C3" w:rsidRPr="00781B49" w:rsidTr="00913455">
        <w:tc>
          <w:tcPr>
            <w:tcW w:w="10740" w:type="dxa"/>
            <w:gridSpan w:val="4"/>
            <w:tcBorders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18. Установите соответствие между классом пожара и его характеристикой</w:t>
            </w:r>
          </w:p>
        </w:tc>
      </w:tr>
      <w:tr w:rsidR="005A39C3" w:rsidRPr="004D00E1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Класс пожара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1 А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2 В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3 Е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Класс СКЗ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А. горение твердых веществ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Б. горение жидких веществ</w:t>
            </w:r>
          </w:p>
          <w:p w:rsidR="005A39C3" w:rsidRPr="00B53672" w:rsidRDefault="005A39C3" w:rsidP="00913455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В. горение объектов, находящихся под напряжением</w:t>
            </w:r>
          </w:p>
          <w:p w:rsidR="005A39C3" w:rsidRPr="004D00E1" w:rsidRDefault="005A39C3" w:rsidP="00913455">
            <w:pPr>
              <w:spacing w:line="240" w:lineRule="auto"/>
              <w:rPr>
                <w:szCs w:val="24"/>
              </w:rPr>
            </w:pPr>
            <w:r w:rsidRPr="00B53672">
              <w:rPr>
                <w:szCs w:val="24"/>
                <w:lang w:val="ru-RU"/>
              </w:rPr>
              <w:t xml:space="preserve"> </w:t>
            </w:r>
            <w:r w:rsidRPr="004D00E1">
              <w:rPr>
                <w:szCs w:val="24"/>
              </w:rPr>
              <w:t xml:space="preserve">Г. </w:t>
            </w:r>
            <w:proofErr w:type="spellStart"/>
            <w:r>
              <w:rPr>
                <w:szCs w:val="24"/>
              </w:rPr>
              <w:t>горение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металлов</w:t>
            </w:r>
            <w:proofErr w:type="spellEnd"/>
          </w:p>
        </w:tc>
      </w:tr>
      <w:tr w:rsidR="005A39C3" w:rsidRPr="004D00E1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A73CB9" w:rsidRDefault="005A39C3" w:rsidP="00913455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A73CB9">
              <w:rPr>
                <w:b/>
                <w:szCs w:val="24"/>
              </w:rPr>
              <w:t>1А, 2Б,3В</w:t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Default="005A39C3" w:rsidP="00913455">
            <w:pPr>
              <w:spacing w:line="240" w:lineRule="auto"/>
              <w:rPr>
                <w:szCs w:val="24"/>
                <w:u w:val="single"/>
              </w:rPr>
            </w:pPr>
          </w:p>
        </w:tc>
      </w:tr>
      <w:tr w:rsidR="005A39C3" w:rsidRPr="00781B49" w:rsidTr="00913455">
        <w:tc>
          <w:tcPr>
            <w:tcW w:w="10740" w:type="dxa"/>
            <w:gridSpan w:val="4"/>
            <w:tcBorders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19. Установите соответствие между параметром микроклимата и используемым для его измерения прибором</w:t>
            </w:r>
          </w:p>
        </w:tc>
      </w:tr>
      <w:tr w:rsidR="005A39C3" w:rsidRPr="004D00E1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Параметр микроклимата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1 влажность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2 скорость движения воздуха</w:t>
            </w:r>
          </w:p>
          <w:p w:rsidR="005A39C3" w:rsidRPr="006957E6" w:rsidRDefault="005A39C3" w:rsidP="00913455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3 </w:t>
            </w:r>
            <w:proofErr w:type="spellStart"/>
            <w:r>
              <w:rPr>
                <w:szCs w:val="24"/>
              </w:rPr>
              <w:t>температура</w:t>
            </w:r>
            <w:proofErr w:type="spellEnd"/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Прибор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А. психрометр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Б. анемометр</w:t>
            </w:r>
          </w:p>
          <w:p w:rsidR="005A39C3" w:rsidRPr="00B53672" w:rsidRDefault="005A39C3" w:rsidP="00913455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В. термограф</w:t>
            </w:r>
          </w:p>
          <w:p w:rsidR="005A39C3" w:rsidRPr="004D00E1" w:rsidRDefault="005A39C3" w:rsidP="00913455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Г. </w:t>
            </w:r>
            <w:proofErr w:type="spellStart"/>
            <w:r>
              <w:rPr>
                <w:szCs w:val="24"/>
              </w:rPr>
              <w:t>барометр</w:t>
            </w:r>
            <w:proofErr w:type="spellEnd"/>
          </w:p>
        </w:tc>
      </w:tr>
      <w:tr w:rsidR="005A39C3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A73CB9" w:rsidRDefault="005A39C3" w:rsidP="00913455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A73CB9">
              <w:rPr>
                <w:b/>
                <w:szCs w:val="24"/>
              </w:rPr>
              <w:t>1А, 2Б,3В</w:t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Default="005A39C3" w:rsidP="00913455">
            <w:pPr>
              <w:spacing w:line="240" w:lineRule="auto"/>
              <w:rPr>
                <w:szCs w:val="24"/>
                <w:u w:val="single"/>
              </w:rPr>
            </w:pPr>
          </w:p>
        </w:tc>
      </w:tr>
      <w:tr w:rsidR="005A39C3" w:rsidRPr="004D00E1" w:rsidTr="00913455">
        <w:trPr>
          <w:trHeight w:val="182"/>
        </w:trPr>
        <w:tc>
          <w:tcPr>
            <w:tcW w:w="4816" w:type="dxa"/>
            <w:gridSpan w:val="2"/>
          </w:tcPr>
          <w:p w:rsidR="005A39C3" w:rsidRPr="00FC0892" w:rsidRDefault="005A39C3" w:rsidP="00913455">
            <w:pPr>
              <w:tabs>
                <w:tab w:val="left" w:pos="3393"/>
              </w:tabs>
              <w:spacing w:line="240" w:lineRule="auto"/>
              <w:rPr>
                <w:b/>
                <w:szCs w:val="24"/>
              </w:rPr>
            </w:pPr>
            <w:proofErr w:type="spellStart"/>
            <w:r w:rsidRPr="00FC0892">
              <w:rPr>
                <w:b/>
                <w:szCs w:val="24"/>
              </w:rPr>
              <w:lastRenderedPageBreak/>
              <w:t>Уровень</w:t>
            </w:r>
            <w:proofErr w:type="spellEnd"/>
            <w:r w:rsidRPr="00FC0892">
              <w:rPr>
                <w:b/>
                <w:szCs w:val="24"/>
              </w:rPr>
              <w:t xml:space="preserve"> </w:t>
            </w:r>
            <w:proofErr w:type="spellStart"/>
            <w:r w:rsidRPr="00FC0892"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FC0892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FC0892">
              <w:rPr>
                <w:b/>
                <w:szCs w:val="24"/>
              </w:rPr>
              <w:t>Высокий</w:t>
            </w:r>
            <w:proofErr w:type="spellEnd"/>
          </w:p>
        </w:tc>
      </w:tr>
      <w:tr w:rsidR="005A39C3" w:rsidRPr="004D00E1" w:rsidTr="00913455">
        <w:trPr>
          <w:trHeight w:val="182"/>
        </w:trPr>
        <w:tc>
          <w:tcPr>
            <w:tcW w:w="4816" w:type="dxa"/>
            <w:gridSpan w:val="2"/>
          </w:tcPr>
          <w:p w:rsidR="005A39C3" w:rsidRPr="00FC0892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FC0892">
              <w:rPr>
                <w:b/>
                <w:szCs w:val="24"/>
              </w:rPr>
              <w:t>Тип</w:t>
            </w:r>
            <w:proofErr w:type="spellEnd"/>
            <w:r w:rsidRPr="00FC0892">
              <w:rPr>
                <w:b/>
                <w:szCs w:val="24"/>
              </w:rPr>
              <w:t xml:space="preserve"> </w:t>
            </w:r>
            <w:proofErr w:type="spellStart"/>
            <w:r w:rsidRPr="00FC0892"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FC0892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FC0892">
              <w:rPr>
                <w:b/>
                <w:szCs w:val="24"/>
              </w:rPr>
              <w:t>Задания</w:t>
            </w:r>
            <w:proofErr w:type="spellEnd"/>
            <w:r w:rsidRPr="00FC0892">
              <w:rPr>
                <w:b/>
                <w:szCs w:val="24"/>
              </w:rPr>
              <w:t xml:space="preserve"> с </w:t>
            </w:r>
            <w:proofErr w:type="spellStart"/>
            <w:r w:rsidRPr="00FC0892">
              <w:rPr>
                <w:b/>
                <w:szCs w:val="24"/>
              </w:rPr>
              <w:t>развернутым</w:t>
            </w:r>
            <w:proofErr w:type="spellEnd"/>
            <w:r w:rsidRPr="00FC0892">
              <w:rPr>
                <w:b/>
                <w:szCs w:val="24"/>
              </w:rPr>
              <w:t xml:space="preserve"> </w:t>
            </w:r>
            <w:proofErr w:type="spellStart"/>
            <w:r w:rsidRPr="00FC0892">
              <w:rPr>
                <w:b/>
                <w:szCs w:val="24"/>
              </w:rPr>
              <w:t>ответом</w:t>
            </w:r>
            <w:proofErr w:type="spellEnd"/>
          </w:p>
        </w:tc>
      </w:tr>
      <w:tr w:rsidR="005A39C3" w:rsidRPr="004D00E1" w:rsidTr="00913455">
        <w:trPr>
          <w:trHeight w:val="182"/>
        </w:trPr>
        <w:tc>
          <w:tcPr>
            <w:tcW w:w="4816" w:type="dxa"/>
            <w:gridSpan w:val="2"/>
          </w:tcPr>
          <w:p w:rsidR="005A39C3" w:rsidRPr="00FC0892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FC0892">
              <w:rPr>
                <w:b/>
                <w:szCs w:val="24"/>
              </w:rPr>
              <w:t>Инструкция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FC0892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FC0892">
              <w:rPr>
                <w:b/>
                <w:szCs w:val="24"/>
              </w:rPr>
              <w:t>введите</w:t>
            </w:r>
            <w:proofErr w:type="spellEnd"/>
            <w:r w:rsidRPr="00FC0892">
              <w:rPr>
                <w:b/>
                <w:szCs w:val="24"/>
              </w:rPr>
              <w:t xml:space="preserve"> </w:t>
            </w:r>
            <w:proofErr w:type="spellStart"/>
            <w:r w:rsidRPr="00FC0892">
              <w:rPr>
                <w:b/>
                <w:szCs w:val="24"/>
              </w:rPr>
              <w:t>развернутый</w:t>
            </w:r>
            <w:proofErr w:type="spellEnd"/>
            <w:r w:rsidRPr="00FC0892">
              <w:rPr>
                <w:b/>
                <w:szCs w:val="24"/>
              </w:rPr>
              <w:t xml:space="preserve"> </w:t>
            </w:r>
            <w:proofErr w:type="spellStart"/>
            <w:r w:rsidRPr="00FC0892">
              <w:rPr>
                <w:b/>
                <w:szCs w:val="24"/>
              </w:rPr>
              <w:t>обоснованный</w:t>
            </w:r>
            <w:proofErr w:type="spellEnd"/>
            <w:r w:rsidRPr="00FC0892">
              <w:rPr>
                <w:b/>
                <w:szCs w:val="24"/>
              </w:rPr>
              <w:t xml:space="preserve"> </w:t>
            </w:r>
            <w:proofErr w:type="spellStart"/>
            <w:r w:rsidRPr="00FC0892">
              <w:rPr>
                <w:b/>
                <w:szCs w:val="24"/>
              </w:rPr>
              <w:t>ответ</w:t>
            </w:r>
            <w:proofErr w:type="spellEnd"/>
          </w:p>
        </w:tc>
      </w:tr>
      <w:tr w:rsidR="005A39C3" w:rsidRPr="004D00E1" w:rsidTr="00913455">
        <w:tc>
          <w:tcPr>
            <w:tcW w:w="10740" w:type="dxa"/>
            <w:gridSpan w:val="4"/>
          </w:tcPr>
          <w:p w:rsidR="005A39C3" w:rsidRPr="00DB36A9" w:rsidRDefault="005A39C3" w:rsidP="00913455">
            <w:pPr>
              <w:pStyle w:val="affd"/>
              <w:rPr>
                <w:rFonts w:ascii="Times New Roman" w:eastAsia="Times New Roman" w:hAnsi="Times New Roman" w:cs="Times New Roman" w:hint="default"/>
              </w:rPr>
            </w:pPr>
            <w:r>
              <w:t>20</w:t>
            </w:r>
            <w:r w:rsidRPr="00DB36A9">
              <w:rPr>
                <w:rFonts w:ascii="Times New Roman" w:hAnsi="Times New Roman" w:cs="Times New Roman" w:hint="default"/>
              </w:rPr>
              <w:t xml:space="preserve">. </w:t>
            </w:r>
            <w:r w:rsidRPr="00DB36A9">
              <w:rPr>
                <w:rFonts w:ascii="Times New Roman" w:eastAsia="Times New Roman" w:hAnsi="Times New Roman" w:cs="Times New Roman" w:hint="default"/>
              </w:rPr>
              <w:t>Средства защиты работающих, конструктивно и (или) функционально связанные с производственным оборудованием, производственным процессом, производственным помещением (зданием), производственной площадкой, производственной зоной, рабочим местом называются _______</w:t>
            </w:r>
          </w:p>
          <w:p w:rsidR="005A39C3" w:rsidRPr="006433F4" w:rsidRDefault="005A39C3" w:rsidP="00913455">
            <w:pPr>
              <w:pStyle w:val="affd"/>
              <w:rPr>
                <w:rFonts w:hint="default"/>
                <w:b/>
              </w:rPr>
            </w:pPr>
            <w:r w:rsidRPr="00DB36A9">
              <w:rPr>
                <w:rFonts w:ascii="Times New Roman" w:eastAsia="Times New Roman" w:hAnsi="Times New Roman" w:cs="Times New Roman" w:hint="default"/>
                <w:b/>
              </w:rPr>
              <w:t>Средствами коллективной защиты</w:t>
            </w:r>
          </w:p>
        </w:tc>
      </w:tr>
      <w:tr w:rsidR="005A39C3" w:rsidRPr="004D00E1" w:rsidTr="00913455">
        <w:trPr>
          <w:trHeight w:val="184"/>
        </w:trPr>
        <w:tc>
          <w:tcPr>
            <w:tcW w:w="2511" w:type="dxa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Индикатор</w:t>
            </w:r>
            <w:proofErr w:type="spellEnd"/>
          </w:p>
        </w:tc>
        <w:tc>
          <w:tcPr>
            <w:tcW w:w="2305" w:type="dxa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УК – 8</w:t>
            </w:r>
            <w:r w:rsidRPr="00791B26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3</w:t>
            </w:r>
          </w:p>
        </w:tc>
        <w:tc>
          <w:tcPr>
            <w:tcW w:w="2509" w:type="dxa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Семестр</w:t>
            </w:r>
            <w:proofErr w:type="spellEnd"/>
            <w:r w:rsidRPr="00791B26">
              <w:rPr>
                <w:b/>
                <w:szCs w:val="24"/>
              </w:rPr>
              <w:t xml:space="preserve"> </w:t>
            </w:r>
          </w:p>
        </w:tc>
        <w:tc>
          <w:tcPr>
            <w:tcW w:w="3415" w:type="dxa"/>
          </w:tcPr>
          <w:p w:rsidR="005A39C3" w:rsidRPr="00791B26" w:rsidRDefault="005A39C3" w:rsidP="00913455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1</w:t>
            </w:r>
          </w:p>
        </w:tc>
      </w:tr>
      <w:tr w:rsidR="005A39C3" w:rsidRPr="004D00E1" w:rsidTr="00913455">
        <w:trPr>
          <w:trHeight w:val="182"/>
        </w:trPr>
        <w:tc>
          <w:tcPr>
            <w:tcW w:w="4816" w:type="dxa"/>
            <w:gridSpan w:val="2"/>
          </w:tcPr>
          <w:p w:rsidR="005A39C3" w:rsidRPr="00791B26" w:rsidRDefault="005A39C3" w:rsidP="00913455">
            <w:pPr>
              <w:tabs>
                <w:tab w:val="left" w:pos="3393"/>
              </w:tabs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Уровень</w:t>
            </w:r>
            <w:proofErr w:type="spellEnd"/>
            <w:r w:rsidRPr="00791B26">
              <w:rPr>
                <w:b/>
                <w:szCs w:val="24"/>
              </w:rPr>
              <w:t xml:space="preserve"> </w:t>
            </w:r>
            <w:proofErr w:type="spellStart"/>
            <w:r w:rsidRPr="00791B26"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Базовый</w:t>
            </w:r>
            <w:proofErr w:type="spellEnd"/>
          </w:p>
        </w:tc>
      </w:tr>
      <w:tr w:rsidR="005A39C3" w:rsidRPr="00781B49" w:rsidTr="00913455">
        <w:trPr>
          <w:trHeight w:val="182"/>
        </w:trPr>
        <w:tc>
          <w:tcPr>
            <w:tcW w:w="4816" w:type="dxa"/>
            <w:gridSpan w:val="2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Тип</w:t>
            </w:r>
            <w:proofErr w:type="spellEnd"/>
            <w:r w:rsidRPr="00791B26">
              <w:rPr>
                <w:b/>
                <w:szCs w:val="24"/>
              </w:rPr>
              <w:t xml:space="preserve"> </w:t>
            </w:r>
            <w:proofErr w:type="spellStart"/>
            <w:r w:rsidRPr="00791B26"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Задания с выбором одного ответа/нескольких ответов</w:t>
            </w:r>
          </w:p>
        </w:tc>
      </w:tr>
      <w:tr w:rsidR="005A39C3" w:rsidRPr="00781B49" w:rsidTr="00913455">
        <w:trPr>
          <w:trHeight w:val="182"/>
        </w:trPr>
        <w:tc>
          <w:tcPr>
            <w:tcW w:w="4816" w:type="dxa"/>
            <w:gridSpan w:val="2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Инструкция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укажите один вариант ответа/не менее двух вариантов</w:t>
            </w:r>
          </w:p>
        </w:tc>
      </w:tr>
      <w:tr w:rsidR="005A39C3" w:rsidRPr="004D00E1" w:rsidTr="00913455">
        <w:tc>
          <w:tcPr>
            <w:tcW w:w="10740" w:type="dxa"/>
            <w:gridSpan w:val="4"/>
          </w:tcPr>
          <w:p w:rsidR="005A39C3" w:rsidRDefault="005A39C3" w:rsidP="00913455">
            <w:pPr>
              <w:pStyle w:val="affd"/>
              <w:rPr>
                <w:rFonts w:hint="default"/>
              </w:rPr>
            </w:pPr>
            <w:r>
              <w:t>21</w:t>
            </w:r>
            <w:r w:rsidRPr="00D14D3D">
              <w:t>. Укажите один вариант ответа</w:t>
            </w:r>
          </w:p>
          <w:p w:rsidR="005A39C3" w:rsidRPr="00B53672" w:rsidRDefault="005A39C3" w:rsidP="00913455">
            <w:pPr>
              <w:shd w:val="clear" w:color="auto" w:fill="FFFFFF"/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B53672">
              <w:rPr>
                <w:rFonts w:eastAsia="Calibri"/>
                <w:szCs w:val="24"/>
                <w:lang w:val="ru-RU"/>
              </w:rPr>
              <w:t>В соответствии, с каким государственным стандартом устанавливается классификация средств защиты работающих, применяемых для предотвращения или уменьшения воздействия на работающих опасных и вредных факторов, а также перечень основных видов средств защиты работающих?</w:t>
            </w:r>
          </w:p>
          <w:p w:rsidR="005A39C3" w:rsidRPr="00B53672" w:rsidRDefault="005A39C3" w:rsidP="00913455">
            <w:pPr>
              <w:spacing w:line="240" w:lineRule="auto"/>
              <w:rPr>
                <w:rFonts w:eastAsia="Calibri"/>
                <w:b/>
                <w:szCs w:val="24"/>
                <w:lang w:val="ru-RU"/>
              </w:rPr>
            </w:pPr>
            <w:r w:rsidRPr="00B53672">
              <w:rPr>
                <w:rFonts w:eastAsia="Calibri"/>
                <w:b/>
                <w:szCs w:val="24"/>
                <w:lang w:val="ru-RU"/>
              </w:rPr>
              <w:t>А) ГОСТ 12.4.011-89;</w:t>
            </w:r>
          </w:p>
          <w:p w:rsidR="005A39C3" w:rsidRPr="00B53672" w:rsidRDefault="005A39C3" w:rsidP="00913455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B53672">
              <w:rPr>
                <w:rFonts w:eastAsia="Calibri"/>
                <w:szCs w:val="24"/>
                <w:lang w:val="ru-RU"/>
              </w:rPr>
              <w:t>Б) ГОСТ 12.4.064-84;</w:t>
            </w:r>
          </w:p>
          <w:p w:rsidR="005A39C3" w:rsidRPr="00B53672" w:rsidRDefault="005A39C3" w:rsidP="00913455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B53672">
              <w:rPr>
                <w:rFonts w:eastAsia="Calibri"/>
                <w:szCs w:val="24"/>
                <w:lang w:val="ru-RU"/>
              </w:rPr>
              <w:t>В) ГОСТ 12.4.125-83</w:t>
            </w:r>
          </w:p>
          <w:p w:rsidR="005A39C3" w:rsidRPr="00D14D3D" w:rsidRDefault="005A39C3" w:rsidP="00913455">
            <w:pPr>
              <w:spacing w:line="240" w:lineRule="auto"/>
              <w:rPr>
                <w:szCs w:val="24"/>
              </w:rPr>
            </w:pPr>
            <w:r w:rsidRPr="006433F4">
              <w:rPr>
                <w:rFonts w:eastAsia="Calibri"/>
                <w:szCs w:val="24"/>
              </w:rPr>
              <w:t>Г) ГОСТ 12.1.005-88</w:t>
            </w:r>
          </w:p>
        </w:tc>
      </w:tr>
      <w:tr w:rsidR="005A39C3" w:rsidRPr="00791B26" w:rsidTr="00913455">
        <w:trPr>
          <w:trHeight w:val="182"/>
        </w:trPr>
        <w:tc>
          <w:tcPr>
            <w:tcW w:w="4816" w:type="dxa"/>
            <w:gridSpan w:val="2"/>
          </w:tcPr>
          <w:p w:rsidR="005A39C3" w:rsidRPr="00791B26" w:rsidRDefault="005A39C3" w:rsidP="00913455">
            <w:pPr>
              <w:tabs>
                <w:tab w:val="left" w:pos="3393"/>
              </w:tabs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Уровень</w:t>
            </w:r>
            <w:proofErr w:type="spellEnd"/>
            <w:r w:rsidRPr="00791B26">
              <w:rPr>
                <w:b/>
                <w:szCs w:val="24"/>
              </w:rPr>
              <w:t xml:space="preserve"> </w:t>
            </w:r>
            <w:proofErr w:type="spellStart"/>
            <w:r w:rsidRPr="00791B26"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Повышенный</w:t>
            </w:r>
            <w:proofErr w:type="spellEnd"/>
          </w:p>
        </w:tc>
      </w:tr>
      <w:tr w:rsidR="005A39C3" w:rsidRPr="00781B49" w:rsidTr="00913455">
        <w:trPr>
          <w:trHeight w:val="182"/>
        </w:trPr>
        <w:tc>
          <w:tcPr>
            <w:tcW w:w="4816" w:type="dxa"/>
            <w:gridSpan w:val="2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Тип</w:t>
            </w:r>
            <w:proofErr w:type="spellEnd"/>
            <w:r w:rsidRPr="00791B26">
              <w:rPr>
                <w:b/>
                <w:szCs w:val="24"/>
              </w:rPr>
              <w:t xml:space="preserve"> </w:t>
            </w:r>
            <w:proofErr w:type="spellStart"/>
            <w:r w:rsidRPr="00791B26"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Задания на установление последовательности/соответствия</w:t>
            </w:r>
          </w:p>
        </w:tc>
      </w:tr>
      <w:tr w:rsidR="005A39C3" w:rsidRPr="00781B49" w:rsidTr="00913455">
        <w:trPr>
          <w:trHeight w:val="182"/>
        </w:trPr>
        <w:tc>
          <w:tcPr>
            <w:tcW w:w="4816" w:type="dxa"/>
            <w:gridSpan w:val="2"/>
          </w:tcPr>
          <w:p w:rsidR="005A39C3" w:rsidRPr="00791B26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791B26">
              <w:rPr>
                <w:b/>
                <w:szCs w:val="24"/>
              </w:rPr>
              <w:t>Инструкция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B53672" w:rsidRDefault="005A39C3" w:rsidP="00913455">
            <w:pPr>
              <w:spacing w:line="240" w:lineRule="auto"/>
              <w:rPr>
                <w:b/>
                <w:szCs w:val="24"/>
                <w:lang w:val="ru-RU"/>
              </w:rPr>
            </w:pPr>
            <w:r w:rsidRPr="00B53672">
              <w:rPr>
                <w:b/>
                <w:szCs w:val="24"/>
                <w:lang w:val="ru-RU"/>
              </w:rPr>
              <w:t>Установите последовательность элементов/соответствие между объектами задания и вариантами ответа</w:t>
            </w:r>
          </w:p>
        </w:tc>
      </w:tr>
      <w:tr w:rsidR="005A39C3" w:rsidRPr="004D00E1" w:rsidTr="00913455">
        <w:tc>
          <w:tcPr>
            <w:tcW w:w="10740" w:type="dxa"/>
            <w:gridSpan w:val="4"/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22. Установите последовательностей проведения мероприятий по оказанию первой помощи </w:t>
            </w:r>
            <w:proofErr w:type="gramStart"/>
            <w:r w:rsidRPr="00B53672">
              <w:rPr>
                <w:szCs w:val="24"/>
                <w:lang w:val="ru-RU"/>
              </w:rPr>
              <w:t>согласно универсального алгоритма</w:t>
            </w:r>
            <w:proofErr w:type="gramEnd"/>
          </w:p>
          <w:p w:rsidR="005A39C3" w:rsidRPr="00B53672" w:rsidRDefault="005A39C3" w:rsidP="00913455">
            <w:pPr>
              <w:spacing w:line="240" w:lineRule="auto"/>
              <w:rPr>
                <w:color w:val="333333"/>
                <w:szCs w:val="24"/>
                <w:shd w:val="clear" w:color="auto" w:fill="FFFFFF"/>
                <w:lang w:val="ru-RU"/>
              </w:rPr>
            </w:pPr>
            <w:r w:rsidRPr="00B53672">
              <w:rPr>
                <w:szCs w:val="24"/>
                <w:lang w:val="ru-RU"/>
              </w:rPr>
              <w:t>1)</w:t>
            </w:r>
            <w:r w:rsidRPr="00B53672">
              <w:rPr>
                <w:color w:val="333333"/>
                <w:szCs w:val="24"/>
                <w:shd w:val="clear" w:color="auto" w:fill="FFFFFF"/>
                <w:lang w:val="ru-RU"/>
              </w:rPr>
              <w:t xml:space="preserve"> Оценка обстановки и обеспечение безопасных условий для оказания первой помощи;</w:t>
            </w:r>
          </w:p>
          <w:p w:rsidR="005A39C3" w:rsidRPr="00B53672" w:rsidRDefault="005A39C3" w:rsidP="00913455">
            <w:pPr>
              <w:spacing w:line="240" w:lineRule="auto"/>
              <w:rPr>
                <w:color w:val="333333"/>
                <w:szCs w:val="24"/>
                <w:shd w:val="clear" w:color="auto" w:fill="FFFFFF"/>
                <w:lang w:val="ru-RU"/>
              </w:rPr>
            </w:pPr>
            <w:r w:rsidRPr="00B53672">
              <w:rPr>
                <w:color w:val="333333"/>
                <w:szCs w:val="24"/>
                <w:shd w:val="clear" w:color="auto" w:fill="FFFFFF"/>
                <w:lang w:val="ru-RU"/>
              </w:rPr>
              <w:t>2) Проведение обзорного осмотра пострадавшего (пострадавших) для выявления продолжающегося наружного кровотечения;</w:t>
            </w:r>
          </w:p>
          <w:p w:rsidR="005A39C3" w:rsidRPr="00B53672" w:rsidRDefault="005A39C3" w:rsidP="00913455">
            <w:pPr>
              <w:spacing w:line="240" w:lineRule="auto"/>
              <w:rPr>
                <w:color w:val="333333"/>
                <w:szCs w:val="24"/>
                <w:shd w:val="clear" w:color="auto" w:fill="FFFFFF"/>
                <w:lang w:val="ru-RU"/>
              </w:rPr>
            </w:pPr>
            <w:r w:rsidRPr="00B53672">
              <w:rPr>
                <w:szCs w:val="24"/>
                <w:lang w:val="ru-RU"/>
              </w:rPr>
              <w:t>3)</w:t>
            </w:r>
            <w:r w:rsidRPr="00B53672">
              <w:rPr>
                <w:color w:val="333333"/>
                <w:szCs w:val="24"/>
                <w:shd w:val="clear" w:color="auto" w:fill="FFFFFF"/>
                <w:lang w:val="ru-RU"/>
              </w:rPr>
              <w:t xml:space="preserve"> Определение наличия признаков жизни у пострадавшего</w:t>
            </w:r>
          </w:p>
          <w:p w:rsidR="005A39C3" w:rsidRPr="00B53672" w:rsidRDefault="005A39C3" w:rsidP="00913455">
            <w:pPr>
              <w:spacing w:line="240" w:lineRule="auto"/>
              <w:rPr>
                <w:color w:val="333333"/>
                <w:szCs w:val="24"/>
                <w:shd w:val="clear" w:color="auto" w:fill="FFFFFF"/>
                <w:lang w:val="ru-RU"/>
              </w:rPr>
            </w:pPr>
            <w:r w:rsidRPr="00B53672">
              <w:rPr>
                <w:color w:val="333333"/>
                <w:szCs w:val="24"/>
                <w:shd w:val="clear" w:color="auto" w:fill="FFFFFF"/>
                <w:lang w:val="ru-RU"/>
              </w:rPr>
              <w:t>4) Проведение сердечно-легочной реанимации и поддержание проходимости дыхательных путей;</w:t>
            </w:r>
          </w:p>
          <w:p w:rsidR="005A39C3" w:rsidRPr="005033F6" w:rsidRDefault="005A39C3" w:rsidP="00913455">
            <w:pPr>
              <w:spacing w:line="240" w:lineRule="auto"/>
              <w:rPr>
                <w:szCs w:val="24"/>
              </w:rPr>
            </w:pPr>
            <w:r w:rsidRPr="005033F6">
              <w:rPr>
                <w:color w:val="333333"/>
                <w:szCs w:val="24"/>
                <w:shd w:val="clear" w:color="auto" w:fill="FFFFFF"/>
              </w:rPr>
              <w:t xml:space="preserve">5) </w:t>
            </w:r>
            <w:proofErr w:type="spellStart"/>
            <w:r w:rsidRPr="005033F6">
              <w:rPr>
                <w:color w:val="333333"/>
                <w:szCs w:val="24"/>
                <w:shd w:val="clear" w:color="auto" w:fill="FFFFFF"/>
              </w:rPr>
              <w:t>Вызов</w:t>
            </w:r>
            <w:proofErr w:type="spellEnd"/>
            <w:r w:rsidRPr="005033F6">
              <w:rPr>
                <w:color w:val="333333"/>
                <w:szCs w:val="24"/>
                <w:shd w:val="clear" w:color="auto" w:fill="FFFFFF"/>
              </w:rPr>
              <w:t xml:space="preserve"> </w:t>
            </w:r>
            <w:proofErr w:type="spellStart"/>
            <w:r w:rsidRPr="005033F6">
              <w:rPr>
                <w:color w:val="333333"/>
                <w:szCs w:val="24"/>
                <w:shd w:val="clear" w:color="auto" w:fill="FFFFFF"/>
              </w:rPr>
              <w:t>скорой</w:t>
            </w:r>
            <w:proofErr w:type="spellEnd"/>
            <w:r w:rsidRPr="005033F6">
              <w:rPr>
                <w:color w:val="333333"/>
                <w:szCs w:val="24"/>
                <w:shd w:val="clear" w:color="auto" w:fill="FFFFFF"/>
              </w:rPr>
              <w:t xml:space="preserve"> </w:t>
            </w:r>
            <w:proofErr w:type="spellStart"/>
            <w:r w:rsidRPr="005033F6">
              <w:rPr>
                <w:color w:val="333333"/>
                <w:szCs w:val="24"/>
                <w:shd w:val="clear" w:color="auto" w:fill="FFFFFF"/>
              </w:rPr>
              <w:t>помощи</w:t>
            </w:r>
            <w:proofErr w:type="spellEnd"/>
          </w:p>
          <w:p w:rsidR="005A39C3" w:rsidRPr="005033F6" w:rsidRDefault="005A39C3" w:rsidP="00913455">
            <w:pPr>
              <w:spacing w:line="240" w:lineRule="auto"/>
              <w:rPr>
                <w:b/>
                <w:szCs w:val="24"/>
              </w:rPr>
            </w:pPr>
            <w:r w:rsidRPr="005033F6">
              <w:rPr>
                <w:b/>
                <w:szCs w:val="24"/>
              </w:rPr>
              <w:t>1,2,3,4,5</w:t>
            </w:r>
          </w:p>
        </w:tc>
      </w:tr>
      <w:tr w:rsidR="005A39C3" w:rsidRPr="00781B49" w:rsidTr="00913455">
        <w:tc>
          <w:tcPr>
            <w:tcW w:w="10740" w:type="dxa"/>
            <w:gridSpan w:val="4"/>
            <w:tcBorders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23. Установите соответствие между указанным природным явлением и совокупностью факторов, характеризующих эти явления</w:t>
            </w:r>
          </w:p>
        </w:tc>
      </w:tr>
      <w:tr w:rsidR="005A39C3" w:rsidRPr="00781B49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Природное явление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1 наводнение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2 половодье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3 паводок</w:t>
            </w:r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Совокупность факторов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А. </w:t>
            </w:r>
            <w:r w:rsidRPr="00B53672">
              <w:rPr>
                <w:color w:val="333333"/>
                <w:szCs w:val="24"/>
                <w:shd w:val="clear" w:color="auto" w:fill="FFFFFF"/>
                <w:lang w:val="ru-RU"/>
              </w:rPr>
              <w:t>Затопление территории водой, являющееся стихийным бедствием.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Б. </w:t>
            </w:r>
            <w:r w:rsidRPr="00B53672">
              <w:rPr>
                <w:color w:val="333333"/>
                <w:szCs w:val="24"/>
                <w:shd w:val="clear" w:color="auto" w:fill="FFFFFF"/>
                <w:lang w:val="ru-RU"/>
              </w:rPr>
              <w:t xml:space="preserve">Фаза водного режима реки, ежегодно повторяющаяся в данных климатических условиях в один и тот же сезон, характеризующаяся </w:t>
            </w:r>
            <w:r w:rsidRPr="00B53672">
              <w:rPr>
                <w:color w:val="333333"/>
                <w:szCs w:val="24"/>
                <w:shd w:val="clear" w:color="auto" w:fill="FFFFFF"/>
                <w:lang w:val="ru-RU"/>
              </w:rPr>
              <w:lastRenderedPageBreak/>
              <w:t>наибольшей водностью, высоким и длительным подъемом уровня воды и вызываемая снеготаянием или совместным таянием снега и ледников.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В. </w:t>
            </w:r>
            <w:r w:rsidRPr="00B53672">
              <w:rPr>
                <w:color w:val="333333"/>
                <w:szCs w:val="24"/>
                <w:shd w:val="clear" w:color="auto" w:fill="FFFFFF"/>
                <w:lang w:val="ru-RU"/>
              </w:rPr>
              <w:t>Фаза водного режима реки, которая может многократно повторяться в различные сезоны года, характеризуется интенсивным обычно кратковременным увеличением расходов и уровней воды и вызывается дождями или снеготаянием во время оттепелей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Г. </w:t>
            </w:r>
            <w:r w:rsidRPr="00B53672">
              <w:rPr>
                <w:color w:val="333333"/>
                <w:szCs w:val="24"/>
                <w:shd w:val="clear" w:color="auto" w:fill="FFFFFF"/>
                <w:lang w:val="ru-RU"/>
              </w:rPr>
              <w:t>Повышение уровня грунтовых вод, нарушающее нормальное использование территории, строительство и эксплуатацию расположенных на ней объектов.</w:t>
            </w:r>
          </w:p>
        </w:tc>
      </w:tr>
      <w:tr w:rsidR="005A39C3" w:rsidRPr="004D00E1" w:rsidTr="00913455">
        <w:tc>
          <w:tcPr>
            <w:tcW w:w="4816" w:type="dxa"/>
            <w:gridSpan w:val="2"/>
            <w:tcBorders>
              <w:top w:val="nil"/>
              <w:bottom w:val="single" w:sz="4" w:space="0" w:color="auto"/>
            </w:tcBorders>
          </w:tcPr>
          <w:p w:rsidR="005A39C3" w:rsidRPr="00EC452A" w:rsidRDefault="005A39C3" w:rsidP="00913455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(</w:t>
            </w:r>
            <w:r w:rsidRPr="00EC452A">
              <w:rPr>
                <w:b/>
                <w:szCs w:val="24"/>
              </w:rPr>
              <w:t>1А, 2В,3В</w:t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5924" w:type="dxa"/>
            <w:gridSpan w:val="2"/>
            <w:tcBorders>
              <w:top w:val="nil"/>
              <w:bottom w:val="single" w:sz="4" w:space="0" w:color="auto"/>
            </w:tcBorders>
          </w:tcPr>
          <w:p w:rsidR="005A39C3" w:rsidRDefault="005A39C3" w:rsidP="00913455">
            <w:pPr>
              <w:spacing w:line="240" w:lineRule="auto"/>
              <w:rPr>
                <w:szCs w:val="24"/>
                <w:u w:val="single"/>
              </w:rPr>
            </w:pPr>
          </w:p>
        </w:tc>
      </w:tr>
      <w:tr w:rsidR="005A39C3" w:rsidRPr="00781B49" w:rsidTr="00913455">
        <w:tc>
          <w:tcPr>
            <w:tcW w:w="10740" w:type="dxa"/>
            <w:gridSpan w:val="4"/>
            <w:tcBorders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24. Установите соответствие между видом ЧС и ее характеристикой</w:t>
            </w:r>
          </w:p>
        </w:tc>
      </w:tr>
      <w:tr w:rsidR="005A39C3" w:rsidRPr="00781B49" w:rsidTr="00913455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5A39C3" w:rsidRPr="004D00E1" w:rsidRDefault="005A39C3" w:rsidP="00913455">
            <w:pPr>
              <w:spacing w:line="240" w:lineRule="auto"/>
              <w:rPr>
                <w:szCs w:val="24"/>
                <w:u w:val="single"/>
              </w:rPr>
            </w:pPr>
            <w:proofErr w:type="spellStart"/>
            <w:r>
              <w:rPr>
                <w:szCs w:val="24"/>
                <w:u w:val="single"/>
              </w:rPr>
              <w:t>Наименование</w:t>
            </w:r>
            <w:proofErr w:type="spellEnd"/>
          </w:p>
          <w:p w:rsidR="005A39C3" w:rsidRPr="006957E6" w:rsidRDefault="005A39C3" w:rsidP="00913455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муниципальная</w:t>
            </w:r>
            <w:proofErr w:type="spellEnd"/>
          </w:p>
          <w:p w:rsidR="005A39C3" w:rsidRPr="006957E6" w:rsidRDefault="005A39C3" w:rsidP="00913455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2 </w:t>
            </w:r>
            <w:proofErr w:type="spellStart"/>
            <w:r>
              <w:rPr>
                <w:szCs w:val="24"/>
              </w:rPr>
              <w:t>региональная</w:t>
            </w:r>
            <w:proofErr w:type="spellEnd"/>
          </w:p>
          <w:p w:rsidR="005A39C3" w:rsidRPr="006957E6" w:rsidRDefault="005A39C3" w:rsidP="00913455">
            <w:p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3 </w:t>
            </w:r>
            <w:proofErr w:type="spellStart"/>
            <w:r>
              <w:rPr>
                <w:szCs w:val="24"/>
              </w:rPr>
              <w:t>межрегиональной</w:t>
            </w:r>
            <w:proofErr w:type="spellEnd"/>
          </w:p>
        </w:tc>
        <w:tc>
          <w:tcPr>
            <w:tcW w:w="5924" w:type="dxa"/>
            <w:gridSpan w:val="2"/>
            <w:tcBorders>
              <w:top w:val="nil"/>
              <w:bottom w:val="nil"/>
            </w:tcBorders>
          </w:tcPr>
          <w:p w:rsidR="005A39C3" w:rsidRPr="00B53672" w:rsidRDefault="005A39C3" w:rsidP="00913455">
            <w:pPr>
              <w:spacing w:line="240" w:lineRule="auto"/>
              <w:rPr>
                <w:szCs w:val="24"/>
                <w:u w:val="single"/>
                <w:lang w:val="ru-RU"/>
              </w:rPr>
            </w:pPr>
            <w:r w:rsidRPr="00B53672">
              <w:rPr>
                <w:szCs w:val="24"/>
                <w:u w:val="single"/>
                <w:lang w:val="ru-RU"/>
              </w:rPr>
              <w:t>Показатель масштаба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А. </w:t>
            </w:r>
            <w:r w:rsidRPr="00B53672">
              <w:rPr>
                <w:bCs/>
                <w:color w:val="333333"/>
                <w:szCs w:val="24"/>
                <w:shd w:val="clear" w:color="auto" w:fill="FFFFFF"/>
                <w:lang w:val="ru-RU"/>
              </w:rPr>
              <w:t xml:space="preserve">Чрезвычайная ситуация, в результате которой, зона чрезвычайной ситуации не выходит за пределы одного муниципального образования; 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Б. </w:t>
            </w:r>
            <w:r w:rsidRPr="00B53672">
              <w:rPr>
                <w:bCs/>
                <w:color w:val="333333"/>
                <w:szCs w:val="24"/>
                <w:shd w:val="clear" w:color="auto" w:fill="FFFFFF"/>
                <w:lang w:val="ru-RU"/>
              </w:rPr>
              <w:t xml:space="preserve">Чрезвычайная </w:t>
            </w:r>
            <w:proofErr w:type="gramStart"/>
            <w:r w:rsidRPr="00B53672">
              <w:rPr>
                <w:bCs/>
                <w:color w:val="333333"/>
                <w:szCs w:val="24"/>
                <w:shd w:val="clear" w:color="auto" w:fill="FFFFFF"/>
                <w:lang w:val="ru-RU"/>
              </w:rPr>
              <w:t>ситуация,</w:t>
            </w:r>
            <w:r w:rsidRPr="006022EC">
              <w:rPr>
                <w:bCs/>
                <w:color w:val="333333"/>
                <w:szCs w:val="24"/>
                <w:shd w:val="clear" w:color="auto" w:fill="FFFFFF"/>
              </w:rPr>
              <w:t> </w:t>
            </w:r>
            <w:r w:rsidRPr="00B53672">
              <w:rPr>
                <w:bCs/>
                <w:color w:val="333333"/>
                <w:szCs w:val="24"/>
                <w:shd w:val="clear" w:color="auto" w:fill="FFFFFF"/>
                <w:lang w:val="ru-RU"/>
              </w:rPr>
              <w:t xml:space="preserve"> в</w:t>
            </w:r>
            <w:proofErr w:type="gramEnd"/>
            <w:r w:rsidRPr="00B53672">
              <w:rPr>
                <w:bCs/>
                <w:color w:val="333333"/>
                <w:szCs w:val="24"/>
                <w:shd w:val="clear" w:color="auto" w:fill="FFFFFF"/>
                <w:lang w:val="ru-RU"/>
              </w:rPr>
              <w:t xml:space="preserve"> результате которой зона чрезвычайной ситуации не выходит за пределы территории одного субъекта Российской Федерации;</w:t>
            </w:r>
          </w:p>
          <w:p w:rsidR="005A39C3" w:rsidRPr="00B53672" w:rsidRDefault="005A39C3" w:rsidP="00913455">
            <w:pPr>
              <w:spacing w:line="240" w:lineRule="auto"/>
              <w:rPr>
                <w:bCs/>
                <w:color w:val="333333"/>
                <w:szCs w:val="24"/>
                <w:shd w:val="clear" w:color="auto" w:fill="FFFFFF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В. </w:t>
            </w:r>
            <w:r w:rsidRPr="00B53672">
              <w:rPr>
                <w:bCs/>
                <w:color w:val="333333"/>
                <w:szCs w:val="24"/>
                <w:shd w:val="clear" w:color="auto" w:fill="FFFFFF"/>
                <w:lang w:val="ru-RU"/>
              </w:rPr>
              <w:t xml:space="preserve">Чрезвычайная ситуация, в результате которой зона чрезвычайной ситуации затрагивает территорию двух и более субъектов Российской Федерации 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 xml:space="preserve">Г. </w:t>
            </w:r>
            <w:r w:rsidRPr="00B53672">
              <w:rPr>
                <w:color w:val="000000"/>
                <w:szCs w:val="24"/>
                <w:shd w:val="clear" w:color="auto" w:fill="FFFFFF"/>
                <w:lang w:val="ru-RU"/>
              </w:rPr>
              <w:t>Чрезвычайную ситуация, в результате которой территория, на которой сложилась чрезвычайная ситуация и нарушены условия жизнедеятельности людей (далее - зона чрезвычайной ситуации), не выходит за пределы территории организации</w:t>
            </w:r>
            <w:r w:rsidRPr="006022EC">
              <w:rPr>
                <w:color w:val="000000"/>
                <w:szCs w:val="24"/>
                <w:shd w:val="clear" w:color="auto" w:fill="FFFFFF"/>
              </w:rPr>
              <w:t> </w:t>
            </w:r>
          </w:p>
        </w:tc>
      </w:tr>
      <w:tr w:rsidR="005A39C3" w:rsidRPr="004D00E1" w:rsidTr="00913455">
        <w:tc>
          <w:tcPr>
            <w:tcW w:w="4816" w:type="dxa"/>
            <w:gridSpan w:val="2"/>
            <w:tcBorders>
              <w:top w:val="nil"/>
              <w:bottom w:val="nil"/>
              <w:right w:val="nil"/>
            </w:tcBorders>
          </w:tcPr>
          <w:p w:rsidR="005A39C3" w:rsidRPr="00A73CB9" w:rsidRDefault="005A39C3" w:rsidP="00913455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A73CB9">
              <w:rPr>
                <w:b/>
                <w:szCs w:val="24"/>
              </w:rPr>
              <w:t>1А, 2Б, 3</w:t>
            </w:r>
            <w:r>
              <w:rPr>
                <w:b/>
                <w:szCs w:val="24"/>
              </w:rPr>
              <w:t>В)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nil"/>
            </w:tcBorders>
          </w:tcPr>
          <w:p w:rsidR="005A39C3" w:rsidRDefault="005A39C3" w:rsidP="00913455">
            <w:pPr>
              <w:spacing w:line="240" w:lineRule="auto"/>
              <w:rPr>
                <w:szCs w:val="24"/>
                <w:u w:val="single"/>
              </w:rPr>
            </w:pPr>
          </w:p>
        </w:tc>
      </w:tr>
      <w:tr w:rsidR="005A39C3" w:rsidRPr="004D00E1" w:rsidTr="00913455">
        <w:trPr>
          <w:trHeight w:val="182"/>
        </w:trPr>
        <w:tc>
          <w:tcPr>
            <w:tcW w:w="4816" w:type="dxa"/>
            <w:gridSpan w:val="2"/>
          </w:tcPr>
          <w:p w:rsidR="005A39C3" w:rsidRPr="00FC0892" w:rsidRDefault="005A39C3" w:rsidP="00913455">
            <w:pPr>
              <w:tabs>
                <w:tab w:val="left" w:pos="3393"/>
              </w:tabs>
              <w:spacing w:line="240" w:lineRule="auto"/>
              <w:rPr>
                <w:b/>
                <w:szCs w:val="24"/>
              </w:rPr>
            </w:pPr>
            <w:proofErr w:type="spellStart"/>
            <w:r w:rsidRPr="00FC0892">
              <w:rPr>
                <w:b/>
                <w:szCs w:val="24"/>
              </w:rPr>
              <w:t>Уровень</w:t>
            </w:r>
            <w:proofErr w:type="spellEnd"/>
            <w:r w:rsidRPr="00FC0892">
              <w:rPr>
                <w:b/>
                <w:szCs w:val="24"/>
              </w:rPr>
              <w:t xml:space="preserve"> </w:t>
            </w:r>
            <w:proofErr w:type="spellStart"/>
            <w:r w:rsidRPr="00FC0892"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FC0892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FC0892">
              <w:rPr>
                <w:b/>
                <w:szCs w:val="24"/>
              </w:rPr>
              <w:t>Высокий</w:t>
            </w:r>
            <w:proofErr w:type="spellEnd"/>
          </w:p>
        </w:tc>
      </w:tr>
      <w:tr w:rsidR="005A39C3" w:rsidRPr="004D00E1" w:rsidTr="00913455">
        <w:trPr>
          <w:trHeight w:val="182"/>
        </w:trPr>
        <w:tc>
          <w:tcPr>
            <w:tcW w:w="4816" w:type="dxa"/>
            <w:gridSpan w:val="2"/>
          </w:tcPr>
          <w:p w:rsidR="005A39C3" w:rsidRDefault="005A39C3" w:rsidP="00913455">
            <w:pPr>
              <w:spacing w:line="240" w:lineRule="auto"/>
            </w:pPr>
            <w:r w:rsidRPr="001B2D0D">
              <w:rPr>
                <w:b/>
                <w:szCs w:val="24"/>
              </w:rPr>
              <w:t>1А, 2Б, 3В</w:t>
            </w:r>
          </w:p>
        </w:tc>
        <w:tc>
          <w:tcPr>
            <w:tcW w:w="5924" w:type="dxa"/>
            <w:gridSpan w:val="2"/>
          </w:tcPr>
          <w:p w:rsidR="005A39C3" w:rsidRDefault="005A39C3" w:rsidP="00913455">
            <w:pPr>
              <w:spacing w:line="240" w:lineRule="auto"/>
            </w:pPr>
            <w:r w:rsidRPr="001B2D0D">
              <w:rPr>
                <w:b/>
                <w:szCs w:val="24"/>
              </w:rPr>
              <w:t>1А, 2Б, 3В</w:t>
            </w:r>
          </w:p>
        </w:tc>
      </w:tr>
      <w:tr w:rsidR="005A39C3" w:rsidRPr="004D00E1" w:rsidTr="00913455">
        <w:trPr>
          <w:trHeight w:val="182"/>
        </w:trPr>
        <w:tc>
          <w:tcPr>
            <w:tcW w:w="4816" w:type="dxa"/>
            <w:gridSpan w:val="2"/>
          </w:tcPr>
          <w:p w:rsidR="005A39C3" w:rsidRPr="00FC0892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FC0892">
              <w:rPr>
                <w:b/>
                <w:szCs w:val="24"/>
              </w:rPr>
              <w:t>Инструкция</w:t>
            </w:r>
            <w:proofErr w:type="spellEnd"/>
          </w:p>
        </w:tc>
        <w:tc>
          <w:tcPr>
            <w:tcW w:w="5924" w:type="dxa"/>
            <w:gridSpan w:val="2"/>
          </w:tcPr>
          <w:p w:rsidR="005A39C3" w:rsidRPr="00FC0892" w:rsidRDefault="005A39C3" w:rsidP="00913455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FC0892">
              <w:rPr>
                <w:b/>
                <w:szCs w:val="24"/>
              </w:rPr>
              <w:t>введите</w:t>
            </w:r>
            <w:proofErr w:type="spellEnd"/>
            <w:r w:rsidRPr="00FC0892">
              <w:rPr>
                <w:b/>
                <w:szCs w:val="24"/>
              </w:rPr>
              <w:t xml:space="preserve"> </w:t>
            </w:r>
            <w:proofErr w:type="spellStart"/>
            <w:r w:rsidRPr="00FC0892">
              <w:rPr>
                <w:b/>
                <w:szCs w:val="24"/>
              </w:rPr>
              <w:t>развернутый</w:t>
            </w:r>
            <w:proofErr w:type="spellEnd"/>
            <w:r w:rsidRPr="00FC0892">
              <w:rPr>
                <w:b/>
                <w:szCs w:val="24"/>
              </w:rPr>
              <w:t xml:space="preserve"> </w:t>
            </w:r>
            <w:proofErr w:type="spellStart"/>
            <w:r w:rsidRPr="00FC0892">
              <w:rPr>
                <w:b/>
                <w:szCs w:val="24"/>
              </w:rPr>
              <w:t>обоснованный</w:t>
            </w:r>
            <w:proofErr w:type="spellEnd"/>
            <w:r w:rsidRPr="00FC0892">
              <w:rPr>
                <w:b/>
                <w:szCs w:val="24"/>
              </w:rPr>
              <w:t xml:space="preserve"> </w:t>
            </w:r>
            <w:proofErr w:type="spellStart"/>
            <w:r w:rsidRPr="00FC0892">
              <w:rPr>
                <w:b/>
                <w:szCs w:val="24"/>
              </w:rPr>
              <w:t>ответ</w:t>
            </w:r>
            <w:proofErr w:type="spellEnd"/>
          </w:p>
        </w:tc>
      </w:tr>
      <w:tr w:rsidR="005A39C3" w:rsidRPr="004D00E1" w:rsidTr="00913455">
        <w:tc>
          <w:tcPr>
            <w:tcW w:w="107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A39C3" w:rsidRPr="00B53672" w:rsidRDefault="005A39C3" w:rsidP="00913455">
            <w:pPr>
              <w:spacing w:line="240" w:lineRule="auto"/>
              <w:rPr>
                <w:bCs/>
                <w:color w:val="333333"/>
                <w:szCs w:val="24"/>
                <w:shd w:val="clear" w:color="auto" w:fill="FFFFFF"/>
                <w:lang w:val="ru-RU"/>
              </w:rPr>
            </w:pPr>
            <w:r w:rsidRPr="00B53672">
              <w:rPr>
                <w:bCs/>
                <w:color w:val="333333"/>
                <w:szCs w:val="24"/>
                <w:shd w:val="clear" w:color="auto" w:fill="FFFFFF"/>
                <w:lang w:val="ru-RU"/>
              </w:rPr>
              <w:t xml:space="preserve">25. Защита </w:t>
            </w:r>
            <w:proofErr w:type="gramStart"/>
            <w:r w:rsidRPr="00B53672">
              <w:rPr>
                <w:bCs/>
                <w:color w:val="333333"/>
                <w:szCs w:val="24"/>
                <w:shd w:val="clear" w:color="auto" w:fill="FFFFFF"/>
                <w:lang w:val="ru-RU"/>
              </w:rPr>
              <w:t>Отечества</w:t>
            </w:r>
            <w:r w:rsidRPr="00D1637B">
              <w:rPr>
                <w:bCs/>
                <w:color w:val="333333"/>
                <w:szCs w:val="24"/>
                <w:shd w:val="clear" w:color="auto" w:fill="FFFFFF"/>
              </w:rPr>
              <w:t> </w:t>
            </w:r>
            <w:r w:rsidRPr="00B53672">
              <w:rPr>
                <w:bCs/>
                <w:color w:val="333333"/>
                <w:szCs w:val="24"/>
                <w:shd w:val="clear" w:color="auto" w:fill="FFFFFF"/>
                <w:lang w:val="ru-RU"/>
              </w:rPr>
              <w:t xml:space="preserve"> для</w:t>
            </w:r>
            <w:proofErr w:type="gramEnd"/>
            <w:r w:rsidRPr="00B53672">
              <w:rPr>
                <w:bCs/>
                <w:color w:val="333333"/>
                <w:szCs w:val="24"/>
                <w:shd w:val="clear" w:color="auto" w:fill="FFFFFF"/>
                <w:lang w:val="ru-RU"/>
              </w:rPr>
              <w:t xml:space="preserve"> гражданина Российской Федерации согласно Конституции Российской Федерации является ...</w:t>
            </w:r>
          </w:p>
          <w:p w:rsidR="005A39C3" w:rsidRPr="005033F6" w:rsidRDefault="005A39C3" w:rsidP="00913455">
            <w:pPr>
              <w:spacing w:line="240" w:lineRule="auto"/>
              <w:rPr>
                <w:b/>
                <w:szCs w:val="24"/>
                <w:u w:val="single"/>
              </w:rPr>
            </w:pPr>
            <w:r w:rsidRPr="005033F6">
              <w:rPr>
                <w:b/>
                <w:bCs/>
                <w:color w:val="333333"/>
                <w:szCs w:val="24"/>
                <w:shd w:val="clear" w:color="auto" w:fill="FFFFFF"/>
              </w:rPr>
              <w:t>(</w:t>
            </w:r>
            <w:proofErr w:type="spellStart"/>
            <w:r w:rsidRPr="005033F6">
              <w:rPr>
                <w:b/>
                <w:bCs/>
                <w:color w:val="333333"/>
                <w:szCs w:val="24"/>
                <w:shd w:val="clear" w:color="auto" w:fill="FFFFFF"/>
              </w:rPr>
              <w:t>Долгом</w:t>
            </w:r>
            <w:proofErr w:type="spellEnd"/>
            <w:r w:rsidRPr="005033F6">
              <w:rPr>
                <w:b/>
                <w:bCs/>
                <w:color w:val="333333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5033F6">
              <w:rPr>
                <w:b/>
                <w:bCs/>
                <w:color w:val="333333"/>
                <w:szCs w:val="24"/>
                <w:shd w:val="clear" w:color="auto" w:fill="FFFFFF"/>
              </w:rPr>
              <w:t>обязанностью</w:t>
            </w:r>
            <w:proofErr w:type="spellEnd"/>
            <w:r w:rsidRPr="005033F6">
              <w:rPr>
                <w:b/>
                <w:bCs/>
                <w:color w:val="333333"/>
                <w:szCs w:val="24"/>
                <w:shd w:val="clear" w:color="auto" w:fill="FFFFFF"/>
              </w:rPr>
              <w:t>)</w:t>
            </w:r>
          </w:p>
        </w:tc>
      </w:tr>
    </w:tbl>
    <w:p w:rsidR="005A39C3" w:rsidRDefault="005A39C3" w:rsidP="005A39C3">
      <w:pPr>
        <w:rPr>
          <w:szCs w:val="24"/>
        </w:rPr>
      </w:pP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>Дополнительных материалов и оборудования для выполнения тестовых заданий не требуется</w:t>
      </w:r>
    </w:p>
    <w:p w:rsidR="005A39C3" w:rsidRDefault="005A39C3" w:rsidP="005A39C3">
      <w:pPr>
        <w:rPr>
          <w:szCs w:val="24"/>
        </w:rPr>
      </w:pPr>
      <w:proofErr w:type="spellStart"/>
      <w:r>
        <w:rPr>
          <w:szCs w:val="24"/>
        </w:rPr>
        <w:t>Ключи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правильных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ответов</w:t>
      </w:r>
      <w:proofErr w:type="spellEnd"/>
      <w:r>
        <w:rPr>
          <w:szCs w:val="24"/>
        </w:rPr>
        <w:t xml:space="preserve"> 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980"/>
        <w:gridCol w:w="4111"/>
      </w:tblGrid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Номер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задания</w:t>
            </w:r>
            <w:proofErr w:type="spellEnd"/>
          </w:p>
        </w:tc>
        <w:tc>
          <w:tcPr>
            <w:tcW w:w="4111" w:type="dxa"/>
          </w:tcPr>
          <w:p w:rsidR="005A39C3" w:rsidRDefault="005A39C3" w:rsidP="00913455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Верный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</w:t>
            </w:r>
            <w:proofErr w:type="spellEnd"/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D00E1">
              <w:rPr>
                <w:b/>
                <w:szCs w:val="24"/>
              </w:rPr>
              <w:t xml:space="preserve"> </w:t>
            </w:r>
          </w:p>
        </w:tc>
        <w:tc>
          <w:tcPr>
            <w:tcW w:w="4111" w:type="dxa"/>
          </w:tcPr>
          <w:p w:rsidR="005A39C3" w:rsidRPr="00A73CB9" w:rsidRDefault="005A39C3" w:rsidP="00913455">
            <w:pPr>
              <w:rPr>
                <w:b/>
                <w:szCs w:val="24"/>
              </w:rPr>
            </w:pPr>
            <w:r w:rsidRPr="00A73CB9">
              <w:rPr>
                <w:b/>
                <w:szCs w:val="24"/>
              </w:rPr>
              <w:t>А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</w:p>
        </w:tc>
        <w:tc>
          <w:tcPr>
            <w:tcW w:w="4111" w:type="dxa"/>
          </w:tcPr>
          <w:p w:rsidR="005A39C3" w:rsidRPr="00A73CB9" w:rsidRDefault="005A39C3" w:rsidP="00913455">
            <w:pPr>
              <w:rPr>
                <w:b/>
                <w:szCs w:val="24"/>
              </w:rPr>
            </w:pPr>
            <w:r w:rsidRPr="00A73CB9">
              <w:rPr>
                <w:b/>
                <w:szCs w:val="24"/>
              </w:rPr>
              <w:t>А,Б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 xml:space="preserve">3 </w:t>
            </w:r>
          </w:p>
        </w:tc>
        <w:tc>
          <w:tcPr>
            <w:tcW w:w="4111" w:type="dxa"/>
          </w:tcPr>
          <w:p w:rsidR="005A39C3" w:rsidRPr="00A73CB9" w:rsidRDefault="005A39C3" w:rsidP="00913455">
            <w:pPr>
              <w:rPr>
                <w:b/>
                <w:szCs w:val="24"/>
              </w:rPr>
            </w:pPr>
            <w:r w:rsidRPr="00A73CB9">
              <w:rPr>
                <w:b/>
                <w:szCs w:val="24"/>
              </w:rPr>
              <w:t>1,2,3,4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</w:p>
        </w:tc>
        <w:tc>
          <w:tcPr>
            <w:tcW w:w="4111" w:type="dxa"/>
          </w:tcPr>
          <w:p w:rsidR="005A39C3" w:rsidRPr="00562796" w:rsidRDefault="005A39C3" w:rsidP="00913455">
            <w:pPr>
              <w:rPr>
                <w:szCs w:val="24"/>
              </w:rPr>
            </w:pPr>
            <w:r w:rsidRPr="00A73CB9">
              <w:rPr>
                <w:b/>
                <w:szCs w:val="24"/>
              </w:rPr>
              <w:t>1А, 2Б, 3</w:t>
            </w:r>
            <w:r>
              <w:rPr>
                <w:b/>
                <w:szCs w:val="24"/>
              </w:rPr>
              <w:t>В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4111" w:type="dxa"/>
          </w:tcPr>
          <w:p w:rsidR="005A39C3" w:rsidRPr="00562796" w:rsidRDefault="005A39C3" w:rsidP="00913455">
            <w:pPr>
              <w:rPr>
                <w:szCs w:val="24"/>
              </w:rPr>
            </w:pPr>
            <w:r w:rsidRPr="00A73CB9">
              <w:rPr>
                <w:b/>
                <w:szCs w:val="24"/>
              </w:rPr>
              <w:t>1А, 2Б, 3</w:t>
            </w:r>
            <w:r>
              <w:rPr>
                <w:b/>
                <w:szCs w:val="24"/>
              </w:rPr>
              <w:t>В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4111" w:type="dxa"/>
          </w:tcPr>
          <w:p w:rsidR="005A39C3" w:rsidRDefault="005A39C3" w:rsidP="00913455">
            <w:pPr>
              <w:rPr>
                <w:szCs w:val="24"/>
              </w:rPr>
            </w:pPr>
            <w:r w:rsidRPr="00A73CB9">
              <w:rPr>
                <w:b/>
                <w:szCs w:val="24"/>
              </w:rPr>
              <w:t>1А, 2Б, 3</w:t>
            </w:r>
            <w:r>
              <w:rPr>
                <w:b/>
                <w:szCs w:val="24"/>
              </w:rPr>
              <w:t>В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4111" w:type="dxa"/>
          </w:tcPr>
          <w:p w:rsidR="005A39C3" w:rsidRDefault="005A39C3" w:rsidP="00913455">
            <w:pPr>
              <w:rPr>
                <w:szCs w:val="24"/>
              </w:rPr>
            </w:pPr>
            <w:r w:rsidRPr="00A73CB9">
              <w:rPr>
                <w:b/>
                <w:szCs w:val="24"/>
              </w:rPr>
              <w:t>1А, 2Б, 3</w:t>
            </w:r>
            <w:r>
              <w:rPr>
                <w:b/>
                <w:szCs w:val="24"/>
              </w:rPr>
              <w:t>В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4111" w:type="dxa"/>
          </w:tcPr>
          <w:p w:rsidR="005A39C3" w:rsidRDefault="005A39C3" w:rsidP="00913455">
            <w:pPr>
              <w:rPr>
                <w:szCs w:val="24"/>
              </w:rPr>
            </w:pPr>
            <w:r w:rsidRPr="00A73CB9">
              <w:rPr>
                <w:b/>
                <w:szCs w:val="24"/>
              </w:rPr>
              <w:t>1А, 2Б, 3</w:t>
            </w:r>
            <w:r>
              <w:rPr>
                <w:b/>
                <w:szCs w:val="24"/>
              </w:rPr>
              <w:t>В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4111" w:type="dxa"/>
          </w:tcPr>
          <w:p w:rsidR="005A39C3" w:rsidRDefault="005A39C3" w:rsidP="00913455">
            <w:pPr>
              <w:rPr>
                <w:szCs w:val="24"/>
              </w:rPr>
            </w:pPr>
            <w:r w:rsidRPr="00A73CB9">
              <w:rPr>
                <w:b/>
                <w:szCs w:val="24"/>
              </w:rPr>
              <w:t>1А, 2Б, 3</w:t>
            </w:r>
            <w:r>
              <w:rPr>
                <w:b/>
                <w:szCs w:val="24"/>
              </w:rPr>
              <w:t>В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4111" w:type="dxa"/>
          </w:tcPr>
          <w:p w:rsidR="005A39C3" w:rsidRPr="00D1637B" w:rsidRDefault="005A39C3" w:rsidP="00913455">
            <w:pPr>
              <w:rPr>
                <w:szCs w:val="24"/>
              </w:rPr>
            </w:pPr>
            <w:r w:rsidRPr="00A73CB9">
              <w:rPr>
                <w:b/>
                <w:szCs w:val="24"/>
              </w:rPr>
              <w:t>1А, 2Б, 3</w:t>
            </w:r>
            <w:r>
              <w:rPr>
                <w:b/>
                <w:szCs w:val="24"/>
              </w:rPr>
              <w:t>В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4111" w:type="dxa"/>
          </w:tcPr>
          <w:p w:rsidR="005A39C3" w:rsidRPr="00A73CB9" w:rsidRDefault="005A39C3" w:rsidP="00913455">
            <w:pPr>
              <w:rPr>
                <w:b/>
                <w:szCs w:val="24"/>
              </w:rPr>
            </w:pPr>
            <w:r w:rsidRPr="00A73CB9">
              <w:rPr>
                <w:b/>
                <w:szCs w:val="24"/>
              </w:rPr>
              <w:t>А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4111" w:type="dxa"/>
          </w:tcPr>
          <w:p w:rsidR="005A39C3" w:rsidRPr="00A73CB9" w:rsidRDefault="005A39C3" w:rsidP="00913455">
            <w:pPr>
              <w:rPr>
                <w:b/>
                <w:szCs w:val="24"/>
              </w:rPr>
            </w:pPr>
            <w:r w:rsidRPr="00A73CB9">
              <w:rPr>
                <w:b/>
                <w:szCs w:val="24"/>
              </w:rPr>
              <w:t>А, Б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4111" w:type="dxa"/>
          </w:tcPr>
          <w:p w:rsidR="005A39C3" w:rsidRPr="00D1637B" w:rsidRDefault="005A39C3" w:rsidP="00913455">
            <w:pPr>
              <w:rPr>
                <w:szCs w:val="24"/>
              </w:rPr>
            </w:pPr>
            <w:r w:rsidRPr="00A73CB9">
              <w:rPr>
                <w:b/>
                <w:szCs w:val="24"/>
              </w:rPr>
              <w:t>1А, 2Б, 3</w:t>
            </w:r>
            <w:r>
              <w:rPr>
                <w:b/>
                <w:szCs w:val="24"/>
              </w:rPr>
              <w:t>В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4111" w:type="dxa"/>
          </w:tcPr>
          <w:p w:rsidR="005A39C3" w:rsidRPr="00D1637B" w:rsidRDefault="005A39C3" w:rsidP="00913455">
            <w:pPr>
              <w:rPr>
                <w:szCs w:val="24"/>
              </w:rPr>
            </w:pPr>
            <w:r w:rsidRPr="00A73CB9">
              <w:rPr>
                <w:b/>
                <w:szCs w:val="24"/>
              </w:rPr>
              <w:t>1А, 2Б, 3</w:t>
            </w:r>
            <w:r>
              <w:rPr>
                <w:b/>
                <w:szCs w:val="24"/>
              </w:rPr>
              <w:t>В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4111" w:type="dxa"/>
          </w:tcPr>
          <w:p w:rsidR="005A39C3" w:rsidRPr="00D1637B" w:rsidRDefault="005A39C3" w:rsidP="00913455">
            <w:pPr>
              <w:rPr>
                <w:szCs w:val="24"/>
              </w:rPr>
            </w:pPr>
            <w:r w:rsidRPr="00A73CB9">
              <w:rPr>
                <w:b/>
                <w:szCs w:val="24"/>
              </w:rPr>
              <w:t>1А, 2Б, 3</w:t>
            </w:r>
            <w:r>
              <w:rPr>
                <w:b/>
                <w:szCs w:val="24"/>
              </w:rPr>
              <w:t>В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4111" w:type="dxa"/>
          </w:tcPr>
          <w:p w:rsidR="005A39C3" w:rsidRPr="001756C5" w:rsidRDefault="005A39C3" w:rsidP="00913455">
            <w:pPr>
              <w:rPr>
                <w:szCs w:val="24"/>
              </w:rPr>
            </w:pPr>
            <w:r w:rsidRPr="00A73CB9">
              <w:rPr>
                <w:b/>
                <w:szCs w:val="24"/>
              </w:rPr>
              <w:t>1А, 2Б, 3</w:t>
            </w:r>
            <w:r>
              <w:rPr>
                <w:b/>
                <w:szCs w:val="24"/>
              </w:rPr>
              <w:t>В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4111" w:type="dxa"/>
          </w:tcPr>
          <w:p w:rsidR="005A39C3" w:rsidRPr="001756C5" w:rsidRDefault="005A39C3" w:rsidP="00913455">
            <w:pPr>
              <w:rPr>
                <w:szCs w:val="24"/>
              </w:rPr>
            </w:pPr>
            <w:r w:rsidRPr="00A73CB9">
              <w:rPr>
                <w:b/>
                <w:szCs w:val="24"/>
              </w:rPr>
              <w:t>1А, 2Б, 3</w:t>
            </w:r>
            <w:r>
              <w:rPr>
                <w:b/>
                <w:szCs w:val="24"/>
              </w:rPr>
              <w:t>В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4111" w:type="dxa"/>
          </w:tcPr>
          <w:p w:rsidR="005A39C3" w:rsidRPr="001756C5" w:rsidRDefault="005A39C3" w:rsidP="00913455">
            <w:pPr>
              <w:rPr>
                <w:szCs w:val="24"/>
              </w:rPr>
            </w:pPr>
            <w:r w:rsidRPr="00A73CB9">
              <w:rPr>
                <w:b/>
                <w:szCs w:val="24"/>
              </w:rPr>
              <w:t>1А, 2Б, 3</w:t>
            </w:r>
            <w:r>
              <w:rPr>
                <w:b/>
                <w:szCs w:val="24"/>
              </w:rPr>
              <w:t>В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4111" w:type="dxa"/>
          </w:tcPr>
          <w:p w:rsidR="005A39C3" w:rsidRPr="001756C5" w:rsidRDefault="005A39C3" w:rsidP="00913455">
            <w:pPr>
              <w:rPr>
                <w:szCs w:val="24"/>
              </w:rPr>
            </w:pPr>
            <w:r w:rsidRPr="00A73CB9">
              <w:rPr>
                <w:b/>
                <w:szCs w:val="24"/>
              </w:rPr>
              <w:t>1А, 2Б, 3</w:t>
            </w:r>
            <w:r>
              <w:rPr>
                <w:b/>
                <w:szCs w:val="24"/>
              </w:rPr>
              <w:t>В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4111" w:type="dxa"/>
          </w:tcPr>
          <w:p w:rsidR="005A39C3" w:rsidRPr="00A73CB9" w:rsidRDefault="005A39C3" w:rsidP="00913455">
            <w:pPr>
              <w:rPr>
                <w:b/>
                <w:szCs w:val="24"/>
              </w:rPr>
            </w:pPr>
            <w:proofErr w:type="spellStart"/>
            <w:r w:rsidRPr="00A73CB9">
              <w:rPr>
                <w:b/>
                <w:szCs w:val="24"/>
              </w:rPr>
              <w:t>Средствами</w:t>
            </w:r>
            <w:proofErr w:type="spellEnd"/>
            <w:r w:rsidRPr="00A73CB9">
              <w:rPr>
                <w:b/>
                <w:szCs w:val="24"/>
              </w:rPr>
              <w:t xml:space="preserve"> </w:t>
            </w:r>
            <w:proofErr w:type="spellStart"/>
            <w:r w:rsidRPr="00A73CB9">
              <w:rPr>
                <w:b/>
                <w:szCs w:val="24"/>
              </w:rPr>
              <w:t>коллективной</w:t>
            </w:r>
            <w:proofErr w:type="spellEnd"/>
            <w:r w:rsidRPr="00A73CB9">
              <w:rPr>
                <w:b/>
                <w:szCs w:val="24"/>
              </w:rPr>
              <w:t xml:space="preserve"> </w:t>
            </w:r>
            <w:proofErr w:type="spellStart"/>
            <w:r w:rsidRPr="00A73CB9">
              <w:rPr>
                <w:b/>
                <w:szCs w:val="24"/>
              </w:rPr>
              <w:t>защиты</w:t>
            </w:r>
            <w:proofErr w:type="spellEnd"/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4111" w:type="dxa"/>
          </w:tcPr>
          <w:p w:rsidR="005A39C3" w:rsidRPr="00A73CB9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4111" w:type="dxa"/>
          </w:tcPr>
          <w:p w:rsidR="005A39C3" w:rsidRPr="008234DE" w:rsidRDefault="005A39C3" w:rsidP="00913455">
            <w:pPr>
              <w:rPr>
                <w:szCs w:val="24"/>
              </w:rPr>
            </w:pPr>
            <w:r w:rsidRPr="00A73CB9">
              <w:rPr>
                <w:b/>
                <w:szCs w:val="24"/>
              </w:rPr>
              <w:t>1А, 2Б, 3</w:t>
            </w:r>
            <w:r>
              <w:rPr>
                <w:b/>
                <w:szCs w:val="24"/>
              </w:rPr>
              <w:t>В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4111" w:type="dxa"/>
          </w:tcPr>
          <w:p w:rsidR="005A39C3" w:rsidRPr="008234DE" w:rsidRDefault="005A39C3" w:rsidP="00913455">
            <w:pPr>
              <w:rPr>
                <w:szCs w:val="24"/>
              </w:rPr>
            </w:pPr>
            <w:r w:rsidRPr="00A73CB9">
              <w:rPr>
                <w:b/>
                <w:szCs w:val="24"/>
              </w:rPr>
              <w:t>1А, 2Б, 3</w:t>
            </w:r>
            <w:r>
              <w:rPr>
                <w:b/>
                <w:szCs w:val="24"/>
              </w:rPr>
              <w:t>В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4111" w:type="dxa"/>
          </w:tcPr>
          <w:p w:rsidR="005A39C3" w:rsidRPr="008234DE" w:rsidRDefault="005A39C3" w:rsidP="00913455">
            <w:pPr>
              <w:rPr>
                <w:szCs w:val="24"/>
              </w:rPr>
            </w:pPr>
            <w:r w:rsidRPr="00A73CB9">
              <w:rPr>
                <w:b/>
                <w:szCs w:val="24"/>
              </w:rPr>
              <w:t>1А, 2Б, 3</w:t>
            </w:r>
            <w:r>
              <w:rPr>
                <w:b/>
                <w:szCs w:val="24"/>
              </w:rPr>
              <w:t>В</w:t>
            </w:r>
          </w:p>
        </w:tc>
      </w:tr>
      <w:tr w:rsidR="005A39C3" w:rsidTr="00913455">
        <w:tc>
          <w:tcPr>
            <w:tcW w:w="1980" w:type="dxa"/>
          </w:tcPr>
          <w:p w:rsidR="005A39C3" w:rsidRDefault="005A39C3" w:rsidP="00913455">
            <w:pPr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4111" w:type="dxa"/>
          </w:tcPr>
          <w:p w:rsidR="005A39C3" w:rsidRPr="00A73CB9" w:rsidRDefault="005A39C3" w:rsidP="00913455">
            <w:pPr>
              <w:rPr>
                <w:b/>
                <w:szCs w:val="24"/>
              </w:rPr>
            </w:pPr>
            <w:proofErr w:type="spellStart"/>
            <w:r w:rsidRPr="00A73CB9">
              <w:rPr>
                <w:b/>
                <w:szCs w:val="24"/>
              </w:rPr>
              <w:t>Долгом</w:t>
            </w:r>
            <w:proofErr w:type="spellEnd"/>
            <w:r w:rsidRPr="00A73CB9">
              <w:rPr>
                <w:b/>
                <w:szCs w:val="24"/>
              </w:rPr>
              <w:t xml:space="preserve"> и </w:t>
            </w:r>
            <w:proofErr w:type="spellStart"/>
            <w:r w:rsidRPr="00A73CB9">
              <w:rPr>
                <w:b/>
                <w:szCs w:val="24"/>
              </w:rPr>
              <w:t>обязанностью</w:t>
            </w:r>
            <w:proofErr w:type="spellEnd"/>
          </w:p>
        </w:tc>
      </w:tr>
    </w:tbl>
    <w:p w:rsidR="005A39C3" w:rsidRDefault="005A39C3" w:rsidP="005A39C3">
      <w:pPr>
        <w:rPr>
          <w:szCs w:val="24"/>
        </w:rPr>
      </w:pPr>
    </w:p>
    <w:p w:rsidR="005A39C3" w:rsidRDefault="005A39C3" w:rsidP="005A39C3">
      <w:pPr>
        <w:rPr>
          <w:szCs w:val="24"/>
        </w:rPr>
      </w:pPr>
      <w:proofErr w:type="spellStart"/>
      <w:r>
        <w:rPr>
          <w:szCs w:val="24"/>
        </w:rPr>
        <w:t>Критерии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оценки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тестовых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заданий</w:t>
      </w:r>
      <w:proofErr w:type="spellEnd"/>
      <w:r>
        <w:rPr>
          <w:szCs w:val="24"/>
        </w:rPr>
        <w:t xml:space="preserve"> 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377"/>
        <w:gridCol w:w="3762"/>
        <w:gridCol w:w="3206"/>
      </w:tblGrid>
      <w:tr w:rsidR="005A39C3" w:rsidTr="00913455">
        <w:tc>
          <w:tcPr>
            <w:tcW w:w="2377" w:type="dxa"/>
          </w:tcPr>
          <w:p w:rsidR="005A39C3" w:rsidRDefault="005A39C3" w:rsidP="00913455">
            <w:pPr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Результат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оценивания</w:t>
            </w:r>
            <w:proofErr w:type="spellEnd"/>
          </w:p>
        </w:tc>
        <w:tc>
          <w:tcPr>
            <w:tcW w:w="3762" w:type="dxa"/>
          </w:tcPr>
          <w:p w:rsidR="005A39C3" w:rsidRDefault="005A39C3" w:rsidP="00913455">
            <w:pPr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Тип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задания</w:t>
            </w:r>
            <w:proofErr w:type="spellEnd"/>
          </w:p>
        </w:tc>
        <w:tc>
          <w:tcPr>
            <w:tcW w:w="3206" w:type="dxa"/>
          </w:tcPr>
          <w:p w:rsidR="005A39C3" w:rsidRDefault="005A39C3" w:rsidP="00913455">
            <w:pPr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Критерии</w:t>
            </w:r>
            <w:proofErr w:type="spellEnd"/>
          </w:p>
        </w:tc>
      </w:tr>
      <w:tr w:rsidR="005A39C3" w:rsidRPr="00781B49" w:rsidTr="00913455">
        <w:tc>
          <w:tcPr>
            <w:tcW w:w="2377" w:type="dxa"/>
            <w:vMerge w:val="restart"/>
          </w:tcPr>
          <w:p w:rsidR="005A39C3" w:rsidRDefault="005A39C3" w:rsidP="00913455">
            <w:pPr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верно</w:t>
            </w:r>
            <w:proofErr w:type="spellEnd"/>
          </w:p>
        </w:tc>
        <w:tc>
          <w:tcPr>
            <w:tcW w:w="3762" w:type="dxa"/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3206" w:type="dxa"/>
            <w:vMerge w:val="restart"/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Полное совпадение с верным ответом</w:t>
            </w:r>
          </w:p>
        </w:tc>
      </w:tr>
      <w:tr w:rsidR="005A39C3" w:rsidTr="00913455">
        <w:tc>
          <w:tcPr>
            <w:tcW w:w="2377" w:type="dxa"/>
            <w:vMerge/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3762" w:type="dxa"/>
          </w:tcPr>
          <w:p w:rsidR="005A39C3" w:rsidRDefault="005A39C3" w:rsidP="00913455">
            <w:pPr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на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установление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последовательности</w:t>
            </w:r>
            <w:proofErr w:type="spell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соответствия</w:t>
            </w:r>
            <w:proofErr w:type="spellEnd"/>
          </w:p>
        </w:tc>
        <w:tc>
          <w:tcPr>
            <w:tcW w:w="3206" w:type="dxa"/>
            <w:vMerge/>
          </w:tcPr>
          <w:p w:rsidR="005A39C3" w:rsidRDefault="005A39C3" w:rsidP="00913455">
            <w:pPr>
              <w:spacing w:line="240" w:lineRule="auto"/>
              <w:rPr>
                <w:szCs w:val="24"/>
              </w:rPr>
            </w:pPr>
          </w:p>
        </w:tc>
      </w:tr>
      <w:tr w:rsidR="005A39C3" w:rsidTr="00913455">
        <w:tc>
          <w:tcPr>
            <w:tcW w:w="2377" w:type="dxa"/>
            <w:vMerge/>
          </w:tcPr>
          <w:p w:rsidR="005A39C3" w:rsidRDefault="005A39C3" w:rsidP="00913455">
            <w:pPr>
              <w:spacing w:line="240" w:lineRule="auto"/>
              <w:rPr>
                <w:szCs w:val="24"/>
              </w:rPr>
            </w:pPr>
          </w:p>
        </w:tc>
        <w:tc>
          <w:tcPr>
            <w:tcW w:w="3762" w:type="dxa"/>
          </w:tcPr>
          <w:p w:rsidR="005A39C3" w:rsidRDefault="005A39C3" w:rsidP="00913455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с </w:t>
            </w:r>
            <w:proofErr w:type="spellStart"/>
            <w:r>
              <w:rPr>
                <w:szCs w:val="24"/>
              </w:rPr>
              <w:t>развернутым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</w:p>
        </w:tc>
        <w:tc>
          <w:tcPr>
            <w:tcW w:w="3206" w:type="dxa"/>
          </w:tcPr>
          <w:p w:rsidR="005A39C3" w:rsidRDefault="005A39C3" w:rsidP="00913455">
            <w:pPr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Сопоставить</w:t>
            </w:r>
            <w:proofErr w:type="spellEnd"/>
            <w:r>
              <w:rPr>
                <w:szCs w:val="24"/>
              </w:rPr>
              <w:t xml:space="preserve"> с </w:t>
            </w:r>
            <w:proofErr w:type="spellStart"/>
            <w:r>
              <w:rPr>
                <w:szCs w:val="24"/>
              </w:rPr>
              <w:t>эталонным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ответом</w:t>
            </w:r>
            <w:proofErr w:type="spellEnd"/>
          </w:p>
        </w:tc>
      </w:tr>
      <w:tr w:rsidR="005A39C3" w:rsidRPr="00781B49" w:rsidTr="00913455">
        <w:tc>
          <w:tcPr>
            <w:tcW w:w="2377" w:type="dxa"/>
          </w:tcPr>
          <w:p w:rsidR="005A39C3" w:rsidRDefault="005A39C3" w:rsidP="00913455">
            <w:pPr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неверно</w:t>
            </w:r>
            <w:proofErr w:type="spellEnd"/>
          </w:p>
        </w:tc>
        <w:tc>
          <w:tcPr>
            <w:tcW w:w="3762" w:type="dxa"/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с выбором одного/нескольких ответов;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на установление последовательности/соответствия;</w:t>
            </w:r>
          </w:p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с развернутым ответом</w:t>
            </w:r>
          </w:p>
        </w:tc>
        <w:tc>
          <w:tcPr>
            <w:tcW w:w="3206" w:type="dxa"/>
          </w:tcPr>
          <w:p w:rsidR="005A39C3" w:rsidRPr="00B53672" w:rsidRDefault="005A39C3" w:rsidP="00913455">
            <w:pPr>
              <w:spacing w:line="240" w:lineRule="auto"/>
              <w:rPr>
                <w:szCs w:val="24"/>
                <w:lang w:val="ru-RU"/>
              </w:rPr>
            </w:pPr>
            <w:r w:rsidRPr="00B53672">
              <w:rPr>
                <w:szCs w:val="24"/>
                <w:lang w:val="ru-RU"/>
              </w:rPr>
              <w:t>Допущены ошибки или ответ отсутствует</w:t>
            </w:r>
          </w:p>
        </w:tc>
      </w:tr>
    </w:tbl>
    <w:p w:rsidR="005A39C3" w:rsidRPr="00B53672" w:rsidRDefault="005A39C3" w:rsidP="005A39C3">
      <w:pPr>
        <w:rPr>
          <w:szCs w:val="24"/>
          <w:lang w:val="ru-RU"/>
        </w:rPr>
      </w:pP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lastRenderedPageBreak/>
        <w:t>Шкала оценивания результатов компьютерного тестирования обучающихся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A39C3" w:rsidTr="00913455">
        <w:tc>
          <w:tcPr>
            <w:tcW w:w="4672" w:type="dxa"/>
          </w:tcPr>
          <w:p w:rsidR="005A39C3" w:rsidRDefault="005A39C3" w:rsidP="00913455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Оценка</w:t>
            </w:r>
            <w:proofErr w:type="spellEnd"/>
          </w:p>
        </w:tc>
        <w:tc>
          <w:tcPr>
            <w:tcW w:w="4673" w:type="dxa"/>
          </w:tcPr>
          <w:p w:rsidR="005A39C3" w:rsidRDefault="005A39C3" w:rsidP="00913455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Процент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верных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ответов</w:t>
            </w:r>
            <w:proofErr w:type="spellEnd"/>
          </w:p>
        </w:tc>
      </w:tr>
      <w:tr w:rsidR="005A39C3" w:rsidTr="00913455">
        <w:tc>
          <w:tcPr>
            <w:tcW w:w="4672" w:type="dxa"/>
          </w:tcPr>
          <w:p w:rsidR="005A39C3" w:rsidRDefault="005A39C3" w:rsidP="00913455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отлично</w:t>
            </w:r>
            <w:proofErr w:type="spellEnd"/>
          </w:p>
        </w:tc>
        <w:tc>
          <w:tcPr>
            <w:tcW w:w="4673" w:type="dxa"/>
          </w:tcPr>
          <w:p w:rsidR="005A39C3" w:rsidRDefault="005A39C3" w:rsidP="009134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91-100</w:t>
            </w:r>
          </w:p>
        </w:tc>
      </w:tr>
      <w:tr w:rsidR="005A39C3" w:rsidTr="00913455">
        <w:tc>
          <w:tcPr>
            <w:tcW w:w="4672" w:type="dxa"/>
          </w:tcPr>
          <w:p w:rsidR="005A39C3" w:rsidRDefault="005A39C3" w:rsidP="00913455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хорошо</w:t>
            </w:r>
            <w:proofErr w:type="spellEnd"/>
          </w:p>
        </w:tc>
        <w:tc>
          <w:tcPr>
            <w:tcW w:w="4673" w:type="dxa"/>
          </w:tcPr>
          <w:p w:rsidR="005A39C3" w:rsidRDefault="005A39C3" w:rsidP="009134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80-90</w:t>
            </w:r>
          </w:p>
        </w:tc>
      </w:tr>
      <w:tr w:rsidR="005A39C3" w:rsidTr="00913455">
        <w:tc>
          <w:tcPr>
            <w:tcW w:w="4672" w:type="dxa"/>
          </w:tcPr>
          <w:p w:rsidR="005A39C3" w:rsidRDefault="005A39C3" w:rsidP="00913455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удовлетворительно</w:t>
            </w:r>
            <w:proofErr w:type="spellEnd"/>
          </w:p>
        </w:tc>
        <w:tc>
          <w:tcPr>
            <w:tcW w:w="4673" w:type="dxa"/>
          </w:tcPr>
          <w:p w:rsidR="005A39C3" w:rsidRDefault="005A39C3" w:rsidP="0091345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60-79</w:t>
            </w:r>
          </w:p>
        </w:tc>
      </w:tr>
      <w:tr w:rsidR="005A39C3" w:rsidTr="00913455">
        <w:tc>
          <w:tcPr>
            <w:tcW w:w="4672" w:type="dxa"/>
          </w:tcPr>
          <w:p w:rsidR="005A39C3" w:rsidRDefault="005A39C3" w:rsidP="00913455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неудовлетворительно</w:t>
            </w:r>
            <w:proofErr w:type="spellEnd"/>
          </w:p>
        </w:tc>
        <w:tc>
          <w:tcPr>
            <w:tcW w:w="4673" w:type="dxa"/>
          </w:tcPr>
          <w:p w:rsidR="005A39C3" w:rsidRDefault="005A39C3" w:rsidP="00913455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менее</w:t>
            </w:r>
            <w:proofErr w:type="spellEnd"/>
            <w:r>
              <w:rPr>
                <w:szCs w:val="24"/>
              </w:rPr>
              <w:t xml:space="preserve"> 60</w:t>
            </w:r>
          </w:p>
        </w:tc>
      </w:tr>
    </w:tbl>
    <w:p w:rsidR="005A39C3" w:rsidRDefault="005A39C3" w:rsidP="005A39C3">
      <w:pPr>
        <w:rPr>
          <w:szCs w:val="24"/>
        </w:rPr>
      </w:pPr>
    </w:p>
    <w:p w:rsidR="005A39C3" w:rsidRPr="008E5BD7" w:rsidRDefault="005A39C3" w:rsidP="005A39C3">
      <w:pPr>
        <w:rPr>
          <w:szCs w:val="24"/>
        </w:rPr>
      </w:pPr>
      <w:proofErr w:type="spellStart"/>
      <w:r w:rsidRPr="008E5BD7">
        <w:rPr>
          <w:szCs w:val="24"/>
        </w:rPr>
        <w:t>Составитель</w:t>
      </w:r>
      <w:proofErr w:type="spellEnd"/>
      <w:r w:rsidRPr="008E5BD7">
        <w:rPr>
          <w:szCs w:val="24"/>
        </w:rPr>
        <w:t>:</w:t>
      </w:r>
    </w:p>
    <w:p w:rsidR="005A39C3" w:rsidRPr="00B53672" w:rsidRDefault="005A39C3" w:rsidP="005A39C3">
      <w:pPr>
        <w:rPr>
          <w:szCs w:val="24"/>
          <w:lang w:val="ru-RU"/>
        </w:rPr>
      </w:pPr>
      <w:r w:rsidRPr="00B53672">
        <w:rPr>
          <w:szCs w:val="24"/>
          <w:lang w:val="ru-RU"/>
        </w:rPr>
        <w:t xml:space="preserve">Лапина Светлана Федоровна, доцент, </w:t>
      </w:r>
      <w:proofErr w:type="spellStart"/>
      <w:r w:rsidRPr="00B53672">
        <w:rPr>
          <w:szCs w:val="24"/>
          <w:lang w:val="ru-RU"/>
        </w:rPr>
        <w:t>к.фарм.н</w:t>
      </w:r>
      <w:proofErr w:type="spellEnd"/>
      <w:r w:rsidRPr="00B53672">
        <w:rPr>
          <w:szCs w:val="24"/>
          <w:lang w:val="ru-RU"/>
        </w:rPr>
        <w:t>. __________________________________</w:t>
      </w:r>
    </w:p>
    <w:p w:rsidR="005A39C3" w:rsidRPr="00B53672" w:rsidRDefault="005A39C3" w:rsidP="005A39C3">
      <w:pPr>
        <w:pStyle w:val="ae"/>
        <w:rPr>
          <w:szCs w:val="24"/>
          <w:lang w:val="ru-RU"/>
        </w:rPr>
      </w:pPr>
    </w:p>
    <w:p w:rsidR="007C0353" w:rsidRDefault="007C0353" w:rsidP="007C0353">
      <w:pPr>
        <w:rPr>
          <w:lang w:val="ru-RU"/>
        </w:rPr>
      </w:pPr>
      <w:r>
        <w:rPr>
          <w:lang w:val="ru-RU"/>
        </w:rPr>
        <w:t>«22» апреля 2026</w:t>
      </w:r>
    </w:p>
    <w:p w:rsidR="005A39C3" w:rsidRPr="00B53672" w:rsidRDefault="005A39C3" w:rsidP="005A39C3">
      <w:pPr>
        <w:rPr>
          <w:szCs w:val="24"/>
          <w:lang w:val="ru-RU"/>
        </w:rPr>
      </w:pPr>
    </w:p>
    <w:p w:rsidR="005A39C3" w:rsidRDefault="005A39C3" w:rsidP="005A39C3">
      <w:pPr>
        <w:rPr>
          <w:szCs w:val="24"/>
          <w:lang w:val="ru-RU"/>
        </w:rPr>
      </w:pPr>
    </w:p>
    <w:p w:rsidR="007C0353" w:rsidRDefault="007C0353" w:rsidP="005A39C3">
      <w:pPr>
        <w:rPr>
          <w:szCs w:val="24"/>
          <w:lang w:val="ru-RU"/>
        </w:rPr>
      </w:pPr>
    </w:p>
    <w:p w:rsidR="007C0353" w:rsidRDefault="007C0353" w:rsidP="005A39C3">
      <w:pPr>
        <w:rPr>
          <w:szCs w:val="24"/>
          <w:lang w:val="ru-RU"/>
        </w:rPr>
      </w:pPr>
    </w:p>
    <w:p w:rsidR="007C0353" w:rsidRDefault="007C0353" w:rsidP="005A39C3">
      <w:pPr>
        <w:rPr>
          <w:szCs w:val="24"/>
          <w:lang w:val="ru-RU"/>
        </w:rPr>
      </w:pPr>
    </w:p>
    <w:p w:rsidR="007C0353" w:rsidRDefault="007C0353" w:rsidP="005A39C3">
      <w:pPr>
        <w:rPr>
          <w:szCs w:val="24"/>
          <w:lang w:val="ru-RU"/>
        </w:rPr>
      </w:pPr>
    </w:p>
    <w:p w:rsidR="007C0353" w:rsidRDefault="007C0353" w:rsidP="005A39C3">
      <w:pPr>
        <w:rPr>
          <w:szCs w:val="24"/>
          <w:lang w:val="ru-RU"/>
        </w:rPr>
      </w:pPr>
    </w:p>
    <w:p w:rsidR="007C0353" w:rsidRDefault="007C0353" w:rsidP="005A39C3">
      <w:pPr>
        <w:rPr>
          <w:szCs w:val="24"/>
          <w:lang w:val="ru-RU"/>
        </w:rPr>
      </w:pPr>
    </w:p>
    <w:p w:rsidR="007C0353" w:rsidRDefault="007C0353" w:rsidP="005A39C3">
      <w:pPr>
        <w:rPr>
          <w:szCs w:val="24"/>
          <w:lang w:val="ru-RU"/>
        </w:rPr>
      </w:pPr>
    </w:p>
    <w:p w:rsidR="007C0353" w:rsidRDefault="007C0353" w:rsidP="005A39C3">
      <w:pPr>
        <w:rPr>
          <w:szCs w:val="24"/>
          <w:lang w:val="ru-RU"/>
        </w:rPr>
      </w:pPr>
    </w:p>
    <w:p w:rsidR="007C0353" w:rsidRDefault="007C0353" w:rsidP="005A39C3">
      <w:pPr>
        <w:rPr>
          <w:szCs w:val="24"/>
          <w:lang w:val="ru-RU"/>
        </w:rPr>
      </w:pPr>
    </w:p>
    <w:p w:rsidR="007C0353" w:rsidRDefault="007C0353" w:rsidP="005A39C3">
      <w:pPr>
        <w:rPr>
          <w:szCs w:val="24"/>
          <w:lang w:val="ru-RU"/>
        </w:rPr>
      </w:pPr>
    </w:p>
    <w:p w:rsidR="007C0353" w:rsidRDefault="007C0353" w:rsidP="005A39C3">
      <w:pPr>
        <w:rPr>
          <w:szCs w:val="24"/>
          <w:lang w:val="ru-RU"/>
        </w:rPr>
      </w:pPr>
    </w:p>
    <w:p w:rsidR="007C0353" w:rsidRDefault="007C0353" w:rsidP="005A39C3">
      <w:pPr>
        <w:rPr>
          <w:szCs w:val="24"/>
          <w:lang w:val="ru-RU"/>
        </w:rPr>
      </w:pPr>
    </w:p>
    <w:p w:rsidR="007C0353" w:rsidRDefault="007C0353" w:rsidP="005A39C3">
      <w:pPr>
        <w:rPr>
          <w:szCs w:val="24"/>
          <w:lang w:val="ru-RU"/>
        </w:rPr>
      </w:pPr>
    </w:p>
    <w:p w:rsidR="007C0353" w:rsidRDefault="007C0353" w:rsidP="005A39C3">
      <w:pPr>
        <w:rPr>
          <w:szCs w:val="24"/>
          <w:lang w:val="ru-RU"/>
        </w:rPr>
      </w:pPr>
    </w:p>
    <w:p w:rsidR="007C0353" w:rsidRDefault="007C0353" w:rsidP="005A39C3">
      <w:pPr>
        <w:rPr>
          <w:szCs w:val="24"/>
          <w:lang w:val="ru-RU"/>
        </w:rPr>
      </w:pPr>
    </w:p>
    <w:p w:rsidR="007C0353" w:rsidRDefault="007C0353" w:rsidP="005A39C3">
      <w:pPr>
        <w:rPr>
          <w:szCs w:val="24"/>
          <w:lang w:val="ru-RU"/>
        </w:rPr>
      </w:pPr>
    </w:p>
    <w:p w:rsidR="007C0353" w:rsidRDefault="007C0353" w:rsidP="005A39C3">
      <w:pPr>
        <w:rPr>
          <w:szCs w:val="24"/>
          <w:lang w:val="ru-RU"/>
        </w:rPr>
      </w:pPr>
    </w:p>
    <w:p w:rsidR="007C0353" w:rsidRDefault="007C0353" w:rsidP="005A39C3">
      <w:pPr>
        <w:rPr>
          <w:szCs w:val="24"/>
          <w:lang w:val="ru-RU"/>
        </w:rPr>
      </w:pPr>
    </w:p>
    <w:p w:rsidR="007C0353" w:rsidRDefault="007C0353" w:rsidP="005A39C3">
      <w:pPr>
        <w:rPr>
          <w:szCs w:val="24"/>
          <w:lang w:val="ru-RU"/>
        </w:rPr>
      </w:pPr>
    </w:p>
    <w:p w:rsidR="007C0353" w:rsidRPr="00B53672" w:rsidRDefault="007C0353" w:rsidP="005A39C3">
      <w:pPr>
        <w:rPr>
          <w:szCs w:val="24"/>
          <w:lang w:val="ru-RU"/>
        </w:rPr>
      </w:pPr>
    </w:p>
    <w:p w:rsidR="005A39C3" w:rsidRPr="00B53672" w:rsidRDefault="005A39C3" w:rsidP="005A39C3">
      <w:pPr>
        <w:rPr>
          <w:szCs w:val="24"/>
          <w:lang w:val="ru-RU"/>
        </w:rPr>
      </w:pPr>
    </w:p>
    <w:p w:rsidR="005A39C3" w:rsidRPr="005A39C3" w:rsidRDefault="005A39C3" w:rsidP="005A39C3">
      <w:pPr>
        <w:pStyle w:val="21"/>
        <w:keepNext w:val="0"/>
        <w:widowControl w:val="0"/>
        <w:spacing w:before="0" w:line="240" w:lineRule="auto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  <w:r w:rsidRPr="005A39C3">
        <w:rPr>
          <w:rFonts w:ascii="Time Roman" w:hAnsi="Time Roman"/>
          <w:color w:val="auto"/>
          <w:sz w:val="24"/>
          <w:szCs w:val="24"/>
          <w:lang w:val="ru-RU"/>
        </w:rPr>
        <w:lastRenderedPageBreak/>
        <w:t>ПРОТОКОЛ О ДОПОЛНЕНИЯХ И ИЗМЕНЕНИЯХ В ФОС</w:t>
      </w:r>
    </w:p>
    <w:p w:rsidR="005A39C3" w:rsidRPr="005A39C3" w:rsidRDefault="005A39C3" w:rsidP="005A39C3">
      <w:pPr>
        <w:pStyle w:val="21"/>
        <w:keepNext w:val="0"/>
        <w:widowControl w:val="0"/>
        <w:spacing w:before="0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</w:p>
    <w:p w:rsidR="005A39C3" w:rsidRPr="005A39C3" w:rsidRDefault="005A39C3" w:rsidP="005A39C3">
      <w:pPr>
        <w:pStyle w:val="21"/>
        <w:keepNext w:val="0"/>
        <w:widowControl w:val="0"/>
        <w:spacing w:before="0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  <w:r w:rsidRPr="005A39C3">
        <w:rPr>
          <w:rFonts w:ascii="Time Roman" w:hAnsi="Time Roman"/>
          <w:color w:val="auto"/>
          <w:sz w:val="24"/>
          <w:szCs w:val="24"/>
          <w:lang w:val="ru-RU"/>
        </w:rPr>
        <w:t>Протокол о дополнениях и изменениях в ФОС</w:t>
      </w:r>
    </w:p>
    <w:p w:rsidR="005A39C3" w:rsidRPr="005A39C3" w:rsidRDefault="005A39C3" w:rsidP="005A39C3">
      <w:pPr>
        <w:pStyle w:val="21"/>
        <w:keepNext w:val="0"/>
        <w:widowControl w:val="0"/>
        <w:spacing w:before="0"/>
        <w:ind w:firstLine="425"/>
        <w:jc w:val="center"/>
        <w:rPr>
          <w:rFonts w:ascii="Time Roman" w:hAnsi="Time Roman"/>
          <w:i/>
          <w:color w:val="auto"/>
          <w:sz w:val="24"/>
          <w:szCs w:val="24"/>
          <w:lang w:val="ru-RU"/>
        </w:rPr>
      </w:pPr>
      <w:r w:rsidRPr="005A39C3">
        <w:rPr>
          <w:rFonts w:ascii="Time Roman" w:hAnsi="Time Roman"/>
          <w:color w:val="auto"/>
          <w:sz w:val="24"/>
          <w:szCs w:val="24"/>
          <w:lang w:val="ru-RU"/>
        </w:rPr>
        <w:t>на   20___-20___  учебный год</w:t>
      </w:r>
    </w:p>
    <w:p w:rsidR="005A39C3" w:rsidRPr="005A39C3" w:rsidRDefault="005A39C3" w:rsidP="005A39C3">
      <w:pPr>
        <w:widowControl w:val="0"/>
        <w:jc w:val="right"/>
        <w:rPr>
          <w:rFonts w:ascii="Time Roman" w:hAnsi="Time Roman"/>
          <w:i/>
          <w:szCs w:val="24"/>
          <w:lang w:val="ru-RU"/>
        </w:rPr>
      </w:pPr>
    </w:p>
    <w:p w:rsidR="005A39C3" w:rsidRPr="005A39C3" w:rsidRDefault="005A39C3" w:rsidP="005A39C3">
      <w:pPr>
        <w:widowControl w:val="0"/>
        <w:ind w:left="360" w:hanging="360"/>
        <w:rPr>
          <w:rFonts w:ascii="Time Roman" w:hAnsi="Time Roman"/>
          <w:i/>
          <w:szCs w:val="24"/>
          <w:lang w:val="ru-RU"/>
        </w:rPr>
      </w:pPr>
      <w:r w:rsidRPr="005A39C3">
        <w:rPr>
          <w:rFonts w:ascii="Time Roman" w:hAnsi="Time Roman"/>
          <w:b/>
          <w:szCs w:val="24"/>
          <w:lang w:val="ru-RU"/>
        </w:rPr>
        <w:t xml:space="preserve">1. </w:t>
      </w:r>
      <w:r w:rsidRPr="005A39C3">
        <w:rPr>
          <w:rFonts w:ascii="Time Roman" w:hAnsi="Time Roman"/>
          <w:szCs w:val="24"/>
          <w:lang w:val="ru-RU"/>
        </w:rPr>
        <w:t>В фонд оценочных средств по дисциплине/практике вносятся следующие дополнения:</w:t>
      </w:r>
    </w:p>
    <w:p w:rsidR="005A39C3" w:rsidRPr="005A39C3" w:rsidRDefault="005A39C3" w:rsidP="005A39C3">
      <w:pPr>
        <w:widowControl w:val="0"/>
        <w:rPr>
          <w:rFonts w:ascii="Time Roman" w:hAnsi="Time Roman"/>
          <w:szCs w:val="24"/>
          <w:lang w:val="ru-RU"/>
        </w:rPr>
      </w:pPr>
      <w:r w:rsidRPr="005A39C3">
        <w:rPr>
          <w:rFonts w:ascii="Time Roman" w:hAnsi="Time Roman"/>
          <w:szCs w:val="24"/>
          <w:lang w:val="ru-RU"/>
        </w:rPr>
        <w:t>_____________________________________________________________________________</w:t>
      </w:r>
    </w:p>
    <w:p w:rsidR="005A39C3" w:rsidRPr="005A39C3" w:rsidRDefault="005A39C3" w:rsidP="005A39C3">
      <w:pPr>
        <w:widowControl w:val="0"/>
        <w:spacing w:after="120"/>
        <w:rPr>
          <w:rFonts w:ascii="Time Roman" w:hAnsi="Time Roman"/>
          <w:b/>
          <w:szCs w:val="24"/>
          <w:lang w:val="ru-RU"/>
        </w:rPr>
      </w:pPr>
      <w:r w:rsidRPr="005A39C3">
        <w:rPr>
          <w:rFonts w:ascii="Time Roman" w:hAnsi="Time Roman"/>
          <w:b/>
          <w:szCs w:val="24"/>
          <w:lang w:val="ru-RU"/>
        </w:rPr>
        <w:t>________________________________________________________________________________</w:t>
      </w:r>
    </w:p>
    <w:p w:rsidR="005A39C3" w:rsidRPr="005A39C3" w:rsidRDefault="005A39C3" w:rsidP="005A39C3">
      <w:pPr>
        <w:widowControl w:val="0"/>
        <w:spacing w:after="120"/>
        <w:rPr>
          <w:rFonts w:ascii="Time Roman" w:hAnsi="Time Roman"/>
          <w:szCs w:val="24"/>
          <w:lang w:val="ru-RU"/>
        </w:rPr>
      </w:pPr>
      <w:r w:rsidRPr="005A39C3">
        <w:rPr>
          <w:rFonts w:ascii="Time Roman" w:hAnsi="Time Roman"/>
          <w:b/>
          <w:szCs w:val="24"/>
          <w:lang w:val="ru-RU"/>
        </w:rPr>
        <w:t>2.</w:t>
      </w:r>
      <w:r w:rsidRPr="005A39C3">
        <w:rPr>
          <w:rFonts w:ascii="Time Roman" w:hAnsi="Time Roman"/>
          <w:szCs w:val="24"/>
          <w:lang w:val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5A39C3" w:rsidRPr="00781B49" w:rsidTr="00913455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A39C3" w:rsidRPr="005A39C3" w:rsidRDefault="005A39C3" w:rsidP="00913455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  <w:tr w:rsidR="005A39C3" w:rsidRPr="00781B49" w:rsidTr="00913455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A39C3" w:rsidRPr="005A39C3" w:rsidRDefault="005A39C3" w:rsidP="00913455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  <w:tr w:rsidR="005A39C3" w:rsidRPr="00781B49" w:rsidTr="00913455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A39C3" w:rsidRPr="005A39C3" w:rsidRDefault="005A39C3" w:rsidP="00913455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</w:tbl>
    <w:p w:rsidR="005A39C3" w:rsidRPr="005A39C3" w:rsidRDefault="005A39C3" w:rsidP="005A39C3">
      <w:pPr>
        <w:widowControl w:val="0"/>
        <w:rPr>
          <w:rFonts w:ascii="Time Roman" w:hAnsi="Time Roman"/>
          <w:szCs w:val="24"/>
          <w:lang w:val="ru-RU"/>
        </w:rPr>
      </w:pPr>
    </w:p>
    <w:p w:rsidR="005A39C3" w:rsidRPr="005A39C3" w:rsidRDefault="005A39C3" w:rsidP="005A39C3">
      <w:pPr>
        <w:widowControl w:val="0"/>
        <w:rPr>
          <w:rFonts w:ascii="Time Roman" w:hAnsi="Time Roman"/>
          <w:szCs w:val="24"/>
          <w:lang w:val="ru-RU"/>
        </w:rPr>
      </w:pPr>
    </w:p>
    <w:p w:rsidR="005A39C3" w:rsidRPr="005A39C3" w:rsidRDefault="005A39C3" w:rsidP="005A39C3">
      <w:pPr>
        <w:pStyle w:val="31"/>
        <w:keepNext w:val="0"/>
        <w:widowControl w:val="0"/>
        <w:spacing w:before="0"/>
        <w:rPr>
          <w:rFonts w:ascii="Time Roman" w:hAnsi="Time Roman"/>
          <w:b w:val="0"/>
          <w:color w:val="auto"/>
          <w:szCs w:val="24"/>
          <w:lang w:val="ru-RU"/>
        </w:rPr>
      </w:pPr>
      <w:r w:rsidRPr="005A39C3">
        <w:rPr>
          <w:rFonts w:ascii="Time Roman" w:hAnsi="Time Roman"/>
          <w:b w:val="0"/>
          <w:color w:val="auto"/>
          <w:szCs w:val="24"/>
          <w:lang w:val="ru-RU"/>
        </w:rPr>
        <w:t xml:space="preserve">Протокол  заседания кафедры </w:t>
      </w:r>
      <w:r w:rsidRPr="005A39C3">
        <w:rPr>
          <w:rFonts w:ascii="Times New Roman" w:hAnsi="Times New Roman" w:cs="Times New Roman"/>
          <w:b w:val="0"/>
          <w:color w:val="auto"/>
          <w:szCs w:val="24"/>
          <w:lang w:val="ru-RU"/>
        </w:rPr>
        <w:t>№</w:t>
      </w:r>
      <w:r w:rsidRPr="005A39C3">
        <w:rPr>
          <w:rFonts w:ascii="Time Roman" w:hAnsi="Time Roman"/>
          <w:b w:val="0"/>
          <w:color w:val="auto"/>
          <w:szCs w:val="24"/>
          <w:lang w:val="ru-RU"/>
        </w:rPr>
        <w:t xml:space="preserve">____ от «___» __________ 20 ___ г., </w:t>
      </w:r>
    </w:p>
    <w:p w:rsidR="005A39C3" w:rsidRPr="005A39C3" w:rsidRDefault="005A39C3" w:rsidP="005A39C3">
      <w:pPr>
        <w:widowControl w:val="0"/>
        <w:ind w:firstLine="708"/>
        <w:rPr>
          <w:rFonts w:ascii="Time Roman" w:hAnsi="Time Roman"/>
          <w:i/>
          <w:szCs w:val="24"/>
          <w:vertAlign w:val="superscript"/>
        </w:rPr>
      </w:pPr>
      <w:r w:rsidRPr="005A39C3">
        <w:rPr>
          <w:rFonts w:ascii="Time Roman" w:hAnsi="Time Roman"/>
          <w:i/>
          <w:szCs w:val="24"/>
          <w:vertAlign w:val="superscript"/>
          <w:lang w:val="ru-RU"/>
        </w:rPr>
        <w:t xml:space="preserve">                    </w:t>
      </w:r>
      <w:r w:rsidRPr="005A39C3">
        <w:rPr>
          <w:rFonts w:ascii="Time Roman" w:hAnsi="Time Roman"/>
          <w:i/>
          <w:szCs w:val="24"/>
          <w:vertAlign w:val="superscript"/>
        </w:rPr>
        <w:t>(</w:t>
      </w:r>
      <w:proofErr w:type="spellStart"/>
      <w:r w:rsidRPr="005A39C3">
        <w:rPr>
          <w:rFonts w:ascii="Time Roman" w:hAnsi="Time Roman"/>
          <w:i/>
          <w:szCs w:val="24"/>
          <w:vertAlign w:val="superscript"/>
        </w:rPr>
        <w:t>разработчик</w:t>
      </w:r>
      <w:proofErr w:type="spellEnd"/>
      <w:r w:rsidRPr="005A39C3">
        <w:rPr>
          <w:rFonts w:ascii="Time Roman" w:hAnsi="Time Roman"/>
          <w:i/>
          <w:szCs w:val="24"/>
          <w:vertAlign w:val="superscript"/>
        </w:rPr>
        <w:t>)</w:t>
      </w:r>
    </w:p>
    <w:p w:rsidR="005A39C3" w:rsidRPr="0086560D" w:rsidRDefault="005A39C3" w:rsidP="005A39C3">
      <w:pPr>
        <w:widowControl w:val="0"/>
        <w:rPr>
          <w:rFonts w:ascii="Time Roman" w:hAnsi="Time Roman"/>
          <w:szCs w:val="24"/>
          <w:vertAlign w:val="superscript"/>
        </w:rPr>
      </w:pPr>
    </w:p>
    <w:p w:rsidR="005A39C3" w:rsidRPr="0086560D" w:rsidRDefault="005A39C3" w:rsidP="005A39C3">
      <w:pPr>
        <w:widowControl w:val="0"/>
        <w:rPr>
          <w:rFonts w:ascii="Time Roman" w:hAnsi="Time Roman"/>
          <w:szCs w:val="24"/>
        </w:rPr>
      </w:pPr>
      <w:proofErr w:type="spellStart"/>
      <w:r w:rsidRPr="0086560D">
        <w:rPr>
          <w:rFonts w:ascii="Time Roman" w:hAnsi="Time Roman"/>
          <w:szCs w:val="24"/>
        </w:rPr>
        <w:t>Заведующий</w:t>
      </w:r>
      <w:proofErr w:type="spellEnd"/>
      <w:r w:rsidRPr="0086560D">
        <w:rPr>
          <w:rFonts w:ascii="Time Roman" w:hAnsi="Time Roman"/>
          <w:szCs w:val="24"/>
        </w:rPr>
        <w:t xml:space="preserve"> </w:t>
      </w:r>
      <w:proofErr w:type="spellStart"/>
      <w:r w:rsidRPr="0086560D">
        <w:rPr>
          <w:rFonts w:ascii="Time Roman" w:hAnsi="Time Roman"/>
          <w:szCs w:val="24"/>
        </w:rPr>
        <w:t>кафедрой</w:t>
      </w:r>
      <w:proofErr w:type="spellEnd"/>
      <w:r w:rsidRPr="0086560D">
        <w:rPr>
          <w:rFonts w:ascii="Time Roman" w:hAnsi="Time Roman"/>
          <w:szCs w:val="24"/>
        </w:rPr>
        <w:t xml:space="preserve">  _____________________  </w:t>
      </w:r>
      <w:r w:rsidRPr="0086560D">
        <w:rPr>
          <w:rFonts w:ascii="Time Roman" w:hAnsi="Time Roman"/>
          <w:szCs w:val="24"/>
        </w:rPr>
        <w:tab/>
      </w:r>
      <w:r w:rsidRPr="0086560D">
        <w:rPr>
          <w:rFonts w:ascii="Time Roman" w:hAnsi="Time Roman"/>
          <w:szCs w:val="24"/>
        </w:rPr>
        <w:tab/>
        <w:t>______________________</w:t>
      </w:r>
    </w:p>
    <w:p w:rsidR="005A39C3" w:rsidRPr="004D00E1" w:rsidRDefault="005A39C3" w:rsidP="005A39C3">
      <w:pPr>
        <w:rPr>
          <w:szCs w:val="24"/>
        </w:rPr>
      </w:pPr>
    </w:p>
    <w:p w:rsidR="005A39C3" w:rsidRDefault="005A39C3"/>
    <w:sectPr w:rsidR="005A39C3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F24BFD"/>
    <w:multiLevelType w:val="hybridMultilevel"/>
    <w:tmpl w:val="A1305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47626"/>
    <w:multiLevelType w:val="hybridMultilevel"/>
    <w:tmpl w:val="C04C93D8"/>
    <w:lvl w:ilvl="0" w:tplc="791A49C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E672D5"/>
    <w:multiLevelType w:val="hybridMultilevel"/>
    <w:tmpl w:val="4992CCE4"/>
    <w:lvl w:ilvl="0" w:tplc="791A49C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F1613F"/>
    <w:multiLevelType w:val="hybridMultilevel"/>
    <w:tmpl w:val="F41A2E78"/>
    <w:lvl w:ilvl="0" w:tplc="791A49C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800FDC"/>
    <w:multiLevelType w:val="hybridMultilevel"/>
    <w:tmpl w:val="20CA394C"/>
    <w:lvl w:ilvl="0" w:tplc="791A49C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FC6E8B"/>
    <w:multiLevelType w:val="hybridMultilevel"/>
    <w:tmpl w:val="177E8E14"/>
    <w:lvl w:ilvl="0" w:tplc="791A49C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0F3B35"/>
    <w:multiLevelType w:val="hybridMultilevel"/>
    <w:tmpl w:val="2B8E6D48"/>
    <w:lvl w:ilvl="0" w:tplc="791A49C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230304"/>
    <w:multiLevelType w:val="hybridMultilevel"/>
    <w:tmpl w:val="AD0AF006"/>
    <w:lvl w:ilvl="0" w:tplc="791A49C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24C0F"/>
    <w:multiLevelType w:val="hybridMultilevel"/>
    <w:tmpl w:val="838C08C2"/>
    <w:lvl w:ilvl="0" w:tplc="784422DC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416B51"/>
    <w:multiLevelType w:val="hybridMultilevel"/>
    <w:tmpl w:val="1D98A8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C054F06"/>
    <w:multiLevelType w:val="hybridMultilevel"/>
    <w:tmpl w:val="C12E9E24"/>
    <w:lvl w:ilvl="0" w:tplc="791A49C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7D2A8B"/>
    <w:multiLevelType w:val="hybridMultilevel"/>
    <w:tmpl w:val="77545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EB32C7"/>
    <w:multiLevelType w:val="hybridMultilevel"/>
    <w:tmpl w:val="62B8AF08"/>
    <w:lvl w:ilvl="0" w:tplc="791A49C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1"/>
  </w:num>
  <w:num w:numId="11">
    <w:abstractNumId w:val="12"/>
  </w:num>
  <w:num w:numId="12">
    <w:abstractNumId w:val="13"/>
  </w:num>
  <w:num w:numId="13">
    <w:abstractNumId w:val="14"/>
  </w:num>
  <w:num w:numId="14">
    <w:abstractNumId w:val="20"/>
  </w:num>
  <w:num w:numId="15">
    <w:abstractNumId w:val="10"/>
  </w:num>
  <w:num w:numId="16">
    <w:abstractNumId w:val="16"/>
  </w:num>
  <w:num w:numId="17">
    <w:abstractNumId w:val="11"/>
  </w:num>
  <w:num w:numId="18">
    <w:abstractNumId w:val="15"/>
  </w:num>
  <w:num w:numId="19">
    <w:abstractNumId w:val="17"/>
  </w:num>
  <w:num w:numId="20">
    <w:abstractNumId w:val="22"/>
  </w:num>
  <w:num w:numId="21">
    <w:abstractNumId w:val="18"/>
  </w:num>
  <w:num w:numId="22">
    <w:abstractNumId w:val="9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5719"/>
    <w:rsid w:val="00034616"/>
    <w:rsid w:val="0006063C"/>
    <w:rsid w:val="0015074B"/>
    <w:rsid w:val="0029639D"/>
    <w:rsid w:val="00320C40"/>
    <w:rsid w:val="00326F90"/>
    <w:rsid w:val="005A39C3"/>
    <w:rsid w:val="006B5F36"/>
    <w:rsid w:val="00781B49"/>
    <w:rsid w:val="007C0353"/>
    <w:rsid w:val="00AA1D8D"/>
    <w:rsid w:val="00B47730"/>
    <w:rsid w:val="00B53672"/>
    <w:rsid w:val="00CB0664"/>
    <w:rsid w:val="00E007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F7A09E7"/>
  <w14:defaultImageDpi w14:val="300"/>
  <w15:docId w15:val="{D5A14763-B350-464D-A040-EDBABCC79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rsid w:val="00AA1D8D"/>
  </w:style>
  <w:style w:type="paragraph" w:styleId="23">
    <w:name w:val="Body Text 2"/>
    <w:basedOn w:val="a1"/>
    <w:link w:val="24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AA1D8D"/>
  </w:style>
  <w:style w:type="paragraph" w:styleId="33">
    <w:name w:val="Body Text 3"/>
    <w:basedOn w:val="a1"/>
    <w:link w:val="34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8">
    <w:name w:val="Основной б.о."/>
    <w:basedOn w:val="a1"/>
    <w:next w:val="a1"/>
    <w:rsid w:val="005A39C3"/>
    <w:pPr>
      <w:spacing w:line="240" w:lineRule="auto"/>
      <w:jc w:val="both"/>
    </w:pPr>
    <w:rPr>
      <w:rFonts w:eastAsia="Times New Roman" w:cs="Times New Roman"/>
      <w:sz w:val="28"/>
      <w:szCs w:val="20"/>
      <w:lang w:val="ru-RU" w:eastAsia="ru-RU"/>
    </w:rPr>
  </w:style>
  <w:style w:type="character" w:customStyle="1" w:styleId="41">
    <w:name w:val="Основной текст (4)_"/>
    <w:link w:val="410"/>
    <w:rsid w:val="005A39C3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1"/>
    <w:link w:val="41"/>
    <w:rsid w:val="005A39C3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hAnsiTheme="minorHAnsi"/>
      <w:b/>
      <w:bCs/>
      <w:i/>
      <w:iCs/>
      <w:sz w:val="22"/>
      <w:shd w:val="clear" w:color="auto" w:fill="FFFFFF"/>
    </w:rPr>
  </w:style>
  <w:style w:type="character" w:customStyle="1" w:styleId="bold">
    <w:name w:val="bold"/>
    <w:basedOn w:val="a2"/>
    <w:rsid w:val="005A39C3"/>
  </w:style>
  <w:style w:type="paragraph" w:styleId="aff9">
    <w:name w:val="Balloon Text"/>
    <w:basedOn w:val="a1"/>
    <w:link w:val="affa"/>
    <w:uiPriority w:val="99"/>
    <w:semiHidden/>
    <w:unhideWhenUsed/>
    <w:rsid w:val="005A39C3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5A39C3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4">
    <w:name w:val="Обычный1"/>
    <w:rsid w:val="005A39C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paragraph" w:styleId="affb">
    <w:name w:val="Body Text Indent"/>
    <w:basedOn w:val="a1"/>
    <w:link w:val="affc"/>
    <w:uiPriority w:val="99"/>
    <w:unhideWhenUsed/>
    <w:rsid w:val="005A39C3"/>
    <w:pPr>
      <w:overflowPunct w:val="0"/>
      <w:autoSpaceDE w:val="0"/>
      <w:autoSpaceDN w:val="0"/>
      <w:adjustRightInd w:val="0"/>
      <w:spacing w:after="120" w:line="288" w:lineRule="auto"/>
      <w:ind w:left="283"/>
      <w:jc w:val="both"/>
      <w:textAlignment w:val="baseline"/>
    </w:pPr>
    <w:rPr>
      <w:rFonts w:eastAsia="Times New Roman" w:cs="Times New Roman"/>
      <w:szCs w:val="20"/>
      <w:lang w:val="ru-RU" w:eastAsia="ru-RU"/>
    </w:rPr>
  </w:style>
  <w:style w:type="character" w:customStyle="1" w:styleId="affc">
    <w:name w:val="Основной текст с отступом Знак"/>
    <w:basedOn w:val="a2"/>
    <w:link w:val="affb"/>
    <w:uiPriority w:val="99"/>
    <w:rsid w:val="005A39C3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38">
    <w:name w:val="Body Text Indent 3"/>
    <w:basedOn w:val="a1"/>
    <w:link w:val="39"/>
    <w:rsid w:val="005A39C3"/>
    <w:pPr>
      <w:spacing w:after="120" w:line="240" w:lineRule="auto"/>
      <w:ind w:left="283"/>
    </w:pPr>
    <w:rPr>
      <w:rFonts w:eastAsia="Times New Roman" w:cs="Times New Roman"/>
      <w:sz w:val="16"/>
      <w:szCs w:val="16"/>
      <w:lang w:val="ru-RU" w:eastAsia="ru-RU"/>
    </w:rPr>
  </w:style>
  <w:style w:type="character" w:customStyle="1" w:styleId="39">
    <w:name w:val="Основной текст с отступом 3 Знак"/>
    <w:basedOn w:val="a2"/>
    <w:link w:val="38"/>
    <w:rsid w:val="005A39C3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fd">
    <w:name w:val="Normal (Web)"/>
    <w:basedOn w:val="a1"/>
    <w:uiPriority w:val="99"/>
    <w:rsid w:val="005A39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 w:hint="eastAsia"/>
      <w:szCs w:val="24"/>
      <w:lang w:val="ru-RU" w:eastAsia="ru-RU"/>
    </w:rPr>
  </w:style>
  <w:style w:type="paragraph" w:customStyle="1" w:styleId="2c">
    <w:name w:val="Обычный2"/>
    <w:rsid w:val="005A39C3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fe">
    <w:name w:val="page number"/>
    <w:basedOn w:val="a2"/>
    <w:uiPriority w:val="99"/>
    <w:rsid w:val="005A39C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9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E8870D-CA47-4BA0-B096-AFCA7A706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49</Pages>
  <Words>13736</Words>
  <Characters>78297</Characters>
  <Application>Microsoft Office Word</Application>
  <DocSecurity>0</DocSecurity>
  <Lines>652</Lines>
  <Paragraphs>183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91850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LapinaSF</cp:lastModifiedBy>
  <cp:revision>8</cp:revision>
  <cp:lastPrinted>2026-05-20T02:52:00Z</cp:lastPrinted>
  <dcterms:created xsi:type="dcterms:W3CDTF">2013-12-23T23:15:00Z</dcterms:created>
  <dcterms:modified xsi:type="dcterms:W3CDTF">2026-05-23T06:42:00Z</dcterms:modified>
  <cp:category/>
</cp:coreProperties>
</file>