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50C" w:rsidRPr="005D2878" w:rsidRDefault="005D2878">
      <w:pPr>
        <w:spacing w:line="240" w:lineRule="auto"/>
        <w:jc w:val="center"/>
        <w:rPr>
          <w:lang w:val="ru-RU"/>
        </w:rPr>
      </w:pPr>
      <w:r w:rsidRPr="005D2878">
        <w:rPr>
          <w:sz w:val="20"/>
          <w:lang w:val="ru-RU"/>
        </w:rPr>
        <w:t>МИНИСТЕРСТВО НАУКИ И ВЫСШЕГО ОБРАЗОВАНИЯ РОССИЙСКОЙ ФЕДЕРАЦИИ</w:t>
      </w:r>
    </w:p>
    <w:p w:rsidR="00F3750C" w:rsidRPr="005D2878" w:rsidRDefault="005D2878">
      <w:pPr>
        <w:spacing w:line="240" w:lineRule="auto"/>
        <w:jc w:val="center"/>
        <w:rPr>
          <w:lang w:val="ru-RU"/>
        </w:rPr>
      </w:pPr>
      <w:r w:rsidRPr="005D2878">
        <w:rPr>
          <w:lang w:val="ru-RU"/>
        </w:rPr>
        <w:br/>
        <w:t>ФЕДЕРАЛЬНОЕ ГОСУДАРСТВЕННОЕ БЮДЖЕТНОЕ</w:t>
      </w:r>
      <w:r w:rsidRPr="005D2878">
        <w:rPr>
          <w:lang w:val="ru-RU"/>
        </w:rPr>
        <w:br/>
        <w:t>ОБРАЗОВАТЕЛЬНОЕ УЧРЕЖДЕНИЕ ВЫСШЕГО ОБРАЗОВАНИЯ</w:t>
      </w:r>
    </w:p>
    <w:p w:rsidR="00F3750C" w:rsidRPr="005D2878" w:rsidRDefault="005D2878">
      <w:pPr>
        <w:spacing w:line="240" w:lineRule="auto"/>
        <w:jc w:val="center"/>
        <w:rPr>
          <w:lang w:val="ru-RU"/>
        </w:rPr>
      </w:pPr>
      <w:r w:rsidRPr="005D2878">
        <w:rPr>
          <w:b/>
          <w:lang w:val="ru-RU"/>
        </w:rPr>
        <w:br/>
        <w:t>«БРАТСКИЙ ГОСУДАРСТВЕННЫЙ УНИВЕРСИТЕТ»</w:t>
      </w:r>
    </w:p>
    <w:p w:rsidR="00F3750C" w:rsidRPr="005D2878" w:rsidRDefault="005D2878">
      <w:pPr>
        <w:spacing w:line="240" w:lineRule="auto"/>
        <w:jc w:val="center"/>
        <w:rPr>
          <w:lang w:val="ru-RU"/>
        </w:rPr>
      </w:pPr>
      <w:r w:rsidRPr="005D2878">
        <w:rPr>
          <w:b/>
          <w:sz w:val="28"/>
          <w:lang w:val="ru-RU"/>
        </w:rPr>
        <w:br/>
      </w:r>
      <w:r w:rsidRPr="005D2878">
        <w:rPr>
          <w:b/>
          <w:sz w:val="28"/>
          <w:lang w:val="ru-RU"/>
        </w:rPr>
        <w:br/>
      </w:r>
      <w:r w:rsidRPr="005D2878">
        <w:rPr>
          <w:b/>
          <w:sz w:val="28"/>
          <w:lang w:val="ru-RU"/>
        </w:rPr>
        <w:br/>
      </w:r>
      <w:r w:rsidRPr="005D2878">
        <w:rPr>
          <w:b/>
          <w:sz w:val="28"/>
          <w:lang w:val="ru-RU"/>
        </w:rPr>
        <w:br/>
      </w:r>
      <w:r w:rsidRPr="005D2878">
        <w:rPr>
          <w:b/>
          <w:sz w:val="28"/>
          <w:lang w:val="ru-RU"/>
        </w:rPr>
        <w:br/>
      </w:r>
      <w:r w:rsidRPr="005D2878">
        <w:rPr>
          <w:b/>
          <w:sz w:val="28"/>
          <w:lang w:val="ru-RU"/>
        </w:rPr>
        <w:br/>
      </w:r>
      <w:r w:rsidRPr="005D2878">
        <w:rPr>
          <w:b/>
          <w:sz w:val="28"/>
          <w:lang w:val="ru-RU"/>
        </w:rPr>
        <w:br/>
      </w:r>
      <w:r w:rsidRPr="005D2878">
        <w:rPr>
          <w:b/>
          <w:sz w:val="28"/>
          <w:lang w:val="ru-RU"/>
        </w:rPr>
        <w:br/>
      </w:r>
      <w:r w:rsidRPr="005D2878">
        <w:rPr>
          <w:b/>
          <w:sz w:val="28"/>
          <w:lang w:val="ru-RU"/>
        </w:rPr>
        <w:br/>
      </w:r>
      <w:r w:rsidRPr="005D2878">
        <w:rPr>
          <w:b/>
          <w:sz w:val="28"/>
          <w:lang w:val="ru-RU"/>
        </w:rPr>
        <w:br/>
      </w:r>
      <w:r w:rsidRPr="005D2878">
        <w:rPr>
          <w:b/>
          <w:sz w:val="28"/>
          <w:lang w:val="ru-RU"/>
        </w:rPr>
        <w:br/>
      </w:r>
      <w:r w:rsidRPr="005D2878">
        <w:rPr>
          <w:b/>
          <w:sz w:val="28"/>
          <w:lang w:val="ru-RU"/>
        </w:rPr>
        <w:br/>
      </w:r>
      <w:r w:rsidRPr="005D2878">
        <w:rPr>
          <w:b/>
          <w:sz w:val="28"/>
          <w:lang w:val="ru-RU"/>
        </w:rPr>
        <w:br/>
      </w:r>
      <w:r w:rsidRPr="005D2878">
        <w:rPr>
          <w:b/>
          <w:sz w:val="28"/>
          <w:lang w:val="ru-RU"/>
        </w:rPr>
        <w:br/>
      </w:r>
      <w:r w:rsidRPr="005D2878">
        <w:rPr>
          <w:b/>
          <w:sz w:val="28"/>
          <w:lang w:val="ru-RU"/>
        </w:rPr>
        <w:br/>
      </w:r>
      <w:r w:rsidRPr="005D2878">
        <w:rPr>
          <w:b/>
          <w:sz w:val="28"/>
          <w:lang w:val="ru-RU"/>
        </w:rPr>
        <w:br/>
        <w:t xml:space="preserve">ФОНД </w:t>
      </w:r>
      <w:r w:rsidRPr="005D2878">
        <w:rPr>
          <w:b/>
          <w:sz w:val="28"/>
          <w:lang w:val="ru-RU"/>
        </w:rPr>
        <w:br/>
        <w:t>ОЦЕНОЧНЫХ СРЕДСТВ</w:t>
      </w:r>
    </w:p>
    <w:p w:rsidR="00F3750C" w:rsidRPr="005D2878" w:rsidRDefault="00F3750C">
      <w:pPr>
        <w:rPr>
          <w:lang w:val="ru-RU"/>
        </w:rPr>
      </w:pPr>
    </w:p>
    <w:p w:rsidR="00F3750C" w:rsidRPr="005D2878" w:rsidRDefault="005D2878">
      <w:pPr>
        <w:jc w:val="center"/>
        <w:rPr>
          <w:lang w:val="ru-RU"/>
        </w:rPr>
      </w:pPr>
      <w:r w:rsidRPr="005D2878">
        <w:rPr>
          <w:lang w:val="ru-RU"/>
        </w:rPr>
        <w:t xml:space="preserve">по дисциплине </w:t>
      </w:r>
      <w:r w:rsidRPr="005D2878">
        <w:rPr>
          <w:lang w:val="ru-RU"/>
        </w:rPr>
        <w:br/>
      </w:r>
      <w:r w:rsidR="00CA1748">
        <w:rPr>
          <w:lang w:val="ru-RU"/>
        </w:rPr>
        <w:t xml:space="preserve">Б1.О.06.03  </w:t>
      </w:r>
      <w:bookmarkStart w:id="0" w:name="_GoBack"/>
      <w:bookmarkEnd w:id="0"/>
      <w:r w:rsidRPr="005D2878">
        <w:rPr>
          <w:lang w:val="ru-RU"/>
        </w:rPr>
        <w:t>Естественнонаучная картина мира</w:t>
      </w:r>
      <w:r w:rsidRPr="005D2878">
        <w:rPr>
          <w:lang w:val="ru-RU"/>
        </w:rPr>
        <w:br/>
      </w:r>
    </w:p>
    <w:p w:rsidR="00F3750C" w:rsidRPr="005D2878" w:rsidRDefault="005D2878">
      <w:pPr>
        <w:rPr>
          <w:lang w:val="ru-RU"/>
        </w:rPr>
      </w:pPr>
      <w:r w:rsidRPr="005D2878">
        <w:rPr>
          <w:lang w:val="ru-RU"/>
        </w:rPr>
        <w:t>Направление подготовки 05.03.06 Экология и природопользование</w:t>
      </w:r>
      <w:r w:rsidRPr="005D2878">
        <w:rPr>
          <w:lang w:val="ru-RU"/>
        </w:rPr>
        <w:br/>
      </w:r>
    </w:p>
    <w:p w:rsidR="00F3750C" w:rsidRPr="005D2878" w:rsidRDefault="005D2878">
      <w:pPr>
        <w:rPr>
          <w:lang w:val="ru-RU"/>
        </w:rPr>
      </w:pPr>
      <w:r w:rsidRPr="005D2878">
        <w:rPr>
          <w:lang w:val="ru-RU"/>
        </w:rPr>
        <w:t>Профиль подготовки Экологическая безопасность и охрана труда</w:t>
      </w:r>
      <w:r w:rsidRPr="005D2878">
        <w:rPr>
          <w:lang w:val="ru-RU"/>
        </w:rPr>
        <w:br/>
      </w:r>
    </w:p>
    <w:p w:rsidR="00F3750C" w:rsidRPr="005D2878" w:rsidRDefault="005D2878">
      <w:pPr>
        <w:rPr>
          <w:lang w:val="ru-RU"/>
        </w:rPr>
      </w:pPr>
      <w:r w:rsidRPr="005D2878">
        <w:rPr>
          <w:lang w:val="ru-RU"/>
        </w:rPr>
        <w:t>Квалификация бакалавр</w:t>
      </w:r>
      <w:r w:rsidRPr="005D2878">
        <w:rPr>
          <w:lang w:val="ru-RU"/>
        </w:rPr>
        <w:br/>
      </w:r>
    </w:p>
    <w:p w:rsidR="00F3750C" w:rsidRPr="005D2878" w:rsidRDefault="005D2878">
      <w:pPr>
        <w:rPr>
          <w:lang w:val="ru-RU"/>
        </w:rPr>
      </w:pPr>
      <w:r w:rsidRPr="005D2878">
        <w:rPr>
          <w:lang w:val="ru-RU"/>
        </w:rPr>
        <w:t>Год начала подготовки 2025</w:t>
      </w:r>
      <w:r w:rsidRPr="005D2878">
        <w:rPr>
          <w:lang w:val="ru-RU"/>
        </w:rPr>
        <w:br/>
      </w:r>
    </w:p>
    <w:p w:rsidR="00F3750C" w:rsidRPr="005D2878" w:rsidRDefault="005D2878">
      <w:pPr>
        <w:rPr>
          <w:lang w:val="ru-RU"/>
        </w:rPr>
      </w:pPr>
      <w:r w:rsidRPr="005D2878">
        <w:rPr>
          <w:lang w:val="ru-RU"/>
        </w:rPr>
        <w:br w:type="page"/>
      </w:r>
    </w:p>
    <w:p w:rsidR="00F3750C" w:rsidRPr="002570E5" w:rsidRDefault="005D2878">
      <w:pPr>
        <w:rPr>
          <w:lang w:val="ru-RU"/>
        </w:rPr>
      </w:pPr>
      <w:r w:rsidRPr="005D2878">
        <w:rPr>
          <w:lang w:val="ru-RU"/>
        </w:rPr>
        <w:lastRenderedPageBreak/>
        <w:t xml:space="preserve">Составитель: </w:t>
      </w:r>
      <w:r w:rsidRPr="005D2878">
        <w:rPr>
          <w:lang w:val="ru-RU"/>
        </w:rPr>
        <w:br/>
        <w:t xml:space="preserve">Лапина С.Ф., доцент, </w:t>
      </w:r>
      <w:proofErr w:type="spellStart"/>
      <w:r w:rsidRPr="005D2878">
        <w:rPr>
          <w:lang w:val="ru-RU"/>
        </w:rPr>
        <w:t>к.фарм.н</w:t>
      </w:r>
      <w:proofErr w:type="spellEnd"/>
      <w:r w:rsidRPr="005D2878">
        <w:rPr>
          <w:lang w:val="ru-RU"/>
        </w:rPr>
        <w:t>.</w:t>
      </w:r>
      <w:r w:rsidRPr="005D2878">
        <w:rPr>
          <w:lang w:val="ru-RU"/>
        </w:rPr>
        <w:tab/>
      </w:r>
      <w:r w:rsidRPr="005D2878">
        <w:rPr>
          <w:lang w:val="ru-RU"/>
        </w:rPr>
        <w:tab/>
      </w:r>
      <w:r w:rsidRPr="005D2878">
        <w:rPr>
          <w:lang w:val="ru-RU"/>
        </w:rPr>
        <w:tab/>
      </w:r>
      <w:r w:rsidRPr="005D2878">
        <w:rPr>
          <w:lang w:val="ru-RU"/>
        </w:rPr>
        <w:tab/>
      </w:r>
      <w:r w:rsidRPr="002570E5">
        <w:rPr>
          <w:lang w:val="ru-RU"/>
        </w:rPr>
        <w:t>________________</w:t>
      </w:r>
      <w:r w:rsidRPr="002570E5">
        <w:rPr>
          <w:lang w:val="ru-RU"/>
        </w:rPr>
        <w:br/>
      </w:r>
    </w:p>
    <w:p w:rsidR="00F3750C" w:rsidRPr="005D2878" w:rsidRDefault="005D2878">
      <w:pPr>
        <w:rPr>
          <w:lang w:val="ru-RU"/>
        </w:rPr>
      </w:pPr>
      <w:r w:rsidRPr="005D2878">
        <w:rPr>
          <w:lang w:val="ru-RU"/>
        </w:rPr>
        <w:t>Одобрено на заседании кафедры экологии, безопасности жизнедеятел</w:t>
      </w:r>
      <w:r w:rsidR="00801473">
        <w:rPr>
          <w:lang w:val="ru-RU"/>
        </w:rPr>
        <w:t>ьности и физической культуры</w:t>
      </w:r>
      <w:r w:rsidR="00801473">
        <w:rPr>
          <w:lang w:val="ru-RU"/>
        </w:rPr>
        <w:br/>
        <w:t>«22</w:t>
      </w:r>
      <w:r w:rsidRPr="005D2878">
        <w:rPr>
          <w:lang w:val="ru-RU"/>
        </w:rPr>
        <w:t xml:space="preserve">» </w:t>
      </w:r>
      <w:r w:rsidR="00801473">
        <w:rPr>
          <w:lang w:val="ru-RU"/>
        </w:rPr>
        <w:t>апреля</w:t>
      </w:r>
      <w:r w:rsidRPr="005D2878">
        <w:rPr>
          <w:lang w:val="ru-RU"/>
        </w:rPr>
        <w:t xml:space="preserve"> 2026 г., протокол № </w:t>
      </w:r>
      <w:r w:rsidR="00801473">
        <w:rPr>
          <w:lang w:val="ru-RU"/>
        </w:rPr>
        <w:t>9</w:t>
      </w:r>
      <w:r w:rsidRPr="005D2878">
        <w:rPr>
          <w:lang w:val="ru-RU"/>
        </w:rPr>
        <w:br/>
      </w:r>
      <w:r w:rsidRPr="005D2878">
        <w:rPr>
          <w:lang w:val="ru-RU"/>
        </w:rPr>
        <w:br/>
        <w:t xml:space="preserve">Заведующий кафедрой </w:t>
      </w:r>
      <w:r w:rsidRPr="005D2878">
        <w:rPr>
          <w:lang w:val="ru-RU"/>
        </w:rPr>
        <w:br/>
        <w:t>экологии, безопасности жизнедеятельности и физической ку</w:t>
      </w:r>
      <w:r w:rsidR="00C433C5">
        <w:rPr>
          <w:lang w:val="ru-RU"/>
        </w:rPr>
        <w:t>льтуры</w:t>
      </w:r>
      <w:r w:rsidR="00C433C5">
        <w:rPr>
          <w:lang w:val="ru-RU"/>
        </w:rPr>
        <w:tab/>
      </w:r>
      <w:r w:rsidR="00C433C5">
        <w:rPr>
          <w:lang w:val="ru-RU"/>
        </w:rPr>
        <w:tab/>
        <w:t>____________ В.А. Никифо</w:t>
      </w:r>
      <w:r w:rsidRPr="005D2878">
        <w:rPr>
          <w:lang w:val="ru-RU"/>
        </w:rPr>
        <w:t>рова</w:t>
      </w:r>
      <w:r w:rsidRPr="005D2878">
        <w:rPr>
          <w:lang w:val="ru-RU"/>
        </w:rPr>
        <w:br/>
      </w:r>
      <w:r w:rsidRPr="005D2878">
        <w:rPr>
          <w:lang w:val="ru-RU"/>
        </w:rPr>
        <w:br/>
      </w:r>
    </w:p>
    <w:p w:rsidR="00F3750C" w:rsidRPr="002570E5" w:rsidRDefault="005D2878">
      <w:pPr>
        <w:rPr>
          <w:lang w:val="ru-RU"/>
        </w:rPr>
      </w:pPr>
      <w:r w:rsidRPr="005D2878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5D2878">
        <w:rPr>
          <w:lang w:val="ru-RU"/>
        </w:rPr>
        <w:br/>
        <w:t xml:space="preserve">_____________   </w:t>
      </w:r>
      <w:proofErr w:type="spellStart"/>
      <w:r w:rsidRPr="005D2878">
        <w:rPr>
          <w:lang w:val="ru-RU"/>
        </w:rPr>
        <w:t>Варданян</w:t>
      </w:r>
      <w:proofErr w:type="spellEnd"/>
      <w:r w:rsidRPr="005D2878">
        <w:rPr>
          <w:lang w:val="ru-RU"/>
        </w:rPr>
        <w:t xml:space="preserve"> М.А.</w:t>
      </w:r>
      <w:r w:rsidRPr="005D2878">
        <w:rPr>
          <w:lang w:val="ru-RU"/>
        </w:rPr>
        <w:br/>
      </w:r>
      <w:r w:rsidRPr="005D2878">
        <w:rPr>
          <w:lang w:val="ru-RU"/>
        </w:rPr>
        <w:br/>
      </w:r>
      <w:r w:rsidRPr="002570E5">
        <w:rPr>
          <w:lang w:val="ru-RU"/>
        </w:rPr>
        <w:t>«</w:t>
      </w:r>
      <w:r w:rsidR="00B16BEE">
        <w:rPr>
          <w:lang w:val="ru-RU"/>
        </w:rPr>
        <w:t>28</w:t>
      </w:r>
      <w:r w:rsidRPr="002570E5">
        <w:rPr>
          <w:lang w:val="ru-RU"/>
        </w:rPr>
        <w:t xml:space="preserve">» </w:t>
      </w:r>
      <w:r w:rsidR="00801473">
        <w:rPr>
          <w:lang w:val="ru-RU"/>
        </w:rPr>
        <w:t>апреля</w:t>
      </w:r>
      <w:r w:rsidR="002570E5">
        <w:rPr>
          <w:lang w:val="ru-RU"/>
        </w:rPr>
        <w:t xml:space="preserve"> </w:t>
      </w:r>
      <w:r w:rsidRPr="002570E5">
        <w:rPr>
          <w:lang w:val="ru-RU"/>
        </w:rPr>
        <w:t>20</w:t>
      </w:r>
      <w:r w:rsidR="002570E5">
        <w:rPr>
          <w:lang w:val="ru-RU"/>
        </w:rPr>
        <w:t xml:space="preserve">26 </w:t>
      </w:r>
      <w:r w:rsidRPr="002570E5">
        <w:rPr>
          <w:lang w:val="ru-RU"/>
        </w:rPr>
        <w:t xml:space="preserve">г., протокол № </w:t>
      </w:r>
      <w:r w:rsidR="00801473">
        <w:rPr>
          <w:lang w:val="ru-RU"/>
        </w:rPr>
        <w:t>9</w:t>
      </w:r>
      <w:r w:rsidRPr="002570E5">
        <w:rPr>
          <w:lang w:val="ru-RU"/>
        </w:rPr>
        <w:br/>
      </w:r>
      <w:r w:rsidRPr="002570E5">
        <w:rPr>
          <w:lang w:val="ru-RU"/>
        </w:rPr>
        <w:br/>
      </w:r>
      <w:r w:rsidRPr="002570E5">
        <w:rPr>
          <w:lang w:val="ru-RU"/>
        </w:rPr>
        <w:br/>
        <w:t>Ответственный за реализацию ОПОП</w:t>
      </w:r>
      <w:r w:rsidRPr="002570E5">
        <w:rPr>
          <w:lang w:val="ru-RU"/>
        </w:rPr>
        <w:tab/>
        <w:t>________________ Никифорова В.А.</w:t>
      </w:r>
      <w:r w:rsidRPr="002570E5">
        <w:rPr>
          <w:lang w:val="ru-RU"/>
        </w:rPr>
        <w:br/>
      </w:r>
    </w:p>
    <w:p w:rsidR="005D2878" w:rsidRPr="002570E5" w:rsidRDefault="005D2878">
      <w:pPr>
        <w:rPr>
          <w:lang w:val="ru-RU"/>
        </w:rPr>
      </w:pPr>
    </w:p>
    <w:p w:rsidR="005D2878" w:rsidRPr="002570E5" w:rsidRDefault="005D2878">
      <w:pPr>
        <w:rPr>
          <w:lang w:val="ru-RU"/>
        </w:rPr>
      </w:pPr>
    </w:p>
    <w:p w:rsidR="005D2878" w:rsidRPr="002570E5" w:rsidRDefault="005D2878">
      <w:pPr>
        <w:rPr>
          <w:lang w:val="ru-RU"/>
        </w:rPr>
      </w:pPr>
    </w:p>
    <w:p w:rsidR="005D2878" w:rsidRPr="002570E5" w:rsidRDefault="005D2878">
      <w:pPr>
        <w:rPr>
          <w:lang w:val="ru-RU"/>
        </w:rPr>
      </w:pPr>
    </w:p>
    <w:p w:rsidR="005D2878" w:rsidRPr="002570E5" w:rsidRDefault="005D2878">
      <w:pPr>
        <w:rPr>
          <w:lang w:val="ru-RU"/>
        </w:rPr>
      </w:pPr>
    </w:p>
    <w:p w:rsidR="005D2878" w:rsidRPr="002570E5" w:rsidRDefault="005D2878">
      <w:pPr>
        <w:rPr>
          <w:lang w:val="ru-RU"/>
        </w:rPr>
      </w:pPr>
    </w:p>
    <w:p w:rsidR="005D2878" w:rsidRPr="002570E5" w:rsidRDefault="005D2878">
      <w:pPr>
        <w:rPr>
          <w:lang w:val="ru-RU"/>
        </w:rPr>
      </w:pPr>
    </w:p>
    <w:p w:rsidR="005D2878" w:rsidRPr="002570E5" w:rsidRDefault="005D2878">
      <w:pPr>
        <w:rPr>
          <w:lang w:val="ru-RU"/>
        </w:rPr>
      </w:pPr>
    </w:p>
    <w:p w:rsidR="005D2878" w:rsidRPr="002570E5" w:rsidRDefault="005D2878">
      <w:pPr>
        <w:rPr>
          <w:lang w:val="ru-RU"/>
        </w:rPr>
      </w:pPr>
    </w:p>
    <w:p w:rsidR="005D2878" w:rsidRPr="002570E5" w:rsidRDefault="005D2878">
      <w:pPr>
        <w:rPr>
          <w:lang w:val="ru-RU"/>
        </w:rPr>
      </w:pPr>
    </w:p>
    <w:p w:rsidR="005D2878" w:rsidRPr="002570E5" w:rsidRDefault="005D2878">
      <w:pPr>
        <w:rPr>
          <w:lang w:val="ru-RU"/>
        </w:rPr>
      </w:pPr>
    </w:p>
    <w:p w:rsidR="005D2878" w:rsidRPr="002570E5" w:rsidRDefault="005D2878">
      <w:pPr>
        <w:rPr>
          <w:lang w:val="ru-RU"/>
        </w:rPr>
      </w:pPr>
    </w:p>
    <w:p w:rsidR="005D2878" w:rsidRPr="002570E5" w:rsidRDefault="005D2878">
      <w:pPr>
        <w:rPr>
          <w:lang w:val="ru-RU"/>
        </w:rPr>
      </w:pPr>
    </w:p>
    <w:p w:rsidR="005D2878" w:rsidRPr="002570E5" w:rsidRDefault="005D2878">
      <w:pPr>
        <w:rPr>
          <w:lang w:val="ru-RU"/>
        </w:rPr>
      </w:pPr>
    </w:p>
    <w:p w:rsidR="005D2878" w:rsidRPr="005D2878" w:rsidRDefault="005D2878" w:rsidP="005D2878">
      <w:pPr>
        <w:jc w:val="center"/>
        <w:rPr>
          <w:b/>
          <w:szCs w:val="24"/>
          <w:lang w:val="ru-RU"/>
        </w:rPr>
      </w:pPr>
      <w:r w:rsidRPr="005D2878">
        <w:rPr>
          <w:b/>
          <w:szCs w:val="24"/>
          <w:lang w:val="ru-RU"/>
        </w:rPr>
        <w:lastRenderedPageBreak/>
        <w:t xml:space="preserve">Паспорт фонда оценочных средств по дисциплине </w:t>
      </w:r>
    </w:p>
    <w:p w:rsidR="005D2878" w:rsidRPr="005D2878" w:rsidRDefault="005D2878" w:rsidP="005D2878">
      <w:pPr>
        <w:jc w:val="center"/>
        <w:rPr>
          <w:b/>
          <w:szCs w:val="24"/>
          <w:u w:val="single"/>
          <w:lang w:val="ru-RU"/>
        </w:rPr>
      </w:pPr>
      <w:r w:rsidRPr="005D2878">
        <w:rPr>
          <w:b/>
          <w:szCs w:val="24"/>
          <w:u w:val="single"/>
          <w:lang w:val="ru-RU"/>
        </w:rPr>
        <w:t>Б</w:t>
      </w:r>
      <w:proofErr w:type="gramStart"/>
      <w:r w:rsidRPr="005D2878">
        <w:rPr>
          <w:b/>
          <w:szCs w:val="24"/>
          <w:u w:val="single"/>
          <w:lang w:val="ru-RU"/>
        </w:rPr>
        <w:t>1.О.</w:t>
      </w:r>
      <w:proofErr w:type="gramEnd"/>
      <w:r w:rsidRPr="005D2878">
        <w:rPr>
          <w:b/>
          <w:szCs w:val="24"/>
          <w:u w:val="single"/>
          <w:lang w:val="ru-RU"/>
        </w:rPr>
        <w:t>06.03 Естественнонаучная картина мира</w:t>
      </w:r>
    </w:p>
    <w:p w:rsidR="005D2878" w:rsidRPr="005D2878" w:rsidRDefault="005D2878" w:rsidP="00973D6F">
      <w:pPr>
        <w:spacing w:line="240" w:lineRule="auto"/>
        <w:jc w:val="center"/>
        <w:rPr>
          <w:b/>
          <w:szCs w:val="24"/>
          <w:u w:val="single"/>
          <w:lang w:val="ru-RU"/>
        </w:rPr>
      </w:pPr>
    </w:p>
    <w:p w:rsidR="005D2878" w:rsidRPr="005D2878" w:rsidRDefault="005D2878" w:rsidP="00973D6F">
      <w:pPr>
        <w:spacing w:line="240" w:lineRule="auto"/>
        <w:jc w:val="center"/>
        <w:rPr>
          <w:szCs w:val="24"/>
          <w:lang w:val="ru-RU"/>
        </w:rPr>
      </w:pPr>
      <w:r w:rsidRPr="005D2878">
        <w:rPr>
          <w:szCs w:val="24"/>
          <w:lang w:val="ru-RU"/>
        </w:rPr>
        <w:t>Компетенции обучающегося, формируемые в результате освоения дисциплины (модуля):</w:t>
      </w:r>
    </w:p>
    <w:p w:rsidR="005D2878" w:rsidRPr="005D2878" w:rsidRDefault="005D2878" w:rsidP="00973D6F">
      <w:pPr>
        <w:pStyle w:val="ae"/>
        <w:spacing w:line="240" w:lineRule="auto"/>
        <w:rPr>
          <w:lang w:val="ru-RU"/>
        </w:rPr>
      </w:pPr>
      <w:r w:rsidRPr="005D2878">
        <w:rPr>
          <w:lang w:val="ru-RU"/>
        </w:rPr>
        <w:t>ОПК-1: Способен применять базовые знания фундаментальных разделов наук о Земле, естественно-научного и математического циклов при решении задач в области экологии и природопользования</w:t>
      </w:r>
    </w:p>
    <w:p w:rsidR="005D2878" w:rsidRPr="005D2878" w:rsidRDefault="005D2878" w:rsidP="00973D6F">
      <w:pPr>
        <w:pStyle w:val="ae"/>
        <w:spacing w:line="240" w:lineRule="auto"/>
        <w:rPr>
          <w:szCs w:val="24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"/>
        <w:gridCol w:w="8219"/>
      </w:tblGrid>
      <w:tr w:rsidR="005D2878" w:rsidRPr="00CA1748" w:rsidTr="00FA655E">
        <w:trPr>
          <w:trHeight w:hRule="exact" w:val="683"/>
        </w:trPr>
        <w:tc>
          <w:tcPr>
            <w:tcW w:w="1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878" w:rsidRPr="00AF37E2" w:rsidRDefault="005D2878" w:rsidP="00FA655E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AF37E2">
              <w:rPr>
                <w:color w:val="000000"/>
                <w:szCs w:val="24"/>
              </w:rPr>
              <w:t>Индикатор</w:t>
            </w:r>
            <w:proofErr w:type="spellEnd"/>
            <w:r w:rsidRPr="00AF37E2">
              <w:rPr>
                <w:color w:val="000000"/>
                <w:szCs w:val="24"/>
              </w:rPr>
              <w:t xml:space="preserve">  1</w:t>
            </w:r>
          </w:p>
        </w:tc>
        <w:tc>
          <w:tcPr>
            <w:tcW w:w="9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878" w:rsidRPr="005D2878" w:rsidRDefault="005D2878" w:rsidP="00FA655E">
            <w:pPr>
              <w:spacing w:line="240" w:lineRule="auto"/>
              <w:rPr>
                <w:szCs w:val="24"/>
                <w:lang w:val="ru-RU"/>
              </w:rPr>
            </w:pPr>
            <w:r w:rsidRPr="005D2878">
              <w:rPr>
                <w:lang w:val="ru-RU"/>
              </w:rPr>
              <w:t>ОПК-1.1: Применяет базовые знания фундаментальных разделов естественных наук при решении задач в профессиональной деятельности</w:t>
            </w:r>
          </w:p>
        </w:tc>
      </w:tr>
    </w:tbl>
    <w:p w:rsidR="005D2878" w:rsidRPr="005D2878" w:rsidRDefault="005D2878" w:rsidP="005D2878">
      <w:pPr>
        <w:rPr>
          <w:sz w:val="28"/>
          <w:szCs w:val="28"/>
          <w:u w:val="single"/>
          <w:lang w:val="ru-RU"/>
        </w:rPr>
      </w:pP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985"/>
        <w:gridCol w:w="2410"/>
        <w:gridCol w:w="1559"/>
        <w:gridCol w:w="1984"/>
        <w:gridCol w:w="2127"/>
      </w:tblGrid>
      <w:tr w:rsidR="005D2878" w:rsidRPr="00E55D6C" w:rsidTr="00DC17E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878" w:rsidRPr="00EA1591" w:rsidRDefault="005D2878" w:rsidP="00973D6F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EA1591">
              <w:rPr>
                <w:szCs w:val="24"/>
              </w:rPr>
              <w:t>Раздел</w:t>
            </w:r>
            <w:proofErr w:type="spellEnd"/>
            <w:r w:rsidRPr="00EA1591">
              <w:rPr>
                <w:szCs w:val="24"/>
              </w:rPr>
              <w:t xml:space="preserve"> (№, </w:t>
            </w:r>
            <w:proofErr w:type="spellStart"/>
            <w:r w:rsidRPr="00EA1591">
              <w:rPr>
                <w:szCs w:val="24"/>
              </w:rPr>
              <w:t>наименование</w:t>
            </w:r>
            <w:proofErr w:type="spellEnd"/>
            <w:r w:rsidRPr="00EA1591">
              <w:rPr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878" w:rsidRPr="00EA1591" w:rsidRDefault="005D2878" w:rsidP="00973D6F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EA1591">
              <w:rPr>
                <w:szCs w:val="24"/>
              </w:rPr>
              <w:t>Тема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878" w:rsidRPr="00EA1591" w:rsidRDefault="005D2878" w:rsidP="00973D6F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EA1591">
              <w:rPr>
                <w:szCs w:val="24"/>
              </w:rPr>
              <w:t>Код</w:t>
            </w:r>
            <w:proofErr w:type="spellEnd"/>
            <w:r w:rsidRPr="00EA1591">
              <w:rPr>
                <w:szCs w:val="24"/>
              </w:rPr>
              <w:t xml:space="preserve"> </w:t>
            </w:r>
            <w:proofErr w:type="spellStart"/>
            <w:r w:rsidRPr="00EA1591">
              <w:rPr>
                <w:szCs w:val="24"/>
              </w:rPr>
              <w:t>индикатора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878" w:rsidRPr="005D2878" w:rsidRDefault="005D2878" w:rsidP="00973D6F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5D2878">
              <w:rPr>
                <w:szCs w:val="24"/>
                <w:lang w:val="ru-RU"/>
              </w:rPr>
              <w:t>Форма</w:t>
            </w:r>
          </w:p>
          <w:p w:rsidR="005D2878" w:rsidRPr="005D2878" w:rsidRDefault="005D2878" w:rsidP="00973D6F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5D2878">
              <w:rPr>
                <w:szCs w:val="24"/>
                <w:lang w:val="ru-RU"/>
              </w:rPr>
              <w:t>оценки</w:t>
            </w:r>
          </w:p>
          <w:p w:rsidR="005D2878" w:rsidRPr="005D2878" w:rsidRDefault="005D2878" w:rsidP="00973D6F">
            <w:pPr>
              <w:spacing w:line="240" w:lineRule="auto"/>
              <w:jc w:val="center"/>
              <w:rPr>
                <w:i/>
                <w:szCs w:val="24"/>
                <w:lang w:val="ru-RU"/>
              </w:rPr>
            </w:pPr>
            <w:r w:rsidRPr="005D2878">
              <w:rPr>
                <w:i/>
                <w:szCs w:val="24"/>
                <w:lang w:val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878" w:rsidRPr="00EA1591" w:rsidRDefault="005D2878" w:rsidP="00973D6F">
            <w:pPr>
              <w:spacing w:line="240" w:lineRule="auto"/>
              <w:jc w:val="center"/>
              <w:rPr>
                <w:szCs w:val="24"/>
              </w:rPr>
            </w:pPr>
            <w:r w:rsidRPr="00EA1591">
              <w:rPr>
                <w:szCs w:val="24"/>
              </w:rPr>
              <w:t>ФОС</w:t>
            </w:r>
          </w:p>
          <w:p w:rsidR="005D2878" w:rsidRPr="00EA1591" w:rsidRDefault="005D2878" w:rsidP="00973D6F">
            <w:pPr>
              <w:spacing w:line="240" w:lineRule="auto"/>
              <w:ind w:left="-164" w:right="-108"/>
              <w:jc w:val="center"/>
              <w:rPr>
                <w:i/>
                <w:szCs w:val="24"/>
              </w:rPr>
            </w:pPr>
            <w:r w:rsidRPr="00EA1591">
              <w:rPr>
                <w:i/>
                <w:szCs w:val="24"/>
              </w:rPr>
              <w:t>(</w:t>
            </w:r>
            <w:proofErr w:type="spellStart"/>
            <w:r w:rsidRPr="00EA1591">
              <w:rPr>
                <w:i/>
                <w:szCs w:val="24"/>
              </w:rPr>
              <w:t>согласно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раздела</w:t>
            </w:r>
            <w:proofErr w:type="spellEnd"/>
            <w:r w:rsidRPr="00EA1591">
              <w:rPr>
                <w:i/>
                <w:szCs w:val="24"/>
              </w:rPr>
              <w:t xml:space="preserve"> 6 РПД)</w:t>
            </w:r>
          </w:p>
        </w:tc>
      </w:tr>
      <w:tr w:rsidR="005D2878" w:rsidTr="00DC17E0">
        <w:trPr>
          <w:trHeight w:val="276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2878" w:rsidRPr="005D2878" w:rsidRDefault="005D2878" w:rsidP="00973D6F">
            <w:pPr>
              <w:spacing w:line="240" w:lineRule="auto"/>
              <w:rPr>
                <w:szCs w:val="24"/>
                <w:lang w:val="ru-RU"/>
              </w:rPr>
            </w:pPr>
            <w:r w:rsidRPr="005D2878">
              <w:rPr>
                <w:szCs w:val="24"/>
                <w:lang w:val="ru-RU"/>
              </w:rPr>
              <w:t xml:space="preserve">1. </w:t>
            </w:r>
            <w:r w:rsidRPr="005D2878">
              <w:rPr>
                <w:lang w:val="ru-RU"/>
              </w:rPr>
              <w:t>Становление и развитие естественнонаучной картины мира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widowControl w:val="0"/>
              <w:spacing w:line="240" w:lineRule="auto"/>
              <w:rPr>
                <w:szCs w:val="24"/>
              </w:rPr>
            </w:pPr>
            <w:proofErr w:type="spellStart"/>
            <w:r>
              <w:t>Естественнонаучная</w:t>
            </w:r>
            <w:proofErr w:type="spellEnd"/>
            <w:r>
              <w:t xml:space="preserve"> и </w:t>
            </w:r>
            <w:proofErr w:type="spellStart"/>
            <w:r>
              <w:t>гуманитарная</w:t>
            </w:r>
            <w:proofErr w:type="spellEnd"/>
            <w:r>
              <w:t xml:space="preserve"> </w:t>
            </w:r>
            <w:proofErr w:type="spellStart"/>
            <w:r>
              <w:t>культуры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ОПК-1.1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Текущий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контроль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>
              <w:rPr>
                <w:i/>
                <w:szCs w:val="24"/>
              </w:rPr>
              <w:t>Вопросы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для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собеседования</w:t>
            </w:r>
            <w:proofErr w:type="spellEnd"/>
          </w:p>
        </w:tc>
      </w:tr>
      <w:tr w:rsidR="005D2878" w:rsidTr="00DC17E0">
        <w:trPr>
          <w:trHeight w:val="276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Промежуточная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аттестация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Вопросы</w:t>
            </w:r>
            <w:proofErr w:type="spellEnd"/>
            <w:r w:rsidRPr="00EA1591">
              <w:rPr>
                <w:i/>
                <w:szCs w:val="24"/>
              </w:rPr>
              <w:t xml:space="preserve"> к </w:t>
            </w:r>
            <w:proofErr w:type="spellStart"/>
            <w:r w:rsidRPr="00EA1591">
              <w:rPr>
                <w:i/>
                <w:szCs w:val="24"/>
              </w:rPr>
              <w:t>зачету</w:t>
            </w:r>
            <w:proofErr w:type="spellEnd"/>
          </w:p>
        </w:tc>
      </w:tr>
      <w:tr w:rsidR="005D2878" w:rsidTr="00DC17E0">
        <w:trPr>
          <w:trHeight w:val="276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widowControl w:val="0"/>
              <w:spacing w:line="240" w:lineRule="auto"/>
              <w:rPr>
                <w:b/>
                <w:szCs w:val="24"/>
              </w:rPr>
            </w:pPr>
            <w:proofErr w:type="spellStart"/>
            <w:r>
              <w:t>Методология</w:t>
            </w:r>
            <w:proofErr w:type="spellEnd"/>
            <w:r>
              <w:t xml:space="preserve"> </w:t>
            </w:r>
            <w:proofErr w:type="spellStart"/>
            <w:r>
              <w:t>научного</w:t>
            </w:r>
            <w:proofErr w:type="spellEnd"/>
            <w:r>
              <w:t xml:space="preserve"> </w:t>
            </w:r>
            <w:proofErr w:type="spellStart"/>
            <w:r>
              <w:t>познания</w:t>
            </w:r>
            <w:proofErr w:type="spellEnd"/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Текущий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контроль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Вопросы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для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собеседования</w:t>
            </w:r>
            <w:proofErr w:type="spellEnd"/>
          </w:p>
        </w:tc>
      </w:tr>
      <w:tr w:rsidR="005D2878" w:rsidTr="00DC17E0">
        <w:trPr>
          <w:trHeight w:val="276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Промежуточная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аттестация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Вопросы</w:t>
            </w:r>
            <w:proofErr w:type="spellEnd"/>
            <w:r w:rsidRPr="00EA1591">
              <w:rPr>
                <w:i/>
                <w:szCs w:val="24"/>
              </w:rPr>
              <w:t xml:space="preserve"> к </w:t>
            </w:r>
            <w:proofErr w:type="spellStart"/>
            <w:r w:rsidRPr="00EA1591">
              <w:rPr>
                <w:i/>
                <w:szCs w:val="24"/>
              </w:rPr>
              <w:t>зачету</w:t>
            </w:r>
            <w:proofErr w:type="spellEnd"/>
          </w:p>
        </w:tc>
      </w:tr>
      <w:tr w:rsidR="005D2878" w:rsidTr="00DC17E0">
        <w:trPr>
          <w:trHeight w:val="276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2878" w:rsidRPr="005D2878" w:rsidRDefault="005D2878" w:rsidP="00973D6F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  <w:r w:rsidRPr="005D2878">
              <w:rPr>
                <w:lang w:val="ru-RU"/>
              </w:rPr>
              <w:t>Понятие и структура естественно-научной картины мира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878" w:rsidRPr="005D2878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Текущий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контроль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>
              <w:rPr>
                <w:i/>
                <w:szCs w:val="24"/>
              </w:rPr>
              <w:t>Вопросы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для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собеседования</w:t>
            </w:r>
            <w:proofErr w:type="spellEnd"/>
          </w:p>
        </w:tc>
      </w:tr>
      <w:tr w:rsidR="005D2878" w:rsidTr="00DC17E0">
        <w:trPr>
          <w:trHeight w:val="276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Промежуточная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аттестация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Вопросы</w:t>
            </w:r>
            <w:proofErr w:type="spellEnd"/>
            <w:r w:rsidRPr="00EA1591">
              <w:rPr>
                <w:i/>
                <w:szCs w:val="24"/>
              </w:rPr>
              <w:t xml:space="preserve"> к </w:t>
            </w:r>
            <w:proofErr w:type="spellStart"/>
            <w:r w:rsidRPr="00EA1591">
              <w:rPr>
                <w:i/>
                <w:szCs w:val="24"/>
              </w:rPr>
              <w:t>зачету</w:t>
            </w:r>
            <w:proofErr w:type="spellEnd"/>
          </w:p>
        </w:tc>
      </w:tr>
      <w:tr w:rsidR="005D2878" w:rsidTr="00DC17E0">
        <w:trPr>
          <w:trHeight w:val="276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2878" w:rsidRPr="005D2878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  <w:r w:rsidRPr="005D2878">
              <w:rPr>
                <w:szCs w:val="24"/>
                <w:lang w:val="ru-RU"/>
              </w:rPr>
              <w:t xml:space="preserve">2. </w:t>
            </w:r>
            <w:r w:rsidRPr="005D2878">
              <w:rPr>
                <w:lang w:val="ru-RU"/>
              </w:rPr>
              <w:t>Концепции современной физики, составляющие физическую картину мира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widowControl w:val="0"/>
              <w:spacing w:line="240" w:lineRule="auto"/>
              <w:rPr>
                <w:b/>
                <w:szCs w:val="24"/>
              </w:rPr>
            </w:pPr>
            <w:proofErr w:type="spellStart"/>
            <w:r>
              <w:t>Принципы</w:t>
            </w:r>
            <w:proofErr w:type="spellEnd"/>
            <w:r>
              <w:t xml:space="preserve"> </w:t>
            </w:r>
            <w:proofErr w:type="spellStart"/>
            <w:r>
              <w:t>симметрии</w:t>
            </w:r>
            <w:proofErr w:type="spellEnd"/>
            <w:r>
              <w:t xml:space="preserve">, </w:t>
            </w:r>
            <w:proofErr w:type="spellStart"/>
            <w:r>
              <w:t>законы</w:t>
            </w:r>
            <w:proofErr w:type="spellEnd"/>
            <w:r>
              <w:t xml:space="preserve"> </w:t>
            </w:r>
            <w:proofErr w:type="spellStart"/>
            <w:r>
              <w:t>сохранения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ОПК-1.1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Текущий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контроль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>
              <w:rPr>
                <w:i/>
                <w:szCs w:val="24"/>
              </w:rPr>
              <w:t>Вопросы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для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собеседования</w:t>
            </w:r>
            <w:proofErr w:type="spellEnd"/>
          </w:p>
        </w:tc>
      </w:tr>
      <w:tr w:rsidR="005D2878" w:rsidTr="00DC17E0">
        <w:trPr>
          <w:trHeight w:val="276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Промежуточная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аттестация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Вопросы</w:t>
            </w:r>
            <w:proofErr w:type="spellEnd"/>
            <w:r w:rsidRPr="00EA1591">
              <w:rPr>
                <w:i/>
                <w:szCs w:val="24"/>
              </w:rPr>
              <w:t xml:space="preserve"> к </w:t>
            </w:r>
            <w:proofErr w:type="spellStart"/>
            <w:r w:rsidRPr="00EA1591">
              <w:rPr>
                <w:i/>
                <w:szCs w:val="24"/>
              </w:rPr>
              <w:t>зачету</w:t>
            </w:r>
            <w:proofErr w:type="spellEnd"/>
          </w:p>
        </w:tc>
      </w:tr>
      <w:tr w:rsidR="005D2878" w:rsidTr="00DC17E0">
        <w:trPr>
          <w:trHeight w:val="276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5D2878" w:rsidRDefault="005D2878" w:rsidP="00973D6F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  <w:r w:rsidRPr="005D2878">
              <w:rPr>
                <w:lang w:val="ru-RU"/>
              </w:rPr>
              <w:t>Эволюция представлений о пространстве и времени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878" w:rsidRPr="005D2878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Текущий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контроль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>
              <w:rPr>
                <w:i/>
                <w:szCs w:val="24"/>
              </w:rPr>
              <w:t>Вопросы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для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собеседования</w:t>
            </w:r>
            <w:proofErr w:type="spellEnd"/>
          </w:p>
        </w:tc>
      </w:tr>
      <w:tr w:rsidR="005D2878" w:rsidTr="00DC17E0">
        <w:trPr>
          <w:trHeight w:val="276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Промежуточная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аттестация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Вопросы</w:t>
            </w:r>
            <w:proofErr w:type="spellEnd"/>
            <w:r w:rsidRPr="00EA1591">
              <w:rPr>
                <w:i/>
                <w:szCs w:val="24"/>
              </w:rPr>
              <w:t xml:space="preserve"> к </w:t>
            </w:r>
            <w:proofErr w:type="spellStart"/>
            <w:r w:rsidRPr="00EA1591">
              <w:rPr>
                <w:i/>
                <w:szCs w:val="24"/>
              </w:rPr>
              <w:t>зачету</w:t>
            </w:r>
            <w:proofErr w:type="spellEnd"/>
          </w:p>
        </w:tc>
      </w:tr>
      <w:tr w:rsidR="005D2878" w:rsidTr="00DC17E0">
        <w:trPr>
          <w:trHeight w:val="276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2878" w:rsidRPr="005D2878" w:rsidRDefault="005D2878" w:rsidP="00973D6F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  <w:r w:rsidRPr="005D2878">
              <w:rPr>
                <w:lang w:val="ru-RU"/>
              </w:rPr>
              <w:t>Структурные уровни и системная организация материи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878" w:rsidRPr="005D2878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Текущий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контроль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>
              <w:rPr>
                <w:i/>
                <w:szCs w:val="24"/>
              </w:rPr>
              <w:t>Вопросы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для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собеседования</w:t>
            </w:r>
            <w:proofErr w:type="spellEnd"/>
          </w:p>
        </w:tc>
      </w:tr>
      <w:tr w:rsidR="005D2878" w:rsidTr="00DC17E0">
        <w:trPr>
          <w:trHeight w:val="276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Промежуточная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аттестация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Вопросы</w:t>
            </w:r>
            <w:proofErr w:type="spellEnd"/>
            <w:r w:rsidRPr="00EA1591">
              <w:rPr>
                <w:i/>
                <w:szCs w:val="24"/>
              </w:rPr>
              <w:t xml:space="preserve"> к </w:t>
            </w:r>
            <w:proofErr w:type="spellStart"/>
            <w:r w:rsidRPr="00EA1591">
              <w:rPr>
                <w:i/>
                <w:szCs w:val="24"/>
              </w:rPr>
              <w:t>зачету</w:t>
            </w:r>
            <w:proofErr w:type="spellEnd"/>
          </w:p>
        </w:tc>
      </w:tr>
      <w:tr w:rsidR="005D2878" w:rsidTr="00DC17E0">
        <w:trPr>
          <w:trHeight w:val="276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5D2878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  <w:r w:rsidRPr="005D2878">
              <w:rPr>
                <w:szCs w:val="24"/>
                <w:lang w:val="ru-RU"/>
              </w:rPr>
              <w:t xml:space="preserve">3. </w:t>
            </w:r>
            <w:r w:rsidRPr="005D2878">
              <w:rPr>
                <w:lang w:val="ru-RU"/>
              </w:rPr>
              <w:t xml:space="preserve">Структура и содержание естественнонаучной картины </w:t>
            </w:r>
            <w:r w:rsidRPr="005D2878">
              <w:rPr>
                <w:lang w:val="ru-RU"/>
              </w:rPr>
              <w:lastRenderedPageBreak/>
              <w:t>мира, ее основные концепции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widowControl w:val="0"/>
              <w:spacing w:line="240" w:lineRule="auto"/>
              <w:rPr>
                <w:b/>
                <w:szCs w:val="24"/>
              </w:rPr>
            </w:pPr>
            <w:proofErr w:type="spellStart"/>
            <w:r>
              <w:lastRenderedPageBreak/>
              <w:t>Химическая</w:t>
            </w:r>
            <w:proofErr w:type="spellEnd"/>
            <w:r>
              <w:t xml:space="preserve"> </w:t>
            </w:r>
            <w:proofErr w:type="spellStart"/>
            <w:r>
              <w:t>картина</w:t>
            </w:r>
            <w:proofErr w:type="spellEnd"/>
            <w:r>
              <w:t xml:space="preserve"> </w:t>
            </w:r>
            <w:proofErr w:type="spellStart"/>
            <w:r>
              <w:t>мира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ОПК-1.1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Текущий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контроль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>
              <w:rPr>
                <w:i/>
                <w:szCs w:val="24"/>
              </w:rPr>
              <w:t>Вопросы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для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собеседования</w:t>
            </w:r>
            <w:proofErr w:type="spellEnd"/>
          </w:p>
        </w:tc>
      </w:tr>
      <w:tr w:rsidR="005D2878" w:rsidTr="00DC17E0">
        <w:trPr>
          <w:trHeight w:val="276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Промежуточная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аттестация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Вопросы</w:t>
            </w:r>
            <w:proofErr w:type="spellEnd"/>
            <w:r w:rsidRPr="00EA1591">
              <w:rPr>
                <w:i/>
                <w:szCs w:val="24"/>
              </w:rPr>
              <w:t xml:space="preserve"> к </w:t>
            </w:r>
            <w:proofErr w:type="spellStart"/>
            <w:r w:rsidRPr="00EA1591">
              <w:rPr>
                <w:i/>
                <w:szCs w:val="24"/>
              </w:rPr>
              <w:t>зачету</w:t>
            </w:r>
            <w:proofErr w:type="spellEnd"/>
          </w:p>
        </w:tc>
      </w:tr>
      <w:tr w:rsidR="005D2878" w:rsidTr="00DC17E0">
        <w:trPr>
          <w:trHeight w:val="276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widowControl w:val="0"/>
              <w:spacing w:line="240" w:lineRule="auto"/>
              <w:rPr>
                <w:b/>
                <w:szCs w:val="24"/>
              </w:rPr>
            </w:pPr>
            <w:proofErr w:type="spellStart"/>
            <w:r>
              <w:t>Биологическая</w:t>
            </w:r>
            <w:proofErr w:type="spellEnd"/>
            <w:r>
              <w:t xml:space="preserve"> </w:t>
            </w:r>
            <w:proofErr w:type="spellStart"/>
            <w:r>
              <w:t>картина</w:t>
            </w:r>
            <w:proofErr w:type="spellEnd"/>
            <w:r>
              <w:t xml:space="preserve"> </w:t>
            </w:r>
            <w:proofErr w:type="spellStart"/>
            <w:r>
              <w:t>мира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Текущий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контроль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>
              <w:rPr>
                <w:i/>
                <w:szCs w:val="24"/>
              </w:rPr>
              <w:t>Вопросы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для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собеседования</w:t>
            </w:r>
            <w:proofErr w:type="spellEnd"/>
          </w:p>
        </w:tc>
      </w:tr>
      <w:tr w:rsidR="005D2878" w:rsidTr="00DC17E0">
        <w:trPr>
          <w:trHeight w:val="276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Промежуточная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аттестация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EA1591" w:rsidRDefault="005D2878" w:rsidP="00973D6F">
            <w:pPr>
              <w:spacing w:line="240" w:lineRule="auto"/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Вопросы</w:t>
            </w:r>
            <w:proofErr w:type="spellEnd"/>
            <w:r w:rsidRPr="00EA1591">
              <w:rPr>
                <w:i/>
                <w:szCs w:val="24"/>
              </w:rPr>
              <w:t xml:space="preserve"> к </w:t>
            </w:r>
            <w:proofErr w:type="spellStart"/>
            <w:r w:rsidRPr="00EA1591">
              <w:rPr>
                <w:i/>
                <w:szCs w:val="24"/>
              </w:rPr>
              <w:t>зачету</w:t>
            </w:r>
            <w:proofErr w:type="spellEnd"/>
          </w:p>
        </w:tc>
      </w:tr>
    </w:tbl>
    <w:p w:rsidR="005D2878" w:rsidRDefault="005D2878" w:rsidP="005D2878">
      <w:pPr>
        <w:jc w:val="center"/>
        <w:rPr>
          <w:b/>
        </w:rPr>
      </w:pPr>
    </w:p>
    <w:p w:rsidR="005D2878" w:rsidRPr="005D2878" w:rsidRDefault="005D2878" w:rsidP="005D2878">
      <w:pPr>
        <w:jc w:val="center"/>
        <w:rPr>
          <w:b/>
          <w:lang w:val="ru-RU"/>
        </w:rPr>
      </w:pPr>
      <w:r w:rsidRPr="005D2878">
        <w:rPr>
          <w:b/>
          <w:lang w:val="ru-RU"/>
        </w:rPr>
        <w:t>Перечень и краткая характеристика оценочных средств по дисциплине</w:t>
      </w:r>
    </w:p>
    <w:p w:rsidR="005D2878" w:rsidRPr="00093F28" w:rsidRDefault="005D2878" w:rsidP="005D2878">
      <w:pPr>
        <w:jc w:val="center"/>
        <w:rPr>
          <w:b/>
          <w:u w:val="single"/>
        </w:rPr>
      </w:pPr>
      <w:proofErr w:type="spellStart"/>
      <w:r>
        <w:rPr>
          <w:b/>
          <w:u w:val="single"/>
        </w:rPr>
        <w:t>Естественнонаучная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картина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мира</w:t>
      </w:r>
      <w:proofErr w:type="spellEnd"/>
    </w:p>
    <w:p w:rsidR="005D2878" w:rsidRPr="008D1837" w:rsidRDefault="005D2878" w:rsidP="005D2878"/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15"/>
        <w:gridCol w:w="4395"/>
        <w:gridCol w:w="2850"/>
      </w:tblGrid>
      <w:tr w:rsidR="005D2878" w:rsidRPr="00CA1748" w:rsidTr="00FA655E">
        <w:tc>
          <w:tcPr>
            <w:tcW w:w="540" w:type="dxa"/>
            <w:vAlign w:val="center"/>
          </w:tcPr>
          <w:p w:rsidR="005D2878" w:rsidRPr="00FF077F" w:rsidRDefault="005D2878" w:rsidP="00FA655E">
            <w:pPr>
              <w:spacing w:line="240" w:lineRule="auto"/>
              <w:jc w:val="center"/>
              <w:rPr>
                <w:b/>
              </w:rPr>
            </w:pPr>
            <w:r w:rsidRPr="00FF077F">
              <w:rPr>
                <w:b/>
                <w:sz w:val="22"/>
              </w:rPr>
              <w:t>№</w:t>
            </w:r>
          </w:p>
          <w:p w:rsidR="005D2878" w:rsidRPr="00FF077F" w:rsidRDefault="005D2878" w:rsidP="00FA655E">
            <w:pPr>
              <w:spacing w:line="240" w:lineRule="auto"/>
              <w:jc w:val="center"/>
              <w:rPr>
                <w:b/>
              </w:rPr>
            </w:pPr>
            <w:r w:rsidRPr="00FF077F">
              <w:rPr>
                <w:b/>
                <w:sz w:val="22"/>
              </w:rPr>
              <w:t>п/п</w:t>
            </w:r>
          </w:p>
        </w:tc>
        <w:tc>
          <w:tcPr>
            <w:tcW w:w="2115" w:type="dxa"/>
            <w:vAlign w:val="center"/>
          </w:tcPr>
          <w:p w:rsidR="005D2878" w:rsidRPr="005D2878" w:rsidRDefault="005D2878" w:rsidP="00FA655E">
            <w:pPr>
              <w:spacing w:line="240" w:lineRule="auto"/>
              <w:jc w:val="center"/>
              <w:rPr>
                <w:b/>
                <w:lang w:val="ru-RU"/>
              </w:rPr>
            </w:pPr>
            <w:r w:rsidRPr="005D2878">
              <w:rPr>
                <w:b/>
                <w:sz w:val="22"/>
                <w:lang w:val="ru-RU"/>
              </w:rPr>
              <w:t xml:space="preserve">Наименование оценочного средства </w:t>
            </w:r>
            <w:r w:rsidRPr="005D2878">
              <w:rPr>
                <w:sz w:val="22"/>
                <w:lang w:val="ru-RU"/>
              </w:rPr>
              <w:t>(процесс/конечный продукт)</w:t>
            </w:r>
          </w:p>
        </w:tc>
        <w:tc>
          <w:tcPr>
            <w:tcW w:w="4395" w:type="dxa"/>
            <w:vAlign w:val="center"/>
          </w:tcPr>
          <w:p w:rsidR="005D2878" w:rsidRPr="00FF077F" w:rsidRDefault="005D2878" w:rsidP="00FA655E">
            <w:pPr>
              <w:spacing w:line="240" w:lineRule="auto"/>
              <w:jc w:val="center"/>
              <w:rPr>
                <w:b/>
              </w:rPr>
            </w:pPr>
            <w:proofErr w:type="spellStart"/>
            <w:r w:rsidRPr="00FF077F">
              <w:rPr>
                <w:b/>
                <w:sz w:val="22"/>
              </w:rPr>
              <w:t>Краткая</w:t>
            </w:r>
            <w:proofErr w:type="spellEnd"/>
            <w:r w:rsidRPr="00FF077F">
              <w:rPr>
                <w:b/>
                <w:sz w:val="22"/>
              </w:rPr>
              <w:t xml:space="preserve"> </w:t>
            </w:r>
            <w:proofErr w:type="spellStart"/>
            <w:r w:rsidRPr="00FF077F">
              <w:rPr>
                <w:b/>
                <w:sz w:val="22"/>
              </w:rPr>
              <w:t>характеристика</w:t>
            </w:r>
            <w:proofErr w:type="spellEnd"/>
            <w:r w:rsidRPr="00FF077F">
              <w:rPr>
                <w:b/>
                <w:sz w:val="22"/>
              </w:rPr>
              <w:t xml:space="preserve"> </w:t>
            </w:r>
            <w:proofErr w:type="spellStart"/>
            <w:r w:rsidRPr="00FF077F">
              <w:rPr>
                <w:b/>
                <w:sz w:val="22"/>
              </w:rPr>
              <w:t>оценочного</w:t>
            </w:r>
            <w:proofErr w:type="spellEnd"/>
            <w:r w:rsidRPr="00FF077F">
              <w:rPr>
                <w:b/>
                <w:sz w:val="22"/>
              </w:rPr>
              <w:t xml:space="preserve"> </w:t>
            </w:r>
            <w:proofErr w:type="spellStart"/>
            <w:r w:rsidRPr="00FF077F">
              <w:rPr>
                <w:b/>
                <w:sz w:val="22"/>
              </w:rPr>
              <w:t>средства</w:t>
            </w:r>
            <w:proofErr w:type="spellEnd"/>
          </w:p>
        </w:tc>
        <w:tc>
          <w:tcPr>
            <w:tcW w:w="2850" w:type="dxa"/>
            <w:vAlign w:val="center"/>
          </w:tcPr>
          <w:p w:rsidR="005D2878" w:rsidRPr="005D2878" w:rsidRDefault="005D2878" w:rsidP="00FA655E">
            <w:pPr>
              <w:spacing w:line="240" w:lineRule="auto"/>
              <w:jc w:val="center"/>
              <w:rPr>
                <w:b/>
                <w:lang w:val="ru-RU"/>
              </w:rPr>
            </w:pPr>
            <w:r w:rsidRPr="005D2878">
              <w:rPr>
                <w:b/>
                <w:sz w:val="22"/>
                <w:lang w:val="ru-RU"/>
              </w:rPr>
              <w:t>Представление оценочного средства в фонде</w:t>
            </w:r>
          </w:p>
        </w:tc>
      </w:tr>
      <w:tr w:rsidR="005D2878" w:rsidRPr="005F5C0E" w:rsidTr="00FA655E">
        <w:tc>
          <w:tcPr>
            <w:tcW w:w="540" w:type="dxa"/>
          </w:tcPr>
          <w:p w:rsidR="005D2878" w:rsidRPr="005F5C0E" w:rsidRDefault="005D2878" w:rsidP="00FA655E">
            <w:pPr>
              <w:spacing w:line="240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</w:p>
        </w:tc>
        <w:tc>
          <w:tcPr>
            <w:tcW w:w="2115" w:type="dxa"/>
          </w:tcPr>
          <w:p w:rsidR="005D2878" w:rsidRPr="005F5C0E" w:rsidRDefault="005D2878" w:rsidP="00FA655E">
            <w:pPr>
              <w:spacing w:line="240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</w:t>
            </w:r>
          </w:p>
        </w:tc>
        <w:tc>
          <w:tcPr>
            <w:tcW w:w="4395" w:type="dxa"/>
          </w:tcPr>
          <w:p w:rsidR="005D2878" w:rsidRPr="005F5C0E" w:rsidRDefault="005D2878" w:rsidP="00FA655E">
            <w:pPr>
              <w:spacing w:line="240" w:lineRule="auto"/>
              <w:ind w:firstLine="2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</w:t>
            </w:r>
          </w:p>
        </w:tc>
        <w:tc>
          <w:tcPr>
            <w:tcW w:w="2850" w:type="dxa"/>
          </w:tcPr>
          <w:p w:rsidR="005D2878" w:rsidRPr="005F5C0E" w:rsidRDefault="005D2878" w:rsidP="00FA655E">
            <w:pPr>
              <w:spacing w:line="240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</w:t>
            </w:r>
          </w:p>
        </w:tc>
      </w:tr>
      <w:tr w:rsidR="005D2878" w:rsidRPr="00CA1748" w:rsidTr="00FA655E">
        <w:tc>
          <w:tcPr>
            <w:tcW w:w="540" w:type="dxa"/>
          </w:tcPr>
          <w:p w:rsidR="005D2878" w:rsidRPr="00FF077F" w:rsidRDefault="005D2878" w:rsidP="005D2878">
            <w:pPr>
              <w:numPr>
                <w:ilvl w:val="0"/>
                <w:numId w:val="10"/>
              </w:numPr>
              <w:spacing w:line="240" w:lineRule="auto"/>
              <w:ind w:left="0"/>
              <w:jc w:val="both"/>
            </w:pPr>
          </w:p>
        </w:tc>
        <w:tc>
          <w:tcPr>
            <w:tcW w:w="2115" w:type="dxa"/>
          </w:tcPr>
          <w:p w:rsidR="005D2878" w:rsidRPr="00FF077F" w:rsidRDefault="005D2878" w:rsidP="00FA655E">
            <w:pPr>
              <w:spacing w:line="240" w:lineRule="auto"/>
            </w:pPr>
            <w:proofErr w:type="spellStart"/>
            <w:r w:rsidRPr="00FF077F">
              <w:rPr>
                <w:sz w:val="22"/>
              </w:rPr>
              <w:t>Собеседование</w:t>
            </w:r>
            <w:proofErr w:type="spellEnd"/>
          </w:p>
        </w:tc>
        <w:tc>
          <w:tcPr>
            <w:tcW w:w="4395" w:type="dxa"/>
          </w:tcPr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sz w:val="22"/>
                <w:lang w:val="ru-RU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850" w:type="dxa"/>
          </w:tcPr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sz w:val="22"/>
                <w:lang w:val="ru-RU"/>
              </w:rPr>
              <w:t xml:space="preserve">Вопросы по темам/разделам дисциплины </w:t>
            </w:r>
          </w:p>
        </w:tc>
      </w:tr>
    </w:tbl>
    <w:p w:rsidR="005D2878" w:rsidRPr="005D2878" w:rsidRDefault="005D2878" w:rsidP="005D2878">
      <w:pPr>
        <w:jc w:val="center"/>
        <w:rPr>
          <w:b/>
          <w:lang w:val="ru-RU"/>
        </w:rPr>
      </w:pPr>
    </w:p>
    <w:p w:rsidR="005D2878" w:rsidRPr="005D2878" w:rsidRDefault="005D2878" w:rsidP="005D2878">
      <w:pPr>
        <w:jc w:val="center"/>
        <w:rPr>
          <w:b/>
          <w:lang w:val="ru-RU"/>
        </w:rPr>
      </w:pPr>
    </w:p>
    <w:p w:rsidR="005D2878" w:rsidRPr="005D2878" w:rsidRDefault="005D2878" w:rsidP="005D2878">
      <w:pPr>
        <w:jc w:val="center"/>
        <w:rPr>
          <w:b/>
          <w:lang w:val="ru-RU"/>
        </w:rPr>
      </w:pPr>
    </w:p>
    <w:p w:rsidR="005D2878" w:rsidRPr="005D2878" w:rsidRDefault="005D2878" w:rsidP="005D2878">
      <w:pPr>
        <w:jc w:val="center"/>
        <w:rPr>
          <w:b/>
          <w:lang w:val="ru-RU"/>
        </w:rPr>
      </w:pPr>
    </w:p>
    <w:p w:rsidR="005D2878" w:rsidRPr="005D2878" w:rsidRDefault="005D2878" w:rsidP="005D2878">
      <w:pPr>
        <w:jc w:val="center"/>
        <w:rPr>
          <w:b/>
          <w:lang w:val="ru-RU"/>
        </w:rPr>
      </w:pPr>
      <w:r w:rsidRPr="005D2878">
        <w:rPr>
          <w:b/>
          <w:lang w:val="ru-RU"/>
        </w:rPr>
        <w:t>Комплект оценочных средств для текущего контроля</w:t>
      </w:r>
    </w:p>
    <w:p w:rsidR="005D2878" w:rsidRPr="005D2878" w:rsidRDefault="005D2878" w:rsidP="005D2878">
      <w:pPr>
        <w:spacing w:line="240" w:lineRule="auto"/>
        <w:jc w:val="center"/>
        <w:rPr>
          <w:b/>
          <w:szCs w:val="24"/>
          <w:lang w:val="ru-RU"/>
        </w:rPr>
      </w:pPr>
      <w:r w:rsidRPr="005D2878">
        <w:rPr>
          <w:b/>
          <w:szCs w:val="24"/>
          <w:lang w:val="ru-RU"/>
        </w:rPr>
        <w:t>Вопросы для собеседования</w:t>
      </w:r>
    </w:p>
    <w:p w:rsidR="005D2878" w:rsidRPr="005D2878" w:rsidRDefault="005D2878" w:rsidP="005D2878">
      <w:pPr>
        <w:spacing w:line="240" w:lineRule="auto"/>
        <w:jc w:val="center"/>
        <w:rPr>
          <w:b/>
          <w:szCs w:val="24"/>
          <w:u w:val="single"/>
          <w:lang w:val="ru-RU"/>
        </w:rPr>
      </w:pPr>
      <w:r w:rsidRPr="005D2878">
        <w:rPr>
          <w:b/>
          <w:szCs w:val="24"/>
          <w:lang w:val="ru-RU"/>
        </w:rPr>
        <w:t xml:space="preserve">по дисциплине </w:t>
      </w:r>
      <w:r w:rsidRPr="005D2878">
        <w:rPr>
          <w:b/>
          <w:szCs w:val="24"/>
          <w:u w:val="single"/>
          <w:lang w:val="ru-RU"/>
        </w:rPr>
        <w:t>Естественнонаучная картина мира</w:t>
      </w:r>
    </w:p>
    <w:p w:rsidR="005D2878" w:rsidRPr="005D2878" w:rsidRDefault="005D2878" w:rsidP="005D2878">
      <w:pPr>
        <w:spacing w:line="240" w:lineRule="auto"/>
        <w:ind w:firstLine="180"/>
        <w:rPr>
          <w:szCs w:val="24"/>
          <w:u w:val="single"/>
          <w:lang w:val="ru-RU"/>
        </w:rPr>
      </w:pP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Раздел 1. Становление и развитие естественнонаучной картины мира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Тема: Наука как форма культуры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1. Дайте определение науки, как вида деятельности.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2. Перечислите и определите характерные черты науки.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3. В чем заключается универсальность науки?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4. Что подразумевается под систематичностью науки?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5. Что включает в себя научная рациональность?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6. Перечислите и определите основные функции науки.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7. В чем отличие науки от идеологии?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8. Структура науки (фундаментальные и прикладные науки).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9. Перечислите и определите основные тенденции развития науки.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10. Определите понятия: техника, НТР.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11. В чем проявляется взаимосвязь науки и техники.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Тема: Изучение основных методов естественнонаучного познания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1. Определите понятия: познание, знание.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2. Назовите и определите виды ненаучного знания.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3. Назовите и определите особенности научного знания.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4. Назовите и определите критерии научного знания.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lastRenderedPageBreak/>
        <w:t xml:space="preserve">5. Что такое метод, методология?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6. Назовите особенности ЕН познания.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7. Назовите уровни естественно научного познания.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8. Какие основные элементы включает в себя эмпирический уровень познания?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9. Какие основные элементы включает в себя теоретический уровень познания?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10. Изобразите схематично структуру естественнонаучного познания.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11. Назовите и определите основные элементы процесса познания.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12. </w:t>
      </w:r>
      <w:proofErr w:type="gramStart"/>
      <w:r w:rsidRPr="005D2878">
        <w:rPr>
          <w:lang w:val="ru-RU"/>
        </w:rPr>
        <w:t>Объясните</w:t>
      </w:r>
      <w:proofErr w:type="gramEnd"/>
      <w:r w:rsidRPr="005D2878">
        <w:rPr>
          <w:lang w:val="ru-RU"/>
        </w:rPr>
        <w:t xml:space="preserve"> что такое эмпирический факт, научный факт.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13. Объясните понятие гипотеза.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14. Объясните понятие теория.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15. Следствие и его особенности.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16. Охарактеризуйте эмпирический уровень познания.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17. Охарактеризуйте теоретический уровень познания.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18. Как классифицируются методы познания?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19. Какие методы относятся к эмпирическим?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20. Какие методы относятся к теоретическим?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21. Какие методы относятся к всеобщим?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22. Какие методы относятся к общенаучным?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23. Какие методы относятся к </w:t>
      </w:r>
      <w:proofErr w:type="spellStart"/>
      <w:r w:rsidRPr="005D2878">
        <w:rPr>
          <w:lang w:val="ru-RU"/>
        </w:rPr>
        <w:t>частнонаучным</w:t>
      </w:r>
      <w:proofErr w:type="spellEnd"/>
      <w:r w:rsidRPr="005D2878">
        <w:rPr>
          <w:lang w:val="ru-RU"/>
        </w:rPr>
        <w:t>?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Тема: Эволюция естественнонаучной картины мира. Механическая, электромагнитная, квантово-полевая картины мира.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7. Сформулируйте понятие научной революции.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8. Сформулируйте понятие картины мира.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13. Приведите характерные особенности механической картины мира.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14. Приведите характерные особенности электромагнитной картины мира.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15. Приведите характерные особенности квантово-полевой картины мира.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16. Сформулируйте основные положения гелиоцентрической системы </w:t>
      </w:r>
      <w:proofErr w:type="spellStart"/>
      <w:r w:rsidRPr="005D2878">
        <w:rPr>
          <w:lang w:val="ru-RU"/>
        </w:rPr>
        <w:t>Н.Коперника</w:t>
      </w:r>
      <w:proofErr w:type="spellEnd"/>
      <w:r w:rsidRPr="005D2878">
        <w:rPr>
          <w:lang w:val="ru-RU"/>
        </w:rPr>
        <w:t xml:space="preserve">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17. Сформулируйте принцип относительности и закон инерции Г. Галилея.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18. Сформулируйте законы механики Ньютона.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19. Сформулируйте основные положения классической электродинамики Максвелла.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20. Сформулируйте основные положения электронной теории Лоренца.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21. Перечислите и определите основные открытия Фарадея, которые легли в основу электромагнитной картины мира.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22. Сформулируйте основные положения теории атома </w:t>
      </w:r>
      <w:proofErr w:type="spellStart"/>
      <w:r w:rsidRPr="005D2878">
        <w:rPr>
          <w:lang w:val="ru-RU"/>
        </w:rPr>
        <w:t>Н.Бора</w:t>
      </w:r>
      <w:proofErr w:type="spellEnd"/>
      <w:r w:rsidRPr="005D2878">
        <w:rPr>
          <w:lang w:val="ru-RU"/>
        </w:rPr>
        <w:t xml:space="preserve">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>23. Сформулируйте основные положения квантовой гипотезы М. Планка. 24. Сформулируйте и поясните принцип неопределенности Гейзенберга.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25. Каково значение уравнения волновой функции, сформулированное </w:t>
      </w:r>
      <w:proofErr w:type="spellStart"/>
      <w:r w:rsidRPr="005D2878">
        <w:rPr>
          <w:lang w:val="ru-RU"/>
        </w:rPr>
        <w:t>Э.Шредингером</w:t>
      </w:r>
      <w:proofErr w:type="spellEnd"/>
      <w:r w:rsidRPr="005D2878">
        <w:rPr>
          <w:lang w:val="ru-RU"/>
        </w:rPr>
        <w:t xml:space="preserve">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Раздел 2. Концепции современной физики, составляющие физическую картину мира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Тема: Изучение концепций относительности пространства и времени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1. Охарактеризуйте пространство и время как всеобщие формы бытия материи.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2. Пространство и его характеристики.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3. Время и его характеристики.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4. Понятие времени в материалистической картине мира возникло на основе …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5. Понятие пространства в материалистической картине мира возникло на основе …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6. Сформулируйте концепцию пространства и времени Ньютона.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7. Сформулируйте концепцию пространства и времени Лейбница.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8. Сформулируйте понятие абсолютного пространства.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9. Сформулируйте понятие протяженности.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10. Сформулируйте понятие абсолютного времени.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11. Сформулируйте понятие относительного времени.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12. В чем проявляется единство и многообразие свойств пространства и времени.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lastRenderedPageBreak/>
        <w:t>13. Какие свойства пространства и времени являются всеобщими. 1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4. Перечислите специфические свойства пространства.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15. Перечислите специфические свойства времени.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16. Что подразумевает непрерывность пространства?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17. В чем заключается однородность пространства, однородность времени?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18. Для каких систем справедлива СТО.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19. Сформулируйте понятие инерциальной системы.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20. Сформулируйте понятие инвариантность.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21. Сформулируйте постулаты СТО.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22. Сформулируйте принцип относительности.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23. Сформулируйте принцип инвариантности скорости света.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24. Сформулируйте основные положения ОТО.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>25. Сформулируйте принцип эквивалентности инерционной и гравитационной масс. 26. Как объясняется сила взаимного притяжения между телами в ОТО. 27. Почему ОТО называют теорией тяготения. 28. Почему затруднена экспериментальная проверка ОТО. 29. В чем концептуальное значение ТО. 30. Сформулируйте понятие пространственно-временной континуум. 31. Для каких систем справедлива ОТО.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proofErr w:type="spellStart"/>
      <w:r w:rsidRPr="005D2878">
        <w:rPr>
          <w:lang w:val="ru-RU"/>
        </w:rPr>
        <w:t>Тема.Изучение</w:t>
      </w:r>
      <w:proofErr w:type="spellEnd"/>
      <w:r w:rsidRPr="005D2878">
        <w:rPr>
          <w:lang w:val="ru-RU"/>
        </w:rPr>
        <w:t xml:space="preserve"> основных концепций микро-, макро- и </w:t>
      </w:r>
      <w:proofErr w:type="spellStart"/>
      <w:r w:rsidRPr="005D2878">
        <w:rPr>
          <w:lang w:val="ru-RU"/>
        </w:rPr>
        <w:t>мегамира</w:t>
      </w:r>
      <w:proofErr w:type="spellEnd"/>
      <w:r w:rsidRPr="005D2878">
        <w:rPr>
          <w:lang w:val="ru-RU"/>
        </w:rPr>
        <w:t xml:space="preserve">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1. Сформулируйте понятие материи, назовите виды материи.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2. Сформулируйте понятие вещество.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3. Сформулируйте понятие физическое поле.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4. Сформулируйте понятие физический вакуум.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5. Назовите и определите способы существования (свойства) материи.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6. Сформулируйте понятие движение.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7. Сформулируйте понятие взаимодействие.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8. Системная организация материи.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9. Дайте определение понятию система?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10. В чем заключается целостность системы?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11. В каком случае материальные объекты образуют целостную систему?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12. Что такое структура системы?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13. Какие типы связей существуют между элементами системы? (Назовите и определите их)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14. Назовите и определите структурные уровни организации материи.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15. Сформулируйте принцип тождественности.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16. В чем заключается существенное различие между материальными объектами микро- и макромира? 17. Чем отличаются между собой объекты, относящиеся к различным структурным уровням организации материи?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18. Какие законы используются для описания движения и взаимодействия объектов микромира?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19. Какие законы используются для описания движения и взаимодействия объектов макромира?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20. Какие законы используются для описания движения и взаимодействия объектов </w:t>
      </w:r>
      <w:proofErr w:type="spellStart"/>
      <w:r w:rsidRPr="005D2878">
        <w:rPr>
          <w:lang w:val="ru-RU"/>
        </w:rPr>
        <w:t>мегамира</w:t>
      </w:r>
      <w:proofErr w:type="spellEnd"/>
      <w:r w:rsidRPr="005D2878">
        <w:rPr>
          <w:lang w:val="ru-RU"/>
        </w:rPr>
        <w:t xml:space="preserve">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>21. Сформулируйте концепцию дальнодействия.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22. Сформулируйте концепцию близкодействия.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23. Какое взаимодействие называют гравитационным, электромагнитным, сильным и слабым?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24. Перечислите и определите черты фундаментальных взаимодействий.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Раздел 3. Структура и содержание естественнонаучной картины мира, ее основные концепции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Тема: Концептуальные уровни в познании в познании веществ и химических систем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1. Зачем нужно знать химический состав любого чистого индивидуального вещества?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lastRenderedPageBreak/>
        <w:t xml:space="preserve">2. Что следует понимать под химическим составом?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3. Как следует понимать химическое соединение?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4. Если индивидуальное вещество состоит из молекул, то что они могут определять?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5. Как следует понимать качественный состав индивидуального вещества?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6. Какие индивидуальные вещества называют простыми, а какие - сложными? Приведите примеры.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7. Как следует понимать структуру любого чистого индивидуального вещества? Что дает ее знание?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8. Как следует понимать аллотропию? Приведите примеры аллотропных модификаций металлов и неметаллов.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9. Как следует понимать изомерию, структурную изомерию, пространственную изомерию?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10. Приведите примеры структурных и пространственных изомеров.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11. Какие пространственные структуры (геометрические формы) могут иметь макромолекулы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12. </w:t>
      </w:r>
      <w:proofErr w:type="spellStart"/>
      <w:r w:rsidRPr="005D2878">
        <w:rPr>
          <w:lang w:val="ru-RU"/>
        </w:rPr>
        <w:t>Гомополимеры</w:t>
      </w:r>
      <w:proofErr w:type="spellEnd"/>
      <w:r w:rsidRPr="005D2878">
        <w:rPr>
          <w:lang w:val="ru-RU"/>
        </w:rPr>
        <w:t xml:space="preserve"> и сополимеры (</w:t>
      </w:r>
      <w:proofErr w:type="spellStart"/>
      <w:r w:rsidRPr="005D2878">
        <w:rPr>
          <w:lang w:val="ru-RU"/>
        </w:rPr>
        <w:t>гетерополимеры</w:t>
      </w:r>
      <w:proofErr w:type="spellEnd"/>
      <w:r w:rsidRPr="005D2878">
        <w:rPr>
          <w:lang w:val="ru-RU"/>
        </w:rPr>
        <w:t xml:space="preserve">)? Приведите примеры.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13. Как следует понимать химическую реакцию?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14. Что происходит в химических реакциях с атомами химических элементов, с молекулами? Приведите примеры.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15. По каким физическим эффектам можно судить о том, что протекает химическая реакция? Приведите примеры.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16. Как следует понимать химическую эволюцию на уровне открытых каталитических систем?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17. Что является эволюционирующим веществом?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18. Какое значение для химической эволюции имеет случайная изменчивость катализатора?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19. Какое значение для химической эволюции имеет химический отбор наиболее </w:t>
      </w:r>
      <w:proofErr w:type="gramStart"/>
      <w:r w:rsidRPr="005D2878">
        <w:rPr>
          <w:lang w:val="ru-RU"/>
        </w:rPr>
        <w:t>активных  катализаторов</w:t>
      </w:r>
      <w:proofErr w:type="gramEnd"/>
      <w:r w:rsidRPr="005D2878">
        <w:rPr>
          <w:lang w:val="ru-RU"/>
        </w:rPr>
        <w:t xml:space="preserve">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20. В каких направлениях может эволюционировать открытая каталитическая система?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Тема «Особенности биологического уровня организации материи»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1. Биология – как наука и ее структура.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2. Естественная и искусственная таксономии.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3. Основные направления биологических исследований.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4. Основные обобщения биологии.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5. Аксиомы биологии.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6. Традиционная или натуралистическая биология.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7. Физико-химическая или молекулярная биология.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8. Основные методы исследования молекулярной биологии.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9. Основные проблемы биологии.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10. История развития эволюционных идей. Предпосылки возникновения теории Дарвина.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11. Дарвинизм, основные положения и принципы. Виды антидарвинизма.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12. Синтетическая теория эволюции.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13. Основные положения и законы эволюции.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14. Два уровня эволюции (макро- и микро-) и ее принципы.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15. Изменчивость и ее виды. 16. Естественный отбор и его виды.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17. Система живой природы.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18. Сущность живого и неживого.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19. Гипотезы происхождения жизни.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20. Структурные уровни организации живого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21. Этапы биохимической эволюции.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22. Структура белков и нуклеиновых кислот. Основные свойства – </w:t>
      </w:r>
      <w:proofErr w:type="spellStart"/>
      <w:r w:rsidRPr="005D2878">
        <w:rPr>
          <w:lang w:val="ru-RU"/>
        </w:rPr>
        <w:t>хиральность</w:t>
      </w:r>
      <w:proofErr w:type="spellEnd"/>
      <w:r w:rsidRPr="005D2878">
        <w:rPr>
          <w:lang w:val="ru-RU"/>
        </w:rPr>
        <w:t xml:space="preserve">, </w:t>
      </w:r>
      <w:proofErr w:type="spellStart"/>
      <w:r w:rsidRPr="005D2878">
        <w:rPr>
          <w:lang w:val="ru-RU"/>
        </w:rPr>
        <w:t>комплементарность</w:t>
      </w:r>
      <w:proofErr w:type="spellEnd"/>
      <w:r w:rsidRPr="005D2878">
        <w:rPr>
          <w:lang w:val="ru-RU"/>
        </w:rPr>
        <w:t xml:space="preserve">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23. Система обмена веществ.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24. Система воспроизводства.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lastRenderedPageBreak/>
        <w:t xml:space="preserve">25. Первичная, вторичная, третичная структуры биополимеров.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26. Основные функции биополимеров. </w:t>
      </w:r>
    </w:p>
    <w:p w:rsidR="005D2878" w:rsidRPr="005D2878" w:rsidRDefault="005D2878" w:rsidP="005D2878">
      <w:pPr>
        <w:spacing w:line="240" w:lineRule="auto"/>
        <w:rPr>
          <w:lang w:val="ru-RU"/>
        </w:rPr>
      </w:pPr>
      <w:r w:rsidRPr="005D2878">
        <w:rPr>
          <w:lang w:val="ru-RU"/>
        </w:rPr>
        <w:t xml:space="preserve">27. Генные механизмы: транскрипция, трансляция и репликация. </w:t>
      </w:r>
    </w:p>
    <w:p w:rsidR="005D2878" w:rsidRDefault="005D2878" w:rsidP="005D2878">
      <w:pPr>
        <w:spacing w:line="240" w:lineRule="auto"/>
      </w:pPr>
      <w:r>
        <w:t xml:space="preserve">28. </w:t>
      </w:r>
      <w:proofErr w:type="spellStart"/>
      <w:r>
        <w:t>Будущее</w:t>
      </w:r>
      <w:proofErr w:type="spellEnd"/>
      <w:r>
        <w:t xml:space="preserve"> </w:t>
      </w:r>
      <w:proofErr w:type="spellStart"/>
      <w:r>
        <w:t>генной</w:t>
      </w:r>
      <w:proofErr w:type="spellEnd"/>
      <w:r>
        <w:t xml:space="preserve"> </w:t>
      </w:r>
      <w:proofErr w:type="spellStart"/>
      <w:r>
        <w:t>инженерии</w:t>
      </w:r>
      <w:proofErr w:type="spellEnd"/>
      <w:r>
        <w:t>.</w:t>
      </w:r>
    </w:p>
    <w:p w:rsidR="005D2878" w:rsidRDefault="005D2878" w:rsidP="005D2878">
      <w:pPr>
        <w:ind w:firstLine="360"/>
        <w:jc w:val="center"/>
        <w:rPr>
          <w:b/>
          <w:szCs w:val="24"/>
        </w:rPr>
      </w:pPr>
      <w:proofErr w:type="spellStart"/>
      <w:r w:rsidRPr="008E5BD7">
        <w:rPr>
          <w:b/>
          <w:szCs w:val="24"/>
        </w:rPr>
        <w:t>Критерии</w:t>
      </w:r>
      <w:proofErr w:type="spellEnd"/>
      <w:r w:rsidRPr="008E5BD7">
        <w:rPr>
          <w:b/>
          <w:szCs w:val="24"/>
        </w:rPr>
        <w:t xml:space="preserve"> </w:t>
      </w:r>
      <w:proofErr w:type="spellStart"/>
      <w:r w:rsidRPr="008E5BD7">
        <w:rPr>
          <w:b/>
          <w:szCs w:val="24"/>
        </w:rPr>
        <w:t>оценки</w:t>
      </w:r>
      <w:proofErr w:type="spellEnd"/>
      <w:r>
        <w:rPr>
          <w:b/>
          <w:szCs w:val="24"/>
        </w:rPr>
        <w:t xml:space="preserve"> </w:t>
      </w:r>
    </w:p>
    <w:p w:rsidR="005D2878" w:rsidRPr="008E5BD7" w:rsidRDefault="005D2878" w:rsidP="005D2878">
      <w:pPr>
        <w:spacing w:line="240" w:lineRule="auto"/>
        <w:ind w:firstLine="360"/>
        <w:jc w:val="center"/>
        <w:rPr>
          <w:b/>
          <w:szCs w:val="24"/>
        </w:rPr>
      </w:pPr>
    </w:p>
    <w:tbl>
      <w:tblPr>
        <w:tblW w:w="1016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471"/>
      </w:tblGrid>
      <w:tr w:rsidR="005D2878" w:rsidRPr="008E5BD7" w:rsidTr="00FA655E">
        <w:tc>
          <w:tcPr>
            <w:tcW w:w="2697" w:type="dxa"/>
            <w:shd w:val="clear" w:color="auto" w:fill="auto"/>
            <w:vAlign w:val="center"/>
          </w:tcPr>
          <w:p w:rsidR="005D2878" w:rsidRPr="008E5BD7" w:rsidRDefault="005D2878" w:rsidP="00FA655E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8E5BD7">
              <w:rPr>
                <w:b/>
                <w:szCs w:val="24"/>
              </w:rPr>
              <w:t>Оценка</w:t>
            </w:r>
            <w:proofErr w:type="spellEnd"/>
          </w:p>
        </w:tc>
        <w:tc>
          <w:tcPr>
            <w:tcW w:w="7471" w:type="dxa"/>
            <w:vAlign w:val="center"/>
          </w:tcPr>
          <w:p w:rsidR="005D2878" w:rsidRPr="008E5BD7" w:rsidRDefault="005D2878" w:rsidP="00FA655E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8E5BD7">
              <w:rPr>
                <w:b/>
                <w:szCs w:val="24"/>
              </w:rPr>
              <w:t>Критерии</w:t>
            </w:r>
            <w:proofErr w:type="spellEnd"/>
          </w:p>
        </w:tc>
      </w:tr>
      <w:tr w:rsidR="005D2878" w:rsidRPr="00CA1748" w:rsidTr="00FA655E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5D2878" w:rsidRPr="008E5BD7" w:rsidRDefault="005D2878" w:rsidP="00FA655E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зачтено</w:t>
            </w:r>
            <w:proofErr w:type="spellEnd"/>
          </w:p>
          <w:p w:rsidR="005D2878" w:rsidRPr="008E5BD7" w:rsidRDefault="005D2878" w:rsidP="00FA655E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5D2878" w:rsidRPr="005D2878" w:rsidRDefault="005D2878" w:rsidP="00FA655E">
            <w:pPr>
              <w:spacing w:line="240" w:lineRule="auto"/>
              <w:rPr>
                <w:szCs w:val="24"/>
                <w:lang w:val="ru-RU"/>
              </w:rPr>
            </w:pPr>
            <w:r w:rsidRPr="005D2878">
              <w:rPr>
                <w:szCs w:val="24"/>
                <w:lang w:val="ru-RU"/>
              </w:rPr>
              <w:t>Обучающийся показывает знание основного материала; при ответе на вопросы не допускает грубых ошибок, но испытывает затруднения в последовательности их изложения; демонстрирует способность применять теоретические знания для анализа практических ситуаций</w:t>
            </w:r>
          </w:p>
        </w:tc>
      </w:tr>
      <w:tr w:rsidR="005D2878" w:rsidRPr="00CA1748" w:rsidTr="00FA655E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5D2878" w:rsidRPr="008E5BD7" w:rsidRDefault="005D2878" w:rsidP="00FA655E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не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зачтено</w:t>
            </w:r>
            <w:proofErr w:type="spellEnd"/>
          </w:p>
          <w:p w:rsidR="005D2878" w:rsidRPr="008E5BD7" w:rsidRDefault="005D2878" w:rsidP="00FA655E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5D2878" w:rsidRPr="005D2878" w:rsidRDefault="005D2878" w:rsidP="00FA655E">
            <w:pPr>
              <w:spacing w:line="240" w:lineRule="auto"/>
              <w:rPr>
                <w:szCs w:val="24"/>
                <w:lang w:val="ru-RU"/>
              </w:rPr>
            </w:pPr>
            <w:r w:rsidRPr="005D2878">
              <w:rPr>
                <w:szCs w:val="24"/>
                <w:lang w:val="ru-RU"/>
              </w:rPr>
              <w:t>Обучающийся имеет существенные пробелы в знаниях основного учебного материала по дисциплине; не способен аргументированно и последовательно его излагать, допускает грубые ошибки в ответах, неправильно отвечает на задаваемые дополнительные вопросы или затрудняется с ответом.</w:t>
            </w:r>
          </w:p>
        </w:tc>
      </w:tr>
    </w:tbl>
    <w:p w:rsidR="005D2878" w:rsidRPr="005D2878" w:rsidRDefault="005D2878" w:rsidP="005D2878">
      <w:pPr>
        <w:rPr>
          <w:szCs w:val="24"/>
          <w:lang w:val="ru-RU"/>
        </w:rPr>
      </w:pPr>
    </w:p>
    <w:p w:rsidR="005D2878" w:rsidRPr="005D2878" w:rsidRDefault="005D2878" w:rsidP="005D2878">
      <w:pPr>
        <w:rPr>
          <w:szCs w:val="24"/>
          <w:lang w:val="ru-RU"/>
        </w:rPr>
      </w:pPr>
    </w:p>
    <w:p w:rsidR="005D2878" w:rsidRPr="005D2878" w:rsidRDefault="005D2878" w:rsidP="005D2878">
      <w:pPr>
        <w:rPr>
          <w:szCs w:val="24"/>
          <w:lang w:val="ru-RU"/>
        </w:rPr>
      </w:pPr>
      <w:r w:rsidRPr="005D2878">
        <w:rPr>
          <w:szCs w:val="24"/>
          <w:lang w:val="ru-RU"/>
        </w:rPr>
        <w:t>Составитель:</w:t>
      </w:r>
    </w:p>
    <w:p w:rsidR="005D2878" w:rsidRPr="005D2878" w:rsidRDefault="005D2878" w:rsidP="005D2878">
      <w:pPr>
        <w:rPr>
          <w:szCs w:val="24"/>
          <w:lang w:val="ru-RU"/>
        </w:rPr>
      </w:pPr>
      <w:r w:rsidRPr="005D2878">
        <w:rPr>
          <w:szCs w:val="24"/>
          <w:lang w:val="ru-RU"/>
        </w:rPr>
        <w:t xml:space="preserve">1. С.Ф. Лапина, доцент каф. </w:t>
      </w:r>
      <w:proofErr w:type="spellStart"/>
      <w:r w:rsidRPr="005D2878">
        <w:rPr>
          <w:szCs w:val="24"/>
          <w:lang w:val="ru-RU"/>
        </w:rPr>
        <w:t>ЭБЖиФ</w:t>
      </w:r>
      <w:proofErr w:type="spellEnd"/>
      <w:r w:rsidRPr="005D2878">
        <w:rPr>
          <w:szCs w:val="24"/>
          <w:lang w:val="ru-RU"/>
        </w:rPr>
        <w:t xml:space="preserve">, </w:t>
      </w:r>
      <w:proofErr w:type="spellStart"/>
      <w:r w:rsidRPr="005D2878">
        <w:rPr>
          <w:szCs w:val="24"/>
          <w:lang w:val="ru-RU"/>
        </w:rPr>
        <w:t>к.фарм.н</w:t>
      </w:r>
      <w:proofErr w:type="spellEnd"/>
      <w:r w:rsidRPr="005D2878">
        <w:rPr>
          <w:szCs w:val="24"/>
          <w:lang w:val="ru-RU"/>
        </w:rPr>
        <w:t>.             _______________________</w:t>
      </w:r>
    </w:p>
    <w:p w:rsidR="00DC17E0" w:rsidRDefault="00DC17E0" w:rsidP="00DC17E0">
      <w:pPr>
        <w:rPr>
          <w:lang w:val="ru-RU"/>
        </w:rPr>
      </w:pPr>
      <w:r>
        <w:rPr>
          <w:lang w:val="ru-RU"/>
        </w:rPr>
        <w:t>«22» апреля 2026</w:t>
      </w:r>
    </w:p>
    <w:p w:rsidR="005D2878" w:rsidRPr="005D2878" w:rsidRDefault="005D2878" w:rsidP="005D2878">
      <w:pPr>
        <w:rPr>
          <w:b/>
          <w:lang w:val="ru-RU"/>
        </w:rPr>
      </w:pPr>
    </w:p>
    <w:p w:rsidR="005D2878" w:rsidRPr="005D2878" w:rsidRDefault="005D2878" w:rsidP="005D2878">
      <w:pPr>
        <w:rPr>
          <w:b/>
          <w:lang w:val="ru-RU"/>
        </w:rPr>
      </w:pPr>
    </w:p>
    <w:p w:rsidR="005D2878" w:rsidRPr="005D2878" w:rsidRDefault="005D2878" w:rsidP="005D2878">
      <w:pPr>
        <w:widowControl w:val="0"/>
        <w:ind w:firstLine="708"/>
        <w:jc w:val="center"/>
        <w:rPr>
          <w:b/>
          <w:szCs w:val="24"/>
          <w:lang w:val="ru-RU"/>
        </w:rPr>
      </w:pPr>
      <w:r w:rsidRPr="005D2878">
        <w:rPr>
          <w:b/>
          <w:szCs w:val="24"/>
          <w:lang w:val="ru-RU"/>
        </w:rPr>
        <w:t>Комплект оценочных средств для промежуточной аттестации</w:t>
      </w:r>
    </w:p>
    <w:p w:rsidR="005D2878" w:rsidRPr="005D2878" w:rsidRDefault="005D2878" w:rsidP="005D2878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5D2878" w:rsidRPr="005D2878" w:rsidRDefault="005D2878" w:rsidP="005D2878">
      <w:pPr>
        <w:widowControl w:val="0"/>
        <w:ind w:firstLine="708"/>
        <w:jc w:val="center"/>
        <w:rPr>
          <w:b/>
          <w:szCs w:val="24"/>
          <w:lang w:val="ru-RU"/>
        </w:rPr>
      </w:pPr>
      <w:r w:rsidRPr="005D2878">
        <w:rPr>
          <w:b/>
          <w:szCs w:val="24"/>
          <w:lang w:val="ru-RU"/>
        </w:rPr>
        <w:t xml:space="preserve">Вопросы к зачету по дисциплине </w:t>
      </w:r>
      <w:r w:rsidRPr="005D2878">
        <w:rPr>
          <w:b/>
          <w:szCs w:val="24"/>
          <w:u w:val="single"/>
          <w:lang w:val="ru-RU"/>
        </w:rPr>
        <w:t>Естественнонаучная картина мира</w:t>
      </w:r>
    </w:p>
    <w:p w:rsidR="005D2878" w:rsidRPr="005D2878" w:rsidRDefault="005D2878" w:rsidP="005D2878">
      <w:pPr>
        <w:widowControl w:val="0"/>
        <w:ind w:firstLine="708"/>
        <w:jc w:val="center"/>
        <w:rPr>
          <w:b/>
          <w:szCs w:val="24"/>
          <w:lang w:val="ru-RU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371"/>
      </w:tblGrid>
      <w:tr w:rsidR="005D2878" w:rsidRPr="008E5BD7" w:rsidTr="00FA655E">
        <w:trPr>
          <w:trHeight w:val="128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2878" w:rsidRPr="005D2878" w:rsidRDefault="005D2878" w:rsidP="00FA655E">
            <w:pPr>
              <w:widowControl w:val="0"/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5D2878">
              <w:rPr>
                <w:b/>
                <w:szCs w:val="24"/>
                <w:lang w:val="ru-RU"/>
              </w:rPr>
              <w:t xml:space="preserve">№ и наименование </w:t>
            </w:r>
          </w:p>
          <w:p w:rsidR="005D2878" w:rsidRPr="005D2878" w:rsidRDefault="005D2878" w:rsidP="00FA655E">
            <w:pPr>
              <w:widowControl w:val="0"/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5D2878">
              <w:rPr>
                <w:b/>
                <w:szCs w:val="24"/>
                <w:lang w:val="ru-RU"/>
              </w:rPr>
              <w:t>раздела</w:t>
            </w:r>
          </w:p>
          <w:p w:rsidR="005D2878" w:rsidRPr="005D2878" w:rsidRDefault="005D2878" w:rsidP="00FA655E">
            <w:pPr>
              <w:widowControl w:val="0"/>
              <w:spacing w:line="240" w:lineRule="auto"/>
              <w:jc w:val="center"/>
              <w:rPr>
                <w:i/>
                <w:szCs w:val="24"/>
                <w:lang w:val="ru-RU"/>
              </w:rPr>
            </w:pPr>
            <w:r w:rsidRPr="005D2878">
              <w:rPr>
                <w:rFonts w:eastAsiaTheme="minorHAnsi"/>
                <w:i/>
                <w:iCs/>
                <w:sz w:val="18"/>
                <w:szCs w:val="18"/>
                <w:lang w:val="ru-RU"/>
              </w:rPr>
              <w:t>(согласно р.3 Паспорта)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878" w:rsidRPr="008E5BD7" w:rsidRDefault="005D2878" w:rsidP="00FA655E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ВОПРОСЫ</w:t>
            </w:r>
            <w:r>
              <w:rPr>
                <w:b/>
                <w:szCs w:val="24"/>
              </w:rPr>
              <w:t xml:space="preserve"> К ЗАЧЕТУ</w:t>
            </w:r>
          </w:p>
          <w:p w:rsidR="005D2878" w:rsidRPr="008E5BD7" w:rsidRDefault="005D2878" w:rsidP="00FA655E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</w:tr>
      <w:tr w:rsidR="005D2878" w:rsidRPr="008E5BD7" w:rsidTr="00FA655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878" w:rsidRPr="008E5BD7" w:rsidRDefault="005D2878" w:rsidP="00FA655E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878" w:rsidRPr="008E5BD7" w:rsidRDefault="005D2878" w:rsidP="00FA655E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2</w:t>
            </w:r>
          </w:p>
        </w:tc>
      </w:tr>
      <w:tr w:rsidR="005D2878" w:rsidRPr="008E5BD7" w:rsidTr="00FA655E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5D2878" w:rsidRDefault="005D2878" w:rsidP="00FA655E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5D2878">
              <w:rPr>
                <w:lang w:val="ru-RU"/>
              </w:rPr>
              <w:t>1. Становление и развитие естественнонаучной картины мира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1.Предмет и цели естествознания. Понятие концепции.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2. Закономерности и особенности развития естествознания.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3. Периоды и этапы развития естествознания.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4. Понятие науки. Дисциплинарная организация науки. Тенденции развития науки.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5. Определение НТР. Время и причины возникновения НТР.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6. Основные достижения НТР. Отрицательные последствия НТР.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7. Понятие научной картины мира.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8. Принципы построения научной картины мира.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9. Научные революции и смена научных картин мира.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10. Основные элементы научного познания.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11.Два уровня естественнонаучного познания.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lastRenderedPageBreak/>
              <w:t xml:space="preserve">12. Соотношение эмпирического и теоретического уровней познания.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13. Понятие метода. Особенности методологии естественнонаучного познания.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14. Классификация методов естественнонаучного познания.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15. Эмпирические методы. </w:t>
            </w:r>
          </w:p>
          <w:p w:rsidR="005D2878" w:rsidRPr="00267864" w:rsidRDefault="005D2878" w:rsidP="00FA655E">
            <w:pPr>
              <w:spacing w:line="240" w:lineRule="auto"/>
              <w:rPr>
                <w:szCs w:val="24"/>
              </w:rPr>
            </w:pPr>
            <w:r>
              <w:t xml:space="preserve">16. </w:t>
            </w:r>
            <w:proofErr w:type="spellStart"/>
            <w:r>
              <w:t>Теоретические</w:t>
            </w:r>
            <w:proofErr w:type="spellEnd"/>
            <w:r>
              <w:t xml:space="preserve"> </w:t>
            </w:r>
            <w:proofErr w:type="spellStart"/>
            <w:r>
              <w:t>методы</w:t>
            </w:r>
            <w:proofErr w:type="spellEnd"/>
          </w:p>
        </w:tc>
      </w:tr>
      <w:tr w:rsidR="005D2878" w:rsidRPr="00CA1748" w:rsidTr="00FA655E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5D2878" w:rsidRDefault="005D2878" w:rsidP="00FA655E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5D2878">
              <w:rPr>
                <w:b/>
                <w:szCs w:val="24"/>
                <w:lang w:val="ru-RU"/>
              </w:rPr>
              <w:lastRenderedPageBreak/>
              <w:t>2.</w:t>
            </w:r>
            <w:r w:rsidRPr="005D2878">
              <w:rPr>
                <w:szCs w:val="24"/>
                <w:lang w:val="ru-RU"/>
              </w:rPr>
              <w:t xml:space="preserve"> </w:t>
            </w:r>
            <w:r w:rsidRPr="005D2878">
              <w:rPr>
                <w:lang w:val="ru-RU"/>
              </w:rPr>
              <w:t>Концепции современной физики, составляющие физическую картину мира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Понятие материи. Виды материи. Свойства материи.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2. Мега-, макро- и микромир.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3. Пространство как форма движения материи.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4. Время как форма движения материи.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5. Пространство и время в концепции Ньютона.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6. Пространство и время в концепции Лейбница.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7. Специальная теория относительности (СТО).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8. Общая теория относительности.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9. Пространство и время в свете Т.О.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10. Структура атома.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11. Корпускулярно-волновые свойства микрочастиц.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12. Термодинамическое описание макросистем.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13. Основные положения молекулярно-кинетической теории.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14. Термодинамические законы.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15. Развитие теории поля.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16. Понятие взаимодействия. Концепция дальнодействия и близкодействия.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17. Сущность электромагнитной теории Дж. Максвелла. </w:t>
            </w:r>
          </w:p>
          <w:p w:rsidR="005D2878" w:rsidRPr="005D2878" w:rsidRDefault="005D2878" w:rsidP="00FA655E">
            <w:pPr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18. Фундаментальные взаимодействия. </w:t>
            </w:r>
          </w:p>
          <w:p w:rsidR="005D2878" w:rsidRPr="005D2878" w:rsidRDefault="005D2878" w:rsidP="00FA655E">
            <w:pPr>
              <w:spacing w:line="240" w:lineRule="auto"/>
              <w:rPr>
                <w:b/>
                <w:szCs w:val="24"/>
                <w:lang w:val="ru-RU"/>
              </w:rPr>
            </w:pPr>
            <w:r w:rsidRPr="005D2878">
              <w:rPr>
                <w:lang w:val="ru-RU"/>
              </w:rPr>
              <w:t>19. Фундаментальные законы Ньютона</w:t>
            </w:r>
          </w:p>
        </w:tc>
      </w:tr>
      <w:tr w:rsidR="005D2878" w:rsidRPr="008E5BD7" w:rsidTr="00FA655E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5D2878" w:rsidRDefault="005D2878" w:rsidP="00FA655E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5D2878">
              <w:rPr>
                <w:szCs w:val="24"/>
                <w:lang w:val="ru-RU"/>
              </w:rPr>
              <w:t xml:space="preserve">3. </w:t>
            </w:r>
            <w:r w:rsidRPr="005D2878">
              <w:rPr>
                <w:lang w:val="ru-RU"/>
              </w:rPr>
              <w:t>Структура и содержание естественнонаучной картины мира, ее основные концепции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878" w:rsidRPr="005D2878" w:rsidRDefault="005D2878" w:rsidP="00FA655E">
            <w:pPr>
              <w:tabs>
                <w:tab w:val="left" w:pos="1346"/>
              </w:tabs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1.Химия. Основные понятия и термины. </w:t>
            </w:r>
          </w:p>
          <w:p w:rsidR="005D2878" w:rsidRPr="005D2878" w:rsidRDefault="005D2878" w:rsidP="00FA655E">
            <w:pPr>
              <w:tabs>
                <w:tab w:val="left" w:pos="1346"/>
              </w:tabs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2. Методы и концепции познания в химии. </w:t>
            </w:r>
          </w:p>
          <w:p w:rsidR="005D2878" w:rsidRPr="005D2878" w:rsidRDefault="005D2878" w:rsidP="00FA655E">
            <w:pPr>
              <w:tabs>
                <w:tab w:val="left" w:pos="1346"/>
              </w:tabs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3. Развитие химических знаний. </w:t>
            </w:r>
          </w:p>
          <w:p w:rsidR="005D2878" w:rsidRPr="005D2878" w:rsidRDefault="005D2878" w:rsidP="00FA655E">
            <w:pPr>
              <w:tabs>
                <w:tab w:val="left" w:pos="1346"/>
              </w:tabs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4. Периодическая система элементов Д.И. Менделеева. </w:t>
            </w:r>
          </w:p>
          <w:p w:rsidR="005D2878" w:rsidRPr="005D2878" w:rsidRDefault="005D2878" w:rsidP="00FA655E">
            <w:pPr>
              <w:tabs>
                <w:tab w:val="left" w:pos="1346"/>
              </w:tabs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5. Структура и этапы развития биологии. </w:t>
            </w:r>
          </w:p>
          <w:p w:rsidR="005D2878" w:rsidRPr="005D2878" w:rsidRDefault="005D2878" w:rsidP="00FA655E">
            <w:pPr>
              <w:tabs>
                <w:tab w:val="left" w:pos="1346"/>
              </w:tabs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6. Сущность живого, его основные признаки. </w:t>
            </w:r>
          </w:p>
          <w:p w:rsidR="005D2878" w:rsidRPr="005D2878" w:rsidRDefault="005D2878" w:rsidP="00FA655E">
            <w:pPr>
              <w:tabs>
                <w:tab w:val="left" w:pos="1346"/>
              </w:tabs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7. Основные подходы к проблеме происхождения жизни. </w:t>
            </w:r>
          </w:p>
          <w:p w:rsidR="005D2878" w:rsidRPr="005D2878" w:rsidRDefault="005D2878" w:rsidP="00FA655E">
            <w:pPr>
              <w:tabs>
                <w:tab w:val="left" w:pos="1346"/>
              </w:tabs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8. Структурные уровни живого. </w:t>
            </w:r>
          </w:p>
          <w:p w:rsidR="005D2878" w:rsidRPr="005D2878" w:rsidRDefault="005D2878" w:rsidP="00FA655E">
            <w:pPr>
              <w:tabs>
                <w:tab w:val="left" w:pos="1346"/>
              </w:tabs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9. Клетка ее строение и функционирование. Механизм управления клеткой. </w:t>
            </w:r>
          </w:p>
          <w:p w:rsidR="005D2878" w:rsidRPr="005D2878" w:rsidRDefault="005D2878" w:rsidP="00FA655E">
            <w:pPr>
              <w:tabs>
                <w:tab w:val="left" w:pos="1346"/>
              </w:tabs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10. Ген и его свойства. Генетика и практика. </w:t>
            </w:r>
          </w:p>
          <w:p w:rsidR="005D2878" w:rsidRPr="005D2878" w:rsidRDefault="005D2878" w:rsidP="00FA655E">
            <w:pPr>
              <w:tabs>
                <w:tab w:val="left" w:pos="1346"/>
              </w:tabs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11. Процесс эволюции. Предпосылки эволюционной идеи. Эволюция жизни. </w:t>
            </w:r>
          </w:p>
          <w:p w:rsidR="005D2878" w:rsidRPr="005D2878" w:rsidRDefault="005D2878" w:rsidP="00FA655E">
            <w:pPr>
              <w:tabs>
                <w:tab w:val="left" w:pos="1346"/>
              </w:tabs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12. Теория эволюции Ч. Дарвина. </w:t>
            </w:r>
          </w:p>
          <w:p w:rsidR="005D2878" w:rsidRPr="005D2878" w:rsidRDefault="005D2878" w:rsidP="00FA655E">
            <w:pPr>
              <w:tabs>
                <w:tab w:val="left" w:pos="1346"/>
              </w:tabs>
              <w:spacing w:line="240" w:lineRule="auto"/>
              <w:rPr>
                <w:lang w:val="ru-RU"/>
              </w:rPr>
            </w:pPr>
            <w:r w:rsidRPr="005D2878">
              <w:rPr>
                <w:lang w:val="ru-RU"/>
              </w:rPr>
              <w:t xml:space="preserve">13. Возражения против теории Ч. Дарвина. </w:t>
            </w:r>
          </w:p>
          <w:p w:rsidR="005D2878" w:rsidRPr="00267864" w:rsidRDefault="005D2878" w:rsidP="00FA655E">
            <w:pPr>
              <w:tabs>
                <w:tab w:val="left" w:pos="1346"/>
              </w:tabs>
              <w:spacing w:line="240" w:lineRule="auto"/>
              <w:rPr>
                <w:color w:val="000000"/>
                <w:szCs w:val="24"/>
              </w:rPr>
            </w:pPr>
            <w:r>
              <w:t xml:space="preserve">14. </w:t>
            </w:r>
            <w:proofErr w:type="spellStart"/>
            <w:r>
              <w:t>Концепция</w:t>
            </w:r>
            <w:proofErr w:type="spellEnd"/>
            <w:r>
              <w:t xml:space="preserve"> </w:t>
            </w:r>
            <w:proofErr w:type="spellStart"/>
            <w:r>
              <w:t>коэволюции</w:t>
            </w:r>
            <w:proofErr w:type="spellEnd"/>
          </w:p>
        </w:tc>
      </w:tr>
    </w:tbl>
    <w:p w:rsidR="005D2878" w:rsidRDefault="005D2878" w:rsidP="005D2878">
      <w:pPr>
        <w:rPr>
          <w:szCs w:val="24"/>
        </w:rPr>
      </w:pPr>
    </w:p>
    <w:p w:rsidR="005D2878" w:rsidRDefault="005D2878" w:rsidP="005D2878">
      <w:pPr>
        <w:ind w:firstLine="360"/>
        <w:jc w:val="center"/>
        <w:rPr>
          <w:b/>
          <w:szCs w:val="24"/>
        </w:rPr>
      </w:pPr>
      <w:proofErr w:type="spellStart"/>
      <w:r w:rsidRPr="008E5BD7">
        <w:rPr>
          <w:b/>
          <w:szCs w:val="24"/>
        </w:rPr>
        <w:t>Критерии</w:t>
      </w:r>
      <w:proofErr w:type="spellEnd"/>
      <w:r w:rsidRPr="008E5BD7">
        <w:rPr>
          <w:b/>
          <w:szCs w:val="24"/>
        </w:rPr>
        <w:t xml:space="preserve"> </w:t>
      </w:r>
      <w:proofErr w:type="spellStart"/>
      <w:r w:rsidRPr="008E5BD7">
        <w:rPr>
          <w:b/>
          <w:szCs w:val="24"/>
        </w:rPr>
        <w:t>оценки</w:t>
      </w:r>
      <w:proofErr w:type="spellEnd"/>
      <w:r>
        <w:rPr>
          <w:b/>
          <w:szCs w:val="24"/>
        </w:rPr>
        <w:t xml:space="preserve"> </w:t>
      </w:r>
    </w:p>
    <w:p w:rsidR="005D2878" w:rsidRPr="008E5BD7" w:rsidRDefault="005D2878" w:rsidP="005D2878">
      <w:pPr>
        <w:ind w:firstLine="360"/>
        <w:jc w:val="center"/>
        <w:rPr>
          <w:b/>
          <w:szCs w:val="24"/>
        </w:rPr>
      </w:pPr>
    </w:p>
    <w:tbl>
      <w:tblPr>
        <w:tblW w:w="1016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471"/>
      </w:tblGrid>
      <w:tr w:rsidR="005D2878" w:rsidRPr="008E5BD7" w:rsidTr="00FA655E">
        <w:tc>
          <w:tcPr>
            <w:tcW w:w="2697" w:type="dxa"/>
            <w:shd w:val="clear" w:color="auto" w:fill="auto"/>
            <w:vAlign w:val="center"/>
          </w:tcPr>
          <w:p w:rsidR="005D2878" w:rsidRPr="008E5BD7" w:rsidRDefault="005D2878" w:rsidP="00FA655E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8E5BD7">
              <w:rPr>
                <w:b/>
                <w:szCs w:val="24"/>
              </w:rPr>
              <w:t>Оценка</w:t>
            </w:r>
            <w:proofErr w:type="spellEnd"/>
          </w:p>
        </w:tc>
        <w:tc>
          <w:tcPr>
            <w:tcW w:w="7471" w:type="dxa"/>
            <w:vAlign w:val="center"/>
          </w:tcPr>
          <w:p w:rsidR="005D2878" w:rsidRPr="008E5BD7" w:rsidRDefault="005D2878" w:rsidP="00FA655E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8E5BD7">
              <w:rPr>
                <w:b/>
                <w:szCs w:val="24"/>
              </w:rPr>
              <w:t>Критерии</w:t>
            </w:r>
            <w:proofErr w:type="spellEnd"/>
          </w:p>
        </w:tc>
      </w:tr>
      <w:tr w:rsidR="005D2878" w:rsidRPr="00CA1748" w:rsidTr="00FA655E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5D2878" w:rsidRPr="008E5BD7" w:rsidRDefault="005D2878" w:rsidP="00FA655E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lastRenderedPageBreak/>
              <w:t>зачтено</w:t>
            </w:r>
            <w:proofErr w:type="spellEnd"/>
          </w:p>
          <w:p w:rsidR="005D2878" w:rsidRPr="008E5BD7" w:rsidRDefault="005D2878" w:rsidP="00FA655E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5D2878" w:rsidRPr="005D2878" w:rsidRDefault="005D2878" w:rsidP="00FA655E">
            <w:pPr>
              <w:spacing w:line="240" w:lineRule="auto"/>
              <w:rPr>
                <w:szCs w:val="24"/>
                <w:lang w:val="ru-RU"/>
              </w:rPr>
            </w:pPr>
            <w:r w:rsidRPr="005D2878">
              <w:rPr>
                <w:szCs w:val="24"/>
                <w:lang w:val="ru-RU"/>
              </w:rPr>
              <w:t>Обучающийся показывает знание основного материала в объеме, необходимом для предстоящей профессиональной деятельности</w:t>
            </w:r>
            <w:r w:rsidRPr="005D2878">
              <w:rPr>
                <w:lang w:val="ru-RU"/>
              </w:rPr>
              <w:t>, излагает его четко, в логической последовательности и аргументированно; демонстрирует усвоение основных понятий дисциплины, способен увязать теоретические аспекты предмета с применимостью полученных знаний в практической деятельности.</w:t>
            </w:r>
          </w:p>
        </w:tc>
      </w:tr>
      <w:tr w:rsidR="005D2878" w:rsidRPr="00CA1748" w:rsidTr="00FA655E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5D2878" w:rsidRPr="008E5BD7" w:rsidRDefault="005D2878" w:rsidP="00FA655E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не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зачтено</w:t>
            </w:r>
            <w:proofErr w:type="spellEnd"/>
          </w:p>
          <w:p w:rsidR="005D2878" w:rsidRPr="008E5BD7" w:rsidRDefault="005D2878" w:rsidP="00FA655E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5D2878" w:rsidRPr="005D2878" w:rsidRDefault="005D2878" w:rsidP="00FA655E">
            <w:pPr>
              <w:spacing w:line="240" w:lineRule="auto"/>
              <w:rPr>
                <w:szCs w:val="24"/>
                <w:lang w:val="ru-RU"/>
              </w:rPr>
            </w:pPr>
            <w:r w:rsidRPr="005D2878">
              <w:rPr>
                <w:szCs w:val="24"/>
                <w:lang w:val="ru-RU"/>
              </w:rPr>
              <w:t>Обучающийся имеет существенные пробелы в знаниях основного учебного материала по дисциплине; не способен аргументированно и последовательно его излагать, допускает грубые ошибки в ответах, неправильно отвечает на задаваемые вопросы или затрудняется с ответом; не подтверждает освоение компетенций, предусмотренных программой</w:t>
            </w:r>
          </w:p>
        </w:tc>
      </w:tr>
    </w:tbl>
    <w:p w:rsidR="005D2878" w:rsidRPr="005D2878" w:rsidRDefault="005D2878" w:rsidP="005D2878">
      <w:pPr>
        <w:rPr>
          <w:szCs w:val="24"/>
          <w:lang w:val="ru-RU"/>
        </w:rPr>
      </w:pPr>
    </w:p>
    <w:p w:rsidR="005D2878" w:rsidRPr="005D2878" w:rsidRDefault="005D2878" w:rsidP="005D2878">
      <w:pPr>
        <w:rPr>
          <w:szCs w:val="24"/>
          <w:lang w:val="ru-RU"/>
        </w:rPr>
      </w:pPr>
      <w:r w:rsidRPr="005D2878">
        <w:rPr>
          <w:szCs w:val="24"/>
          <w:lang w:val="ru-RU"/>
        </w:rPr>
        <w:t>Составитель:</w:t>
      </w:r>
    </w:p>
    <w:p w:rsidR="005D2878" w:rsidRPr="005D2878" w:rsidRDefault="005D2878" w:rsidP="005D2878">
      <w:pPr>
        <w:rPr>
          <w:szCs w:val="24"/>
          <w:lang w:val="ru-RU"/>
        </w:rPr>
      </w:pPr>
      <w:r w:rsidRPr="005D2878">
        <w:rPr>
          <w:szCs w:val="24"/>
          <w:lang w:val="ru-RU"/>
        </w:rPr>
        <w:t xml:space="preserve">Лапина Светлана Федоровна, доцент, </w:t>
      </w:r>
      <w:proofErr w:type="spellStart"/>
      <w:r w:rsidRPr="005D2878">
        <w:rPr>
          <w:szCs w:val="24"/>
          <w:lang w:val="ru-RU"/>
        </w:rPr>
        <w:t>к.фарм.н</w:t>
      </w:r>
      <w:proofErr w:type="spellEnd"/>
      <w:r w:rsidRPr="005D2878">
        <w:rPr>
          <w:szCs w:val="24"/>
          <w:lang w:val="ru-RU"/>
        </w:rPr>
        <w:t>. __________________________________</w:t>
      </w:r>
    </w:p>
    <w:p w:rsidR="005D2878" w:rsidRPr="005D2878" w:rsidRDefault="005D2878" w:rsidP="005D2878">
      <w:pPr>
        <w:pStyle w:val="ae"/>
        <w:rPr>
          <w:szCs w:val="24"/>
          <w:lang w:val="ru-RU"/>
        </w:rPr>
      </w:pPr>
    </w:p>
    <w:p w:rsidR="00DC17E0" w:rsidRDefault="00DC17E0" w:rsidP="00DC17E0">
      <w:pPr>
        <w:rPr>
          <w:lang w:val="ru-RU"/>
        </w:rPr>
      </w:pPr>
      <w:r>
        <w:rPr>
          <w:lang w:val="ru-RU"/>
        </w:rPr>
        <w:t>«22» апреля 2026</w:t>
      </w:r>
    </w:p>
    <w:p w:rsidR="005D2878" w:rsidRPr="005D2878" w:rsidRDefault="005D2878" w:rsidP="005D2878">
      <w:pPr>
        <w:pStyle w:val="ae"/>
        <w:rPr>
          <w:szCs w:val="24"/>
          <w:lang w:val="ru-RU"/>
        </w:rPr>
      </w:pPr>
    </w:p>
    <w:p w:rsidR="005D2878" w:rsidRDefault="005D2878" w:rsidP="005D2878">
      <w:pPr>
        <w:rPr>
          <w:b/>
          <w:lang w:val="ru-RU"/>
        </w:rPr>
      </w:pPr>
    </w:p>
    <w:p w:rsidR="00DC17E0" w:rsidRDefault="00DC17E0" w:rsidP="005D2878">
      <w:pPr>
        <w:rPr>
          <w:b/>
          <w:lang w:val="ru-RU"/>
        </w:rPr>
      </w:pPr>
    </w:p>
    <w:p w:rsidR="00DC17E0" w:rsidRDefault="00DC17E0" w:rsidP="005D2878">
      <w:pPr>
        <w:rPr>
          <w:b/>
          <w:lang w:val="ru-RU"/>
        </w:rPr>
      </w:pPr>
    </w:p>
    <w:p w:rsidR="00DC17E0" w:rsidRDefault="00DC17E0" w:rsidP="005D2878">
      <w:pPr>
        <w:rPr>
          <w:b/>
          <w:lang w:val="ru-RU"/>
        </w:rPr>
      </w:pPr>
    </w:p>
    <w:p w:rsidR="00DC17E0" w:rsidRPr="005D2878" w:rsidRDefault="00DC17E0" w:rsidP="005D2878">
      <w:pPr>
        <w:rPr>
          <w:b/>
          <w:lang w:val="ru-RU"/>
        </w:rPr>
      </w:pPr>
    </w:p>
    <w:p w:rsidR="005D2878" w:rsidRPr="005D2878" w:rsidRDefault="005D2878" w:rsidP="005D2878">
      <w:pPr>
        <w:rPr>
          <w:b/>
          <w:lang w:val="ru-RU"/>
        </w:rPr>
      </w:pPr>
    </w:p>
    <w:p w:rsidR="005D2878" w:rsidRPr="005D2878" w:rsidRDefault="005D2878" w:rsidP="005D2878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  <w:r w:rsidRPr="005D2878">
        <w:rPr>
          <w:rFonts w:ascii="Time Roman" w:hAnsi="Time Roman"/>
          <w:color w:val="auto"/>
          <w:sz w:val="24"/>
          <w:szCs w:val="24"/>
          <w:lang w:val="ru-RU"/>
        </w:rPr>
        <w:t>ПРОТОКОЛ О ДОПОЛНЕНИЯХ И ИЗМЕНЕНИЯХ В ФОС</w:t>
      </w:r>
    </w:p>
    <w:p w:rsidR="005D2878" w:rsidRPr="005D2878" w:rsidRDefault="005D2878" w:rsidP="005D2878">
      <w:pPr>
        <w:pStyle w:val="21"/>
        <w:keepNext w:val="0"/>
        <w:widowControl w:val="0"/>
        <w:spacing w:before="0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</w:p>
    <w:p w:rsidR="005D2878" w:rsidRPr="005D2878" w:rsidRDefault="005D2878" w:rsidP="005D2878">
      <w:pPr>
        <w:pStyle w:val="21"/>
        <w:keepNext w:val="0"/>
        <w:widowControl w:val="0"/>
        <w:spacing w:before="0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  <w:r w:rsidRPr="005D2878">
        <w:rPr>
          <w:rFonts w:ascii="Time Roman" w:hAnsi="Time Roman"/>
          <w:color w:val="auto"/>
          <w:sz w:val="24"/>
          <w:szCs w:val="24"/>
          <w:lang w:val="ru-RU"/>
        </w:rPr>
        <w:t>Протокол о дополнениях и изменениях в ФОС</w:t>
      </w:r>
    </w:p>
    <w:p w:rsidR="005D2878" w:rsidRPr="005D2878" w:rsidRDefault="005D2878" w:rsidP="005D2878">
      <w:pPr>
        <w:pStyle w:val="21"/>
        <w:keepNext w:val="0"/>
        <w:widowControl w:val="0"/>
        <w:spacing w:before="0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  <w:r w:rsidRPr="005D2878">
        <w:rPr>
          <w:rFonts w:ascii="Time Roman" w:hAnsi="Time Roman"/>
          <w:color w:val="auto"/>
          <w:sz w:val="24"/>
          <w:szCs w:val="24"/>
          <w:lang w:val="ru-RU"/>
        </w:rPr>
        <w:t>на   20___-20__</w:t>
      </w:r>
      <w:proofErr w:type="gramStart"/>
      <w:r w:rsidRPr="005D2878">
        <w:rPr>
          <w:rFonts w:ascii="Time Roman" w:hAnsi="Time Roman"/>
          <w:color w:val="auto"/>
          <w:sz w:val="24"/>
          <w:szCs w:val="24"/>
          <w:lang w:val="ru-RU"/>
        </w:rPr>
        <w:t>_  учебный</w:t>
      </w:r>
      <w:proofErr w:type="gramEnd"/>
      <w:r w:rsidRPr="005D2878">
        <w:rPr>
          <w:rFonts w:ascii="Time Roman" w:hAnsi="Time Roman"/>
          <w:color w:val="auto"/>
          <w:sz w:val="24"/>
          <w:szCs w:val="24"/>
          <w:lang w:val="ru-RU"/>
        </w:rPr>
        <w:t xml:space="preserve"> год</w:t>
      </w:r>
    </w:p>
    <w:p w:rsidR="005D2878" w:rsidRPr="005D2878" w:rsidRDefault="005D2878" w:rsidP="005D2878">
      <w:pPr>
        <w:widowControl w:val="0"/>
        <w:jc w:val="right"/>
        <w:rPr>
          <w:rFonts w:ascii="Time Roman" w:hAnsi="Time Roman"/>
          <w:i/>
          <w:szCs w:val="24"/>
          <w:lang w:val="ru-RU"/>
        </w:rPr>
      </w:pPr>
    </w:p>
    <w:p w:rsidR="005D2878" w:rsidRPr="005D2878" w:rsidRDefault="005D2878" w:rsidP="005D2878">
      <w:pPr>
        <w:widowControl w:val="0"/>
        <w:ind w:left="360" w:hanging="360"/>
        <w:rPr>
          <w:rFonts w:ascii="Time Roman" w:hAnsi="Time Roman"/>
          <w:i/>
          <w:szCs w:val="24"/>
          <w:lang w:val="ru-RU"/>
        </w:rPr>
      </w:pPr>
      <w:r w:rsidRPr="005D2878">
        <w:rPr>
          <w:rFonts w:ascii="Time Roman" w:hAnsi="Time Roman"/>
          <w:b/>
          <w:szCs w:val="24"/>
          <w:lang w:val="ru-RU"/>
        </w:rPr>
        <w:t xml:space="preserve">1. </w:t>
      </w:r>
      <w:r w:rsidRPr="005D2878">
        <w:rPr>
          <w:rFonts w:ascii="Time Roman" w:hAnsi="Time Roman"/>
          <w:szCs w:val="24"/>
          <w:lang w:val="ru-RU"/>
        </w:rPr>
        <w:t>В фонд оценочных средств по дисциплине/практике вносятся следующие дополнения:</w:t>
      </w:r>
    </w:p>
    <w:p w:rsidR="005D2878" w:rsidRPr="005D2878" w:rsidRDefault="005D2878" w:rsidP="005D2878">
      <w:pPr>
        <w:widowControl w:val="0"/>
        <w:rPr>
          <w:rFonts w:ascii="Time Roman" w:hAnsi="Time Roman"/>
          <w:szCs w:val="24"/>
          <w:lang w:val="ru-RU"/>
        </w:rPr>
      </w:pPr>
      <w:r w:rsidRPr="005D2878">
        <w:rPr>
          <w:rFonts w:ascii="Time Roman" w:hAnsi="Time Roman"/>
          <w:szCs w:val="24"/>
          <w:lang w:val="ru-RU"/>
        </w:rPr>
        <w:t>_____________________________________________________________________________</w:t>
      </w:r>
    </w:p>
    <w:p w:rsidR="005D2878" w:rsidRPr="005D2878" w:rsidRDefault="005D2878" w:rsidP="005D2878">
      <w:pPr>
        <w:widowControl w:val="0"/>
        <w:spacing w:after="120"/>
        <w:rPr>
          <w:rFonts w:ascii="Time Roman" w:hAnsi="Time Roman"/>
          <w:b/>
          <w:szCs w:val="24"/>
          <w:lang w:val="ru-RU"/>
        </w:rPr>
      </w:pPr>
      <w:r w:rsidRPr="005D2878">
        <w:rPr>
          <w:rFonts w:ascii="Time Roman" w:hAnsi="Time Roman"/>
          <w:b/>
          <w:szCs w:val="24"/>
          <w:lang w:val="ru-RU"/>
        </w:rPr>
        <w:t>________________________________________________________________________________</w:t>
      </w:r>
    </w:p>
    <w:p w:rsidR="005D2878" w:rsidRPr="005D2878" w:rsidRDefault="005D2878" w:rsidP="005D2878">
      <w:pPr>
        <w:widowControl w:val="0"/>
        <w:spacing w:after="120"/>
        <w:rPr>
          <w:rFonts w:ascii="Time Roman" w:hAnsi="Time Roman"/>
          <w:szCs w:val="24"/>
          <w:lang w:val="ru-RU"/>
        </w:rPr>
      </w:pPr>
      <w:r w:rsidRPr="005D2878">
        <w:rPr>
          <w:rFonts w:ascii="Time Roman" w:hAnsi="Time Roman"/>
          <w:b/>
          <w:szCs w:val="24"/>
          <w:lang w:val="ru-RU"/>
        </w:rPr>
        <w:t>2.</w:t>
      </w:r>
      <w:r w:rsidRPr="005D2878">
        <w:rPr>
          <w:rFonts w:ascii="Time Roman" w:hAnsi="Time Roman"/>
          <w:szCs w:val="24"/>
          <w:lang w:val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5D2878" w:rsidRPr="00CA1748" w:rsidTr="00FA655E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2878" w:rsidRPr="005D2878" w:rsidRDefault="005D2878" w:rsidP="00FA655E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  <w:tr w:rsidR="005D2878" w:rsidRPr="00CA1748" w:rsidTr="00FA655E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2878" w:rsidRPr="005D2878" w:rsidRDefault="005D2878" w:rsidP="00FA655E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  <w:tr w:rsidR="005D2878" w:rsidRPr="00CA1748" w:rsidTr="00FA655E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2878" w:rsidRPr="005D2878" w:rsidRDefault="005D2878" w:rsidP="00FA655E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</w:tbl>
    <w:p w:rsidR="005D2878" w:rsidRPr="005D2878" w:rsidRDefault="005D2878" w:rsidP="005D2878">
      <w:pPr>
        <w:widowControl w:val="0"/>
        <w:rPr>
          <w:rFonts w:ascii="Time Roman" w:hAnsi="Time Roman"/>
          <w:szCs w:val="24"/>
          <w:lang w:val="ru-RU"/>
        </w:rPr>
      </w:pPr>
    </w:p>
    <w:p w:rsidR="005D2878" w:rsidRPr="005D2878" w:rsidRDefault="005D2878" w:rsidP="005D2878">
      <w:pPr>
        <w:widowControl w:val="0"/>
        <w:rPr>
          <w:rFonts w:ascii="Time Roman" w:hAnsi="Time Roman"/>
          <w:szCs w:val="24"/>
          <w:lang w:val="ru-RU"/>
        </w:rPr>
      </w:pPr>
    </w:p>
    <w:p w:rsidR="005D2878" w:rsidRPr="005D2878" w:rsidRDefault="005D2878" w:rsidP="005D2878">
      <w:pPr>
        <w:pStyle w:val="31"/>
        <w:keepNext w:val="0"/>
        <w:widowControl w:val="0"/>
        <w:spacing w:before="0"/>
        <w:rPr>
          <w:rFonts w:ascii="Time Roman" w:hAnsi="Time Roman"/>
          <w:b w:val="0"/>
          <w:color w:val="auto"/>
          <w:szCs w:val="24"/>
          <w:lang w:val="ru-RU"/>
        </w:rPr>
      </w:pPr>
      <w:proofErr w:type="gramStart"/>
      <w:r w:rsidRPr="005D2878">
        <w:rPr>
          <w:rFonts w:ascii="Time Roman" w:hAnsi="Time Roman"/>
          <w:b w:val="0"/>
          <w:color w:val="auto"/>
          <w:szCs w:val="24"/>
          <w:lang w:val="ru-RU"/>
        </w:rPr>
        <w:lastRenderedPageBreak/>
        <w:t>Протокол  заседания</w:t>
      </w:r>
      <w:proofErr w:type="gramEnd"/>
      <w:r w:rsidRPr="005D2878">
        <w:rPr>
          <w:rFonts w:ascii="Time Roman" w:hAnsi="Time Roman"/>
          <w:b w:val="0"/>
          <w:color w:val="auto"/>
          <w:szCs w:val="24"/>
          <w:lang w:val="ru-RU"/>
        </w:rPr>
        <w:t xml:space="preserve"> кафедры </w:t>
      </w:r>
      <w:r w:rsidRPr="005D2878">
        <w:rPr>
          <w:rFonts w:ascii="Times New Roman" w:hAnsi="Times New Roman" w:cs="Times New Roman"/>
          <w:b w:val="0"/>
          <w:color w:val="auto"/>
          <w:szCs w:val="24"/>
          <w:lang w:val="ru-RU"/>
        </w:rPr>
        <w:t>№</w:t>
      </w:r>
      <w:r w:rsidRPr="005D2878">
        <w:rPr>
          <w:rFonts w:ascii="Time Roman" w:hAnsi="Time Roman"/>
          <w:b w:val="0"/>
          <w:color w:val="auto"/>
          <w:szCs w:val="24"/>
          <w:lang w:val="ru-RU"/>
        </w:rPr>
        <w:t xml:space="preserve">____ от «___» __________ 20 ___ г., </w:t>
      </w:r>
    </w:p>
    <w:p w:rsidR="005D2878" w:rsidRPr="005D2878" w:rsidRDefault="005D2878" w:rsidP="005D2878">
      <w:pPr>
        <w:widowControl w:val="0"/>
        <w:ind w:firstLine="708"/>
        <w:rPr>
          <w:rFonts w:ascii="Time Roman" w:hAnsi="Time Roman"/>
          <w:i/>
          <w:szCs w:val="24"/>
          <w:vertAlign w:val="superscript"/>
        </w:rPr>
      </w:pPr>
      <w:r w:rsidRPr="005D2878">
        <w:rPr>
          <w:rFonts w:ascii="Time Roman" w:hAnsi="Time Roman"/>
          <w:i/>
          <w:szCs w:val="24"/>
          <w:vertAlign w:val="superscript"/>
          <w:lang w:val="ru-RU"/>
        </w:rPr>
        <w:t xml:space="preserve">                    </w:t>
      </w:r>
      <w:r w:rsidRPr="005D2878">
        <w:rPr>
          <w:rFonts w:ascii="Time Roman" w:hAnsi="Time Roman"/>
          <w:i/>
          <w:szCs w:val="24"/>
          <w:vertAlign w:val="superscript"/>
        </w:rPr>
        <w:t>(</w:t>
      </w:r>
      <w:proofErr w:type="spellStart"/>
      <w:r w:rsidRPr="005D2878">
        <w:rPr>
          <w:rFonts w:ascii="Time Roman" w:hAnsi="Time Roman"/>
          <w:i/>
          <w:szCs w:val="24"/>
          <w:vertAlign w:val="superscript"/>
        </w:rPr>
        <w:t>разработчик</w:t>
      </w:r>
      <w:proofErr w:type="spellEnd"/>
      <w:r w:rsidRPr="005D2878">
        <w:rPr>
          <w:rFonts w:ascii="Time Roman" w:hAnsi="Time Roman"/>
          <w:i/>
          <w:szCs w:val="24"/>
          <w:vertAlign w:val="superscript"/>
        </w:rPr>
        <w:t>)</w:t>
      </w:r>
    </w:p>
    <w:p w:rsidR="005D2878" w:rsidRPr="0086560D" w:rsidRDefault="005D2878" w:rsidP="005D2878">
      <w:pPr>
        <w:widowControl w:val="0"/>
        <w:rPr>
          <w:rFonts w:ascii="Time Roman" w:hAnsi="Time Roman"/>
          <w:szCs w:val="24"/>
          <w:vertAlign w:val="superscript"/>
        </w:rPr>
      </w:pPr>
    </w:p>
    <w:p w:rsidR="005D2878" w:rsidRPr="0086560D" w:rsidRDefault="005D2878" w:rsidP="005D2878">
      <w:pPr>
        <w:widowControl w:val="0"/>
        <w:rPr>
          <w:rFonts w:ascii="Time Roman" w:hAnsi="Time Roman"/>
          <w:szCs w:val="24"/>
        </w:rPr>
      </w:pPr>
      <w:proofErr w:type="spellStart"/>
      <w:r w:rsidRPr="0086560D">
        <w:rPr>
          <w:rFonts w:ascii="Time Roman" w:hAnsi="Time Roman"/>
          <w:szCs w:val="24"/>
        </w:rPr>
        <w:t>Заведующий</w:t>
      </w:r>
      <w:proofErr w:type="spellEnd"/>
      <w:r w:rsidRPr="0086560D">
        <w:rPr>
          <w:rFonts w:ascii="Time Roman" w:hAnsi="Time Roman"/>
          <w:szCs w:val="24"/>
        </w:rPr>
        <w:t xml:space="preserve"> </w:t>
      </w:r>
      <w:proofErr w:type="spellStart"/>
      <w:proofErr w:type="gramStart"/>
      <w:r w:rsidRPr="0086560D">
        <w:rPr>
          <w:rFonts w:ascii="Time Roman" w:hAnsi="Time Roman"/>
          <w:szCs w:val="24"/>
        </w:rPr>
        <w:t>кафедрой</w:t>
      </w:r>
      <w:proofErr w:type="spellEnd"/>
      <w:r w:rsidRPr="0086560D">
        <w:rPr>
          <w:rFonts w:ascii="Time Roman" w:hAnsi="Time Roman"/>
          <w:szCs w:val="24"/>
        </w:rPr>
        <w:t xml:space="preserve">  _</w:t>
      </w:r>
      <w:proofErr w:type="gramEnd"/>
      <w:r w:rsidRPr="0086560D">
        <w:rPr>
          <w:rFonts w:ascii="Time Roman" w:hAnsi="Time Roman"/>
          <w:szCs w:val="24"/>
        </w:rPr>
        <w:t xml:space="preserve">____________________  </w:t>
      </w:r>
      <w:r w:rsidRPr="0086560D">
        <w:rPr>
          <w:rFonts w:ascii="Time Roman" w:hAnsi="Time Roman"/>
          <w:szCs w:val="24"/>
        </w:rPr>
        <w:tab/>
      </w:r>
      <w:r w:rsidRPr="0086560D">
        <w:rPr>
          <w:rFonts w:ascii="Time Roman" w:hAnsi="Time Roman"/>
          <w:szCs w:val="24"/>
        </w:rPr>
        <w:tab/>
        <w:t>______________________</w:t>
      </w:r>
    </w:p>
    <w:p w:rsidR="005D2878" w:rsidRDefault="005D2878" w:rsidP="005D2878">
      <w:pPr>
        <w:rPr>
          <w:b/>
        </w:rPr>
      </w:pPr>
    </w:p>
    <w:p w:rsidR="005D2878" w:rsidRDefault="005D2878" w:rsidP="005D2878">
      <w:pPr>
        <w:rPr>
          <w:b/>
        </w:rPr>
      </w:pPr>
    </w:p>
    <w:p w:rsidR="005D2878" w:rsidRDefault="005D2878" w:rsidP="005D2878">
      <w:pPr>
        <w:rPr>
          <w:b/>
        </w:rPr>
      </w:pPr>
    </w:p>
    <w:p w:rsidR="005D2878" w:rsidRDefault="005D2878" w:rsidP="005D2878">
      <w:pPr>
        <w:rPr>
          <w:b/>
        </w:rPr>
      </w:pPr>
    </w:p>
    <w:p w:rsidR="005D2878" w:rsidRDefault="005D2878" w:rsidP="005D2878">
      <w:pPr>
        <w:rPr>
          <w:b/>
        </w:rPr>
      </w:pPr>
    </w:p>
    <w:p w:rsidR="005D2878" w:rsidRDefault="005D2878" w:rsidP="005D2878">
      <w:pPr>
        <w:rPr>
          <w:b/>
        </w:rPr>
      </w:pPr>
    </w:p>
    <w:p w:rsidR="005D2878" w:rsidRDefault="005D2878" w:rsidP="005D2878">
      <w:pPr>
        <w:rPr>
          <w:b/>
        </w:rPr>
      </w:pPr>
    </w:p>
    <w:p w:rsidR="005D2878" w:rsidRDefault="005D2878" w:rsidP="005D2878">
      <w:pPr>
        <w:rPr>
          <w:b/>
        </w:rPr>
      </w:pPr>
    </w:p>
    <w:p w:rsidR="005D2878" w:rsidRDefault="005D2878" w:rsidP="005D2878">
      <w:pPr>
        <w:rPr>
          <w:b/>
        </w:rPr>
      </w:pPr>
    </w:p>
    <w:p w:rsidR="005D2878" w:rsidRDefault="005D2878" w:rsidP="005D2878">
      <w:pPr>
        <w:rPr>
          <w:b/>
        </w:rPr>
      </w:pPr>
    </w:p>
    <w:p w:rsidR="005D2878" w:rsidRDefault="005D2878" w:rsidP="005D2878">
      <w:pPr>
        <w:rPr>
          <w:b/>
        </w:rPr>
      </w:pPr>
    </w:p>
    <w:p w:rsidR="005D2878" w:rsidRDefault="005D2878" w:rsidP="005D2878">
      <w:pPr>
        <w:rPr>
          <w:b/>
        </w:rPr>
      </w:pPr>
    </w:p>
    <w:p w:rsidR="005D2878" w:rsidRDefault="005D2878" w:rsidP="005D2878">
      <w:pPr>
        <w:rPr>
          <w:b/>
        </w:rPr>
      </w:pPr>
    </w:p>
    <w:p w:rsidR="005D2878" w:rsidRDefault="005D2878" w:rsidP="005D2878">
      <w:pPr>
        <w:rPr>
          <w:b/>
        </w:rPr>
      </w:pPr>
    </w:p>
    <w:p w:rsidR="005D2878" w:rsidRDefault="005D2878" w:rsidP="005D2878">
      <w:pPr>
        <w:ind w:left="20"/>
        <w:jc w:val="center"/>
        <w:rPr>
          <w:b/>
          <w:sz w:val="28"/>
          <w:szCs w:val="28"/>
        </w:rPr>
      </w:pPr>
    </w:p>
    <w:p w:rsidR="005D2878" w:rsidRDefault="005D2878"/>
    <w:sectPr w:rsidR="005D2878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570E5"/>
    <w:rsid w:val="0029639D"/>
    <w:rsid w:val="00326F90"/>
    <w:rsid w:val="005D2878"/>
    <w:rsid w:val="00801473"/>
    <w:rsid w:val="00973D6F"/>
    <w:rsid w:val="00AA1D8D"/>
    <w:rsid w:val="00B16BEE"/>
    <w:rsid w:val="00B47730"/>
    <w:rsid w:val="00C433C5"/>
    <w:rsid w:val="00CA1748"/>
    <w:rsid w:val="00CB0664"/>
    <w:rsid w:val="00DC17E0"/>
    <w:rsid w:val="00F375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9C4C13"/>
  <w14:defaultImageDpi w14:val="300"/>
  <w15:docId w15:val="{8F65D5E8-3DB3-40F6-A2EC-EB4616BA7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DC17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DC17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A4300E-DA1E-423E-A3BA-0ABEF2E9D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2663</Words>
  <Characters>15181</Characters>
  <Application>Microsoft Office Word</Application>
  <DocSecurity>0</DocSecurity>
  <Lines>126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17809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LapinaSF</cp:lastModifiedBy>
  <cp:revision>9</cp:revision>
  <cp:lastPrinted>2026-05-20T02:56:00Z</cp:lastPrinted>
  <dcterms:created xsi:type="dcterms:W3CDTF">2013-12-23T23:15:00Z</dcterms:created>
  <dcterms:modified xsi:type="dcterms:W3CDTF">2026-05-23T06:46:00Z</dcterms:modified>
  <cp:category/>
</cp:coreProperties>
</file>