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C4302" w14:textId="77777777" w:rsidR="008B6CE2" w:rsidRPr="001F1F32" w:rsidRDefault="001F1F32">
      <w:pPr>
        <w:spacing w:line="240" w:lineRule="auto"/>
        <w:jc w:val="center"/>
        <w:rPr>
          <w:lang w:val="ru-RU"/>
        </w:rPr>
      </w:pPr>
      <w:r w:rsidRPr="001F1F32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5FA39039" w14:textId="77777777" w:rsidR="008B6CE2" w:rsidRPr="001F1F32" w:rsidRDefault="001F1F32">
      <w:pPr>
        <w:spacing w:line="240" w:lineRule="auto"/>
        <w:jc w:val="center"/>
        <w:rPr>
          <w:lang w:val="ru-RU"/>
        </w:rPr>
      </w:pPr>
      <w:r w:rsidRPr="001F1F32">
        <w:rPr>
          <w:lang w:val="ru-RU"/>
        </w:rPr>
        <w:br/>
        <w:t>ФЕДЕРАЛЬНОЕ ГОСУДАРСТВЕННОЕ БЮДЖЕТНОЕ</w:t>
      </w:r>
      <w:r w:rsidRPr="001F1F32">
        <w:rPr>
          <w:lang w:val="ru-RU"/>
        </w:rPr>
        <w:br/>
        <w:t>ОБРАЗОВАТЕЛЬНОЕ УЧРЕЖДЕНИЕ ВЫСШЕГО ОБРАЗОВАНИЯ</w:t>
      </w:r>
    </w:p>
    <w:p w14:paraId="20E0B526" w14:textId="77777777" w:rsidR="008B6CE2" w:rsidRPr="001F1F32" w:rsidRDefault="001F1F32">
      <w:pPr>
        <w:spacing w:line="240" w:lineRule="auto"/>
        <w:jc w:val="center"/>
        <w:rPr>
          <w:lang w:val="ru-RU"/>
        </w:rPr>
      </w:pPr>
      <w:r w:rsidRPr="001F1F32">
        <w:rPr>
          <w:b/>
          <w:lang w:val="ru-RU"/>
        </w:rPr>
        <w:br/>
        <w:t>«БРАТСКИЙ ГОСУДАРСТВЕННЫЙ УНИВЕРСИТЕТ»</w:t>
      </w:r>
    </w:p>
    <w:p w14:paraId="67922F7F" w14:textId="77777777" w:rsidR="008B6CE2" w:rsidRPr="001F1F32" w:rsidRDefault="001F1F32">
      <w:pPr>
        <w:spacing w:line="240" w:lineRule="auto"/>
        <w:jc w:val="center"/>
        <w:rPr>
          <w:lang w:val="ru-RU"/>
        </w:rPr>
      </w:pP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</w:r>
      <w:r w:rsidRPr="001F1F32">
        <w:rPr>
          <w:b/>
          <w:sz w:val="28"/>
          <w:lang w:val="ru-RU"/>
        </w:rPr>
        <w:br/>
        <w:t xml:space="preserve">ФОНД </w:t>
      </w:r>
      <w:r w:rsidRPr="001F1F32">
        <w:rPr>
          <w:b/>
          <w:sz w:val="28"/>
          <w:lang w:val="ru-RU"/>
        </w:rPr>
        <w:br/>
        <w:t>ОЦЕНОЧНЫХ СРЕДСТВ</w:t>
      </w:r>
    </w:p>
    <w:p w14:paraId="6E34F9EB" w14:textId="77777777" w:rsidR="008B6CE2" w:rsidRPr="001F1F32" w:rsidRDefault="008B6CE2">
      <w:pPr>
        <w:rPr>
          <w:lang w:val="ru-RU"/>
        </w:rPr>
      </w:pPr>
    </w:p>
    <w:p w14:paraId="0164A3F6" w14:textId="658983FD" w:rsidR="008B6CE2" w:rsidRPr="001F1F32" w:rsidRDefault="001F1F32">
      <w:pPr>
        <w:jc w:val="center"/>
        <w:rPr>
          <w:lang w:val="ru-RU"/>
        </w:rPr>
      </w:pPr>
      <w:r w:rsidRPr="001F1F32">
        <w:rPr>
          <w:lang w:val="ru-RU"/>
        </w:rPr>
        <w:t xml:space="preserve">по дисциплине </w:t>
      </w:r>
      <w:r w:rsidRPr="001F1F32">
        <w:rPr>
          <w:lang w:val="ru-RU"/>
        </w:rPr>
        <w:br/>
        <w:t>Б1.О.07.02 Физическая культура</w:t>
      </w:r>
      <w:r w:rsidR="00C36CE9">
        <w:rPr>
          <w:lang w:val="ru-RU"/>
        </w:rPr>
        <w:t xml:space="preserve"> и </w:t>
      </w:r>
      <w:bookmarkStart w:id="0" w:name="_GoBack"/>
      <w:bookmarkEnd w:id="0"/>
      <w:r w:rsidR="00C36CE9">
        <w:rPr>
          <w:lang w:val="ru-RU"/>
        </w:rPr>
        <w:t>спорт</w:t>
      </w:r>
      <w:r w:rsidRPr="001F1F32">
        <w:rPr>
          <w:lang w:val="ru-RU"/>
        </w:rPr>
        <w:br/>
      </w:r>
    </w:p>
    <w:p w14:paraId="0CF2C3F3" w14:textId="77777777" w:rsidR="007E10B8" w:rsidRPr="007E10B8" w:rsidRDefault="007E10B8" w:rsidP="007E10B8">
      <w:pPr>
        <w:overflowPunct w:val="0"/>
        <w:autoSpaceDE w:val="0"/>
        <w:autoSpaceDN w:val="0"/>
        <w:adjustRightInd w:val="0"/>
        <w:spacing w:before="240" w:after="60" w:line="288" w:lineRule="auto"/>
        <w:textAlignment w:val="baseline"/>
        <w:outlineLvl w:val="5"/>
        <w:rPr>
          <w:rFonts w:eastAsia="Times New Roman" w:cs="Times New Roman"/>
          <w:b/>
          <w:bCs/>
          <w:i/>
          <w:sz w:val="22"/>
          <w:szCs w:val="24"/>
          <w:vertAlign w:val="superscript"/>
          <w:lang w:val="ru-RU" w:eastAsia="ru-RU"/>
        </w:rPr>
      </w:pPr>
      <w:r w:rsidRPr="007E10B8">
        <w:rPr>
          <w:rFonts w:eastAsia="Times New Roman" w:cs="Times New Roman"/>
          <w:bCs/>
          <w:szCs w:val="24"/>
          <w:lang w:val="ru-RU" w:eastAsia="ru-RU"/>
        </w:rPr>
        <w:t xml:space="preserve">Направление </w:t>
      </w:r>
      <w:proofErr w:type="gramStart"/>
      <w:r w:rsidRPr="007E10B8">
        <w:rPr>
          <w:rFonts w:eastAsia="Times New Roman" w:cs="Times New Roman"/>
          <w:bCs/>
          <w:szCs w:val="24"/>
          <w:lang w:val="ru-RU" w:eastAsia="ru-RU"/>
        </w:rPr>
        <w:t>подготовки  05.03.06</w:t>
      </w:r>
      <w:proofErr w:type="gramEnd"/>
      <w:r w:rsidRPr="007E10B8">
        <w:rPr>
          <w:rFonts w:eastAsia="Times New Roman" w:cs="Times New Roman"/>
          <w:bCs/>
          <w:szCs w:val="24"/>
          <w:lang w:val="ru-RU" w:eastAsia="ru-RU"/>
        </w:rPr>
        <w:t xml:space="preserve"> Экология и природопользование</w:t>
      </w:r>
    </w:p>
    <w:p w14:paraId="585401DE" w14:textId="77777777" w:rsidR="007E10B8" w:rsidRPr="007E10B8" w:rsidRDefault="007E10B8" w:rsidP="007E10B8">
      <w:pPr>
        <w:overflowPunct w:val="0"/>
        <w:autoSpaceDE w:val="0"/>
        <w:autoSpaceDN w:val="0"/>
        <w:adjustRightInd w:val="0"/>
        <w:spacing w:line="288" w:lineRule="auto"/>
        <w:ind w:left="708" w:firstLine="708"/>
        <w:jc w:val="center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</w:p>
    <w:p w14:paraId="29D876A8" w14:textId="77777777" w:rsidR="007E10B8" w:rsidRPr="007E10B8" w:rsidRDefault="007E10B8" w:rsidP="007E10B8">
      <w:pPr>
        <w:overflowPunct w:val="0"/>
        <w:autoSpaceDE w:val="0"/>
        <w:autoSpaceDN w:val="0"/>
        <w:adjustRightInd w:val="0"/>
        <w:spacing w:before="240" w:after="60" w:line="288" w:lineRule="auto"/>
        <w:textAlignment w:val="baseline"/>
        <w:outlineLvl w:val="5"/>
        <w:rPr>
          <w:rFonts w:eastAsia="Times New Roman" w:cs="Times New Roman"/>
          <w:bCs/>
          <w:sz w:val="22"/>
          <w:lang w:val="ru-RU" w:eastAsia="ru-RU"/>
        </w:rPr>
      </w:pPr>
      <w:r w:rsidRPr="007E10B8">
        <w:rPr>
          <w:rFonts w:eastAsia="Times New Roman" w:cs="Times New Roman"/>
          <w:bCs/>
          <w:iCs/>
          <w:szCs w:val="24"/>
          <w:lang w:val="ru-RU" w:eastAsia="ru-RU"/>
        </w:rPr>
        <w:t xml:space="preserve">Профиль </w:t>
      </w:r>
      <w:proofErr w:type="gramStart"/>
      <w:r w:rsidRPr="007E10B8">
        <w:rPr>
          <w:rFonts w:eastAsia="Times New Roman" w:cs="Times New Roman"/>
          <w:bCs/>
          <w:iCs/>
          <w:szCs w:val="24"/>
          <w:lang w:val="ru-RU" w:eastAsia="ru-RU"/>
        </w:rPr>
        <w:t>подготовки  Экологическая</w:t>
      </w:r>
      <w:proofErr w:type="gramEnd"/>
      <w:r w:rsidRPr="007E10B8">
        <w:rPr>
          <w:rFonts w:eastAsia="Times New Roman" w:cs="Times New Roman"/>
          <w:bCs/>
          <w:iCs/>
          <w:szCs w:val="24"/>
          <w:lang w:val="ru-RU" w:eastAsia="ru-RU"/>
        </w:rPr>
        <w:t xml:space="preserve"> безопасность и охрана труда</w:t>
      </w:r>
    </w:p>
    <w:p w14:paraId="704CD475" w14:textId="77777777" w:rsidR="007E10B8" w:rsidRPr="007E10B8" w:rsidRDefault="007E10B8" w:rsidP="007E10B8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caps/>
          <w:szCs w:val="24"/>
          <w:lang w:val="ru-RU" w:eastAsia="ru-RU"/>
        </w:rPr>
      </w:pPr>
    </w:p>
    <w:p w14:paraId="4E7F8D01" w14:textId="77777777" w:rsidR="008B6CE2" w:rsidRPr="001F1F32" w:rsidRDefault="007E10B8" w:rsidP="007E10B8">
      <w:pPr>
        <w:rPr>
          <w:lang w:val="ru-RU"/>
        </w:rPr>
      </w:pPr>
      <w:r w:rsidRPr="007E10B8">
        <w:rPr>
          <w:rFonts w:eastAsia="Times New Roman" w:cs="Times New Roman"/>
          <w:szCs w:val="24"/>
          <w:lang w:val="ru-RU" w:eastAsia="ru-RU"/>
        </w:rPr>
        <w:t>Квалификация  бакалавр</w:t>
      </w:r>
      <w:r w:rsidR="001F1F32" w:rsidRPr="001F1F32">
        <w:rPr>
          <w:lang w:val="ru-RU"/>
        </w:rPr>
        <w:br/>
      </w:r>
    </w:p>
    <w:p w14:paraId="0E514CFD" w14:textId="77777777" w:rsidR="008B6CE2" w:rsidRPr="001F1F32" w:rsidRDefault="001F1F32">
      <w:pPr>
        <w:rPr>
          <w:lang w:val="ru-RU"/>
        </w:rPr>
      </w:pPr>
      <w:r w:rsidRPr="001F1F32">
        <w:rPr>
          <w:lang w:val="ru-RU"/>
        </w:rPr>
        <w:t>Год начала подготовки 2025</w:t>
      </w:r>
      <w:r w:rsidRPr="001F1F32">
        <w:rPr>
          <w:lang w:val="ru-RU"/>
        </w:rPr>
        <w:br/>
      </w:r>
    </w:p>
    <w:p w14:paraId="60032F6B" w14:textId="77777777" w:rsidR="008B6CE2" w:rsidRPr="001F1F32" w:rsidRDefault="001F1F32">
      <w:pPr>
        <w:rPr>
          <w:lang w:val="ru-RU"/>
        </w:rPr>
      </w:pPr>
      <w:r w:rsidRPr="001F1F32">
        <w:rPr>
          <w:lang w:val="ru-RU"/>
        </w:rPr>
        <w:br w:type="page"/>
      </w:r>
    </w:p>
    <w:p w14:paraId="753F0DD6" w14:textId="12722113" w:rsidR="008B6CE2" w:rsidRPr="001F1F32" w:rsidRDefault="001F1F32">
      <w:pPr>
        <w:rPr>
          <w:lang w:val="ru-RU"/>
        </w:rPr>
      </w:pPr>
      <w:r w:rsidRPr="001F1F32">
        <w:rPr>
          <w:lang w:val="ru-RU"/>
        </w:rPr>
        <w:lastRenderedPageBreak/>
        <w:t xml:space="preserve">Составитель: </w:t>
      </w:r>
      <w:r w:rsidRPr="001F1F32">
        <w:rPr>
          <w:lang w:val="ru-RU"/>
        </w:rPr>
        <w:br/>
      </w:r>
      <w:proofErr w:type="spellStart"/>
      <w:r w:rsidR="006744FC" w:rsidRPr="009D10F0">
        <w:rPr>
          <w:lang w:val="ru-RU"/>
        </w:rPr>
        <w:t>А.Н.Астапенко</w:t>
      </w:r>
      <w:proofErr w:type="spellEnd"/>
      <w:r w:rsidR="006744FC">
        <w:rPr>
          <w:lang w:val="ru-RU"/>
        </w:rPr>
        <w:t xml:space="preserve">, </w:t>
      </w:r>
      <w:r w:rsidR="006744FC" w:rsidRPr="009D10F0">
        <w:rPr>
          <w:lang w:val="ru-RU"/>
        </w:rPr>
        <w:t xml:space="preserve"> старший преподаватель</w:t>
      </w:r>
      <w:r w:rsidR="006744FC">
        <w:rPr>
          <w:lang w:val="ru-RU"/>
        </w:rPr>
        <w:t xml:space="preserve"> кафедры </w:t>
      </w:r>
      <w:proofErr w:type="spellStart"/>
      <w:r w:rsidR="006744FC">
        <w:rPr>
          <w:lang w:val="ru-RU"/>
        </w:rPr>
        <w:t>ЭБЖиФ</w:t>
      </w:r>
      <w:proofErr w:type="spellEnd"/>
      <w:r w:rsidR="006744FC">
        <w:rPr>
          <w:lang w:val="ru-RU"/>
        </w:rPr>
        <w:tab/>
      </w:r>
      <w:r w:rsidRPr="001F1F32">
        <w:rPr>
          <w:lang w:val="ru-RU"/>
        </w:rPr>
        <w:t>________________</w:t>
      </w:r>
      <w:r w:rsidRPr="001F1F32">
        <w:rPr>
          <w:lang w:val="ru-RU"/>
        </w:rPr>
        <w:br/>
      </w:r>
    </w:p>
    <w:p w14:paraId="0F02AF26" w14:textId="604EFD58" w:rsidR="008B6CE2" w:rsidRPr="001F1F32" w:rsidRDefault="005127C0">
      <w:pPr>
        <w:rPr>
          <w:lang w:val="ru-RU"/>
        </w:rPr>
      </w:pPr>
      <w:r w:rsidRPr="00604E68"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 w:rsidRPr="00604E68">
        <w:rPr>
          <w:lang w:val="ru-RU"/>
        </w:rPr>
        <w:br/>
      </w:r>
      <w:r>
        <w:rPr>
          <w:lang w:val="ru-RU"/>
        </w:rPr>
        <w:t>«22» апреля 2026 г., протокол № 9</w:t>
      </w:r>
      <w:r w:rsidRPr="00040A8C">
        <w:rPr>
          <w:lang w:val="ru-RU"/>
        </w:rPr>
        <w:br/>
      </w:r>
      <w:r w:rsidRPr="00040A8C">
        <w:rPr>
          <w:lang w:val="ru-RU"/>
        </w:rPr>
        <w:br/>
      </w:r>
      <w:r w:rsidRPr="001F1F32">
        <w:rPr>
          <w:lang w:val="ru-RU"/>
        </w:rPr>
        <w:t xml:space="preserve">Заведующий кафедрой </w:t>
      </w:r>
      <w:r w:rsidRPr="001F1F32">
        <w:rPr>
          <w:lang w:val="ru-RU"/>
        </w:rPr>
        <w:br/>
        <w:t>экологии, безопасности жизнедеятельности и физической культуры</w:t>
      </w:r>
      <w:r w:rsidRPr="001F1F32">
        <w:rPr>
          <w:lang w:val="ru-RU"/>
        </w:rPr>
        <w:tab/>
      </w:r>
      <w:r w:rsidRPr="001F1F32">
        <w:rPr>
          <w:lang w:val="ru-RU"/>
        </w:rPr>
        <w:tab/>
        <w:t>____________ В.А. Никиф</w:t>
      </w:r>
      <w:r w:rsidR="00A4637E">
        <w:rPr>
          <w:lang w:val="ru-RU"/>
        </w:rPr>
        <w:t>о</w:t>
      </w:r>
      <w:r w:rsidRPr="001F1F32">
        <w:rPr>
          <w:lang w:val="ru-RU"/>
        </w:rPr>
        <w:t>рова</w:t>
      </w:r>
      <w:r w:rsidRPr="00040A8C">
        <w:rPr>
          <w:lang w:val="ru-RU"/>
        </w:rPr>
        <w:br/>
      </w:r>
      <w:r w:rsidR="001F1F32" w:rsidRPr="001F1F32">
        <w:rPr>
          <w:lang w:val="ru-RU"/>
        </w:rPr>
        <w:br/>
      </w:r>
    </w:p>
    <w:p w14:paraId="75060790" w14:textId="1F2285E0" w:rsidR="001F1F32" w:rsidRPr="005127C0" w:rsidRDefault="00CB1E56">
      <w:pPr>
        <w:rPr>
          <w:lang w:val="ru-RU"/>
        </w:rPr>
      </w:pPr>
      <w:r w:rsidRPr="00040A8C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040A8C">
        <w:rPr>
          <w:lang w:val="ru-RU"/>
        </w:rPr>
        <w:br/>
        <w:t xml:space="preserve">_____________   </w:t>
      </w:r>
      <w:proofErr w:type="spellStart"/>
      <w:r w:rsidRPr="00040A8C">
        <w:rPr>
          <w:lang w:val="ru-RU"/>
        </w:rPr>
        <w:t>Варданян</w:t>
      </w:r>
      <w:proofErr w:type="spellEnd"/>
      <w:r w:rsidRPr="00040A8C">
        <w:rPr>
          <w:lang w:val="ru-RU"/>
        </w:rPr>
        <w:t xml:space="preserve"> М.А.</w:t>
      </w:r>
      <w:r w:rsidRPr="00040A8C">
        <w:rPr>
          <w:lang w:val="ru-RU"/>
        </w:rPr>
        <w:br/>
      </w:r>
      <w:r w:rsidR="001F1F32" w:rsidRPr="001F1F32">
        <w:rPr>
          <w:lang w:val="ru-RU"/>
        </w:rPr>
        <w:br/>
      </w:r>
      <w:r w:rsidR="001F1F32" w:rsidRPr="001F1F32">
        <w:rPr>
          <w:lang w:val="ru-RU"/>
        </w:rPr>
        <w:br/>
      </w:r>
      <w:r w:rsidR="001F1F32">
        <w:rPr>
          <w:rFonts w:cs="Times New Roman"/>
          <w:szCs w:val="24"/>
          <w:lang w:val="ru-RU"/>
        </w:rPr>
        <w:t>28.04.2026 г</w:t>
      </w:r>
      <w:r w:rsidR="006744FC">
        <w:rPr>
          <w:lang w:val="ru-RU"/>
        </w:rPr>
        <w:t>., протокол № 9</w:t>
      </w:r>
      <w:r w:rsidR="006744FC" w:rsidRPr="00040A8C">
        <w:rPr>
          <w:lang w:val="ru-RU"/>
        </w:rPr>
        <w:br/>
      </w:r>
      <w:r w:rsidR="001F1F32" w:rsidRPr="001F1F32">
        <w:rPr>
          <w:lang w:val="ru-RU"/>
        </w:rPr>
        <w:br/>
      </w:r>
      <w:r w:rsidR="001F1F32" w:rsidRPr="001F1F32">
        <w:rPr>
          <w:lang w:val="ru-RU"/>
        </w:rPr>
        <w:br/>
      </w:r>
      <w:r w:rsidR="001F1F32" w:rsidRPr="001F1F32">
        <w:rPr>
          <w:lang w:val="ru-RU"/>
        </w:rPr>
        <w:br/>
      </w:r>
      <w:r w:rsidR="001F1F32" w:rsidRPr="005127C0">
        <w:rPr>
          <w:lang w:val="ru-RU"/>
        </w:rPr>
        <w:t>Ответственный за реализацию ОПОП</w:t>
      </w:r>
      <w:r w:rsidR="001F1F32" w:rsidRPr="005127C0">
        <w:rPr>
          <w:lang w:val="ru-RU"/>
        </w:rPr>
        <w:tab/>
        <w:t>________________ Никифорова В.А.</w:t>
      </w:r>
    </w:p>
    <w:p w14:paraId="035D1973" w14:textId="77777777" w:rsidR="001F1F32" w:rsidRPr="005127C0" w:rsidRDefault="001F1F32">
      <w:pPr>
        <w:rPr>
          <w:lang w:val="ru-RU"/>
        </w:rPr>
      </w:pPr>
    </w:p>
    <w:p w14:paraId="25A60741" w14:textId="77777777" w:rsidR="001F1F32" w:rsidRPr="005127C0" w:rsidRDefault="001F1F32">
      <w:pPr>
        <w:rPr>
          <w:lang w:val="ru-RU"/>
        </w:rPr>
      </w:pPr>
    </w:p>
    <w:p w14:paraId="6D70FE1C" w14:textId="77777777" w:rsidR="001F1F32" w:rsidRPr="005127C0" w:rsidRDefault="001F1F32">
      <w:pPr>
        <w:rPr>
          <w:lang w:val="ru-RU"/>
        </w:rPr>
      </w:pPr>
    </w:p>
    <w:p w14:paraId="22D16C8A" w14:textId="77777777" w:rsidR="001F1F32" w:rsidRPr="005127C0" w:rsidRDefault="001F1F32">
      <w:pPr>
        <w:rPr>
          <w:lang w:val="ru-RU"/>
        </w:rPr>
      </w:pPr>
    </w:p>
    <w:p w14:paraId="573DA10E" w14:textId="77777777" w:rsidR="001F1F32" w:rsidRPr="005127C0" w:rsidRDefault="001F1F32">
      <w:pPr>
        <w:rPr>
          <w:lang w:val="ru-RU"/>
        </w:rPr>
      </w:pPr>
    </w:p>
    <w:p w14:paraId="72587564" w14:textId="77777777" w:rsidR="001F1F32" w:rsidRPr="005127C0" w:rsidRDefault="001F1F32">
      <w:pPr>
        <w:rPr>
          <w:lang w:val="ru-RU"/>
        </w:rPr>
      </w:pPr>
    </w:p>
    <w:p w14:paraId="469C7F54" w14:textId="77777777" w:rsidR="001F1F32" w:rsidRPr="005127C0" w:rsidRDefault="001F1F32">
      <w:pPr>
        <w:rPr>
          <w:lang w:val="ru-RU"/>
        </w:rPr>
      </w:pPr>
    </w:p>
    <w:p w14:paraId="7CCD990C" w14:textId="77777777" w:rsidR="001F1F32" w:rsidRPr="005127C0" w:rsidRDefault="001F1F32">
      <w:pPr>
        <w:rPr>
          <w:lang w:val="ru-RU"/>
        </w:rPr>
      </w:pPr>
    </w:p>
    <w:p w14:paraId="767551E6" w14:textId="77777777" w:rsidR="001F1F32" w:rsidRPr="005127C0" w:rsidRDefault="001F1F32">
      <w:pPr>
        <w:rPr>
          <w:lang w:val="ru-RU"/>
        </w:rPr>
      </w:pPr>
    </w:p>
    <w:p w14:paraId="0DD3DE2B" w14:textId="77777777" w:rsidR="001F1F32" w:rsidRPr="005127C0" w:rsidRDefault="001F1F32">
      <w:pPr>
        <w:rPr>
          <w:lang w:val="ru-RU"/>
        </w:rPr>
      </w:pPr>
    </w:p>
    <w:p w14:paraId="13FEC39B" w14:textId="77777777" w:rsidR="001F1F32" w:rsidRPr="005127C0" w:rsidRDefault="001F1F32">
      <w:pPr>
        <w:rPr>
          <w:lang w:val="ru-RU"/>
        </w:rPr>
      </w:pPr>
    </w:p>
    <w:p w14:paraId="2FA2DCB0" w14:textId="77777777" w:rsidR="001F1F32" w:rsidRPr="005127C0" w:rsidRDefault="001F1F32">
      <w:pPr>
        <w:rPr>
          <w:lang w:val="ru-RU"/>
        </w:rPr>
      </w:pPr>
    </w:p>
    <w:p w14:paraId="15F91B70" w14:textId="77777777" w:rsidR="001F1F32" w:rsidRPr="005127C0" w:rsidRDefault="001F1F32">
      <w:pPr>
        <w:rPr>
          <w:lang w:val="ru-RU"/>
        </w:rPr>
      </w:pPr>
    </w:p>
    <w:p w14:paraId="109E66D1" w14:textId="77777777" w:rsidR="001F1F32" w:rsidRPr="005127C0" w:rsidRDefault="001F1F32">
      <w:pPr>
        <w:rPr>
          <w:lang w:val="ru-RU"/>
        </w:rPr>
      </w:pPr>
    </w:p>
    <w:p w14:paraId="27DB0C36" w14:textId="77777777" w:rsid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9703482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Паспорт</w:t>
      </w:r>
    </w:p>
    <w:p w14:paraId="009B1E3F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14:paraId="59E40125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B0CD35E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1F1F32">
        <w:rPr>
          <w:rFonts w:eastAsia="Calibri" w:cs="Times New Roman"/>
          <w:b/>
          <w:szCs w:val="24"/>
          <w:lang w:val="ru-RU" w:eastAsia="ru-RU"/>
        </w:rPr>
        <w:t>Б</w:t>
      </w: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1.О.</w:t>
      </w:r>
      <w:proofErr w:type="gramEnd"/>
      <w:r w:rsidRPr="001F1F32">
        <w:rPr>
          <w:rFonts w:eastAsia="Calibri" w:cs="Times New Roman"/>
          <w:b/>
          <w:szCs w:val="24"/>
          <w:lang w:val="ru-RU" w:eastAsia="ru-RU"/>
        </w:rPr>
        <w:t>07.02  Физическая культура и спорт</w:t>
      </w:r>
    </w:p>
    <w:p w14:paraId="561583CE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126E5AB1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2E99FE83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1.</w:t>
      </w:r>
      <w:r w:rsidRPr="001F1F32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1F1F32">
        <w:rPr>
          <w:rFonts w:eastAsia="Calibri" w:cs="Times New Roman"/>
          <w:szCs w:val="24"/>
          <w:lang w:val="ru-RU" w:eastAsia="ru-RU"/>
        </w:rPr>
        <w:t xml:space="preserve">УК-7. </w:t>
      </w:r>
      <w:r w:rsidRPr="001F1F32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64C5A2A2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0CFCFFCA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</w:r>
    </w:p>
    <w:p w14:paraId="60EDA12D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1F1F32" w:rsidRPr="001F1F32" w14:paraId="743B256D" w14:textId="77777777" w:rsidTr="00AC504E">
        <w:tc>
          <w:tcPr>
            <w:tcW w:w="2154" w:type="dxa"/>
            <w:vAlign w:val="center"/>
          </w:tcPr>
          <w:p w14:paraId="174D2F6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0720B6D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0D13654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3C21CC8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14:paraId="77AF5E0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14:paraId="1DB74BB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1BDFCFF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1F1F32" w:rsidRPr="001F1F32" w14:paraId="2DF19898" w14:textId="77777777" w:rsidTr="00AC504E">
        <w:tc>
          <w:tcPr>
            <w:tcW w:w="2154" w:type="dxa"/>
            <w:vAlign w:val="center"/>
          </w:tcPr>
          <w:p w14:paraId="1C17C4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56E7BB9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13141B8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05718A3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6FD087A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1F1F32" w:rsidRPr="001F1F32" w14:paraId="6C49502C" w14:textId="77777777" w:rsidTr="00AC504E">
        <w:trPr>
          <w:trHeight w:val="248"/>
        </w:trPr>
        <w:tc>
          <w:tcPr>
            <w:tcW w:w="2154" w:type="dxa"/>
            <w:vMerge w:val="restart"/>
          </w:tcPr>
          <w:p w14:paraId="2877C13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14:paraId="153CCF4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58E7836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14:paraId="44A9906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14:paraId="3816059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FE1CFA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4E7B99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8C7CF1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4607B2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046139D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20F3FF0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4B8BDCA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4F9BD69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2884515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77318BC9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42CC90A9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3CD679F0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0B10BE2A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1C5BF9C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0F8AC4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59AEAC7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D1A75A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B20FC5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14:paraId="5B7C3EB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87EA8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3E01F6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690DFDD8" w14:textId="77777777" w:rsidTr="00AC504E">
        <w:trPr>
          <w:trHeight w:val="251"/>
        </w:trPr>
        <w:tc>
          <w:tcPr>
            <w:tcW w:w="2154" w:type="dxa"/>
            <w:vMerge/>
          </w:tcPr>
          <w:p w14:paraId="5395A71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F36ED0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6930D63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196518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EC14F5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75792E87" w14:textId="77777777" w:rsidTr="00AC504E">
        <w:tc>
          <w:tcPr>
            <w:tcW w:w="2154" w:type="dxa"/>
            <w:vMerge/>
          </w:tcPr>
          <w:p w14:paraId="58D0329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632A77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205093A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E3CF8F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4289F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34CFB10F" w14:textId="77777777" w:rsidTr="00AC504E">
        <w:tc>
          <w:tcPr>
            <w:tcW w:w="2154" w:type="dxa"/>
            <w:vMerge/>
          </w:tcPr>
          <w:p w14:paraId="44FADCA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6EF531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0654BA6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B80021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8DC41A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46C4971D" w14:textId="77777777" w:rsidTr="00AC504E">
        <w:tc>
          <w:tcPr>
            <w:tcW w:w="2154" w:type="dxa"/>
            <w:vMerge/>
          </w:tcPr>
          <w:p w14:paraId="1EC85D0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7A4869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4DCC348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E0831E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0B6F455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6BC616C7" w14:textId="77777777" w:rsidTr="00AC504E">
        <w:tc>
          <w:tcPr>
            <w:tcW w:w="2154" w:type="dxa"/>
            <w:vMerge/>
          </w:tcPr>
          <w:p w14:paraId="7EE6125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B59A50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191C3A0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6AEB2B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5AFE606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091B9588" w14:textId="77777777" w:rsidTr="00AC504E">
        <w:tc>
          <w:tcPr>
            <w:tcW w:w="2154" w:type="dxa"/>
            <w:vMerge w:val="restart"/>
            <w:tcBorders>
              <w:top w:val="nil"/>
            </w:tcBorders>
          </w:tcPr>
          <w:p w14:paraId="2964C0B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14:paraId="1940E51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69A1BCA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14:paraId="7CCF6B4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3C541C8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01D7195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33F3340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1420F2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4EF2BBF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51217AA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0C6BFC11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25B1DB04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332BDCD4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34C38995" w14:textId="77777777" w:rsidR="001F1F32" w:rsidRPr="001F1F32" w:rsidRDefault="001F1F32" w:rsidP="001F1F32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4C81E76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2E9839A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20E9B6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41087B3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D6BE45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14:paraId="2F23C50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0A49AAA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47259D9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59B925D2" w14:textId="77777777" w:rsidTr="00AC504E">
        <w:tc>
          <w:tcPr>
            <w:tcW w:w="2154" w:type="dxa"/>
            <w:vMerge/>
          </w:tcPr>
          <w:p w14:paraId="0244368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DEDCF9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77426E5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A8FC1D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080C44D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1E4DF2CE" w14:textId="77777777" w:rsidTr="00AC504E">
        <w:tc>
          <w:tcPr>
            <w:tcW w:w="2154" w:type="dxa"/>
            <w:vMerge/>
          </w:tcPr>
          <w:p w14:paraId="2EECDAF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F98B18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2FDFA80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23D73B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A8D6AF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3C28ED03" w14:textId="77777777" w:rsidTr="00AC504E">
        <w:tc>
          <w:tcPr>
            <w:tcW w:w="2154" w:type="dxa"/>
            <w:vMerge/>
          </w:tcPr>
          <w:p w14:paraId="2F68979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A8C2BA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4E73C7E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AC832F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D58365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7E80E035" w14:textId="77777777" w:rsidTr="00AC504E">
        <w:tc>
          <w:tcPr>
            <w:tcW w:w="2154" w:type="dxa"/>
            <w:vMerge/>
          </w:tcPr>
          <w:p w14:paraId="091964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E2EAFB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501804E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481E53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642749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1F1F32" w:rsidRPr="001F1F32" w14:paraId="1528B5A5" w14:textId="77777777" w:rsidTr="00AC504E">
        <w:tc>
          <w:tcPr>
            <w:tcW w:w="2154" w:type="dxa"/>
            <w:vMerge/>
          </w:tcPr>
          <w:p w14:paraId="3126596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740798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6F839B0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6DEDA4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E685F9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14:paraId="55CD49D7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eastAsia="ru-RU"/>
        </w:rPr>
      </w:pPr>
    </w:p>
    <w:p w14:paraId="3F96A136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0B361DF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4CBE65E7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F582A1B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345429D2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BD5393B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5E013B0A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042C7B8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4CF4DCEC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68CC25F8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AD98BEF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6DA3ECC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DA7CC08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294B4A64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48719EFE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14:paraId="49ED46BF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14:paraId="2EBFEA60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14:paraId="138F2850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2AF6BDC7" w14:textId="77777777" w:rsidTr="00AC504E">
        <w:tc>
          <w:tcPr>
            <w:tcW w:w="1008" w:type="dxa"/>
          </w:tcPr>
          <w:p w14:paraId="760A4AD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3E5384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0BABC0B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570C578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F86172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6340A5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57D822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5D43086C" w14:textId="77777777" w:rsidTr="00AC504E">
        <w:tc>
          <w:tcPr>
            <w:tcW w:w="1008" w:type="dxa"/>
          </w:tcPr>
          <w:p w14:paraId="56DB4A3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35BA1DE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401A1A8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4478B7A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662AA99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0DB8952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7D3E620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1F1F32" w:rsidRPr="001F1F32" w14:paraId="37039A8B" w14:textId="77777777" w:rsidTr="00AC504E">
        <w:tc>
          <w:tcPr>
            <w:tcW w:w="1008" w:type="dxa"/>
          </w:tcPr>
          <w:p w14:paraId="6FA6F07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7264389B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09DC8CD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6D13072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0E06BCE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338A0AC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51CCC08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1F1F32" w:rsidRPr="001F1F32" w14:paraId="584B60B1" w14:textId="77777777" w:rsidTr="00AC504E">
        <w:tc>
          <w:tcPr>
            <w:tcW w:w="1008" w:type="dxa"/>
          </w:tcPr>
          <w:p w14:paraId="204C9E9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66DB7E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2A346AE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37F6589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00B2756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594F89C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5B654D1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1F1F32" w:rsidRPr="001F1F32" w14:paraId="79867A22" w14:textId="77777777" w:rsidTr="00AC504E">
        <w:tc>
          <w:tcPr>
            <w:tcW w:w="1008" w:type="dxa"/>
          </w:tcPr>
          <w:p w14:paraId="5EC9515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6C43990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78519FF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E73AB0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67486E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1F682CA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A85C93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1F1F32" w:rsidRPr="001F1F32" w14:paraId="0FFA570D" w14:textId="77777777" w:rsidTr="00AC504E">
        <w:tc>
          <w:tcPr>
            <w:tcW w:w="1008" w:type="dxa"/>
          </w:tcPr>
          <w:p w14:paraId="37085B1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569C75F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4B66B6C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E7E207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07B170D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D41E31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3B2733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11EA5A4D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69707DF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7F4805D6" w14:textId="77777777" w:rsidTr="00AC504E">
        <w:tc>
          <w:tcPr>
            <w:tcW w:w="1008" w:type="dxa"/>
          </w:tcPr>
          <w:p w14:paraId="4B15F64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24964D8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528E2F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C9752E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45349F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A498CD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2AC83C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03A19470" w14:textId="77777777" w:rsidTr="00AC504E">
        <w:tc>
          <w:tcPr>
            <w:tcW w:w="1008" w:type="dxa"/>
          </w:tcPr>
          <w:p w14:paraId="0914EAD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02810203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2A36D56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14A59F9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30E9610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043BB08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00EF9E8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1F1F32" w:rsidRPr="001F1F32" w14:paraId="3ABE201E" w14:textId="77777777" w:rsidTr="00AC504E">
        <w:tc>
          <w:tcPr>
            <w:tcW w:w="1008" w:type="dxa"/>
          </w:tcPr>
          <w:p w14:paraId="68C835A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3BFFA8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56FB155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796E6D9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1C6F228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6E8C8BC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0DC33D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1F1F32" w:rsidRPr="001F1F32" w14:paraId="01197FE8" w14:textId="77777777" w:rsidTr="00AC504E">
        <w:tc>
          <w:tcPr>
            <w:tcW w:w="1008" w:type="dxa"/>
          </w:tcPr>
          <w:p w14:paraId="2AE2E44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D5C7FA3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4099761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</w:tcPr>
          <w:p w14:paraId="5A5537E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124FC04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188FAE8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5B26F88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1F1F32" w:rsidRPr="001F1F32" w14:paraId="13221A9C" w14:textId="77777777" w:rsidTr="00AC504E">
        <w:tc>
          <w:tcPr>
            <w:tcW w:w="1008" w:type="dxa"/>
          </w:tcPr>
          <w:p w14:paraId="4A4C9C7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781BF32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634CD82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160CD25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04EE37B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41DC0E5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220106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1F1F32" w:rsidRPr="001F1F32" w14:paraId="48D47E4F" w14:textId="77777777" w:rsidTr="00AC504E">
        <w:tc>
          <w:tcPr>
            <w:tcW w:w="1008" w:type="dxa"/>
          </w:tcPr>
          <w:p w14:paraId="1E63885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6B718DB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7E56ED8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67E3A05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228C433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79FC561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6080D0B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14:paraId="1AFE7784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F3BBC20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7B062777" w14:textId="77777777" w:rsidTr="00AC504E">
        <w:tc>
          <w:tcPr>
            <w:tcW w:w="1008" w:type="dxa"/>
          </w:tcPr>
          <w:p w14:paraId="21ACE1C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05F6EF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82F8B2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02FA708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CBC8C1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8582BE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998EE9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2E379CBC" w14:textId="77777777" w:rsidTr="00AC504E">
        <w:tc>
          <w:tcPr>
            <w:tcW w:w="1008" w:type="dxa"/>
          </w:tcPr>
          <w:p w14:paraId="3624EFF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216108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384B6F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756B730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36298D5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732037B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3606640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1F1F32" w:rsidRPr="001F1F32" w14:paraId="5F3E654B" w14:textId="77777777" w:rsidTr="00AC504E">
        <w:tc>
          <w:tcPr>
            <w:tcW w:w="1008" w:type="dxa"/>
          </w:tcPr>
          <w:p w14:paraId="2684A36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497C73D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4675C4E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2F0F565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7A70169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391F16D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8BBFF4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1F1F32" w:rsidRPr="001F1F32" w14:paraId="4A810230" w14:textId="77777777" w:rsidTr="00AC504E">
        <w:tc>
          <w:tcPr>
            <w:tcW w:w="1008" w:type="dxa"/>
          </w:tcPr>
          <w:p w14:paraId="77C0E82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E970E5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440CED8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3F002A8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046D686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449D5B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4F99633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1F1F32" w:rsidRPr="001F1F32" w14:paraId="04BAD5D9" w14:textId="77777777" w:rsidTr="00AC504E">
        <w:tc>
          <w:tcPr>
            <w:tcW w:w="1008" w:type="dxa"/>
          </w:tcPr>
          <w:p w14:paraId="523DBBE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255EB6A2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3D91284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04C364A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6F8C58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0BF106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5CE628D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0EAA895A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F63F8EB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4434DA4D" w14:textId="77777777" w:rsidTr="00AC504E">
        <w:tc>
          <w:tcPr>
            <w:tcW w:w="1008" w:type="dxa"/>
          </w:tcPr>
          <w:p w14:paraId="7951243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8E636F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2D70FA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F811BF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719BA1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105513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4094F5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2F245384" w14:textId="77777777" w:rsidTr="00AC504E">
        <w:tc>
          <w:tcPr>
            <w:tcW w:w="1008" w:type="dxa"/>
          </w:tcPr>
          <w:p w14:paraId="3AA789D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85F32E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07318EA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133B883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6DE5B27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1FFC958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380190F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1F1F32" w:rsidRPr="001F1F32" w14:paraId="20ACE258" w14:textId="77777777" w:rsidTr="00AC504E">
        <w:tc>
          <w:tcPr>
            <w:tcW w:w="1008" w:type="dxa"/>
          </w:tcPr>
          <w:p w14:paraId="1FA4B05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C0ECF9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2F3E3AE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01669D7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58B3A72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F1FB97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F19ED2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1F1F32" w:rsidRPr="001F1F32" w14:paraId="52F33BE9" w14:textId="77777777" w:rsidTr="00AC504E">
        <w:tc>
          <w:tcPr>
            <w:tcW w:w="1008" w:type="dxa"/>
          </w:tcPr>
          <w:p w14:paraId="2373FB5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37E53B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105E207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060F792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AA7887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829FE2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E08640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1F1F32" w:rsidRPr="001F1F32" w14:paraId="2935CD3D" w14:textId="77777777" w:rsidTr="00AC504E">
        <w:tc>
          <w:tcPr>
            <w:tcW w:w="1008" w:type="dxa"/>
          </w:tcPr>
          <w:p w14:paraId="584E36C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4B98680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Ведение мяча ,два 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</w:tcPr>
          <w:p w14:paraId="30DBB86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783EE5F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20083F2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776C2EC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C4AB60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14:paraId="100F5476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727E84B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7E871861" w14:textId="77777777" w:rsidTr="00AC504E">
        <w:tc>
          <w:tcPr>
            <w:tcW w:w="1008" w:type="dxa"/>
          </w:tcPr>
          <w:p w14:paraId="11074C4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6006212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631A09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8EAA42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CA7A00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5B38AD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3E2CAB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13DF2E86" w14:textId="77777777" w:rsidTr="00AC504E">
        <w:tc>
          <w:tcPr>
            <w:tcW w:w="1008" w:type="dxa"/>
          </w:tcPr>
          <w:p w14:paraId="1FBF3BE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0669A75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</w:p>
        </w:tc>
        <w:tc>
          <w:tcPr>
            <w:tcW w:w="900" w:type="dxa"/>
          </w:tcPr>
          <w:p w14:paraId="1E469F8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166405B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63B41D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7A5A06E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AC7F3C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1F1F32" w:rsidRPr="001F1F32" w14:paraId="2B82220B" w14:textId="77777777" w:rsidTr="00AC504E">
        <w:tc>
          <w:tcPr>
            <w:tcW w:w="1008" w:type="dxa"/>
          </w:tcPr>
          <w:p w14:paraId="7408847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lastRenderedPageBreak/>
              <w:t>2</w:t>
            </w:r>
          </w:p>
        </w:tc>
        <w:tc>
          <w:tcPr>
            <w:tcW w:w="2700" w:type="dxa"/>
          </w:tcPr>
          <w:p w14:paraId="05CE0B5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4C95E13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2CEF032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6858E42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3534B49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420095D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1F1F32" w:rsidRPr="001F1F32" w14:paraId="7F5E637D" w14:textId="77777777" w:rsidTr="00AC504E">
        <w:tc>
          <w:tcPr>
            <w:tcW w:w="1008" w:type="dxa"/>
          </w:tcPr>
          <w:p w14:paraId="3A60C2E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2D221FF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</w:tcPr>
          <w:p w14:paraId="1132015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466ACEB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0A89D18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6436CEC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25A67EE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631BA5DF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6B758C5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6497E050" w14:textId="77777777" w:rsidTr="00AC504E">
        <w:tc>
          <w:tcPr>
            <w:tcW w:w="1008" w:type="dxa"/>
          </w:tcPr>
          <w:p w14:paraId="32D5419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A42881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256B975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B9A05A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ED6B23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D80328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A1EA47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3B5F0935" w14:textId="77777777" w:rsidTr="00AC504E">
        <w:tc>
          <w:tcPr>
            <w:tcW w:w="1008" w:type="dxa"/>
          </w:tcPr>
          <w:p w14:paraId="318545A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0CE541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667DAFB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7ECA7E0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3952CDF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8B4E96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0F6BF33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1F1F32" w:rsidRPr="001F1F32" w14:paraId="3298EDC3" w14:textId="77777777" w:rsidTr="00AC504E">
        <w:tc>
          <w:tcPr>
            <w:tcW w:w="1008" w:type="dxa"/>
          </w:tcPr>
          <w:p w14:paraId="47F109E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514A52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040F92C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47F4B3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027646A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0E81C9F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242ECDC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1F1F32" w:rsidRPr="001F1F32" w14:paraId="2A567237" w14:textId="77777777" w:rsidTr="00AC504E">
        <w:tc>
          <w:tcPr>
            <w:tcW w:w="1008" w:type="dxa"/>
          </w:tcPr>
          <w:p w14:paraId="2FE61A9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2997215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25E7FF6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03E97C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0C5129A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0B6966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17B5890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516862F3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CA8DC3F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1F1F32" w:rsidRPr="001F1F32" w14:paraId="79035458" w14:textId="77777777" w:rsidTr="00AC504E">
        <w:tc>
          <w:tcPr>
            <w:tcW w:w="1008" w:type="dxa"/>
          </w:tcPr>
          <w:p w14:paraId="651619C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1BE8C12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4B472D1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049AAEF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3D37161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558555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8CDC4C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723E3E2C" w14:textId="77777777" w:rsidTr="00AC504E">
        <w:tc>
          <w:tcPr>
            <w:tcW w:w="1008" w:type="dxa"/>
          </w:tcPr>
          <w:p w14:paraId="0FC7A17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78892E0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</w:tcPr>
          <w:p w14:paraId="41B8F6A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6FDA37A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2196189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163992A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9BBBC9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1F1F32" w:rsidRPr="001F1F32" w14:paraId="7BE266B9" w14:textId="77777777" w:rsidTr="00AC504E">
        <w:tc>
          <w:tcPr>
            <w:tcW w:w="1008" w:type="dxa"/>
          </w:tcPr>
          <w:p w14:paraId="58E417F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417853D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40355BA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5A0951B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3290704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6A2F763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9D6AE1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1F1F32" w:rsidRPr="001F1F32" w14:paraId="30E6891E" w14:textId="77777777" w:rsidTr="00AC504E">
        <w:tc>
          <w:tcPr>
            <w:tcW w:w="1008" w:type="dxa"/>
          </w:tcPr>
          <w:p w14:paraId="378BBF6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073A46A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61B5610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0657A2F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6B1355F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5FD4B63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E5F810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17272323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37BA405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Дартс  (</w:t>
      </w:r>
      <w:proofErr w:type="gramEnd"/>
      <w:r w:rsidRPr="001F1F32">
        <w:rPr>
          <w:rFonts w:eastAsia="Calibri" w:cs="Times New Roman"/>
          <w:b/>
          <w:szCs w:val="24"/>
          <w:lang w:val="ru-RU" w:eastAsia="ru-RU"/>
        </w:rPr>
        <w:t>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7C293498" w14:textId="77777777" w:rsidTr="00AC504E">
        <w:tc>
          <w:tcPr>
            <w:tcW w:w="1008" w:type="dxa"/>
          </w:tcPr>
          <w:p w14:paraId="4950376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256A06E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F97339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6A21A3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63D58AF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241531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F1E658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6D8ECC75" w14:textId="77777777" w:rsidTr="00AC504E">
        <w:tc>
          <w:tcPr>
            <w:tcW w:w="1008" w:type="dxa"/>
          </w:tcPr>
          <w:p w14:paraId="53D39B8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802BB6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1BDC0FB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6453F3C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03BB6B9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481B3AF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57B2485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14:paraId="1A4698F2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16639E2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Дартс  (</w:t>
      </w:r>
      <w:proofErr w:type="gramEnd"/>
      <w:r w:rsidRPr="001F1F32">
        <w:rPr>
          <w:rFonts w:eastAsia="Calibri" w:cs="Times New Roman"/>
          <w:b/>
          <w:szCs w:val="24"/>
          <w:lang w:val="ru-RU" w:eastAsia="ru-RU"/>
        </w:rPr>
        <w:t>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0FDC9E04" w14:textId="77777777" w:rsidTr="00AC504E">
        <w:tc>
          <w:tcPr>
            <w:tcW w:w="1008" w:type="dxa"/>
          </w:tcPr>
          <w:p w14:paraId="69C74EE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1E2A7F1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F5A24F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048030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5A7DB7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39BFEA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2847DD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61F333C8" w14:textId="77777777" w:rsidTr="00AC504E">
        <w:tc>
          <w:tcPr>
            <w:tcW w:w="1008" w:type="dxa"/>
          </w:tcPr>
          <w:p w14:paraId="1DA6AB1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DFD53B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1A81513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6E15C4F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5431CF4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15E8F25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24A4D10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14:paraId="4A167BBD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B95D3B5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2</w:t>
      </w:r>
      <w:r w:rsidRPr="001F1F32">
        <w:rPr>
          <w:rFonts w:eastAsia="Calibri" w:cs="Times New Roman"/>
          <w:b/>
          <w:szCs w:val="24"/>
          <w:lang w:val="ru-RU" w:eastAsia="ru-RU"/>
        </w:rPr>
        <w:t>.</w:t>
      </w: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Гимнастика :</w:t>
      </w:r>
      <w:proofErr w:type="gramEnd"/>
    </w:p>
    <w:p w14:paraId="1DE79CA0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1F1F32" w:rsidRPr="001F1F32" w14:paraId="4C19DAA0" w14:textId="77777777" w:rsidTr="00AC504E">
        <w:tc>
          <w:tcPr>
            <w:tcW w:w="1008" w:type="dxa"/>
          </w:tcPr>
          <w:p w14:paraId="59705FB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4715F003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2FA583D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7BBEFC3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68DF67A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5D996EF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624354D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3D35230C" w14:textId="77777777" w:rsidTr="00AC504E">
        <w:tc>
          <w:tcPr>
            <w:tcW w:w="1008" w:type="dxa"/>
          </w:tcPr>
          <w:p w14:paraId="16E4F9E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6953DB3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</w:tcPr>
          <w:p w14:paraId="510DFE6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20E5E0C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2DED1BF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7C55CAB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024F748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1F1F32" w:rsidRPr="001F1F32" w14:paraId="0A072FA1" w14:textId="77777777" w:rsidTr="00AC504E">
        <w:tc>
          <w:tcPr>
            <w:tcW w:w="1008" w:type="dxa"/>
          </w:tcPr>
          <w:p w14:paraId="3A8E675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041E64B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</w:tcPr>
          <w:p w14:paraId="1D0BB07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647D2D6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3143AB6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0C133FE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5986235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1F1F32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14:paraId="50BAF799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FB986B1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 xml:space="preserve">Атлетическая </w:t>
      </w: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гимнастика( юноши</w:t>
      </w:r>
      <w:proofErr w:type="gramEnd"/>
      <w:r w:rsidRPr="001F1F32">
        <w:rPr>
          <w:rFonts w:eastAsia="Calibri" w:cs="Times New Roman"/>
          <w:b/>
          <w:szCs w:val="24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1F1F32" w:rsidRPr="001F1F32" w14:paraId="67613B0A" w14:textId="77777777" w:rsidTr="00AC504E">
        <w:tc>
          <w:tcPr>
            <w:tcW w:w="1008" w:type="dxa"/>
          </w:tcPr>
          <w:p w14:paraId="7B71138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3C07437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DB3036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5796F0A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549ABC9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F41ADB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5B3376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081DF8CE" w14:textId="77777777" w:rsidTr="00AC504E">
        <w:tc>
          <w:tcPr>
            <w:tcW w:w="1008" w:type="dxa"/>
          </w:tcPr>
          <w:p w14:paraId="1822D98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0C00FE2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</w:tcPr>
          <w:p w14:paraId="1D2297F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532C1C3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5E42789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3719FFB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7B730F4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1F1F32" w:rsidRPr="001F1F32" w14:paraId="752A0876" w14:textId="77777777" w:rsidTr="00AC504E">
        <w:tc>
          <w:tcPr>
            <w:tcW w:w="1008" w:type="dxa"/>
          </w:tcPr>
          <w:p w14:paraId="00DE9A6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76D72C2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37C5A4D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3452AFC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632EBBB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12E515F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98818B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6893962B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00F4E0D8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3</w:t>
      </w:r>
      <w:r w:rsidRPr="001F1F32">
        <w:rPr>
          <w:rFonts w:eastAsia="Calibri" w:cs="Times New Roman"/>
          <w:b/>
          <w:szCs w:val="24"/>
          <w:lang w:val="ru-RU" w:eastAsia="ru-RU"/>
        </w:rPr>
        <w:t xml:space="preserve">. Циклические виды </w:t>
      </w: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спорта :</w:t>
      </w:r>
      <w:proofErr w:type="gramEnd"/>
    </w:p>
    <w:p w14:paraId="4D625D30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1F1F32" w:rsidRPr="001F1F32" w14:paraId="4A691F75" w14:textId="77777777" w:rsidTr="00AC504E">
        <w:tc>
          <w:tcPr>
            <w:tcW w:w="1008" w:type="dxa"/>
          </w:tcPr>
          <w:p w14:paraId="519DE66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319D25A2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4B9895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0CD7F35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539EB40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A6E756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A9B7F2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3AC2818C" w14:textId="77777777" w:rsidTr="00AC504E">
        <w:tc>
          <w:tcPr>
            <w:tcW w:w="1008" w:type="dxa"/>
          </w:tcPr>
          <w:p w14:paraId="3DE898C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420" w:type="dxa"/>
          </w:tcPr>
          <w:p w14:paraId="1F39085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1F1F32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6A02D95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0A58944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033C5D8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3DDDBF31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7EFC93E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14:paraId="52F0AB1B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5E0FD14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1F1F32" w:rsidRPr="001F1F32" w14:paraId="02A1B745" w14:textId="77777777" w:rsidTr="00AC504E">
        <w:tc>
          <w:tcPr>
            <w:tcW w:w="1008" w:type="dxa"/>
          </w:tcPr>
          <w:p w14:paraId="5359D30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801FA5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EED3E3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E7955D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FDF155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C42643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A0BD2C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67925BB4" w14:textId="77777777" w:rsidTr="00AC504E">
        <w:tc>
          <w:tcPr>
            <w:tcW w:w="1008" w:type="dxa"/>
          </w:tcPr>
          <w:p w14:paraId="1100948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2700" w:type="dxa"/>
          </w:tcPr>
          <w:p w14:paraId="5E4EDD4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r w:rsidRPr="001F1F32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28CD72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4026902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2275806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10CC1E3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01B067F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14:paraId="74D4FFD3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1F1F32" w:rsidRPr="001F1F32" w14:paraId="70C11544" w14:textId="77777777" w:rsidTr="00AC504E">
        <w:tc>
          <w:tcPr>
            <w:tcW w:w="1008" w:type="dxa"/>
          </w:tcPr>
          <w:p w14:paraId="2A67470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571C974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EE57B4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44B73AD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445A3C0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4BDA92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B0F9B2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4FA9C7B5" w14:textId="77777777" w:rsidTr="00AC504E">
        <w:tc>
          <w:tcPr>
            <w:tcW w:w="1008" w:type="dxa"/>
          </w:tcPr>
          <w:p w14:paraId="3A59BE9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1FF0E46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776CC1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23812AB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2D50482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7BEDF22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72700CD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1F1F32" w:rsidRPr="001F1F32" w14:paraId="514A2857" w14:textId="77777777" w:rsidTr="00AC504E">
        <w:tc>
          <w:tcPr>
            <w:tcW w:w="1008" w:type="dxa"/>
          </w:tcPr>
          <w:p w14:paraId="3F5F53B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471BF2C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163D2E2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441F9B8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0B9E675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56EEE0D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2533DA4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1F1F32" w:rsidRPr="001F1F32" w14:paraId="377F059C" w14:textId="77777777" w:rsidTr="00AC504E">
        <w:tc>
          <w:tcPr>
            <w:tcW w:w="1008" w:type="dxa"/>
          </w:tcPr>
          <w:p w14:paraId="24FA7B2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38546AE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1F1F32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996F06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4E922F6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5931904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5D7807E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60D3C6D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1F1F32" w:rsidRPr="001F1F32" w14:paraId="30DEB872" w14:textId="77777777" w:rsidTr="00AC504E">
        <w:tc>
          <w:tcPr>
            <w:tcW w:w="1008" w:type="dxa"/>
          </w:tcPr>
          <w:p w14:paraId="1F0708AA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6BE4372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2D2595E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15F3E58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48B9517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08784CB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0A24626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6B56B066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7BA21BA" w14:textId="77777777" w:rsidR="001F1F32" w:rsidRPr="001F1F32" w:rsidRDefault="001F1F32" w:rsidP="001F1F32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1F1F32" w:rsidRPr="001F1F32" w14:paraId="249D077E" w14:textId="77777777" w:rsidTr="00AC504E">
        <w:tc>
          <w:tcPr>
            <w:tcW w:w="828" w:type="dxa"/>
          </w:tcPr>
          <w:p w14:paraId="3AACD35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133439F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5A0D3F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15F12BD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602A860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5A65A97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923270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1F1F32" w:rsidRPr="001F1F32" w14:paraId="57FAF5B0" w14:textId="77777777" w:rsidTr="00AC504E">
        <w:tc>
          <w:tcPr>
            <w:tcW w:w="828" w:type="dxa"/>
          </w:tcPr>
          <w:p w14:paraId="37353F5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10CBF34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B3FC7B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58DEE0F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796A852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0683264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706118A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1F1F32" w:rsidRPr="001F1F32" w14:paraId="1F5AF8B8" w14:textId="77777777" w:rsidTr="00AC504E">
        <w:tc>
          <w:tcPr>
            <w:tcW w:w="828" w:type="dxa"/>
          </w:tcPr>
          <w:p w14:paraId="51B03E1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714A304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462AD14F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73ACA27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40E2404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42C86D0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1E0ACCA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1F1F32" w:rsidRPr="001F1F32" w14:paraId="399360F0" w14:textId="77777777" w:rsidTr="00AC504E">
        <w:tc>
          <w:tcPr>
            <w:tcW w:w="828" w:type="dxa"/>
          </w:tcPr>
          <w:p w14:paraId="0004659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43BA14EB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1F1F32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1F1F32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54C144A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157394B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0E1DB08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24095E9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167FA2C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1F1F32" w:rsidRPr="001F1F32" w14:paraId="517D50FA" w14:textId="77777777" w:rsidTr="00AC504E">
        <w:trPr>
          <w:trHeight w:val="362"/>
        </w:trPr>
        <w:tc>
          <w:tcPr>
            <w:tcW w:w="828" w:type="dxa"/>
          </w:tcPr>
          <w:p w14:paraId="65FAB21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5D8E696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3B6E80D7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19518B9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68646D9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6FCCA52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18E98418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14:paraId="4F9872DE" w14:textId="77777777" w:rsidR="001F1F32" w:rsidRPr="001F1F32" w:rsidRDefault="001F1F32" w:rsidP="001F1F32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14:paraId="267B85A4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BC2B9FE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866482D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6EBA669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95BEF99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7039852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FF77688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38AF2BC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48EDA09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74F468A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751E99C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C7BD877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62C426B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AFCE001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22A7E1A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33468F7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CAB8414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AF6BD85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6D17161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BF77CD0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07C2B07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68B81DB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101B85A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A0A3009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3E18CDC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EE58141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59C7055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D8E3EEC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510DFF8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36CE6DC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3E187D9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E256878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C25BF3A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F25E2D2" w14:textId="77777777" w:rsidR="001F1F32" w:rsidRPr="001F1F32" w:rsidRDefault="001F1F32" w:rsidP="001F1F32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1F1F32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14:paraId="2B7B6875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1F1F32">
        <w:rPr>
          <w:rFonts w:eastAsia="Calibri" w:cs="Times New Roman"/>
          <w:b/>
          <w:szCs w:val="24"/>
          <w:lang w:val="ru-RU" w:eastAsia="ru-RU"/>
        </w:rPr>
        <w:t>Б</w:t>
      </w:r>
      <w:proofErr w:type="gramStart"/>
      <w:r w:rsidRPr="001F1F32">
        <w:rPr>
          <w:rFonts w:eastAsia="Calibri" w:cs="Times New Roman"/>
          <w:b/>
          <w:szCs w:val="24"/>
          <w:lang w:val="ru-RU" w:eastAsia="ru-RU"/>
        </w:rPr>
        <w:t>1.О.</w:t>
      </w:r>
      <w:proofErr w:type="gramEnd"/>
      <w:r w:rsidRPr="001F1F32">
        <w:rPr>
          <w:rFonts w:eastAsia="Calibri" w:cs="Times New Roman"/>
          <w:b/>
          <w:szCs w:val="24"/>
          <w:lang w:val="ru-RU" w:eastAsia="ru-RU"/>
        </w:rPr>
        <w:t>07.02  Физическая культура и спорт</w:t>
      </w:r>
    </w:p>
    <w:p w14:paraId="386325FF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1F1F32" w:rsidRPr="001F1F32" w14:paraId="45E27D24" w14:textId="77777777" w:rsidTr="00AC504E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58B24" w14:textId="77777777" w:rsidR="001F1F32" w:rsidRPr="001F1F32" w:rsidRDefault="001F1F32" w:rsidP="001F1F32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25A7C650" w14:textId="77777777" w:rsidR="001F1F32" w:rsidRPr="001F1F32" w:rsidRDefault="001F1F32" w:rsidP="001F1F32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FA38F" w14:textId="77777777" w:rsidR="001F1F32" w:rsidRPr="001F1F32" w:rsidRDefault="001F1F32" w:rsidP="001F1F32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1F1F32" w:rsidRPr="006744FC" w14:paraId="7AB8DDB6" w14:textId="77777777" w:rsidTr="00AC50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9FE7" w14:textId="77777777" w:rsidR="001F1F32" w:rsidRPr="001F1F32" w:rsidRDefault="001F1F32" w:rsidP="001F1F32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1E1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5696A115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6BAE95A4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23AFADD0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</w:t>
            </w:r>
            <w:proofErr w:type="gram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жизни .Как</w:t>
            </w:r>
            <w:proofErr w:type="gramEnd"/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помогает физическая культура в обеспечении здоровья обучающихся? </w:t>
            </w:r>
          </w:p>
          <w:p w14:paraId="25ABDA82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4CEA6DD0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5883B46E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8. </w:t>
            </w:r>
            <w:proofErr w:type="gram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Виды спорта</w:t>
            </w:r>
            <w:proofErr w:type="gramEnd"/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способствующие самообразованию обучающихся. </w:t>
            </w:r>
          </w:p>
          <w:p w14:paraId="4FADC111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57D49299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1108E73A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1D9B6846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6DFC14DA" w14:textId="77777777" w:rsidR="001F1F32" w:rsidRPr="001F1F32" w:rsidRDefault="001F1F32" w:rsidP="001F1F32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1F1F32" w:rsidRPr="006744FC" w14:paraId="652DF27F" w14:textId="77777777" w:rsidTr="00AC50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8C53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13B6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</w:t>
            </w:r>
            <w:proofErr w:type="gramStart"/>
            <w:r w:rsidRPr="001F1F32">
              <w:rPr>
                <w:rFonts w:eastAsia="Calibri" w:cs="Times New Roman"/>
                <w:szCs w:val="24"/>
                <w:lang w:val="ru-RU" w:eastAsia="ru-RU"/>
              </w:rPr>
              <w:t>на психофизиологического состояния</w:t>
            </w:r>
            <w:proofErr w:type="gramEnd"/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человека. Дать понятие гиподинамии. </w:t>
            </w:r>
          </w:p>
          <w:p w14:paraId="33D2F280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3EADF9FB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системе физического воспитания. </w:t>
            </w:r>
          </w:p>
          <w:p w14:paraId="335BF816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6A493F07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мероприятий. Правила поведения болельщиков </w:t>
            </w:r>
          </w:p>
          <w:p w14:paraId="1703E3FC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0B4DF85E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14:paraId="493DDC01" w14:textId="77777777" w:rsidR="001F1F32" w:rsidRPr="001F1F32" w:rsidRDefault="001F1F32" w:rsidP="001F1F32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2EBCCDB3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1C2C2485" w14:textId="77777777" w:rsidR="001F1F32" w:rsidRPr="001F1F32" w:rsidRDefault="001F1F32" w:rsidP="001F1F32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6481C9A5" w14:textId="77777777" w:rsidR="001F1F32" w:rsidRPr="001F1F32" w:rsidRDefault="001F1F32" w:rsidP="001F1F32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6221BC25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1F1F32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1F1F32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r w:rsidRPr="001F1F32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433BC549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670C664C" w14:textId="77777777" w:rsidR="001F1F32" w:rsidRPr="001F1F32" w:rsidRDefault="001F1F32" w:rsidP="001F1F32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1F1F32" w:rsidRPr="001F1F32" w14:paraId="7F24A1FF" w14:textId="77777777" w:rsidTr="00AC504E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573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982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1F1F32" w:rsidRPr="001F1F32" w14:paraId="792937F7" w14:textId="77777777" w:rsidTr="00AC504E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BCA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419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3EE72AA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455C189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1F1F32" w:rsidRPr="001F1F32" w14:paraId="4CE74999" w14:textId="77777777" w:rsidTr="00AC504E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056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1D7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28C29BF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1F1F32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5FFF59C2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622345E2" w14:textId="77777777" w:rsidR="001F1F32" w:rsidRPr="001F1F32" w:rsidRDefault="001F1F32" w:rsidP="001F1F32">
      <w:pPr>
        <w:rPr>
          <w:rFonts w:eastAsia="Calibri" w:cs="Times New Roman"/>
          <w:szCs w:val="24"/>
          <w:lang w:val="ru-RU" w:eastAsia="ru-RU"/>
        </w:rPr>
      </w:pPr>
    </w:p>
    <w:p w14:paraId="7E3CEA35" w14:textId="77777777" w:rsidR="001F1F32" w:rsidRPr="001F1F32" w:rsidRDefault="001F1F32" w:rsidP="001F1F32">
      <w:pPr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Составитель:</w:t>
      </w:r>
    </w:p>
    <w:p w14:paraId="01F1DDCE" w14:textId="77777777" w:rsidR="001F1F32" w:rsidRPr="001F1F32" w:rsidRDefault="001F1F32" w:rsidP="001F1F32">
      <w:pPr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 xml:space="preserve">А.Н. Астапенко, старший преподаватель кафедры </w:t>
      </w:r>
      <w:proofErr w:type="spellStart"/>
      <w:r w:rsidRPr="001F1F32">
        <w:rPr>
          <w:rFonts w:eastAsia="Calibri" w:cs="Times New Roman"/>
          <w:szCs w:val="24"/>
          <w:lang w:val="ru-RU" w:eastAsia="ru-RU"/>
        </w:rPr>
        <w:t>ЭБЖиФ</w:t>
      </w:r>
      <w:proofErr w:type="spellEnd"/>
      <w:r w:rsidRPr="001F1F32">
        <w:rPr>
          <w:rFonts w:eastAsia="Calibri" w:cs="Times New Roman"/>
          <w:szCs w:val="24"/>
          <w:lang w:val="ru-RU" w:eastAsia="ru-RU"/>
        </w:rPr>
        <w:t xml:space="preserve">    _____________</w:t>
      </w:r>
    </w:p>
    <w:p w14:paraId="36D6E6B4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1F1F32">
        <w:rPr>
          <w:rFonts w:eastAsia="Calibri" w:cs="Times New Roman"/>
          <w:szCs w:val="24"/>
          <w:lang w:val="ru-RU" w:eastAsia="ru-RU"/>
        </w:rPr>
        <w:t>«___</w:t>
      </w:r>
      <w:proofErr w:type="gramStart"/>
      <w:r w:rsidRPr="001F1F32">
        <w:rPr>
          <w:rFonts w:eastAsia="Calibri" w:cs="Times New Roman"/>
          <w:szCs w:val="24"/>
          <w:lang w:val="ru-RU" w:eastAsia="ru-RU"/>
        </w:rPr>
        <w:t>_»_</w:t>
      </w:r>
      <w:proofErr w:type="gramEnd"/>
      <w:r w:rsidRPr="001F1F32">
        <w:rPr>
          <w:rFonts w:eastAsia="Calibri" w:cs="Times New Roman"/>
          <w:szCs w:val="24"/>
          <w:lang w:val="ru-RU" w:eastAsia="ru-RU"/>
        </w:rPr>
        <w:t>________20___г.</w:t>
      </w:r>
    </w:p>
    <w:p w14:paraId="6D5D4A14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EEFC512" w14:textId="77777777" w:rsidR="001F1F32" w:rsidRPr="001F1F32" w:rsidRDefault="001F1F32" w:rsidP="001F1F32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F681B48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7EB6789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CEFA619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0C3D0D1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32EC390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411126D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DFCB266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254B285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6516C62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CB7E42A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5B8DCC7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FFA76A4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6A63BD6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2523472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6B2B9A1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882283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EA0F14D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F55FE86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123591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29DE22E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DFAC4C5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85B8D0A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B3E7972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6C5E8D4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181BB65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8FEFC3E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91F9564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BB2E004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848C641" w14:textId="77777777" w:rsidR="001F1F32" w:rsidRPr="001F1F32" w:rsidRDefault="001F1F32" w:rsidP="001F1F32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5AEA8C6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7319D8C8" w14:textId="77777777" w:rsidR="001F1F32" w:rsidRPr="001F1F32" w:rsidRDefault="001F1F32" w:rsidP="001F1F32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419E70C9" w14:textId="77777777" w:rsidR="001F1F32" w:rsidRPr="001F1F32" w:rsidRDefault="001F1F32" w:rsidP="001F1F32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Б</w:t>
      </w:r>
      <w:proofErr w:type="gramStart"/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1.О.</w:t>
      </w:r>
      <w:proofErr w:type="gramEnd"/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07.02  Физическая</w:t>
      </w:r>
      <w:r w:rsidRPr="001F1F32">
        <w:rPr>
          <w:rFonts w:eastAsia="Calibri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765999DF" w14:textId="77777777" w:rsidR="001F1F32" w:rsidRPr="001F1F32" w:rsidRDefault="001F1F32" w:rsidP="001F1F32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14:paraId="6670EB75" w14:textId="77777777" w:rsidR="001F1F32" w:rsidRPr="001F1F32" w:rsidRDefault="001F1F32" w:rsidP="001F1F32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1F1F32">
        <w:rPr>
          <w:rFonts w:eastAsia="Calibri" w:cs="Times New Roman"/>
          <w:sz w:val="20"/>
          <w:szCs w:val="20"/>
          <w:lang w:val="ru-RU" w:eastAsia="ru-RU"/>
        </w:rPr>
        <w:t xml:space="preserve">по </w:t>
      </w:r>
      <w:proofErr w:type="gramStart"/>
      <w:r w:rsidRPr="001F1F32">
        <w:rPr>
          <w:rFonts w:eastAsia="Calibri" w:cs="Times New Roman"/>
          <w:sz w:val="20"/>
          <w:szCs w:val="20"/>
          <w:lang w:val="ru-RU" w:eastAsia="ru-RU"/>
        </w:rPr>
        <w:t>компетенции  УК</w:t>
      </w:r>
      <w:proofErr w:type="gramEnd"/>
      <w:r w:rsidRPr="001F1F32">
        <w:rPr>
          <w:rFonts w:eastAsia="Calibri" w:cs="Times New Roman"/>
          <w:sz w:val="20"/>
          <w:szCs w:val="20"/>
          <w:lang w:val="ru-RU" w:eastAsia="ru-RU"/>
        </w:rPr>
        <w:t xml:space="preserve">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1F1F32" w:rsidRPr="006744FC" w14:paraId="2ADC404A" w14:textId="77777777" w:rsidTr="00AC504E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505D3A1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1F1F32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B947F16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1F1F32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1F1F32" w:rsidRPr="006744FC" w14:paraId="1630293E" w14:textId="77777777" w:rsidTr="00AC504E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5E9B33CB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031ED595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0F458A5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8F98F87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90419DE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D611BBD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3171DD1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783B23A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0FD494C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695BF2D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07807243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65AC186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</w:tc>
      </w:tr>
      <w:tr w:rsidR="001F1F32" w:rsidRPr="006744FC" w14:paraId="203C425B" w14:textId="77777777" w:rsidTr="00AC504E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AAE77F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77FC0EA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B189951" w14:textId="77777777" w:rsidR="001F1F32" w:rsidRPr="001F1F32" w:rsidRDefault="001F1F32" w:rsidP="001F1F32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9BE76C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2ADF1BD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4C3BCA6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2CD03C8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4BAE53CB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79D1634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  <w:p w14:paraId="70DB1833" w14:textId="77777777" w:rsidR="001F1F32" w:rsidRPr="001F1F32" w:rsidRDefault="001F1F32" w:rsidP="001F1F32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42CA7134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14:paraId="6B65B10E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1F1F32" w:rsidRPr="001F1F32" w14:paraId="55C8FF01" w14:textId="77777777" w:rsidTr="00AC504E">
        <w:tc>
          <w:tcPr>
            <w:tcW w:w="1701" w:type="dxa"/>
            <w:vAlign w:val="center"/>
          </w:tcPr>
          <w:p w14:paraId="374645C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14:paraId="1DEF6EC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0578DA4D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085B7CF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38D4C92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5636697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0079A55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1F1F32" w:rsidRPr="001F1F32" w14:paraId="5CA481BE" w14:textId="77777777" w:rsidTr="00AC504E">
        <w:tc>
          <w:tcPr>
            <w:tcW w:w="9622" w:type="dxa"/>
            <w:gridSpan w:val="4"/>
          </w:tcPr>
          <w:p w14:paraId="1AEBA1A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1</w:t>
            </w:r>
          </w:p>
        </w:tc>
      </w:tr>
      <w:tr w:rsidR="001F1F32" w:rsidRPr="001F1F32" w14:paraId="27DE71C4" w14:textId="77777777" w:rsidTr="00AC504E">
        <w:tc>
          <w:tcPr>
            <w:tcW w:w="1701" w:type="dxa"/>
            <w:vMerge w:val="restart"/>
          </w:tcPr>
          <w:p w14:paraId="2E12313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0AF6C0A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3748BC6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7C71769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2EBF2384" w14:textId="77777777" w:rsidTr="00AC504E">
        <w:tc>
          <w:tcPr>
            <w:tcW w:w="1701" w:type="dxa"/>
            <w:vMerge/>
          </w:tcPr>
          <w:p w14:paraId="1BBF44F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3C6A77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4713E00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6086CEF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1F1F32" w:rsidRPr="001F1F32" w14:paraId="42144B48" w14:textId="77777777" w:rsidTr="00AC504E">
        <w:tc>
          <w:tcPr>
            <w:tcW w:w="1701" w:type="dxa"/>
            <w:vMerge/>
          </w:tcPr>
          <w:p w14:paraId="75C2387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36FE4D2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54E2DC7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E30680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1AB7A3D2" w14:textId="77777777" w:rsidTr="00AC504E">
        <w:tc>
          <w:tcPr>
            <w:tcW w:w="1701" w:type="dxa"/>
            <w:vMerge/>
          </w:tcPr>
          <w:p w14:paraId="1F98E87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81AF8D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4DCA3C1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6270C16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636EE1E4" w14:textId="77777777" w:rsidTr="00AC504E">
        <w:tc>
          <w:tcPr>
            <w:tcW w:w="1701" w:type="dxa"/>
            <w:vMerge w:val="restart"/>
          </w:tcPr>
          <w:p w14:paraId="1214734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35962E6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5D7FCCB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0ADD360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6306A6F8" w14:textId="77777777" w:rsidTr="00AC504E">
        <w:tc>
          <w:tcPr>
            <w:tcW w:w="1701" w:type="dxa"/>
            <w:vMerge/>
          </w:tcPr>
          <w:p w14:paraId="2FDCD3E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5B90F5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678F5E9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022BBD3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1F1F32" w:rsidRPr="001F1F32" w14:paraId="43AC72B0" w14:textId="77777777" w:rsidTr="00AC504E">
        <w:tc>
          <w:tcPr>
            <w:tcW w:w="1701" w:type="dxa"/>
            <w:vMerge/>
          </w:tcPr>
          <w:p w14:paraId="1140569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6C465E7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62A3720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335AF66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577DD817" w14:textId="77777777" w:rsidTr="00AC504E">
        <w:tc>
          <w:tcPr>
            <w:tcW w:w="1701" w:type="dxa"/>
            <w:vMerge/>
          </w:tcPr>
          <w:p w14:paraId="49B8A18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B199ED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30EFA66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74CF806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45902BED" w14:textId="77777777" w:rsidTr="00AC504E">
        <w:tc>
          <w:tcPr>
            <w:tcW w:w="8221" w:type="dxa"/>
            <w:gridSpan w:val="3"/>
          </w:tcPr>
          <w:p w14:paraId="11D7E11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1F1F32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21E411E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1F1F32" w:rsidRPr="001F1F32" w14:paraId="4F3055F3" w14:textId="77777777" w:rsidTr="00AC504E">
        <w:tc>
          <w:tcPr>
            <w:tcW w:w="9622" w:type="dxa"/>
            <w:gridSpan w:val="4"/>
          </w:tcPr>
          <w:p w14:paraId="46F20ED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1F1F32" w:rsidRPr="001F1F32" w14:paraId="48072099" w14:textId="77777777" w:rsidTr="00AC504E">
        <w:tc>
          <w:tcPr>
            <w:tcW w:w="1701" w:type="dxa"/>
            <w:vMerge w:val="restart"/>
          </w:tcPr>
          <w:p w14:paraId="0C5E312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14918CC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2ED16FD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33BBD5D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4828BCD0" w14:textId="77777777" w:rsidTr="00AC504E">
        <w:tc>
          <w:tcPr>
            <w:tcW w:w="1701" w:type="dxa"/>
            <w:vMerge/>
          </w:tcPr>
          <w:p w14:paraId="547A6DB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7CFE10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7CF93B7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006BF1D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1F1F32" w:rsidRPr="001F1F32" w14:paraId="2A27DE4D" w14:textId="77777777" w:rsidTr="00AC504E">
        <w:tc>
          <w:tcPr>
            <w:tcW w:w="1701" w:type="dxa"/>
            <w:vMerge/>
          </w:tcPr>
          <w:p w14:paraId="5DE041E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7F4CB45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3CAEAE9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46CB9F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3C87FCC8" w14:textId="77777777" w:rsidTr="00AC504E">
        <w:tc>
          <w:tcPr>
            <w:tcW w:w="1701" w:type="dxa"/>
            <w:vMerge/>
          </w:tcPr>
          <w:p w14:paraId="5687FD1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3A04983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5D507FC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7442AA3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02F9ADCB" w14:textId="77777777" w:rsidTr="00AC504E">
        <w:tc>
          <w:tcPr>
            <w:tcW w:w="1701" w:type="dxa"/>
            <w:vMerge w:val="restart"/>
          </w:tcPr>
          <w:p w14:paraId="47F95C8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4460432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3BFDC0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0CC26D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32D018C3" w14:textId="77777777" w:rsidTr="00AC504E">
        <w:tc>
          <w:tcPr>
            <w:tcW w:w="1701" w:type="dxa"/>
            <w:vMerge/>
          </w:tcPr>
          <w:p w14:paraId="3F8CE90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BD3EEA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2C76A5D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5EC47BD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1F1F32" w:rsidRPr="001F1F32" w14:paraId="72500548" w14:textId="77777777" w:rsidTr="00AC504E">
        <w:tc>
          <w:tcPr>
            <w:tcW w:w="1701" w:type="dxa"/>
            <w:vMerge/>
          </w:tcPr>
          <w:p w14:paraId="7452BE0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5507CB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1BCE3E0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522F0E9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41DD08E8" w14:textId="77777777" w:rsidTr="00AC504E">
        <w:tc>
          <w:tcPr>
            <w:tcW w:w="1701" w:type="dxa"/>
            <w:vMerge/>
          </w:tcPr>
          <w:p w14:paraId="02E7851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06EA30A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61595A5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3BEB02F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7BACBF62" w14:textId="77777777" w:rsidTr="00AC504E">
        <w:tc>
          <w:tcPr>
            <w:tcW w:w="8221" w:type="dxa"/>
            <w:gridSpan w:val="3"/>
          </w:tcPr>
          <w:p w14:paraId="57AB83F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1F1F32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69F1C8A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2D36FC54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17AE162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19227"/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52252F49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1F1F32" w:rsidRPr="001F1F32" w14:paraId="77F87C9A" w14:textId="77777777" w:rsidTr="00AC504E">
        <w:tc>
          <w:tcPr>
            <w:tcW w:w="2334" w:type="dxa"/>
          </w:tcPr>
          <w:p w14:paraId="7793F6A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026B786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6FF6152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E9652E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46E3886A" w14:textId="77777777" w:rsidTr="00AC504E">
        <w:tc>
          <w:tcPr>
            <w:tcW w:w="3686" w:type="dxa"/>
            <w:gridSpan w:val="2"/>
          </w:tcPr>
          <w:p w14:paraId="12D121B9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7C0780C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1F1F32" w:rsidRPr="006744FC" w14:paraId="2956F101" w14:textId="77777777" w:rsidTr="00AC504E">
        <w:tc>
          <w:tcPr>
            <w:tcW w:w="3686" w:type="dxa"/>
            <w:gridSpan w:val="2"/>
          </w:tcPr>
          <w:p w14:paraId="21F520C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53F6423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1F1F32" w:rsidRPr="001F1F32" w14:paraId="0E516BE5" w14:textId="77777777" w:rsidTr="00AC504E">
        <w:tc>
          <w:tcPr>
            <w:tcW w:w="3686" w:type="dxa"/>
            <w:gridSpan w:val="2"/>
          </w:tcPr>
          <w:p w14:paraId="07686F9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C8E68A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1F1F32" w:rsidRPr="006744FC" w14:paraId="69CD0E00" w14:textId="77777777" w:rsidTr="00AC504E">
        <w:tc>
          <w:tcPr>
            <w:tcW w:w="9639" w:type="dxa"/>
            <w:gridSpan w:val="4"/>
          </w:tcPr>
          <w:p w14:paraId="64A4DD85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23D33366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7867A219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3AC29550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14:paraId="55E6FE32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19B29FBB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74A67B0F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31CBDC25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74C94E48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1F1F32" w:rsidRPr="001F1F32" w14:paraId="58CECFA6" w14:textId="77777777" w:rsidTr="00AC504E">
        <w:tc>
          <w:tcPr>
            <w:tcW w:w="3686" w:type="dxa"/>
            <w:gridSpan w:val="2"/>
          </w:tcPr>
          <w:p w14:paraId="7A9EFAED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00D49A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1F1F32" w:rsidRPr="006744FC" w14:paraId="177B319C" w14:textId="77777777" w:rsidTr="00AC504E">
        <w:tc>
          <w:tcPr>
            <w:tcW w:w="3686" w:type="dxa"/>
            <w:gridSpan w:val="2"/>
          </w:tcPr>
          <w:p w14:paraId="1101008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6E7EF49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1F1F32" w:rsidRPr="006744FC" w14:paraId="1CFA5D2E" w14:textId="77777777" w:rsidTr="00AC504E">
        <w:tc>
          <w:tcPr>
            <w:tcW w:w="3686" w:type="dxa"/>
            <w:gridSpan w:val="2"/>
          </w:tcPr>
          <w:p w14:paraId="6C2AE9D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559B17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1F1F32" w:rsidRPr="001F1F32" w14:paraId="4A5BF855" w14:textId="77777777" w:rsidTr="00AC504E">
        <w:tc>
          <w:tcPr>
            <w:tcW w:w="9639" w:type="dxa"/>
            <w:gridSpan w:val="4"/>
            <w:tcBorders>
              <w:bottom w:val="nil"/>
            </w:tcBorders>
          </w:tcPr>
          <w:p w14:paraId="4BD5689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551AD34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01293EBE" w14:textId="77777777" w:rsidR="001F1F32" w:rsidRPr="001F1F32" w:rsidRDefault="001F1F32" w:rsidP="001F1F32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14:paraId="2658A59D" w14:textId="77777777" w:rsidR="001F1F32" w:rsidRPr="001F1F32" w:rsidRDefault="001F1F32" w:rsidP="001F1F32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31D6406B" w14:textId="77777777" w:rsidR="001F1F32" w:rsidRPr="001F1F32" w:rsidRDefault="001F1F32" w:rsidP="001F1F32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14:paraId="037219AF" w14:textId="77777777" w:rsidR="001F1F32" w:rsidRPr="001F1F32" w:rsidRDefault="001F1F32" w:rsidP="001F1F32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4B50115F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59B753F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691C58C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F85EF40" w14:textId="77777777" w:rsidR="001F1F32" w:rsidRPr="001F1F32" w:rsidRDefault="001F1F32" w:rsidP="001F1F32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14:paraId="50387637" w14:textId="77777777" w:rsidR="001F1F32" w:rsidRPr="001F1F32" w:rsidRDefault="001F1F32" w:rsidP="001F1F32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14:paraId="211C0183" w14:textId="77777777" w:rsidR="001F1F32" w:rsidRPr="001F1F32" w:rsidRDefault="001F1F32" w:rsidP="001F1F32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14:paraId="4A72B6C9" w14:textId="77777777" w:rsidR="001F1F32" w:rsidRPr="001F1F32" w:rsidRDefault="001F1F32" w:rsidP="001F1F32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2DDB1FB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11D185D4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552BAB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1F1F32" w:rsidRPr="001F1F32" w14:paraId="4A028A7E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E07C1DA" w14:textId="77777777" w:rsidR="001F1F32" w:rsidRPr="001F1F32" w:rsidRDefault="001F1F32" w:rsidP="001F1F32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7AA485A2" w14:textId="77777777" w:rsidR="001F1F32" w:rsidRPr="001F1F32" w:rsidRDefault="001F1F32" w:rsidP="001F1F32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14A795F5" w14:textId="77777777" w:rsidR="001F1F32" w:rsidRPr="001F1F32" w:rsidRDefault="001F1F32" w:rsidP="001F1F32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7C30A673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16E90CC" w14:textId="77777777" w:rsidR="001F1F32" w:rsidRPr="001F1F32" w:rsidRDefault="001F1F32" w:rsidP="001F1F32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14:paraId="39B5C83D" w14:textId="77777777" w:rsidR="001F1F32" w:rsidRPr="001F1F32" w:rsidRDefault="001F1F32" w:rsidP="001F1F32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14:paraId="0DCF95D1" w14:textId="77777777" w:rsidR="001F1F32" w:rsidRPr="001F1F32" w:rsidRDefault="001F1F32" w:rsidP="001F1F32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14:paraId="6FB33B9B" w14:textId="77777777" w:rsidR="001F1F32" w:rsidRPr="001F1F32" w:rsidRDefault="001F1F32" w:rsidP="001F1F32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1F1F32" w:rsidRPr="001F1F32" w14:paraId="1AF1FCDE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E87CDE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1F1F32" w:rsidRPr="001F1F32" w14:paraId="41D233F1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07E991A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1.Физическая культура </w:t>
            </w:r>
          </w:p>
          <w:p w14:paraId="23C46D16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4199BB6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41B68900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2B29C25" w14:textId="77777777" w:rsidR="001F1F32" w:rsidRPr="001F1F32" w:rsidRDefault="001F1F32" w:rsidP="001F1F32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14:paraId="691CF46E" w14:textId="77777777" w:rsidR="001F1F32" w:rsidRPr="001F1F32" w:rsidRDefault="001F1F32" w:rsidP="001F1F32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16DA1A9F" w14:textId="77777777" w:rsidR="001F1F32" w:rsidRPr="001F1F32" w:rsidRDefault="001F1F32" w:rsidP="001F1F32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483C068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1F1F32" w:rsidRPr="006744FC" w14:paraId="2B1B35AF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81F7D6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1F1F32" w:rsidRPr="001F1F32" w14:paraId="0E670362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DE73CCF" w14:textId="77777777" w:rsidR="001F1F32" w:rsidRPr="001F1F32" w:rsidRDefault="001F1F32" w:rsidP="001F1F32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3B14C0EB" w14:textId="77777777" w:rsidR="001F1F32" w:rsidRPr="001F1F32" w:rsidRDefault="001F1F32" w:rsidP="001F1F32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Лионель Месси</w:t>
            </w:r>
          </w:p>
          <w:p w14:paraId="2639CA8B" w14:textId="77777777" w:rsidR="001F1F32" w:rsidRPr="001F1F32" w:rsidRDefault="001F1F32" w:rsidP="001F1F32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Рафаэль Надаль</w:t>
            </w:r>
          </w:p>
          <w:p w14:paraId="121C01C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577DDE01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2BA9F9D" w14:textId="77777777" w:rsidR="001F1F32" w:rsidRPr="001F1F32" w:rsidRDefault="001F1F32" w:rsidP="001F1F32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1C89F5F2" w14:textId="77777777" w:rsidR="001F1F32" w:rsidRPr="001F1F32" w:rsidRDefault="001F1F32" w:rsidP="001F1F32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14:paraId="73AD0952" w14:textId="77777777" w:rsidR="001F1F32" w:rsidRPr="001F1F32" w:rsidRDefault="001F1F32" w:rsidP="001F1F32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14:paraId="504B88C6" w14:textId="77777777" w:rsidR="001F1F32" w:rsidRPr="001F1F32" w:rsidRDefault="001F1F32" w:rsidP="001F1F32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14:paraId="7CCAE2A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6744FC" w14:paraId="1D2C2A2F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0F975E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1F1F32" w:rsidRPr="001F1F32" w14:paraId="629B0DAE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25B00B3" w14:textId="77777777" w:rsidR="001F1F32" w:rsidRPr="001F1F32" w:rsidRDefault="001F1F32" w:rsidP="001F1F32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3836B2A3" w14:textId="77777777" w:rsidR="001F1F32" w:rsidRPr="001F1F32" w:rsidRDefault="001F1F32" w:rsidP="001F1F32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14:paraId="256FE85D" w14:textId="77777777" w:rsidR="001F1F32" w:rsidRPr="001F1F32" w:rsidRDefault="001F1F32" w:rsidP="001F1F32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513206C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73A2B8E" w14:textId="77777777" w:rsidR="001F1F32" w:rsidRPr="001F1F32" w:rsidRDefault="001F1F32" w:rsidP="001F1F32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14:paraId="5DA5895A" w14:textId="77777777" w:rsidR="001F1F32" w:rsidRPr="001F1F32" w:rsidRDefault="001F1F32" w:rsidP="001F1F32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32932653" w14:textId="77777777" w:rsidR="001F1F32" w:rsidRPr="001F1F32" w:rsidRDefault="001F1F32" w:rsidP="001F1F32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523215D1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667BE0B2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967EA7A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1F1F32" w:rsidRPr="001F1F32" w14:paraId="58691EDD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168B15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1F1F32" w:rsidRPr="001F1F32" w14:paraId="0B96C263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3D1FBA5" w14:textId="77777777" w:rsidR="001F1F32" w:rsidRPr="001F1F32" w:rsidRDefault="001F1F32" w:rsidP="001F1F32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39AFD058" w14:textId="77777777" w:rsidR="001F1F32" w:rsidRPr="001F1F32" w:rsidRDefault="001F1F32" w:rsidP="001F1F32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28D88CEC" w14:textId="77777777" w:rsidR="001F1F32" w:rsidRPr="001F1F32" w:rsidRDefault="001F1F32" w:rsidP="001F1F32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16A3021E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0694FE36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CE911C5" w14:textId="77777777" w:rsidR="001F1F32" w:rsidRPr="001F1F32" w:rsidRDefault="001F1F32" w:rsidP="001F1F32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345B763A" w14:textId="77777777" w:rsidR="001F1F32" w:rsidRPr="001F1F32" w:rsidRDefault="001F1F32" w:rsidP="001F1F32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33D369BC" w14:textId="77777777" w:rsidR="001F1F32" w:rsidRPr="001F1F32" w:rsidRDefault="001F1F32" w:rsidP="001F1F32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508C22E5" w14:textId="77777777" w:rsidR="001F1F32" w:rsidRPr="001F1F32" w:rsidRDefault="001F1F32" w:rsidP="001F1F32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14:paraId="2B237D9D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1F1F32" w:rsidRPr="001F1F32" w14:paraId="77A6D8B2" w14:textId="77777777" w:rsidTr="00AC504E">
        <w:tc>
          <w:tcPr>
            <w:tcW w:w="3686" w:type="dxa"/>
            <w:gridSpan w:val="2"/>
          </w:tcPr>
          <w:p w14:paraId="31ABF4FB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CE210AF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1F1F32" w:rsidRPr="001F1F32" w14:paraId="1EDA8F8C" w14:textId="77777777" w:rsidTr="00AC504E">
        <w:tc>
          <w:tcPr>
            <w:tcW w:w="3686" w:type="dxa"/>
            <w:gridSpan w:val="2"/>
          </w:tcPr>
          <w:p w14:paraId="56D41DA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28336D0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1F1F32" w:rsidRPr="001F1F32" w14:paraId="5800DEE1" w14:textId="77777777" w:rsidTr="00AC504E">
        <w:tc>
          <w:tcPr>
            <w:tcW w:w="3686" w:type="dxa"/>
            <w:gridSpan w:val="2"/>
          </w:tcPr>
          <w:p w14:paraId="41C1BA5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01746B8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1F1F32" w:rsidRPr="006744FC" w14:paraId="42EB9D27" w14:textId="77777777" w:rsidTr="00AC504E">
        <w:tc>
          <w:tcPr>
            <w:tcW w:w="9639" w:type="dxa"/>
            <w:gridSpan w:val="4"/>
          </w:tcPr>
          <w:p w14:paraId="3473360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63F8C45F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9925D3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1F1F32" w:rsidRPr="001F1F32" w14:paraId="1F6BF275" w14:textId="77777777" w:rsidTr="00AC504E">
        <w:tc>
          <w:tcPr>
            <w:tcW w:w="2694" w:type="dxa"/>
            <w:vAlign w:val="center"/>
          </w:tcPr>
          <w:p w14:paraId="5F0F8FC7" w14:textId="77777777" w:rsidR="001F1F32" w:rsidRPr="001F1F32" w:rsidRDefault="001F1F32" w:rsidP="001F1F32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730B9BF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1F1F32" w:rsidRPr="001F1F32" w14:paraId="48B491F5" w14:textId="77777777" w:rsidTr="00AC504E">
        <w:tc>
          <w:tcPr>
            <w:tcW w:w="2694" w:type="dxa"/>
          </w:tcPr>
          <w:p w14:paraId="0B41392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603ABEB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1F1F32" w:rsidRPr="001F1F32" w14:paraId="126D5A6D" w14:textId="77777777" w:rsidTr="00AC504E">
        <w:tc>
          <w:tcPr>
            <w:tcW w:w="2694" w:type="dxa"/>
          </w:tcPr>
          <w:p w14:paraId="5250456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6C83AC1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1F1F32" w:rsidRPr="001F1F32" w14:paraId="4CC50F4E" w14:textId="77777777" w:rsidTr="00AC504E">
        <w:tc>
          <w:tcPr>
            <w:tcW w:w="2694" w:type="dxa"/>
          </w:tcPr>
          <w:p w14:paraId="0832D57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21336C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1F1F32" w:rsidRPr="001F1F32" w14:paraId="3C3B18AA" w14:textId="77777777" w:rsidTr="00AC504E">
        <w:tc>
          <w:tcPr>
            <w:tcW w:w="2694" w:type="dxa"/>
          </w:tcPr>
          <w:p w14:paraId="3EE9025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0C0BD01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1F1F32" w:rsidRPr="001F1F32" w14:paraId="3A216C36" w14:textId="77777777" w:rsidTr="00AC504E">
        <w:tc>
          <w:tcPr>
            <w:tcW w:w="2694" w:type="dxa"/>
          </w:tcPr>
          <w:p w14:paraId="422DF37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77E227E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1F1F32" w:rsidRPr="001F1F32" w14:paraId="0B254FAB" w14:textId="77777777" w:rsidTr="00AC504E">
        <w:tc>
          <w:tcPr>
            <w:tcW w:w="2694" w:type="dxa"/>
          </w:tcPr>
          <w:p w14:paraId="2F411C6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6FEA50A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1F1F32" w:rsidRPr="001F1F32" w14:paraId="07CDC98C" w14:textId="77777777" w:rsidTr="00AC504E">
        <w:tc>
          <w:tcPr>
            <w:tcW w:w="2694" w:type="dxa"/>
          </w:tcPr>
          <w:p w14:paraId="316E18B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67B78DF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1F1F32" w:rsidRPr="001F1F32" w14:paraId="32B9AC15" w14:textId="77777777" w:rsidTr="00AC504E">
        <w:tc>
          <w:tcPr>
            <w:tcW w:w="2694" w:type="dxa"/>
          </w:tcPr>
          <w:p w14:paraId="7CB9B5A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7B7AD7E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1F1F32" w:rsidRPr="001F1F32" w14:paraId="2562F7D1" w14:textId="77777777" w:rsidTr="00AC504E">
        <w:tc>
          <w:tcPr>
            <w:tcW w:w="2694" w:type="dxa"/>
          </w:tcPr>
          <w:p w14:paraId="180B828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0C9AB01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1F1F32" w:rsidRPr="001F1F32" w14:paraId="07C5F44F" w14:textId="77777777" w:rsidTr="00AC504E">
        <w:tc>
          <w:tcPr>
            <w:tcW w:w="2694" w:type="dxa"/>
          </w:tcPr>
          <w:p w14:paraId="60C9D80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3A70785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1"/>
    </w:tbl>
    <w:p w14:paraId="503A257C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1BCD505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14:paraId="24450BE4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2" w:name="_Hlk185633395"/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07E5F2F6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1F1F32" w:rsidRPr="001F1F32" w14:paraId="7024A62D" w14:textId="77777777" w:rsidTr="00AC504E">
        <w:tc>
          <w:tcPr>
            <w:tcW w:w="2334" w:type="dxa"/>
          </w:tcPr>
          <w:p w14:paraId="1BA685A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5E616F8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5B0008B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2B5B7F0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1F1F32" w:rsidRPr="001F1F32" w14:paraId="3B57EDCB" w14:textId="77777777" w:rsidTr="00AC504E">
        <w:tc>
          <w:tcPr>
            <w:tcW w:w="3686" w:type="dxa"/>
            <w:gridSpan w:val="2"/>
          </w:tcPr>
          <w:p w14:paraId="4907F180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0C89DB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1F1F32" w:rsidRPr="006744FC" w14:paraId="2CEA750E" w14:textId="77777777" w:rsidTr="00AC504E">
        <w:tc>
          <w:tcPr>
            <w:tcW w:w="3686" w:type="dxa"/>
            <w:gridSpan w:val="2"/>
          </w:tcPr>
          <w:p w14:paraId="374A5CF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3ADC350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1F1F32" w:rsidRPr="001F1F32" w14:paraId="51D5EDEE" w14:textId="77777777" w:rsidTr="00AC504E">
        <w:tc>
          <w:tcPr>
            <w:tcW w:w="3686" w:type="dxa"/>
            <w:gridSpan w:val="2"/>
          </w:tcPr>
          <w:p w14:paraId="3999601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C075F0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1F1F32" w:rsidRPr="001F1F32" w14:paraId="5CC45EC3" w14:textId="77777777" w:rsidTr="00AC504E">
        <w:tc>
          <w:tcPr>
            <w:tcW w:w="9639" w:type="dxa"/>
            <w:gridSpan w:val="4"/>
          </w:tcPr>
          <w:p w14:paraId="1715A180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футбола?</w:t>
            </w:r>
          </w:p>
          <w:p w14:paraId="33E15D67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67C91135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27A60176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2692D23A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6997C40C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7E48FD69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512EAB6A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0672EE88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14:paraId="023595E7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47F9C2E5" w14:textId="77777777" w:rsidTr="00AC504E">
        <w:tc>
          <w:tcPr>
            <w:tcW w:w="3686" w:type="dxa"/>
            <w:gridSpan w:val="2"/>
          </w:tcPr>
          <w:p w14:paraId="7474403F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AD1A6D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1F1F32" w:rsidRPr="006744FC" w14:paraId="44AB8254" w14:textId="77777777" w:rsidTr="00AC504E">
        <w:tc>
          <w:tcPr>
            <w:tcW w:w="3686" w:type="dxa"/>
            <w:gridSpan w:val="2"/>
          </w:tcPr>
          <w:p w14:paraId="53B6A7A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14A91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1F1F32" w:rsidRPr="006744FC" w14:paraId="180FC324" w14:textId="77777777" w:rsidTr="00AC504E">
        <w:tc>
          <w:tcPr>
            <w:tcW w:w="3686" w:type="dxa"/>
            <w:gridSpan w:val="2"/>
          </w:tcPr>
          <w:p w14:paraId="02B3AB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1D4B42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1F1F32" w:rsidRPr="001F1F32" w14:paraId="598B6F11" w14:textId="77777777" w:rsidTr="00AC504E">
        <w:tc>
          <w:tcPr>
            <w:tcW w:w="9639" w:type="dxa"/>
            <w:gridSpan w:val="4"/>
            <w:tcBorders>
              <w:bottom w:val="nil"/>
            </w:tcBorders>
          </w:tcPr>
          <w:p w14:paraId="2FBE027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7704BA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1A13B5D1" w14:textId="77777777" w:rsidR="001F1F32" w:rsidRPr="001F1F32" w:rsidRDefault="001F1F32" w:rsidP="001F1F32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14:paraId="0132CC7A" w14:textId="77777777" w:rsidR="001F1F32" w:rsidRPr="001F1F32" w:rsidRDefault="001F1F32" w:rsidP="001F1F32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14DB049E" w14:textId="77777777" w:rsidR="001F1F32" w:rsidRPr="001F1F32" w:rsidRDefault="001F1F32" w:rsidP="001F1F32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314CDFE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D35FF8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4.Установите </w:t>
            </w:r>
            <w:proofErr w:type="gramStart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последовательность  частей</w:t>
            </w:r>
            <w:proofErr w:type="gramEnd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занятия по физической культуре:</w:t>
            </w:r>
          </w:p>
          <w:p w14:paraId="4B991AD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4BA6F00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5E536BE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415E4BB6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484AEABB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530B2D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1F1F32" w:rsidRPr="001F1F32" w14:paraId="2B5502C9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7D1BD9FA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3086480D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2A86FADB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17527F2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2E3A0C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1F1F32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14:paraId="019AD373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1F1F32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14:paraId="2BAE9342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1F1F32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14:paraId="63541275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1F1F32" w:rsidRPr="001F1F32" w14:paraId="1F096829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758A6F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1F1F32" w:rsidRPr="006744FC" w14:paraId="3B30692C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6EDA311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2595A988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14:paraId="79957E86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14:paraId="7723DCC1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5D8BE8B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571299A9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1F1F32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7F9DC6F3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62E6615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1F1F32" w:rsidRPr="006744FC" w14:paraId="5EA16FD1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B3F836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1F1F32" w:rsidRPr="001F1F32" w14:paraId="6F34D4C6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724B9DDB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1Майкал </w:t>
            </w:r>
            <w:proofErr w:type="spellStart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Джордан</w:t>
            </w:r>
            <w:proofErr w:type="spellEnd"/>
          </w:p>
          <w:p w14:paraId="59F3E13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7C137176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10F4B973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177B34B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CA306D5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454A00DB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430FA58E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14:paraId="4A4F03D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14:paraId="54522A7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6744FC" w14:paraId="4AE827CE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58D3A83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1F1F32" w:rsidRPr="001F1F32" w14:paraId="535ED9FA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74BF908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489D70A9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14:paraId="5AF7EB8B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74141FC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3138E1A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 Лыжные гонки</w:t>
            </w:r>
          </w:p>
          <w:p w14:paraId="603F448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7633C028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3A5FC0AF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14:paraId="066FC0AF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083FBB84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1009647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1F1F32" w:rsidRPr="001F1F32" w14:paraId="5A532F87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8DD3BF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1F1F32" w:rsidRPr="00CB1E56" w14:paraId="6E0EAD41" w14:textId="77777777" w:rsidTr="00AC504E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45326FC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450B5C53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5FE1C0A1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72A7D09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2AF9B3C8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872B66E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14:paraId="73CD6B55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14:paraId="2A9B7FC3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proofErr w:type="gramStart"/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  <w:proofErr w:type="gramEnd"/>
          </w:p>
          <w:p w14:paraId="2A811443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14:paraId="34F31F9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1F1F32" w:rsidRPr="001F1F32" w14:paraId="22879E90" w14:textId="77777777" w:rsidTr="00AC504E">
        <w:tc>
          <w:tcPr>
            <w:tcW w:w="3686" w:type="dxa"/>
            <w:gridSpan w:val="2"/>
          </w:tcPr>
          <w:p w14:paraId="44197D91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0F2ED55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1F1F32" w:rsidRPr="001F1F32" w14:paraId="057FABC4" w14:textId="77777777" w:rsidTr="00AC504E">
        <w:tc>
          <w:tcPr>
            <w:tcW w:w="3686" w:type="dxa"/>
            <w:gridSpan w:val="2"/>
          </w:tcPr>
          <w:p w14:paraId="47DAB52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C63A36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1F1F32" w:rsidRPr="001F1F32" w14:paraId="1AE0CDD9" w14:textId="77777777" w:rsidTr="00AC504E">
        <w:tc>
          <w:tcPr>
            <w:tcW w:w="3686" w:type="dxa"/>
            <w:gridSpan w:val="2"/>
          </w:tcPr>
          <w:p w14:paraId="0DED246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D9AE8C6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1F1F32" w:rsidRPr="001F1F32" w14:paraId="3581F771" w14:textId="77777777" w:rsidTr="00AC504E">
        <w:tc>
          <w:tcPr>
            <w:tcW w:w="9639" w:type="dxa"/>
            <w:gridSpan w:val="4"/>
          </w:tcPr>
          <w:p w14:paraId="3D45B01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………..</w:t>
            </w:r>
          </w:p>
        </w:tc>
      </w:tr>
    </w:tbl>
    <w:p w14:paraId="55FE78A6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E6766E7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1F1F32" w:rsidRPr="001F1F32" w14:paraId="287086A4" w14:textId="77777777" w:rsidTr="00AC504E">
        <w:tc>
          <w:tcPr>
            <w:tcW w:w="2694" w:type="dxa"/>
            <w:vAlign w:val="center"/>
          </w:tcPr>
          <w:p w14:paraId="7FE36349" w14:textId="77777777" w:rsidR="001F1F32" w:rsidRPr="001F1F32" w:rsidRDefault="001F1F32" w:rsidP="001F1F32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5164F0A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1F1F32" w:rsidRPr="001F1F32" w14:paraId="73EDA91F" w14:textId="77777777" w:rsidTr="00AC504E">
        <w:tc>
          <w:tcPr>
            <w:tcW w:w="2694" w:type="dxa"/>
          </w:tcPr>
          <w:p w14:paraId="7FEA0A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0AF662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1F1F32" w:rsidRPr="001F1F32" w14:paraId="05F87905" w14:textId="77777777" w:rsidTr="00AC504E">
        <w:tc>
          <w:tcPr>
            <w:tcW w:w="2694" w:type="dxa"/>
          </w:tcPr>
          <w:p w14:paraId="7F7DFFB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1FC93B6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1F1F32" w:rsidRPr="001F1F32" w14:paraId="5AC9F9C1" w14:textId="77777777" w:rsidTr="00AC504E">
        <w:tc>
          <w:tcPr>
            <w:tcW w:w="2694" w:type="dxa"/>
          </w:tcPr>
          <w:p w14:paraId="28477AC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593ED6F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1F1F32" w:rsidRPr="001F1F32" w14:paraId="60B32454" w14:textId="77777777" w:rsidTr="00AC504E">
        <w:tc>
          <w:tcPr>
            <w:tcW w:w="2694" w:type="dxa"/>
          </w:tcPr>
          <w:p w14:paraId="117F3F2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59A66D1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1F1F32" w:rsidRPr="001F1F32" w14:paraId="5BA75BA8" w14:textId="77777777" w:rsidTr="00AC504E">
        <w:tc>
          <w:tcPr>
            <w:tcW w:w="2694" w:type="dxa"/>
          </w:tcPr>
          <w:p w14:paraId="53858DB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459AB89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1F1F32" w:rsidRPr="001F1F32" w14:paraId="27F2FC8F" w14:textId="77777777" w:rsidTr="00AC504E">
        <w:tc>
          <w:tcPr>
            <w:tcW w:w="2694" w:type="dxa"/>
          </w:tcPr>
          <w:p w14:paraId="3E7412B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05FF231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1F1F32" w:rsidRPr="001F1F32" w14:paraId="0AAEFE63" w14:textId="77777777" w:rsidTr="00AC504E">
        <w:tc>
          <w:tcPr>
            <w:tcW w:w="2694" w:type="dxa"/>
          </w:tcPr>
          <w:p w14:paraId="2FCFB87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4EE38D4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1F1F32" w:rsidRPr="001F1F32" w14:paraId="43C9FA50" w14:textId="77777777" w:rsidTr="00AC504E">
        <w:tc>
          <w:tcPr>
            <w:tcW w:w="2694" w:type="dxa"/>
          </w:tcPr>
          <w:p w14:paraId="7661D48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2236AE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1F1F32" w:rsidRPr="001F1F32" w14:paraId="3BD062A9" w14:textId="77777777" w:rsidTr="00AC504E">
        <w:tc>
          <w:tcPr>
            <w:tcW w:w="2694" w:type="dxa"/>
          </w:tcPr>
          <w:p w14:paraId="36949E5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7E8B29D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1F1F32" w:rsidRPr="001F1F32" w14:paraId="24B51D0E" w14:textId="77777777" w:rsidTr="00AC504E">
        <w:tc>
          <w:tcPr>
            <w:tcW w:w="2694" w:type="dxa"/>
          </w:tcPr>
          <w:p w14:paraId="4465D38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1170854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2"/>
    </w:tbl>
    <w:p w14:paraId="53286106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F1F1332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76305434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6"/>
        <w:gridCol w:w="288"/>
        <w:gridCol w:w="288"/>
        <w:gridCol w:w="3333"/>
        <w:gridCol w:w="3342"/>
      </w:tblGrid>
      <w:tr w:rsidR="001F1F32" w:rsidRPr="001F1F32" w14:paraId="56514BBB" w14:textId="77777777" w:rsidTr="00AC504E">
        <w:tc>
          <w:tcPr>
            <w:tcW w:w="2334" w:type="dxa"/>
          </w:tcPr>
          <w:p w14:paraId="371B567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2ECFD0C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7589C7D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1C5A4D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6AF75532" w14:textId="77777777" w:rsidTr="00AC504E">
        <w:tc>
          <w:tcPr>
            <w:tcW w:w="3686" w:type="dxa"/>
            <w:gridSpan w:val="3"/>
          </w:tcPr>
          <w:p w14:paraId="07D3224C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9D77D8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1F1F32" w:rsidRPr="006744FC" w14:paraId="21C602C9" w14:textId="77777777" w:rsidTr="00AC504E">
        <w:tc>
          <w:tcPr>
            <w:tcW w:w="3686" w:type="dxa"/>
            <w:gridSpan w:val="3"/>
          </w:tcPr>
          <w:p w14:paraId="2D8C3F0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859A2C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1F1F32" w:rsidRPr="001F1F32" w14:paraId="04DA0A9A" w14:textId="77777777" w:rsidTr="00AC504E">
        <w:tc>
          <w:tcPr>
            <w:tcW w:w="3686" w:type="dxa"/>
            <w:gridSpan w:val="3"/>
          </w:tcPr>
          <w:p w14:paraId="44659AE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8F39CF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1F1F32" w:rsidRPr="001F1F32" w14:paraId="5752575B" w14:textId="77777777" w:rsidTr="00AC504E">
        <w:tc>
          <w:tcPr>
            <w:tcW w:w="9639" w:type="dxa"/>
            <w:gridSpan w:val="5"/>
          </w:tcPr>
          <w:p w14:paraId="3BD55903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баскетбола?</w:t>
            </w:r>
          </w:p>
          <w:p w14:paraId="02C4A23C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4C90789D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5D700E4E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2EE1AD10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22B919C7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321EAE67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5E15675A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14:paraId="762AE1E6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66293E92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305944D3" w14:textId="77777777" w:rsidTr="00AC504E">
        <w:tc>
          <w:tcPr>
            <w:tcW w:w="3686" w:type="dxa"/>
            <w:gridSpan w:val="3"/>
          </w:tcPr>
          <w:p w14:paraId="0CEE229E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6B2B1B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1F1F32" w:rsidRPr="006744FC" w14:paraId="44C85CB5" w14:textId="77777777" w:rsidTr="00AC504E">
        <w:tc>
          <w:tcPr>
            <w:tcW w:w="3686" w:type="dxa"/>
            <w:gridSpan w:val="3"/>
          </w:tcPr>
          <w:p w14:paraId="6BB2301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DEBA93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1F1F32" w:rsidRPr="006744FC" w14:paraId="3F64D991" w14:textId="77777777" w:rsidTr="00AC504E">
        <w:tc>
          <w:tcPr>
            <w:tcW w:w="3686" w:type="dxa"/>
            <w:gridSpan w:val="3"/>
          </w:tcPr>
          <w:p w14:paraId="5599538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762689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1F1F32" w:rsidRPr="001F1F32" w14:paraId="07AEBD5F" w14:textId="77777777" w:rsidTr="00AC504E">
        <w:tc>
          <w:tcPr>
            <w:tcW w:w="9639" w:type="dxa"/>
            <w:gridSpan w:val="5"/>
            <w:tcBorders>
              <w:bottom w:val="nil"/>
            </w:tcBorders>
          </w:tcPr>
          <w:p w14:paraId="1AFB76B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3C05A7D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4005A646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33C88EDE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301DA068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7B9F93BD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33F3B152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26E673C7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71F45CBA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69637B1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14:paraId="0BE35F57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2CCD3E82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58E3DA0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382FAEA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84C4FC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429C681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0552376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Объёмы нагрузки: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Параметры частоты </w:t>
            </w:r>
            <w:proofErr w:type="spellStart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3E2497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1CC3BAB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1BDFEFE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790250F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68E8355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2F5269B9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7E5F4888" w14:textId="77777777" w:rsidTr="00AC504E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5A38CD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1F1F32" w:rsidRPr="001F1F32" w14:paraId="01CC9659" w14:textId="77777777" w:rsidTr="00AC504E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286E723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0211FC5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2CB64023" w14:textId="77777777" w:rsidTr="00AC504E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20B0764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1F1F32" w:rsidRPr="001F1F32" w14:paraId="4FE397C8" w14:textId="77777777" w:rsidTr="00AC504E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66C74DF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707C37F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47225EA8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942B9C8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FDE1D99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1F1F32" w:rsidRPr="006744FC" w14:paraId="5454B43C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C963856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9FC04E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1F1F32" w:rsidRPr="006744FC" w14:paraId="0D9413ED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93432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C8320F4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1F1F32" w:rsidRPr="001F1F32" w14:paraId="4932018D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CD1210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4A3AB4A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1F1F32" w:rsidRPr="001F1F32" w14:paraId="51E991B8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725A9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40AEB17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1F1F32" w:rsidRPr="006744FC" w14:paraId="0E581EA4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8881AC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68793E4E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1F1F32" w:rsidRPr="001F1F32" w14:paraId="58282B9D" w14:textId="77777777" w:rsidTr="00AC504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59C270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2934E1B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1F1F32" w:rsidRPr="006744FC" w14:paraId="66590615" w14:textId="77777777" w:rsidTr="00AC504E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81DFCA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1726B9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1F1F32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2D970A7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1678C24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31C127B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5A1D1A6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298ABE7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4ABA3F1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661316F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0565EC9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3232EA7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1F1F32" w:rsidRPr="006744FC" w14:paraId="0B4C5ABC" w14:textId="77777777" w:rsidTr="00AC504E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004B3856" w14:textId="77777777" w:rsidR="001F1F32" w:rsidRPr="001F1F32" w:rsidRDefault="001F1F32" w:rsidP="001F1F32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60BCF383" w14:textId="77777777" w:rsidR="001F1F32" w:rsidRPr="001F1F32" w:rsidRDefault="001F1F32" w:rsidP="001F1F32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4BD6D23D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7BBDB35A" w14:textId="77777777" w:rsidTr="00AC504E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0B41995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6EA47D8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3770F64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03A5691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1F1F32" w:rsidRPr="001F1F32" w14:paraId="45C1047D" w14:textId="77777777" w:rsidTr="00AC504E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7968AA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255194AA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1F1F32" w:rsidRPr="001F1F32" w14:paraId="2F0BCD47" w14:textId="77777777" w:rsidTr="00AC504E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8D61B3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68DF8EE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14:paraId="637955E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Start"/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Синее  —</w:t>
            </w:r>
            <w:proofErr w:type="gramEnd"/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а. Америка.</w:t>
            </w:r>
          </w:p>
          <w:p w14:paraId="40E09A8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14:paraId="0394848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73AC3EC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31F2149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1F1F32" w:rsidRPr="001F1F32" w14:paraId="38A497D7" w14:textId="77777777" w:rsidTr="00AC504E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72CEE505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 xml:space="preserve">                             </w:t>
            </w:r>
            <w:r w:rsidRPr="001F1F32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0634F4EB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1F1F32" w:rsidRPr="001F1F32" w14:paraId="759E262B" w14:textId="77777777" w:rsidTr="00AC504E">
        <w:tc>
          <w:tcPr>
            <w:tcW w:w="4678" w:type="dxa"/>
            <w:gridSpan w:val="3"/>
          </w:tcPr>
          <w:p w14:paraId="1D61DCFD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4E678D2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1F1F32" w:rsidRPr="001F1F32" w14:paraId="3C6F3DD8" w14:textId="77777777" w:rsidTr="00AC504E">
        <w:tc>
          <w:tcPr>
            <w:tcW w:w="4678" w:type="dxa"/>
            <w:gridSpan w:val="3"/>
          </w:tcPr>
          <w:p w14:paraId="4F2B312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4708ECBF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1F1F32" w:rsidRPr="001F1F32" w14:paraId="78049D0C" w14:textId="77777777" w:rsidTr="00AC504E">
        <w:tc>
          <w:tcPr>
            <w:tcW w:w="4678" w:type="dxa"/>
            <w:gridSpan w:val="3"/>
          </w:tcPr>
          <w:p w14:paraId="12A454D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4558BAD7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1F1F32" w:rsidRPr="006744FC" w14:paraId="68C2E217" w14:textId="77777777" w:rsidTr="00AC504E">
        <w:tc>
          <w:tcPr>
            <w:tcW w:w="9639" w:type="dxa"/>
            <w:gridSpan w:val="5"/>
          </w:tcPr>
          <w:p w14:paraId="6409D87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10.Кроль на груди это самый ……. стиль плавания.</w:t>
            </w:r>
          </w:p>
        </w:tc>
      </w:tr>
    </w:tbl>
    <w:p w14:paraId="17686C6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C13F31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1F1F32" w:rsidRPr="001F1F32" w14:paraId="7313AF24" w14:textId="77777777" w:rsidTr="00AC504E">
        <w:tc>
          <w:tcPr>
            <w:tcW w:w="2694" w:type="dxa"/>
            <w:vAlign w:val="center"/>
          </w:tcPr>
          <w:p w14:paraId="4462090F" w14:textId="77777777" w:rsidR="001F1F32" w:rsidRPr="001F1F32" w:rsidRDefault="001F1F32" w:rsidP="001F1F32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00024B6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1F1F32" w:rsidRPr="001F1F32" w14:paraId="7032D632" w14:textId="77777777" w:rsidTr="00AC504E">
        <w:tc>
          <w:tcPr>
            <w:tcW w:w="2694" w:type="dxa"/>
          </w:tcPr>
          <w:p w14:paraId="5532FA8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1FC1FDD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1F1F32" w:rsidRPr="001F1F32" w14:paraId="7B0B09FC" w14:textId="77777777" w:rsidTr="00AC504E">
        <w:tc>
          <w:tcPr>
            <w:tcW w:w="2694" w:type="dxa"/>
          </w:tcPr>
          <w:p w14:paraId="695040D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46D52C2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1F1F32" w:rsidRPr="001F1F32" w14:paraId="2D7845BB" w14:textId="77777777" w:rsidTr="00AC504E">
        <w:tc>
          <w:tcPr>
            <w:tcW w:w="2694" w:type="dxa"/>
          </w:tcPr>
          <w:p w14:paraId="718B0F7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7EDE33D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д  а в </w:t>
            </w:r>
          </w:p>
        </w:tc>
      </w:tr>
      <w:tr w:rsidR="001F1F32" w:rsidRPr="001F1F32" w14:paraId="342725CC" w14:textId="77777777" w:rsidTr="00AC504E">
        <w:tc>
          <w:tcPr>
            <w:tcW w:w="2694" w:type="dxa"/>
          </w:tcPr>
          <w:p w14:paraId="7A17E3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017D04A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proofErr w:type="spellStart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1F1F32" w:rsidRPr="001F1F32" w14:paraId="1189FB27" w14:textId="77777777" w:rsidTr="00AC504E">
        <w:tc>
          <w:tcPr>
            <w:tcW w:w="2694" w:type="dxa"/>
          </w:tcPr>
          <w:p w14:paraId="5CE1DB6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5FA9D62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1F1F32" w:rsidRPr="001F1F32" w14:paraId="6395C453" w14:textId="77777777" w:rsidTr="00AC504E">
        <w:tc>
          <w:tcPr>
            <w:tcW w:w="2694" w:type="dxa"/>
          </w:tcPr>
          <w:p w14:paraId="7574BE3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1AB3176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1F1F32" w:rsidRPr="001F1F32" w14:paraId="2E6917AD" w14:textId="77777777" w:rsidTr="00AC504E">
        <w:tc>
          <w:tcPr>
            <w:tcW w:w="2694" w:type="dxa"/>
          </w:tcPr>
          <w:p w14:paraId="0399924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358E47E6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в а е з ж ё </w:t>
            </w:r>
          </w:p>
        </w:tc>
      </w:tr>
      <w:tr w:rsidR="001F1F32" w:rsidRPr="001F1F32" w14:paraId="2FE0F4CD" w14:textId="77777777" w:rsidTr="00AC504E">
        <w:tc>
          <w:tcPr>
            <w:tcW w:w="2694" w:type="dxa"/>
          </w:tcPr>
          <w:p w14:paraId="10BE088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65595A1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1F1F32" w:rsidRPr="001F1F32" w14:paraId="0D869462" w14:textId="77777777" w:rsidTr="00AC504E">
        <w:tc>
          <w:tcPr>
            <w:tcW w:w="2694" w:type="dxa"/>
          </w:tcPr>
          <w:p w14:paraId="641C1FE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2600F36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1F1F32" w:rsidRPr="001F1F32" w14:paraId="6E4CD80A" w14:textId="77777777" w:rsidTr="00AC504E">
        <w:tc>
          <w:tcPr>
            <w:tcW w:w="2694" w:type="dxa"/>
          </w:tcPr>
          <w:p w14:paraId="7EF71E8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695B4AA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1508E7E1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1B45A1D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4EF1C6ED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1F1F32" w:rsidRPr="001F1F32" w14:paraId="0B462BA7" w14:textId="77777777" w:rsidTr="00AC504E">
        <w:tc>
          <w:tcPr>
            <w:tcW w:w="2334" w:type="dxa"/>
          </w:tcPr>
          <w:p w14:paraId="2C695B6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60E32D3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064A91C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75C7C10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1F1F32" w:rsidRPr="001F1F32" w14:paraId="39E60825" w14:textId="77777777" w:rsidTr="00AC504E">
        <w:tc>
          <w:tcPr>
            <w:tcW w:w="4820" w:type="dxa"/>
            <w:gridSpan w:val="2"/>
          </w:tcPr>
          <w:p w14:paraId="1E0558FF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4E33F25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1F1F32" w:rsidRPr="006744FC" w14:paraId="01202273" w14:textId="77777777" w:rsidTr="00AC504E">
        <w:tc>
          <w:tcPr>
            <w:tcW w:w="4820" w:type="dxa"/>
            <w:gridSpan w:val="2"/>
          </w:tcPr>
          <w:p w14:paraId="48D340E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6B6E4A2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1F1F32" w:rsidRPr="001F1F32" w14:paraId="1AC24C91" w14:textId="77777777" w:rsidTr="00AC504E">
        <w:tc>
          <w:tcPr>
            <w:tcW w:w="4820" w:type="dxa"/>
            <w:gridSpan w:val="2"/>
          </w:tcPr>
          <w:p w14:paraId="48D64C8D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0438E9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1F1F32" w:rsidRPr="001F1F32" w14:paraId="0305DF94" w14:textId="77777777" w:rsidTr="00AC504E">
        <w:tc>
          <w:tcPr>
            <w:tcW w:w="9639" w:type="dxa"/>
            <w:gridSpan w:val="4"/>
          </w:tcPr>
          <w:p w14:paraId="2B000702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14:paraId="3B199146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5EE6F116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5CBBBDD8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296EF40B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095050B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0FEF2F92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6600ACD5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1F1F32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42F35B71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0D07E5C1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0454061C" w14:textId="77777777" w:rsidTr="00AC504E">
        <w:tc>
          <w:tcPr>
            <w:tcW w:w="4820" w:type="dxa"/>
            <w:gridSpan w:val="2"/>
          </w:tcPr>
          <w:p w14:paraId="135EE8AA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3B10889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1F1F32" w:rsidRPr="006744FC" w14:paraId="000C6423" w14:textId="77777777" w:rsidTr="00AC504E">
        <w:tc>
          <w:tcPr>
            <w:tcW w:w="4820" w:type="dxa"/>
            <w:gridSpan w:val="2"/>
          </w:tcPr>
          <w:p w14:paraId="267B151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5AE4368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1F1F32" w:rsidRPr="006744FC" w14:paraId="402612B2" w14:textId="77777777" w:rsidTr="00AC504E">
        <w:tc>
          <w:tcPr>
            <w:tcW w:w="4820" w:type="dxa"/>
            <w:gridSpan w:val="2"/>
          </w:tcPr>
          <w:p w14:paraId="766A41B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5671F3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1F1F32" w:rsidRPr="006744FC" w14:paraId="1DDD3182" w14:textId="77777777" w:rsidTr="00AC504E">
        <w:tc>
          <w:tcPr>
            <w:tcW w:w="9639" w:type="dxa"/>
            <w:gridSpan w:val="4"/>
            <w:tcBorders>
              <w:bottom w:val="nil"/>
            </w:tcBorders>
          </w:tcPr>
          <w:p w14:paraId="0FA7FE9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ADEF57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167AE34B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036E75AA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3FA49DD3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294781CB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374B0FEE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55AEE65D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31C873E0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212160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3AE46A4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67CE0E51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708222C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3E13EFA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0F33CFA6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9C1144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</w:p>
        </w:tc>
      </w:tr>
      <w:tr w:rsidR="001F1F32" w:rsidRPr="001F1F32" w14:paraId="24606DAE" w14:textId="77777777" w:rsidTr="00AC504E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51B1BD57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2AB988A0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2ABB29AF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693AE3F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13480F7D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14:paraId="4E86EDF3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14:paraId="29635E51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64261780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1F1F32" w:rsidRPr="001F1F32" w14:paraId="51B7DC18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25C806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1F1F32" w:rsidRPr="006744FC" w14:paraId="02F30A58" w14:textId="77777777" w:rsidTr="00AC504E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15836049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6C1182A5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76CDE1A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5356010E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5736402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56D0661C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Б) Ч. Бакстер</w:t>
            </w:r>
          </w:p>
          <w:p w14:paraId="13EA21A8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14:paraId="1819E993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35226114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01F8E63F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0E08FC9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1F1F32" w:rsidRPr="006744FC" w14:paraId="4FC11C56" w14:textId="77777777" w:rsidTr="00AC504E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44A5A94C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14:paraId="225C9B1C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55B74B20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73C9EF2D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24E98869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2E22EFC0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0D5456CB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а) выполнение движений большой амплитудой.</w:t>
            </w:r>
          </w:p>
          <w:p w14:paraId="77926C81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47598AFF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51363579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27AE3ED2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сопротивление или противодействовать ему за счет</w:t>
            </w:r>
          </w:p>
          <w:p w14:paraId="62ACCC4A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1A261019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14:paraId="4144410F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7280BC3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1F1F32" w:rsidRPr="001F1F32" w14:paraId="5CA83AEF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E68FC6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между:</w:t>
            </w:r>
          </w:p>
        </w:tc>
      </w:tr>
      <w:tr w:rsidR="001F1F32" w:rsidRPr="001F1F32" w14:paraId="405AF665" w14:textId="77777777" w:rsidTr="00AC504E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CE9C727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6F8A0552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1CFB190C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67FC9761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60486304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540B772E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1F1F32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1F1F32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56E7FAAC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C8885F5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C87C9F1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1F1F32" w:rsidRPr="001F1F32" w14:paraId="5BB53968" w14:textId="77777777" w:rsidTr="00AC504E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CAB6458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14:paraId="5635742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1F1F32" w:rsidRPr="001F1F32" w14:paraId="561624E0" w14:textId="77777777" w:rsidTr="00AC504E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52682AB0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013A8EF6" w14:textId="77777777" w:rsidR="001F1F32" w:rsidRPr="001F1F32" w:rsidRDefault="001F1F32" w:rsidP="001F1F32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3E8B31DC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7D048B21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325A5DDC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14:paraId="4FCF97EA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6A03C16C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2D204F23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4B88B1B4" w14:textId="77777777" w:rsidR="001F1F32" w:rsidRPr="001F1F32" w:rsidRDefault="001F1F32" w:rsidP="001F1F32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1F1F32" w:rsidRPr="001F1F32" w14:paraId="6EE66152" w14:textId="77777777" w:rsidTr="00AC504E">
        <w:tc>
          <w:tcPr>
            <w:tcW w:w="4820" w:type="dxa"/>
            <w:gridSpan w:val="2"/>
          </w:tcPr>
          <w:p w14:paraId="2A918117" w14:textId="77777777" w:rsidR="001F1F32" w:rsidRPr="001F1F32" w:rsidRDefault="001F1F32" w:rsidP="001F1F3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2B120F6C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1F1F32" w:rsidRPr="001F1F32" w14:paraId="1FDC8775" w14:textId="77777777" w:rsidTr="00AC504E">
        <w:tc>
          <w:tcPr>
            <w:tcW w:w="4820" w:type="dxa"/>
            <w:gridSpan w:val="2"/>
          </w:tcPr>
          <w:p w14:paraId="173084B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3B6153E7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1F1F32" w:rsidRPr="001F1F32" w14:paraId="41B47654" w14:textId="77777777" w:rsidTr="00AC504E">
        <w:tc>
          <w:tcPr>
            <w:tcW w:w="4820" w:type="dxa"/>
            <w:gridSpan w:val="2"/>
          </w:tcPr>
          <w:p w14:paraId="6A45525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0075C93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1F1F32" w:rsidRPr="001F1F32" w14:paraId="37114782" w14:textId="77777777" w:rsidTr="00AC504E">
        <w:tc>
          <w:tcPr>
            <w:tcW w:w="9639" w:type="dxa"/>
            <w:gridSpan w:val="4"/>
          </w:tcPr>
          <w:p w14:paraId="432C555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14:paraId="16D22A2C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17A8855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2CF11055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70C5902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FBF6A2E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D59595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7C5A83E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4D3FE22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1F1F32" w:rsidRPr="001F1F32" w14:paraId="6AB4744F" w14:textId="77777777" w:rsidTr="00AC504E">
        <w:tc>
          <w:tcPr>
            <w:tcW w:w="2694" w:type="dxa"/>
            <w:vAlign w:val="center"/>
          </w:tcPr>
          <w:p w14:paraId="13C92D41" w14:textId="77777777" w:rsidR="001F1F32" w:rsidRPr="001F1F32" w:rsidRDefault="001F1F32" w:rsidP="001F1F32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27D9D45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1F1F32" w:rsidRPr="001F1F32" w14:paraId="4BE4CE07" w14:textId="77777777" w:rsidTr="00AC504E">
        <w:tc>
          <w:tcPr>
            <w:tcW w:w="2694" w:type="dxa"/>
          </w:tcPr>
          <w:p w14:paraId="27DEDEF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2C1C11D4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1F1F32" w:rsidRPr="001F1F32" w14:paraId="3A0E64C2" w14:textId="77777777" w:rsidTr="00AC504E">
        <w:tc>
          <w:tcPr>
            <w:tcW w:w="2694" w:type="dxa"/>
          </w:tcPr>
          <w:p w14:paraId="23C0BE7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345849A7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1F1F32" w:rsidRPr="001F1F32" w14:paraId="58EDA51C" w14:textId="77777777" w:rsidTr="00AC504E">
        <w:tc>
          <w:tcPr>
            <w:tcW w:w="2694" w:type="dxa"/>
          </w:tcPr>
          <w:p w14:paraId="553C3F3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0351170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д  е б </w:t>
            </w:r>
          </w:p>
        </w:tc>
      </w:tr>
      <w:tr w:rsidR="001F1F32" w:rsidRPr="001F1F32" w14:paraId="12E188B2" w14:textId="77777777" w:rsidTr="00AC504E">
        <w:tc>
          <w:tcPr>
            <w:tcW w:w="2694" w:type="dxa"/>
          </w:tcPr>
          <w:p w14:paraId="2FE4122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5B98E04B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1F1F32" w:rsidRPr="001F1F32" w14:paraId="0FCD5EAF" w14:textId="77777777" w:rsidTr="00AC504E">
        <w:tc>
          <w:tcPr>
            <w:tcW w:w="2694" w:type="dxa"/>
          </w:tcPr>
          <w:p w14:paraId="7145DA4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1FD37F7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1F1F32" w:rsidRPr="001F1F32" w14:paraId="1713EDB2" w14:textId="77777777" w:rsidTr="00AC504E">
        <w:tc>
          <w:tcPr>
            <w:tcW w:w="2694" w:type="dxa"/>
          </w:tcPr>
          <w:p w14:paraId="54B6155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685EC762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1F1F32" w:rsidRPr="001F1F32" w14:paraId="04213E4B" w14:textId="77777777" w:rsidTr="00AC504E">
        <w:tc>
          <w:tcPr>
            <w:tcW w:w="2694" w:type="dxa"/>
          </w:tcPr>
          <w:p w14:paraId="72927923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783E2BBF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1F1F32" w:rsidRPr="001F1F32" w14:paraId="6F4395A0" w14:textId="77777777" w:rsidTr="00AC504E">
        <w:tc>
          <w:tcPr>
            <w:tcW w:w="2694" w:type="dxa"/>
          </w:tcPr>
          <w:p w14:paraId="0A5F792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0BB664BE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1F1F32" w:rsidRPr="001F1F32" w14:paraId="4A731748" w14:textId="77777777" w:rsidTr="00AC504E">
        <w:tc>
          <w:tcPr>
            <w:tcW w:w="2694" w:type="dxa"/>
          </w:tcPr>
          <w:p w14:paraId="0ED01BB5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60C3968A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1F1F32" w:rsidRPr="001F1F32" w14:paraId="392E404E" w14:textId="77777777" w:rsidTr="00AC504E">
        <w:tc>
          <w:tcPr>
            <w:tcW w:w="2694" w:type="dxa"/>
          </w:tcPr>
          <w:p w14:paraId="3C50F541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08DD9F20" w14:textId="77777777" w:rsidR="001F1F32" w:rsidRPr="001F1F32" w:rsidRDefault="001F1F32" w:rsidP="001F1F32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3E65B439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EBFB7E9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1F1F32" w:rsidRPr="001F1F32" w14:paraId="5C9F78F2" w14:textId="77777777" w:rsidTr="00AC504E">
        <w:tc>
          <w:tcPr>
            <w:tcW w:w="2552" w:type="dxa"/>
            <w:vAlign w:val="center"/>
          </w:tcPr>
          <w:p w14:paraId="7BFF513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0CDC8B1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03CFF96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1F1F32" w:rsidRPr="006744FC" w14:paraId="2A610043" w14:textId="77777777" w:rsidTr="00AC504E">
        <w:tc>
          <w:tcPr>
            <w:tcW w:w="2552" w:type="dxa"/>
            <w:vMerge w:val="restart"/>
          </w:tcPr>
          <w:p w14:paraId="6CEFD346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47890BD5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6F97B754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1F1F32" w:rsidRPr="001F1F32" w14:paraId="4D7B45E3" w14:textId="77777777" w:rsidTr="00AC504E">
        <w:tc>
          <w:tcPr>
            <w:tcW w:w="2552" w:type="dxa"/>
            <w:vMerge/>
          </w:tcPr>
          <w:p w14:paraId="6653CFCC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3857AD8F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на </w:t>
            </w:r>
            <w:proofErr w:type="gramStart"/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установление  последовательности</w:t>
            </w:r>
            <w:proofErr w:type="gramEnd"/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 /</w:t>
            </w:r>
          </w:p>
          <w:p w14:paraId="16AA28BC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18E9695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1F1F32" w:rsidRPr="001F1F32" w14:paraId="3EBD5657" w14:textId="77777777" w:rsidTr="00AC504E">
        <w:tc>
          <w:tcPr>
            <w:tcW w:w="2552" w:type="dxa"/>
            <w:vMerge/>
          </w:tcPr>
          <w:p w14:paraId="0D34E50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414386BA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56945C18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149DEC59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0980CDD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2D64FA09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15D8F1B4" w14:textId="77777777" w:rsidR="001F1F32" w:rsidRPr="001F1F32" w:rsidRDefault="001F1F32" w:rsidP="001F1F32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1F1F32" w:rsidRPr="006744FC" w14:paraId="0CD0FCC9" w14:textId="77777777" w:rsidTr="00AC504E">
        <w:tc>
          <w:tcPr>
            <w:tcW w:w="2552" w:type="dxa"/>
          </w:tcPr>
          <w:p w14:paraId="00A61A2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7F4710A1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ответов; на установление последовательности /</w:t>
            </w:r>
          </w:p>
          <w:p w14:paraId="6455D9FD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4C989AB2" w14:textId="77777777" w:rsidR="001F1F32" w:rsidRPr="001F1F32" w:rsidRDefault="001F1F32" w:rsidP="001F1F32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15738C10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14:paraId="487E5C9F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2B4230B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1F1F32" w:rsidRPr="001F1F32" w14:paraId="792F8527" w14:textId="77777777" w:rsidTr="00AC504E">
        <w:tc>
          <w:tcPr>
            <w:tcW w:w="4927" w:type="dxa"/>
          </w:tcPr>
          <w:p w14:paraId="43B12A5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7EB1770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1F1F32" w:rsidRPr="001F1F32" w14:paraId="69FEEF65" w14:textId="77777777" w:rsidTr="00AC504E">
        <w:tc>
          <w:tcPr>
            <w:tcW w:w="4927" w:type="dxa"/>
          </w:tcPr>
          <w:p w14:paraId="2F142C12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33EB6E9B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1F1F32" w:rsidRPr="001F1F32" w14:paraId="33FC45F5" w14:textId="77777777" w:rsidTr="00AC504E">
        <w:tc>
          <w:tcPr>
            <w:tcW w:w="4927" w:type="dxa"/>
          </w:tcPr>
          <w:p w14:paraId="7432F3A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61B9E7BE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1F1F32" w:rsidRPr="001F1F32" w14:paraId="27C7EEE4" w14:textId="77777777" w:rsidTr="00AC504E">
        <w:tc>
          <w:tcPr>
            <w:tcW w:w="4927" w:type="dxa"/>
          </w:tcPr>
          <w:p w14:paraId="70148AFD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5F24F495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1F1F32" w:rsidRPr="001F1F32" w14:paraId="619703B6" w14:textId="77777777" w:rsidTr="00AC504E">
        <w:tc>
          <w:tcPr>
            <w:tcW w:w="4927" w:type="dxa"/>
          </w:tcPr>
          <w:p w14:paraId="3C2476D9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5DF02A63" w14:textId="77777777" w:rsidR="001F1F32" w:rsidRPr="001F1F32" w:rsidRDefault="001F1F32" w:rsidP="001F1F32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79763E99" w14:textId="77777777" w:rsidR="001F1F32" w:rsidRPr="001F1F32" w:rsidRDefault="001F1F32" w:rsidP="001F1F32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84C597C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1F1F32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14:paraId="3411C516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1F1F32">
        <w:rPr>
          <w:rFonts w:eastAsia="Calibri" w:cs="Times New Roman"/>
          <w:sz w:val="20"/>
          <w:szCs w:val="20"/>
          <w:lang w:val="ru-RU" w:eastAsia="ru-RU"/>
        </w:rPr>
        <w:t xml:space="preserve">А.Н. </w:t>
      </w:r>
      <w:proofErr w:type="gramStart"/>
      <w:r w:rsidRPr="001F1F32">
        <w:rPr>
          <w:rFonts w:eastAsia="Calibri" w:cs="Times New Roman"/>
          <w:sz w:val="20"/>
          <w:szCs w:val="20"/>
          <w:lang w:val="ru-RU" w:eastAsia="ru-RU"/>
        </w:rPr>
        <w:t>Астапенко,  старший</w:t>
      </w:r>
      <w:proofErr w:type="gramEnd"/>
      <w:r w:rsidRPr="001F1F32">
        <w:rPr>
          <w:rFonts w:eastAsia="Calibri" w:cs="Times New Roman"/>
          <w:sz w:val="20"/>
          <w:szCs w:val="20"/>
          <w:lang w:val="ru-RU" w:eastAsia="ru-RU"/>
        </w:rPr>
        <w:t xml:space="preserve"> преподаватель кафедры </w:t>
      </w:r>
      <w:proofErr w:type="spellStart"/>
      <w:r w:rsidRPr="001F1F32">
        <w:rPr>
          <w:rFonts w:eastAsia="Calibri" w:cs="Times New Roman"/>
          <w:sz w:val="20"/>
          <w:szCs w:val="20"/>
          <w:lang w:val="ru-RU" w:eastAsia="ru-RU"/>
        </w:rPr>
        <w:t>ЭБЖиФ</w:t>
      </w:r>
      <w:proofErr w:type="spellEnd"/>
      <w:r w:rsidRPr="001F1F32">
        <w:rPr>
          <w:rFonts w:eastAsia="Calibri" w:cs="Times New Roman"/>
          <w:sz w:val="20"/>
          <w:szCs w:val="20"/>
          <w:lang w:val="ru-RU" w:eastAsia="ru-RU"/>
        </w:rPr>
        <w:t>.               _______________________</w:t>
      </w:r>
      <w:r w:rsidRPr="001F1F32">
        <w:rPr>
          <w:rFonts w:eastAsia="Calibri" w:cs="Times New Roman"/>
          <w:sz w:val="20"/>
          <w:szCs w:val="20"/>
          <w:lang w:val="ru-RU" w:eastAsia="ru-RU"/>
        </w:rPr>
        <w:tab/>
      </w:r>
    </w:p>
    <w:p w14:paraId="28C2AB12" w14:textId="77777777" w:rsidR="001F1F32" w:rsidRPr="001F1F32" w:rsidRDefault="001F1F32" w:rsidP="001F1F32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14:paraId="4F298F5B" w14:textId="77777777" w:rsidR="001F1F32" w:rsidRPr="001F1F32" w:rsidRDefault="001F1F32" w:rsidP="001F1F32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«22» ноября 2025</w:t>
      </w:r>
      <w:r w:rsidRPr="001F1F32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14:paraId="086D6A48" w14:textId="77777777" w:rsidR="008B6CE2" w:rsidRDefault="001F1F32">
      <w:r>
        <w:br/>
      </w:r>
    </w:p>
    <w:sectPr w:rsidR="008B6CE2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7"/>
  </w:num>
  <w:num w:numId="13">
    <w:abstractNumId w:val="18"/>
  </w:num>
  <w:num w:numId="14">
    <w:abstractNumId w:val="15"/>
  </w:num>
  <w:num w:numId="15">
    <w:abstractNumId w:val="14"/>
  </w:num>
  <w:num w:numId="16">
    <w:abstractNumId w:val="20"/>
  </w:num>
  <w:num w:numId="17">
    <w:abstractNumId w:val="11"/>
  </w:num>
  <w:num w:numId="18">
    <w:abstractNumId w:val="10"/>
  </w:num>
  <w:num w:numId="19">
    <w:abstractNumId w:val="9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F1F32"/>
    <w:rsid w:val="0029639D"/>
    <w:rsid w:val="00326F90"/>
    <w:rsid w:val="005127C0"/>
    <w:rsid w:val="006744FC"/>
    <w:rsid w:val="0075016A"/>
    <w:rsid w:val="007E10B8"/>
    <w:rsid w:val="008A7E58"/>
    <w:rsid w:val="008B6CE2"/>
    <w:rsid w:val="00A4637E"/>
    <w:rsid w:val="00AA1D8D"/>
    <w:rsid w:val="00B47730"/>
    <w:rsid w:val="00C36CE9"/>
    <w:rsid w:val="00CB0664"/>
    <w:rsid w:val="00CB1E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531AE0"/>
  <w14:defaultImageDpi w14:val="300"/>
  <w15:docId w15:val="{29F37332-AC4A-43CC-91BE-F69E9732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1F1F32"/>
  </w:style>
  <w:style w:type="table" w:customStyle="1" w:styleId="15">
    <w:name w:val="Сетка таблицы1"/>
    <w:basedOn w:val="a3"/>
    <w:next w:val="aff0"/>
    <w:rsid w:val="001F1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B64348-FD82-41BC-AA77-D5FEA6DE8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Елена И. Тарновская</cp:lastModifiedBy>
  <cp:revision>9</cp:revision>
  <cp:lastPrinted>2026-05-28T02:57:00Z</cp:lastPrinted>
  <dcterms:created xsi:type="dcterms:W3CDTF">2013-12-23T23:15:00Z</dcterms:created>
  <dcterms:modified xsi:type="dcterms:W3CDTF">2026-05-28T06:57:00Z</dcterms:modified>
  <cp:category/>
</cp:coreProperties>
</file>