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6C3" w:rsidRPr="00AE7E94" w:rsidRDefault="000D3AEE">
      <w:pPr>
        <w:spacing w:line="240" w:lineRule="auto"/>
        <w:jc w:val="center"/>
        <w:rPr>
          <w:lang w:val="ru-RU"/>
        </w:rPr>
      </w:pPr>
      <w:r w:rsidRPr="00AE7E94">
        <w:rPr>
          <w:sz w:val="20"/>
          <w:lang w:val="ru-RU"/>
        </w:rPr>
        <w:t>МИНИСТЕРСТВО НАУКИ И ВЫСШЕГО ОБРАЗОВАНИЯ РОССИЙСКОЙ ФЕДЕРАЦИИ</w:t>
      </w:r>
    </w:p>
    <w:p w:rsidR="005D06C3" w:rsidRPr="00AE7E94" w:rsidRDefault="000D3AEE">
      <w:pPr>
        <w:spacing w:line="240" w:lineRule="auto"/>
        <w:jc w:val="center"/>
        <w:rPr>
          <w:lang w:val="ru-RU"/>
        </w:rPr>
      </w:pPr>
      <w:r w:rsidRPr="00AE7E94">
        <w:rPr>
          <w:lang w:val="ru-RU"/>
        </w:rPr>
        <w:br/>
        <w:t>ФЕДЕРАЛЬНОЕ ГОСУДАРСТВЕННОЕ БЮДЖЕТНОЕ</w:t>
      </w:r>
      <w:r w:rsidRPr="00AE7E94">
        <w:rPr>
          <w:lang w:val="ru-RU"/>
        </w:rPr>
        <w:br/>
        <w:t>ОБРАЗОВАТЕЛЬНОЕ УЧРЕЖДЕНИЕ ВЫСШЕГО ОБРАЗОВАНИЯ</w:t>
      </w:r>
    </w:p>
    <w:p w:rsidR="005D06C3" w:rsidRPr="00AE7E94" w:rsidRDefault="000D3AEE">
      <w:pPr>
        <w:spacing w:line="240" w:lineRule="auto"/>
        <w:jc w:val="center"/>
        <w:rPr>
          <w:lang w:val="ru-RU"/>
        </w:rPr>
      </w:pPr>
      <w:r w:rsidRPr="00AE7E94">
        <w:rPr>
          <w:b/>
          <w:lang w:val="ru-RU"/>
        </w:rPr>
        <w:br/>
        <w:t>«БРАТСКИЙ ГОСУДАРСТВЕННЫЙ УНИВЕРСИТЕТ»</w:t>
      </w:r>
    </w:p>
    <w:p w:rsidR="005D06C3" w:rsidRPr="00AE7E94" w:rsidRDefault="000D3AEE">
      <w:pPr>
        <w:spacing w:line="240" w:lineRule="auto"/>
        <w:jc w:val="center"/>
        <w:rPr>
          <w:lang w:val="ru-RU"/>
        </w:rPr>
      </w:pP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</w:r>
      <w:r w:rsidRPr="00AE7E94">
        <w:rPr>
          <w:b/>
          <w:sz w:val="28"/>
          <w:lang w:val="ru-RU"/>
        </w:rPr>
        <w:br/>
        <w:t xml:space="preserve">ФОНД </w:t>
      </w:r>
      <w:r w:rsidRPr="00AE7E94">
        <w:rPr>
          <w:b/>
          <w:sz w:val="28"/>
          <w:lang w:val="ru-RU"/>
        </w:rPr>
        <w:br/>
        <w:t>ОЦЕНОЧНЫХ СРЕДСТВ</w:t>
      </w:r>
    </w:p>
    <w:p w:rsidR="005D06C3" w:rsidRPr="00AE7E94" w:rsidRDefault="005D06C3">
      <w:pPr>
        <w:rPr>
          <w:lang w:val="ru-RU"/>
        </w:rPr>
      </w:pPr>
    </w:p>
    <w:p w:rsidR="005D06C3" w:rsidRPr="00AE7E94" w:rsidRDefault="000D3AEE">
      <w:pPr>
        <w:jc w:val="center"/>
        <w:rPr>
          <w:lang w:val="ru-RU"/>
        </w:rPr>
      </w:pPr>
      <w:r w:rsidRPr="00AE7E94">
        <w:rPr>
          <w:lang w:val="ru-RU"/>
        </w:rPr>
        <w:t xml:space="preserve">по дисциплине </w:t>
      </w:r>
      <w:r w:rsidRPr="00AE7E94">
        <w:rPr>
          <w:lang w:val="ru-RU"/>
        </w:rPr>
        <w:br/>
      </w:r>
      <w:r w:rsidR="001B6ED6">
        <w:rPr>
          <w:lang w:val="ru-RU"/>
        </w:rPr>
        <w:t xml:space="preserve">Б1.О.06.02  </w:t>
      </w:r>
      <w:bookmarkStart w:id="0" w:name="_GoBack"/>
      <w:bookmarkEnd w:id="0"/>
      <w:r w:rsidRPr="00AE7E94">
        <w:rPr>
          <w:lang w:val="ru-RU"/>
        </w:rPr>
        <w:t>Химические основы экологии</w:t>
      </w:r>
      <w:r w:rsidRPr="00AE7E94">
        <w:rPr>
          <w:lang w:val="ru-RU"/>
        </w:rPr>
        <w:br/>
      </w:r>
    </w:p>
    <w:p w:rsidR="005D06C3" w:rsidRPr="00AE7E94" w:rsidRDefault="000D3AEE">
      <w:pPr>
        <w:rPr>
          <w:lang w:val="ru-RU"/>
        </w:rPr>
      </w:pPr>
      <w:r w:rsidRPr="00AE7E94">
        <w:rPr>
          <w:lang w:val="ru-RU"/>
        </w:rPr>
        <w:t>Направление подготовки 05.03.06 Экология и природопользование</w:t>
      </w:r>
      <w:r w:rsidRPr="00AE7E94">
        <w:rPr>
          <w:lang w:val="ru-RU"/>
        </w:rPr>
        <w:br/>
      </w:r>
    </w:p>
    <w:p w:rsidR="005D06C3" w:rsidRPr="00AE7E94" w:rsidRDefault="000D3AEE">
      <w:pPr>
        <w:rPr>
          <w:lang w:val="ru-RU"/>
        </w:rPr>
      </w:pPr>
      <w:r w:rsidRPr="00AE7E94">
        <w:rPr>
          <w:lang w:val="ru-RU"/>
        </w:rPr>
        <w:t>Профиль подготовки Экологическая безопасность и охрана труда</w:t>
      </w:r>
      <w:r w:rsidRPr="00AE7E94">
        <w:rPr>
          <w:lang w:val="ru-RU"/>
        </w:rPr>
        <w:br/>
      </w:r>
    </w:p>
    <w:p w:rsidR="005D06C3" w:rsidRPr="00AE7E94" w:rsidRDefault="000D3AEE">
      <w:pPr>
        <w:rPr>
          <w:lang w:val="ru-RU"/>
        </w:rPr>
      </w:pPr>
      <w:r w:rsidRPr="00AE7E94">
        <w:rPr>
          <w:lang w:val="ru-RU"/>
        </w:rPr>
        <w:t>Квалификация бакалавр</w:t>
      </w:r>
      <w:r w:rsidRPr="00AE7E94">
        <w:rPr>
          <w:lang w:val="ru-RU"/>
        </w:rPr>
        <w:br/>
      </w:r>
    </w:p>
    <w:p w:rsidR="005D06C3" w:rsidRPr="00AE7E94" w:rsidRDefault="000D3AEE">
      <w:pPr>
        <w:rPr>
          <w:lang w:val="ru-RU"/>
        </w:rPr>
      </w:pPr>
      <w:r w:rsidRPr="00AE7E94">
        <w:rPr>
          <w:lang w:val="ru-RU"/>
        </w:rPr>
        <w:t>Год начала подготовки 2025</w:t>
      </w:r>
      <w:r w:rsidRPr="00AE7E94">
        <w:rPr>
          <w:lang w:val="ru-RU"/>
        </w:rPr>
        <w:br/>
      </w:r>
    </w:p>
    <w:p w:rsidR="005D06C3" w:rsidRPr="00AE7E94" w:rsidRDefault="000D3AEE">
      <w:pPr>
        <w:rPr>
          <w:lang w:val="ru-RU"/>
        </w:rPr>
      </w:pPr>
      <w:r w:rsidRPr="00AE7E94">
        <w:rPr>
          <w:lang w:val="ru-RU"/>
        </w:rPr>
        <w:br w:type="page"/>
      </w:r>
    </w:p>
    <w:p w:rsidR="005D06C3" w:rsidRPr="00AE7E94" w:rsidRDefault="000D3AEE">
      <w:pPr>
        <w:rPr>
          <w:lang w:val="ru-RU"/>
        </w:rPr>
      </w:pPr>
      <w:r w:rsidRPr="00AE7E94">
        <w:rPr>
          <w:lang w:val="ru-RU"/>
        </w:rPr>
        <w:lastRenderedPageBreak/>
        <w:t xml:space="preserve">Составитель: </w:t>
      </w:r>
      <w:r w:rsidRPr="00AE7E94">
        <w:rPr>
          <w:lang w:val="ru-RU"/>
        </w:rPr>
        <w:br/>
        <w:t>Лапина С.Ф., доцент, к.фарм.н.</w:t>
      </w:r>
      <w:r w:rsidRPr="00AE7E94">
        <w:rPr>
          <w:lang w:val="ru-RU"/>
        </w:rPr>
        <w:tab/>
      </w:r>
      <w:r w:rsidRPr="00AE7E94">
        <w:rPr>
          <w:lang w:val="ru-RU"/>
        </w:rPr>
        <w:tab/>
      </w:r>
      <w:r w:rsidRPr="00AE7E94">
        <w:rPr>
          <w:lang w:val="ru-RU"/>
        </w:rPr>
        <w:tab/>
      </w:r>
      <w:r w:rsidRPr="00AE7E94">
        <w:rPr>
          <w:lang w:val="ru-RU"/>
        </w:rPr>
        <w:tab/>
        <w:t>________________</w:t>
      </w:r>
      <w:r w:rsidRPr="00AE7E94">
        <w:rPr>
          <w:lang w:val="ru-RU"/>
        </w:rPr>
        <w:br/>
      </w:r>
    </w:p>
    <w:p w:rsidR="005D06C3" w:rsidRPr="00AE7E94" w:rsidRDefault="000D3AEE">
      <w:pPr>
        <w:rPr>
          <w:lang w:val="ru-RU"/>
        </w:rPr>
      </w:pPr>
      <w:r w:rsidRPr="00AE7E94">
        <w:rPr>
          <w:lang w:val="ru-RU"/>
        </w:rPr>
        <w:t>Одобрено на заседании кафедры экологии, безопасности жизнедеятельности и физической культуры</w:t>
      </w:r>
      <w:r w:rsidRPr="00AE7E94">
        <w:rPr>
          <w:lang w:val="ru-RU"/>
        </w:rPr>
        <w:br/>
        <w:t>«03» декабря 2025 г., протокол № 4</w:t>
      </w:r>
      <w:r w:rsidRPr="00AE7E94">
        <w:rPr>
          <w:lang w:val="ru-RU"/>
        </w:rPr>
        <w:br/>
      </w:r>
      <w:r w:rsidRPr="00AE7E94">
        <w:rPr>
          <w:lang w:val="ru-RU"/>
        </w:rPr>
        <w:br/>
        <w:t xml:space="preserve">Заведующий кафедрой </w:t>
      </w:r>
      <w:r w:rsidRPr="00AE7E94">
        <w:rPr>
          <w:lang w:val="ru-RU"/>
        </w:rPr>
        <w:br/>
        <w:t>экологии, безопасности жизнедеятельности и физической ку</w:t>
      </w:r>
      <w:r w:rsidR="00AE7E94">
        <w:rPr>
          <w:lang w:val="ru-RU"/>
        </w:rPr>
        <w:t>льтуры</w:t>
      </w:r>
      <w:r w:rsidR="00AE7E94">
        <w:rPr>
          <w:lang w:val="ru-RU"/>
        </w:rPr>
        <w:tab/>
      </w:r>
      <w:r w:rsidR="00AE7E94">
        <w:rPr>
          <w:lang w:val="ru-RU"/>
        </w:rPr>
        <w:tab/>
        <w:t>____________ В.А. Никифо</w:t>
      </w:r>
      <w:r w:rsidRPr="00AE7E94">
        <w:rPr>
          <w:lang w:val="ru-RU"/>
        </w:rPr>
        <w:t>рова</w:t>
      </w:r>
      <w:r w:rsidRPr="00AE7E94">
        <w:rPr>
          <w:lang w:val="ru-RU"/>
        </w:rPr>
        <w:br/>
      </w:r>
      <w:r w:rsidRPr="00AE7E94">
        <w:rPr>
          <w:lang w:val="ru-RU"/>
        </w:rPr>
        <w:br/>
      </w:r>
    </w:p>
    <w:p w:rsidR="005D06C3" w:rsidRDefault="000D3AEE">
      <w:pPr>
        <w:rPr>
          <w:lang w:val="ru-RU"/>
        </w:rPr>
      </w:pPr>
      <w:r w:rsidRPr="00AE7E94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AE7E94">
        <w:rPr>
          <w:lang w:val="ru-RU"/>
        </w:rPr>
        <w:br/>
        <w:t>__</w:t>
      </w:r>
      <w:r w:rsidR="00AE7E94" w:rsidRPr="00AE7E94">
        <w:rPr>
          <w:lang w:val="ru-RU"/>
        </w:rPr>
        <w:t>___________   Варданян М.А.</w:t>
      </w:r>
      <w:r w:rsidR="00AE7E94" w:rsidRPr="00AE7E94">
        <w:rPr>
          <w:lang w:val="ru-RU"/>
        </w:rPr>
        <w:br/>
      </w:r>
      <w:r w:rsidR="00AE7E94" w:rsidRPr="00AE7E94">
        <w:rPr>
          <w:lang w:val="ru-RU"/>
        </w:rPr>
        <w:br/>
        <w:t>«28</w:t>
      </w:r>
      <w:r w:rsidRPr="00AE7E94">
        <w:rPr>
          <w:lang w:val="ru-RU"/>
        </w:rPr>
        <w:t xml:space="preserve">» </w:t>
      </w:r>
      <w:r w:rsidR="00AE7E94">
        <w:rPr>
          <w:lang w:val="ru-RU"/>
        </w:rPr>
        <w:t>апреля  2026 г., протокол № 9</w:t>
      </w:r>
      <w:r w:rsidRPr="00AE7E94">
        <w:rPr>
          <w:lang w:val="ru-RU"/>
        </w:rPr>
        <w:br/>
      </w:r>
      <w:r w:rsidRPr="00AE7E94">
        <w:rPr>
          <w:lang w:val="ru-RU"/>
        </w:rPr>
        <w:br/>
      </w:r>
      <w:r w:rsidRPr="00AE7E94">
        <w:rPr>
          <w:lang w:val="ru-RU"/>
        </w:rPr>
        <w:br/>
        <w:t>Ответственный за реализацию ОПОП</w:t>
      </w:r>
      <w:r w:rsidRPr="00AE7E94">
        <w:rPr>
          <w:lang w:val="ru-RU"/>
        </w:rPr>
        <w:tab/>
        <w:t>________________ Никифорова В.А.</w:t>
      </w:r>
      <w:r w:rsidRPr="00AE7E94">
        <w:rPr>
          <w:lang w:val="ru-RU"/>
        </w:rPr>
        <w:br/>
      </w: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DC2F01" w:rsidRPr="001B6ED6" w:rsidRDefault="00DC2F01" w:rsidP="00DC2F01">
      <w:pPr>
        <w:jc w:val="center"/>
        <w:rPr>
          <w:b/>
          <w:szCs w:val="24"/>
          <w:lang w:val="ru-RU"/>
        </w:rPr>
      </w:pPr>
    </w:p>
    <w:p w:rsidR="00DC2F01" w:rsidRPr="00DC2F01" w:rsidRDefault="00DC2F01" w:rsidP="00DC2F01">
      <w:pPr>
        <w:jc w:val="center"/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 xml:space="preserve">Паспорт фонда оценочных средств по дисциплине </w:t>
      </w:r>
    </w:p>
    <w:p w:rsidR="00DC2F01" w:rsidRPr="00DC2F01" w:rsidRDefault="00DC2F01" w:rsidP="00DC2F01">
      <w:pPr>
        <w:jc w:val="center"/>
        <w:rPr>
          <w:b/>
          <w:szCs w:val="24"/>
          <w:u w:val="single"/>
          <w:lang w:val="ru-RU"/>
        </w:rPr>
      </w:pPr>
      <w:r w:rsidRPr="00DC2F01">
        <w:rPr>
          <w:b/>
          <w:szCs w:val="24"/>
          <w:u w:val="single"/>
          <w:lang w:val="ru-RU"/>
        </w:rPr>
        <w:t>Б</w:t>
      </w:r>
      <w:proofErr w:type="gramStart"/>
      <w:r w:rsidRPr="00DC2F01">
        <w:rPr>
          <w:b/>
          <w:szCs w:val="24"/>
          <w:u w:val="single"/>
          <w:lang w:val="ru-RU"/>
        </w:rPr>
        <w:t>1.О.</w:t>
      </w:r>
      <w:proofErr w:type="gramEnd"/>
      <w:r w:rsidRPr="00DC2F01">
        <w:rPr>
          <w:b/>
          <w:szCs w:val="24"/>
          <w:u w:val="single"/>
          <w:lang w:val="ru-RU"/>
        </w:rPr>
        <w:t>06.02 Химические основы экологии</w:t>
      </w:r>
    </w:p>
    <w:p w:rsidR="00DC2F01" w:rsidRPr="00DC2F01" w:rsidRDefault="00DC2F01" w:rsidP="00DC2F01">
      <w:pPr>
        <w:jc w:val="center"/>
        <w:rPr>
          <w:b/>
          <w:szCs w:val="24"/>
          <w:u w:val="single"/>
          <w:lang w:val="ru-RU"/>
        </w:rPr>
      </w:pPr>
    </w:p>
    <w:p w:rsidR="00DC2F01" w:rsidRPr="00DC2F01" w:rsidRDefault="00DC2F01" w:rsidP="00DC2F01">
      <w:pPr>
        <w:jc w:val="center"/>
        <w:rPr>
          <w:szCs w:val="24"/>
          <w:lang w:val="ru-RU"/>
        </w:rPr>
      </w:pPr>
      <w:r w:rsidRPr="00DC2F01">
        <w:rPr>
          <w:szCs w:val="24"/>
          <w:lang w:val="ru-RU"/>
        </w:rPr>
        <w:t>Компетенции обучающегося, формируемые в результате освоения дисциплины (модуля):</w:t>
      </w:r>
    </w:p>
    <w:p w:rsidR="00DC2F01" w:rsidRPr="00DC2F01" w:rsidRDefault="00DC2F01" w:rsidP="000D3AEE">
      <w:pPr>
        <w:pStyle w:val="ae"/>
        <w:numPr>
          <w:ilvl w:val="0"/>
          <w:numId w:val="7"/>
        </w:numPr>
        <w:overflowPunct w:val="0"/>
        <w:autoSpaceDE w:val="0"/>
        <w:autoSpaceDN w:val="0"/>
        <w:adjustRightInd w:val="0"/>
        <w:spacing w:line="288" w:lineRule="auto"/>
        <w:textAlignment w:val="baseline"/>
        <w:rPr>
          <w:szCs w:val="24"/>
          <w:lang w:val="ru-RU"/>
        </w:rPr>
      </w:pPr>
      <w:r w:rsidRPr="00DC2F01">
        <w:rPr>
          <w:lang w:val="ru-RU"/>
        </w:rPr>
        <w:t>ОПК-1: Способен 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7488"/>
      </w:tblGrid>
      <w:tr w:rsidR="00DC2F01" w:rsidRPr="001B6ED6" w:rsidTr="00494884">
        <w:trPr>
          <w:trHeight w:hRule="exact" w:val="683"/>
        </w:trPr>
        <w:tc>
          <w:tcPr>
            <w:tcW w:w="15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C2F01" w:rsidRPr="0058537E" w:rsidRDefault="00DC2F01" w:rsidP="000D3AEE">
            <w:pPr>
              <w:pStyle w:val="ae"/>
              <w:numPr>
                <w:ilvl w:val="0"/>
                <w:numId w:val="7"/>
              </w:num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</w:rPr>
            </w:pPr>
            <w:r w:rsidRPr="0058537E">
              <w:rPr>
                <w:color w:val="000000"/>
                <w:szCs w:val="24"/>
              </w:rPr>
              <w:t>Индикатор  1</w:t>
            </w:r>
          </w:p>
        </w:tc>
        <w:tc>
          <w:tcPr>
            <w:tcW w:w="90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lang w:val="ru-RU"/>
              </w:rPr>
              <w:t>ОПК-1.1 Применяет базовые знания фундаментальных разделов естественных наук при решении задач в профессиональной деятельности</w:t>
            </w:r>
          </w:p>
        </w:tc>
      </w:tr>
    </w:tbl>
    <w:p w:rsidR="00DC2F01" w:rsidRPr="00DC2F01" w:rsidRDefault="00DC2F01" w:rsidP="00DC2F01">
      <w:pPr>
        <w:rPr>
          <w:sz w:val="28"/>
          <w:szCs w:val="28"/>
          <w:u w:val="single"/>
          <w:lang w:val="ru-RU"/>
        </w:rPr>
      </w:pPr>
    </w:p>
    <w:tbl>
      <w:tblPr>
        <w:tblStyle w:val="aff0"/>
        <w:tblW w:w="1034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560"/>
        <w:gridCol w:w="2126"/>
        <w:gridCol w:w="1559"/>
        <w:gridCol w:w="2410"/>
        <w:gridCol w:w="2693"/>
      </w:tblGrid>
      <w:tr w:rsidR="00DC2F01" w:rsidRPr="00E55D6C" w:rsidTr="00494884">
        <w:tc>
          <w:tcPr>
            <w:tcW w:w="1560" w:type="dxa"/>
            <w:vAlign w:val="center"/>
          </w:tcPr>
          <w:p w:rsidR="00DC2F01" w:rsidRPr="00E55D6C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Раздел (№, наименование)</w:t>
            </w:r>
          </w:p>
        </w:tc>
        <w:tc>
          <w:tcPr>
            <w:tcW w:w="2126" w:type="dxa"/>
            <w:vAlign w:val="center"/>
          </w:tcPr>
          <w:p w:rsidR="00DC2F01" w:rsidRPr="00E55D6C" w:rsidRDefault="00DC2F01" w:rsidP="00494884">
            <w:pPr>
              <w:jc w:val="center"/>
              <w:rPr>
                <w:szCs w:val="24"/>
              </w:rPr>
            </w:pPr>
            <w:r w:rsidRPr="00E55D6C">
              <w:rPr>
                <w:szCs w:val="24"/>
              </w:rPr>
              <w:t>Тема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DC2F01" w:rsidRPr="00E55D6C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Код индикатора</w:t>
            </w:r>
          </w:p>
        </w:tc>
        <w:tc>
          <w:tcPr>
            <w:tcW w:w="2410" w:type="dxa"/>
            <w:vAlign w:val="center"/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Форма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оценки</w:t>
            </w:r>
          </w:p>
          <w:p w:rsidR="00DC2F01" w:rsidRPr="00DC2F01" w:rsidRDefault="00DC2F01" w:rsidP="00494884">
            <w:pPr>
              <w:jc w:val="center"/>
              <w:rPr>
                <w:i/>
                <w:sz w:val="16"/>
                <w:szCs w:val="16"/>
                <w:lang w:val="ru-RU"/>
              </w:rPr>
            </w:pPr>
            <w:r w:rsidRPr="00DC2F01">
              <w:rPr>
                <w:i/>
                <w:sz w:val="16"/>
                <w:szCs w:val="16"/>
                <w:lang w:val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2693" w:type="dxa"/>
            <w:vAlign w:val="center"/>
          </w:tcPr>
          <w:p w:rsidR="00DC2F01" w:rsidRPr="00E55D6C" w:rsidRDefault="00DC2F01" w:rsidP="00494884">
            <w:pPr>
              <w:jc w:val="center"/>
              <w:rPr>
                <w:szCs w:val="24"/>
              </w:rPr>
            </w:pPr>
            <w:r w:rsidRPr="00E55D6C">
              <w:rPr>
                <w:szCs w:val="24"/>
              </w:rPr>
              <w:t>ФОС</w:t>
            </w:r>
          </w:p>
          <w:p w:rsidR="00DC2F01" w:rsidRPr="00E55D6C" w:rsidRDefault="00DC2F01" w:rsidP="00494884">
            <w:pPr>
              <w:ind w:left="-164" w:right="-108"/>
              <w:jc w:val="center"/>
              <w:rPr>
                <w:i/>
                <w:sz w:val="18"/>
                <w:szCs w:val="18"/>
              </w:rPr>
            </w:pPr>
            <w:r w:rsidRPr="00E55D6C">
              <w:rPr>
                <w:i/>
                <w:sz w:val="18"/>
                <w:szCs w:val="18"/>
              </w:rPr>
              <w:t xml:space="preserve">(согласно приложению </w:t>
            </w:r>
            <w:r>
              <w:rPr>
                <w:i/>
                <w:sz w:val="18"/>
                <w:szCs w:val="18"/>
              </w:rPr>
              <w:t>5</w:t>
            </w:r>
            <w:r w:rsidRPr="00E55D6C">
              <w:rPr>
                <w:i/>
                <w:sz w:val="18"/>
                <w:szCs w:val="18"/>
              </w:rPr>
              <w:t>)</w:t>
            </w:r>
          </w:p>
        </w:tc>
      </w:tr>
      <w:tr w:rsidR="00DC2F01" w:rsidTr="00494884">
        <w:trPr>
          <w:trHeight w:val="276"/>
        </w:trPr>
        <w:tc>
          <w:tcPr>
            <w:tcW w:w="1560" w:type="dxa"/>
            <w:vMerge w:val="restart"/>
          </w:tcPr>
          <w:p w:rsidR="00DC2F01" w:rsidRPr="00BC12F2" w:rsidRDefault="00DC2F01" w:rsidP="00494884">
            <w:pPr>
              <w:rPr>
                <w:szCs w:val="24"/>
              </w:rPr>
            </w:pPr>
            <w:r>
              <w:t>1. Введение</w:t>
            </w:r>
          </w:p>
        </w:tc>
        <w:tc>
          <w:tcPr>
            <w:tcW w:w="2126" w:type="dxa"/>
            <w:vMerge w:val="restart"/>
          </w:tcPr>
          <w:p w:rsidR="00DC2F01" w:rsidRPr="00DC2F01" w:rsidRDefault="00DC2F01" w:rsidP="00494884">
            <w:pPr>
              <w:widowControl w:val="0"/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1.1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  <w:r w:rsidRPr="00DC2F01">
              <w:rPr>
                <w:lang w:val="ru-RU"/>
              </w:rPr>
              <w:t>Современные экологические проблемы и роль химических наук в их решении.</w:t>
            </w:r>
          </w:p>
        </w:tc>
        <w:tc>
          <w:tcPr>
            <w:tcW w:w="1559" w:type="dxa"/>
            <w:tcBorders>
              <w:bottom w:val="nil"/>
            </w:tcBorders>
          </w:tcPr>
          <w:p w:rsidR="00DC2F01" w:rsidRPr="006F2CFC" w:rsidRDefault="00DC2F01" w:rsidP="00494884">
            <w:pPr>
              <w:rPr>
                <w:i/>
                <w:szCs w:val="24"/>
              </w:rPr>
            </w:pPr>
            <w:r>
              <w:rPr>
                <w:i/>
                <w:szCs w:val="24"/>
              </w:rPr>
              <w:t>ОПК-1.1</w:t>
            </w: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Вопросы для собеседования</w:t>
            </w:r>
          </w:p>
        </w:tc>
      </w:tr>
      <w:tr w:rsidR="00DC2F01" w:rsidRPr="001B6ED6" w:rsidTr="00494884">
        <w:trPr>
          <w:trHeight w:val="276"/>
        </w:trPr>
        <w:tc>
          <w:tcPr>
            <w:tcW w:w="1560" w:type="dxa"/>
            <w:vMerge/>
          </w:tcPr>
          <w:p w:rsidR="00DC2F01" w:rsidRPr="00617C7B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/>
          </w:tcPr>
          <w:p w:rsidR="00DC2F01" w:rsidRPr="00900814" w:rsidRDefault="00DC2F01" w:rsidP="00494884">
            <w:pPr>
              <w:widowControl w:val="0"/>
              <w:spacing w:line="240" w:lineRule="auto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617C7B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DC2F01" w:rsidTr="00494884">
        <w:trPr>
          <w:trHeight w:val="276"/>
        </w:trPr>
        <w:tc>
          <w:tcPr>
            <w:tcW w:w="1560" w:type="dxa"/>
            <w:vMerge/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126" w:type="dxa"/>
            <w:vMerge/>
          </w:tcPr>
          <w:p w:rsidR="00DC2F01" w:rsidRPr="00DC2F01" w:rsidRDefault="00DC2F01" w:rsidP="00494884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Pr="00A63A0F" w:rsidRDefault="00DC2F01" w:rsidP="00494884">
            <w:pPr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DC2F01" w:rsidRPr="00A63A0F" w:rsidRDefault="00DC2F01" w:rsidP="00494884">
            <w:pPr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DC2F01" w:rsidRPr="001B6ED6" w:rsidTr="00494884">
        <w:trPr>
          <w:trHeight w:val="330"/>
        </w:trPr>
        <w:tc>
          <w:tcPr>
            <w:tcW w:w="1560" w:type="dxa"/>
            <w:vMerge w:val="restart"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  <w:r>
              <w:t>2. Теоретические основы химии</w:t>
            </w:r>
          </w:p>
        </w:tc>
        <w:tc>
          <w:tcPr>
            <w:tcW w:w="2126" w:type="dxa"/>
            <w:vMerge w:val="restart"/>
          </w:tcPr>
          <w:p w:rsidR="00DC2F01" w:rsidRPr="00AF37E2" w:rsidRDefault="00DC2F01" w:rsidP="00494884">
            <w:pPr>
              <w:widowControl w:val="0"/>
              <w:rPr>
                <w:sz w:val="22"/>
              </w:rPr>
            </w:pPr>
            <w:r>
              <w:t>2.1. Строение вещества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>Вопросы для собеседования, отчет по ЛР, тест, контрольная работа</w:t>
            </w:r>
          </w:p>
        </w:tc>
      </w:tr>
      <w:tr w:rsidR="00DC2F01" w:rsidRPr="001B6ED6" w:rsidTr="00494884">
        <w:trPr>
          <w:trHeight w:val="330"/>
        </w:trPr>
        <w:tc>
          <w:tcPr>
            <w:tcW w:w="1560" w:type="dxa"/>
            <w:vMerge/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126" w:type="dxa"/>
            <w:vMerge/>
          </w:tcPr>
          <w:p w:rsidR="00DC2F01" w:rsidRPr="00DC2F01" w:rsidRDefault="00DC2F01" w:rsidP="00494884">
            <w:pPr>
              <w:widowControl w:val="0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DC2F01" w:rsidTr="00494884">
        <w:trPr>
          <w:trHeight w:val="330"/>
        </w:trPr>
        <w:tc>
          <w:tcPr>
            <w:tcW w:w="1560" w:type="dxa"/>
            <w:vMerge/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126" w:type="dxa"/>
            <w:vMerge/>
          </w:tcPr>
          <w:p w:rsidR="00DC2F01" w:rsidRPr="00DC2F01" w:rsidRDefault="00DC2F01" w:rsidP="00494884">
            <w:pPr>
              <w:widowControl w:val="0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Pr="00A63A0F" w:rsidRDefault="00DC2F01" w:rsidP="00494884">
            <w:pPr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DC2F01" w:rsidRPr="00A63A0F" w:rsidRDefault="00DC2F01" w:rsidP="00494884">
            <w:pPr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DC2F01" w:rsidRPr="001B6ED6" w:rsidTr="00494884">
        <w:trPr>
          <w:trHeight w:val="498"/>
        </w:trPr>
        <w:tc>
          <w:tcPr>
            <w:tcW w:w="1560" w:type="dxa"/>
            <w:vMerge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C2F01" w:rsidRPr="00DC2F01" w:rsidRDefault="00DC2F01" w:rsidP="00494884">
            <w:pPr>
              <w:widowControl w:val="0"/>
              <w:rPr>
                <w:szCs w:val="24"/>
                <w:lang w:val="ru-RU"/>
              </w:rPr>
            </w:pPr>
            <w:r w:rsidRPr="00DC2F01">
              <w:rPr>
                <w:lang w:val="ru-RU"/>
              </w:rPr>
              <w:t>2.2. Основные закономерности протекания химических реакций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>Вопросы для собеседования, отчет по ЛР, тест, контрольная работа</w:t>
            </w:r>
          </w:p>
        </w:tc>
      </w:tr>
      <w:tr w:rsidR="00DC2F01" w:rsidRPr="001B6ED6" w:rsidTr="00494884">
        <w:trPr>
          <w:trHeight w:val="498"/>
        </w:trPr>
        <w:tc>
          <w:tcPr>
            <w:tcW w:w="1560" w:type="dxa"/>
            <w:vMerge/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126" w:type="dxa"/>
            <w:vMerge/>
          </w:tcPr>
          <w:p w:rsidR="00DC2F01" w:rsidRPr="00DC2F01" w:rsidRDefault="00DC2F01" w:rsidP="00494884">
            <w:pPr>
              <w:widowControl w:val="0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/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126" w:type="dxa"/>
            <w:vMerge/>
          </w:tcPr>
          <w:p w:rsidR="00DC2F01" w:rsidRPr="00DC2F01" w:rsidRDefault="00DC2F01" w:rsidP="00494884">
            <w:pPr>
              <w:widowControl w:val="0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Pr="00A63A0F" w:rsidRDefault="00DC2F01" w:rsidP="00494884">
            <w:pPr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DC2F01" w:rsidRPr="00A63A0F" w:rsidRDefault="00DC2F01" w:rsidP="00494884">
            <w:pPr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DC2F01" w:rsidRPr="001B6ED6" w:rsidTr="00494884">
        <w:trPr>
          <w:trHeight w:val="498"/>
        </w:trPr>
        <w:tc>
          <w:tcPr>
            <w:tcW w:w="1560" w:type="dxa"/>
            <w:vMerge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C2F01" w:rsidRDefault="00DC2F01" w:rsidP="00494884">
            <w:pPr>
              <w:widowControl w:val="0"/>
              <w:rPr>
                <w:b/>
                <w:szCs w:val="24"/>
              </w:rPr>
            </w:pPr>
            <w:r>
              <w:t>2.3. Растворы. Дисперсные системы.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>Вопросы для собеседования, отчет по ЛР, тест, контрольная работа</w:t>
            </w:r>
          </w:p>
        </w:tc>
      </w:tr>
      <w:tr w:rsidR="00DC2F01" w:rsidRPr="001B6ED6" w:rsidTr="00494884">
        <w:trPr>
          <w:trHeight w:val="498"/>
        </w:trPr>
        <w:tc>
          <w:tcPr>
            <w:tcW w:w="1560" w:type="dxa"/>
            <w:vMerge/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126" w:type="dxa"/>
            <w:vMerge/>
          </w:tcPr>
          <w:p w:rsidR="00DC2F01" w:rsidRPr="00DC2F01" w:rsidRDefault="00DC2F01" w:rsidP="00494884">
            <w:pPr>
              <w:widowControl w:val="0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/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126" w:type="dxa"/>
            <w:vMerge/>
          </w:tcPr>
          <w:p w:rsidR="00DC2F01" w:rsidRPr="00DC2F01" w:rsidRDefault="00DC2F01" w:rsidP="00494884">
            <w:pPr>
              <w:widowControl w:val="0"/>
              <w:rPr>
                <w:b/>
                <w:szCs w:val="24"/>
                <w:lang w:val="ru-RU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Pr="00A63A0F" w:rsidRDefault="00DC2F01" w:rsidP="00494884">
            <w:pPr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Диагностическое дисциплинарное тестирование</w:t>
            </w:r>
          </w:p>
        </w:tc>
        <w:tc>
          <w:tcPr>
            <w:tcW w:w="2693" w:type="dxa"/>
          </w:tcPr>
          <w:p w:rsidR="00DC2F01" w:rsidRPr="00A63A0F" w:rsidRDefault="00DC2F01" w:rsidP="00494884">
            <w:pPr>
              <w:rPr>
                <w:i/>
                <w:sz w:val="20"/>
              </w:rPr>
            </w:pPr>
            <w:r w:rsidRPr="00A63A0F">
              <w:rPr>
                <w:i/>
                <w:sz w:val="20"/>
              </w:rPr>
              <w:t>Комплект тестовых заданий</w:t>
            </w:r>
          </w:p>
        </w:tc>
      </w:tr>
      <w:tr w:rsidR="00DC2F01" w:rsidRPr="001B6ED6" w:rsidTr="00494884">
        <w:trPr>
          <w:trHeight w:val="498"/>
        </w:trPr>
        <w:tc>
          <w:tcPr>
            <w:tcW w:w="1560" w:type="dxa"/>
            <w:vMerge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</w:tcPr>
          <w:p w:rsidR="00DC2F01" w:rsidRPr="00DC2F01" w:rsidRDefault="00DC2F01" w:rsidP="00494884">
            <w:pPr>
              <w:widowControl w:val="0"/>
              <w:rPr>
                <w:b/>
                <w:szCs w:val="24"/>
                <w:lang w:val="ru-RU"/>
              </w:rPr>
            </w:pPr>
            <w:r w:rsidRPr="00DC2F01">
              <w:rPr>
                <w:lang w:val="ru-RU"/>
              </w:rPr>
              <w:t>2.4.Окислительно-восстановительные реакции и электрохимические процессы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>Вопросы для собеседования, отчет по ЛР, тест, контрольная работа</w:t>
            </w:r>
          </w:p>
        </w:tc>
      </w:tr>
      <w:tr w:rsidR="00DC2F01" w:rsidRPr="001B6ED6" w:rsidTr="00494884">
        <w:trPr>
          <w:trHeight w:val="498"/>
        </w:trPr>
        <w:tc>
          <w:tcPr>
            <w:tcW w:w="1560" w:type="dxa"/>
            <w:vMerge/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126" w:type="dxa"/>
          </w:tcPr>
          <w:p w:rsidR="00DC2F01" w:rsidRDefault="00DC2F01" w:rsidP="00494884">
            <w:pPr>
              <w:widowControl w:val="0"/>
              <w:rPr>
                <w:b/>
                <w:szCs w:val="24"/>
              </w:rPr>
            </w:pPr>
            <w:r>
              <w:t>2.5. Комплексные соединения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>Экзаменационные вопросы, экзаменационные билеты, экзаменационный тест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 w:val="restart"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  <w:r>
              <w:rPr>
                <w:rFonts w:eastAsia="Calibri"/>
                <w:bCs/>
                <w:iCs/>
                <w:szCs w:val="24"/>
              </w:rPr>
              <w:t xml:space="preserve">3. </w:t>
            </w:r>
            <w:r>
              <w:t xml:space="preserve">Химия биогеных элементов. </w:t>
            </w:r>
          </w:p>
        </w:tc>
        <w:tc>
          <w:tcPr>
            <w:tcW w:w="2126" w:type="dxa"/>
            <w:vMerge w:val="restart"/>
          </w:tcPr>
          <w:p w:rsidR="00DC2F01" w:rsidRPr="00DC2F01" w:rsidRDefault="00DC2F01" w:rsidP="00494884">
            <w:pPr>
              <w:widowControl w:val="0"/>
              <w:rPr>
                <w:szCs w:val="24"/>
                <w:lang w:val="ru-RU"/>
              </w:rPr>
            </w:pPr>
            <w:r w:rsidRPr="00DC2F01">
              <w:rPr>
                <w:lang w:val="ru-RU"/>
              </w:rPr>
              <w:t>Химические элементы в биосфере. Понятие и классификация биогенных элементов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 xml:space="preserve">Вопросы для собеседования, отчет по ЛР, </w:t>
            </w:r>
          </w:p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контрольная работа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/>
          </w:tcPr>
          <w:p w:rsidR="00DC2F01" w:rsidRDefault="00DC2F01" w:rsidP="00494884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 w:val="restart"/>
            <w:tcBorders>
              <w:top w:val="single" w:sz="4" w:space="0" w:color="000000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  <w:r w:rsidRPr="00DC2F01">
              <w:rPr>
                <w:rFonts w:eastAsia="Calibri"/>
                <w:bCs/>
                <w:iCs/>
                <w:szCs w:val="24"/>
                <w:lang w:val="ru-RU"/>
              </w:rPr>
              <w:t>4.Химико-аналитические методы в экологии</w:t>
            </w:r>
          </w:p>
        </w:tc>
        <w:tc>
          <w:tcPr>
            <w:tcW w:w="2126" w:type="dxa"/>
            <w:vMerge w:val="restart"/>
          </w:tcPr>
          <w:p w:rsidR="00DC2F01" w:rsidRPr="00DC2F01" w:rsidRDefault="00DC2F01" w:rsidP="00494884">
            <w:pPr>
              <w:widowControl w:val="0"/>
              <w:rPr>
                <w:sz w:val="22"/>
                <w:lang w:val="ru-RU"/>
              </w:rPr>
            </w:pPr>
            <w:r w:rsidRPr="00DC2F01">
              <w:rPr>
                <w:sz w:val="22"/>
                <w:lang w:val="ru-RU"/>
              </w:rPr>
              <w:t>4.1. Химический анализ как средство контроля состояния окружающей среды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 xml:space="preserve">Вопросы для собеседования, отчет по ЛР, </w:t>
            </w:r>
          </w:p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контрольная работа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/>
          </w:tcPr>
          <w:p w:rsidR="00DC2F01" w:rsidRDefault="00DC2F01" w:rsidP="00494884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C2F01" w:rsidRPr="00DC2F01" w:rsidRDefault="00DC2F01" w:rsidP="00494884">
            <w:pPr>
              <w:widowControl w:val="0"/>
              <w:rPr>
                <w:b/>
                <w:szCs w:val="24"/>
                <w:lang w:val="ru-RU"/>
              </w:rPr>
            </w:pPr>
            <w:r w:rsidRPr="00DC2F01">
              <w:rPr>
                <w:lang w:val="ru-RU"/>
              </w:rPr>
              <w:t xml:space="preserve">4.2. Статистическая обработка результатов количественного </w:t>
            </w:r>
            <w:r w:rsidRPr="00DC2F01">
              <w:rPr>
                <w:lang w:val="ru-RU"/>
              </w:rPr>
              <w:lastRenderedPageBreak/>
              <w:t>химического анализа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rFonts w:eastAsia="Calibri"/>
                <w:bCs/>
                <w:iCs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DC2F01" w:rsidRPr="002A7168" w:rsidRDefault="00DC2F01" w:rsidP="00494884">
            <w:pPr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 xml:space="preserve">Вопросы для собеседования, отчет по ЛР, </w:t>
            </w:r>
          </w:p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контрольная работа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/>
          </w:tcPr>
          <w:p w:rsidR="00DC2F01" w:rsidRPr="00CC7702" w:rsidRDefault="00DC2F01" w:rsidP="00494884">
            <w:pPr>
              <w:widowControl w:val="0"/>
              <w:rPr>
                <w:b/>
                <w:color w:val="FF0000"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Pr="002A7168" w:rsidRDefault="00DC2F01" w:rsidP="00494884">
            <w:pPr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DC2F01" w:rsidRPr="002A7168" w:rsidRDefault="00DC2F01" w:rsidP="00494884">
            <w:pPr>
              <w:rPr>
                <w:i/>
                <w:sz w:val="20"/>
              </w:rPr>
            </w:pPr>
            <w:r w:rsidRPr="002A7168"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C2F01" w:rsidRDefault="00DC2F01" w:rsidP="00494884">
            <w:pPr>
              <w:widowControl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4.3 </w:t>
            </w:r>
            <w:r>
              <w:t>Гравиметрический анализ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 xml:space="preserve">Вопросы для собеседования, отчет по ЛР, </w:t>
            </w:r>
          </w:p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контрольная работа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/>
          </w:tcPr>
          <w:p w:rsidR="00DC2F01" w:rsidRDefault="00DC2F01" w:rsidP="00494884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DC2F01" w:rsidRDefault="00DC2F01" w:rsidP="00494884">
            <w:pPr>
              <w:widowControl w:val="0"/>
              <w:rPr>
                <w:b/>
                <w:szCs w:val="24"/>
              </w:rPr>
            </w:pPr>
            <w:r>
              <w:t>4.4 Титриметрический анализ</w:t>
            </w:r>
          </w:p>
        </w:tc>
        <w:tc>
          <w:tcPr>
            <w:tcW w:w="1559" w:type="dxa"/>
            <w:tcBorders>
              <w:top w:val="nil"/>
              <w:bottom w:val="nil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Текущий контроль</w:t>
            </w:r>
          </w:p>
        </w:tc>
        <w:tc>
          <w:tcPr>
            <w:tcW w:w="2693" w:type="dxa"/>
          </w:tcPr>
          <w:p w:rsidR="00DC2F01" w:rsidRPr="00DC2F01" w:rsidRDefault="00DC2F01" w:rsidP="00494884">
            <w:pPr>
              <w:rPr>
                <w:i/>
                <w:sz w:val="20"/>
                <w:lang w:val="ru-RU"/>
              </w:rPr>
            </w:pPr>
            <w:r w:rsidRPr="00DC2F01">
              <w:rPr>
                <w:i/>
                <w:sz w:val="20"/>
                <w:lang w:val="ru-RU"/>
              </w:rPr>
              <w:t xml:space="preserve">Вопросы для собеседования, отчет по ЛР, </w:t>
            </w:r>
          </w:p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контрольная работа</w:t>
            </w:r>
          </w:p>
        </w:tc>
      </w:tr>
      <w:tr w:rsidR="00DC2F01" w:rsidTr="00494884">
        <w:trPr>
          <w:trHeight w:val="498"/>
        </w:trPr>
        <w:tc>
          <w:tcPr>
            <w:tcW w:w="1560" w:type="dxa"/>
            <w:vMerge/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126" w:type="dxa"/>
            <w:vMerge/>
          </w:tcPr>
          <w:p w:rsidR="00DC2F01" w:rsidRDefault="00DC2F01" w:rsidP="00494884">
            <w:pPr>
              <w:widowControl w:val="0"/>
              <w:rPr>
                <w:b/>
                <w:szCs w:val="24"/>
              </w:rPr>
            </w:pPr>
          </w:p>
        </w:tc>
        <w:tc>
          <w:tcPr>
            <w:tcW w:w="1559" w:type="dxa"/>
            <w:tcBorders>
              <w:top w:val="nil"/>
            </w:tcBorders>
          </w:tcPr>
          <w:p w:rsidR="00DC2F01" w:rsidRDefault="00DC2F01" w:rsidP="00494884">
            <w:pPr>
              <w:rPr>
                <w:rFonts w:eastAsia="Calibri"/>
                <w:bCs/>
                <w:iCs/>
                <w:szCs w:val="24"/>
              </w:rPr>
            </w:pPr>
          </w:p>
        </w:tc>
        <w:tc>
          <w:tcPr>
            <w:tcW w:w="2410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Промежуточная аттестация</w:t>
            </w:r>
          </w:p>
        </w:tc>
        <w:tc>
          <w:tcPr>
            <w:tcW w:w="2693" w:type="dxa"/>
          </w:tcPr>
          <w:p w:rsidR="00DC2F01" w:rsidRDefault="00DC2F01" w:rsidP="00494884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Экзаменационные вопросы, экзаменационные билеты</w:t>
            </w:r>
          </w:p>
        </w:tc>
      </w:tr>
    </w:tbl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Pr="00DC2F01" w:rsidRDefault="00DC2F01" w:rsidP="00DC2F01">
      <w:pPr>
        <w:jc w:val="center"/>
        <w:rPr>
          <w:b/>
          <w:lang w:val="ru-RU"/>
        </w:rPr>
      </w:pPr>
      <w:r w:rsidRPr="00DC2F01">
        <w:rPr>
          <w:b/>
          <w:lang w:val="ru-RU"/>
        </w:rPr>
        <w:t>Перечень и краткая характеристика оценочных средств по дисциплине</w:t>
      </w:r>
    </w:p>
    <w:p w:rsidR="00DC2F01" w:rsidRDefault="00DC2F01" w:rsidP="00DC2F01">
      <w:pPr>
        <w:jc w:val="center"/>
        <w:rPr>
          <w:b/>
          <w:u w:val="single"/>
        </w:rPr>
      </w:pPr>
      <w:r>
        <w:rPr>
          <w:b/>
          <w:u w:val="single"/>
        </w:rPr>
        <w:t>Б</w:t>
      </w:r>
      <w:proofErr w:type="gramStart"/>
      <w:r>
        <w:rPr>
          <w:b/>
          <w:u w:val="single"/>
        </w:rPr>
        <w:t>1.О.</w:t>
      </w:r>
      <w:proofErr w:type="gramEnd"/>
      <w:r>
        <w:rPr>
          <w:b/>
          <w:u w:val="single"/>
        </w:rPr>
        <w:t xml:space="preserve"> 06.02 </w:t>
      </w:r>
      <w:r w:rsidRPr="00093F28">
        <w:rPr>
          <w:b/>
          <w:u w:val="single"/>
        </w:rPr>
        <w:t>Химические основы экологии</w:t>
      </w:r>
    </w:p>
    <w:p w:rsidR="00DC2F01" w:rsidRPr="00093F28" w:rsidRDefault="00DC2F01" w:rsidP="00DC2F01">
      <w:pPr>
        <w:jc w:val="center"/>
        <w:rPr>
          <w:b/>
          <w:u w:val="single"/>
        </w:rPr>
      </w:pPr>
    </w:p>
    <w:tbl>
      <w:tblPr>
        <w:tblStyle w:val="aff0"/>
        <w:tblW w:w="9900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540"/>
        <w:gridCol w:w="2115"/>
        <w:gridCol w:w="4395"/>
        <w:gridCol w:w="2850"/>
      </w:tblGrid>
      <w:tr w:rsidR="00DC2F01" w:rsidRPr="001B6ED6" w:rsidTr="00494884">
        <w:tc>
          <w:tcPr>
            <w:tcW w:w="540" w:type="dxa"/>
            <w:vAlign w:val="center"/>
          </w:tcPr>
          <w:p w:rsidR="00DC2F01" w:rsidRPr="00FF077F" w:rsidRDefault="00DC2F01" w:rsidP="00494884">
            <w:pPr>
              <w:spacing w:line="240" w:lineRule="auto"/>
              <w:jc w:val="center"/>
              <w:rPr>
                <w:b/>
                <w:sz w:val="22"/>
              </w:rPr>
            </w:pPr>
            <w:r w:rsidRPr="00FF077F">
              <w:rPr>
                <w:b/>
                <w:sz w:val="22"/>
              </w:rPr>
              <w:t>№</w:t>
            </w:r>
          </w:p>
          <w:p w:rsidR="00DC2F01" w:rsidRPr="00FF077F" w:rsidRDefault="00DC2F01" w:rsidP="00494884">
            <w:pPr>
              <w:spacing w:line="240" w:lineRule="auto"/>
              <w:jc w:val="center"/>
              <w:rPr>
                <w:b/>
                <w:sz w:val="22"/>
              </w:rPr>
            </w:pPr>
            <w:r w:rsidRPr="00FF077F">
              <w:rPr>
                <w:b/>
                <w:sz w:val="22"/>
              </w:rPr>
              <w:t>п/п</w:t>
            </w:r>
          </w:p>
        </w:tc>
        <w:tc>
          <w:tcPr>
            <w:tcW w:w="2115" w:type="dxa"/>
            <w:vAlign w:val="center"/>
          </w:tcPr>
          <w:p w:rsidR="00DC2F01" w:rsidRPr="00DC2F01" w:rsidRDefault="00DC2F01" w:rsidP="00494884">
            <w:pPr>
              <w:spacing w:line="240" w:lineRule="auto"/>
              <w:jc w:val="center"/>
              <w:rPr>
                <w:b/>
                <w:sz w:val="22"/>
                <w:lang w:val="ru-RU"/>
              </w:rPr>
            </w:pPr>
            <w:r w:rsidRPr="00DC2F01">
              <w:rPr>
                <w:b/>
                <w:sz w:val="22"/>
                <w:lang w:val="ru-RU"/>
              </w:rPr>
              <w:t xml:space="preserve">Наименование оценочного средства </w:t>
            </w:r>
            <w:r w:rsidRPr="00DC2F01">
              <w:rPr>
                <w:sz w:val="22"/>
                <w:lang w:val="ru-RU"/>
              </w:rPr>
              <w:t>(процесс/конечный продукт)</w:t>
            </w:r>
          </w:p>
        </w:tc>
        <w:tc>
          <w:tcPr>
            <w:tcW w:w="4395" w:type="dxa"/>
            <w:vAlign w:val="center"/>
          </w:tcPr>
          <w:p w:rsidR="00DC2F01" w:rsidRPr="00FF077F" w:rsidRDefault="00DC2F01" w:rsidP="00494884">
            <w:pPr>
              <w:spacing w:line="240" w:lineRule="auto"/>
              <w:jc w:val="center"/>
              <w:rPr>
                <w:b/>
                <w:sz w:val="22"/>
              </w:rPr>
            </w:pPr>
            <w:r w:rsidRPr="00FF077F">
              <w:rPr>
                <w:b/>
                <w:sz w:val="22"/>
              </w:rPr>
              <w:t>Краткая характеристика оценочного средства</w:t>
            </w:r>
          </w:p>
        </w:tc>
        <w:tc>
          <w:tcPr>
            <w:tcW w:w="2850" w:type="dxa"/>
            <w:vAlign w:val="center"/>
          </w:tcPr>
          <w:p w:rsidR="00DC2F01" w:rsidRPr="00DC2F01" w:rsidRDefault="00DC2F01" w:rsidP="00494884">
            <w:pPr>
              <w:spacing w:line="240" w:lineRule="auto"/>
              <w:jc w:val="center"/>
              <w:rPr>
                <w:b/>
                <w:sz w:val="22"/>
                <w:lang w:val="ru-RU"/>
              </w:rPr>
            </w:pPr>
            <w:r w:rsidRPr="00DC2F01">
              <w:rPr>
                <w:b/>
                <w:sz w:val="22"/>
                <w:lang w:val="ru-RU"/>
              </w:rPr>
              <w:t>Представление оценочного средства в фонде</w:t>
            </w:r>
          </w:p>
        </w:tc>
      </w:tr>
      <w:tr w:rsidR="00DC2F01" w:rsidRPr="005F5C0E" w:rsidTr="00494884">
        <w:tc>
          <w:tcPr>
            <w:tcW w:w="540" w:type="dxa"/>
          </w:tcPr>
          <w:p w:rsidR="00DC2F01" w:rsidRPr="005F5C0E" w:rsidRDefault="00DC2F01" w:rsidP="00494884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</w:t>
            </w:r>
          </w:p>
        </w:tc>
        <w:tc>
          <w:tcPr>
            <w:tcW w:w="2115" w:type="dxa"/>
          </w:tcPr>
          <w:p w:rsidR="00DC2F01" w:rsidRPr="005F5C0E" w:rsidRDefault="00DC2F01" w:rsidP="00494884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</w:t>
            </w:r>
          </w:p>
        </w:tc>
        <w:tc>
          <w:tcPr>
            <w:tcW w:w="4395" w:type="dxa"/>
          </w:tcPr>
          <w:p w:rsidR="00DC2F01" w:rsidRPr="005F5C0E" w:rsidRDefault="00DC2F01" w:rsidP="00494884">
            <w:pPr>
              <w:spacing w:line="240" w:lineRule="auto"/>
              <w:ind w:firstLine="28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</w:t>
            </w:r>
          </w:p>
        </w:tc>
        <w:tc>
          <w:tcPr>
            <w:tcW w:w="2850" w:type="dxa"/>
          </w:tcPr>
          <w:p w:rsidR="00DC2F01" w:rsidRPr="005F5C0E" w:rsidRDefault="00DC2F01" w:rsidP="00494884">
            <w:pPr>
              <w:spacing w:line="240" w:lineRule="auto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</w:t>
            </w:r>
          </w:p>
        </w:tc>
      </w:tr>
      <w:tr w:rsidR="00DC2F01" w:rsidRPr="001B6ED6" w:rsidTr="00494884">
        <w:tc>
          <w:tcPr>
            <w:tcW w:w="540" w:type="dxa"/>
          </w:tcPr>
          <w:p w:rsidR="00DC2F01" w:rsidRPr="00FF077F" w:rsidRDefault="00DC2F01" w:rsidP="000D3AEE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sz w:val="22"/>
              </w:rPr>
            </w:pPr>
          </w:p>
        </w:tc>
        <w:tc>
          <w:tcPr>
            <w:tcW w:w="2115" w:type="dxa"/>
          </w:tcPr>
          <w:p w:rsidR="00DC2F01" w:rsidRPr="00FF077F" w:rsidRDefault="00DC2F01" w:rsidP="0049488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Контрольная работа</w:t>
            </w:r>
          </w:p>
        </w:tc>
        <w:tc>
          <w:tcPr>
            <w:tcW w:w="4395" w:type="dxa"/>
          </w:tcPr>
          <w:p w:rsidR="00DC2F01" w:rsidRPr="00DC2F01" w:rsidRDefault="00DC2F01" w:rsidP="00494884">
            <w:pPr>
              <w:spacing w:line="240" w:lineRule="auto"/>
              <w:ind w:firstLine="28"/>
              <w:rPr>
                <w:color w:val="FF0000"/>
                <w:sz w:val="22"/>
                <w:lang w:val="ru-RU"/>
              </w:rPr>
            </w:pPr>
            <w:r w:rsidRPr="00DC2F01">
              <w:rPr>
                <w:sz w:val="22"/>
                <w:lang w:val="ru-RU"/>
              </w:rPr>
              <w:t xml:space="preserve">Средство проверки умений применять </w:t>
            </w:r>
            <w:r w:rsidRPr="00DC2F01">
              <w:rPr>
                <w:sz w:val="22"/>
                <w:lang w:val="ru-RU"/>
              </w:rPr>
              <w:lastRenderedPageBreak/>
              <w:t>полученные знания для решения задач определенного типа по теме или разделу</w:t>
            </w:r>
          </w:p>
        </w:tc>
        <w:tc>
          <w:tcPr>
            <w:tcW w:w="2850" w:type="dxa"/>
          </w:tcPr>
          <w:p w:rsidR="00DC2F01" w:rsidRPr="00DC2F01" w:rsidRDefault="00DC2F01" w:rsidP="00494884">
            <w:pPr>
              <w:spacing w:line="240" w:lineRule="auto"/>
              <w:rPr>
                <w:sz w:val="22"/>
                <w:lang w:val="ru-RU"/>
              </w:rPr>
            </w:pPr>
            <w:r w:rsidRPr="00DC2F01">
              <w:rPr>
                <w:sz w:val="22"/>
                <w:lang w:val="ru-RU"/>
              </w:rPr>
              <w:lastRenderedPageBreak/>
              <w:t xml:space="preserve">Комплект контрольных </w:t>
            </w:r>
            <w:r w:rsidRPr="00DC2F01">
              <w:rPr>
                <w:sz w:val="22"/>
                <w:lang w:val="ru-RU"/>
              </w:rPr>
              <w:lastRenderedPageBreak/>
              <w:t xml:space="preserve">заданий по вариантам </w:t>
            </w:r>
          </w:p>
        </w:tc>
      </w:tr>
      <w:tr w:rsidR="00DC2F01" w:rsidRPr="001B6ED6" w:rsidTr="00494884">
        <w:tc>
          <w:tcPr>
            <w:tcW w:w="540" w:type="dxa"/>
          </w:tcPr>
          <w:p w:rsidR="00DC2F01" w:rsidRPr="00DC2F01" w:rsidRDefault="00DC2F01" w:rsidP="000D3AEE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sz w:val="22"/>
                <w:lang w:val="ru-RU"/>
              </w:rPr>
            </w:pPr>
          </w:p>
        </w:tc>
        <w:tc>
          <w:tcPr>
            <w:tcW w:w="2115" w:type="dxa"/>
          </w:tcPr>
          <w:p w:rsidR="00DC2F01" w:rsidRPr="00FF077F" w:rsidRDefault="00DC2F01" w:rsidP="00494884">
            <w:pPr>
              <w:spacing w:line="240" w:lineRule="auto"/>
              <w:rPr>
                <w:sz w:val="22"/>
              </w:rPr>
            </w:pPr>
            <w:r w:rsidRPr="00FF077F">
              <w:rPr>
                <w:sz w:val="22"/>
              </w:rPr>
              <w:t>Собеседование</w:t>
            </w:r>
          </w:p>
        </w:tc>
        <w:tc>
          <w:tcPr>
            <w:tcW w:w="4395" w:type="dxa"/>
          </w:tcPr>
          <w:p w:rsidR="00DC2F01" w:rsidRPr="00DC2F01" w:rsidRDefault="00DC2F01" w:rsidP="00494884">
            <w:pPr>
              <w:spacing w:line="240" w:lineRule="auto"/>
              <w:rPr>
                <w:sz w:val="22"/>
                <w:lang w:val="ru-RU"/>
              </w:rPr>
            </w:pPr>
            <w:r w:rsidRPr="00DC2F01">
              <w:rPr>
                <w:sz w:val="22"/>
                <w:lang w:val="ru-RU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850" w:type="dxa"/>
          </w:tcPr>
          <w:p w:rsidR="00DC2F01" w:rsidRPr="00DC2F01" w:rsidRDefault="00DC2F01" w:rsidP="00494884">
            <w:pPr>
              <w:spacing w:line="240" w:lineRule="auto"/>
              <w:rPr>
                <w:sz w:val="22"/>
                <w:lang w:val="ru-RU"/>
              </w:rPr>
            </w:pPr>
            <w:r w:rsidRPr="00DC2F01">
              <w:rPr>
                <w:sz w:val="22"/>
                <w:lang w:val="ru-RU"/>
              </w:rPr>
              <w:t xml:space="preserve">Вопросы по темам/разделам дисциплины </w:t>
            </w:r>
          </w:p>
        </w:tc>
      </w:tr>
      <w:tr w:rsidR="00DC2F01" w:rsidRPr="001B6ED6" w:rsidTr="00494884">
        <w:tc>
          <w:tcPr>
            <w:tcW w:w="540" w:type="dxa"/>
          </w:tcPr>
          <w:p w:rsidR="00DC2F01" w:rsidRPr="00DC2F01" w:rsidRDefault="00DC2F01" w:rsidP="000D3AEE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sz w:val="22"/>
                <w:lang w:val="ru-RU"/>
              </w:rPr>
            </w:pPr>
          </w:p>
        </w:tc>
        <w:tc>
          <w:tcPr>
            <w:tcW w:w="2115" w:type="dxa"/>
          </w:tcPr>
          <w:p w:rsidR="00DC2F01" w:rsidRPr="00FF077F" w:rsidRDefault="00DC2F01" w:rsidP="0049488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 xml:space="preserve">Лабораторная работа </w:t>
            </w:r>
          </w:p>
        </w:tc>
        <w:tc>
          <w:tcPr>
            <w:tcW w:w="4395" w:type="dxa"/>
          </w:tcPr>
          <w:p w:rsidR="00DC2F01" w:rsidRPr="00DC2F01" w:rsidRDefault="00DC2F01" w:rsidP="00494884">
            <w:pPr>
              <w:spacing w:line="240" w:lineRule="auto"/>
              <w:ind w:firstLine="28"/>
              <w:rPr>
                <w:sz w:val="22"/>
                <w:lang w:val="ru-RU"/>
              </w:rPr>
            </w:pPr>
            <w:r w:rsidRPr="00DC2F01">
              <w:rPr>
                <w:lang w:val="ru-RU"/>
              </w:rPr>
              <w:t>Форма организации учебного процесса, заключающаяся в выполнении обучающимися под руководством преподавателя комплекса учебных заданий с целью усвоения научно-теоретических основ дисциплины, приобретения навыков и опыта творческой деятельности, овладения современными методами лабораторной работы с применением технических средств</w:t>
            </w:r>
          </w:p>
        </w:tc>
        <w:tc>
          <w:tcPr>
            <w:tcW w:w="2850" w:type="dxa"/>
          </w:tcPr>
          <w:p w:rsidR="00DC2F01" w:rsidRPr="00DC2F01" w:rsidRDefault="00DC2F01" w:rsidP="00494884">
            <w:pPr>
              <w:spacing w:line="240" w:lineRule="auto"/>
              <w:rPr>
                <w:sz w:val="22"/>
                <w:lang w:val="ru-RU"/>
              </w:rPr>
            </w:pPr>
            <w:r w:rsidRPr="00DC2F01">
              <w:rPr>
                <w:sz w:val="22"/>
                <w:lang w:val="ru-RU"/>
              </w:rPr>
              <w:t>Макет отчета по лабораторной (-ым) работе (-ам)</w:t>
            </w:r>
          </w:p>
        </w:tc>
      </w:tr>
      <w:tr w:rsidR="00DC2F01" w:rsidRPr="00FF077F" w:rsidTr="00494884">
        <w:tc>
          <w:tcPr>
            <w:tcW w:w="540" w:type="dxa"/>
          </w:tcPr>
          <w:p w:rsidR="00DC2F01" w:rsidRPr="00DC2F01" w:rsidRDefault="00DC2F01" w:rsidP="000D3AEE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sz w:val="22"/>
                <w:lang w:val="ru-RU"/>
              </w:rPr>
            </w:pPr>
          </w:p>
        </w:tc>
        <w:tc>
          <w:tcPr>
            <w:tcW w:w="2115" w:type="dxa"/>
          </w:tcPr>
          <w:p w:rsidR="00DC2F01" w:rsidRPr="00FF077F" w:rsidRDefault="00DC2F01" w:rsidP="00494884">
            <w:pPr>
              <w:spacing w:line="240" w:lineRule="auto"/>
              <w:rPr>
                <w:sz w:val="22"/>
              </w:rPr>
            </w:pPr>
            <w:r w:rsidRPr="00FF077F">
              <w:rPr>
                <w:sz w:val="22"/>
              </w:rPr>
              <w:t>Тест</w:t>
            </w:r>
          </w:p>
        </w:tc>
        <w:tc>
          <w:tcPr>
            <w:tcW w:w="4395" w:type="dxa"/>
          </w:tcPr>
          <w:p w:rsidR="00DC2F01" w:rsidRPr="00DC2F01" w:rsidRDefault="00DC2F01" w:rsidP="00494884">
            <w:pPr>
              <w:spacing w:line="240" w:lineRule="auto"/>
              <w:rPr>
                <w:sz w:val="22"/>
                <w:lang w:val="ru-RU"/>
              </w:rPr>
            </w:pPr>
            <w:r w:rsidRPr="00DC2F01">
              <w:rPr>
                <w:sz w:val="22"/>
                <w:lang w:val="ru-RU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850" w:type="dxa"/>
          </w:tcPr>
          <w:p w:rsidR="00DC2F01" w:rsidRPr="00FF077F" w:rsidRDefault="00DC2F01" w:rsidP="0049488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База</w:t>
            </w:r>
            <w:r w:rsidRPr="00FF077F">
              <w:rPr>
                <w:sz w:val="22"/>
              </w:rPr>
              <w:t xml:space="preserve"> тестовых заданий</w:t>
            </w:r>
          </w:p>
        </w:tc>
      </w:tr>
      <w:tr w:rsidR="00DC2F01" w:rsidTr="00494884">
        <w:tc>
          <w:tcPr>
            <w:tcW w:w="540" w:type="dxa"/>
          </w:tcPr>
          <w:p w:rsidR="00DC2F01" w:rsidRPr="00FF077F" w:rsidRDefault="00DC2F01" w:rsidP="000D3AEE">
            <w:pPr>
              <w:numPr>
                <w:ilvl w:val="0"/>
                <w:numId w:val="8"/>
              </w:numPr>
              <w:spacing w:line="240" w:lineRule="auto"/>
              <w:ind w:left="0"/>
              <w:jc w:val="both"/>
              <w:rPr>
                <w:sz w:val="22"/>
              </w:rPr>
            </w:pPr>
          </w:p>
        </w:tc>
        <w:tc>
          <w:tcPr>
            <w:tcW w:w="2115" w:type="dxa"/>
          </w:tcPr>
          <w:p w:rsidR="00DC2F01" w:rsidRPr="00DC2F01" w:rsidRDefault="00DC2F01" w:rsidP="00494884">
            <w:pPr>
              <w:spacing w:line="240" w:lineRule="auto"/>
              <w:rPr>
                <w:sz w:val="22"/>
                <w:lang w:val="ru-RU"/>
              </w:rPr>
            </w:pPr>
            <w:r w:rsidRPr="00DC2F01">
              <w:rPr>
                <w:sz w:val="22"/>
                <w:lang w:val="ru-RU"/>
              </w:rPr>
              <w:t>Задания для диагностического дисциплинарного тестирования</w:t>
            </w:r>
          </w:p>
        </w:tc>
        <w:tc>
          <w:tcPr>
            <w:tcW w:w="4395" w:type="dxa"/>
          </w:tcPr>
          <w:p w:rsidR="00DC2F01" w:rsidRPr="00DC2F01" w:rsidRDefault="00DC2F01" w:rsidP="00494884">
            <w:pPr>
              <w:spacing w:line="240" w:lineRule="auto"/>
              <w:rPr>
                <w:sz w:val="22"/>
                <w:lang w:val="ru-RU"/>
              </w:rPr>
            </w:pPr>
            <w:r w:rsidRPr="00DC2F01">
              <w:rPr>
                <w:sz w:val="22"/>
                <w:lang w:val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2850" w:type="dxa"/>
          </w:tcPr>
          <w:p w:rsidR="00DC2F01" w:rsidRDefault="00DC2F01" w:rsidP="00494884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Комплект тестовых заданий</w:t>
            </w:r>
          </w:p>
        </w:tc>
      </w:tr>
    </w:tbl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Default="00DC2F01" w:rsidP="00DC2F01"/>
    <w:p w:rsidR="00DC2F01" w:rsidRPr="00DC2F01" w:rsidRDefault="00DC2F01" w:rsidP="00DC2F01">
      <w:pPr>
        <w:jc w:val="center"/>
        <w:rPr>
          <w:b/>
          <w:sz w:val="28"/>
          <w:szCs w:val="28"/>
          <w:u w:val="single"/>
          <w:lang w:val="ru-RU"/>
        </w:rPr>
      </w:pPr>
      <w:r w:rsidRPr="00DC2F01">
        <w:rPr>
          <w:b/>
          <w:sz w:val="28"/>
          <w:szCs w:val="28"/>
          <w:u w:val="single"/>
          <w:lang w:val="ru-RU"/>
        </w:rPr>
        <w:lastRenderedPageBreak/>
        <w:t>Комплект оценочных средств для текущего контроля</w:t>
      </w: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tabs>
          <w:tab w:val="left" w:pos="2295"/>
        </w:tabs>
        <w:spacing w:line="240" w:lineRule="auto"/>
        <w:jc w:val="center"/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 xml:space="preserve">Комплект заданий для контрольной работы по дисциплине </w:t>
      </w:r>
    </w:p>
    <w:p w:rsidR="00DC2F01" w:rsidRPr="00C075A8" w:rsidRDefault="00DC2F01" w:rsidP="00DC2F01">
      <w:pPr>
        <w:tabs>
          <w:tab w:val="left" w:pos="2295"/>
        </w:tabs>
        <w:spacing w:line="240" w:lineRule="auto"/>
        <w:jc w:val="center"/>
        <w:rPr>
          <w:b/>
          <w:i/>
          <w:szCs w:val="24"/>
          <w:vertAlign w:val="superscript"/>
        </w:rPr>
      </w:pPr>
      <w:r w:rsidRPr="00C075A8">
        <w:rPr>
          <w:b/>
          <w:szCs w:val="24"/>
        </w:rPr>
        <w:t>Б</w:t>
      </w:r>
      <w:proofErr w:type="gramStart"/>
      <w:r w:rsidRPr="00C075A8">
        <w:rPr>
          <w:b/>
          <w:szCs w:val="24"/>
        </w:rPr>
        <w:t>1.</w:t>
      </w:r>
      <w:r>
        <w:rPr>
          <w:b/>
          <w:szCs w:val="24"/>
        </w:rPr>
        <w:t>О.</w:t>
      </w:r>
      <w:proofErr w:type="gramEnd"/>
      <w:r>
        <w:rPr>
          <w:b/>
          <w:szCs w:val="24"/>
        </w:rPr>
        <w:t>06.02</w:t>
      </w:r>
      <w:r w:rsidRPr="00C075A8">
        <w:rPr>
          <w:b/>
          <w:szCs w:val="24"/>
        </w:rPr>
        <w:t xml:space="preserve"> </w:t>
      </w:r>
      <w:r>
        <w:rPr>
          <w:b/>
          <w:szCs w:val="24"/>
        </w:rPr>
        <w:t>Химические основы экологии</w:t>
      </w:r>
    </w:p>
    <w:p w:rsidR="00DC2F01" w:rsidRPr="00DC2F01" w:rsidRDefault="00DC2F01" w:rsidP="000D3AEE">
      <w:pPr>
        <w:pStyle w:val="ae"/>
        <w:numPr>
          <w:ilvl w:val="0"/>
          <w:numId w:val="59"/>
        </w:numPr>
        <w:shd w:val="clear" w:color="auto" w:fill="FFFFFF"/>
        <w:tabs>
          <w:tab w:val="left" w:pos="720"/>
        </w:tabs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Cs w:val="24"/>
          <w:shd w:val="clear" w:color="auto" w:fill="FFFFFF"/>
          <w:lang w:val="ru-RU"/>
        </w:rPr>
      </w:pPr>
      <w:r w:rsidRPr="00DC2F01">
        <w:rPr>
          <w:b/>
          <w:szCs w:val="24"/>
          <w:shd w:val="clear" w:color="auto" w:fill="FFFFFF"/>
          <w:lang w:val="ru-RU"/>
        </w:rPr>
        <w:t>Современные экологические проблемы и роль химии в их решении</w:t>
      </w:r>
    </w:p>
    <w:p w:rsidR="00DC2F01" w:rsidRPr="00DC2F01" w:rsidRDefault="00DC2F01" w:rsidP="00DC2F01">
      <w:pPr>
        <w:spacing w:line="240" w:lineRule="auto"/>
        <w:rPr>
          <w:color w:val="212529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>Задание 1.1. Современные представления о химической промышленности. Условность «безотходного» производства. Сырьё химической про</w:t>
      </w:r>
      <w:r w:rsidRPr="00DC2F01">
        <w:rPr>
          <w:color w:val="212529"/>
          <w:shd w:val="clear" w:color="auto" w:fill="FFFFFF"/>
          <w:lang w:val="ru-RU"/>
        </w:rPr>
        <w:softHyphen/>
        <w:t xml:space="preserve">мышленности. </w:t>
      </w:r>
    </w:p>
    <w:p w:rsidR="00DC2F01" w:rsidRPr="00DC2F01" w:rsidRDefault="00DC2F01" w:rsidP="00DC2F01">
      <w:pPr>
        <w:spacing w:line="240" w:lineRule="auto"/>
        <w:rPr>
          <w:color w:val="212529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>Задание 1.2. Экологизации в химической промышленности.</w:t>
      </w:r>
    </w:p>
    <w:p w:rsidR="00DC2F01" w:rsidRPr="00DC2F01" w:rsidRDefault="00DC2F01" w:rsidP="00DC2F01">
      <w:pPr>
        <w:spacing w:line="240" w:lineRule="auto"/>
        <w:rPr>
          <w:color w:val="212529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>Задание 1.3. Экологические проблемы химических производств</w:t>
      </w:r>
    </w:p>
    <w:p w:rsidR="00DC2F01" w:rsidRPr="00DC2F01" w:rsidRDefault="00DC2F01" w:rsidP="00DC2F01">
      <w:pPr>
        <w:tabs>
          <w:tab w:val="left" w:pos="3942"/>
        </w:tabs>
        <w:spacing w:line="240" w:lineRule="auto"/>
        <w:rPr>
          <w:color w:val="212529"/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1.4. </w:t>
      </w:r>
      <w:r w:rsidRPr="00DC2F01">
        <w:rPr>
          <w:color w:val="212529"/>
          <w:szCs w:val="24"/>
          <w:shd w:val="clear" w:color="auto" w:fill="FFFFFF"/>
          <w:lang w:val="ru-RU"/>
        </w:rPr>
        <w:t>Создание новых материалов и проблемы экологии.</w:t>
      </w:r>
    </w:p>
    <w:p w:rsidR="00DC2F01" w:rsidRPr="00DC2F01" w:rsidRDefault="00DC2F01" w:rsidP="00DC2F01">
      <w:pPr>
        <w:tabs>
          <w:tab w:val="left" w:pos="3942"/>
        </w:tabs>
        <w:spacing w:line="240" w:lineRule="auto"/>
        <w:rPr>
          <w:color w:val="212529"/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1.5. </w:t>
      </w:r>
      <w:r w:rsidRPr="00DC2F01">
        <w:rPr>
          <w:color w:val="212529"/>
          <w:szCs w:val="24"/>
          <w:shd w:val="clear" w:color="auto" w:fill="FFFFFF"/>
          <w:lang w:val="ru-RU"/>
        </w:rPr>
        <w:t>Разработка экологически чистых технологий органического синтеза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1.6. </w:t>
      </w:r>
      <w:r w:rsidRPr="00DC2F01">
        <w:rPr>
          <w:szCs w:val="24"/>
          <w:shd w:val="clear" w:color="auto" w:fill="FFFFFF"/>
          <w:lang w:val="ru-RU"/>
        </w:rPr>
        <w:t xml:space="preserve">Технологические решения экологических проблем, основанные на принципах малоотходного производства. 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1.7. </w:t>
      </w:r>
      <w:r w:rsidRPr="00DC2F01">
        <w:rPr>
          <w:szCs w:val="24"/>
          <w:shd w:val="clear" w:color="auto" w:fill="FFFFFF"/>
          <w:lang w:val="ru-RU"/>
        </w:rPr>
        <w:t xml:space="preserve">Экологический </w:t>
      </w:r>
      <w:proofErr w:type="gramStart"/>
      <w:r w:rsidRPr="00DC2F01">
        <w:rPr>
          <w:szCs w:val="24"/>
          <w:shd w:val="clear" w:color="auto" w:fill="FFFFFF"/>
          <w:lang w:val="ru-RU"/>
        </w:rPr>
        <w:t>катализ..</w:t>
      </w:r>
      <w:proofErr w:type="gramEnd"/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1.8. </w:t>
      </w:r>
      <w:r w:rsidRPr="00DC2F01">
        <w:rPr>
          <w:szCs w:val="24"/>
          <w:shd w:val="clear" w:color="auto" w:fill="FFFFFF"/>
          <w:lang w:val="ru-RU"/>
        </w:rPr>
        <w:t>Химия и биотехнологии.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1.9. </w:t>
      </w:r>
      <w:r w:rsidRPr="00DC2F01">
        <w:rPr>
          <w:szCs w:val="24"/>
          <w:shd w:val="clear" w:color="auto" w:fill="FFFFFF"/>
          <w:lang w:val="ru-RU"/>
        </w:rPr>
        <w:t>Химия как основа для решения экологических проблем.</w:t>
      </w:r>
    </w:p>
    <w:p w:rsidR="00DC2F01" w:rsidRPr="00DC2F01" w:rsidRDefault="00DC2F01" w:rsidP="00DC2F01">
      <w:pPr>
        <w:shd w:val="clear" w:color="auto" w:fill="FFFFFF"/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1.10. </w:t>
      </w:r>
      <w:r w:rsidRPr="00DC2F01">
        <w:rPr>
          <w:szCs w:val="24"/>
          <w:shd w:val="clear" w:color="auto" w:fill="FFFFFF"/>
          <w:lang w:val="ru-RU"/>
        </w:rPr>
        <w:t xml:space="preserve">Принцы «зеленой химия» 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1.11. </w:t>
      </w:r>
      <w:r w:rsidRPr="00DC2F01">
        <w:rPr>
          <w:szCs w:val="24"/>
          <w:shd w:val="clear" w:color="auto" w:fill="FFFFFF"/>
          <w:lang w:val="ru-RU"/>
        </w:rPr>
        <w:t>Методы «зеленой химии»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1.12. </w:t>
      </w:r>
      <w:r w:rsidRPr="00DC2F01">
        <w:rPr>
          <w:szCs w:val="24"/>
          <w:shd w:val="clear" w:color="auto" w:fill="FFFFFF"/>
          <w:lang w:val="ru-RU"/>
        </w:rPr>
        <w:t>Применение принципов «зеленой химии» в различных отраслях промышленности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1.13. </w:t>
      </w:r>
      <w:r w:rsidRPr="00DC2F01">
        <w:rPr>
          <w:szCs w:val="24"/>
          <w:shd w:val="clear" w:color="auto" w:fill="FFFFFF"/>
          <w:lang w:val="ru-RU"/>
        </w:rPr>
        <w:t>Пути и перспективы развития «зеленой химии».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1.14. </w:t>
      </w:r>
      <w:r w:rsidRPr="00DC2F01">
        <w:rPr>
          <w:szCs w:val="24"/>
          <w:shd w:val="clear" w:color="auto" w:fill="FFFFFF"/>
          <w:lang w:val="ru-RU"/>
        </w:rPr>
        <w:t>Влияние «зеленой химии» на окружающую среду.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1.15. </w:t>
      </w:r>
      <w:r w:rsidRPr="00DC2F01">
        <w:rPr>
          <w:szCs w:val="24"/>
          <w:shd w:val="clear" w:color="auto" w:fill="FFFFFF"/>
          <w:lang w:val="ru-RU"/>
        </w:rPr>
        <w:t>Химические вещества на биологической основе.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>Задание 1.</w:t>
      </w:r>
      <w:r w:rsidRPr="00DC2F01">
        <w:rPr>
          <w:szCs w:val="24"/>
          <w:shd w:val="clear" w:color="auto" w:fill="FFFFFF"/>
          <w:lang w:val="ru-RU"/>
        </w:rPr>
        <w:t xml:space="preserve"> 16. «Зеленая химия» как инструмент устойчивого развития.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1.17. </w:t>
      </w:r>
      <w:r w:rsidRPr="00DC2F01">
        <w:rPr>
          <w:szCs w:val="24"/>
          <w:shd w:val="clear" w:color="auto" w:fill="FFFFFF"/>
          <w:lang w:val="ru-RU"/>
        </w:rPr>
        <w:t>Научные основы и технологии «зеленой химии».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>Задание 1.</w:t>
      </w:r>
      <w:r w:rsidRPr="00DC2F01">
        <w:rPr>
          <w:szCs w:val="24"/>
          <w:shd w:val="clear" w:color="auto" w:fill="FFFFFF"/>
          <w:lang w:val="ru-RU"/>
        </w:rPr>
        <w:t xml:space="preserve"> 18. «Зеленая химия» и эволюция химических производств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 xml:space="preserve">Задание 1.19. </w:t>
      </w:r>
      <w:r w:rsidRPr="00DC2F01">
        <w:rPr>
          <w:lang w:val="ru-RU"/>
        </w:rPr>
        <w:t>Принципы «зелёной химии» в сельском хозяйстве как экологический фактор решения вопроса оздоровления нации.</w:t>
      </w:r>
    </w:p>
    <w:p w:rsidR="00DC2F01" w:rsidRPr="00DC2F01" w:rsidRDefault="00DC2F01" w:rsidP="00DC2F01">
      <w:pPr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  <w:r w:rsidRPr="00DC2F01">
        <w:rPr>
          <w:color w:val="212529"/>
          <w:shd w:val="clear" w:color="auto" w:fill="FFFFFF"/>
          <w:lang w:val="ru-RU"/>
        </w:rPr>
        <w:t>Задание 1.</w:t>
      </w:r>
      <w:r w:rsidRPr="00DC2F01">
        <w:rPr>
          <w:lang w:val="ru-RU"/>
        </w:rPr>
        <w:t xml:space="preserve"> 20. «Зеленая химия» и хемофобия.</w:t>
      </w:r>
    </w:p>
    <w:p w:rsidR="00DC2F01" w:rsidRPr="00DC2F01" w:rsidRDefault="00DC2F01" w:rsidP="00DC2F01">
      <w:pPr>
        <w:pStyle w:val="ae"/>
        <w:shd w:val="clear" w:color="auto" w:fill="FFFFFF"/>
        <w:tabs>
          <w:tab w:val="left" w:pos="720"/>
        </w:tabs>
        <w:suppressAutoHyphens/>
        <w:spacing w:line="240" w:lineRule="auto"/>
        <w:rPr>
          <w:szCs w:val="24"/>
          <w:shd w:val="clear" w:color="auto" w:fill="FFFFFF"/>
          <w:lang w:val="ru-RU"/>
        </w:rPr>
      </w:pPr>
    </w:p>
    <w:p w:rsidR="00DC2F01" w:rsidRPr="001C499A" w:rsidRDefault="00DC2F01" w:rsidP="000D3AEE">
      <w:pPr>
        <w:pStyle w:val="ae"/>
        <w:numPr>
          <w:ilvl w:val="0"/>
          <w:numId w:val="59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b/>
          <w:szCs w:val="24"/>
        </w:rPr>
      </w:pPr>
      <w:r w:rsidRPr="001C499A">
        <w:rPr>
          <w:b/>
          <w:szCs w:val="24"/>
        </w:rPr>
        <w:t>Строение вещества</w:t>
      </w:r>
    </w:p>
    <w:p w:rsidR="00DC2F01" w:rsidRPr="00FF61C8" w:rsidRDefault="00DC2F01" w:rsidP="00DC2F01">
      <w:pPr>
        <w:spacing w:line="240" w:lineRule="auto"/>
        <w:ind w:firstLine="180"/>
        <w:rPr>
          <w:b/>
          <w:szCs w:val="24"/>
        </w:rPr>
      </w:pPr>
      <w:r w:rsidRPr="00FF61C8">
        <w:rPr>
          <w:b/>
          <w:szCs w:val="24"/>
        </w:rPr>
        <w:t xml:space="preserve">Задание </w:t>
      </w:r>
      <w:r>
        <w:rPr>
          <w:b/>
          <w:szCs w:val="24"/>
        </w:rPr>
        <w:t>2</w:t>
      </w:r>
      <w:r w:rsidRPr="00FF61C8">
        <w:rPr>
          <w:b/>
          <w:szCs w:val="24"/>
        </w:rPr>
        <w:t>.</w:t>
      </w:r>
      <w:r>
        <w:rPr>
          <w:b/>
          <w:szCs w:val="24"/>
        </w:rPr>
        <w:t xml:space="preserve"> </w:t>
      </w:r>
    </w:p>
    <w:p w:rsidR="00DC2F01" w:rsidRPr="00DC2F01" w:rsidRDefault="00DC2F01" w:rsidP="000D3AEE">
      <w:pPr>
        <w:pStyle w:val="ae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DC2F01">
        <w:rPr>
          <w:szCs w:val="24"/>
          <w:lang w:val="ru-RU"/>
        </w:rPr>
        <w:t>Напишите электронные формулы атомов, образующих данную молекулу</w:t>
      </w:r>
    </w:p>
    <w:p w:rsidR="00DC2F01" w:rsidRPr="00DC2F01" w:rsidRDefault="00DC2F01" w:rsidP="000D3AEE">
      <w:pPr>
        <w:pStyle w:val="ae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DC2F01">
        <w:rPr>
          <w:szCs w:val="24"/>
          <w:lang w:val="ru-RU"/>
        </w:rPr>
        <w:t>Определите механизм образования связи и ее вид</w:t>
      </w:r>
    </w:p>
    <w:p w:rsidR="00DC2F01" w:rsidRDefault="00DC2F01" w:rsidP="000D3AEE">
      <w:pPr>
        <w:pStyle w:val="ae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Определите полярность молекулы</w:t>
      </w:r>
    </w:p>
    <w:p w:rsidR="00DC2F01" w:rsidRPr="00DC2F01" w:rsidRDefault="00DC2F01" w:rsidP="000D3AEE">
      <w:pPr>
        <w:pStyle w:val="ae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  <w:lang w:val="ru-RU"/>
        </w:rPr>
      </w:pPr>
      <w:r w:rsidRPr="00DC2F01">
        <w:rPr>
          <w:szCs w:val="24"/>
          <w:lang w:val="ru-RU"/>
        </w:rPr>
        <w:t>Укажите, имеет ли место гибридизация, ее тип</w:t>
      </w:r>
    </w:p>
    <w:p w:rsidR="00DC2F01" w:rsidRDefault="00DC2F01" w:rsidP="000D3AEE">
      <w:pPr>
        <w:pStyle w:val="ae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Покажите геометрическую структуру молекулы</w:t>
      </w:r>
    </w:p>
    <w:p w:rsidR="00DC2F01" w:rsidRPr="00B27DE1" w:rsidRDefault="00DC2F01" w:rsidP="000D3AEE">
      <w:pPr>
        <w:pStyle w:val="ae"/>
        <w:numPr>
          <w:ilvl w:val="0"/>
          <w:numId w:val="9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szCs w:val="24"/>
        </w:rPr>
      </w:pPr>
      <w:r>
        <w:rPr>
          <w:szCs w:val="24"/>
        </w:rPr>
        <w:t>Определите полярность молекулы</w:t>
      </w:r>
    </w:p>
    <w:p w:rsidR="00DC2F01" w:rsidRDefault="00DC2F01" w:rsidP="00DC2F01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242"/>
        <w:gridCol w:w="3543"/>
        <w:gridCol w:w="1135"/>
        <w:gridCol w:w="3651"/>
      </w:tblGrid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543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Формулы веществ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651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Формулы веществ</w:t>
            </w:r>
          </w:p>
        </w:tc>
      </w:tr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543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S; TeF</w:t>
            </w:r>
            <w:r w:rsidRPr="00F35BC7">
              <w:rPr>
                <w:szCs w:val="24"/>
                <w:vertAlign w:val="subscript"/>
              </w:rPr>
              <w:t>4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65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Br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SnH</w:t>
            </w:r>
            <w:r w:rsidRPr="00F84529">
              <w:rPr>
                <w:szCs w:val="24"/>
                <w:vertAlign w:val="subscript"/>
              </w:rPr>
              <w:t>4</w:t>
            </w:r>
          </w:p>
        </w:tc>
      </w:tr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543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AlBr</w:t>
            </w:r>
            <w:r w:rsidRPr="00F35BC7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; H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Te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65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PF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BeH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543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GeH</w:t>
            </w:r>
            <w:r w:rsidRPr="00F35BC7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AsH</w:t>
            </w:r>
            <w:r w:rsidRPr="00F35BC7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65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MgF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543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GaI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HCl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65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Te; CF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543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BeBr</w:t>
            </w:r>
            <w:r w:rsidRPr="00F35BC7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SbBr</w:t>
            </w:r>
            <w:r w:rsidRPr="00F35BC7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65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BI2; H2O</w:t>
            </w:r>
          </w:p>
        </w:tc>
      </w:tr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543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SeF</w:t>
            </w:r>
            <w:r w:rsidRPr="00F35BC7">
              <w:rPr>
                <w:szCs w:val="24"/>
                <w:vertAlign w:val="subscript"/>
              </w:rPr>
              <w:t>6</w:t>
            </w:r>
            <w:r>
              <w:rPr>
                <w:szCs w:val="24"/>
              </w:rPr>
              <w:t>; FeF</w:t>
            </w:r>
            <w:r w:rsidRPr="00F35BC7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65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HBr; SiF</w:t>
            </w:r>
            <w:r w:rsidRPr="00F84529">
              <w:rPr>
                <w:szCs w:val="24"/>
                <w:vertAlign w:val="subscript"/>
              </w:rPr>
              <w:t>4</w:t>
            </w:r>
          </w:p>
        </w:tc>
      </w:tr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543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SClF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LiH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65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HF; AsF</w:t>
            </w:r>
            <w:r w:rsidRPr="00F84529">
              <w:rPr>
                <w:szCs w:val="24"/>
                <w:vertAlign w:val="subscript"/>
              </w:rPr>
              <w:t>6</w:t>
            </w:r>
          </w:p>
        </w:tc>
      </w:tr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543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SiCl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GaBr</w:t>
            </w:r>
            <w:r w:rsidRPr="00F84529">
              <w:rPr>
                <w:szCs w:val="24"/>
                <w:vertAlign w:val="subscript"/>
              </w:rPr>
              <w:t>3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65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GeCl</w:t>
            </w:r>
            <w:r w:rsidRPr="00F84529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; AlF</w:t>
            </w:r>
            <w:r w:rsidRPr="00F84529">
              <w:rPr>
                <w:szCs w:val="24"/>
                <w:vertAlign w:val="subscript"/>
              </w:rPr>
              <w:t>3</w:t>
            </w:r>
          </w:p>
        </w:tc>
      </w:tr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543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PbCl</w:t>
            </w:r>
            <w:r w:rsidRPr="00F84529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PbCl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65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SbCl</w:t>
            </w:r>
            <w:r w:rsidRPr="00F84529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; SnH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  <w:tr w:rsidR="00DC2F01" w:rsidTr="00494884">
        <w:trPr>
          <w:jc w:val="center"/>
        </w:trPr>
        <w:tc>
          <w:tcPr>
            <w:tcW w:w="1242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3543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SiCl</w:t>
            </w:r>
            <w:r w:rsidRPr="00F84529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; FeCl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  <w:tc>
          <w:tcPr>
            <w:tcW w:w="1135" w:type="dxa"/>
          </w:tcPr>
          <w:p w:rsidR="00DC2F01" w:rsidRPr="008563EA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65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BBr</w:t>
            </w:r>
            <w:r w:rsidRPr="00F84529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; PbCl</w:t>
            </w:r>
            <w:r w:rsidRPr="00F84529">
              <w:rPr>
                <w:szCs w:val="24"/>
                <w:vertAlign w:val="subscript"/>
              </w:rPr>
              <w:t>2</w:t>
            </w:r>
          </w:p>
        </w:tc>
      </w:tr>
    </w:tbl>
    <w:p w:rsidR="00DC2F01" w:rsidRDefault="00DC2F01" w:rsidP="00DC2F01">
      <w:pPr>
        <w:spacing w:line="240" w:lineRule="auto"/>
        <w:ind w:firstLine="180"/>
        <w:rPr>
          <w:szCs w:val="24"/>
        </w:rPr>
      </w:pPr>
    </w:p>
    <w:p w:rsidR="00DC2F01" w:rsidRPr="00B07D6C" w:rsidRDefault="00DC2F01" w:rsidP="00DC2F01">
      <w:pPr>
        <w:spacing w:line="240" w:lineRule="auto"/>
        <w:ind w:firstLine="180"/>
        <w:rPr>
          <w:szCs w:val="24"/>
        </w:rPr>
      </w:pPr>
    </w:p>
    <w:p w:rsidR="00DC2F01" w:rsidRDefault="00DC2F01" w:rsidP="00DC2F01">
      <w:pPr>
        <w:spacing w:line="240" w:lineRule="auto"/>
        <w:ind w:firstLine="180"/>
        <w:rPr>
          <w:b/>
          <w:szCs w:val="24"/>
        </w:rPr>
      </w:pPr>
      <w:r>
        <w:rPr>
          <w:b/>
          <w:szCs w:val="24"/>
        </w:rPr>
        <w:t>3.Основные закономерности протекания химических реакций</w:t>
      </w:r>
    </w:p>
    <w:p w:rsidR="00DC2F01" w:rsidRPr="00FF61C8" w:rsidRDefault="00DC2F01" w:rsidP="00DC2F01">
      <w:pPr>
        <w:spacing w:line="240" w:lineRule="auto"/>
        <w:ind w:firstLine="180"/>
        <w:rPr>
          <w:b/>
          <w:szCs w:val="24"/>
        </w:rPr>
      </w:pPr>
      <w:r w:rsidRPr="00FF61C8">
        <w:rPr>
          <w:b/>
          <w:szCs w:val="24"/>
        </w:rPr>
        <w:t xml:space="preserve">Задание </w:t>
      </w:r>
      <w:r>
        <w:rPr>
          <w:b/>
          <w:szCs w:val="24"/>
        </w:rPr>
        <w:t>3</w:t>
      </w:r>
      <w:r w:rsidRPr="00FF61C8">
        <w:rPr>
          <w:b/>
          <w:szCs w:val="24"/>
        </w:rPr>
        <w:t>.</w:t>
      </w:r>
      <w:r>
        <w:rPr>
          <w:b/>
          <w:szCs w:val="24"/>
        </w:rPr>
        <w:t>1</w:t>
      </w:r>
    </w:p>
    <w:p w:rsidR="00DC2F01" w:rsidRDefault="00DC2F01" w:rsidP="000D3AEE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</w:rPr>
      </w:pPr>
      <w:r>
        <w:rPr>
          <w:szCs w:val="24"/>
        </w:rPr>
        <w:t xml:space="preserve">Запишите уравнение реакции </w:t>
      </w:r>
    </w:p>
    <w:p w:rsidR="00DC2F01" w:rsidRPr="00DC2F01" w:rsidRDefault="00DC2F01" w:rsidP="000D3AEE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DC2F01">
        <w:rPr>
          <w:szCs w:val="24"/>
          <w:lang w:val="ru-RU"/>
        </w:rPr>
        <w:t>Рассчитайте стандартную энтальпию и стандартную энтропию химической реакции</w:t>
      </w:r>
    </w:p>
    <w:p w:rsidR="00DC2F01" w:rsidRPr="00DC2F01" w:rsidRDefault="00DC2F01" w:rsidP="000D3AEE">
      <w:pPr>
        <w:pStyle w:val="ae"/>
        <w:numPr>
          <w:ilvl w:val="0"/>
          <w:numId w:val="10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Cs w:val="24"/>
          <w:lang w:val="ru-RU"/>
        </w:rPr>
      </w:pPr>
      <w:r w:rsidRPr="00DC2F01">
        <w:rPr>
          <w:szCs w:val="24"/>
          <w:lang w:val="ru-RU"/>
        </w:rPr>
        <w:t>Определите, в каком направлении при 298 К (прямом или обратном) будет протекать реакция, если все ее участники находятся в стандартном состоянии</w:t>
      </w:r>
    </w:p>
    <w:p w:rsidR="00DC2F01" w:rsidRPr="00DC2F01" w:rsidRDefault="00DC2F01" w:rsidP="00DC2F01">
      <w:pPr>
        <w:rPr>
          <w:lang w:val="ru-RU"/>
        </w:rPr>
      </w:pPr>
    </w:p>
    <w:p w:rsidR="00DC2F01" w:rsidRPr="00FC7648" w:rsidRDefault="00DC2F01" w:rsidP="00DC2F01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242"/>
        <w:gridCol w:w="3531"/>
        <w:gridCol w:w="1165"/>
        <w:gridCol w:w="3633"/>
      </w:tblGrid>
      <w:tr w:rsidR="00DC2F01" w:rsidRPr="00E6728D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531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Уравнение реакции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633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Уравнение реакции</w:t>
            </w:r>
          </w:p>
        </w:tc>
      </w:tr>
      <w:tr w:rsidR="00DC2F01" w:rsidRPr="009057DF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531" w:type="dxa"/>
          </w:tcPr>
          <w:p w:rsidR="00DC2F01" w:rsidRDefault="00DC2F01" w:rsidP="00494884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CO</w:t>
            </w:r>
            <w:r w:rsidRPr="00E6728D">
              <w:rPr>
                <w:szCs w:val="24"/>
                <w:vertAlign w:val="subscript"/>
              </w:rPr>
              <w:t>2(</w:t>
            </w:r>
            <w:r>
              <w:rPr>
                <w:szCs w:val="24"/>
                <w:vertAlign w:val="subscript"/>
              </w:rPr>
              <w:t>г</w:t>
            </w:r>
            <w:r w:rsidRPr="00E6728D">
              <w:rPr>
                <w:szCs w:val="24"/>
                <w:vertAlign w:val="subscript"/>
              </w:rPr>
              <w:t>)</w:t>
            </w:r>
            <w:r>
              <w:rPr>
                <w:szCs w:val="24"/>
              </w:rPr>
              <w:t>+C</w:t>
            </w:r>
            <w:r w:rsidRPr="00E6728D">
              <w:rPr>
                <w:szCs w:val="24"/>
                <w:vertAlign w:val="subscript"/>
              </w:rPr>
              <w:t>(</w:t>
            </w:r>
            <w:r>
              <w:rPr>
                <w:szCs w:val="24"/>
                <w:vertAlign w:val="subscript"/>
              </w:rPr>
              <w:t>г</w:t>
            </w:r>
            <w:r w:rsidRPr="00E6728D">
              <w:rPr>
                <w:szCs w:val="24"/>
                <w:vertAlign w:val="subscript"/>
              </w:rPr>
              <w:t>)</w:t>
            </w:r>
            <w:r>
              <w:rPr>
                <w:szCs w:val="24"/>
              </w:rPr>
              <w:t>=2CO</w:t>
            </w:r>
            <w:r w:rsidRPr="00E6728D">
              <w:rPr>
                <w:szCs w:val="24"/>
                <w:vertAlign w:val="subscript"/>
              </w:rPr>
              <w:t>(</w:t>
            </w:r>
            <w:r>
              <w:rPr>
                <w:szCs w:val="24"/>
                <w:vertAlign w:val="subscript"/>
              </w:rPr>
              <w:t>г</w:t>
            </w:r>
            <w:r w:rsidRPr="00E6728D">
              <w:rPr>
                <w:szCs w:val="24"/>
                <w:vertAlign w:val="subscript"/>
              </w:rPr>
              <w:t>)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633" w:type="dxa"/>
          </w:tcPr>
          <w:p w:rsidR="00DC2F01" w:rsidRPr="009057DF" w:rsidRDefault="00DC2F01" w:rsidP="00494884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С</w:t>
            </w:r>
            <w:r w:rsidRPr="009057DF">
              <w:rPr>
                <w:szCs w:val="24"/>
                <w:vertAlign w:val="subscript"/>
              </w:rPr>
              <w:t>(г)</w:t>
            </w:r>
            <w:r>
              <w:rPr>
                <w:szCs w:val="24"/>
              </w:rPr>
              <w:t>+2Н</w:t>
            </w:r>
            <w:r w:rsidRPr="009057DF">
              <w:rPr>
                <w:szCs w:val="24"/>
                <w:vertAlign w:val="subscript"/>
              </w:rPr>
              <w:t>2(г)</w:t>
            </w:r>
            <w:r>
              <w:rPr>
                <w:szCs w:val="24"/>
              </w:rPr>
              <w:t>=СН</w:t>
            </w:r>
            <w:r w:rsidRPr="009057DF">
              <w:rPr>
                <w:szCs w:val="24"/>
                <w:vertAlign w:val="subscript"/>
              </w:rPr>
              <w:t>4(г)</w:t>
            </w:r>
          </w:p>
        </w:tc>
      </w:tr>
      <w:tr w:rsidR="00DC2F01" w:rsidRPr="001B6ED6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531" w:type="dxa"/>
          </w:tcPr>
          <w:p w:rsidR="00DC2F01" w:rsidRDefault="00DC2F01" w:rsidP="00494884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N</w:t>
            </w:r>
            <w:r w:rsidRPr="0036122C">
              <w:rPr>
                <w:szCs w:val="24"/>
                <w:vertAlign w:val="subscript"/>
              </w:rPr>
              <w:t>2(г)</w:t>
            </w:r>
            <w:r>
              <w:rPr>
                <w:szCs w:val="24"/>
              </w:rPr>
              <w:t>+3H</w:t>
            </w:r>
            <w:r w:rsidRPr="0036122C">
              <w:rPr>
                <w:szCs w:val="24"/>
                <w:vertAlign w:val="subscript"/>
              </w:rPr>
              <w:t>2(г)</w:t>
            </w:r>
            <w:r>
              <w:rPr>
                <w:szCs w:val="24"/>
              </w:rPr>
              <w:t>=2NH</w:t>
            </w:r>
            <w:r w:rsidRPr="0036122C">
              <w:rPr>
                <w:szCs w:val="24"/>
                <w:vertAlign w:val="subscript"/>
              </w:rPr>
              <w:t>3(г)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633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СН</w:t>
            </w:r>
            <w:r w:rsidRPr="00DC2F01">
              <w:rPr>
                <w:szCs w:val="24"/>
                <w:vertAlign w:val="subscript"/>
                <w:lang w:val="ru-RU"/>
              </w:rPr>
              <w:t>4(г)</w:t>
            </w:r>
            <w:r w:rsidRPr="00DC2F01">
              <w:rPr>
                <w:szCs w:val="24"/>
                <w:lang w:val="ru-RU"/>
              </w:rPr>
              <w:t>+2Н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DC2F01">
              <w:rPr>
                <w:szCs w:val="24"/>
                <w:lang w:val="ru-RU"/>
              </w:rPr>
              <w:t>О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+4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DC2F01" w:rsidRPr="001B6ED6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531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C</w:t>
            </w:r>
            <w:r w:rsidRPr="00DC2F01">
              <w:rPr>
                <w:szCs w:val="24"/>
                <w:vertAlign w:val="subscript"/>
                <w:lang w:val="ru-RU"/>
              </w:rPr>
              <w:t>(к)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633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DC2F01" w:rsidRPr="001B6ED6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531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SO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Cl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SO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Cl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633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Fe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3(к)</w:t>
            </w:r>
            <w:r w:rsidRPr="00DC2F01">
              <w:rPr>
                <w:szCs w:val="24"/>
                <w:lang w:val="ru-RU"/>
              </w:rPr>
              <w:t>+3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Fe</w:t>
            </w:r>
            <w:r w:rsidRPr="00DC2F01">
              <w:rPr>
                <w:szCs w:val="24"/>
                <w:vertAlign w:val="subscript"/>
                <w:lang w:val="ru-RU"/>
              </w:rPr>
              <w:t>(к)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</w:p>
        </w:tc>
      </w:tr>
      <w:tr w:rsidR="00DC2F01" w:rsidRPr="001B6ED6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531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CH</w:t>
            </w:r>
            <w:r w:rsidRPr="00DC2F01">
              <w:rPr>
                <w:szCs w:val="24"/>
                <w:vertAlign w:val="subscript"/>
                <w:lang w:val="ru-RU"/>
              </w:rPr>
              <w:t>4(г)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+3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633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  <w:r w:rsidRPr="00DC2F01">
              <w:rPr>
                <w:szCs w:val="24"/>
                <w:lang w:val="ru-RU"/>
              </w:rPr>
              <w:t>+4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CH</w:t>
            </w:r>
            <w:r w:rsidRPr="00DC2F01">
              <w:rPr>
                <w:szCs w:val="24"/>
                <w:vertAlign w:val="subscript"/>
                <w:lang w:val="ru-RU"/>
              </w:rPr>
              <w:t>4(г)</w:t>
            </w:r>
            <w:r w:rsidRPr="00DC2F01">
              <w:rPr>
                <w:szCs w:val="24"/>
                <w:lang w:val="ru-RU"/>
              </w:rPr>
              <w:t>+2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DC2F01" w:rsidRPr="001B6ED6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531" w:type="dxa"/>
          </w:tcPr>
          <w:p w:rsidR="00DC2F01" w:rsidRPr="0036122C" w:rsidRDefault="00DC2F01" w:rsidP="00494884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2NO</w:t>
            </w:r>
            <w:r w:rsidRPr="00C6296F">
              <w:rPr>
                <w:szCs w:val="24"/>
                <w:vertAlign w:val="subscript"/>
              </w:rPr>
              <w:t>(г)</w:t>
            </w:r>
            <w:r>
              <w:rPr>
                <w:szCs w:val="24"/>
              </w:rPr>
              <w:t>+O2</w:t>
            </w:r>
            <w:r w:rsidRPr="00C6296F">
              <w:rPr>
                <w:szCs w:val="24"/>
                <w:vertAlign w:val="subscript"/>
              </w:rPr>
              <w:t>(г)</w:t>
            </w:r>
            <w:r>
              <w:rPr>
                <w:szCs w:val="24"/>
              </w:rPr>
              <w:t>=2NO</w:t>
            </w:r>
            <w:r w:rsidRPr="00C6296F">
              <w:rPr>
                <w:szCs w:val="24"/>
                <w:vertAlign w:val="subscript"/>
              </w:rPr>
              <w:t>2(г)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633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CH</w:t>
            </w:r>
            <w:r w:rsidRPr="00DC2F01">
              <w:rPr>
                <w:szCs w:val="24"/>
                <w:vertAlign w:val="subscript"/>
                <w:lang w:val="ru-RU"/>
              </w:rPr>
              <w:t>4(г)</w:t>
            </w:r>
            <w:r w:rsidRPr="00DC2F01">
              <w:rPr>
                <w:szCs w:val="24"/>
                <w:lang w:val="ru-RU"/>
              </w:rPr>
              <w:t>+2</w:t>
            </w:r>
            <w:r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+2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DC2F01" w:rsidRPr="001B6ED6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531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PCl</w:t>
            </w:r>
            <w:r w:rsidRPr="00DC2F01">
              <w:rPr>
                <w:szCs w:val="24"/>
                <w:vertAlign w:val="subscript"/>
                <w:lang w:val="ru-RU"/>
              </w:rPr>
              <w:t>5(г)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PCl</w:t>
            </w:r>
            <w:r w:rsidRPr="00DC2F01">
              <w:rPr>
                <w:szCs w:val="24"/>
                <w:vertAlign w:val="subscript"/>
                <w:lang w:val="ru-RU"/>
              </w:rPr>
              <w:t>3(г)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Cl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633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CaO</w:t>
            </w:r>
            <w:r w:rsidRPr="00DC2F01">
              <w:rPr>
                <w:szCs w:val="24"/>
                <w:lang w:val="ru-RU"/>
              </w:rPr>
              <w:t>(</w:t>
            </w:r>
            <w:r w:rsidRPr="00DC2F01">
              <w:rPr>
                <w:szCs w:val="24"/>
                <w:vertAlign w:val="subscript"/>
                <w:lang w:val="ru-RU"/>
              </w:rPr>
              <w:t>к</w:t>
            </w:r>
            <w:r w:rsidRPr="00DC2F01">
              <w:rPr>
                <w:szCs w:val="24"/>
                <w:lang w:val="ru-RU"/>
              </w:rPr>
              <w:t>)+</w:t>
            </w:r>
            <w:r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CaCO</w:t>
            </w:r>
            <w:r w:rsidRPr="00DC2F01">
              <w:rPr>
                <w:szCs w:val="24"/>
                <w:vertAlign w:val="subscript"/>
                <w:lang w:val="ru-RU"/>
              </w:rPr>
              <w:t>3(к)</w:t>
            </w:r>
          </w:p>
        </w:tc>
      </w:tr>
      <w:tr w:rsidR="00DC2F01" w:rsidRPr="001B6ED6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531" w:type="dxa"/>
          </w:tcPr>
          <w:p w:rsidR="00DC2F01" w:rsidRDefault="00DC2F01" w:rsidP="00494884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2NO</w:t>
            </w:r>
            <w:r w:rsidRPr="00C6296F">
              <w:rPr>
                <w:szCs w:val="24"/>
                <w:vertAlign w:val="subscript"/>
              </w:rPr>
              <w:t>2(г)</w:t>
            </w:r>
            <w:r>
              <w:rPr>
                <w:szCs w:val="24"/>
              </w:rPr>
              <w:t>=N</w:t>
            </w:r>
            <w:r w:rsidRPr="00C6296F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  <w:r w:rsidRPr="00C6296F">
              <w:rPr>
                <w:szCs w:val="24"/>
                <w:vertAlign w:val="subscript"/>
              </w:rPr>
              <w:t>4(г)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633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Cl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=2</w:t>
            </w:r>
            <w:r>
              <w:rPr>
                <w:szCs w:val="24"/>
              </w:rPr>
              <w:t>Cl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+2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(ж)</w:t>
            </w:r>
          </w:p>
        </w:tc>
      </w:tr>
      <w:tr w:rsidR="00DC2F01" w:rsidRPr="001B6ED6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531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FeO</w:t>
            </w:r>
            <w:r w:rsidRPr="00DC2F01">
              <w:rPr>
                <w:szCs w:val="24"/>
                <w:vertAlign w:val="subscript"/>
                <w:lang w:val="ru-RU"/>
              </w:rPr>
              <w:t>(к)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Fe</w:t>
            </w:r>
            <w:r w:rsidRPr="00DC2F01">
              <w:rPr>
                <w:szCs w:val="24"/>
                <w:vertAlign w:val="subscript"/>
                <w:lang w:val="ru-RU"/>
              </w:rPr>
              <w:t>(к)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633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</w:rPr>
              <w:t>Cl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+2</w:t>
            </w:r>
            <w:r>
              <w:rPr>
                <w:szCs w:val="24"/>
              </w:rPr>
              <w:t>HI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  <w:r w:rsidRPr="00DC2F01">
              <w:rPr>
                <w:szCs w:val="24"/>
                <w:lang w:val="ru-RU"/>
              </w:rPr>
              <w:t>=</w:t>
            </w:r>
            <w:r>
              <w:rPr>
                <w:szCs w:val="24"/>
              </w:rPr>
              <w:t>I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+2</w:t>
            </w:r>
            <w:r>
              <w:rPr>
                <w:szCs w:val="24"/>
              </w:rPr>
              <w:t>HCl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</w:p>
        </w:tc>
      </w:tr>
      <w:tr w:rsidR="00DC2F01" w:rsidRPr="001B6ED6" w:rsidTr="00494884">
        <w:tc>
          <w:tcPr>
            <w:tcW w:w="1242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3531" w:type="dxa"/>
          </w:tcPr>
          <w:p w:rsidR="00DC2F01" w:rsidRDefault="00DC2F01" w:rsidP="00494884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2H</w:t>
            </w:r>
            <w:r w:rsidRPr="009057DF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S</w:t>
            </w:r>
            <w:r w:rsidRPr="009057DF">
              <w:rPr>
                <w:szCs w:val="24"/>
                <w:vertAlign w:val="subscript"/>
              </w:rPr>
              <w:t>(г)</w:t>
            </w:r>
            <w:r>
              <w:rPr>
                <w:szCs w:val="24"/>
              </w:rPr>
              <w:t>+SO</w:t>
            </w:r>
            <w:r w:rsidRPr="009057DF">
              <w:rPr>
                <w:szCs w:val="24"/>
                <w:vertAlign w:val="subscript"/>
              </w:rPr>
              <w:t>2(г)</w:t>
            </w:r>
            <w:r>
              <w:rPr>
                <w:szCs w:val="24"/>
              </w:rPr>
              <w:t>=3S</w:t>
            </w:r>
            <w:r w:rsidRPr="009057DF">
              <w:rPr>
                <w:szCs w:val="24"/>
                <w:vertAlign w:val="subscript"/>
              </w:rPr>
              <w:t>(г)</w:t>
            </w:r>
            <w:r>
              <w:rPr>
                <w:szCs w:val="24"/>
              </w:rPr>
              <w:t>+2H</w:t>
            </w:r>
            <w:r w:rsidRPr="009057DF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  <w:r w:rsidRPr="009057DF">
              <w:rPr>
                <w:szCs w:val="24"/>
                <w:vertAlign w:val="subscript"/>
              </w:rPr>
              <w:t>(г)</w:t>
            </w:r>
          </w:p>
        </w:tc>
        <w:tc>
          <w:tcPr>
            <w:tcW w:w="1165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633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</w:t>
            </w:r>
            <w:r>
              <w:rPr>
                <w:szCs w:val="24"/>
              </w:rPr>
              <w:t>I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+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S</w:t>
            </w:r>
            <w:r w:rsidRPr="00DC2F01">
              <w:rPr>
                <w:szCs w:val="24"/>
                <w:vertAlign w:val="subscript"/>
                <w:lang w:val="ru-RU"/>
              </w:rPr>
              <w:t>(г)</w:t>
            </w:r>
            <w:r w:rsidRPr="00DC2F01">
              <w:rPr>
                <w:szCs w:val="24"/>
                <w:lang w:val="ru-RU"/>
              </w:rPr>
              <w:t>=2</w:t>
            </w:r>
            <w:r>
              <w:rPr>
                <w:szCs w:val="24"/>
              </w:rPr>
              <w:t>HI</w:t>
            </w:r>
            <w:r w:rsidRPr="00DC2F01">
              <w:rPr>
                <w:szCs w:val="24"/>
                <w:vertAlign w:val="subscript"/>
                <w:lang w:val="ru-RU"/>
              </w:rPr>
              <w:t>2(г)</w:t>
            </w:r>
            <w:r w:rsidRPr="00DC2F01">
              <w:rPr>
                <w:szCs w:val="24"/>
                <w:lang w:val="ru-RU"/>
              </w:rPr>
              <w:t>+</w:t>
            </w:r>
            <w:r w:rsidRPr="00B07D6C">
              <w:rPr>
                <w:szCs w:val="24"/>
              </w:rPr>
              <w:t>S</w:t>
            </w:r>
            <w:r w:rsidRPr="00DC2F01">
              <w:rPr>
                <w:szCs w:val="24"/>
                <w:vertAlign w:val="subscript"/>
                <w:lang w:val="ru-RU"/>
              </w:rPr>
              <w:t>(к)</w:t>
            </w:r>
          </w:p>
        </w:tc>
      </w:tr>
    </w:tbl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FF61C8" w:rsidRDefault="00DC2F01" w:rsidP="00DC2F01">
      <w:pPr>
        <w:ind w:firstLine="180"/>
        <w:rPr>
          <w:b/>
        </w:rPr>
      </w:pPr>
      <w:r w:rsidRPr="00FF61C8">
        <w:rPr>
          <w:b/>
        </w:rPr>
        <w:t xml:space="preserve">Задание </w:t>
      </w:r>
      <w:r>
        <w:rPr>
          <w:b/>
        </w:rPr>
        <w:t>3.2</w:t>
      </w:r>
    </w:p>
    <w:p w:rsidR="00DC2F01" w:rsidRPr="00DC2F01" w:rsidRDefault="00DC2F01" w:rsidP="000D3AEE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DC2F01">
        <w:rPr>
          <w:lang w:val="ru-RU"/>
        </w:rPr>
        <w:t>Напишите выражение константы гетерогенного химического равновесия для приведенной равновесной химической реакции</w:t>
      </w:r>
    </w:p>
    <w:p w:rsidR="00DC2F01" w:rsidRPr="00DC2F01" w:rsidRDefault="00DC2F01" w:rsidP="000D3AEE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DC2F01">
        <w:rPr>
          <w:lang w:val="ru-RU"/>
        </w:rPr>
        <w:t>Оцените, в какую сторону сместится равновесие данной системы при повышении температуры</w:t>
      </w:r>
    </w:p>
    <w:p w:rsidR="00DC2F01" w:rsidRPr="00DC2F01" w:rsidRDefault="00DC2F01" w:rsidP="000D3AEE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40" w:lineRule="auto"/>
        <w:ind w:left="538" w:hanging="357"/>
        <w:jc w:val="both"/>
        <w:textAlignment w:val="baseline"/>
        <w:rPr>
          <w:lang w:val="ru-RU"/>
        </w:rPr>
      </w:pPr>
      <w:r w:rsidRPr="00DC2F01">
        <w:rPr>
          <w:lang w:val="ru-RU"/>
        </w:rPr>
        <w:t>Нарушится ли равновесие в данной системе, если уменьшить давление в два раза.</w:t>
      </w:r>
    </w:p>
    <w:p w:rsidR="00DC2F01" w:rsidRPr="00DC2F01" w:rsidRDefault="00DC2F01" w:rsidP="00DC2F01">
      <w:pPr>
        <w:spacing w:line="240" w:lineRule="auto"/>
        <w:ind w:firstLine="180"/>
        <w:jc w:val="right"/>
        <w:rPr>
          <w:szCs w:val="24"/>
          <w:lang w:val="ru-RU"/>
        </w:rPr>
      </w:pPr>
    </w:p>
    <w:p w:rsidR="00DC2F01" w:rsidRPr="00FC7648" w:rsidRDefault="00DC2F01" w:rsidP="00DC2F01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105"/>
        <w:gridCol w:w="3543"/>
        <w:gridCol w:w="1276"/>
        <w:gridCol w:w="3651"/>
      </w:tblGrid>
      <w:tr w:rsidR="00DC2F01" w:rsidTr="00494884">
        <w:tc>
          <w:tcPr>
            <w:tcW w:w="1101" w:type="dxa"/>
          </w:tcPr>
          <w:p w:rsidR="00DC2F01" w:rsidRPr="00E6728D" w:rsidRDefault="00DC2F01" w:rsidP="00494884">
            <w:pPr>
              <w:spacing w:line="240" w:lineRule="auto"/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543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Уравнение реакции</w:t>
            </w:r>
          </w:p>
        </w:tc>
        <w:tc>
          <w:tcPr>
            <w:tcW w:w="1276" w:type="dxa"/>
          </w:tcPr>
          <w:p w:rsidR="00DC2F01" w:rsidRPr="00E6728D" w:rsidRDefault="00DC2F01" w:rsidP="00494884">
            <w:pPr>
              <w:spacing w:line="240" w:lineRule="auto"/>
              <w:ind w:right="34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651" w:type="dxa"/>
          </w:tcPr>
          <w:p w:rsidR="00DC2F01" w:rsidRPr="00E6728D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Уравнение реакции</w:t>
            </w:r>
          </w:p>
        </w:tc>
      </w:tr>
      <w:tr w:rsidR="00DC2F01" w:rsidRPr="001B6ED6" w:rsidTr="00494884">
        <w:tc>
          <w:tcPr>
            <w:tcW w:w="1101" w:type="dxa"/>
          </w:tcPr>
          <w:p w:rsidR="00DC2F01" w:rsidRDefault="00DC2F01" w:rsidP="00494884">
            <w:r>
              <w:t>1</w:t>
            </w:r>
          </w:p>
        </w:tc>
        <w:tc>
          <w:tcPr>
            <w:tcW w:w="3543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2</w:t>
            </w:r>
            <w:r>
              <w:t>Ag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Cl</w:t>
            </w:r>
            <w:r w:rsidRPr="00DC2F01">
              <w:rPr>
                <w:vertAlign w:val="subscript"/>
                <w:lang w:val="ru-RU"/>
              </w:rPr>
              <w:t>2(г)</w:t>
            </w:r>
            <w:r w:rsidRPr="00DC2F01">
              <w:rPr>
                <w:lang w:val="ru-RU"/>
              </w:rPr>
              <w:t>=2</w:t>
            </w:r>
            <w:r>
              <w:t>AgCl</w:t>
            </w:r>
            <w:r w:rsidRPr="00DC2F01">
              <w:rPr>
                <w:vertAlign w:val="subscript"/>
                <w:lang w:val="ru-RU"/>
              </w:rPr>
              <w:t>(к)</w:t>
            </w:r>
          </w:p>
        </w:tc>
        <w:tc>
          <w:tcPr>
            <w:tcW w:w="1276" w:type="dxa"/>
          </w:tcPr>
          <w:p w:rsidR="00DC2F01" w:rsidRDefault="00DC2F01" w:rsidP="00494884">
            <w:r>
              <w:t>11</w:t>
            </w:r>
          </w:p>
        </w:tc>
        <w:tc>
          <w:tcPr>
            <w:tcW w:w="3651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C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+2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(г)</w:t>
            </w:r>
            <w:r w:rsidRPr="00DC2F01">
              <w:rPr>
                <w:lang w:val="ru-RU"/>
              </w:rPr>
              <w:t>=</w:t>
            </w:r>
            <w:r>
              <w:t>CO</w:t>
            </w:r>
            <w:r w:rsidRPr="00DC2F01">
              <w:rPr>
                <w:vertAlign w:val="subscript"/>
                <w:lang w:val="ru-RU"/>
              </w:rPr>
              <w:t>2(к)</w:t>
            </w:r>
            <w:r w:rsidRPr="00DC2F01">
              <w:rPr>
                <w:lang w:val="ru-RU"/>
              </w:rPr>
              <w:t>+2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2(г)</w:t>
            </w:r>
          </w:p>
        </w:tc>
      </w:tr>
      <w:tr w:rsidR="00DC2F01" w:rsidRPr="001B6ED6" w:rsidTr="00494884">
        <w:tc>
          <w:tcPr>
            <w:tcW w:w="1101" w:type="dxa"/>
          </w:tcPr>
          <w:p w:rsidR="00DC2F01" w:rsidRDefault="00DC2F01" w:rsidP="00494884">
            <w:r>
              <w:t>2</w:t>
            </w:r>
          </w:p>
        </w:tc>
        <w:tc>
          <w:tcPr>
            <w:tcW w:w="3543" w:type="dxa"/>
          </w:tcPr>
          <w:p w:rsidR="00DC2F01" w:rsidRPr="0097777D" w:rsidRDefault="00DC2F01" w:rsidP="00494884">
            <w:r>
              <w:t>4Fe</w:t>
            </w:r>
            <w:r w:rsidRPr="0097777D">
              <w:rPr>
                <w:vertAlign w:val="subscript"/>
              </w:rPr>
              <w:t>(к)</w:t>
            </w:r>
            <w:r>
              <w:t>+3O</w:t>
            </w:r>
            <w:r w:rsidRPr="0097777D">
              <w:rPr>
                <w:vertAlign w:val="subscript"/>
              </w:rPr>
              <w:t>2(г)</w:t>
            </w:r>
            <w:r>
              <w:t>=2Fe</w:t>
            </w:r>
            <w:r w:rsidRPr="0097777D">
              <w:rPr>
                <w:vertAlign w:val="subscript"/>
              </w:rPr>
              <w:t>2</w:t>
            </w:r>
            <w:r>
              <w:t>O</w:t>
            </w:r>
            <w:r w:rsidRPr="0097777D">
              <w:rPr>
                <w:vertAlign w:val="subscript"/>
              </w:rPr>
              <w:t>3(к)</w:t>
            </w:r>
          </w:p>
        </w:tc>
        <w:tc>
          <w:tcPr>
            <w:tcW w:w="1276" w:type="dxa"/>
          </w:tcPr>
          <w:p w:rsidR="00DC2F01" w:rsidRDefault="00DC2F01" w:rsidP="00494884">
            <w:r>
              <w:t>12</w:t>
            </w:r>
          </w:p>
        </w:tc>
        <w:tc>
          <w:tcPr>
            <w:tcW w:w="3651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CaO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+СО</w:t>
            </w:r>
            <w:r w:rsidRPr="00DC2F01">
              <w:rPr>
                <w:vertAlign w:val="subscript"/>
                <w:lang w:val="ru-RU"/>
              </w:rPr>
              <w:t>2(г)</w:t>
            </w:r>
            <w:r w:rsidRPr="00DC2F01">
              <w:rPr>
                <w:lang w:val="ru-RU"/>
              </w:rPr>
              <w:t>=</w:t>
            </w:r>
            <w:r>
              <w:t>Ca</w:t>
            </w:r>
            <w:r w:rsidRPr="00DC2F01">
              <w:rPr>
                <w:lang w:val="ru-RU"/>
              </w:rPr>
              <w:t>С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3(к)</w:t>
            </w:r>
          </w:p>
        </w:tc>
      </w:tr>
      <w:tr w:rsidR="00DC2F01" w:rsidTr="00494884">
        <w:tc>
          <w:tcPr>
            <w:tcW w:w="1101" w:type="dxa"/>
          </w:tcPr>
          <w:p w:rsidR="00DC2F01" w:rsidRDefault="00DC2F01" w:rsidP="00494884">
            <w:r>
              <w:t>3</w:t>
            </w:r>
          </w:p>
        </w:tc>
        <w:tc>
          <w:tcPr>
            <w:tcW w:w="3543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Ca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+2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(ж)</w:t>
            </w:r>
            <w:r w:rsidRPr="00DC2F01">
              <w:rPr>
                <w:lang w:val="ru-RU"/>
              </w:rPr>
              <w:t>=</w:t>
            </w:r>
            <w:r>
              <w:t>Ca</w:t>
            </w:r>
            <w:r w:rsidRPr="00DC2F01">
              <w:rPr>
                <w:lang w:val="ru-RU"/>
              </w:rPr>
              <w:t>(</w:t>
            </w:r>
            <w:r>
              <w:t>OH</w:t>
            </w:r>
            <w:r w:rsidRPr="00DC2F01">
              <w:rPr>
                <w:lang w:val="ru-RU"/>
              </w:rPr>
              <w:t>)</w:t>
            </w:r>
            <w:r w:rsidRPr="00DC2F01">
              <w:rPr>
                <w:vertAlign w:val="subscript"/>
                <w:lang w:val="ru-RU"/>
              </w:rPr>
              <w:t>2(к)</w:t>
            </w:r>
            <w:r w:rsidRPr="00DC2F01">
              <w:rPr>
                <w:lang w:val="ru-RU"/>
              </w:rPr>
              <w:t>+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2(г)</w:t>
            </w:r>
          </w:p>
        </w:tc>
        <w:tc>
          <w:tcPr>
            <w:tcW w:w="1276" w:type="dxa"/>
          </w:tcPr>
          <w:p w:rsidR="00DC2F01" w:rsidRDefault="00DC2F01" w:rsidP="00494884">
            <w:r>
              <w:t>13</w:t>
            </w:r>
          </w:p>
        </w:tc>
        <w:tc>
          <w:tcPr>
            <w:tcW w:w="3651" w:type="dxa"/>
          </w:tcPr>
          <w:p w:rsidR="00DC2F01" w:rsidRPr="00BC5B29" w:rsidRDefault="00DC2F01" w:rsidP="00494884">
            <w:r>
              <w:t>2Mg</w:t>
            </w:r>
            <w:r w:rsidRPr="00D06C42">
              <w:rPr>
                <w:vertAlign w:val="subscript"/>
              </w:rPr>
              <w:t>(к)</w:t>
            </w:r>
            <w:r>
              <w:t>+О</w:t>
            </w:r>
            <w:r w:rsidRPr="00D06C42">
              <w:rPr>
                <w:vertAlign w:val="subscript"/>
              </w:rPr>
              <w:t>2(г)</w:t>
            </w:r>
            <w:r w:rsidRPr="0097777D">
              <w:t>=</w:t>
            </w:r>
            <w:r>
              <w:t>2MgO</w:t>
            </w:r>
            <w:r w:rsidRPr="00D06C42">
              <w:rPr>
                <w:vertAlign w:val="subscript"/>
              </w:rPr>
              <w:t>(к)</w:t>
            </w:r>
          </w:p>
        </w:tc>
      </w:tr>
      <w:tr w:rsidR="00DC2F01" w:rsidTr="00494884">
        <w:tc>
          <w:tcPr>
            <w:tcW w:w="1101" w:type="dxa"/>
          </w:tcPr>
          <w:p w:rsidR="00DC2F01" w:rsidRDefault="00DC2F01" w:rsidP="00494884">
            <w:r>
              <w:t>4</w:t>
            </w:r>
          </w:p>
        </w:tc>
        <w:tc>
          <w:tcPr>
            <w:tcW w:w="3543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FeO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lang w:val="ru-RU"/>
              </w:rPr>
              <w:t>(г)=</w:t>
            </w:r>
            <w:r>
              <w:t>Fe</w:t>
            </w:r>
            <w:r w:rsidRPr="00DC2F01">
              <w:rPr>
                <w:lang w:val="ru-RU"/>
              </w:rPr>
              <w:t>(</w:t>
            </w:r>
            <w:r>
              <w:t>OH</w:t>
            </w:r>
            <w:r w:rsidRPr="00DC2F01">
              <w:rPr>
                <w:lang w:val="ru-RU"/>
              </w:rPr>
              <w:t>)</w:t>
            </w:r>
            <w:r w:rsidRPr="00DC2F01">
              <w:rPr>
                <w:vertAlign w:val="subscript"/>
                <w:lang w:val="ru-RU"/>
              </w:rPr>
              <w:t>2(к)</w:t>
            </w:r>
          </w:p>
        </w:tc>
        <w:tc>
          <w:tcPr>
            <w:tcW w:w="1276" w:type="dxa"/>
          </w:tcPr>
          <w:p w:rsidR="00DC2F01" w:rsidRDefault="00DC2F01" w:rsidP="00494884">
            <w:r>
              <w:t>14</w:t>
            </w:r>
          </w:p>
        </w:tc>
        <w:tc>
          <w:tcPr>
            <w:tcW w:w="3651" w:type="dxa"/>
          </w:tcPr>
          <w:p w:rsidR="00DC2F01" w:rsidRPr="00BC5B29" w:rsidRDefault="00DC2F01" w:rsidP="00494884">
            <w:r>
              <w:t>2C</w:t>
            </w:r>
            <w:r w:rsidRPr="0097777D">
              <w:rPr>
                <w:vertAlign w:val="subscript"/>
              </w:rPr>
              <w:t>(к)</w:t>
            </w:r>
            <w:r>
              <w:t>+O</w:t>
            </w:r>
            <w:r>
              <w:rPr>
                <w:vertAlign w:val="subscript"/>
              </w:rPr>
              <w:t>(г</w:t>
            </w:r>
            <w:r w:rsidRPr="0097777D">
              <w:rPr>
                <w:vertAlign w:val="subscript"/>
              </w:rPr>
              <w:t>)</w:t>
            </w:r>
            <w:r w:rsidRPr="0097777D">
              <w:t>=</w:t>
            </w:r>
            <w:r>
              <w:t>2CO</w:t>
            </w:r>
            <w:r w:rsidRPr="0097777D">
              <w:rPr>
                <w:vertAlign w:val="subscript"/>
              </w:rPr>
              <w:t>(</w:t>
            </w:r>
            <w:r>
              <w:rPr>
                <w:vertAlign w:val="subscript"/>
              </w:rPr>
              <w:t>г</w:t>
            </w:r>
            <w:r w:rsidRPr="0097777D">
              <w:rPr>
                <w:vertAlign w:val="subscript"/>
              </w:rPr>
              <w:t>)</w:t>
            </w:r>
          </w:p>
        </w:tc>
      </w:tr>
      <w:tr w:rsidR="00DC2F01" w:rsidRPr="001B6ED6" w:rsidTr="00494884">
        <w:tc>
          <w:tcPr>
            <w:tcW w:w="1101" w:type="dxa"/>
          </w:tcPr>
          <w:p w:rsidR="00DC2F01" w:rsidRDefault="00DC2F01" w:rsidP="00494884">
            <w:r>
              <w:t>5</w:t>
            </w:r>
          </w:p>
        </w:tc>
        <w:tc>
          <w:tcPr>
            <w:tcW w:w="3543" w:type="dxa"/>
          </w:tcPr>
          <w:p w:rsidR="00DC2F01" w:rsidRPr="0097777D" w:rsidRDefault="00DC2F01" w:rsidP="00494884">
            <w:r>
              <w:t>3Si</w:t>
            </w:r>
            <w:r w:rsidRPr="0097777D">
              <w:rPr>
                <w:vertAlign w:val="subscript"/>
              </w:rPr>
              <w:t>(к)</w:t>
            </w:r>
            <w:r>
              <w:t>+2N</w:t>
            </w:r>
            <w:r w:rsidRPr="00D06C42">
              <w:rPr>
                <w:vertAlign w:val="subscript"/>
              </w:rPr>
              <w:t>2(г)</w:t>
            </w:r>
            <w:r>
              <w:t>=Si</w:t>
            </w:r>
            <w:r w:rsidRPr="00D06C42">
              <w:rPr>
                <w:vertAlign w:val="subscript"/>
              </w:rPr>
              <w:t>3</w:t>
            </w:r>
            <w:r>
              <w:t>N</w:t>
            </w:r>
            <w:r w:rsidRPr="00D06C42">
              <w:rPr>
                <w:vertAlign w:val="subscript"/>
              </w:rPr>
              <w:t>4(к)</w:t>
            </w:r>
          </w:p>
        </w:tc>
        <w:tc>
          <w:tcPr>
            <w:tcW w:w="1276" w:type="dxa"/>
          </w:tcPr>
          <w:p w:rsidR="00DC2F01" w:rsidRDefault="00DC2F01" w:rsidP="00494884">
            <w:r>
              <w:t>15</w:t>
            </w:r>
          </w:p>
        </w:tc>
        <w:tc>
          <w:tcPr>
            <w:tcW w:w="3651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Mg</w:t>
            </w:r>
            <w:r w:rsidRPr="00DC2F01">
              <w:rPr>
                <w:lang w:val="ru-RU"/>
              </w:rPr>
              <w:t>О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+СО</w:t>
            </w:r>
            <w:r w:rsidRPr="00DC2F01">
              <w:rPr>
                <w:vertAlign w:val="subscript"/>
                <w:lang w:val="ru-RU"/>
              </w:rPr>
              <w:t>2(г)</w:t>
            </w:r>
            <w:r w:rsidRPr="00DC2F01">
              <w:rPr>
                <w:lang w:val="ru-RU"/>
              </w:rPr>
              <w:t>=</w:t>
            </w:r>
            <w:r>
              <w:t>Mg</w:t>
            </w:r>
            <w:r w:rsidRPr="00DC2F01">
              <w:rPr>
                <w:lang w:val="ru-RU"/>
              </w:rPr>
              <w:t>С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3(к)</w:t>
            </w:r>
          </w:p>
        </w:tc>
      </w:tr>
      <w:tr w:rsidR="00DC2F01" w:rsidRPr="001B6ED6" w:rsidTr="00494884">
        <w:tc>
          <w:tcPr>
            <w:tcW w:w="1101" w:type="dxa"/>
          </w:tcPr>
          <w:p w:rsidR="00DC2F01" w:rsidRDefault="00DC2F01" w:rsidP="00494884">
            <w:r>
              <w:t>6</w:t>
            </w:r>
          </w:p>
        </w:tc>
        <w:tc>
          <w:tcPr>
            <w:tcW w:w="3543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Mg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+2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(г)</w:t>
            </w:r>
            <w:r w:rsidRPr="00DC2F01">
              <w:rPr>
                <w:lang w:val="ru-RU"/>
              </w:rPr>
              <w:t>=</w:t>
            </w:r>
            <w:r>
              <w:t>Mg</w:t>
            </w:r>
            <w:r w:rsidRPr="00DC2F01">
              <w:rPr>
                <w:lang w:val="ru-RU"/>
              </w:rPr>
              <w:t>(</w:t>
            </w:r>
            <w:r>
              <w:t>OH</w:t>
            </w:r>
            <w:r w:rsidRPr="00DC2F01">
              <w:rPr>
                <w:lang w:val="ru-RU"/>
              </w:rPr>
              <w:t>)</w:t>
            </w:r>
            <w:r w:rsidRPr="00DC2F01">
              <w:rPr>
                <w:vertAlign w:val="subscript"/>
                <w:lang w:val="ru-RU"/>
              </w:rPr>
              <w:t>2(к)</w:t>
            </w:r>
            <w:r w:rsidRPr="00DC2F01">
              <w:rPr>
                <w:lang w:val="ru-RU"/>
              </w:rPr>
              <w:t>+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2(г)</w:t>
            </w:r>
          </w:p>
        </w:tc>
        <w:tc>
          <w:tcPr>
            <w:tcW w:w="1276" w:type="dxa"/>
          </w:tcPr>
          <w:p w:rsidR="00DC2F01" w:rsidRDefault="00DC2F01" w:rsidP="00494884">
            <w:r>
              <w:t>16</w:t>
            </w:r>
          </w:p>
        </w:tc>
        <w:tc>
          <w:tcPr>
            <w:tcW w:w="3651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CuO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2(г)</w:t>
            </w:r>
            <w:r w:rsidRPr="00DC2F01">
              <w:rPr>
                <w:lang w:val="ru-RU"/>
              </w:rPr>
              <w:t>=</w:t>
            </w:r>
            <w:r>
              <w:t>Cu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(г)</w:t>
            </w:r>
          </w:p>
        </w:tc>
      </w:tr>
      <w:tr w:rsidR="00DC2F01" w:rsidRPr="001B6ED6" w:rsidTr="00494884">
        <w:tc>
          <w:tcPr>
            <w:tcW w:w="1101" w:type="dxa"/>
          </w:tcPr>
          <w:p w:rsidR="00DC2F01" w:rsidRDefault="00DC2F01" w:rsidP="00494884">
            <w:r>
              <w:t>7</w:t>
            </w:r>
          </w:p>
        </w:tc>
        <w:tc>
          <w:tcPr>
            <w:tcW w:w="3543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FeO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2(г)</w:t>
            </w:r>
            <w:r w:rsidRPr="00DC2F01">
              <w:rPr>
                <w:lang w:val="ru-RU"/>
              </w:rPr>
              <w:t>=</w:t>
            </w:r>
            <w:r>
              <w:t>Fe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(г)</w:t>
            </w:r>
          </w:p>
        </w:tc>
        <w:tc>
          <w:tcPr>
            <w:tcW w:w="1276" w:type="dxa"/>
          </w:tcPr>
          <w:p w:rsidR="00DC2F01" w:rsidRDefault="00DC2F01" w:rsidP="00494884">
            <w:r>
              <w:t>17</w:t>
            </w:r>
          </w:p>
        </w:tc>
        <w:tc>
          <w:tcPr>
            <w:tcW w:w="3651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ZnO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2(г)</w:t>
            </w:r>
            <w:r w:rsidRPr="00DC2F01">
              <w:rPr>
                <w:lang w:val="ru-RU"/>
              </w:rPr>
              <w:t>=</w:t>
            </w:r>
            <w:r>
              <w:t>Zn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(г)</w:t>
            </w:r>
          </w:p>
        </w:tc>
      </w:tr>
      <w:tr w:rsidR="00DC2F01" w:rsidRPr="001B6ED6" w:rsidTr="00494884">
        <w:tc>
          <w:tcPr>
            <w:tcW w:w="1101" w:type="dxa"/>
          </w:tcPr>
          <w:p w:rsidR="00DC2F01" w:rsidRDefault="00DC2F01" w:rsidP="00494884">
            <w:r>
              <w:t>8</w:t>
            </w:r>
          </w:p>
        </w:tc>
        <w:tc>
          <w:tcPr>
            <w:tcW w:w="3543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FeO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CO</w:t>
            </w:r>
            <w:r w:rsidRPr="00DC2F01">
              <w:rPr>
                <w:lang w:val="ru-RU"/>
              </w:rPr>
              <w:t>(г)=</w:t>
            </w:r>
            <w:r>
              <w:t>Fe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 xml:space="preserve">+ </w:t>
            </w:r>
            <w:r>
              <w:t>CO</w:t>
            </w:r>
            <w:r w:rsidRPr="00DC2F01">
              <w:rPr>
                <w:vertAlign w:val="subscript"/>
                <w:lang w:val="ru-RU"/>
              </w:rPr>
              <w:t>2()</w:t>
            </w:r>
          </w:p>
        </w:tc>
        <w:tc>
          <w:tcPr>
            <w:tcW w:w="1276" w:type="dxa"/>
          </w:tcPr>
          <w:p w:rsidR="00DC2F01" w:rsidRDefault="00DC2F01" w:rsidP="00494884">
            <w:r>
              <w:t>18</w:t>
            </w:r>
          </w:p>
        </w:tc>
        <w:tc>
          <w:tcPr>
            <w:tcW w:w="3651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2</w:t>
            </w:r>
            <w:r>
              <w:t>Mg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C</w:t>
            </w:r>
            <w:r w:rsidRPr="00DC2F01">
              <w:rPr>
                <w:lang w:val="ru-RU"/>
              </w:rPr>
              <w:t>О</w:t>
            </w:r>
            <w:r w:rsidRPr="00DC2F01">
              <w:rPr>
                <w:vertAlign w:val="subscript"/>
                <w:lang w:val="ru-RU"/>
              </w:rPr>
              <w:t>2(г)</w:t>
            </w:r>
            <w:r w:rsidRPr="00DC2F01">
              <w:rPr>
                <w:lang w:val="ru-RU"/>
              </w:rPr>
              <w:t>=2</w:t>
            </w:r>
            <w:r>
              <w:t>MgO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</w:t>
            </w:r>
            <w:r>
              <w:t>C</w:t>
            </w:r>
            <w:r w:rsidRPr="00DC2F01">
              <w:rPr>
                <w:vertAlign w:val="subscript"/>
                <w:lang w:val="ru-RU"/>
              </w:rPr>
              <w:t>(к)</w:t>
            </w:r>
          </w:p>
        </w:tc>
      </w:tr>
      <w:tr w:rsidR="00DC2F01" w:rsidTr="00494884">
        <w:tc>
          <w:tcPr>
            <w:tcW w:w="1101" w:type="dxa"/>
          </w:tcPr>
          <w:p w:rsidR="00DC2F01" w:rsidRDefault="00DC2F01" w:rsidP="00494884">
            <w:r>
              <w:t>9</w:t>
            </w:r>
          </w:p>
        </w:tc>
        <w:tc>
          <w:tcPr>
            <w:tcW w:w="3543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2</w:t>
            </w:r>
            <w:r>
              <w:t>Al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+3</w:t>
            </w:r>
            <w:r>
              <w:t>Cl</w:t>
            </w:r>
            <w:r w:rsidRPr="00DC2F01">
              <w:rPr>
                <w:vertAlign w:val="subscript"/>
                <w:lang w:val="ru-RU"/>
              </w:rPr>
              <w:t>2(г)</w:t>
            </w:r>
            <w:r w:rsidRPr="00DC2F01">
              <w:rPr>
                <w:lang w:val="ru-RU"/>
              </w:rPr>
              <w:t>=2</w:t>
            </w:r>
            <w:r>
              <w:t>AlCl</w:t>
            </w:r>
            <w:r w:rsidRPr="00DC2F01">
              <w:rPr>
                <w:vertAlign w:val="subscript"/>
                <w:lang w:val="ru-RU"/>
              </w:rPr>
              <w:t>3(к)</w:t>
            </w:r>
          </w:p>
        </w:tc>
        <w:tc>
          <w:tcPr>
            <w:tcW w:w="1276" w:type="dxa"/>
          </w:tcPr>
          <w:p w:rsidR="00DC2F01" w:rsidRDefault="00DC2F01" w:rsidP="00494884">
            <w:r>
              <w:t>19</w:t>
            </w:r>
          </w:p>
        </w:tc>
        <w:tc>
          <w:tcPr>
            <w:tcW w:w="3651" w:type="dxa"/>
          </w:tcPr>
          <w:p w:rsidR="00DC2F01" w:rsidRPr="00BC5B29" w:rsidRDefault="00DC2F01" w:rsidP="00494884">
            <w:r>
              <w:t>S</w:t>
            </w:r>
            <w:r w:rsidRPr="0097777D">
              <w:rPr>
                <w:vertAlign w:val="subscript"/>
              </w:rPr>
              <w:t>(к)</w:t>
            </w:r>
            <w:r>
              <w:t>+O</w:t>
            </w:r>
            <w:r>
              <w:rPr>
                <w:vertAlign w:val="subscript"/>
              </w:rPr>
              <w:t>(г</w:t>
            </w:r>
            <w:r w:rsidRPr="0097777D">
              <w:rPr>
                <w:vertAlign w:val="subscript"/>
              </w:rPr>
              <w:t>)</w:t>
            </w:r>
            <w:r w:rsidRPr="0097777D">
              <w:t>=</w:t>
            </w:r>
            <w:r>
              <w:t>SO</w:t>
            </w:r>
            <w:r w:rsidRPr="00BC5B29">
              <w:rPr>
                <w:vertAlign w:val="subscript"/>
              </w:rPr>
              <w:t>2</w:t>
            </w:r>
            <w:r w:rsidRPr="0097777D">
              <w:rPr>
                <w:vertAlign w:val="subscript"/>
              </w:rPr>
              <w:t>(</w:t>
            </w:r>
            <w:r>
              <w:rPr>
                <w:vertAlign w:val="subscript"/>
              </w:rPr>
              <w:t>г</w:t>
            </w:r>
            <w:r w:rsidRPr="0097777D">
              <w:rPr>
                <w:vertAlign w:val="subscript"/>
              </w:rPr>
              <w:t>)</w:t>
            </w:r>
          </w:p>
        </w:tc>
      </w:tr>
      <w:tr w:rsidR="00DC2F01" w:rsidRPr="001B6ED6" w:rsidTr="00494884">
        <w:tc>
          <w:tcPr>
            <w:tcW w:w="1101" w:type="dxa"/>
          </w:tcPr>
          <w:p w:rsidR="00DC2F01" w:rsidRDefault="00DC2F01" w:rsidP="00494884">
            <w:r>
              <w:t>10</w:t>
            </w:r>
          </w:p>
        </w:tc>
        <w:tc>
          <w:tcPr>
            <w:tcW w:w="3543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CaO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+2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(ж)</w:t>
            </w:r>
            <w:r w:rsidRPr="00DC2F01">
              <w:rPr>
                <w:lang w:val="ru-RU"/>
              </w:rPr>
              <w:t>=</w:t>
            </w:r>
            <w:r>
              <w:t>Ca</w:t>
            </w:r>
            <w:r w:rsidRPr="00DC2F01">
              <w:rPr>
                <w:lang w:val="ru-RU"/>
              </w:rPr>
              <w:t>(</w:t>
            </w:r>
            <w:r>
              <w:t>OH</w:t>
            </w:r>
            <w:r w:rsidRPr="00DC2F01">
              <w:rPr>
                <w:lang w:val="ru-RU"/>
              </w:rPr>
              <w:t>)</w:t>
            </w:r>
            <w:r w:rsidRPr="00DC2F01">
              <w:rPr>
                <w:vertAlign w:val="subscript"/>
                <w:lang w:val="ru-RU"/>
              </w:rPr>
              <w:t>2(к)</w:t>
            </w:r>
          </w:p>
        </w:tc>
        <w:tc>
          <w:tcPr>
            <w:tcW w:w="1276" w:type="dxa"/>
          </w:tcPr>
          <w:p w:rsidR="00DC2F01" w:rsidRDefault="00DC2F01" w:rsidP="00494884">
            <w:r>
              <w:t>20</w:t>
            </w:r>
          </w:p>
        </w:tc>
        <w:tc>
          <w:tcPr>
            <w:tcW w:w="3651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>
              <w:t>S</w:t>
            </w:r>
            <w:r w:rsidRPr="00DC2F01">
              <w:rPr>
                <w:vertAlign w:val="subscript"/>
                <w:lang w:val="ru-RU"/>
              </w:rPr>
              <w:t>(к)</w:t>
            </w:r>
            <w:r w:rsidRPr="00DC2F01">
              <w:rPr>
                <w:lang w:val="ru-RU"/>
              </w:rPr>
              <w:t>+2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(г)</w:t>
            </w:r>
            <w:r w:rsidRPr="00DC2F01">
              <w:rPr>
                <w:lang w:val="ru-RU"/>
              </w:rPr>
              <w:t>=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2(г)</w:t>
            </w:r>
            <w:r w:rsidRPr="00DC2F01">
              <w:rPr>
                <w:lang w:val="ru-RU"/>
              </w:rPr>
              <w:t>+2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S</w:t>
            </w:r>
            <w:r w:rsidRPr="00DC2F01">
              <w:rPr>
                <w:vertAlign w:val="subscript"/>
                <w:lang w:val="ru-RU"/>
              </w:rPr>
              <w:t>(г)</w:t>
            </w:r>
          </w:p>
        </w:tc>
      </w:tr>
    </w:tbl>
    <w:p w:rsidR="00DC2F01" w:rsidRPr="00DC2F01" w:rsidRDefault="00DC2F01" w:rsidP="00DC2F01">
      <w:pPr>
        <w:rPr>
          <w:lang w:val="ru-RU"/>
        </w:rPr>
      </w:pPr>
    </w:p>
    <w:p w:rsidR="00DC2F01" w:rsidRPr="0081258C" w:rsidRDefault="00DC2F01" w:rsidP="000D3AEE">
      <w:pPr>
        <w:pStyle w:val="ae"/>
        <w:numPr>
          <w:ilvl w:val="0"/>
          <w:numId w:val="11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</w:rPr>
      </w:pPr>
      <w:r w:rsidRPr="0081258C">
        <w:rPr>
          <w:b/>
        </w:rPr>
        <w:t>Растворы. Дисперсные системы</w:t>
      </w:r>
    </w:p>
    <w:p w:rsidR="00DC2F01" w:rsidRPr="00FF61C8" w:rsidRDefault="00DC2F01" w:rsidP="00DC2F01">
      <w:pPr>
        <w:ind w:firstLine="125"/>
        <w:rPr>
          <w:b/>
        </w:rPr>
      </w:pPr>
      <w:r w:rsidRPr="00FF61C8">
        <w:rPr>
          <w:b/>
        </w:rPr>
        <w:t>Задание 4.</w:t>
      </w:r>
      <w:r>
        <w:rPr>
          <w:b/>
        </w:rPr>
        <w:t>1</w:t>
      </w:r>
    </w:p>
    <w:p w:rsidR="00DC2F01" w:rsidRPr="00DC2F01" w:rsidRDefault="00DC2F01" w:rsidP="000D3AEE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DC2F01">
        <w:rPr>
          <w:lang w:val="ru-RU"/>
        </w:rPr>
        <w:t xml:space="preserve">Из четырех веществ (см. столбцы 1-3) выберите сильные и слабые </w:t>
      </w:r>
      <w:proofErr w:type="gramStart"/>
      <w:r w:rsidRPr="00DC2F01">
        <w:rPr>
          <w:lang w:val="ru-RU"/>
        </w:rPr>
        <w:t>электролиты  и</w:t>
      </w:r>
      <w:proofErr w:type="gramEnd"/>
      <w:r w:rsidRPr="00DC2F01">
        <w:rPr>
          <w:lang w:val="ru-RU"/>
        </w:rPr>
        <w:t xml:space="preserve"> составьте уравнение их диссоциации в водном растворе.</w:t>
      </w:r>
    </w:p>
    <w:p w:rsidR="00DC2F01" w:rsidRPr="00DC2F01" w:rsidRDefault="00DC2F01" w:rsidP="000D3AEE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DC2F01">
        <w:rPr>
          <w:lang w:val="ru-RU"/>
        </w:rPr>
        <w:t>В столбце 1а даны значения молярных концентраций для растворов электролитов из столбца 1. Зная молярную концентрацию своего раствора, определите молярную концентрацию эквивалента, массовую долю вещества, принимая его плотность равной 1 г/см</w:t>
      </w:r>
      <w:r w:rsidRPr="00DC2F01">
        <w:rPr>
          <w:vertAlign w:val="superscript"/>
          <w:lang w:val="ru-RU"/>
        </w:rPr>
        <w:t>3</w:t>
      </w:r>
      <w:r w:rsidRPr="00DC2F01">
        <w:rPr>
          <w:lang w:val="ru-RU"/>
        </w:rPr>
        <w:t>.</w:t>
      </w:r>
    </w:p>
    <w:p w:rsidR="00DC2F01" w:rsidRPr="00DC2F01" w:rsidRDefault="00DC2F01" w:rsidP="000D3AEE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DC2F01">
        <w:rPr>
          <w:lang w:val="ru-RU"/>
        </w:rPr>
        <w:t xml:space="preserve">Рассчитайте рН раствора </w:t>
      </w:r>
      <w:proofErr w:type="gramStart"/>
      <w:r w:rsidRPr="00DC2F01">
        <w:rPr>
          <w:lang w:val="ru-RU"/>
        </w:rPr>
        <w:t>сильного  электролита</w:t>
      </w:r>
      <w:proofErr w:type="gramEnd"/>
      <w:r w:rsidRPr="00DC2F01">
        <w:rPr>
          <w:lang w:val="ru-RU"/>
        </w:rPr>
        <w:t xml:space="preserve"> из столбцов 1 и 2 для соответствующей концентраций, данных в столбцах 1а и 2а.</w:t>
      </w:r>
    </w:p>
    <w:p w:rsidR="00DC2F01" w:rsidRPr="00DC2F01" w:rsidRDefault="00DC2F01" w:rsidP="000D3AEE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40" w:lineRule="auto"/>
        <w:ind w:left="482" w:hanging="357"/>
        <w:jc w:val="both"/>
        <w:textAlignment w:val="baseline"/>
        <w:rPr>
          <w:lang w:val="ru-RU"/>
        </w:rPr>
      </w:pPr>
      <w:r w:rsidRPr="00DC2F01">
        <w:rPr>
          <w:lang w:val="ru-RU"/>
        </w:rPr>
        <w:t>Напишите уравнение гидролиза соли, данной в столбце 3, по всем возможным ступеням и выражение констант гидролиза по этим ступеням.</w:t>
      </w:r>
    </w:p>
    <w:p w:rsidR="00DC2F01" w:rsidRPr="00DC2F01" w:rsidRDefault="00DC2F01" w:rsidP="00DC2F01">
      <w:pPr>
        <w:rPr>
          <w:lang w:val="ru-RU"/>
        </w:rPr>
      </w:pPr>
    </w:p>
    <w:p w:rsidR="00DC2F01" w:rsidRDefault="00DC2F01" w:rsidP="00DC2F01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p w:rsidR="00DC2F01" w:rsidRPr="00FC7648" w:rsidRDefault="00DC2F01" w:rsidP="00DC2F01">
      <w:pPr>
        <w:spacing w:line="240" w:lineRule="auto"/>
        <w:ind w:firstLine="180"/>
        <w:jc w:val="right"/>
        <w:rPr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131"/>
        <w:gridCol w:w="1688"/>
        <w:gridCol w:w="1688"/>
        <w:gridCol w:w="1688"/>
        <w:gridCol w:w="1688"/>
        <w:gridCol w:w="1688"/>
      </w:tblGrid>
      <w:tr w:rsidR="00DC2F01" w:rsidTr="00494884">
        <w:trPr>
          <w:trHeight w:val="330"/>
        </w:trPr>
        <w:tc>
          <w:tcPr>
            <w:tcW w:w="1131" w:type="dxa"/>
            <w:vMerge w:val="restart"/>
          </w:tcPr>
          <w:p w:rsidR="00DC2F01" w:rsidRDefault="00DC2F01" w:rsidP="00494884">
            <w:pPr>
              <w:jc w:val="center"/>
            </w:pPr>
            <w:r>
              <w:t>Вариант</w:t>
            </w:r>
          </w:p>
        </w:tc>
        <w:tc>
          <w:tcPr>
            <w:tcW w:w="5064" w:type="dxa"/>
            <w:gridSpan w:val="3"/>
          </w:tcPr>
          <w:p w:rsidR="00DC2F01" w:rsidRDefault="00DC2F01" w:rsidP="00494884">
            <w:pPr>
              <w:jc w:val="center"/>
            </w:pPr>
            <w:r>
              <w:t>Наименование вещества</w:t>
            </w:r>
          </w:p>
        </w:tc>
        <w:tc>
          <w:tcPr>
            <w:tcW w:w="3376" w:type="dxa"/>
            <w:gridSpan w:val="2"/>
          </w:tcPr>
          <w:p w:rsidR="00DC2F01" w:rsidRDefault="00DC2F01" w:rsidP="00494884">
            <w:pPr>
              <w:jc w:val="center"/>
            </w:pPr>
            <w:r>
              <w:t>Концентрация вещества</w:t>
            </w:r>
          </w:p>
        </w:tc>
      </w:tr>
      <w:tr w:rsidR="00DC2F01" w:rsidTr="00494884">
        <w:trPr>
          <w:trHeight w:val="330"/>
        </w:trPr>
        <w:tc>
          <w:tcPr>
            <w:tcW w:w="1131" w:type="dxa"/>
            <w:vMerge/>
          </w:tcPr>
          <w:p w:rsidR="00DC2F01" w:rsidRDefault="00DC2F01" w:rsidP="00494884">
            <w:pPr>
              <w:jc w:val="center"/>
            </w:pPr>
          </w:p>
        </w:tc>
        <w:tc>
          <w:tcPr>
            <w:tcW w:w="1688" w:type="dxa"/>
          </w:tcPr>
          <w:p w:rsidR="00DC2F01" w:rsidRDefault="00DC2F01" w:rsidP="00494884">
            <w:pPr>
              <w:jc w:val="center"/>
            </w:pPr>
            <w:r>
              <w:t>1</w:t>
            </w:r>
          </w:p>
        </w:tc>
        <w:tc>
          <w:tcPr>
            <w:tcW w:w="1688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  <w:tc>
          <w:tcPr>
            <w:tcW w:w="1688" w:type="dxa"/>
          </w:tcPr>
          <w:p w:rsidR="00DC2F01" w:rsidRDefault="00DC2F01" w:rsidP="00494884">
            <w:pPr>
              <w:jc w:val="center"/>
            </w:pPr>
            <w:r>
              <w:t>3</w:t>
            </w:r>
          </w:p>
        </w:tc>
        <w:tc>
          <w:tcPr>
            <w:tcW w:w="1688" w:type="dxa"/>
          </w:tcPr>
          <w:p w:rsidR="00DC2F01" w:rsidRDefault="00DC2F01" w:rsidP="00494884">
            <w:pPr>
              <w:jc w:val="center"/>
            </w:pPr>
            <w:r>
              <w:t>1а</w:t>
            </w:r>
          </w:p>
        </w:tc>
        <w:tc>
          <w:tcPr>
            <w:tcW w:w="1688" w:type="dxa"/>
          </w:tcPr>
          <w:p w:rsidR="00DC2F01" w:rsidRDefault="00DC2F01" w:rsidP="00494884">
            <w:pPr>
              <w:jc w:val="center"/>
            </w:pPr>
            <w:r>
              <w:t>2а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</w:t>
            </w:r>
          </w:p>
        </w:tc>
        <w:tc>
          <w:tcPr>
            <w:tcW w:w="1688" w:type="dxa"/>
          </w:tcPr>
          <w:p w:rsidR="00DC2F01" w:rsidRPr="00E70EC2" w:rsidRDefault="00DC2F01" w:rsidP="00494884">
            <w:pPr>
              <w:jc w:val="center"/>
            </w:pPr>
            <w:r>
              <w:t>CsOH</w:t>
            </w:r>
          </w:p>
        </w:tc>
        <w:tc>
          <w:tcPr>
            <w:tcW w:w="1688" w:type="dxa"/>
          </w:tcPr>
          <w:p w:rsidR="00DC2F01" w:rsidRPr="00E70EC2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2</w:t>
            </w:r>
            <w:r>
              <w:t>C</w:t>
            </w:r>
            <w:r w:rsidRPr="00BA5082">
              <w:rPr>
                <w:vertAlign w:val="subscript"/>
              </w:rPr>
              <w:t>2</w:t>
            </w:r>
            <w:r>
              <w:t>O</w:t>
            </w:r>
            <w:r w:rsidRPr="00BA5082">
              <w:rPr>
                <w:vertAlign w:val="subscript"/>
              </w:rPr>
              <w:t>4</w:t>
            </w:r>
          </w:p>
        </w:tc>
        <w:tc>
          <w:tcPr>
            <w:tcW w:w="1688" w:type="dxa"/>
          </w:tcPr>
          <w:p w:rsidR="00DC2F01" w:rsidRPr="00E70EC2" w:rsidRDefault="00DC2F01" w:rsidP="00494884">
            <w:pPr>
              <w:jc w:val="center"/>
            </w:pPr>
            <w:r>
              <w:t>Na</w:t>
            </w:r>
            <w:r w:rsidRPr="00BA5082">
              <w:rPr>
                <w:vertAlign w:val="subscript"/>
              </w:rPr>
              <w:t>2</w:t>
            </w:r>
            <w:r>
              <w:t>SO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E70EC2" w:rsidRDefault="00DC2F01" w:rsidP="00494884">
            <w:pPr>
              <w:jc w:val="center"/>
            </w:pPr>
            <w:r>
              <w:t>0,002</w:t>
            </w:r>
          </w:p>
        </w:tc>
        <w:tc>
          <w:tcPr>
            <w:tcW w:w="1688" w:type="dxa"/>
          </w:tcPr>
          <w:p w:rsidR="00DC2F01" w:rsidRPr="00FC0496" w:rsidRDefault="00DC2F01" w:rsidP="00494884">
            <w:pPr>
              <w:jc w:val="center"/>
            </w:pPr>
            <w:r>
              <w:t>0,01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  <w:tc>
          <w:tcPr>
            <w:tcW w:w="1688" w:type="dxa"/>
          </w:tcPr>
          <w:p w:rsidR="00DC2F01" w:rsidRPr="00FC0496" w:rsidRDefault="00DC2F01" w:rsidP="00494884">
            <w:pPr>
              <w:jc w:val="center"/>
            </w:pPr>
            <w:r>
              <w:t>HBr</w:t>
            </w:r>
          </w:p>
        </w:tc>
        <w:tc>
          <w:tcPr>
            <w:tcW w:w="1688" w:type="dxa"/>
          </w:tcPr>
          <w:p w:rsidR="00DC2F01" w:rsidRPr="00FC0496" w:rsidRDefault="00DC2F01" w:rsidP="00494884">
            <w:pPr>
              <w:jc w:val="center"/>
            </w:pPr>
            <w:r>
              <w:t>HOBr</w:t>
            </w:r>
          </w:p>
        </w:tc>
        <w:tc>
          <w:tcPr>
            <w:tcW w:w="1688" w:type="dxa"/>
          </w:tcPr>
          <w:p w:rsidR="00DC2F01" w:rsidRPr="00FC0496" w:rsidRDefault="00DC2F01" w:rsidP="00494884">
            <w:pPr>
              <w:jc w:val="center"/>
            </w:pPr>
            <w:r>
              <w:t>Na</w:t>
            </w:r>
            <w:r w:rsidRPr="00BA5082">
              <w:rPr>
                <w:vertAlign w:val="subscript"/>
              </w:rPr>
              <w:t>3</w:t>
            </w:r>
            <w:r>
              <w:t>BO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0,04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3</w:t>
            </w:r>
          </w:p>
        </w:tc>
        <w:tc>
          <w:tcPr>
            <w:tcW w:w="1688" w:type="dxa"/>
          </w:tcPr>
          <w:p w:rsidR="00DC2F01" w:rsidRPr="00FC0496" w:rsidRDefault="00DC2F01" w:rsidP="00494884">
            <w:pPr>
              <w:jc w:val="center"/>
            </w:pPr>
            <w:r>
              <w:t>Sr(OH)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Default="00DC2F01" w:rsidP="00494884">
            <w:pPr>
              <w:jc w:val="center"/>
            </w:pPr>
            <w:r>
              <w:t>Н</w:t>
            </w:r>
            <w:r w:rsidRPr="00BA5082">
              <w:rPr>
                <w:vertAlign w:val="subscript"/>
              </w:rPr>
              <w:t>3</w:t>
            </w:r>
            <w:r>
              <w:t>BO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FC0496" w:rsidRDefault="00DC2F01" w:rsidP="00494884">
            <w:pPr>
              <w:jc w:val="center"/>
            </w:pPr>
            <w:r>
              <w:t>К</w:t>
            </w:r>
            <w:r w:rsidRPr="00BA5082">
              <w:rPr>
                <w:vertAlign w:val="subscript"/>
              </w:rPr>
              <w:t>2</w:t>
            </w:r>
            <w:r>
              <w:t>S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0,002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4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RbOH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CH3COOH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Pb(NO</w:t>
            </w:r>
            <w:r w:rsidRPr="00BA5082">
              <w:rPr>
                <w:vertAlign w:val="subscript"/>
              </w:rPr>
              <w:t>3</w:t>
            </w:r>
            <w:r>
              <w:t>)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0,004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0,08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Ca(OH)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HCOOH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Al</w:t>
            </w:r>
            <w:r w:rsidRPr="00BA5082">
              <w:rPr>
                <w:vertAlign w:val="subscript"/>
              </w:rPr>
              <w:t>2</w:t>
            </w:r>
            <w:r>
              <w:t>(SO4)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0,001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0,06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6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2</w:t>
            </w:r>
            <w:r>
              <w:t>SO</w:t>
            </w:r>
            <w:r w:rsidRPr="00BA5082">
              <w:rPr>
                <w:vertAlign w:val="subscript"/>
              </w:rPr>
              <w:t>4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NH4OH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NaNO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0,008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0,08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7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LiOH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3</w:t>
            </w:r>
            <w:r>
              <w:t>PO4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HCOONa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0,005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0,02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8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HI</w:t>
            </w:r>
          </w:p>
        </w:tc>
        <w:tc>
          <w:tcPr>
            <w:tcW w:w="1688" w:type="dxa"/>
          </w:tcPr>
          <w:p w:rsidR="00DC2F01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2</w:t>
            </w:r>
            <w:r>
              <w:t>SO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Na</w:t>
            </w:r>
            <w:r w:rsidRPr="00BA5082">
              <w:rPr>
                <w:vertAlign w:val="subscript"/>
              </w:rPr>
              <w:t>2</w:t>
            </w:r>
            <w:r>
              <w:t>SiO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0,01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9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Ba(OH)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HCN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K</w:t>
            </w:r>
            <w:r w:rsidRPr="00BA5082">
              <w:rPr>
                <w:vertAlign w:val="subscript"/>
              </w:rPr>
              <w:t>2</w:t>
            </w:r>
            <w:r>
              <w:t>SO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0,008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0,005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10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HClO</w:t>
            </w:r>
            <w:r w:rsidRPr="00BA5082">
              <w:rPr>
                <w:vertAlign w:val="subscript"/>
              </w:rPr>
              <w:t>4</w:t>
            </w:r>
          </w:p>
        </w:tc>
        <w:tc>
          <w:tcPr>
            <w:tcW w:w="1688" w:type="dxa"/>
          </w:tcPr>
          <w:p w:rsidR="00DC2F01" w:rsidRDefault="00DC2F01" w:rsidP="00494884">
            <w:pPr>
              <w:jc w:val="center"/>
            </w:pPr>
            <w:r>
              <w:t>NH</w:t>
            </w:r>
            <w:r w:rsidRPr="00BA5082">
              <w:rPr>
                <w:vertAlign w:val="subscript"/>
              </w:rPr>
              <w:t>4</w:t>
            </w:r>
            <w:r>
              <w:t>OH</w:t>
            </w:r>
          </w:p>
        </w:tc>
        <w:tc>
          <w:tcPr>
            <w:tcW w:w="1688" w:type="dxa"/>
          </w:tcPr>
          <w:p w:rsidR="00DC2F01" w:rsidRDefault="00DC2F01" w:rsidP="00494884">
            <w:pPr>
              <w:jc w:val="center"/>
            </w:pPr>
            <w:r>
              <w:t>NH</w:t>
            </w:r>
            <w:r w:rsidRPr="00BA5082">
              <w:rPr>
                <w:vertAlign w:val="subscript"/>
              </w:rPr>
              <w:t>4</w:t>
            </w:r>
            <w:r>
              <w:t>(SO)</w:t>
            </w:r>
            <w:r w:rsidRPr="00BA5082">
              <w:rPr>
                <w:vertAlign w:val="subscript"/>
              </w:rPr>
              <w:t>4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0,005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0,07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11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HCl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2</w:t>
            </w:r>
            <w:r>
              <w:t>Se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Na</w:t>
            </w:r>
            <w:r w:rsidRPr="00BA5082">
              <w:rPr>
                <w:vertAlign w:val="subscript"/>
              </w:rPr>
              <w:t>2</w:t>
            </w:r>
            <w:r>
              <w:t>CO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0,002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12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NaOH</w:t>
            </w:r>
          </w:p>
        </w:tc>
        <w:tc>
          <w:tcPr>
            <w:tcW w:w="1688" w:type="dxa"/>
          </w:tcPr>
          <w:p w:rsidR="00DC2F01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2</w:t>
            </w:r>
            <w:r>
              <w:t>SiO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FeCl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0,004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0,008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13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KOH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HNO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8B3EA8" w:rsidRDefault="00DC2F01" w:rsidP="00494884">
            <w:pPr>
              <w:jc w:val="center"/>
            </w:pPr>
            <w:r>
              <w:t>Ba(NO</w:t>
            </w:r>
            <w:r w:rsidRPr="00BA5082">
              <w:rPr>
                <w:vertAlign w:val="subscript"/>
              </w:rPr>
              <w:t>3</w:t>
            </w:r>
            <w:r>
              <w:t>)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0,006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0,02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14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HNO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HAlO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KNO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0,007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15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HCl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2</w:t>
            </w:r>
            <w:r>
              <w:t>S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Ca(NO</w:t>
            </w:r>
            <w:r w:rsidRPr="00BA5082">
              <w:rPr>
                <w:vertAlign w:val="subscript"/>
              </w:rPr>
              <w:t>2</w:t>
            </w:r>
            <w:r>
              <w:t>)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0,009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16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LiOH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2</w:t>
            </w:r>
            <w:r>
              <w:t>CO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Na</w:t>
            </w:r>
            <w:r w:rsidRPr="00BA5082">
              <w:rPr>
                <w:vertAlign w:val="subscript"/>
              </w:rPr>
              <w:t>2</w:t>
            </w:r>
            <w:r>
              <w:t>S</w:t>
            </w:r>
          </w:p>
        </w:tc>
        <w:tc>
          <w:tcPr>
            <w:tcW w:w="1688" w:type="dxa"/>
          </w:tcPr>
          <w:p w:rsidR="00DC2F01" w:rsidRPr="00BA5082" w:rsidRDefault="00DC2F01" w:rsidP="00494884">
            <w:pPr>
              <w:jc w:val="center"/>
            </w:pPr>
            <w:r>
              <w:t>0,04</w:t>
            </w:r>
          </w:p>
        </w:tc>
        <w:tc>
          <w:tcPr>
            <w:tcW w:w="1688" w:type="dxa"/>
          </w:tcPr>
          <w:p w:rsidR="00DC2F01" w:rsidRPr="00BA5082" w:rsidRDefault="00DC2F01" w:rsidP="00494884">
            <w:pPr>
              <w:jc w:val="center"/>
            </w:pPr>
            <w:r>
              <w:t>0,02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17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Sr(OH)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2</w:t>
            </w:r>
            <w:r>
              <w:t>SeO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AlCl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BA5082" w:rsidRDefault="00DC2F01" w:rsidP="00494884">
            <w:pPr>
              <w:jc w:val="center"/>
            </w:pPr>
            <w:r>
              <w:t>0,005</w:t>
            </w:r>
          </w:p>
        </w:tc>
        <w:tc>
          <w:tcPr>
            <w:tcW w:w="1688" w:type="dxa"/>
          </w:tcPr>
          <w:p w:rsidR="00DC2F01" w:rsidRPr="00BA5082" w:rsidRDefault="00DC2F01" w:rsidP="00494884">
            <w:pPr>
              <w:jc w:val="center"/>
            </w:pPr>
            <w:r>
              <w:t>0,007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18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2</w:t>
            </w:r>
            <w:r>
              <w:t>SO</w:t>
            </w:r>
            <w:r w:rsidRPr="00BA5082">
              <w:rPr>
                <w:vertAlign w:val="subscript"/>
              </w:rPr>
              <w:t>4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HF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K</w:t>
            </w:r>
            <w:r w:rsidRPr="00BA5082">
              <w:rPr>
                <w:vertAlign w:val="subscript"/>
              </w:rPr>
              <w:t>2</w:t>
            </w:r>
            <w:r>
              <w:t>CO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BA5082" w:rsidRDefault="00DC2F01" w:rsidP="00494884">
            <w:pPr>
              <w:jc w:val="center"/>
            </w:pPr>
            <w:r>
              <w:t>0,03</w:t>
            </w:r>
          </w:p>
        </w:tc>
        <w:tc>
          <w:tcPr>
            <w:tcW w:w="1688" w:type="dxa"/>
          </w:tcPr>
          <w:p w:rsidR="00DC2F01" w:rsidRPr="00BA5082" w:rsidRDefault="00DC2F01" w:rsidP="00494884">
            <w:pPr>
              <w:jc w:val="center"/>
            </w:pPr>
            <w:r>
              <w:t>0,04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t>19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KOH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2</w:t>
            </w:r>
            <w:r>
              <w:t>Te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NH</w:t>
            </w:r>
            <w:r w:rsidRPr="00BA5082">
              <w:rPr>
                <w:vertAlign w:val="subscript"/>
              </w:rPr>
              <w:t>4</w:t>
            </w:r>
            <w:r>
              <w:t>Cl</w:t>
            </w:r>
          </w:p>
        </w:tc>
        <w:tc>
          <w:tcPr>
            <w:tcW w:w="1688" w:type="dxa"/>
          </w:tcPr>
          <w:p w:rsidR="00DC2F01" w:rsidRPr="00BA5082" w:rsidRDefault="00DC2F01" w:rsidP="00494884">
            <w:pPr>
              <w:jc w:val="center"/>
            </w:pPr>
            <w:r>
              <w:t>0,07</w:t>
            </w:r>
          </w:p>
        </w:tc>
        <w:tc>
          <w:tcPr>
            <w:tcW w:w="1688" w:type="dxa"/>
          </w:tcPr>
          <w:p w:rsidR="00DC2F01" w:rsidRPr="00BA5082" w:rsidRDefault="00DC2F01" w:rsidP="00494884">
            <w:pPr>
              <w:jc w:val="center"/>
            </w:pPr>
            <w:r>
              <w:t>0,01</w:t>
            </w:r>
          </w:p>
        </w:tc>
      </w:tr>
      <w:tr w:rsidR="00DC2F01" w:rsidTr="00494884">
        <w:tc>
          <w:tcPr>
            <w:tcW w:w="1131" w:type="dxa"/>
          </w:tcPr>
          <w:p w:rsidR="00DC2F01" w:rsidRDefault="00DC2F01" w:rsidP="00494884">
            <w:pPr>
              <w:jc w:val="center"/>
            </w:pPr>
            <w:r>
              <w:lastRenderedPageBreak/>
              <w:t>20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Ba(OH)</w:t>
            </w:r>
            <w:r w:rsidRPr="00BA5082">
              <w:rPr>
                <w:vertAlign w:val="subscript"/>
              </w:rPr>
              <w:t>2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H</w:t>
            </w:r>
            <w:r w:rsidRPr="00BA5082">
              <w:rPr>
                <w:vertAlign w:val="subscript"/>
              </w:rPr>
              <w:t>3</w:t>
            </w:r>
            <w:r>
              <w:t>PO</w:t>
            </w:r>
            <w:r w:rsidRPr="00BA5082">
              <w:rPr>
                <w:vertAlign w:val="subscript"/>
              </w:rPr>
              <w:t>4</w:t>
            </w:r>
          </w:p>
        </w:tc>
        <w:tc>
          <w:tcPr>
            <w:tcW w:w="1688" w:type="dxa"/>
          </w:tcPr>
          <w:p w:rsidR="00DC2F01" w:rsidRPr="00416EAE" w:rsidRDefault="00DC2F01" w:rsidP="00494884">
            <w:pPr>
              <w:jc w:val="center"/>
            </w:pPr>
            <w:r>
              <w:t>CrCl</w:t>
            </w:r>
            <w:r w:rsidRPr="00BA5082">
              <w:rPr>
                <w:vertAlign w:val="subscript"/>
              </w:rPr>
              <w:t>3</w:t>
            </w:r>
          </w:p>
        </w:tc>
        <w:tc>
          <w:tcPr>
            <w:tcW w:w="1688" w:type="dxa"/>
          </w:tcPr>
          <w:p w:rsidR="00DC2F01" w:rsidRPr="00BA5082" w:rsidRDefault="00DC2F01" w:rsidP="00494884">
            <w:pPr>
              <w:jc w:val="center"/>
            </w:pPr>
            <w:r>
              <w:t>0,007</w:t>
            </w:r>
          </w:p>
        </w:tc>
        <w:tc>
          <w:tcPr>
            <w:tcW w:w="1688" w:type="dxa"/>
          </w:tcPr>
          <w:p w:rsidR="00DC2F01" w:rsidRPr="00BA5082" w:rsidRDefault="00DC2F01" w:rsidP="00494884">
            <w:pPr>
              <w:jc w:val="center"/>
            </w:pPr>
            <w:r>
              <w:t>0,06</w:t>
            </w:r>
          </w:p>
        </w:tc>
      </w:tr>
    </w:tbl>
    <w:p w:rsidR="00DC2F01" w:rsidRDefault="00DC2F01" w:rsidP="00DC2F01">
      <w:pPr>
        <w:jc w:val="center"/>
      </w:pPr>
    </w:p>
    <w:p w:rsidR="00DC2F01" w:rsidRDefault="00DC2F01" w:rsidP="00DC2F01">
      <w:pPr>
        <w:rPr>
          <w:b/>
        </w:rPr>
      </w:pPr>
    </w:p>
    <w:p w:rsidR="00DC2F01" w:rsidRPr="00DC2F01" w:rsidRDefault="00DC2F01" w:rsidP="000D3AEE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lang w:val="ru-RU"/>
        </w:rPr>
      </w:pPr>
      <w:r w:rsidRPr="00DC2F01">
        <w:rPr>
          <w:b/>
          <w:lang w:val="ru-RU"/>
        </w:rPr>
        <w:t>Окислительно-восстановительные реакции и электрохимические процессы.</w:t>
      </w:r>
    </w:p>
    <w:p w:rsidR="00DC2F01" w:rsidRPr="00DC2F01" w:rsidRDefault="00DC2F01" w:rsidP="00DC2F01">
      <w:pPr>
        <w:rPr>
          <w:b/>
          <w:lang w:val="ru-RU"/>
        </w:rPr>
      </w:pPr>
      <w:r w:rsidRPr="00DC2F01">
        <w:rPr>
          <w:b/>
          <w:lang w:val="ru-RU"/>
        </w:rPr>
        <w:t>Задание 5.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Для водного раствора электролита:</w:t>
      </w:r>
    </w:p>
    <w:p w:rsidR="00DC2F01" w:rsidRPr="00DC2F01" w:rsidRDefault="00DC2F01" w:rsidP="000D3AEE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DC2F01">
        <w:rPr>
          <w:lang w:val="ru-RU"/>
        </w:rPr>
        <w:t>напишите уравнения процессов, которые идут на электродах при электролизе;</w:t>
      </w:r>
    </w:p>
    <w:p w:rsidR="00DC2F01" w:rsidRDefault="00DC2F01" w:rsidP="000D3AEE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</w:pPr>
      <w:r w:rsidRPr="00DC2F01">
        <w:rPr>
          <w:lang w:val="ru-RU"/>
        </w:rPr>
        <w:t xml:space="preserve">рассчитайте, сколько и каких веществ выделится на катоде и аноде, если вести электролиз при силе тока равной </w:t>
      </w:r>
      <w:r w:rsidRPr="00162CC4">
        <w:rPr>
          <w:i/>
        </w:rPr>
        <w:t>I</w:t>
      </w:r>
      <w:r w:rsidRPr="00DC2F01">
        <w:rPr>
          <w:i/>
          <w:lang w:val="ru-RU"/>
        </w:rPr>
        <w:t>=</w:t>
      </w:r>
      <w:r w:rsidRPr="00DC2F01">
        <w:rPr>
          <w:lang w:val="ru-RU"/>
        </w:rPr>
        <w:t xml:space="preserve">… </w:t>
      </w:r>
      <w:r>
        <w:t>A</w:t>
      </w:r>
      <w:r w:rsidRPr="00162CC4">
        <w:t>,</w:t>
      </w:r>
      <w:r>
        <w:t xml:space="preserve"> в течение </w:t>
      </w:r>
      <w:r w:rsidRPr="00162CC4">
        <w:rPr>
          <w:i/>
        </w:rPr>
        <w:t>t</w:t>
      </w:r>
      <w:r>
        <w:t xml:space="preserve"> часов;</w:t>
      </w:r>
    </w:p>
    <w:p w:rsidR="00DC2F01" w:rsidRPr="00DC2F01" w:rsidRDefault="00DC2F01" w:rsidP="000D3AEE">
      <w:pPr>
        <w:pStyle w:val="ae"/>
        <w:numPr>
          <w:ilvl w:val="0"/>
          <w:numId w:val="14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DC2F01">
        <w:rPr>
          <w:lang w:val="ru-RU"/>
        </w:rPr>
        <w:t>определите, как будет меняться среда у электродов.</w:t>
      </w:r>
    </w:p>
    <w:p w:rsidR="00DC2F01" w:rsidRPr="00162CC4" w:rsidRDefault="00DC2F01" w:rsidP="00DC2F01">
      <w:pPr>
        <w:pStyle w:val="ae"/>
        <w:spacing w:line="240" w:lineRule="auto"/>
        <w:jc w:val="right"/>
        <w:rPr>
          <w:szCs w:val="24"/>
        </w:rPr>
      </w:pPr>
      <w:r w:rsidRPr="00162CC4">
        <w:rPr>
          <w:szCs w:val="24"/>
        </w:rPr>
        <w:t>Таблица исходных данных</w:t>
      </w:r>
    </w:p>
    <w:p w:rsidR="00DC2F01" w:rsidRPr="00162CC4" w:rsidRDefault="00DC2F01" w:rsidP="00DC2F01">
      <w:pPr>
        <w:pStyle w:val="ae"/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668"/>
        <w:gridCol w:w="2160"/>
        <w:gridCol w:w="2234"/>
        <w:gridCol w:w="1701"/>
        <w:gridCol w:w="1808"/>
      </w:tblGrid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Вариант</w:t>
            </w:r>
          </w:p>
        </w:tc>
        <w:tc>
          <w:tcPr>
            <w:tcW w:w="2160" w:type="dxa"/>
          </w:tcPr>
          <w:p w:rsidR="00DC2F01" w:rsidRDefault="00DC2F01" w:rsidP="00494884">
            <w:pPr>
              <w:jc w:val="center"/>
            </w:pPr>
            <w:r>
              <w:t>Электролит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Электроды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I,</w:t>
            </w:r>
            <w:r w:rsidRPr="00162CC4">
              <w:t xml:space="preserve"> </w:t>
            </w:r>
            <w:r>
              <w:t>A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 w:rsidRPr="00162CC4">
              <w:rPr>
                <w:i/>
              </w:rPr>
              <w:t>t</w:t>
            </w:r>
            <w:r>
              <w:rPr>
                <w:i/>
              </w:rPr>
              <w:t>,</w:t>
            </w:r>
            <w:r>
              <w:t xml:space="preserve"> ч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</w:t>
            </w:r>
          </w:p>
        </w:tc>
        <w:tc>
          <w:tcPr>
            <w:tcW w:w="2160" w:type="dxa"/>
          </w:tcPr>
          <w:p w:rsidR="00DC2F01" w:rsidRPr="002F01B8" w:rsidRDefault="00DC2F01" w:rsidP="00494884">
            <w:pPr>
              <w:jc w:val="center"/>
            </w:pPr>
            <w:r>
              <w:t>CuSO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Медные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10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2,5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  <w:tc>
          <w:tcPr>
            <w:tcW w:w="2160" w:type="dxa"/>
          </w:tcPr>
          <w:p w:rsidR="00DC2F01" w:rsidRPr="002F01B8" w:rsidRDefault="00DC2F01" w:rsidP="00494884">
            <w:pPr>
              <w:jc w:val="center"/>
            </w:pPr>
            <w:r>
              <w:t>Ag(NO</w:t>
            </w:r>
            <w:r w:rsidRPr="00223E1A">
              <w:rPr>
                <w:vertAlign w:val="subscript"/>
              </w:rPr>
              <w:t>3</w:t>
            </w:r>
            <w:r>
              <w:t>)</w:t>
            </w:r>
            <w:r w:rsidRPr="00223E1A">
              <w:rPr>
                <w:vertAlign w:val="subscript"/>
              </w:rPr>
              <w:t>2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Серебряные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20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3</w:t>
            </w:r>
          </w:p>
        </w:tc>
        <w:tc>
          <w:tcPr>
            <w:tcW w:w="2160" w:type="dxa"/>
          </w:tcPr>
          <w:p w:rsidR="00DC2F01" w:rsidRPr="00223E1A" w:rsidRDefault="00DC2F01" w:rsidP="00494884">
            <w:pPr>
              <w:jc w:val="center"/>
            </w:pPr>
            <w:r>
              <w:t>Ni 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Никелевые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15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4</w:t>
            </w:r>
          </w:p>
        </w:tc>
        <w:tc>
          <w:tcPr>
            <w:tcW w:w="2160" w:type="dxa"/>
          </w:tcPr>
          <w:p w:rsidR="00DC2F01" w:rsidRPr="00223E1A" w:rsidRDefault="00DC2F01" w:rsidP="00494884">
            <w:pPr>
              <w:jc w:val="center"/>
            </w:pPr>
            <w:r>
              <w:t>CdSO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Кадмиевые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  <w:tc>
          <w:tcPr>
            <w:tcW w:w="2160" w:type="dxa"/>
          </w:tcPr>
          <w:p w:rsidR="00DC2F01" w:rsidRDefault="00DC2F01" w:rsidP="00494884">
            <w:pPr>
              <w:jc w:val="center"/>
            </w:pPr>
            <w:r>
              <w:t>CdSO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Кадмиевые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6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1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6</w:t>
            </w:r>
          </w:p>
        </w:tc>
        <w:tc>
          <w:tcPr>
            <w:tcW w:w="2160" w:type="dxa"/>
          </w:tcPr>
          <w:p w:rsidR="00DC2F01" w:rsidRPr="002F01B8" w:rsidRDefault="00DC2F01" w:rsidP="00494884">
            <w:pPr>
              <w:jc w:val="center"/>
            </w:pPr>
            <w:r>
              <w:t>Ni Cl</w:t>
            </w:r>
            <w:r w:rsidRPr="00825115">
              <w:rPr>
                <w:vertAlign w:val="subscript"/>
              </w:rPr>
              <w:t>2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Платиновые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10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1,5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7</w:t>
            </w:r>
          </w:p>
        </w:tc>
        <w:tc>
          <w:tcPr>
            <w:tcW w:w="2160" w:type="dxa"/>
          </w:tcPr>
          <w:p w:rsidR="00DC2F01" w:rsidRPr="00223E1A" w:rsidRDefault="00DC2F01" w:rsidP="00494884">
            <w:pPr>
              <w:jc w:val="center"/>
            </w:pPr>
            <w:r>
              <w:t>SnI</w:t>
            </w:r>
            <w:r w:rsidRPr="00825115">
              <w:rPr>
                <w:vertAlign w:val="subscript"/>
              </w:rPr>
              <w:t>2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Платиновые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1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8</w:t>
            </w:r>
          </w:p>
        </w:tc>
        <w:tc>
          <w:tcPr>
            <w:tcW w:w="2160" w:type="dxa"/>
          </w:tcPr>
          <w:p w:rsidR="00DC2F01" w:rsidRPr="00825115" w:rsidRDefault="00DC2F01" w:rsidP="00494884">
            <w:pPr>
              <w:jc w:val="center"/>
            </w:pPr>
            <w:r>
              <w:t>H</w:t>
            </w:r>
            <w:r w:rsidRPr="00825115">
              <w:rPr>
                <w:vertAlign w:val="subscript"/>
              </w:rPr>
              <w:t>2</w:t>
            </w:r>
            <w:r>
              <w:t>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Графитовые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1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9</w:t>
            </w:r>
          </w:p>
        </w:tc>
        <w:tc>
          <w:tcPr>
            <w:tcW w:w="2160" w:type="dxa"/>
          </w:tcPr>
          <w:p w:rsidR="00DC2F01" w:rsidRPr="00223E1A" w:rsidRDefault="00DC2F01" w:rsidP="00494884">
            <w:pPr>
              <w:jc w:val="center"/>
            </w:pPr>
            <w:r>
              <w:t>SnSO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Оловянные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25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0,5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10</w:t>
            </w:r>
          </w:p>
        </w:tc>
        <w:tc>
          <w:tcPr>
            <w:tcW w:w="2160" w:type="dxa"/>
          </w:tcPr>
          <w:p w:rsidR="00DC2F01" w:rsidRDefault="00DC2F01" w:rsidP="00494884">
            <w:pPr>
              <w:jc w:val="center"/>
            </w:pPr>
            <w:r>
              <w:t>AgNO</w:t>
            </w:r>
            <w:r w:rsidRPr="00223E1A">
              <w:rPr>
                <w:vertAlign w:val="subscript"/>
              </w:rPr>
              <w:t>3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Графитовые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0,6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0,5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11</w:t>
            </w:r>
          </w:p>
        </w:tc>
        <w:tc>
          <w:tcPr>
            <w:tcW w:w="2160" w:type="dxa"/>
          </w:tcPr>
          <w:p w:rsidR="00DC2F01" w:rsidRPr="00223E1A" w:rsidRDefault="00DC2F01" w:rsidP="00494884">
            <w:pPr>
              <w:jc w:val="center"/>
            </w:pPr>
            <w:r>
              <w:t>Ni(NO</w:t>
            </w:r>
            <w:r w:rsidRPr="00223E1A">
              <w:rPr>
                <w:vertAlign w:val="subscript"/>
              </w:rPr>
              <w:t>3</w:t>
            </w:r>
            <w:r>
              <w:t>)</w:t>
            </w:r>
            <w:r w:rsidRPr="00223E1A">
              <w:rPr>
                <w:vertAlign w:val="subscript"/>
              </w:rPr>
              <w:t>2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Никелевые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35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2,5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12</w:t>
            </w:r>
          </w:p>
        </w:tc>
        <w:tc>
          <w:tcPr>
            <w:tcW w:w="2160" w:type="dxa"/>
          </w:tcPr>
          <w:p w:rsidR="00DC2F01" w:rsidRDefault="00DC2F01" w:rsidP="00494884">
            <w:pPr>
              <w:jc w:val="center"/>
            </w:pPr>
            <w:r>
              <w:t>SnSO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Графитовые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20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1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13</w:t>
            </w:r>
          </w:p>
        </w:tc>
        <w:tc>
          <w:tcPr>
            <w:tcW w:w="2160" w:type="dxa"/>
          </w:tcPr>
          <w:p w:rsidR="00DC2F01" w:rsidRPr="00223E1A" w:rsidRDefault="00DC2F01" w:rsidP="00494884">
            <w:pPr>
              <w:jc w:val="center"/>
            </w:pPr>
            <w:r>
              <w:t>CoSO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Графитовые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15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0,5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14</w:t>
            </w:r>
          </w:p>
        </w:tc>
        <w:tc>
          <w:tcPr>
            <w:tcW w:w="2160" w:type="dxa"/>
          </w:tcPr>
          <w:p w:rsidR="00DC2F01" w:rsidRPr="00223E1A" w:rsidRDefault="00DC2F01" w:rsidP="00494884">
            <w:pPr>
              <w:jc w:val="center"/>
            </w:pPr>
            <w:r>
              <w:t>MgSO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Графитовые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10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3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15</w:t>
            </w:r>
          </w:p>
        </w:tc>
        <w:tc>
          <w:tcPr>
            <w:tcW w:w="2160" w:type="dxa"/>
          </w:tcPr>
          <w:p w:rsidR="00DC2F01" w:rsidRDefault="00DC2F01" w:rsidP="00494884">
            <w:pPr>
              <w:jc w:val="center"/>
            </w:pPr>
            <w:r>
              <w:t>MgSO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Графитовые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16</w:t>
            </w:r>
          </w:p>
        </w:tc>
        <w:tc>
          <w:tcPr>
            <w:tcW w:w="2160" w:type="dxa"/>
          </w:tcPr>
          <w:p w:rsidR="00DC2F01" w:rsidRDefault="00DC2F01" w:rsidP="00494884">
            <w:pPr>
              <w:jc w:val="center"/>
            </w:pPr>
            <w:r>
              <w:t>CuSO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Медные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20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17</w:t>
            </w:r>
          </w:p>
        </w:tc>
        <w:tc>
          <w:tcPr>
            <w:tcW w:w="2160" w:type="dxa"/>
          </w:tcPr>
          <w:p w:rsidR="00DC2F01" w:rsidRPr="00223E1A" w:rsidRDefault="00DC2F01" w:rsidP="00494884">
            <w:pPr>
              <w:jc w:val="center"/>
            </w:pPr>
            <w:r>
              <w:t>ZnSO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Цинковые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10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1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18</w:t>
            </w:r>
          </w:p>
        </w:tc>
        <w:tc>
          <w:tcPr>
            <w:tcW w:w="2160" w:type="dxa"/>
          </w:tcPr>
          <w:p w:rsidR="00DC2F01" w:rsidRDefault="00DC2F01" w:rsidP="00494884">
            <w:pPr>
              <w:jc w:val="center"/>
            </w:pPr>
            <w:r>
              <w:t>ZnSO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Цинковые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25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19</w:t>
            </w:r>
          </w:p>
        </w:tc>
        <w:tc>
          <w:tcPr>
            <w:tcW w:w="2160" w:type="dxa"/>
          </w:tcPr>
          <w:p w:rsidR="00DC2F01" w:rsidRDefault="00DC2F01" w:rsidP="00494884">
            <w:pPr>
              <w:jc w:val="center"/>
            </w:pPr>
            <w:r>
              <w:t>Ni 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Никелевые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20</w:t>
            </w:r>
          </w:p>
        </w:tc>
        <w:tc>
          <w:tcPr>
            <w:tcW w:w="1808" w:type="dxa"/>
          </w:tcPr>
          <w:p w:rsidR="00DC2F01" w:rsidRPr="00223E1A" w:rsidRDefault="00DC2F01" w:rsidP="00494884">
            <w:pPr>
              <w:jc w:val="center"/>
            </w:pPr>
            <w:r>
              <w:t>3</w:t>
            </w:r>
          </w:p>
        </w:tc>
      </w:tr>
      <w:tr w:rsidR="00DC2F01" w:rsidTr="00494884">
        <w:tc>
          <w:tcPr>
            <w:tcW w:w="1668" w:type="dxa"/>
          </w:tcPr>
          <w:p w:rsidR="00DC2F01" w:rsidRDefault="00DC2F01" w:rsidP="00494884">
            <w:pPr>
              <w:jc w:val="center"/>
            </w:pPr>
            <w:r>
              <w:t>20</w:t>
            </w:r>
          </w:p>
        </w:tc>
        <w:tc>
          <w:tcPr>
            <w:tcW w:w="2160" w:type="dxa"/>
          </w:tcPr>
          <w:p w:rsidR="00DC2F01" w:rsidRDefault="00DC2F01" w:rsidP="00494884">
            <w:pPr>
              <w:jc w:val="center"/>
            </w:pPr>
            <w:r>
              <w:t>Ni SO</w:t>
            </w:r>
            <w:r w:rsidRPr="00223E1A">
              <w:rPr>
                <w:vertAlign w:val="subscript"/>
              </w:rPr>
              <w:t>4</w:t>
            </w:r>
          </w:p>
        </w:tc>
        <w:tc>
          <w:tcPr>
            <w:tcW w:w="2234" w:type="dxa"/>
          </w:tcPr>
          <w:p w:rsidR="00DC2F01" w:rsidRDefault="00DC2F01" w:rsidP="00494884">
            <w:pPr>
              <w:jc w:val="center"/>
            </w:pPr>
            <w:r>
              <w:t>Никелевые</w:t>
            </w:r>
          </w:p>
        </w:tc>
        <w:tc>
          <w:tcPr>
            <w:tcW w:w="1701" w:type="dxa"/>
          </w:tcPr>
          <w:p w:rsidR="00DC2F01" w:rsidRDefault="00DC2F01" w:rsidP="00494884">
            <w:pPr>
              <w:jc w:val="center"/>
            </w:pPr>
            <w:r>
              <w:t>15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1</w:t>
            </w:r>
          </w:p>
        </w:tc>
      </w:tr>
    </w:tbl>
    <w:p w:rsidR="00DC2F01" w:rsidRDefault="00DC2F01" w:rsidP="00DC2F01"/>
    <w:p w:rsidR="00DC2F01" w:rsidRDefault="00DC2F01" w:rsidP="00DC2F01">
      <w:pPr>
        <w:rPr>
          <w:b/>
        </w:rPr>
      </w:pPr>
    </w:p>
    <w:p w:rsidR="00DC2F01" w:rsidRPr="00FF61C8" w:rsidRDefault="00DC2F01" w:rsidP="00DC2F01">
      <w:pPr>
        <w:rPr>
          <w:b/>
        </w:rPr>
      </w:pPr>
      <w:r w:rsidRPr="00FF61C8">
        <w:rPr>
          <w:b/>
        </w:rPr>
        <w:lastRenderedPageBreak/>
        <w:t xml:space="preserve">Задание </w:t>
      </w:r>
      <w:r>
        <w:rPr>
          <w:b/>
        </w:rPr>
        <w:t>5.2</w:t>
      </w:r>
      <w:r w:rsidRPr="00FF61C8">
        <w:rPr>
          <w:b/>
        </w:rPr>
        <w:t>.</w:t>
      </w:r>
    </w:p>
    <w:p w:rsidR="00DC2F01" w:rsidRDefault="00DC2F01" w:rsidP="00DC2F01">
      <w:r>
        <w:t>Для пары металлов:</w:t>
      </w:r>
    </w:p>
    <w:p w:rsidR="00DC2F01" w:rsidRPr="00DC2F01" w:rsidRDefault="00DC2F01" w:rsidP="000D3AEE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DC2F01">
        <w:rPr>
          <w:lang w:val="ru-RU"/>
        </w:rPr>
        <w:t>определите, возможна ли коррозия металла из данной пары в среде рН=… при контакте с воздухом;</w:t>
      </w:r>
    </w:p>
    <w:p w:rsidR="00DC2F01" w:rsidRPr="00DC2F01" w:rsidRDefault="00DC2F01" w:rsidP="000D3AEE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DC2F01">
        <w:rPr>
          <w:lang w:val="ru-RU"/>
        </w:rPr>
        <w:t>напишите уравнение катодного и анодного процесса;</w:t>
      </w:r>
    </w:p>
    <w:p w:rsidR="00DC2F01" w:rsidRPr="00DC2F01" w:rsidRDefault="00DC2F01" w:rsidP="000D3AEE">
      <w:pPr>
        <w:pStyle w:val="ae"/>
        <w:numPr>
          <w:ilvl w:val="0"/>
          <w:numId w:val="15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lang w:val="ru-RU"/>
        </w:rPr>
      </w:pPr>
      <w:r w:rsidRPr="00DC2F01">
        <w:rPr>
          <w:lang w:val="ru-RU"/>
        </w:rPr>
        <w:t>предложите для данной пары катодное и анодное покрытие.</w:t>
      </w:r>
    </w:p>
    <w:p w:rsidR="00DC2F01" w:rsidRDefault="00DC2F01" w:rsidP="00DC2F01">
      <w:pPr>
        <w:pStyle w:val="ae"/>
        <w:spacing w:line="240" w:lineRule="auto"/>
        <w:jc w:val="right"/>
        <w:rPr>
          <w:szCs w:val="24"/>
        </w:rPr>
      </w:pPr>
      <w:r w:rsidRPr="00825115">
        <w:rPr>
          <w:szCs w:val="24"/>
        </w:rPr>
        <w:t>Таблица исходных данных</w:t>
      </w:r>
    </w:p>
    <w:p w:rsidR="00DC2F01" w:rsidRPr="00F71C24" w:rsidRDefault="00DC2F01" w:rsidP="00DC2F01">
      <w:pPr>
        <w:pStyle w:val="ae"/>
        <w:spacing w:line="240" w:lineRule="auto"/>
        <w:jc w:val="right"/>
        <w:rPr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595"/>
        <w:gridCol w:w="1915"/>
        <w:gridCol w:w="1275"/>
        <w:gridCol w:w="1595"/>
        <w:gridCol w:w="1808"/>
        <w:gridCol w:w="1383"/>
      </w:tblGrid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Вариант</w:t>
            </w:r>
          </w:p>
        </w:tc>
        <w:tc>
          <w:tcPr>
            <w:tcW w:w="1915" w:type="dxa"/>
          </w:tcPr>
          <w:p w:rsidR="00DC2F01" w:rsidRDefault="00DC2F01" w:rsidP="00494884">
            <w:pPr>
              <w:jc w:val="center"/>
            </w:pPr>
            <w:r>
              <w:t>Пары металлов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рН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Вариант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Пары металлов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рН</w:t>
            </w:r>
          </w:p>
        </w:tc>
      </w:tr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</w:t>
            </w:r>
          </w:p>
        </w:tc>
        <w:tc>
          <w:tcPr>
            <w:tcW w:w="1915" w:type="dxa"/>
          </w:tcPr>
          <w:p w:rsidR="00DC2F01" w:rsidRPr="007840C4" w:rsidRDefault="00DC2F01" w:rsidP="00494884">
            <w:pPr>
              <w:jc w:val="center"/>
            </w:pPr>
            <w:r>
              <w:t>Pb - Sn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12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11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Fe - Pb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3</w:t>
            </w:r>
          </w:p>
        </w:tc>
      </w:tr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  <w:tc>
          <w:tcPr>
            <w:tcW w:w="1915" w:type="dxa"/>
          </w:tcPr>
          <w:p w:rsidR="00DC2F01" w:rsidRDefault="00DC2F01" w:rsidP="00494884">
            <w:pPr>
              <w:jc w:val="center"/>
            </w:pPr>
            <w:r>
              <w:t>Sn - Cu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6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12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Sn - Ag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4</w:t>
            </w:r>
          </w:p>
        </w:tc>
      </w:tr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3</w:t>
            </w:r>
          </w:p>
        </w:tc>
        <w:tc>
          <w:tcPr>
            <w:tcW w:w="1915" w:type="dxa"/>
          </w:tcPr>
          <w:p w:rsidR="00DC2F01" w:rsidRPr="007840C4" w:rsidRDefault="00DC2F01" w:rsidP="00494884">
            <w:pPr>
              <w:jc w:val="center"/>
            </w:pPr>
            <w:r>
              <w:t>Fe - Co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10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13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Zn - Ni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</w:tr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4</w:t>
            </w:r>
          </w:p>
        </w:tc>
        <w:tc>
          <w:tcPr>
            <w:tcW w:w="1915" w:type="dxa"/>
          </w:tcPr>
          <w:p w:rsidR="00DC2F01" w:rsidRDefault="00DC2F01" w:rsidP="00494884">
            <w:pPr>
              <w:jc w:val="center"/>
            </w:pPr>
            <w:r>
              <w:t>Cu - Co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4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14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Mg - Ni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10</w:t>
            </w:r>
          </w:p>
        </w:tc>
      </w:tr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  <w:tc>
          <w:tcPr>
            <w:tcW w:w="1915" w:type="dxa"/>
          </w:tcPr>
          <w:p w:rsidR="00DC2F01" w:rsidRDefault="00DC2F01" w:rsidP="00494884">
            <w:pPr>
              <w:jc w:val="center"/>
            </w:pPr>
            <w:r>
              <w:t>Fe - Ni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15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Zn - Sn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8</w:t>
            </w:r>
          </w:p>
        </w:tc>
      </w:tr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6</w:t>
            </w:r>
          </w:p>
        </w:tc>
        <w:tc>
          <w:tcPr>
            <w:tcW w:w="1915" w:type="dxa"/>
          </w:tcPr>
          <w:p w:rsidR="00DC2F01" w:rsidRDefault="00DC2F01" w:rsidP="00494884">
            <w:pPr>
              <w:jc w:val="center"/>
            </w:pPr>
            <w:r>
              <w:t>Sn - Cd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4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16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Zn  - Cd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7</w:t>
            </w:r>
          </w:p>
        </w:tc>
      </w:tr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7</w:t>
            </w:r>
          </w:p>
        </w:tc>
        <w:tc>
          <w:tcPr>
            <w:tcW w:w="1915" w:type="dxa"/>
          </w:tcPr>
          <w:p w:rsidR="00DC2F01" w:rsidRDefault="00DC2F01" w:rsidP="00494884">
            <w:pPr>
              <w:jc w:val="center"/>
            </w:pPr>
            <w:r>
              <w:t>Cd - Cu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12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17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Fe - Sn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</w:tr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8</w:t>
            </w:r>
          </w:p>
        </w:tc>
        <w:tc>
          <w:tcPr>
            <w:tcW w:w="1915" w:type="dxa"/>
          </w:tcPr>
          <w:p w:rsidR="00DC2F01" w:rsidRDefault="00DC2F01" w:rsidP="00494884">
            <w:pPr>
              <w:jc w:val="center"/>
            </w:pPr>
            <w:r>
              <w:t>Cd - Ag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10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18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Fe - Cd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4</w:t>
            </w:r>
          </w:p>
        </w:tc>
      </w:tr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9</w:t>
            </w:r>
          </w:p>
        </w:tc>
        <w:tc>
          <w:tcPr>
            <w:tcW w:w="1915" w:type="dxa"/>
          </w:tcPr>
          <w:p w:rsidR="00DC2F01" w:rsidRDefault="00DC2F01" w:rsidP="00494884">
            <w:pPr>
              <w:jc w:val="center"/>
            </w:pPr>
            <w:r>
              <w:t>Cd - Pb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6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19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Zn - Cu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</w:tr>
      <w:tr w:rsidR="00DC2F01" w:rsidTr="00494884"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10</w:t>
            </w:r>
          </w:p>
        </w:tc>
        <w:tc>
          <w:tcPr>
            <w:tcW w:w="1915" w:type="dxa"/>
          </w:tcPr>
          <w:p w:rsidR="00DC2F01" w:rsidRDefault="00DC2F01" w:rsidP="00494884">
            <w:pPr>
              <w:jc w:val="center"/>
            </w:pPr>
            <w:r>
              <w:t>Fe - Cu</w:t>
            </w:r>
          </w:p>
        </w:tc>
        <w:tc>
          <w:tcPr>
            <w:tcW w:w="1275" w:type="dxa"/>
          </w:tcPr>
          <w:p w:rsidR="00DC2F01" w:rsidRDefault="00DC2F01" w:rsidP="00494884">
            <w:pPr>
              <w:jc w:val="center"/>
            </w:pPr>
            <w:r>
              <w:t>5</w:t>
            </w:r>
          </w:p>
        </w:tc>
        <w:tc>
          <w:tcPr>
            <w:tcW w:w="1595" w:type="dxa"/>
          </w:tcPr>
          <w:p w:rsidR="00DC2F01" w:rsidRDefault="00DC2F01" w:rsidP="00494884">
            <w:pPr>
              <w:jc w:val="center"/>
            </w:pPr>
            <w:r>
              <w:t>20</w:t>
            </w:r>
          </w:p>
        </w:tc>
        <w:tc>
          <w:tcPr>
            <w:tcW w:w="1808" w:type="dxa"/>
          </w:tcPr>
          <w:p w:rsidR="00DC2F01" w:rsidRDefault="00DC2F01" w:rsidP="00494884">
            <w:pPr>
              <w:jc w:val="center"/>
            </w:pPr>
            <w:r>
              <w:t>Fe - Cu</w:t>
            </w:r>
          </w:p>
        </w:tc>
        <w:tc>
          <w:tcPr>
            <w:tcW w:w="1383" w:type="dxa"/>
          </w:tcPr>
          <w:p w:rsidR="00DC2F01" w:rsidRDefault="00DC2F01" w:rsidP="00494884">
            <w:pPr>
              <w:jc w:val="center"/>
            </w:pPr>
            <w:r>
              <w:t>2</w:t>
            </w:r>
          </w:p>
        </w:tc>
      </w:tr>
    </w:tbl>
    <w:p w:rsidR="00DC2F01" w:rsidRPr="00825115" w:rsidRDefault="00DC2F01" w:rsidP="00DC2F01"/>
    <w:p w:rsidR="00DC2F01" w:rsidRDefault="00DC2F01" w:rsidP="00DC2F01">
      <w:pPr>
        <w:rPr>
          <w:b/>
        </w:rPr>
      </w:pPr>
    </w:p>
    <w:p w:rsidR="00DC2F01" w:rsidRPr="0081258C" w:rsidRDefault="00DC2F01" w:rsidP="000D3AEE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</w:rPr>
      </w:pPr>
      <w:r>
        <w:rPr>
          <w:b/>
        </w:rPr>
        <w:t>Комплексные соединения</w:t>
      </w:r>
    </w:p>
    <w:p w:rsidR="00DC2F01" w:rsidRPr="00FF61C8" w:rsidRDefault="00DC2F01" w:rsidP="00DC2F01">
      <w:pPr>
        <w:rPr>
          <w:b/>
        </w:rPr>
      </w:pPr>
      <w:r w:rsidRPr="00FF61C8">
        <w:rPr>
          <w:b/>
        </w:rPr>
        <w:t xml:space="preserve">Задание </w:t>
      </w:r>
      <w:r>
        <w:rPr>
          <w:b/>
        </w:rPr>
        <w:t>6</w:t>
      </w:r>
      <w:r w:rsidRPr="00FF61C8">
        <w:rPr>
          <w:b/>
        </w:rPr>
        <w:t>.</w:t>
      </w:r>
    </w:p>
    <w:p w:rsidR="00DC2F01" w:rsidRDefault="00DC2F01" w:rsidP="00DC2F01">
      <w:pPr>
        <w:spacing w:line="240" w:lineRule="auto"/>
      </w:pPr>
      <w:r>
        <w:t>Для комплексного соединения определите;</w:t>
      </w:r>
    </w:p>
    <w:p w:rsidR="00DC2F01" w:rsidRDefault="00DC2F01" w:rsidP="000D3AEE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>
        <w:t>составные части этого соединения</w:t>
      </w:r>
    </w:p>
    <w:p w:rsidR="00DC2F01" w:rsidRDefault="00DC2F01" w:rsidP="000D3AEE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>
        <w:t>заряд комплесообразователя</w:t>
      </w:r>
    </w:p>
    <w:p w:rsidR="00DC2F01" w:rsidRPr="00DC2F01" w:rsidRDefault="00DC2F01" w:rsidP="000D3AEE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lang w:val="ru-RU"/>
        </w:rPr>
      </w:pPr>
      <w:r w:rsidRPr="00DC2F01">
        <w:rPr>
          <w:lang w:val="ru-RU"/>
        </w:rPr>
        <w:t>тип гибридизации, реализующийся при образовании связей</w:t>
      </w:r>
    </w:p>
    <w:p w:rsidR="00DC2F01" w:rsidRPr="00440B08" w:rsidRDefault="00DC2F01" w:rsidP="000D3AEE">
      <w:pPr>
        <w:pStyle w:val="ae"/>
        <w:numPr>
          <w:ilvl w:val="0"/>
          <w:numId w:val="13"/>
        </w:num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</w:pPr>
      <w:r>
        <w:t>пространственную конфигурацию комплекса</w:t>
      </w:r>
    </w:p>
    <w:p w:rsidR="00DC2F01" w:rsidRDefault="00DC2F01" w:rsidP="00DC2F01">
      <w:pPr>
        <w:spacing w:line="240" w:lineRule="auto"/>
        <w:ind w:firstLine="180"/>
        <w:jc w:val="right"/>
        <w:rPr>
          <w:szCs w:val="24"/>
        </w:rPr>
      </w:pPr>
      <w:r>
        <w:rPr>
          <w:szCs w:val="24"/>
        </w:rPr>
        <w:t>Таблица исходных данных</w:t>
      </w:r>
    </w:p>
    <w:p w:rsidR="00DC2F01" w:rsidRDefault="00DC2F01" w:rsidP="00DC2F01">
      <w:pPr>
        <w:spacing w:line="240" w:lineRule="auto"/>
        <w:ind w:firstLine="180"/>
        <w:jc w:val="right"/>
        <w:rPr>
          <w:szCs w:val="24"/>
        </w:rPr>
      </w:pP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384"/>
        <w:gridCol w:w="3401"/>
        <w:gridCol w:w="1419"/>
        <w:gridCol w:w="3367"/>
      </w:tblGrid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401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Формула комплексного соединения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Вариант</w:t>
            </w:r>
          </w:p>
        </w:tc>
        <w:tc>
          <w:tcPr>
            <w:tcW w:w="3367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Формула комплексного соединения</w:t>
            </w:r>
          </w:p>
        </w:tc>
      </w:tr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401" w:type="dxa"/>
          </w:tcPr>
          <w:p w:rsidR="00DC2F01" w:rsidRPr="0030394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Li</w:t>
            </w:r>
            <w:r w:rsidRPr="008B0B31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[Cr(NSC)</w:t>
            </w:r>
            <w:r w:rsidRPr="008B0B31">
              <w:rPr>
                <w:szCs w:val="24"/>
                <w:vertAlign w:val="subscript"/>
              </w:rPr>
              <w:t>6</w:t>
            </w:r>
            <w:r>
              <w:rPr>
                <w:szCs w:val="24"/>
              </w:rPr>
              <w:t>]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367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Li[FeCl</w:t>
            </w:r>
            <w:r w:rsidRPr="008B0B31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]</w:t>
            </w:r>
          </w:p>
        </w:tc>
      </w:tr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401" w:type="dxa"/>
          </w:tcPr>
          <w:p w:rsidR="00DC2F01" w:rsidRPr="0030394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[Ru(H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O)(NH3)</w:t>
            </w:r>
            <w:r w:rsidRPr="008B0B31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]Cl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3367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[Pb(NH</w:t>
            </w:r>
            <w:r w:rsidRPr="008B0B31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)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Br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]</w:t>
            </w:r>
          </w:p>
        </w:tc>
      </w:tr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3401" w:type="dxa"/>
          </w:tcPr>
          <w:p w:rsidR="00DC2F01" w:rsidRPr="0030394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Na[MnCl</w:t>
            </w:r>
            <w:r w:rsidRPr="008B0B31">
              <w:rPr>
                <w:szCs w:val="24"/>
                <w:vertAlign w:val="subscript"/>
              </w:rPr>
              <w:t>6</w:t>
            </w:r>
            <w:r>
              <w:rPr>
                <w:szCs w:val="24"/>
              </w:rPr>
              <w:t>]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3367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[Ir(CO)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I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]</w:t>
            </w:r>
          </w:p>
        </w:tc>
      </w:tr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401" w:type="dxa"/>
          </w:tcPr>
          <w:p w:rsidR="00DC2F01" w:rsidRPr="0030394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Na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[TiF</w:t>
            </w:r>
            <w:r w:rsidRPr="008B0B31">
              <w:rPr>
                <w:szCs w:val="24"/>
                <w:vertAlign w:val="subscript"/>
              </w:rPr>
              <w:t>6</w:t>
            </w:r>
            <w:r>
              <w:rPr>
                <w:szCs w:val="24"/>
              </w:rPr>
              <w:t>]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3367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[Ni(CO)</w:t>
            </w:r>
            <w:r w:rsidRPr="008B0B31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]</w:t>
            </w:r>
          </w:p>
        </w:tc>
      </w:tr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3401" w:type="dxa"/>
          </w:tcPr>
          <w:p w:rsidR="00DC2F01" w:rsidRPr="0030394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[Pt(NH</w:t>
            </w:r>
            <w:r w:rsidRPr="008B0B31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)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(NO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)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]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3367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Na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[MnCl</w:t>
            </w:r>
            <w:r w:rsidRPr="008B0B31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]</w:t>
            </w:r>
          </w:p>
        </w:tc>
      </w:tr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3401" w:type="dxa"/>
          </w:tcPr>
          <w:p w:rsidR="00DC2F01" w:rsidRPr="0030394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[Pb(H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O)</w:t>
            </w:r>
            <w:r w:rsidRPr="008B0B31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]SO</w:t>
            </w:r>
            <w:r w:rsidRPr="008B0B31">
              <w:rPr>
                <w:szCs w:val="24"/>
                <w:vertAlign w:val="subscript"/>
              </w:rPr>
              <w:t>4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3367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[WS</w:t>
            </w:r>
            <w:r w:rsidRPr="008B0B31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]</w:t>
            </w:r>
          </w:p>
        </w:tc>
      </w:tr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3401" w:type="dxa"/>
          </w:tcPr>
          <w:p w:rsidR="00DC2F01" w:rsidRPr="0030394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[Pt(NO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)</w:t>
            </w:r>
            <w:r w:rsidRPr="008B0B31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]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3367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[Re(NCS)</w:t>
            </w:r>
            <w:r w:rsidRPr="008B0B31">
              <w:rPr>
                <w:szCs w:val="24"/>
                <w:vertAlign w:val="subscript"/>
              </w:rPr>
              <w:t>6</w:t>
            </w:r>
            <w:r>
              <w:rPr>
                <w:szCs w:val="24"/>
              </w:rPr>
              <w:t>]</w:t>
            </w:r>
          </w:p>
        </w:tc>
      </w:tr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3401" w:type="dxa"/>
          </w:tcPr>
          <w:p w:rsidR="00DC2F01" w:rsidRPr="0030394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K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[Ni(CN)</w:t>
            </w:r>
            <w:r w:rsidRPr="008B0B31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]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3367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[W(CO)</w:t>
            </w:r>
            <w:r w:rsidRPr="008B0B31">
              <w:rPr>
                <w:szCs w:val="24"/>
                <w:vertAlign w:val="subscript"/>
              </w:rPr>
              <w:t>6</w:t>
            </w:r>
            <w:r>
              <w:rPr>
                <w:szCs w:val="24"/>
              </w:rPr>
              <w:t>]</w:t>
            </w:r>
          </w:p>
        </w:tc>
      </w:tr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3401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Li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[OsF</w:t>
            </w:r>
            <w:r w:rsidRPr="008B0B31">
              <w:rPr>
                <w:szCs w:val="24"/>
                <w:vertAlign w:val="subscript"/>
              </w:rPr>
              <w:t>6</w:t>
            </w:r>
            <w:r>
              <w:rPr>
                <w:szCs w:val="24"/>
              </w:rPr>
              <w:t>]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3367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[Ru(NH</w:t>
            </w:r>
            <w:r w:rsidRPr="008B0B31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)</w:t>
            </w:r>
            <w:r w:rsidRPr="008B0B31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Cl]SO</w:t>
            </w:r>
            <w:r w:rsidRPr="008B0B31">
              <w:rPr>
                <w:szCs w:val="24"/>
                <w:vertAlign w:val="subscript"/>
              </w:rPr>
              <w:t>4</w:t>
            </w:r>
          </w:p>
        </w:tc>
      </w:tr>
      <w:tr w:rsidR="00DC2F01" w:rsidTr="00494884">
        <w:trPr>
          <w:jc w:val="center"/>
        </w:trPr>
        <w:tc>
          <w:tcPr>
            <w:tcW w:w="1384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3401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Na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[Rb(CO)Cl</w:t>
            </w:r>
            <w:r w:rsidRPr="008B0B31">
              <w:rPr>
                <w:szCs w:val="24"/>
                <w:vertAlign w:val="subscript"/>
              </w:rPr>
              <w:t>5</w:t>
            </w:r>
            <w:r>
              <w:rPr>
                <w:szCs w:val="24"/>
              </w:rPr>
              <w:t>]</w:t>
            </w:r>
          </w:p>
        </w:tc>
        <w:tc>
          <w:tcPr>
            <w:tcW w:w="1419" w:type="dxa"/>
          </w:tcPr>
          <w:p w:rsidR="00DC2F0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3367" w:type="dxa"/>
          </w:tcPr>
          <w:p w:rsidR="00DC2F01" w:rsidRPr="008B0B31" w:rsidRDefault="00DC2F01" w:rsidP="0049488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Li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[Pb(NO</w:t>
            </w:r>
            <w:r w:rsidRPr="008B0B31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)</w:t>
            </w:r>
            <w:r w:rsidRPr="008B0B31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]</w:t>
            </w:r>
          </w:p>
        </w:tc>
      </w:tr>
    </w:tbl>
    <w:p w:rsidR="00DC2F01" w:rsidRPr="00FC7648" w:rsidRDefault="00DC2F01" w:rsidP="00DC2F01">
      <w:pPr>
        <w:spacing w:line="240" w:lineRule="auto"/>
        <w:rPr>
          <w:szCs w:val="24"/>
        </w:rPr>
      </w:pPr>
    </w:p>
    <w:p w:rsidR="00DC2F01" w:rsidRDefault="00DC2F01" w:rsidP="00DC2F01"/>
    <w:p w:rsidR="00DC2F01" w:rsidRPr="00DC2F01" w:rsidRDefault="00DC2F01" w:rsidP="000D3AEE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  <w:lang w:val="ru-RU"/>
        </w:rPr>
      </w:pPr>
      <w:r w:rsidRPr="00DC2F01">
        <w:rPr>
          <w:b/>
          <w:lang w:val="ru-RU"/>
        </w:rPr>
        <w:t>Биогенные элементы как связующее звено между живой и неживой природой.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Задание 7.1. Понятие о биогенности химических элементов. Классификация и распространенность химических элементов в организме человека и в окружающей среде.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Задание 7.2. Элементы-органогены. Строение атомов, основные валентные состояния и характерные особенности образуемых соединений.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Задание 7.3. Кислотно-основные и окислительно-восстановительные свойства элементов-органогеннов.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 xml:space="preserve">Задание 7.4. Закономерности распределения биогенных элементов по </w:t>
      </w:r>
      <w:r w:rsidRPr="00F76EE2">
        <w:t>s</w:t>
      </w:r>
      <w:r w:rsidRPr="00DC2F01">
        <w:rPr>
          <w:lang w:val="ru-RU"/>
        </w:rPr>
        <w:t xml:space="preserve">-, </w:t>
      </w:r>
      <w:r w:rsidRPr="00F76EE2">
        <w:t>p</w:t>
      </w:r>
      <w:r w:rsidRPr="00DC2F01">
        <w:rPr>
          <w:lang w:val="ru-RU"/>
        </w:rPr>
        <w:t xml:space="preserve">-, </w:t>
      </w:r>
      <w:r w:rsidRPr="00F76EE2">
        <w:t>d</w:t>
      </w:r>
      <w:r w:rsidRPr="00DC2F01">
        <w:rPr>
          <w:lang w:val="ru-RU"/>
        </w:rPr>
        <w:t xml:space="preserve">-, </w:t>
      </w:r>
      <w:r w:rsidRPr="00F76EE2">
        <w:t>f</w:t>
      </w:r>
      <w:r w:rsidRPr="00DC2F01">
        <w:rPr>
          <w:lang w:val="ru-RU"/>
        </w:rPr>
        <w:t>- блокам Периодической системы Д.И. Менделеева. Биологическое значение химических элементов в организме человека, животных и растений.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shd w:val="clear" w:color="auto" w:fill="FFFFFF"/>
          <w:lang w:val="ru-RU"/>
        </w:rPr>
      </w:pPr>
      <w:r w:rsidRPr="00DC2F01">
        <w:rPr>
          <w:lang w:val="ru-RU"/>
        </w:rPr>
        <w:t xml:space="preserve">Задание 7.5. </w:t>
      </w:r>
      <w:r w:rsidRPr="00DC2F01">
        <w:rPr>
          <w:color w:val="212529"/>
          <w:szCs w:val="24"/>
          <w:shd w:val="clear" w:color="auto" w:fill="FFFFFF"/>
          <w:lang w:val="ru-RU"/>
        </w:rPr>
        <w:t xml:space="preserve">Химические элементы в организме человека. Микро – и макроэлементы в среде и в организме человека. Топография важнейших биогенных элементов в организме человека. </w:t>
      </w:r>
      <w:r w:rsidRPr="00DC2F01">
        <w:rPr>
          <w:lang w:val="ru-RU"/>
        </w:rPr>
        <w:t xml:space="preserve">Задание Задание 7.6. </w:t>
      </w:r>
      <w:r w:rsidRPr="00DC2F01">
        <w:rPr>
          <w:color w:val="212529"/>
          <w:szCs w:val="24"/>
          <w:shd w:val="clear" w:color="auto" w:fill="FFFFFF"/>
          <w:lang w:val="ru-RU"/>
        </w:rPr>
        <w:t xml:space="preserve">Биологическая роль химических элементов в организме. Связь эндемических заболеваний с особенностями биогеохимических провинций. Проблема экологической чистоты продуктов питания. 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7.7. </w:t>
      </w:r>
      <w:r w:rsidRPr="00DC2F01">
        <w:rPr>
          <w:color w:val="212529"/>
          <w:szCs w:val="24"/>
          <w:shd w:val="clear" w:color="auto" w:fill="FFFFFF"/>
          <w:lang w:val="ru-RU"/>
        </w:rPr>
        <w:t>Химия и лекарственные средства. Спирты, никотин, наркотики – угроза жизни и здоровью.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shd w:val="clear" w:color="auto" w:fill="FFFFFF"/>
          <w:lang w:val="ru-RU"/>
        </w:rPr>
      </w:pPr>
      <w:r w:rsidRPr="00DC2F01">
        <w:rPr>
          <w:lang w:val="ru-RU"/>
        </w:rPr>
        <w:t xml:space="preserve">Задание 7.8. </w:t>
      </w:r>
      <w:r w:rsidRPr="00DC2F01">
        <w:rPr>
          <w:color w:val="212529"/>
          <w:szCs w:val="24"/>
          <w:shd w:val="clear" w:color="auto" w:fill="FFFFFF"/>
          <w:lang w:val="ru-RU"/>
        </w:rPr>
        <w:t>Роль химических элементов и их соединений в питании и жизнедеятельности человека и животных. Участие кислорода в окислении органических веществ (жиров, углеводов, белков…).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shd w:val="clear" w:color="auto" w:fill="FFFFFF"/>
          <w:lang w:val="ru-RU"/>
        </w:rPr>
      </w:pPr>
      <w:r w:rsidRPr="00DC2F01">
        <w:rPr>
          <w:lang w:val="ru-RU"/>
        </w:rPr>
        <w:t xml:space="preserve">Задание 7.9. </w:t>
      </w:r>
      <w:r w:rsidRPr="00DC2F01">
        <w:rPr>
          <w:color w:val="212529"/>
          <w:szCs w:val="24"/>
          <w:shd w:val="clear" w:color="auto" w:fill="FFFFFF"/>
          <w:lang w:val="ru-RU"/>
        </w:rPr>
        <w:t xml:space="preserve">Кислород – основа жизнедеятельности живого организма. Отрицательное влияние избытка кислорода (участие в цепных окислительных реакциях в результате образования свободных перекисных радикалов), разрушение серосодержащих белков, мембран и накопление пероксидов в организме. 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shd w:val="clear" w:color="auto" w:fill="FFFFFF"/>
          <w:lang w:val="ru-RU"/>
        </w:rPr>
      </w:pPr>
      <w:r w:rsidRPr="00DC2F01">
        <w:rPr>
          <w:lang w:val="ru-RU"/>
        </w:rPr>
        <w:t xml:space="preserve">Задание 7.10. </w:t>
      </w:r>
      <w:r w:rsidRPr="00DC2F01">
        <w:rPr>
          <w:color w:val="212529"/>
          <w:szCs w:val="24"/>
          <w:shd w:val="clear" w:color="auto" w:fill="FFFFFF"/>
          <w:lang w:val="ru-RU"/>
        </w:rPr>
        <w:t>Кислородный токсикоз (клеточное дыхание, наличие оксидантов). Озон: свойства, применение, роль в природе.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shd w:val="clear" w:color="auto" w:fill="FFFFFF"/>
          <w:lang w:val="ru-RU"/>
        </w:rPr>
      </w:pPr>
      <w:r w:rsidRPr="00DC2F01">
        <w:rPr>
          <w:lang w:val="ru-RU"/>
        </w:rPr>
        <w:t xml:space="preserve">Задание 7.11. </w:t>
      </w:r>
      <w:r w:rsidRPr="00DC2F01">
        <w:rPr>
          <w:color w:val="212529"/>
          <w:szCs w:val="24"/>
          <w:shd w:val="clear" w:color="auto" w:fill="FFFFFF"/>
          <w:lang w:val="ru-RU"/>
        </w:rPr>
        <w:t xml:space="preserve">Содержание галогенов в тканях. Роль хлорида натрия в регуляции водного обмена. Физиологическая роль соляной кислоты в организме, ее бактерицидные свойства. 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shd w:val="clear" w:color="auto" w:fill="FFFFFF"/>
          <w:lang w:val="ru-RU"/>
        </w:rPr>
      </w:pPr>
      <w:r w:rsidRPr="00DC2F01">
        <w:rPr>
          <w:lang w:val="ru-RU"/>
        </w:rPr>
        <w:t xml:space="preserve">Задание 7.12. </w:t>
      </w:r>
      <w:r w:rsidRPr="00DC2F01">
        <w:rPr>
          <w:color w:val="212529"/>
          <w:szCs w:val="24"/>
          <w:shd w:val="clear" w:color="auto" w:fill="FFFFFF"/>
          <w:lang w:val="ru-RU"/>
        </w:rPr>
        <w:t xml:space="preserve">Биологические функции фтора и его соединений. 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7.13. </w:t>
      </w:r>
      <w:r w:rsidRPr="00DC2F01">
        <w:rPr>
          <w:color w:val="212529"/>
          <w:szCs w:val="24"/>
          <w:shd w:val="clear" w:color="auto" w:fill="FFFFFF"/>
          <w:lang w:val="ru-RU"/>
        </w:rPr>
        <w:t>Содержание иода в щитовидной железе. Гормоны тироксины. Влияние тироксина на синтез глюкозы, дыхание, общий обмен (углеводный, жировой, белковый) и на высшую нервную деятельность. Потребность человека в йоде и его поступление в организм. Йодная профилактика. Содержание йода в продуктах питания (бобы, шпинат, молоко…).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lang w:val="ru-RU"/>
        </w:rPr>
      </w:pPr>
      <w:r w:rsidRPr="00DC2F01">
        <w:rPr>
          <w:lang w:val="ru-RU"/>
        </w:rPr>
        <w:t xml:space="preserve">Задание 7.14. </w:t>
      </w:r>
      <w:r w:rsidRPr="00DC2F01">
        <w:rPr>
          <w:color w:val="212529"/>
          <w:szCs w:val="24"/>
          <w:lang w:val="ru-RU"/>
        </w:rPr>
        <w:t>Сера – составная часть аминокислот, компонентов белков волос, шерсти, рогов, копыт, ногтей, витамина В</w:t>
      </w:r>
      <w:r w:rsidRPr="00DC2F01">
        <w:rPr>
          <w:color w:val="212529"/>
          <w:szCs w:val="24"/>
          <w:vertAlign w:val="subscript"/>
          <w:lang w:val="ru-RU"/>
        </w:rPr>
        <w:t>1</w:t>
      </w:r>
      <w:r w:rsidRPr="008E57AB">
        <w:rPr>
          <w:color w:val="212529"/>
          <w:szCs w:val="24"/>
          <w:vertAlign w:val="subscript"/>
        </w:rPr>
        <w:t> </w:t>
      </w:r>
      <w:r w:rsidRPr="00DC2F01">
        <w:rPr>
          <w:color w:val="212529"/>
          <w:szCs w:val="24"/>
          <w:lang w:val="ru-RU"/>
        </w:rPr>
        <w:t>-</w:t>
      </w:r>
      <w:r w:rsidRPr="008E57AB">
        <w:rPr>
          <w:color w:val="212529"/>
          <w:szCs w:val="24"/>
        </w:rPr>
        <w:t> </w:t>
      </w:r>
      <w:r w:rsidRPr="00DC2F01">
        <w:rPr>
          <w:color w:val="212529"/>
          <w:szCs w:val="24"/>
          <w:lang w:val="ru-RU"/>
        </w:rPr>
        <w:t xml:space="preserve"> тиамина, участвующего в обмене углеводов, белков, жиров. 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lang w:val="ru-RU"/>
        </w:rPr>
      </w:pPr>
      <w:r w:rsidRPr="00DC2F01">
        <w:rPr>
          <w:lang w:val="ru-RU"/>
        </w:rPr>
        <w:t xml:space="preserve">Задание 7.15. </w:t>
      </w:r>
      <w:r w:rsidRPr="00DC2F01">
        <w:rPr>
          <w:color w:val="212529"/>
          <w:szCs w:val="24"/>
          <w:lang w:val="ru-RU"/>
        </w:rPr>
        <w:t>Сероводород и серная кислота – продукты распада серосодержащих аминокислот, их биологическая роль.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lang w:val="ru-RU"/>
        </w:rPr>
      </w:pPr>
      <w:r w:rsidRPr="00DC2F01">
        <w:rPr>
          <w:lang w:val="ru-RU"/>
        </w:rPr>
        <w:t xml:space="preserve">Задание 7.16. </w:t>
      </w:r>
      <w:r w:rsidRPr="00DC2F01">
        <w:rPr>
          <w:color w:val="212529"/>
          <w:szCs w:val="24"/>
          <w:lang w:val="ru-RU"/>
        </w:rPr>
        <w:t xml:space="preserve">Содержание азота и фосфора в организме. Азот – составная часть белков, нуклеиновых кислот. 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lang w:val="ru-RU"/>
        </w:rPr>
      </w:pPr>
      <w:r w:rsidRPr="00DC2F01">
        <w:rPr>
          <w:lang w:val="ru-RU"/>
        </w:rPr>
        <w:t xml:space="preserve">Задание 7.17. </w:t>
      </w:r>
      <w:r w:rsidRPr="00DC2F01">
        <w:rPr>
          <w:color w:val="212529"/>
          <w:szCs w:val="24"/>
          <w:lang w:val="ru-RU"/>
        </w:rPr>
        <w:t>Фосфор – составная часть костной ткани, нуклеиновых кислот, элемент питания. Электролиты. Биологическая роль солей, кислот, оснований, образующихся в результате распада углеводов, белков и жиров.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lang w:val="ru-RU"/>
        </w:rPr>
      </w:pPr>
      <w:r w:rsidRPr="00DC2F01">
        <w:rPr>
          <w:lang w:val="ru-RU"/>
        </w:rPr>
        <w:t xml:space="preserve">Задание 7.18. </w:t>
      </w:r>
      <w:r w:rsidRPr="00DC2F01">
        <w:rPr>
          <w:color w:val="212529"/>
          <w:szCs w:val="24"/>
          <w:lang w:val="ru-RU"/>
        </w:rPr>
        <w:t>Ионы металлов как активаторы ферментов. Ферментативные роли ионов магния, железа (</w:t>
      </w:r>
      <w:r w:rsidRPr="008E57AB">
        <w:rPr>
          <w:color w:val="212529"/>
          <w:szCs w:val="24"/>
        </w:rPr>
        <w:t>II</w:t>
      </w:r>
      <w:r w:rsidRPr="00DC2F01">
        <w:rPr>
          <w:color w:val="212529"/>
          <w:szCs w:val="24"/>
          <w:lang w:val="ru-RU"/>
        </w:rPr>
        <w:t xml:space="preserve">), кобальта. 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color w:val="212529"/>
          <w:szCs w:val="24"/>
          <w:lang w:val="ru-RU"/>
        </w:rPr>
      </w:pPr>
      <w:r w:rsidRPr="00DC2F01">
        <w:rPr>
          <w:lang w:val="ru-RU"/>
        </w:rPr>
        <w:t xml:space="preserve">Задание 7.19. </w:t>
      </w:r>
      <w:r w:rsidRPr="00DC2F01">
        <w:rPr>
          <w:color w:val="212529"/>
          <w:szCs w:val="24"/>
          <w:lang w:val="ru-RU"/>
        </w:rPr>
        <w:t>Участие железа в образовании биологически активных соединений (гемоглобина). Содержание железа в организме человека, нормы поступления железа в организм. Продукты питания, богатые железом. Применение препаратов железа в медицине.</w:t>
      </w:r>
    </w:p>
    <w:p w:rsidR="00DC2F01" w:rsidRPr="008E57AB" w:rsidRDefault="00DC2F01" w:rsidP="00DC2F01">
      <w:pPr>
        <w:shd w:val="clear" w:color="auto" w:fill="FFFFFF"/>
        <w:spacing w:line="240" w:lineRule="auto"/>
        <w:rPr>
          <w:color w:val="212529"/>
          <w:szCs w:val="24"/>
        </w:rPr>
      </w:pPr>
      <w:r w:rsidRPr="00DC2F01">
        <w:rPr>
          <w:lang w:val="ru-RU"/>
        </w:rPr>
        <w:lastRenderedPageBreak/>
        <w:t xml:space="preserve">Задание 7.20. </w:t>
      </w:r>
      <w:r w:rsidRPr="00DC2F01">
        <w:rPr>
          <w:color w:val="212529"/>
          <w:szCs w:val="24"/>
          <w:shd w:val="clear" w:color="auto" w:fill="FFFFFF"/>
          <w:lang w:val="ru-RU"/>
        </w:rPr>
        <w:t xml:space="preserve">Содержание, состояние и роль воды в живых организмах. Вода в природе, свойства воды. Аномальные свойства воды. Химический состав воды. </w:t>
      </w:r>
      <w:r w:rsidRPr="008E57AB">
        <w:rPr>
          <w:color w:val="212529"/>
          <w:szCs w:val="24"/>
          <w:shd w:val="clear" w:color="auto" w:fill="FFFFFF"/>
        </w:rPr>
        <w:t>Жесткость воды.</w:t>
      </w:r>
    </w:p>
    <w:p w:rsidR="00DC2F01" w:rsidRDefault="00DC2F01" w:rsidP="00DC2F01"/>
    <w:p w:rsidR="00DC2F01" w:rsidRPr="0081258C" w:rsidRDefault="00DC2F01" w:rsidP="000D3AEE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</w:rPr>
      </w:pPr>
      <w:r w:rsidRPr="0081258C">
        <w:rPr>
          <w:b/>
        </w:rPr>
        <w:t>Гравиметрический анализ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 xml:space="preserve">Задание 8.1. Сколько нужно раствора аммиака с массовой долей 4% для осаждения железа из навески </w:t>
      </w:r>
      <w:smartTag w:uri="urn:schemas-microsoft-com:office:smarttags" w:element="metricconverter">
        <w:smartTagPr>
          <w:attr w:name="ProductID" w:val="0,6076 г"/>
        </w:smartTagPr>
        <w:r w:rsidRPr="00DC2F01">
          <w:rPr>
            <w:szCs w:val="24"/>
            <w:lang w:val="ru-RU"/>
          </w:rPr>
          <w:t>0,6076 г</w:t>
        </w:r>
      </w:smartTag>
      <w:r w:rsidRPr="00DC2F01">
        <w:rPr>
          <w:szCs w:val="24"/>
          <w:lang w:val="ru-RU"/>
        </w:rPr>
        <w:t xml:space="preserve"> железоаммонийных квасцов (</w:t>
      </w:r>
      <w:r w:rsidRPr="00177F2F">
        <w:rPr>
          <w:szCs w:val="24"/>
        </w:rPr>
        <w:t>NH</w:t>
      </w:r>
      <w:r w:rsidRPr="00DC2F01">
        <w:rPr>
          <w:szCs w:val="24"/>
          <w:vertAlign w:val="subscript"/>
          <w:lang w:val="ru-RU"/>
        </w:rPr>
        <w:t>4</w:t>
      </w:r>
      <w:r w:rsidRPr="00DC2F01">
        <w:rPr>
          <w:szCs w:val="24"/>
          <w:lang w:val="ru-RU"/>
        </w:rPr>
        <w:t>)</w:t>
      </w:r>
      <w:r w:rsidRPr="00DC2F01">
        <w:rPr>
          <w:szCs w:val="24"/>
          <w:vertAlign w:val="subscript"/>
          <w:lang w:val="ru-RU"/>
        </w:rPr>
        <w:t>2</w:t>
      </w:r>
      <w:r w:rsidRPr="00177F2F">
        <w:rPr>
          <w:szCs w:val="24"/>
        </w:rPr>
        <w:t>SO</w:t>
      </w:r>
      <w:r w:rsidRPr="00DC2F01">
        <w:rPr>
          <w:szCs w:val="24"/>
          <w:vertAlign w:val="subscript"/>
          <w:lang w:val="ru-RU"/>
        </w:rPr>
        <w:t>4</w:t>
      </w:r>
      <w:r w:rsidRPr="00DC2F01">
        <w:rPr>
          <w:szCs w:val="24"/>
          <w:lang w:val="ru-RU"/>
        </w:rPr>
        <w:t>∙</w:t>
      </w:r>
      <w:r w:rsidRPr="00177F2F">
        <w:rPr>
          <w:szCs w:val="24"/>
        </w:rPr>
        <w:t>FeSO</w:t>
      </w:r>
      <w:r w:rsidRPr="00DC2F01">
        <w:rPr>
          <w:szCs w:val="24"/>
          <w:vertAlign w:val="subscript"/>
          <w:lang w:val="ru-RU"/>
        </w:rPr>
        <w:t>4</w:t>
      </w:r>
      <w:r w:rsidRPr="00DC2F01">
        <w:rPr>
          <w:szCs w:val="24"/>
          <w:lang w:val="ru-RU"/>
        </w:rPr>
        <w:t>∙6</w:t>
      </w:r>
      <w:r w:rsidRPr="00177F2F">
        <w:rPr>
          <w:szCs w:val="24"/>
        </w:rPr>
        <w:t>H</w:t>
      </w:r>
      <w:r w:rsidRPr="00DC2F01">
        <w:rPr>
          <w:szCs w:val="24"/>
          <w:vertAlign w:val="subscript"/>
          <w:lang w:val="ru-RU"/>
        </w:rPr>
        <w:t>2</w:t>
      </w:r>
      <w:r w:rsidRPr="00177F2F">
        <w:rPr>
          <w:szCs w:val="24"/>
        </w:rPr>
        <w:t>O</w:t>
      </w:r>
      <w:r w:rsidRPr="00DC2F01">
        <w:rPr>
          <w:szCs w:val="24"/>
          <w:lang w:val="ru-RU"/>
        </w:rPr>
        <w:t>? Ответ: 1,600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Задание 8.2. Вычислить объем раствора оксалата аммония с массовой долей 2,5% для осаждения кальция из 200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раствора с молярной концентрацией </w:t>
      </w:r>
      <w:r w:rsidRPr="00177F2F">
        <w:rPr>
          <w:szCs w:val="24"/>
        </w:rPr>
        <w:t>CaCl</w:t>
      </w:r>
      <w:proofErr w:type="gramStart"/>
      <w:r w:rsidRPr="00DC2F01">
        <w:rPr>
          <w:szCs w:val="24"/>
          <w:vertAlign w:val="subscript"/>
          <w:lang w:val="ru-RU"/>
        </w:rPr>
        <w:t xml:space="preserve">2  </w:t>
      </w:r>
      <w:r w:rsidRPr="00DC2F01">
        <w:rPr>
          <w:szCs w:val="24"/>
          <w:lang w:val="ru-RU"/>
        </w:rPr>
        <w:t>0</w:t>
      </w:r>
      <w:proofErr w:type="gramEnd"/>
      <w:r w:rsidRPr="00DC2F01">
        <w:rPr>
          <w:szCs w:val="24"/>
          <w:lang w:val="ru-RU"/>
        </w:rPr>
        <w:t>,05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, чтобы при осаждении был создан избыток осадителя в 20%. Ответ: 60, 15см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. 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Задание 8.3. Вычислить объем раствора нитрата серебра с массовой долей 2% для осаждения брома из 100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0,01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КВ</w:t>
      </w:r>
      <w:r w:rsidRPr="00177F2F">
        <w:rPr>
          <w:szCs w:val="24"/>
        </w:rPr>
        <w:t>r</w:t>
      </w:r>
      <w:r w:rsidRPr="00DC2F01">
        <w:rPr>
          <w:szCs w:val="24"/>
          <w:lang w:val="ru-RU"/>
        </w:rPr>
        <w:t>. Ответ: 8,5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szCs w:val="24"/>
          <w:lang w:val="ru-RU"/>
        </w:rPr>
        <w:t xml:space="preserve">Задание 8.4. Какой объем раствора карбоната натрия (массовая доля 17,7% </w:t>
      </w:r>
      <w:r w:rsidRPr="00177F2F">
        <w:rPr>
          <w:szCs w:val="24"/>
        </w:rPr>
        <w:t>ρ</w:t>
      </w:r>
      <w:r w:rsidRPr="00DC2F01">
        <w:rPr>
          <w:szCs w:val="24"/>
          <w:lang w:val="ru-RU"/>
        </w:rPr>
        <w:t>=1,19г/см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) требуется для осаждения </w:t>
      </w:r>
      <w:smartTag w:uri="urn:schemas-microsoft-com:office:smarttags" w:element="metricconverter">
        <w:smartTagPr>
          <w:attr w:name="ProductID" w:val="0,2 г"/>
        </w:smartTagPr>
        <w:r w:rsidRPr="00DC2F01">
          <w:rPr>
            <w:szCs w:val="24"/>
            <w:lang w:val="ru-RU"/>
          </w:rPr>
          <w:t>0,2 г</w:t>
        </w:r>
      </w:smartTag>
      <w:r w:rsidRPr="00DC2F01">
        <w:rPr>
          <w:szCs w:val="24"/>
          <w:lang w:val="ru-RU"/>
        </w:rPr>
        <w:t>. кальция при полуторакратном избытке осадителя.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szCs w:val="24"/>
          <w:lang w:val="ru-RU"/>
        </w:rPr>
        <w:t xml:space="preserve">Задание 8.5. </w:t>
      </w:r>
      <w:r w:rsidRPr="00DC2F01">
        <w:rPr>
          <w:lang w:val="ru-RU"/>
        </w:rPr>
        <w:t>Рассчитайте оптимальный объем (трехкратный избыток) объема раствора осадителя – 5,65 моль/дм</w:t>
      </w:r>
      <w:r w:rsidRPr="00DC2F01">
        <w:rPr>
          <w:vertAlign w:val="superscript"/>
          <w:lang w:val="ru-RU"/>
        </w:rPr>
        <w:t>3</w:t>
      </w:r>
      <w:r w:rsidRPr="00DC2F01">
        <w:rPr>
          <w:lang w:val="ru-RU"/>
        </w:rPr>
        <w:t xml:space="preserve"> раствора аммиака, необходимого для осаждения </w:t>
      </w:r>
      <w:r w:rsidRPr="00177F2F">
        <w:t>Fe</w:t>
      </w:r>
      <w:r w:rsidRPr="00DC2F01">
        <w:rPr>
          <w:lang w:val="ru-RU"/>
        </w:rPr>
        <w:t>(</w:t>
      </w:r>
      <w:r w:rsidRPr="00177F2F">
        <w:t>OH</w:t>
      </w:r>
      <w:r w:rsidRPr="00DC2F01">
        <w:rPr>
          <w:lang w:val="ru-RU"/>
        </w:rPr>
        <w:t>)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 xml:space="preserve"> из раствора, содержащего 0,14 г железа (</w:t>
      </w:r>
      <w:r w:rsidRPr="00177F2F">
        <w:t>III</w:t>
      </w:r>
      <w:r w:rsidRPr="00DC2F01">
        <w:rPr>
          <w:lang w:val="ru-RU"/>
        </w:rPr>
        <w:t>). Ответ: 3,99 см</w:t>
      </w:r>
      <w:r w:rsidRPr="00DC2F01">
        <w:rPr>
          <w:vertAlign w:val="superscript"/>
          <w:lang w:val="ru-RU"/>
        </w:rPr>
        <w:t>3</w:t>
      </w:r>
      <w:r w:rsidRPr="00DC2F01">
        <w:rPr>
          <w:lang w:val="ru-RU"/>
        </w:rPr>
        <w:t>.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szCs w:val="24"/>
          <w:lang w:val="ru-RU"/>
        </w:rPr>
        <w:t xml:space="preserve">Задание 8.6. </w:t>
      </w:r>
      <w:r w:rsidRPr="00DC2F01">
        <w:rPr>
          <w:lang w:val="ru-RU"/>
        </w:rPr>
        <w:t xml:space="preserve">Рассчитайте оптимальный объем (трехкратный избыток) объема раствора осадителя – 1,2 %-ного раствора соляной кислоты, необходимый для осаждения </w:t>
      </w:r>
      <w:r w:rsidRPr="00177F2F">
        <w:t>AgCl</w:t>
      </w:r>
      <w:r w:rsidRPr="00DC2F01">
        <w:rPr>
          <w:lang w:val="ru-RU"/>
        </w:rPr>
        <w:t xml:space="preserve"> раствора, содержащего 0,15 г серебра. Плотность раствора осадителя принять равной 1 г/см</w:t>
      </w:r>
      <w:r w:rsidRPr="00DC2F01">
        <w:rPr>
          <w:vertAlign w:val="superscript"/>
          <w:lang w:val="ru-RU"/>
        </w:rPr>
        <w:t>3</w:t>
      </w:r>
      <w:r w:rsidRPr="00DC2F01">
        <w:rPr>
          <w:lang w:val="ru-RU"/>
        </w:rPr>
        <w:t>. Ответ: 8,46 см</w:t>
      </w:r>
      <w:r w:rsidRPr="00DC2F01">
        <w:rPr>
          <w:vertAlign w:val="superscript"/>
          <w:lang w:val="ru-RU"/>
        </w:rPr>
        <w:t>3</w:t>
      </w:r>
      <w:r w:rsidRPr="00DC2F01">
        <w:rPr>
          <w:lang w:val="ru-RU"/>
        </w:rPr>
        <w:t>.</w:t>
      </w:r>
    </w:p>
    <w:p w:rsidR="00DC2F01" w:rsidRPr="00DC2F01" w:rsidRDefault="00DC2F01" w:rsidP="00DC2F01">
      <w:pPr>
        <w:tabs>
          <w:tab w:val="left" w:pos="900"/>
        </w:tabs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Задание 8.9. Вычислить объем раствора нитрата серебра с массовой долей 3,4% для осаждения хлорида из 200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раствора раствора </w:t>
      </w:r>
      <w:r w:rsidRPr="00177F2F">
        <w:rPr>
          <w:szCs w:val="24"/>
        </w:rPr>
        <w:t>NaCl</w:t>
      </w:r>
      <w:r w:rsidRPr="00DC2F01">
        <w:rPr>
          <w:szCs w:val="24"/>
          <w:lang w:val="ru-RU"/>
        </w:rPr>
        <w:t xml:space="preserve"> с молярной концентрацией 0,0100 моль/см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 Ответ: 10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</w:t>
      </w:r>
    </w:p>
    <w:p w:rsidR="00DC2F01" w:rsidRPr="00DC2F01" w:rsidRDefault="00DC2F01" w:rsidP="00DC2F01">
      <w:pPr>
        <w:tabs>
          <w:tab w:val="left" w:pos="900"/>
        </w:tabs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Задание 8.10. Какой объем серной кислоты плотностью 1,1 г/см</w:t>
      </w:r>
      <w:r w:rsidRPr="00DC2F01">
        <w:rPr>
          <w:szCs w:val="24"/>
          <w:vertAlign w:val="superscript"/>
          <w:lang w:val="ru-RU"/>
        </w:rPr>
        <w:t xml:space="preserve">3 </w:t>
      </w:r>
      <w:r w:rsidRPr="00DC2F01">
        <w:rPr>
          <w:szCs w:val="24"/>
          <w:lang w:val="ru-RU"/>
        </w:rPr>
        <w:t xml:space="preserve">требуется для осаждения бария из раствора </w:t>
      </w:r>
      <w:smartTag w:uri="urn:schemas-microsoft-com:office:smarttags" w:element="metricconverter">
        <w:smartTagPr>
          <w:attr w:name="ProductID" w:val="0,4880 г"/>
        </w:smartTagPr>
        <w:r w:rsidRPr="00DC2F01">
          <w:rPr>
            <w:szCs w:val="24"/>
            <w:lang w:val="ru-RU"/>
          </w:rPr>
          <w:t>0,4880 г</w:t>
        </w:r>
      </w:smartTag>
      <w:r w:rsidRPr="00DC2F01">
        <w:rPr>
          <w:szCs w:val="24"/>
          <w:lang w:val="ru-RU"/>
        </w:rPr>
        <w:t xml:space="preserve"> </w:t>
      </w:r>
      <w:r w:rsidRPr="00177F2F">
        <w:rPr>
          <w:szCs w:val="24"/>
        </w:rPr>
        <w:t>BaCl</w:t>
      </w:r>
      <w:r w:rsidRPr="00DC2F01">
        <w:rPr>
          <w:szCs w:val="24"/>
          <w:vertAlign w:val="subscript"/>
          <w:lang w:val="ru-RU"/>
        </w:rPr>
        <w:t xml:space="preserve">2 </w:t>
      </w:r>
      <w:r w:rsidRPr="00DC2F01">
        <w:rPr>
          <w:szCs w:val="24"/>
          <w:lang w:val="ru-RU"/>
        </w:rPr>
        <w:t>∙ 2</w:t>
      </w:r>
      <w:r w:rsidRPr="00177F2F">
        <w:rPr>
          <w:szCs w:val="24"/>
        </w:rPr>
        <w:t>H</w:t>
      </w:r>
      <w:r w:rsidRPr="00DC2F01">
        <w:rPr>
          <w:szCs w:val="24"/>
          <w:vertAlign w:val="subscript"/>
          <w:lang w:val="ru-RU"/>
        </w:rPr>
        <w:t>2</w:t>
      </w:r>
      <w:r w:rsidRPr="00177F2F">
        <w:rPr>
          <w:szCs w:val="24"/>
        </w:rPr>
        <w:t>O</w:t>
      </w:r>
      <w:r w:rsidRPr="00DC2F01">
        <w:rPr>
          <w:szCs w:val="24"/>
          <w:lang w:val="ru-RU"/>
        </w:rPr>
        <w:t>. Ответ: 1,2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. </w:t>
      </w:r>
    </w:p>
    <w:p w:rsidR="00DC2F01" w:rsidRDefault="00DC2F01" w:rsidP="00DC2F01">
      <w:pPr>
        <w:pStyle w:val="affc"/>
        <w:spacing w:after="0" w:line="240" w:lineRule="auto"/>
        <w:ind w:left="0"/>
        <w:jc w:val="left"/>
      </w:pPr>
      <w:r>
        <w:t>Задание 8.11. Сколько граммов сульфата бария (</w:t>
      </w:r>
      <w:r>
        <w:rPr>
          <w:lang w:val="en-US"/>
        </w:rPr>
        <w:t>Ks</w:t>
      </w:r>
      <w:r>
        <w:t>=1·10</w:t>
      </w:r>
      <w:r>
        <w:rPr>
          <w:vertAlign w:val="superscript"/>
        </w:rPr>
        <w:t>-10</w:t>
      </w:r>
      <w:r>
        <w:t>) останется в 200 мл раствора при осаждении бария эквивалентым количеством серной кислоты? Можно ли считать осаждение в этих условия практически полным.</w:t>
      </w:r>
    </w:p>
    <w:p w:rsidR="00DC2F01" w:rsidRPr="00167785" w:rsidRDefault="00DC2F01" w:rsidP="00DC2F01">
      <w:pPr>
        <w:pStyle w:val="affc"/>
        <w:spacing w:after="0" w:line="240" w:lineRule="auto"/>
        <w:ind w:left="0"/>
        <w:rPr>
          <w:szCs w:val="24"/>
        </w:rPr>
      </w:pPr>
      <w:r>
        <w:t xml:space="preserve">Задание 8.12. </w:t>
      </w:r>
      <w:r w:rsidRPr="00167785">
        <w:rPr>
          <w:szCs w:val="24"/>
        </w:rPr>
        <w:t>Какую навеску зерна следует взять для определения влажности зерна, если допустимое содержание влаги в зерне составляет 4 %?</w:t>
      </w:r>
    </w:p>
    <w:p w:rsidR="00DC2F01" w:rsidRPr="00167785" w:rsidRDefault="00DC2F01" w:rsidP="00DC2F01">
      <w:pPr>
        <w:pStyle w:val="affc"/>
        <w:spacing w:after="0" w:line="240" w:lineRule="auto"/>
        <w:ind w:left="0"/>
        <w:jc w:val="left"/>
        <w:rPr>
          <w:szCs w:val="24"/>
        </w:rPr>
      </w:pPr>
      <w:r>
        <w:t xml:space="preserve">Задание 8.13. </w:t>
      </w:r>
      <w:r w:rsidRPr="00167785">
        <w:rPr>
          <w:szCs w:val="24"/>
        </w:rPr>
        <w:t>Для осаждения серебра из 100 мл раствора, содержащего 0,3398 г нитрата серебра израсходовано 17 мл 0,1 М раствора соляной кислоты. Вычислить количество серебр</w:t>
      </w:r>
      <w:r>
        <w:rPr>
          <w:szCs w:val="24"/>
        </w:rPr>
        <w:t>а (в молях) оставшееся в растворе.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8.14. </w:t>
      </w:r>
      <w:r w:rsidRPr="00DC2F01">
        <w:rPr>
          <w:szCs w:val="24"/>
          <w:lang w:val="ru-RU"/>
        </w:rPr>
        <w:t xml:space="preserve">Рассчитайте навеску медного купороса </w:t>
      </w:r>
      <w:r w:rsidRPr="00F6589D">
        <w:rPr>
          <w:position w:val="-10"/>
        </w:rPr>
        <w:object w:dxaOrig="162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pt;height:16.5pt" o:ole="" fillcolor="window">
            <v:imagedata r:id="rId6" o:title=""/>
          </v:shape>
          <o:OLEObject Type="Embed" ProgID="Equation.3" ShapeID="_x0000_i1025" DrawAspect="Content" ObjectID="_1841053770" r:id="rId7"/>
        </w:object>
      </w:r>
      <w:r w:rsidRPr="00DC2F01">
        <w:rPr>
          <w:szCs w:val="24"/>
          <w:lang w:val="ru-RU"/>
        </w:rPr>
        <w:t>для определения кристаллизационной воды.</w:t>
      </w:r>
    </w:p>
    <w:p w:rsidR="00DC2F01" w:rsidRPr="00F6589D" w:rsidRDefault="00DC2F01" w:rsidP="00DC2F01">
      <w:pPr>
        <w:pStyle w:val="affc"/>
        <w:spacing w:after="0" w:line="240" w:lineRule="auto"/>
        <w:ind w:left="0"/>
        <w:jc w:val="left"/>
        <w:rPr>
          <w:szCs w:val="24"/>
        </w:rPr>
      </w:pPr>
      <w:r>
        <w:t xml:space="preserve">Задание 8.15. </w:t>
      </w:r>
      <w:r w:rsidRPr="00F6589D">
        <w:rPr>
          <w:szCs w:val="24"/>
        </w:rPr>
        <w:t xml:space="preserve">Осадок, содержащий 0,3 г карбоната </w:t>
      </w:r>
      <w:proofErr w:type="gramStart"/>
      <w:r w:rsidRPr="00F6589D">
        <w:rPr>
          <w:szCs w:val="24"/>
        </w:rPr>
        <w:t>кальция ,</w:t>
      </w:r>
      <w:proofErr w:type="gramEnd"/>
      <w:r w:rsidRPr="00F6589D">
        <w:rPr>
          <w:szCs w:val="24"/>
        </w:rPr>
        <w:t xml:space="preserve"> промыт 300 мл воды. Принимая, что между осадком и промывной </w:t>
      </w:r>
      <w:proofErr w:type="gramStart"/>
      <w:r w:rsidRPr="00F6589D">
        <w:rPr>
          <w:szCs w:val="24"/>
        </w:rPr>
        <w:t>жидкостью  успевает</w:t>
      </w:r>
      <w:proofErr w:type="gramEnd"/>
      <w:r w:rsidRPr="00F6589D">
        <w:rPr>
          <w:szCs w:val="24"/>
        </w:rPr>
        <w:t xml:space="preserve"> установится равновесие, вычислить потери от растворимости.</w:t>
      </w:r>
    </w:p>
    <w:p w:rsidR="00DC2F01" w:rsidRPr="00F6589D" w:rsidRDefault="00DC2F01" w:rsidP="00DC2F01">
      <w:pPr>
        <w:pStyle w:val="affc"/>
        <w:spacing w:after="0" w:line="240" w:lineRule="auto"/>
        <w:ind w:left="0"/>
        <w:jc w:val="left"/>
        <w:rPr>
          <w:szCs w:val="24"/>
        </w:rPr>
      </w:pPr>
      <w:r>
        <w:t xml:space="preserve">Задание 8.16. </w:t>
      </w:r>
      <w:r w:rsidRPr="00F6589D">
        <w:rPr>
          <w:szCs w:val="24"/>
        </w:rPr>
        <w:t>Какую навеску латуни нужно взять для определения олова в виде диоксида? (Содержание олова в латунях не превышает 6 %.)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Задание 8.17.</w:t>
      </w:r>
      <w:r w:rsidRPr="00DC2F01">
        <w:rPr>
          <w:lang w:val="ru-RU"/>
        </w:rPr>
        <w:t xml:space="preserve"> </w:t>
      </w:r>
      <w:r w:rsidRPr="00DC2F01">
        <w:rPr>
          <w:szCs w:val="24"/>
          <w:lang w:val="ru-RU"/>
        </w:rPr>
        <w:t xml:space="preserve">Осадок, содержащий 0,3 г карбоната кальция, промыт 300 мл 0,1 М раствора карбоната аммония. Принимая, что между осадком и промывной </w:t>
      </w:r>
      <w:proofErr w:type="gramStart"/>
      <w:r w:rsidRPr="00DC2F01">
        <w:rPr>
          <w:szCs w:val="24"/>
          <w:lang w:val="ru-RU"/>
        </w:rPr>
        <w:t>жидкостью  успевает</w:t>
      </w:r>
      <w:proofErr w:type="gramEnd"/>
      <w:r w:rsidRPr="00DC2F01">
        <w:rPr>
          <w:szCs w:val="24"/>
          <w:lang w:val="ru-RU"/>
        </w:rPr>
        <w:t xml:space="preserve"> установится равновесие, вычислить потери от растворимости.</w:t>
      </w:r>
    </w:p>
    <w:p w:rsidR="00DC2F01" w:rsidRDefault="00DC2F01" w:rsidP="00DC2F01">
      <w:pPr>
        <w:pStyle w:val="affc"/>
        <w:spacing w:after="0" w:line="240" w:lineRule="auto"/>
        <w:ind w:left="0"/>
        <w:jc w:val="left"/>
      </w:pPr>
      <w:r>
        <w:t xml:space="preserve">Задание 8.18. Какую навеску типографского сплава  следует взять для определения свинца в виде </w:t>
      </w:r>
      <w:r w:rsidRPr="00EF5D98">
        <w:rPr>
          <w:position w:val="-10"/>
        </w:rPr>
        <w:object w:dxaOrig="700" w:dyaOrig="340">
          <v:shape id="_x0000_i1026" type="#_x0000_t75" style="width:34.5pt;height:16.5pt" o:ole="" fillcolor="window">
            <v:imagedata r:id="rId8" o:title=""/>
          </v:shape>
          <o:OLEObject Type="Embed" ProgID="Equation.3" ShapeID="_x0000_i1026" DrawAspect="Content" ObjectID="_1841053771" r:id="rId9"/>
        </w:object>
      </w:r>
      <w:r>
        <w:t>, при его содержании в интервале 70-80 %?</w:t>
      </w:r>
    </w:p>
    <w:p w:rsidR="00DC2F01" w:rsidRDefault="00DC2F01" w:rsidP="00DC2F01">
      <w:pPr>
        <w:pStyle w:val="affc"/>
        <w:spacing w:after="0" w:line="240" w:lineRule="auto"/>
        <w:ind w:left="0"/>
        <w:jc w:val="left"/>
      </w:pPr>
      <w:r>
        <w:t>Задание 8.19. Сколько граммов серной кислоты содержится в 1 л раствора, если при действии на 50,00 мл ее раствором хлорида бария получено 0,2626 сульфата бария.</w:t>
      </w:r>
    </w:p>
    <w:p w:rsidR="00DC2F01" w:rsidRDefault="00DC2F01" w:rsidP="00DC2F01">
      <w:pPr>
        <w:pStyle w:val="affc"/>
        <w:spacing w:after="0" w:line="240" w:lineRule="auto"/>
        <w:ind w:left="0"/>
        <w:jc w:val="left"/>
      </w:pPr>
      <w:r>
        <w:t>Задание 8.20. Сколько листьев нужно взять для определения зольности, если обычно масса остатка после сожжения не превышает 0,1 % массы образца?</w:t>
      </w:r>
    </w:p>
    <w:p w:rsidR="00DC2F01" w:rsidRPr="00DC2F01" w:rsidRDefault="00DC2F01" w:rsidP="00DC2F01">
      <w:pPr>
        <w:spacing w:line="240" w:lineRule="auto"/>
        <w:rPr>
          <w:lang w:val="ru-RU"/>
        </w:rPr>
      </w:pPr>
    </w:p>
    <w:p w:rsidR="00DC2F01" w:rsidRPr="0081258C" w:rsidRDefault="00DC2F01" w:rsidP="000D3AEE">
      <w:pPr>
        <w:pStyle w:val="ae"/>
        <w:numPr>
          <w:ilvl w:val="0"/>
          <w:numId w:val="12"/>
        </w:num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b/>
        </w:rPr>
      </w:pPr>
      <w:r w:rsidRPr="0081258C">
        <w:rPr>
          <w:b/>
        </w:rPr>
        <w:lastRenderedPageBreak/>
        <w:t>Титриметрический анализ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Задание 9.1. Сколько граммов серной кислоты содержится в 1 дм3 раствора серной кислоты, если при действии на 50,00 см</w:t>
      </w:r>
      <w:r w:rsidRPr="00DC2F01">
        <w:rPr>
          <w:vertAlign w:val="superscript"/>
          <w:lang w:val="ru-RU"/>
        </w:rPr>
        <w:t>3</w:t>
      </w:r>
      <w:r w:rsidRPr="00DC2F01">
        <w:rPr>
          <w:lang w:val="ru-RU"/>
        </w:rPr>
        <w:t xml:space="preserve"> ее раствором хлорида бария получено 0,2126 г </w:t>
      </w:r>
      <w:r w:rsidRPr="00177F2F">
        <w:t>BaSO</w:t>
      </w:r>
      <w:r w:rsidRPr="00DC2F01">
        <w:rPr>
          <w:vertAlign w:val="subscript"/>
          <w:lang w:val="ru-RU"/>
        </w:rPr>
        <w:t>4</w:t>
      </w:r>
      <w:r w:rsidRPr="00DC2F01">
        <w:rPr>
          <w:lang w:val="ru-RU"/>
        </w:rPr>
        <w:t>. Ответ: 1,787 г.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9.2. </w:t>
      </w:r>
      <w:r w:rsidRPr="00DC2F01">
        <w:rPr>
          <w:szCs w:val="24"/>
          <w:lang w:val="ru-RU"/>
        </w:rPr>
        <w:t xml:space="preserve">Сколько граммов </w:t>
      </w:r>
      <w:r w:rsidRPr="00177F2F">
        <w:rPr>
          <w:szCs w:val="24"/>
        </w:rPr>
        <w:t>H</w:t>
      </w:r>
      <w:r w:rsidRPr="00DC2F01">
        <w:rPr>
          <w:szCs w:val="24"/>
          <w:vertAlign w:val="subscript"/>
          <w:lang w:val="ru-RU"/>
        </w:rPr>
        <w:t>2</w:t>
      </w:r>
      <w:r w:rsidRPr="00177F2F">
        <w:rPr>
          <w:szCs w:val="24"/>
        </w:rPr>
        <w:t>SO</w:t>
      </w:r>
      <w:r w:rsidRPr="00DC2F01">
        <w:rPr>
          <w:szCs w:val="24"/>
          <w:vertAlign w:val="subscript"/>
          <w:lang w:val="ru-RU"/>
        </w:rPr>
        <w:t>4</w:t>
      </w:r>
      <w:r w:rsidRPr="00DC2F01">
        <w:rPr>
          <w:szCs w:val="24"/>
          <w:lang w:val="ru-RU"/>
        </w:rPr>
        <w:t xml:space="preserve"> содержится в 5 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раствора, если на титрование 25,00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этого раствора израсходовано 22,50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концентрацией 0,0950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раствора КОН? Ответ: 20,97 г.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9.3. </w:t>
      </w:r>
      <w:r w:rsidRPr="00DC2F01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177F2F">
        <w:rPr>
          <w:szCs w:val="24"/>
        </w:rPr>
        <w:t>HCl</w:t>
      </w:r>
      <w:r w:rsidRPr="00DC2F01">
        <w:rPr>
          <w:szCs w:val="24"/>
          <w:lang w:val="ru-RU"/>
        </w:rPr>
        <w:t xml:space="preserve">, если на титрование </w:t>
      </w:r>
      <w:smartTag w:uri="urn:schemas-microsoft-com:office:smarttags" w:element="metricconverter">
        <w:smartTagPr>
          <w:attr w:name="ProductID" w:val="0,4217 г"/>
        </w:smartTagPr>
        <w:r w:rsidRPr="00DC2F01">
          <w:rPr>
            <w:szCs w:val="24"/>
            <w:lang w:val="ru-RU"/>
          </w:rPr>
          <w:t>0,4217 г</w:t>
        </w:r>
      </w:smartTag>
      <w:r w:rsidRPr="00DC2F01">
        <w:rPr>
          <w:szCs w:val="24"/>
          <w:lang w:val="ru-RU"/>
        </w:rPr>
        <w:t xml:space="preserve"> тетрабората натрия </w:t>
      </w:r>
      <w:proofErr w:type="gramStart"/>
      <w:r w:rsidRPr="00DC2F01">
        <w:rPr>
          <w:szCs w:val="24"/>
          <w:lang w:val="ru-RU"/>
        </w:rPr>
        <w:t>( израсходовано</w:t>
      </w:r>
      <w:proofErr w:type="gramEnd"/>
      <w:r w:rsidRPr="00DC2F01">
        <w:rPr>
          <w:szCs w:val="24"/>
          <w:lang w:val="ru-RU"/>
        </w:rPr>
        <w:t xml:space="preserve"> 17,50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этой кислоты? Ответ: 0,1263 моль/см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9.4. </w:t>
      </w:r>
      <w:r w:rsidRPr="00DC2F01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177F2F">
        <w:rPr>
          <w:szCs w:val="24"/>
        </w:rPr>
        <w:t>HCl</w:t>
      </w:r>
      <w:r w:rsidRPr="00DC2F01">
        <w:rPr>
          <w:szCs w:val="24"/>
          <w:lang w:val="ru-RU"/>
        </w:rPr>
        <w:t>, если на титрование 20,00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его израсходовано 19,20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</w:t>
      </w:r>
      <w:r w:rsidRPr="00177F2F">
        <w:rPr>
          <w:szCs w:val="24"/>
        </w:rPr>
        <w:t>NaOH</w:t>
      </w:r>
      <w:r w:rsidRPr="00DC2F01">
        <w:rPr>
          <w:szCs w:val="24"/>
          <w:lang w:val="ru-RU"/>
        </w:rPr>
        <w:t xml:space="preserve"> концентрацией 0,1000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 Ответ: 0,0960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9.5. </w:t>
      </w:r>
      <w:r w:rsidRPr="00DC2F01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177F2F">
        <w:rPr>
          <w:szCs w:val="24"/>
        </w:rPr>
        <w:t>HCl</w:t>
      </w:r>
      <w:r w:rsidRPr="00DC2F01">
        <w:rPr>
          <w:szCs w:val="24"/>
          <w:lang w:val="ru-RU"/>
        </w:rPr>
        <w:t>, если на титрование 20,00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его израсходовано 19,20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</w:t>
      </w:r>
      <w:r w:rsidRPr="00177F2F">
        <w:rPr>
          <w:szCs w:val="24"/>
        </w:rPr>
        <w:t>NaOH</w:t>
      </w:r>
      <w:r w:rsidRPr="00DC2F01">
        <w:rPr>
          <w:szCs w:val="24"/>
          <w:lang w:val="ru-RU"/>
        </w:rPr>
        <w:t xml:space="preserve"> концентрацией 0,1000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 Ответ: 0,0960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9.6. </w:t>
      </w:r>
      <w:r w:rsidRPr="00DC2F01">
        <w:rPr>
          <w:szCs w:val="24"/>
          <w:lang w:val="ru-RU"/>
        </w:rPr>
        <w:t xml:space="preserve">Сколько миллилитров </w:t>
      </w:r>
      <w:r w:rsidRPr="00177F2F">
        <w:rPr>
          <w:szCs w:val="24"/>
        </w:rPr>
        <w:t>H</w:t>
      </w:r>
      <w:r w:rsidRPr="00DC2F01">
        <w:rPr>
          <w:szCs w:val="24"/>
          <w:vertAlign w:val="subscript"/>
          <w:lang w:val="ru-RU"/>
        </w:rPr>
        <w:t>2</w:t>
      </w:r>
      <w:r w:rsidRPr="00177F2F">
        <w:rPr>
          <w:szCs w:val="24"/>
        </w:rPr>
        <w:t>SO</w:t>
      </w:r>
      <w:r w:rsidRPr="00DC2F01">
        <w:rPr>
          <w:szCs w:val="24"/>
          <w:vertAlign w:val="subscript"/>
          <w:lang w:val="ru-RU"/>
        </w:rPr>
        <w:t xml:space="preserve">4 </w:t>
      </w:r>
      <w:r w:rsidRPr="00DC2F01">
        <w:rPr>
          <w:szCs w:val="24"/>
          <w:lang w:val="ru-RU"/>
        </w:rPr>
        <w:t xml:space="preserve"> (</w:t>
      </w:r>
      <w:r w:rsidRPr="00177F2F">
        <w:rPr>
          <w:szCs w:val="24"/>
        </w:rPr>
        <w:t>f</w:t>
      </w:r>
      <w:r w:rsidRPr="00DC2F01">
        <w:rPr>
          <w:szCs w:val="24"/>
          <w:vertAlign w:val="subscript"/>
          <w:lang w:val="ru-RU"/>
        </w:rPr>
        <w:t xml:space="preserve">экв </w:t>
      </w:r>
      <w:r w:rsidRPr="00DC2F01">
        <w:rPr>
          <w:szCs w:val="24"/>
          <w:lang w:val="ru-RU"/>
        </w:rPr>
        <w:t>=1/2) плотностью 1,835 г/см</w:t>
      </w:r>
      <w:r w:rsidRPr="00A6580D">
        <w:rPr>
          <w:position w:val="-4"/>
        </w:rPr>
        <w:object w:dxaOrig="140" w:dyaOrig="300">
          <v:shape id="_x0000_i1027" type="#_x0000_t75" style="width:6.75pt;height:15pt" o:ole="">
            <v:imagedata r:id="rId10" o:title=""/>
          </v:shape>
          <o:OLEObject Type="Embed" ProgID="Equation.3" ShapeID="_x0000_i1027" DrawAspect="Content" ObjectID="_1841053772" r:id="rId11"/>
        </w:object>
      </w:r>
      <w:r w:rsidRPr="00DC2F01">
        <w:rPr>
          <w:szCs w:val="24"/>
          <w:lang w:val="ru-RU"/>
        </w:rPr>
        <w:t xml:space="preserve"> требуется для приготовления 2,5 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раствора молярной концентрацией эквивалента 0,2000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? Ответ: 27,9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9.7. </w:t>
      </w:r>
      <w:r w:rsidRPr="00DC2F01">
        <w:rPr>
          <w:szCs w:val="24"/>
          <w:lang w:val="ru-RU"/>
        </w:rPr>
        <w:t>Для приготовления 500,00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раствора было взято 20,00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</w:t>
      </w:r>
      <w:r w:rsidRPr="00177F2F">
        <w:rPr>
          <w:szCs w:val="24"/>
        </w:rPr>
        <w:t>HCl</w:t>
      </w:r>
      <w:r w:rsidRPr="00DC2F01">
        <w:rPr>
          <w:szCs w:val="24"/>
          <w:lang w:val="ru-RU"/>
        </w:rPr>
        <w:t xml:space="preserve"> плотностью 1,19 г/см</w:t>
      </w:r>
      <w:r w:rsidRPr="00A6580D">
        <w:rPr>
          <w:position w:val="-4"/>
        </w:rPr>
        <w:object w:dxaOrig="140" w:dyaOrig="300">
          <v:shape id="_x0000_i1028" type="#_x0000_t75" style="width:6.75pt;height:15pt" o:ole="">
            <v:imagedata r:id="rId10" o:title=""/>
          </v:shape>
          <o:OLEObject Type="Embed" ProgID="Equation.3" ShapeID="_x0000_i1028" DrawAspect="Content" ObjectID="_1841053773" r:id="rId12"/>
        </w:object>
      </w:r>
      <w:r w:rsidRPr="00DC2F01">
        <w:rPr>
          <w:szCs w:val="24"/>
          <w:lang w:val="ru-RU"/>
        </w:rPr>
        <w:t>. Вычислить молярную концентрацию эквивалента полученного раствора? Ответ: 0,5000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</w:t>
      </w: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lang w:val="ru-RU"/>
        </w:rPr>
        <w:t xml:space="preserve">Задание 9.8. </w:t>
      </w:r>
      <w:r w:rsidRPr="00DC2F01">
        <w:rPr>
          <w:szCs w:val="24"/>
          <w:lang w:val="ru-RU"/>
        </w:rPr>
        <w:t xml:space="preserve">Вычислить молярную концентрацию эквивалента раствора </w:t>
      </w:r>
      <w:r w:rsidRPr="00177F2F">
        <w:rPr>
          <w:szCs w:val="24"/>
        </w:rPr>
        <w:t>HCl</w:t>
      </w:r>
      <w:r w:rsidRPr="00DC2F01">
        <w:rPr>
          <w:szCs w:val="24"/>
          <w:lang w:val="ru-RU"/>
        </w:rPr>
        <w:t xml:space="preserve">, если на титрование </w:t>
      </w:r>
      <w:smartTag w:uri="urn:schemas-microsoft-com:office:smarttags" w:element="metricconverter">
        <w:smartTagPr>
          <w:attr w:name="ProductID" w:val="0,4217 г"/>
        </w:smartTagPr>
        <w:r w:rsidRPr="00DC2F01">
          <w:rPr>
            <w:szCs w:val="24"/>
            <w:lang w:val="ru-RU"/>
          </w:rPr>
          <w:t>0,4217 г</w:t>
        </w:r>
      </w:smartTag>
      <w:r w:rsidRPr="00DC2F01">
        <w:rPr>
          <w:szCs w:val="24"/>
          <w:lang w:val="ru-RU"/>
        </w:rPr>
        <w:t xml:space="preserve"> буры (</w:t>
      </w:r>
      <w:r w:rsidRPr="00177F2F">
        <w:rPr>
          <w:szCs w:val="24"/>
        </w:rPr>
        <w:t>Na</w:t>
      </w:r>
      <w:r w:rsidRPr="00DC2F01">
        <w:rPr>
          <w:szCs w:val="24"/>
          <w:vertAlign w:val="subscript"/>
          <w:lang w:val="ru-RU"/>
        </w:rPr>
        <w:t>2</w:t>
      </w:r>
      <w:r w:rsidRPr="00177F2F">
        <w:rPr>
          <w:szCs w:val="24"/>
        </w:rPr>
        <w:t>B</w:t>
      </w:r>
      <w:r w:rsidRPr="00DC2F01">
        <w:rPr>
          <w:szCs w:val="24"/>
          <w:vertAlign w:val="subscript"/>
          <w:lang w:val="ru-RU"/>
        </w:rPr>
        <w:t>4</w:t>
      </w:r>
      <w:r w:rsidRPr="00177F2F">
        <w:rPr>
          <w:szCs w:val="24"/>
        </w:rPr>
        <w:t>O</w:t>
      </w:r>
      <w:r w:rsidRPr="00DC2F01">
        <w:rPr>
          <w:szCs w:val="24"/>
          <w:vertAlign w:val="subscript"/>
          <w:lang w:val="ru-RU"/>
        </w:rPr>
        <w:t>7</w:t>
      </w:r>
      <w:r w:rsidRPr="00DC2F01">
        <w:rPr>
          <w:szCs w:val="24"/>
          <w:lang w:val="ru-RU"/>
        </w:rPr>
        <w:t>∙10</w:t>
      </w:r>
      <w:r w:rsidRPr="00177F2F">
        <w:rPr>
          <w:szCs w:val="24"/>
        </w:rPr>
        <w:t>H</w:t>
      </w:r>
      <w:r w:rsidRPr="00DC2F01">
        <w:rPr>
          <w:szCs w:val="24"/>
          <w:vertAlign w:val="subscript"/>
          <w:lang w:val="ru-RU"/>
        </w:rPr>
        <w:t>2</w:t>
      </w:r>
      <w:r w:rsidRPr="00177F2F">
        <w:rPr>
          <w:szCs w:val="24"/>
        </w:rPr>
        <w:t>O</w:t>
      </w:r>
      <w:r w:rsidRPr="00DC2F01">
        <w:rPr>
          <w:szCs w:val="24"/>
          <w:lang w:val="ru-RU"/>
        </w:rPr>
        <w:t>) израсходовано 17,50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этой кислоты? Ответ: 0,1263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9.9. </w:t>
      </w:r>
      <w:r w:rsidRPr="00DC2F01">
        <w:rPr>
          <w:szCs w:val="24"/>
          <w:lang w:val="ru-RU"/>
        </w:rPr>
        <w:t xml:space="preserve">Навеску </w:t>
      </w:r>
      <w:smartTag w:uri="urn:schemas-microsoft-com:office:smarttags" w:element="metricconverter">
        <w:smartTagPr>
          <w:attr w:name="ProductID" w:val="0,6000 г"/>
        </w:smartTagPr>
        <w:r w:rsidRPr="00DC2F01">
          <w:rPr>
            <w:szCs w:val="24"/>
            <w:lang w:val="ru-RU"/>
          </w:rPr>
          <w:t>0,6000 г</w:t>
        </w:r>
      </w:smartTag>
      <w:r w:rsidRPr="00DC2F01">
        <w:rPr>
          <w:szCs w:val="24"/>
          <w:lang w:val="ru-RU"/>
        </w:rPr>
        <w:t xml:space="preserve"> Н</w:t>
      </w:r>
      <w:r w:rsidRPr="00DC2F01">
        <w:rPr>
          <w:szCs w:val="24"/>
          <w:vertAlign w:val="subscript"/>
          <w:lang w:val="ru-RU"/>
        </w:rPr>
        <w:t>2</w:t>
      </w:r>
      <w:r w:rsidRPr="00DC2F01">
        <w:rPr>
          <w:szCs w:val="24"/>
          <w:lang w:val="ru-RU"/>
        </w:rPr>
        <w:t>С</w:t>
      </w:r>
      <w:r w:rsidRPr="00DC2F01">
        <w:rPr>
          <w:szCs w:val="24"/>
          <w:vertAlign w:val="subscript"/>
          <w:lang w:val="ru-RU"/>
        </w:rPr>
        <w:t>2</w:t>
      </w:r>
      <w:r w:rsidRPr="00DC2F01">
        <w:rPr>
          <w:szCs w:val="24"/>
          <w:lang w:val="ru-RU"/>
        </w:rPr>
        <w:t>О</w:t>
      </w:r>
      <w:r w:rsidRPr="00DC2F01">
        <w:rPr>
          <w:szCs w:val="24"/>
          <w:vertAlign w:val="subscript"/>
          <w:lang w:val="ru-RU"/>
        </w:rPr>
        <w:t>4</w:t>
      </w:r>
      <w:r w:rsidRPr="00DC2F01">
        <w:rPr>
          <w:szCs w:val="24"/>
          <w:lang w:val="ru-RU"/>
        </w:rPr>
        <w:t>·2Н</w:t>
      </w:r>
      <w:r w:rsidRPr="00DC2F01">
        <w:rPr>
          <w:szCs w:val="24"/>
          <w:vertAlign w:val="subscript"/>
          <w:lang w:val="ru-RU"/>
        </w:rPr>
        <w:t>2</w:t>
      </w:r>
      <w:r w:rsidRPr="00DC2F01">
        <w:rPr>
          <w:szCs w:val="24"/>
          <w:lang w:val="ru-RU"/>
        </w:rPr>
        <w:t>О растворили в мерной колбе емкостью 100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на титрование 20,00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полученного раствора израсходовано 18,34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</w:t>
      </w:r>
      <w:r w:rsidRPr="00177F2F">
        <w:rPr>
          <w:szCs w:val="24"/>
        </w:rPr>
        <w:t>NaOH</w:t>
      </w:r>
      <w:r w:rsidRPr="00DC2F01">
        <w:rPr>
          <w:szCs w:val="24"/>
          <w:lang w:val="ru-RU"/>
        </w:rPr>
        <w:t xml:space="preserve">. Определить молярную концентрацию эквивалента раствора </w:t>
      </w:r>
      <w:r w:rsidRPr="00177F2F">
        <w:rPr>
          <w:szCs w:val="24"/>
        </w:rPr>
        <w:t>NaOH</w:t>
      </w:r>
      <w:r w:rsidRPr="00DC2F01">
        <w:rPr>
          <w:szCs w:val="24"/>
          <w:lang w:val="ru-RU"/>
        </w:rPr>
        <w:t>. Ответ: 0,1038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Задание 9.10. </w:t>
      </w:r>
      <w:r w:rsidRPr="00DC2F01">
        <w:rPr>
          <w:szCs w:val="24"/>
          <w:lang w:val="ru-RU"/>
        </w:rPr>
        <w:t xml:space="preserve">Сколько процентов </w:t>
      </w:r>
      <w:r w:rsidRPr="00756E5D">
        <w:rPr>
          <w:szCs w:val="24"/>
        </w:rPr>
        <w:t>HNO</w:t>
      </w:r>
      <w:r w:rsidRPr="004A4234">
        <w:rPr>
          <w:position w:val="-12"/>
        </w:rPr>
        <w:object w:dxaOrig="140" w:dyaOrig="360">
          <v:shape id="_x0000_i1029" type="#_x0000_t75" style="width:6.75pt;height:18pt" o:ole="">
            <v:imagedata r:id="rId13" o:title=""/>
          </v:shape>
          <o:OLEObject Type="Embed" ProgID="Equation.3" ShapeID="_x0000_i1029" DrawAspect="Content" ObjectID="_1841053774" r:id="rId14"/>
        </w:object>
      </w:r>
      <w:r w:rsidRPr="00DC2F01">
        <w:rPr>
          <w:szCs w:val="24"/>
          <w:lang w:val="ru-RU"/>
        </w:rPr>
        <w:t xml:space="preserve"> содержит концентрированная азотная кислота, если после растворения </w:t>
      </w:r>
      <w:smartTag w:uri="urn:schemas-microsoft-com:office:smarttags" w:element="metricconverter">
        <w:smartTagPr>
          <w:attr w:name="ProductID" w:val="9,7770 г"/>
        </w:smartTagPr>
        <w:r w:rsidRPr="00DC2F01">
          <w:rPr>
            <w:szCs w:val="24"/>
            <w:lang w:val="ru-RU"/>
          </w:rPr>
          <w:t>9,7770 г</w:t>
        </w:r>
      </w:smartTag>
      <w:r w:rsidRPr="00DC2F01">
        <w:rPr>
          <w:szCs w:val="24"/>
          <w:lang w:val="ru-RU"/>
        </w:rPr>
        <w:t xml:space="preserve"> в мерной колбе емкостью 1дм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на титрование 25,00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0,1040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раствора </w:t>
      </w:r>
      <w:r w:rsidRPr="00756E5D">
        <w:rPr>
          <w:szCs w:val="24"/>
        </w:rPr>
        <w:t>NaOH</w:t>
      </w:r>
      <w:r w:rsidRPr="00DC2F01">
        <w:rPr>
          <w:szCs w:val="24"/>
          <w:lang w:val="ru-RU"/>
        </w:rPr>
        <w:t xml:space="preserve"> израсходовано 25,45 см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полученного раствора </w:t>
      </w:r>
      <w:r w:rsidRPr="00756E5D">
        <w:rPr>
          <w:szCs w:val="24"/>
        </w:rPr>
        <w:t>HNO</w:t>
      </w:r>
      <w:r w:rsidRPr="004A4234">
        <w:rPr>
          <w:position w:val="-12"/>
        </w:rPr>
        <w:object w:dxaOrig="140" w:dyaOrig="360">
          <v:shape id="_x0000_i1030" type="#_x0000_t75" style="width:6.75pt;height:18pt" o:ole="">
            <v:imagedata r:id="rId13" o:title=""/>
          </v:shape>
          <o:OLEObject Type="Embed" ProgID="Equation.3" ShapeID="_x0000_i1030" DrawAspect="Content" ObjectID="_1841053775" r:id="rId15"/>
        </w:object>
      </w:r>
      <w:r w:rsidRPr="00DC2F01">
        <w:rPr>
          <w:szCs w:val="24"/>
          <w:lang w:val="ru-RU"/>
        </w:rPr>
        <w:t>? Ответ: 68,85%.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>Задание 9.</w:t>
      </w:r>
      <w:r w:rsidRPr="00DC2F01">
        <w:rPr>
          <w:szCs w:val="24"/>
          <w:lang w:val="ru-RU"/>
        </w:rPr>
        <w:t xml:space="preserve">11. На </w:t>
      </w:r>
      <w:proofErr w:type="gramStart"/>
      <w:r w:rsidRPr="00DC2F01">
        <w:rPr>
          <w:szCs w:val="24"/>
          <w:lang w:val="ru-RU"/>
        </w:rPr>
        <w:t>нейтрализацию  раствора</w:t>
      </w:r>
      <w:proofErr w:type="gramEnd"/>
      <w:r w:rsidRPr="00DC2F01">
        <w:rPr>
          <w:szCs w:val="24"/>
          <w:lang w:val="ru-RU"/>
        </w:rPr>
        <w:t>, содержащего 5,25 г кислоты, израсходовано  25  мл 2 н раствора щелочи. Рассчитайте эквивалент кислоты.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>Задание</w:t>
      </w:r>
      <w:r w:rsidRPr="00DC2F01">
        <w:rPr>
          <w:szCs w:val="24"/>
          <w:lang w:val="ru-RU"/>
        </w:rPr>
        <w:t xml:space="preserve"> 9.12. Сколько граммов сернистого натрия потребуется для приготовления 5-ти литров 8% раствора плотность 1,075 г/мл.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>Задание</w:t>
      </w:r>
      <w:r w:rsidRPr="00DC2F01">
        <w:rPr>
          <w:szCs w:val="24"/>
          <w:lang w:val="ru-RU"/>
        </w:rPr>
        <w:t xml:space="preserve"> 9.13. На нейтрализацию 15 мл раствора, содержащего в одном литре 12 г щелочи, </w:t>
      </w:r>
      <w:proofErr w:type="gramStart"/>
      <w:r w:rsidRPr="00DC2F01">
        <w:rPr>
          <w:szCs w:val="24"/>
          <w:lang w:val="ru-RU"/>
        </w:rPr>
        <w:t>израсходовано  20</w:t>
      </w:r>
      <w:proofErr w:type="gramEnd"/>
      <w:r w:rsidRPr="00DC2F01">
        <w:rPr>
          <w:szCs w:val="24"/>
          <w:lang w:val="ru-RU"/>
        </w:rPr>
        <w:t xml:space="preserve"> мл раствора кислоты  молярная концентрация эквивалента которого равна 0,25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>. Рассчитайте эквивалент щелочи.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>Задание</w:t>
      </w:r>
      <w:r w:rsidRPr="00DC2F01">
        <w:rPr>
          <w:szCs w:val="24"/>
          <w:lang w:val="ru-RU"/>
        </w:rPr>
        <w:t xml:space="preserve"> 9.14. Сколько мл раствора серной кислоты </w:t>
      </w:r>
      <w:proofErr w:type="gramStart"/>
      <w:r w:rsidRPr="00DC2F01">
        <w:rPr>
          <w:szCs w:val="24"/>
          <w:lang w:val="ru-RU"/>
        </w:rPr>
        <w:t>молярная концентрация эквивалента</w:t>
      </w:r>
      <w:proofErr w:type="gramEnd"/>
      <w:r w:rsidRPr="00DC2F01">
        <w:rPr>
          <w:szCs w:val="24"/>
          <w:lang w:val="ru-RU"/>
        </w:rPr>
        <w:t xml:space="preserve"> которого равна 0,125 моль/дм</w:t>
      </w:r>
      <w:r w:rsidRPr="00DC2F01">
        <w:rPr>
          <w:szCs w:val="24"/>
          <w:vertAlign w:val="superscript"/>
          <w:lang w:val="ru-RU"/>
        </w:rPr>
        <w:t>3</w:t>
      </w:r>
      <w:r w:rsidRPr="00DC2F01">
        <w:rPr>
          <w:szCs w:val="24"/>
          <w:lang w:val="ru-RU"/>
        </w:rPr>
        <w:t xml:space="preserve"> потребуется для нейтрализации раствора, содержащего 16 г гидроксида натрия.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>Задание</w:t>
      </w:r>
      <w:r w:rsidRPr="00DC2F01">
        <w:rPr>
          <w:szCs w:val="24"/>
          <w:lang w:val="ru-RU"/>
        </w:rPr>
        <w:t xml:space="preserve"> 9.15. Для нейтрализации 30мл 0,1 н раствора щелочи потребовалось 12 мл раствора кислоты. Определить нормальность кислоты.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>Задание</w:t>
      </w:r>
      <w:r w:rsidRPr="00DC2F01">
        <w:rPr>
          <w:szCs w:val="24"/>
          <w:lang w:val="ru-RU"/>
        </w:rPr>
        <w:t xml:space="preserve"> 9.16. Для нейтрализации 25 мл 0,1 н раствора кислоты потребовалось 10 мл раствора едкого натра. Сколько гр едкого натра содержится в 1 л раствора.</w:t>
      </w:r>
    </w:p>
    <w:p w:rsidR="00DC2F01" w:rsidRPr="00DC2F01" w:rsidRDefault="00DC2F01" w:rsidP="00DC2F01">
      <w:pPr>
        <w:widowControl w:val="0"/>
        <w:spacing w:line="240" w:lineRule="auto"/>
        <w:rPr>
          <w:szCs w:val="24"/>
          <w:lang w:val="ru-RU"/>
        </w:rPr>
      </w:pPr>
      <w:r w:rsidRPr="00DC2F01">
        <w:rPr>
          <w:lang w:val="ru-RU"/>
        </w:rPr>
        <w:t>Задание</w:t>
      </w:r>
      <w:r w:rsidRPr="00DC2F01">
        <w:rPr>
          <w:szCs w:val="24"/>
          <w:lang w:val="ru-RU"/>
        </w:rPr>
        <w:t xml:space="preserve"> 9.17.</w:t>
      </w:r>
      <w:r w:rsidRPr="00DC2F01">
        <w:rPr>
          <w:lang w:val="ru-RU"/>
        </w:rPr>
        <w:t xml:space="preserve"> </w:t>
      </w:r>
      <w:r w:rsidRPr="00DC2F01">
        <w:rPr>
          <w:szCs w:val="24"/>
          <w:lang w:val="ru-RU"/>
        </w:rPr>
        <w:t xml:space="preserve">Сколько мл концентрированной соляной кислоты (пл. 1,19 г/мл), содержащей 38 </w:t>
      </w:r>
      <w:proofErr w:type="gramStart"/>
      <w:r w:rsidRPr="00DC2F01">
        <w:rPr>
          <w:szCs w:val="24"/>
          <w:lang w:val="ru-RU"/>
        </w:rPr>
        <w:t>%  кислоты</w:t>
      </w:r>
      <w:proofErr w:type="gramEnd"/>
      <w:r w:rsidRPr="00DC2F01">
        <w:rPr>
          <w:szCs w:val="24"/>
          <w:lang w:val="ru-RU"/>
        </w:rPr>
        <w:t>, нужно взять для приготовления  0,5 литра 0,2 н раствора.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lastRenderedPageBreak/>
        <w:t>Задание 9.18. Сколько мл 96 % серной кислоты плотностью 1,84 г/мл нужно взять для приготовления одного литра 1 н раствора?</w:t>
      </w:r>
    </w:p>
    <w:p w:rsidR="00DC2F01" w:rsidRPr="00DC2F01" w:rsidRDefault="00DC2F01" w:rsidP="00DC2F01">
      <w:pPr>
        <w:widowControl w:val="0"/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Задание 9.19.</w:t>
      </w:r>
      <w:r w:rsidRPr="00DC2F01">
        <w:rPr>
          <w:lang w:val="ru-RU"/>
        </w:rPr>
        <w:t xml:space="preserve"> </w:t>
      </w:r>
      <w:r w:rsidRPr="00DC2F01">
        <w:rPr>
          <w:szCs w:val="24"/>
          <w:lang w:val="ru-RU"/>
        </w:rPr>
        <w:t>Сколько воды надо добавить к 100 мл 1 н. раствора чтобы получить 0,05 н р-р?</w:t>
      </w:r>
    </w:p>
    <w:p w:rsidR="00DC2F01" w:rsidRPr="00DC2F01" w:rsidRDefault="00DC2F01" w:rsidP="00DC2F01">
      <w:pPr>
        <w:widowControl w:val="0"/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Задание 9.20.</w:t>
      </w:r>
      <w:r w:rsidRPr="00DC2F01">
        <w:rPr>
          <w:lang w:val="ru-RU"/>
        </w:rPr>
        <w:t xml:space="preserve"> </w:t>
      </w:r>
      <w:r w:rsidRPr="00DC2F01">
        <w:rPr>
          <w:szCs w:val="24"/>
          <w:lang w:val="ru-RU"/>
        </w:rPr>
        <w:t>Для нейтрализации 20 мл 0,1 н раствора кислоты потребовалось 8 мл раствора едкого натра. Сколько гр едкого натра содержится в 1 л раствора</w:t>
      </w:r>
    </w:p>
    <w:p w:rsidR="00DC2F01" w:rsidRPr="00DC2F01" w:rsidRDefault="00DC2F01" w:rsidP="00DC2F01">
      <w:pPr>
        <w:widowControl w:val="0"/>
        <w:ind w:left="720"/>
        <w:rPr>
          <w:szCs w:val="24"/>
          <w:lang w:val="ru-RU"/>
        </w:rPr>
      </w:pPr>
    </w:p>
    <w:p w:rsidR="00DC2F01" w:rsidRPr="00DC2F01" w:rsidRDefault="00DC2F01" w:rsidP="00DC2F01">
      <w:pPr>
        <w:widowControl w:val="0"/>
        <w:jc w:val="center"/>
        <w:rPr>
          <w:b/>
          <w:lang w:val="ru-RU"/>
        </w:rPr>
      </w:pPr>
      <w:r w:rsidRPr="00DC2F01">
        <w:rPr>
          <w:b/>
          <w:lang w:val="ru-RU"/>
        </w:rPr>
        <w:t xml:space="preserve">Критерии оценки контрольной работы </w:t>
      </w:r>
    </w:p>
    <w:p w:rsidR="00DC2F01" w:rsidRPr="00DC2F01" w:rsidRDefault="00DC2F01" w:rsidP="00DC2F01">
      <w:pPr>
        <w:spacing w:line="240" w:lineRule="auto"/>
        <w:ind w:left="720"/>
        <w:rPr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9"/>
        <w:gridCol w:w="7424"/>
      </w:tblGrid>
      <w:tr w:rsidR="00DC2F01" w:rsidRPr="00F938BC" w:rsidTr="00494884">
        <w:tc>
          <w:tcPr>
            <w:tcW w:w="2429" w:type="dxa"/>
          </w:tcPr>
          <w:p w:rsidR="00DC2F01" w:rsidRPr="00F938BC" w:rsidRDefault="00DC2F01" w:rsidP="00494884">
            <w:pPr>
              <w:widowControl w:val="0"/>
              <w:jc w:val="center"/>
              <w:rPr>
                <w:b/>
              </w:rPr>
            </w:pPr>
            <w:r w:rsidRPr="00F938BC">
              <w:rPr>
                <w:b/>
              </w:rPr>
              <w:t>Оценка</w:t>
            </w:r>
          </w:p>
        </w:tc>
        <w:tc>
          <w:tcPr>
            <w:tcW w:w="7424" w:type="dxa"/>
          </w:tcPr>
          <w:p w:rsidR="00DC2F01" w:rsidRPr="000B4444" w:rsidRDefault="00DC2F01" w:rsidP="00494884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Критерии</w:t>
            </w:r>
          </w:p>
        </w:tc>
      </w:tr>
      <w:tr w:rsidR="00DC2F01" w:rsidRPr="001B6ED6" w:rsidTr="00494884">
        <w:tc>
          <w:tcPr>
            <w:tcW w:w="2429" w:type="dxa"/>
          </w:tcPr>
          <w:p w:rsidR="00DC2F01" w:rsidRPr="00F938BC" w:rsidRDefault="00DC2F01" w:rsidP="00494884">
            <w:pPr>
              <w:widowControl w:val="0"/>
              <w:spacing w:line="240" w:lineRule="auto"/>
            </w:pPr>
            <w:r w:rsidRPr="00F938BC">
              <w:t>отлично</w:t>
            </w:r>
          </w:p>
        </w:tc>
        <w:tc>
          <w:tcPr>
            <w:tcW w:w="7424" w:type="dxa"/>
          </w:tcPr>
          <w:p w:rsidR="00DC2F01" w:rsidRPr="00DC2F01" w:rsidRDefault="00DC2F01" w:rsidP="00494884">
            <w:pPr>
              <w:widowControl w:val="0"/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Работа выполнена полностью, без ошибок и недочетов или допущен один недочет</w:t>
            </w:r>
          </w:p>
        </w:tc>
      </w:tr>
      <w:tr w:rsidR="00DC2F01" w:rsidRPr="001B6ED6" w:rsidTr="00494884">
        <w:tc>
          <w:tcPr>
            <w:tcW w:w="2429" w:type="dxa"/>
          </w:tcPr>
          <w:p w:rsidR="00DC2F01" w:rsidRPr="00F938BC" w:rsidRDefault="00DC2F01" w:rsidP="00494884">
            <w:pPr>
              <w:widowControl w:val="0"/>
              <w:spacing w:line="240" w:lineRule="auto"/>
            </w:pPr>
            <w:r w:rsidRPr="00F938BC">
              <w:t>хорошо</w:t>
            </w:r>
          </w:p>
        </w:tc>
        <w:tc>
          <w:tcPr>
            <w:tcW w:w="7424" w:type="dxa"/>
          </w:tcPr>
          <w:p w:rsidR="00DC2F01" w:rsidRPr="00DC2F01" w:rsidRDefault="00DC2F01" w:rsidP="00494884">
            <w:pPr>
              <w:widowControl w:val="0"/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Работа выполнена полностью, имеется одна негрубая ошибка и один недочет или три недочета</w:t>
            </w:r>
          </w:p>
        </w:tc>
      </w:tr>
      <w:tr w:rsidR="00DC2F01" w:rsidRPr="001B6ED6" w:rsidTr="00494884">
        <w:tc>
          <w:tcPr>
            <w:tcW w:w="2429" w:type="dxa"/>
          </w:tcPr>
          <w:p w:rsidR="00DC2F01" w:rsidRPr="00F938BC" w:rsidRDefault="00DC2F01" w:rsidP="00494884">
            <w:pPr>
              <w:widowControl w:val="0"/>
              <w:spacing w:line="240" w:lineRule="auto"/>
            </w:pPr>
            <w:r w:rsidRPr="00F938BC">
              <w:t>удовлетворительно</w:t>
            </w:r>
          </w:p>
        </w:tc>
        <w:tc>
          <w:tcPr>
            <w:tcW w:w="7424" w:type="dxa"/>
          </w:tcPr>
          <w:p w:rsidR="00DC2F01" w:rsidRPr="00DC2F01" w:rsidRDefault="00DC2F01" w:rsidP="00494884">
            <w:pPr>
              <w:widowControl w:val="0"/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Правильно выполнено более 2/3 всей работы или допущено не более одной грубой ошибки или двух недочетов, или одна грубая и одна негрубая ошибки, или три негрубые ошибки, или четыре-пять недочетов.</w:t>
            </w:r>
          </w:p>
        </w:tc>
      </w:tr>
      <w:tr w:rsidR="00DC2F01" w:rsidRPr="001B6ED6" w:rsidTr="00494884">
        <w:tc>
          <w:tcPr>
            <w:tcW w:w="2429" w:type="dxa"/>
          </w:tcPr>
          <w:p w:rsidR="00DC2F01" w:rsidRPr="00F938BC" w:rsidRDefault="00DC2F01" w:rsidP="00494884">
            <w:pPr>
              <w:widowControl w:val="0"/>
              <w:spacing w:line="240" w:lineRule="auto"/>
            </w:pPr>
            <w:r w:rsidRPr="00F938BC">
              <w:t>неудовлетворительно</w:t>
            </w:r>
          </w:p>
        </w:tc>
        <w:tc>
          <w:tcPr>
            <w:tcW w:w="7424" w:type="dxa"/>
          </w:tcPr>
          <w:p w:rsidR="00DC2F01" w:rsidRPr="00DC2F01" w:rsidRDefault="00DC2F01" w:rsidP="00494884">
            <w:pPr>
              <w:widowControl w:val="0"/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Число ошибок и недочетов превысило норму для оценки удовлетворительно или правильно выполнено менее 2/3 всей работы</w:t>
            </w:r>
          </w:p>
        </w:tc>
      </w:tr>
    </w:tbl>
    <w:p w:rsidR="00DC2F01" w:rsidRPr="00DC2F01" w:rsidRDefault="00DC2F01" w:rsidP="00DC2F01">
      <w:pPr>
        <w:pStyle w:val="ae"/>
        <w:ind w:left="0"/>
        <w:rPr>
          <w:szCs w:val="24"/>
          <w:lang w:val="ru-RU"/>
        </w:rPr>
      </w:pPr>
    </w:p>
    <w:p w:rsidR="00DC2F01" w:rsidRPr="00DC2F01" w:rsidRDefault="00DC2F01" w:rsidP="00DC2F01">
      <w:pPr>
        <w:jc w:val="center"/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 xml:space="preserve">Вопросы для собеседования по дисциплине </w:t>
      </w:r>
    </w:p>
    <w:p w:rsidR="00DC2F01" w:rsidRPr="00DC2F01" w:rsidRDefault="00DC2F01" w:rsidP="00DC2F01">
      <w:pPr>
        <w:jc w:val="center"/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Б</w:t>
      </w:r>
      <w:proofErr w:type="gramStart"/>
      <w:r w:rsidRPr="00DC2F01">
        <w:rPr>
          <w:b/>
          <w:szCs w:val="24"/>
          <w:lang w:val="ru-RU"/>
        </w:rPr>
        <w:t>1.О.</w:t>
      </w:r>
      <w:proofErr w:type="gramEnd"/>
      <w:r w:rsidRPr="00DC2F01">
        <w:rPr>
          <w:b/>
          <w:szCs w:val="24"/>
          <w:lang w:val="ru-RU"/>
        </w:rPr>
        <w:t>06.02 Химические основы экологии</w:t>
      </w:r>
    </w:p>
    <w:p w:rsidR="00DC2F01" w:rsidRPr="00DC2F01" w:rsidRDefault="00DC2F01" w:rsidP="00DC2F01">
      <w:pPr>
        <w:spacing w:line="240" w:lineRule="auto"/>
        <w:rPr>
          <w:b/>
          <w:bCs/>
          <w:szCs w:val="24"/>
          <w:lang w:val="ru-RU"/>
        </w:rPr>
      </w:pPr>
      <w:r w:rsidRPr="00DC2F01">
        <w:rPr>
          <w:b/>
          <w:bCs/>
          <w:szCs w:val="24"/>
          <w:lang w:val="ru-RU"/>
        </w:rPr>
        <w:t>Раздел 1. Введение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1. Каковы роль и место химической науки в современной цивилизации?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2. К решению каких экологических проблем требуется химический подход?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3. Какие методы и средства использует химическая наука для решения экологических проблем?</w:t>
      </w:r>
    </w:p>
    <w:p w:rsidR="00DC2F01" w:rsidRPr="00DC2F01" w:rsidRDefault="00DC2F01" w:rsidP="00DC2F01">
      <w:pPr>
        <w:shd w:val="clear" w:color="auto" w:fill="FFFFFF"/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4. Приведите примеры, того как химическая наука помогает в решении экологических проблем?</w:t>
      </w:r>
    </w:p>
    <w:p w:rsidR="00DC2F01" w:rsidRPr="00DC2F01" w:rsidRDefault="00DC2F01" w:rsidP="00DC2F01">
      <w:pPr>
        <w:spacing w:line="240" w:lineRule="auto"/>
        <w:rPr>
          <w:b/>
          <w:bCs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b/>
          <w:szCs w:val="24"/>
          <w:lang w:val="ru-RU"/>
        </w:rPr>
      </w:pPr>
      <w:r w:rsidRPr="00DC2F01">
        <w:rPr>
          <w:b/>
          <w:bCs/>
          <w:szCs w:val="24"/>
          <w:lang w:val="ru-RU"/>
        </w:rPr>
        <w:t>Раздел 2. Теоретические основы химии</w:t>
      </w: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"Изучение основных классов неорганических соединений"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1.Почему в опыте 1 лакмус изменил окраску?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2.Какими свойствами обладает оксид меди (</w:t>
      </w:r>
      <w:r w:rsidRPr="00CC36CD">
        <w:rPr>
          <w:color w:val="000000"/>
          <w:szCs w:val="24"/>
        </w:rPr>
        <w:t>II</w:t>
      </w:r>
      <w:r w:rsidRPr="00DC2F01">
        <w:rPr>
          <w:color w:val="000000"/>
          <w:szCs w:val="24"/>
          <w:lang w:val="ru-RU"/>
        </w:rPr>
        <w:t>)?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3.Почему гидроксид хрома (</w:t>
      </w:r>
      <w:r w:rsidRPr="00CC36CD">
        <w:rPr>
          <w:color w:val="000000"/>
          <w:szCs w:val="24"/>
        </w:rPr>
        <w:t>III</w:t>
      </w:r>
      <w:r w:rsidRPr="00DC2F01">
        <w:rPr>
          <w:color w:val="000000"/>
          <w:szCs w:val="24"/>
          <w:lang w:val="ru-RU"/>
        </w:rPr>
        <w:t>) растворяется и в кислоте, и в щёлочи?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4.При взаимодействии каких веществ протекает реакция нейтрализации?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5.При каких условиях образуются кислые соли? При каких условиях образуются основные соли?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6.Какая связь существует: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а) между основанием и кислотой;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б) основным оксидом и основанием;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в) металлом и основным оксидом;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г) кислотным оксидом и кислотой;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д) основным оксидом и кислотным оксидом?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7.Какие продукты можно получить при действии серной кислоты: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а) на хлорид натрия;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б) сульфат натрия?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lastRenderedPageBreak/>
        <w:t>8.Какие продукты образуются при взаимодействии гидроксида меди (</w:t>
      </w:r>
      <w:r w:rsidRPr="00CC36CD">
        <w:rPr>
          <w:color w:val="000000"/>
          <w:szCs w:val="24"/>
        </w:rPr>
        <w:t>II</w:t>
      </w:r>
      <w:r w:rsidRPr="00DC2F01">
        <w:rPr>
          <w:color w:val="000000"/>
          <w:szCs w:val="24"/>
          <w:lang w:val="ru-RU"/>
        </w:rPr>
        <w:t>) с 1 молем азотной кислоты? Напишите уравнение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реакции.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9.Назовите соли </w:t>
      </w:r>
      <w:r w:rsidRPr="00CC36CD">
        <w:rPr>
          <w:color w:val="000000"/>
          <w:szCs w:val="24"/>
        </w:rPr>
        <w:t>N</w:t>
      </w:r>
      <w:r w:rsidRPr="00DC2F01">
        <w:rPr>
          <w:color w:val="000000"/>
          <w:szCs w:val="24"/>
          <w:lang w:val="ru-RU"/>
        </w:rPr>
        <w:t>аН</w:t>
      </w:r>
      <w:r w:rsidRPr="00CC36CD">
        <w:rPr>
          <w:color w:val="000000"/>
          <w:szCs w:val="24"/>
        </w:rPr>
        <w:t>S</w:t>
      </w:r>
      <w:r w:rsidRPr="00DC2F01">
        <w:rPr>
          <w:color w:val="000000"/>
          <w:szCs w:val="24"/>
          <w:lang w:val="ru-RU"/>
        </w:rPr>
        <w:t>О</w:t>
      </w:r>
      <w:r w:rsidRPr="00DC2F01">
        <w:rPr>
          <w:color w:val="000000"/>
          <w:szCs w:val="24"/>
          <w:vertAlign w:val="subscript"/>
          <w:lang w:val="ru-RU"/>
        </w:rPr>
        <w:t>4</w:t>
      </w:r>
      <w:r w:rsidRPr="00DC2F01">
        <w:rPr>
          <w:color w:val="000000"/>
          <w:szCs w:val="24"/>
          <w:lang w:val="ru-RU"/>
        </w:rPr>
        <w:t>, М</w:t>
      </w:r>
      <w:r w:rsidRPr="00CC36CD">
        <w:rPr>
          <w:color w:val="000000"/>
          <w:szCs w:val="24"/>
        </w:rPr>
        <w:t>g</w:t>
      </w:r>
      <w:r w:rsidRPr="00DC2F01">
        <w:rPr>
          <w:color w:val="000000"/>
          <w:szCs w:val="24"/>
          <w:lang w:val="ru-RU"/>
        </w:rPr>
        <w:t>ОН</w:t>
      </w:r>
      <w:r w:rsidRPr="00CC36CD">
        <w:rPr>
          <w:color w:val="000000"/>
          <w:szCs w:val="24"/>
        </w:rPr>
        <w:t>NO</w:t>
      </w:r>
      <w:r w:rsidRPr="00DC2F01">
        <w:rPr>
          <w:color w:val="000000"/>
          <w:szCs w:val="24"/>
          <w:vertAlign w:val="subscript"/>
          <w:lang w:val="ru-RU"/>
        </w:rPr>
        <w:t>3</w:t>
      </w:r>
      <w:r w:rsidRPr="00DC2F01">
        <w:rPr>
          <w:color w:val="000000"/>
          <w:szCs w:val="24"/>
          <w:lang w:val="ru-RU"/>
        </w:rPr>
        <w:t>, СаС</w:t>
      </w:r>
      <w:r w:rsidRPr="00CC36CD">
        <w:rPr>
          <w:color w:val="000000"/>
          <w:szCs w:val="24"/>
        </w:rPr>
        <w:t>l</w:t>
      </w:r>
      <w:r w:rsidRPr="00DC2F01">
        <w:rPr>
          <w:color w:val="000000"/>
          <w:szCs w:val="24"/>
          <w:vertAlign w:val="subscript"/>
          <w:lang w:val="ru-RU"/>
        </w:rPr>
        <w:t>2</w:t>
      </w:r>
      <w:r w:rsidRPr="00DC2F01">
        <w:rPr>
          <w:color w:val="000000"/>
          <w:szCs w:val="24"/>
          <w:lang w:val="ru-RU"/>
        </w:rPr>
        <w:t>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10.Какие продукты можно получить при действии серной кислоты: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а) на ортофосфат кальция;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б) сульфат натрия?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Напишите уравнения реакций.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"Определение молярной массы эквивалента металла"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Дайте определение эквивалента вещества.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Что такое эквивалентный объем?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Как определить молярную массу эквивалента простого вещества? сложного вещества?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Какая химическая реакция лежит в основе экспериментального определения молярной массы эквивалента цинка?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Почему при расчетах молярной массы эквивалента цинка учитывается значение парциального давления водорода РН</w:t>
      </w:r>
      <w:r w:rsidRPr="00DC2F01">
        <w:rPr>
          <w:color w:val="000000"/>
          <w:szCs w:val="24"/>
          <w:vertAlign w:val="subscript"/>
          <w:lang w:val="ru-RU"/>
        </w:rPr>
        <w:t>2</w:t>
      </w:r>
      <w:r w:rsidRPr="00DC2F01">
        <w:rPr>
          <w:color w:val="000000"/>
          <w:szCs w:val="24"/>
          <w:lang w:val="ru-RU"/>
        </w:rPr>
        <w:t>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Дайте определение моля эквивалента вещества.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 Как рассчитывают молярные массы эквивалента элемента, оксида, основания, кислоты, соли?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Приведите примеры химических соединений с молярной массой, равной молярной массе эквивалента.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Определите массу трех молей эквивалентов гидроксида натрия.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Какие практические методы определения эквивалента элемента, эквивалента сложного вещества существуют?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"Строение атома и периодическая система химических элементов</w:t>
      </w:r>
      <w:r w:rsidRPr="00DC2F01">
        <w:rPr>
          <w:color w:val="000000"/>
          <w:szCs w:val="24"/>
          <w:lang w:val="ru-RU"/>
        </w:rPr>
        <w:t xml:space="preserve"> Д.И. Менделеева (дискуссия)"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Определите строение атомного ядра, покажите распределение электронов по энергетическим уровням и подуровням для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proofErr w:type="gramStart"/>
      <w:r w:rsidRPr="00DC2F01">
        <w:rPr>
          <w:color w:val="000000"/>
          <w:szCs w:val="24"/>
          <w:lang w:val="ru-RU"/>
        </w:rPr>
        <w:t>элемента</w:t>
      </w:r>
      <w:proofErr w:type="gramEnd"/>
      <w:r w:rsidRPr="00DC2F01">
        <w:rPr>
          <w:color w:val="000000"/>
          <w:szCs w:val="24"/>
          <w:lang w:val="ru-RU"/>
        </w:rPr>
        <w:t xml:space="preserve"> указанного преподавателем;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Укажите квантовые числа формирующего электрона для указанного элемента;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Назовите аналоги электронной структуры элемента по формирующему электрону;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Какова окислительно-восстановительная способность относительно водорода (Н) атомов элемента;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Укажите свойства элементарных частиц, составляющих атом.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Выделяется или поглощается энергия при переходе электрона с третьего энергетического уровня (</w:t>
      </w:r>
      <w:r w:rsidRPr="00CC36CD">
        <w:rPr>
          <w:color w:val="000000"/>
          <w:szCs w:val="24"/>
        </w:rPr>
        <w:t>n</w:t>
      </w:r>
      <w:r w:rsidRPr="00DC2F01">
        <w:rPr>
          <w:color w:val="000000"/>
          <w:szCs w:val="24"/>
          <w:lang w:val="ru-RU"/>
        </w:rPr>
        <w:t>=3) на первый (</w:t>
      </w:r>
      <w:r w:rsidRPr="00CC36CD">
        <w:rPr>
          <w:color w:val="000000"/>
          <w:szCs w:val="24"/>
        </w:rPr>
        <w:t>n</w:t>
      </w:r>
      <w:r w:rsidRPr="00DC2F01">
        <w:rPr>
          <w:color w:val="000000"/>
          <w:szCs w:val="24"/>
          <w:lang w:val="ru-RU"/>
        </w:rPr>
        <w:t>=1).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7. Укажите число атомных орбиталей на: а) </w:t>
      </w:r>
      <w:r w:rsidRPr="00CC36CD">
        <w:rPr>
          <w:color w:val="000000"/>
          <w:szCs w:val="24"/>
        </w:rPr>
        <w:t>s</w:t>
      </w:r>
      <w:r w:rsidRPr="00DC2F01">
        <w:rPr>
          <w:color w:val="000000"/>
          <w:szCs w:val="24"/>
          <w:lang w:val="ru-RU"/>
        </w:rPr>
        <w:t xml:space="preserve">-подуровне, б) р-подуровне, в) </w:t>
      </w:r>
      <w:r w:rsidRPr="00CC36CD">
        <w:rPr>
          <w:color w:val="000000"/>
          <w:szCs w:val="24"/>
        </w:rPr>
        <w:t>d</w:t>
      </w:r>
      <w:r w:rsidRPr="00DC2F01">
        <w:rPr>
          <w:color w:val="000000"/>
          <w:szCs w:val="24"/>
          <w:lang w:val="ru-RU"/>
        </w:rPr>
        <w:t xml:space="preserve">-подуровне, г) </w:t>
      </w:r>
      <w:r w:rsidRPr="00CC36CD">
        <w:rPr>
          <w:color w:val="000000"/>
          <w:szCs w:val="24"/>
        </w:rPr>
        <w:t>f</w:t>
      </w:r>
      <w:r w:rsidRPr="00DC2F01">
        <w:rPr>
          <w:color w:val="000000"/>
          <w:szCs w:val="24"/>
          <w:lang w:val="ru-RU"/>
        </w:rPr>
        <w:t>-подуровне и определите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максимальное число электронов на каждом из подуровней.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8. Возможно ли наличие в атоме двух электронов с одинаковыми значениями трех квантовых чисел: </w:t>
      </w:r>
      <w:r w:rsidRPr="00CC36CD">
        <w:rPr>
          <w:color w:val="000000"/>
          <w:szCs w:val="24"/>
        </w:rPr>
        <w:t>n</w:t>
      </w:r>
      <w:r w:rsidRPr="00DC2F01">
        <w:rPr>
          <w:color w:val="000000"/>
          <w:szCs w:val="24"/>
          <w:lang w:val="ru-RU"/>
        </w:rPr>
        <w:t>, т</w:t>
      </w:r>
      <w:r w:rsidRPr="00CC36CD">
        <w:rPr>
          <w:color w:val="000000"/>
          <w:szCs w:val="24"/>
        </w:rPr>
        <w:t>l</w:t>
      </w:r>
      <w:r w:rsidRPr="00DC2F01">
        <w:rPr>
          <w:color w:val="000000"/>
          <w:szCs w:val="24"/>
          <w:lang w:val="ru-RU"/>
        </w:rPr>
        <w:t xml:space="preserve"> и т</w:t>
      </w:r>
      <w:r w:rsidRPr="00CC36CD">
        <w:rPr>
          <w:color w:val="000000"/>
          <w:szCs w:val="24"/>
        </w:rPr>
        <w:t>s</w:t>
      </w:r>
      <w:r w:rsidRPr="00DC2F01">
        <w:rPr>
          <w:color w:val="000000"/>
          <w:szCs w:val="24"/>
          <w:lang w:val="ru-RU"/>
        </w:rPr>
        <w:t>. Приведите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примеры.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Какие значения магнитного квантового числа характеризуют состояние р-электронов в атоме азота?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"Определение теплового эффекта реакции нейтрализации"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Какой знак имеет стандартная теплота образования: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а) жидкой воды; б) газообразной воды? Какая из указанных величин больше по абсолютному значению? Объясните, почему.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lastRenderedPageBreak/>
        <w:t xml:space="preserve">2. Что показывает энтальпия? 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Какой знак имеет изменение энтальпии в следующих процессах: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а) сгорание водорода;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б) конденсация водяного пара;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в) разложение воды на водород и кислород;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г) замерзание воды?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Указать уравнение каких реакции, является энтальпией образования вещества. Привести примеры.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Для какого вещества энтальпия образования равна нулю? Привести примеры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Какие уравнения называются термохимическими? Приведите примеры.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7.При каких условиях тепловой эффект химической реакции численно равен изменению энтальпии?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8.Для каких измерений используется калориметрическая установка?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9.На что указывает знак </w:t>
      </w:r>
      <w:r>
        <w:rPr>
          <w:color w:val="000000"/>
          <w:szCs w:val="24"/>
        </w:rPr>
        <w:t>Δ</w:t>
      </w:r>
      <w:r w:rsidRPr="00DC2F01">
        <w:rPr>
          <w:color w:val="000000"/>
          <w:szCs w:val="24"/>
          <w:lang w:val="ru-RU"/>
        </w:rPr>
        <w:t>Н в проведенном опыте?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10.Почему тепловые эффекты реакций нейтрализации соляной и азотной кислот гидроксидом калия одинаковы, но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отличаются от теплоты нейтрализации уксусной кислоты? В каком случае теплота нейтрализации больше?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"Определение скорости химической реакции. Изучение химического равновесия."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Напишите в общем виде математическое выражение для расчета скорости реакций.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Каким образом влияет повышение температуры на скорость реакции?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Чему равна константа скорости химической реакции? Каков физический смысл этой величины?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Напишите в общем виде математическое выражение константы химического равновесия.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Приведите примеры реакций, в которых изменение давления влияет на скорость реакции.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В чём заключается кинетическая характеристика химической реакции? Перечислите факторы, от которых она зависит.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 Какая стадия сложной реакции называется лимитирующей?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Какой вид имеет кинетическое уравнение изучаемой в опыте 1 реакции?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Почему в качестве первой точки кривой скорости реакции в первом опыте правомерно использовать точку начала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координат?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Почему графическая зависимость скорости реакции от температуры не может выражаться прямой линией? Используя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уравнение Вант-Гоффа, установите форму линии и обоснуйте, почему нельзя начинать эту линию от начала координат.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"Изучение электролитической диссоциации и реакций в растворах солей"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В чем сущность теории электролитической диссоциации?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Что такое степень электролитической диссоциации?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На какие группы условно делят электролиты по величине степени диссоциации? Приведите примеры представителей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этих групп.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Возможна ли реакция между гидроксидом натрия и хлоридом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калия?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Укажите реакцию среды растворов следующих солей: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а) сульфата натрия;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б) карбоната калия;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lastRenderedPageBreak/>
        <w:t>в) хлорида железа (</w:t>
      </w:r>
      <w:r w:rsidRPr="00CC36CD">
        <w:rPr>
          <w:color w:val="000000"/>
          <w:szCs w:val="24"/>
        </w:rPr>
        <w:t>III</w:t>
      </w:r>
      <w:r w:rsidRPr="00DC2F01">
        <w:rPr>
          <w:color w:val="000000"/>
          <w:szCs w:val="24"/>
          <w:lang w:val="ru-RU"/>
        </w:rPr>
        <w:t>);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г) фторида аммония.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Почему в опыте 1 гидроксид кобальта растворился только в растворе кислоты, а гидроксид хрома (</w:t>
      </w:r>
      <w:r w:rsidRPr="00CC36CD">
        <w:rPr>
          <w:color w:val="000000"/>
          <w:szCs w:val="24"/>
        </w:rPr>
        <w:t>III</w:t>
      </w:r>
      <w:r w:rsidRPr="00DC2F01">
        <w:rPr>
          <w:color w:val="000000"/>
          <w:szCs w:val="24"/>
          <w:lang w:val="ru-RU"/>
        </w:rPr>
        <w:t>) – в растворе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кислоты и в растворе щёлочи? Сделать вывод о характере электролитической диссоциации полученных гидроксидов.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 Почему в опыте 2 произошло изменение окраски индикаторов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в растворах кислоты и основания при добавлении солей?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При каких условиях реакции в растворах электролитов необратимы?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Какую окраску приобретает лакмус в кислой, нейтральной и щелочной средах?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Какие соли не подвергаются гидролизу? Приведите примеры.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"Изучение свойств дисперсных систем" (дискуссия)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1.Общие понятие о дисперсных системах; дисперсионная среда и дисперсная фаза.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2.Классификация дисперсных систем по степени дисперсности, по агрегатному состоянию фаз, по интенсивности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молекулярного, взаимодействия, по наличию структуры.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3.Коллоидно-дисперсные системы. Понятие и способы получение.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4.Структура коллоидных частиц.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5.Физические свойства коллоидных систем.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5.1Оптические свойства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5.2Кинетические свойства.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5.3Кинетическая и агрегативная устойчивость.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5.4Адсорбция.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5.5Поверхностное натяжение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Коллоидные системы в природе, медицине, технике.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"Изучение окислительно-восстановительных реакций"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Какие реакции называются окислительно-восстановительными?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Привидите примеры окислительно-восстановительных реакций.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Какое вещество называется окислителем, а какое – восстановителем? Приведите примеры.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Какой процесс называется окислением, а какой – восстановлением?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Привидите примеры процессов окисления; процессов восстановления.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Объясните, почему сульфит натрия может выступать в ОВР и как окислитель, и как восстановитель.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 Объясните, используя результаты проведенных исследований, как влияет характер среды на процессы восстановления перманганата калия.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Определите, к какому типу относятся окислительно-восстанови-тельные реакции, рассматриваемые в лабораторной работе.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Укажите, атом какого элемента в молекуле нитрата меди в опыте 3 является восстановителем, а какого – окислителем и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почему.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Объясните, используя результаты проведенных исследований, какую функцию могут выполнять органические вещества в ОВР.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"Изучение электрохимических процессов"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Какой процесс называется электролизом?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Какой электрод при электролизе называется катодом, а какой – анодом?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Чем отличаются процессы электролиза, протекающие в растворе и расплаве электролита?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Какие вещества могут восстанавливаться на катоде?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Какие вещества могут окисляться на аноде?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lastRenderedPageBreak/>
        <w:t>6. Объясните, какую роль в окислительно-восстановительных в процессах играет катод, а кукую – анод.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 Почему изменился цвет раствора в катодном и анодном пространстве электролизера при электролизе водных растворов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CC36CD">
        <w:rPr>
          <w:color w:val="000000"/>
          <w:szCs w:val="24"/>
        </w:rPr>
        <w:t>KI</w:t>
      </w:r>
      <w:r w:rsidRPr="00DC2F01">
        <w:rPr>
          <w:color w:val="000000"/>
          <w:szCs w:val="24"/>
          <w:lang w:val="ru-RU"/>
        </w:rPr>
        <w:t xml:space="preserve"> и </w:t>
      </w:r>
      <w:r w:rsidRPr="00CC36CD">
        <w:rPr>
          <w:color w:val="000000"/>
          <w:szCs w:val="24"/>
        </w:rPr>
        <w:t>K</w:t>
      </w:r>
      <w:r w:rsidRPr="00DC2F01">
        <w:rPr>
          <w:color w:val="000000"/>
          <w:szCs w:val="24"/>
          <w:vertAlign w:val="subscript"/>
          <w:lang w:val="ru-RU"/>
        </w:rPr>
        <w:t>2</w:t>
      </w:r>
      <w:r w:rsidRPr="00CC36CD">
        <w:rPr>
          <w:color w:val="000000"/>
          <w:szCs w:val="24"/>
        </w:rPr>
        <w:t>SO</w:t>
      </w:r>
      <w:r w:rsidRPr="00DC2F01">
        <w:rPr>
          <w:color w:val="000000"/>
          <w:szCs w:val="24"/>
          <w:vertAlign w:val="subscript"/>
          <w:lang w:val="ru-RU"/>
        </w:rPr>
        <w:t>4</w:t>
      </w:r>
      <w:r w:rsidRPr="00DC2F01">
        <w:rPr>
          <w:color w:val="000000"/>
          <w:szCs w:val="24"/>
          <w:lang w:val="ru-RU"/>
        </w:rPr>
        <w:t>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Какие электроды называются инертными? Из каких материалов они изготавливаются?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9. На каком электроде при электролизе водного раствора </w:t>
      </w:r>
      <w:r w:rsidRPr="00CC36CD">
        <w:rPr>
          <w:color w:val="000000"/>
          <w:szCs w:val="24"/>
        </w:rPr>
        <w:t>CuSO</w:t>
      </w:r>
      <w:r w:rsidRPr="00DC2F01">
        <w:rPr>
          <w:color w:val="000000"/>
          <w:szCs w:val="24"/>
          <w:lang w:val="ru-RU"/>
        </w:rPr>
        <w:t>4 появляется бурый налет? Что это за вещество?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Объясните, как протекает электролиз с растворимым анодом.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Лабораторная работа "Изучение комплексных соединений"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1.Укажите, каков цвет полученного раствора в опыте 1?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2.Наличием каких ионов (К</w:t>
      </w:r>
      <w:r w:rsidRPr="00DC2F01">
        <w:rPr>
          <w:color w:val="000000"/>
          <w:szCs w:val="24"/>
          <w:vertAlign w:val="superscript"/>
          <w:lang w:val="ru-RU"/>
        </w:rPr>
        <w:t>+</w:t>
      </w:r>
      <w:r w:rsidRPr="00DC2F01">
        <w:rPr>
          <w:color w:val="000000"/>
          <w:szCs w:val="24"/>
          <w:lang w:val="ru-RU"/>
        </w:rPr>
        <w:t xml:space="preserve">, </w:t>
      </w:r>
      <w:r w:rsidRPr="00CC36CD">
        <w:rPr>
          <w:color w:val="000000"/>
          <w:szCs w:val="24"/>
        </w:rPr>
        <w:t>I</w:t>
      </w:r>
      <w:proofErr w:type="gramStart"/>
      <w:r w:rsidRPr="00DC2F01">
        <w:rPr>
          <w:color w:val="000000"/>
          <w:szCs w:val="24"/>
          <w:vertAlign w:val="superscript"/>
          <w:lang w:val="ru-RU"/>
        </w:rPr>
        <w:t>–</w:t>
      </w:r>
      <w:r w:rsidRPr="00DC2F01">
        <w:rPr>
          <w:color w:val="000000"/>
          <w:szCs w:val="24"/>
          <w:lang w:val="ru-RU"/>
        </w:rPr>
        <w:t xml:space="preserve"> ,</w:t>
      </w:r>
      <w:proofErr w:type="gramEnd"/>
      <w:r w:rsidRPr="00DC2F01">
        <w:rPr>
          <w:color w:val="000000"/>
          <w:szCs w:val="24"/>
          <w:lang w:val="ru-RU"/>
        </w:rPr>
        <w:t xml:space="preserve"> </w:t>
      </w:r>
      <w:r w:rsidRPr="00CC36CD">
        <w:rPr>
          <w:color w:val="000000"/>
          <w:szCs w:val="24"/>
        </w:rPr>
        <w:t>Bi</w:t>
      </w:r>
      <w:r w:rsidRPr="00DC2F01">
        <w:rPr>
          <w:color w:val="000000"/>
          <w:szCs w:val="24"/>
          <w:vertAlign w:val="superscript"/>
          <w:lang w:val="ru-RU"/>
        </w:rPr>
        <w:t>3+</w:t>
      </w:r>
      <w:r w:rsidRPr="00DC2F01">
        <w:rPr>
          <w:color w:val="000000"/>
          <w:szCs w:val="24"/>
          <w:lang w:val="ru-RU"/>
        </w:rPr>
        <w:t xml:space="preserve"> ) может быть обусловлена эта окраска?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2. Приведите формулы гидроксокомплексов, полученных в опыте 2. 3. В опыте 3 сравните окраску ионов </w:t>
      </w:r>
      <w:r w:rsidRPr="00CC36CD">
        <w:rPr>
          <w:color w:val="000000"/>
          <w:szCs w:val="24"/>
        </w:rPr>
        <w:t>Ni</w:t>
      </w:r>
      <w:r w:rsidRPr="00DC2F01">
        <w:rPr>
          <w:color w:val="000000"/>
          <w:szCs w:val="24"/>
          <w:vertAlign w:val="superscript"/>
          <w:lang w:val="ru-RU"/>
        </w:rPr>
        <w:t>2+</w:t>
      </w:r>
      <w:r w:rsidRPr="00DC2F01">
        <w:rPr>
          <w:color w:val="000000"/>
          <w:szCs w:val="24"/>
          <w:lang w:val="ru-RU"/>
        </w:rPr>
        <w:t xml:space="preserve"> в растворе сульфата никеля с окраской полученного раствора. Присутствием каких ионов обусловлена окраска раствора?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Приведите формулу комплексного соединения меди, полученного в опыте 4.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Укажите заряды его центрального атома, лигандов, комплексного иона, а также координационное число.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Чем отличается электролитическая диссоциация двойной соли от диссоциации соли, содержащей устойчивый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комплексный ион?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Из каких составных частей состоят комплексные соединения?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 Укажите виды связи в комплексных соединениях.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Что такое координационное число? Приведите примеры.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Напишите по одному примеру катионного, анионного и нейтрального комплексного соединения.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Что показывает константа устойчивости комплексного иона?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b/>
          <w:bCs/>
          <w:szCs w:val="24"/>
          <w:lang w:val="ru-RU"/>
        </w:rPr>
        <w:t>Раздел 3. Химия биогенных элементов. Комплексные соединения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Лабораторная работа ""Биогенные элементы как </w:t>
      </w:r>
      <w:r w:rsidRPr="00CC36CD">
        <w:rPr>
          <w:color w:val="000000"/>
          <w:szCs w:val="24"/>
        </w:rPr>
        <w:t>c</w:t>
      </w:r>
      <w:r w:rsidRPr="00DC2F01">
        <w:rPr>
          <w:color w:val="000000"/>
          <w:szCs w:val="24"/>
          <w:lang w:val="ru-RU"/>
        </w:rPr>
        <w:t>вязующее звено между живой и неживой частями экосистем"</w:t>
      </w:r>
      <w:proofErr w:type="gramStart"/>
      <w:r w:rsidRPr="00DC2F01">
        <w:rPr>
          <w:color w:val="000000"/>
          <w:szCs w:val="24"/>
          <w:lang w:val="ru-RU"/>
        </w:rPr>
        <w:t>" .</w:t>
      </w:r>
      <w:proofErr w:type="gramEnd"/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Вопросы для подготовки к дискуссии.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Содержание химических элементов в земной коре.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Биогенные элементы. Элементы-органогены.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Классификация биогенных элементов.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4. Общая характеристика </w:t>
      </w:r>
      <w:r w:rsidRPr="00CC36CD">
        <w:rPr>
          <w:color w:val="000000"/>
          <w:szCs w:val="24"/>
        </w:rPr>
        <w:t>s</w:t>
      </w:r>
      <w:r w:rsidRPr="00DC2F01">
        <w:rPr>
          <w:color w:val="000000"/>
          <w:szCs w:val="24"/>
          <w:lang w:val="ru-RU"/>
        </w:rPr>
        <w:t>-элементов.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5. Общая характеристика </w:t>
      </w:r>
      <w:r w:rsidRPr="00CC36CD">
        <w:rPr>
          <w:color w:val="000000"/>
          <w:szCs w:val="24"/>
        </w:rPr>
        <w:t>p</w:t>
      </w:r>
      <w:r w:rsidRPr="00DC2F01">
        <w:rPr>
          <w:color w:val="000000"/>
          <w:szCs w:val="24"/>
          <w:lang w:val="ru-RU"/>
        </w:rPr>
        <w:t>-элементов.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6. Общая характеристика </w:t>
      </w:r>
      <w:r w:rsidRPr="00CC36CD">
        <w:rPr>
          <w:color w:val="000000"/>
          <w:szCs w:val="24"/>
        </w:rPr>
        <w:t>d</w:t>
      </w:r>
      <w:r w:rsidRPr="00DC2F01">
        <w:rPr>
          <w:color w:val="000000"/>
          <w:szCs w:val="24"/>
          <w:lang w:val="ru-RU"/>
        </w:rPr>
        <w:t>-элементов.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7. Связь между строением молекул и биологической активностью </w:t>
      </w:r>
      <w:proofErr w:type="gramStart"/>
      <w:r w:rsidRPr="00DC2F01">
        <w:rPr>
          <w:color w:val="000000"/>
          <w:szCs w:val="24"/>
          <w:lang w:val="ru-RU"/>
        </w:rPr>
        <w:t>ве-ществ</w:t>
      </w:r>
      <w:proofErr w:type="gramEnd"/>
      <w:r w:rsidRPr="00DC2F01">
        <w:rPr>
          <w:color w:val="000000"/>
          <w:szCs w:val="24"/>
          <w:lang w:val="ru-RU"/>
        </w:rPr>
        <w:t>. Разобрать на примере таких веществ как хлор,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хлороводород, вода, хлорид натрия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«Металлы жизни». Их влияние на функцию ферментов и гормонов.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Взаимозаменяемость биогенных элементов. «Синергизм» и «антагонизм».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Нарушением химического гомеостаза и его последствия для живых организмов.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12. Биогенная роль натрия, калия, кальция, магния, бора, углерода, </w:t>
      </w:r>
      <w:proofErr w:type="gramStart"/>
      <w:r w:rsidRPr="00DC2F01">
        <w:rPr>
          <w:color w:val="000000"/>
          <w:szCs w:val="24"/>
          <w:lang w:val="ru-RU"/>
        </w:rPr>
        <w:t>крем-ния</w:t>
      </w:r>
      <w:proofErr w:type="gramEnd"/>
      <w:r w:rsidRPr="00DC2F01">
        <w:rPr>
          <w:color w:val="000000"/>
          <w:szCs w:val="24"/>
          <w:lang w:val="ru-RU"/>
        </w:rPr>
        <w:t>, азота, фосфора, серы, кислорода, фтора,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хлора, брома, йода.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Раздел 4. Химико-аналитические методы в экологии</w:t>
      </w: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lastRenderedPageBreak/>
        <w:t xml:space="preserve">Лабораторная работа "Основные правила и приемы </w:t>
      </w:r>
      <w:proofErr w:type="gramStart"/>
      <w:r w:rsidRPr="00DC2F01">
        <w:rPr>
          <w:b/>
          <w:color w:val="000000"/>
          <w:szCs w:val="24"/>
          <w:lang w:val="ru-RU"/>
        </w:rPr>
        <w:t>работы</w:t>
      </w:r>
      <w:proofErr w:type="gramEnd"/>
      <w:r w:rsidRPr="00DC2F01">
        <w:rPr>
          <w:b/>
          <w:color w:val="000000"/>
          <w:szCs w:val="24"/>
          <w:lang w:val="ru-RU"/>
        </w:rPr>
        <w:t xml:space="preserve"> а аналитической лаборатории"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Перечислите основные правила поведения в лаборатории количественного анализа.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Почему в аналитической лаборатории следует находиться только в специальной одежде?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Какие правила необходимо соблюдать при ведении лабораторного журнала?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Почему именно стекло, является основным материалом, используемым для изготовления лабораторной посуды?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Для каких определений можно использовать посуду, изготовленную из полимерных материалов?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Какие существуют правила и приемы подготовки лабораторной посуды к анализу?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 Как следует работать с жидкими реактивами?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Перечислите основные правила работы с твердыми реактивами.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Назовите и охарактеризуйте способы очистки химических реактивов.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Какие типы весов используются в аналитической лаборатории?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11. Перечислите и охарактеризуйте основные метрологические характеристики аналитических весов.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12. Что такое взвешивание?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13. Что представляет собой аналитический разновес? Для какого типа весов он предназначен?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14. Какие правила необходимо соблюдать при использовании разновесов?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15. Какие правила следует соблюдать при взвешивании на аналитических весах?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16. Перечислите факторы, которые необходимо учитывать при взвешивании.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17. Какие принадлежности используются для помещения на чашку весов различных веществ, и от каких свойств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взвешиваемого вещества зависит их выбор?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18. Почему нельзя взвешивать горячие и холодные предметы?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"Гравиметрический анализ".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В чем заключается сущность гравиметрического метода. Назовите его достоинства и недостатки.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Перечислите основные операции гравиметрического анализа в порядке их выполнения.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Что означает термин “взятие навески”?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От чего зависит требуемая масса навески анализируемого вещества и как ее рассчитать? Какова минимальная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масса навески?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Как рассчитывают необходимое количество осадителя?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Зачем применяют избыток осадителя? Как влияют свойства осадителя на величину избытка осадителя?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 Каким образом можно проконтролировать полноту осаждения в гравиметрии?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Что является основным инструментом в гравиметрическом анализе?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Какова цель промывания осадка? Какие приемы промывания существуют?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Чем руководствуются при выборе промывной жидкости для промывания осадков, кристаллических и аморфных?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11. Опишите процедуры фильтрования и промывания осадка. Чем определяется выбор фильтра? Перечислите и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охарактеризуйте марки производимых бумажных фильтров.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12. Что подразумевают под “зольностью” бумажных фильтров? Какие фильтры называют беззольными?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13. Что представляют собой фильтры Шотта, и в каких случаях их используют для гравиметрического анализа?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14. Для каких целей в гравиметрии используют сушильные шкафы и муфельные печи?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lastRenderedPageBreak/>
        <w:t>15. Что представляют собой фарфоровые тигли? На каком этапе гравиметрического анализа их используют?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16. Что представляет собой эксикатор? Каково его назначение в гравиметрии?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17. Каким образом осуществляют взвешивание гравиметрической формы, и что является критерием его завершения?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CC36CD">
        <w:rPr>
          <w:color w:val="000000"/>
          <w:szCs w:val="24"/>
        </w:rPr>
        <w:t>I</w:t>
      </w:r>
      <w:r w:rsidRPr="00DC2F01">
        <w:rPr>
          <w:color w:val="000000"/>
          <w:szCs w:val="24"/>
          <w:lang w:val="ru-RU"/>
        </w:rPr>
        <w:t>. Контрольные вопросы и задания для текущего контроля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Лабораторная работа "Основные правила и приемы </w:t>
      </w:r>
      <w:proofErr w:type="gramStart"/>
      <w:r w:rsidRPr="00DC2F01">
        <w:rPr>
          <w:color w:val="000000"/>
          <w:szCs w:val="24"/>
          <w:lang w:val="ru-RU"/>
        </w:rPr>
        <w:t>работы</w:t>
      </w:r>
      <w:proofErr w:type="gramEnd"/>
      <w:r w:rsidRPr="00DC2F01">
        <w:rPr>
          <w:color w:val="000000"/>
          <w:szCs w:val="24"/>
          <w:lang w:val="ru-RU"/>
        </w:rPr>
        <w:t xml:space="preserve"> а аналитической лаборатории"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Перечислите основные правила поведения в лаборатории количественного анализа.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Почему в аналитической лаборатории следует находиться только в специальной одежде?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Какие правила необходимо соблюдать при ведении лабораторного журнала?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Почему именно стекло, является основным материалом, используемым для изготовления лабораторной посуды?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Для каких определений можно использовать посуду, изготовленную из полимерных материалов?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Какие существуют правила и приемы подготовки лабораторной посуды к анализу?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 Как следует работать с жидкими реактивами?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Перечислите основные правила работы с твердыми реактивами.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Назовите и охарактеризуйте способы очистки химических реактивов.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Какие типы весов используются в аналитической лаборатории?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11. Перечислите и охарактеризуйте основные метрологические характеристики аналитических весов.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12. Что такое взвешивание?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13. Что представляет собой аналитический разновес? Для какого типа весов он предназначен?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14. Какие правила необходимо соблюдать при использовании разновесов?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15. Какие правила следует соблюдать при взвешивании на аналитических весах?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16. Перечислите факторы, которые необходимо учитывать при взвешивании.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17. Какие принадлежности используются для помещения на чашку весов различных веществ, и от каких свойств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взвешиваемого вещества зависит их выбор?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18. Почему нельзя взвешивать горячие и холодные предметы?</w:t>
      </w: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</w:p>
    <w:p w:rsidR="00DC2F01" w:rsidRPr="00DC2F01" w:rsidRDefault="00DC2F01" w:rsidP="00DC2F01">
      <w:pPr>
        <w:spacing w:line="240" w:lineRule="auto"/>
        <w:rPr>
          <w:b/>
          <w:color w:val="000000"/>
          <w:szCs w:val="24"/>
          <w:lang w:val="ru-RU"/>
        </w:rPr>
      </w:pPr>
      <w:r w:rsidRPr="00DC2F01">
        <w:rPr>
          <w:b/>
          <w:color w:val="000000"/>
          <w:szCs w:val="24"/>
          <w:lang w:val="ru-RU"/>
        </w:rPr>
        <w:t>Лабораторная работа "Титриметрический анализ"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1. Титриметрический анализ. Требования к реакциям, применяемым в титриметрическом анализа.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2. Классификация методов титриметрического анализа.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3. Вычисления в титриметрическом методе.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4. Кривые титрования.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5. Метод кислотно-основного титрования. Общая характеристика.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6. Теория индикаторов.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7. Построение кривых титрования в методе кислотно-основного титрования.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8. Буфферное действие.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9. Методы осаждения. Общая характеристика.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10. Способы фиксирования ТЭ в методе осадительного титрования.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11. Построение кривых титрования в методе осадительного титрования.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12. Методы комплекообразования. Общая характеристика.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13. Способы фиксирования ТЭ в методе комплекометрического титрования.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14. Построение кривых титрования в методе комплекометрического титрования.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15. Методы окисления-восстановления. Общая характеристика.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16. Окислительно-восстановительные потенциалы.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17. Направления окислительно-восстановительных реакций.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18. Влияние концентраций реагентов на ход реакций окисления-восстановления.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lastRenderedPageBreak/>
        <w:t>19. Влияние реакции среды на ход реакций окисления-восстановления.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20. Способы фиксирования ТЭ в методе окислительно-восстановительного титрования.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21. Построение кривых титрования в методе окислительно-восстановительного титрования.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22. Мерная посуда и правила работы с мерной посудой.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23. Растворы. Способы выражения концентраций растворов.</w:t>
      </w:r>
    </w:p>
    <w:p w:rsidR="00DC2F01" w:rsidRPr="00DC2F01" w:rsidRDefault="00DC2F01" w:rsidP="00DC2F01">
      <w:pPr>
        <w:spacing w:line="240" w:lineRule="auto"/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24. Способы приготовления стандартных и титрованных растворов.</w:t>
      </w:r>
    </w:p>
    <w:p w:rsidR="00DC2F01" w:rsidRPr="00DC2F01" w:rsidRDefault="00DC2F01" w:rsidP="00DC2F01">
      <w:pPr>
        <w:rPr>
          <w:b/>
          <w:bCs/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>25. Что такое эквивалент вещества, масса эквивалента веще</w:t>
      </w:r>
    </w:p>
    <w:p w:rsidR="00DC2F01" w:rsidRPr="00DC2F01" w:rsidRDefault="00DC2F01" w:rsidP="00DC2F01">
      <w:pPr>
        <w:jc w:val="center"/>
        <w:rPr>
          <w:b/>
          <w:bCs/>
          <w:color w:val="000000"/>
          <w:szCs w:val="24"/>
          <w:lang w:val="ru-RU"/>
        </w:rPr>
      </w:pPr>
    </w:p>
    <w:p w:rsidR="00DC2F01" w:rsidRPr="00DC2F01" w:rsidRDefault="00DC2F01" w:rsidP="00DC2F01">
      <w:pPr>
        <w:ind w:firstLine="360"/>
        <w:jc w:val="center"/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Критерии оценки ответов на вопросы для собеседования</w:t>
      </w:r>
    </w:p>
    <w:p w:rsidR="00DC2F01" w:rsidRPr="00DC2F01" w:rsidRDefault="00DC2F01" w:rsidP="00DC2F01">
      <w:pPr>
        <w:spacing w:line="240" w:lineRule="auto"/>
        <w:ind w:firstLine="360"/>
        <w:jc w:val="center"/>
        <w:rPr>
          <w:b/>
          <w:szCs w:val="24"/>
          <w:lang w:val="ru-RU"/>
        </w:rPr>
      </w:pPr>
    </w:p>
    <w:tbl>
      <w:tblPr>
        <w:tblW w:w="101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471"/>
      </w:tblGrid>
      <w:tr w:rsidR="00DC2F01" w:rsidRPr="008E5BD7" w:rsidTr="00494884">
        <w:tc>
          <w:tcPr>
            <w:tcW w:w="2697" w:type="dxa"/>
            <w:shd w:val="clear" w:color="auto" w:fill="auto"/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Оценка</w:t>
            </w:r>
          </w:p>
        </w:tc>
        <w:tc>
          <w:tcPr>
            <w:tcW w:w="7471" w:type="dxa"/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Критерии</w:t>
            </w:r>
          </w:p>
        </w:tc>
      </w:tr>
      <w:tr w:rsidR="00DC2F01" w:rsidRPr="001B6ED6" w:rsidTr="00494884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зачтено</w:t>
            </w:r>
          </w:p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Обучающийся показывает знание основного материала; при ответе на вопросы не допускает грубых ошибок, возможно испытывает некоторые затруднения в последовательности их изложения; демонстрирует способность применять теоретические знания для анализа практических ситуаций</w:t>
            </w:r>
          </w:p>
        </w:tc>
      </w:tr>
      <w:tr w:rsidR="00DC2F01" w:rsidRPr="001B6ED6" w:rsidTr="00494884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не зачтено</w:t>
            </w:r>
          </w:p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Обучающийся имеет существенные пробелы в знаниях основного учебного материала по дисциплине; не способен аргументированно и последовательно его излагать, допускает грубые ошибки в ответах, неправильно отвечает на задаваемые дополнительные вопросы или затрудняется с ответом.</w:t>
            </w:r>
          </w:p>
        </w:tc>
      </w:tr>
    </w:tbl>
    <w:p w:rsidR="00DC2F01" w:rsidRPr="00DC2F01" w:rsidRDefault="00DC2F01" w:rsidP="00DC2F01">
      <w:pPr>
        <w:jc w:val="center"/>
        <w:rPr>
          <w:b/>
          <w:bCs/>
          <w:color w:val="000000"/>
          <w:szCs w:val="24"/>
          <w:lang w:val="ru-RU"/>
        </w:rPr>
      </w:pPr>
    </w:p>
    <w:p w:rsidR="00DC2F01" w:rsidRPr="00DC2F01" w:rsidRDefault="00DC2F01" w:rsidP="00DC2F01">
      <w:pPr>
        <w:jc w:val="center"/>
        <w:rPr>
          <w:b/>
          <w:bCs/>
          <w:color w:val="000000"/>
          <w:szCs w:val="24"/>
          <w:lang w:val="ru-RU"/>
        </w:rPr>
      </w:pPr>
    </w:p>
    <w:p w:rsidR="00DC2F01" w:rsidRPr="00DC2F01" w:rsidRDefault="00DC2F01" w:rsidP="00DC2F01">
      <w:pPr>
        <w:jc w:val="center"/>
        <w:rPr>
          <w:b/>
          <w:szCs w:val="24"/>
          <w:lang w:val="ru-RU"/>
        </w:rPr>
      </w:pPr>
      <w:proofErr w:type="gramStart"/>
      <w:r w:rsidRPr="00DC2F01">
        <w:rPr>
          <w:b/>
          <w:bCs/>
          <w:color w:val="000000"/>
          <w:szCs w:val="24"/>
          <w:lang w:val="ru-RU"/>
        </w:rPr>
        <w:t>Макет  отчета</w:t>
      </w:r>
      <w:proofErr w:type="gramEnd"/>
      <w:r w:rsidRPr="00DC2F01">
        <w:rPr>
          <w:b/>
          <w:bCs/>
          <w:color w:val="000000"/>
          <w:szCs w:val="24"/>
          <w:lang w:val="ru-RU"/>
        </w:rPr>
        <w:t xml:space="preserve"> по лабораторной работе по </w:t>
      </w:r>
      <w:r w:rsidRPr="00DC2F01">
        <w:rPr>
          <w:b/>
          <w:szCs w:val="24"/>
          <w:lang w:val="ru-RU"/>
        </w:rPr>
        <w:t xml:space="preserve">дисциплине  </w:t>
      </w:r>
    </w:p>
    <w:p w:rsidR="00DC2F01" w:rsidRPr="00DC2F01" w:rsidRDefault="00DC2F01" w:rsidP="00DC2F01">
      <w:pPr>
        <w:jc w:val="center"/>
        <w:rPr>
          <w:b/>
          <w:szCs w:val="24"/>
          <w:lang w:val="ru-RU"/>
        </w:rPr>
      </w:pPr>
      <w:r w:rsidRPr="00DC2F01">
        <w:rPr>
          <w:b/>
          <w:szCs w:val="24"/>
          <w:u w:val="single"/>
          <w:lang w:val="ru-RU"/>
        </w:rPr>
        <w:t>Б</w:t>
      </w:r>
      <w:proofErr w:type="gramStart"/>
      <w:r w:rsidRPr="00DC2F01">
        <w:rPr>
          <w:b/>
          <w:szCs w:val="24"/>
          <w:u w:val="single"/>
          <w:lang w:val="ru-RU"/>
        </w:rPr>
        <w:t>1.О.</w:t>
      </w:r>
      <w:proofErr w:type="gramEnd"/>
      <w:r w:rsidRPr="00DC2F01">
        <w:rPr>
          <w:b/>
          <w:szCs w:val="24"/>
          <w:u w:val="single"/>
          <w:lang w:val="ru-RU"/>
        </w:rPr>
        <w:t xml:space="preserve"> 06.02 Химические основы экологии</w:t>
      </w:r>
    </w:p>
    <w:p w:rsidR="00DC2F01" w:rsidRPr="00DC2F01" w:rsidRDefault="00DC2F01" w:rsidP="00DC2F01">
      <w:pPr>
        <w:jc w:val="center"/>
        <w:rPr>
          <w:b/>
          <w:bCs/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Результаты лабораторной работы оформляются </w:t>
      </w:r>
      <w:proofErr w:type="gramStart"/>
      <w:r w:rsidRPr="00DC2F01">
        <w:rPr>
          <w:color w:val="000000"/>
          <w:szCs w:val="24"/>
          <w:lang w:val="ru-RU"/>
        </w:rPr>
        <w:t>обучающимся  в</w:t>
      </w:r>
      <w:proofErr w:type="gramEnd"/>
      <w:r w:rsidRPr="00DC2F01">
        <w:rPr>
          <w:color w:val="000000"/>
          <w:szCs w:val="24"/>
          <w:lang w:val="ru-RU"/>
        </w:rPr>
        <w:t xml:space="preserve"> печатном или рукописном виде по следующей форме: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Лабораторная работа № _____ «___________________________»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(название работы)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Оснащение: ____________________________________________________________________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(указать используемые прибор или лабораторное оборудование, химические реактивы)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Объект исследования: ____________________________________________________________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(указать и охарактеризовать химическую систему, на примере которой рассматривается определённый процесс, названия химических веществ, их справочные физико-химические характеристики, необходимые в рамках рассматриваемой темы)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Ход работы: _____________________________________________________________________ (Описать ход работы с указанием условий проведения и последовательности действий. Описание должно быть кратким, но таким, чтобы по нему можно было воспроизвести эксперимент).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Алгоритм действий: _____________________________________________________________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(представить краткий алгоритм в виде схемы с использованием обозначений величин)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Уравнение реакции: _____________________________________________________________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(записать уравнения химических реакций при необходимости)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Наблюдения: ___________________________________________________________________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(описать полученный результат – изменение окраски, выпадение осадка, выделение газа и т.п.)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Пример расчёта: _________________________________________________________________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(представить с выводом единиц измерения расчётных величин)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Нарисовать график: ______________________________________________________________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(представить на миллиметровой бумаге графическую зависимость с указанием обозначений и единиц измерения величин на осях)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Вывод: ____________________________________________________________________ </w:t>
      </w:r>
    </w:p>
    <w:p w:rsidR="00DC2F01" w:rsidRPr="00DC2F01" w:rsidRDefault="00DC2F01" w:rsidP="00DC2F01">
      <w:pPr>
        <w:rPr>
          <w:color w:val="000000"/>
          <w:szCs w:val="24"/>
          <w:lang w:val="ru-RU"/>
        </w:rPr>
      </w:pPr>
      <w:r w:rsidRPr="00DC2F01">
        <w:rPr>
          <w:color w:val="000000"/>
          <w:szCs w:val="24"/>
          <w:lang w:val="ru-RU"/>
        </w:rPr>
        <w:t xml:space="preserve">(указать, на основании каких экспериментально полученных значений определены физико-химические параметры систем (какие и с какой погрешностью); какие теоретические положения (законы, закономерности) получили экспериментальное подтверждение) </w:t>
      </w:r>
    </w:p>
    <w:p w:rsidR="00DC2F01" w:rsidRPr="00DC2F01" w:rsidRDefault="00DC2F01" w:rsidP="00DC2F01">
      <w:pPr>
        <w:rPr>
          <w:b/>
          <w:bCs/>
          <w:i/>
          <w:iCs/>
          <w:color w:val="000000"/>
          <w:szCs w:val="24"/>
          <w:lang w:val="ru-RU"/>
        </w:rPr>
      </w:pPr>
    </w:p>
    <w:p w:rsidR="00DC2F01" w:rsidRPr="00DC2F01" w:rsidRDefault="00DC2F01" w:rsidP="00DC2F01">
      <w:pPr>
        <w:ind w:firstLine="360"/>
        <w:jc w:val="center"/>
        <w:rPr>
          <w:szCs w:val="24"/>
          <w:lang w:val="ru-RU"/>
        </w:rPr>
      </w:pPr>
    </w:p>
    <w:p w:rsidR="00DC2F01" w:rsidRPr="00DC2F01" w:rsidRDefault="00DC2F01" w:rsidP="00DC2F01">
      <w:pPr>
        <w:ind w:firstLine="360"/>
        <w:jc w:val="center"/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Критерии оценки отчета по лабораторной работе</w:t>
      </w:r>
    </w:p>
    <w:p w:rsidR="00DC2F01" w:rsidRPr="00DC2F01" w:rsidRDefault="00DC2F01" w:rsidP="00DC2F01">
      <w:pPr>
        <w:ind w:firstLine="360"/>
        <w:jc w:val="center"/>
        <w:rPr>
          <w:szCs w:val="24"/>
          <w:lang w:val="ru-RU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DC2F01" w:rsidRPr="00CD4E3C" w:rsidTr="00494884">
        <w:tc>
          <w:tcPr>
            <w:tcW w:w="2697" w:type="dxa"/>
            <w:shd w:val="clear" w:color="auto" w:fill="auto"/>
            <w:vAlign w:val="center"/>
          </w:tcPr>
          <w:p w:rsidR="00DC2F01" w:rsidRPr="00CD4E3C" w:rsidRDefault="00DC2F01" w:rsidP="00494884">
            <w:pPr>
              <w:jc w:val="center"/>
              <w:rPr>
                <w:b/>
                <w:szCs w:val="24"/>
              </w:rPr>
            </w:pPr>
            <w:r w:rsidRPr="00CD4E3C">
              <w:rPr>
                <w:b/>
                <w:szCs w:val="24"/>
              </w:rPr>
              <w:t>Оценка</w:t>
            </w:r>
          </w:p>
        </w:tc>
        <w:tc>
          <w:tcPr>
            <w:tcW w:w="7203" w:type="dxa"/>
            <w:shd w:val="clear" w:color="auto" w:fill="auto"/>
            <w:vAlign w:val="center"/>
          </w:tcPr>
          <w:p w:rsidR="00DC2F01" w:rsidRPr="00CD4E3C" w:rsidRDefault="00DC2F01" w:rsidP="00494884">
            <w:pPr>
              <w:jc w:val="center"/>
              <w:rPr>
                <w:b/>
                <w:szCs w:val="24"/>
              </w:rPr>
            </w:pPr>
            <w:r w:rsidRPr="00CD4E3C">
              <w:rPr>
                <w:b/>
                <w:szCs w:val="24"/>
              </w:rPr>
              <w:t>Критерии</w:t>
            </w:r>
          </w:p>
        </w:tc>
      </w:tr>
      <w:tr w:rsidR="00DC2F01" w:rsidRPr="001B6ED6" w:rsidTr="00494884">
        <w:tc>
          <w:tcPr>
            <w:tcW w:w="2697" w:type="dxa"/>
            <w:shd w:val="clear" w:color="auto" w:fill="auto"/>
          </w:tcPr>
          <w:p w:rsidR="00DC2F01" w:rsidRPr="00CD4E3C" w:rsidRDefault="00DC2F01" w:rsidP="00494884">
            <w:pPr>
              <w:jc w:val="center"/>
              <w:rPr>
                <w:szCs w:val="24"/>
              </w:rPr>
            </w:pPr>
            <w:r w:rsidRPr="00CD4E3C">
              <w:rPr>
                <w:szCs w:val="24"/>
              </w:rPr>
              <w:t>зачтено</w:t>
            </w:r>
          </w:p>
        </w:tc>
        <w:tc>
          <w:tcPr>
            <w:tcW w:w="7203" w:type="dxa"/>
            <w:shd w:val="clear" w:color="auto" w:fill="auto"/>
          </w:tcPr>
          <w:p w:rsidR="00DC2F01" w:rsidRPr="00DC2F01" w:rsidRDefault="00DC2F01" w:rsidP="00494884">
            <w:pPr>
              <w:rPr>
                <w:color w:val="000000"/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 xml:space="preserve">отчет полностью отвечает предъявляемым требованиям. 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</w:tc>
      </w:tr>
      <w:tr w:rsidR="00DC2F01" w:rsidRPr="00CD4E3C" w:rsidTr="00494884">
        <w:tc>
          <w:tcPr>
            <w:tcW w:w="2697" w:type="dxa"/>
            <w:shd w:val="clear" w:color="auto" w:fill="auto"/>
          </w:tcPr>
          <w:p w:rsidR="00DC2F01" w:rsidRPr="00CD4E3C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н</w:t>
            </w:r>
            <w:r w:rsidRPr="00CD4E3C">
              <w:rPr>
                <w:szCs w:val="24"/>
              </w:rPr>
              <w:t>е</w:t>
            </w:r>
            <w:r>
              <w:rPr>
                <w:szCs w:val="24"/>
              </w:rPr>
              <w:t xml:space="preserve"> </w:t>
            </w:r>
            <w:r w:rsidRPr="00CD4E3C">
              <w:rPr>
                <w:szCs w:val="24"/>
              </w:rPr>
              <w:t>зачтено</w:t>
            </w:r>
          </w:p>
        </w:tc>
        <w:tc>
          <w:tcPr>
            <w:tcW w:w="7203" w:type="dxa"/>
            <w:shd w:val="clear" w:color="auto" w:fill="auto"/>
          </w:tcPr>
          <w:p w:rsidR="00DC2F01" w:rsidRPr="00CD4E3C" w:rsidRDefault="00DC2F01" w:rsidP="00494884">
            <w:pPr>
              <w:rPr>
                <w:szCs w:val="24"/>
              </w:rPr>
            </w:pPr>
            <w:r w:rsidRPr="00DC2F01">
              <w:rPr>
                <w:color w:val="000000"/>
                <w:szCs w:val="24"/>
                <w:lang w:val="ru-RU"/>
              </w:rPr>
              <w:t xml:space="preserve">отчет частично или полностью не отвечает предъявляемым требованиям. </w:t>
            </w:r>
            <w:r w:rsidRPr="00CD4E3C">
              <w:rPr>
                <w:color w:val="000000"/>
                <w:szCs w:val="24"/>
              </w:rPr>
              <w:t>В этом случае отчет отправляется на доработку.</w:t>
            </w:r>
          </w:p>
        </w:tc>
      </w:tr>
    </w:tbl>
    <w:p w:rsidR="00DC2F01" w:rsidRPr="00A55EE6" w:rsidRDefault="00DC2F01" w:rsidP="00DC2F01">
      <w:pPr>
        <w:rPr>
          <w:szCs w:val="24"/>
        </w:rPr>
      </w:pPr>
    </w:p>
    <w:p w:rsidR="00DC2F01" w:rsidRDefault="00DC2F01" w:rsidP="00DC2F01"/>
    <w:p w:rsidR="00DC2F01" w:rsidRDefault="00DC2F01" w:rsidP="00DC2F01">
      <w:pPr>
        <w:rPr>
          <w:szCs w:val="24"/>
        </w:rPr>
      </w:pPr>
    </w:p>
    <w:p w:rsidR="00DC2F01" w:rsidRPr="0080580E" w:rsidRDefault="00DC2F01" w:rsidP="00DC2F01">
      <w:pPr>
        <w:rPr>
          <w:szCs w:val="24"/>
        </w:rPr>
      </w:pPr>
      <w:r>
        <w:rPr>
          <w:szCs w:val="24"/>
        </w:rPr>
        <w:t>Составитель</w:t>
      </w:r>
      <w:r w:rsidRPr="0080580E">
        <w:rPr>
          <w:szCs w:val="24"/>
        </w:rPr>
        <w:t>:</w:t>
      </w: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szCs w:val="24"/>
          <w:lang w:val="ru-RU"/>
        </w:rPr>
        <w:t>1. С.Ф. Лапина, доцент каф. ЭБЖиФ, к.фарм.н.             _______________________</w:t>
      </w:r>
    </w:p>
    <w:p w:rsidR="00DC2F01" w:rsidRPr="00DC2F01" w:rsidRDefault="00DC2F01" w:rsidP="00DC2F01">
      <w:pPr>
        <w:rPr>
          <w:b/>
          <w:lang w:val="ru-RU"/>
        </w:rPr>
      </w:pP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szCs w:val="24"/>
          <w:lang w:val="ru-RU"/>
        </w:rPr>
        <w:t>«03» декабря 2025</w:t>
      </w: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jc w:val="center"/>
        <w:rPr>
          <w:b/>
          <w:sz w:val="28"/>
          <w:szCs w:val="28"/>
          <w:u w:val="single"/>
          <w:lang w:val="ru-RU"/>
        </w:rPr>
      </w:pPr>
      <w:r w:rsidRPr="00DC2F01">
        <w:rPr>
          <w:b/>
          <w:sz w:val="28"/>
          <w:szCs w:val="28"/>
          <w:u w:val="single"/>
          <w:lang w:val="ru-RU"/>
        </w:rPr>
        <w:t>Комплект оценочных средств для промежуточной аттестации</w:t>
      </w: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widowControl w:val="0"/>
        <w:ind w:firstLine="708"/>
        <w:jc w:val="center"/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Экзаменационные вопросы по дисциплине</w:t>
      </w:r>
    </w:p>
    <w:p w:rsidR="00DC2F01" w:rsidRPr="00DC2F01" w:rsidRDefault="00DC2F01" w:rsidP="00DC2F01">
      <w:pPr>
        <w:widowControl w:val="0"/>
        <w:ind w:firstLine="708"/>
        <w:jc w:val="center"/>
        <w:rPr>
          <w:b/>
          <w:szCs w:val="24"/>
          <w:lang w:val="ru-RU"/>
        </w:rPr>
      </w:pPr>
      <w:r w:rsidRPr="00DC2F01">
        <w:rPr>
          <w:b/>
          <w:szCs w:val="24"/>
          <w:u w:val="single"/>
          <w:lang w:val="ru-RU"/>
        </w:rPr>
        <w:t>Б</w:t>
      </w:r>
      <w:proofErr w:type="gramStart"/>
      <w:r w:rsidRPr="00DC2F01">
        <w:rPr>
          <w:b/>
          <w:szCs w:val="24"/>
          <w:u w:val="single"/>
          <w:lang w:val="ru-RU"/>
        </w:rPr>
        <w:t>1.О.</w:t>
      </w:r>
      <w:proofErr w:type="gramEnd"/>
      <w:r w:rsidRPr="00DC2F01">
        <w:rPr>
          <w:b/>
          <w:szCs w:val="24"/>
          <w:u w:val="single"/>
          <w:lang w:val="ru-RU"/>
        </w:rPr>
        <w:t>06.02 Химические основы экологии</w:t>
      </w:r>
    </w:p>
    <w:p w:rsidR="00DC2F01" w:rsidRPr="00DC2F01" w:rsidRDefault="00DC2F01" w:rsidP="00DC2F01">
      <w:pPr>
        <w:rPr>
          <w:szCs w:val="24"/>
          <w:lang w:val="ru-RU"/>
        </w:rPr>
      </w:pPr>
    </w:p>
    <w:p w:rsidR="00DC2F01" w:rsidRPr="00DC2F01" w:rsidRDefault="00DC2F01" w:rsidP="00DC2F01">
      <w:pPr>
        <w:rPr>
          <w:szCs w:val="24"/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371"/>
      </w:tblGrid>
      <w:tr w:rsidR="00DC2F01" w:rsidRPr="008E5BD7" w:rsidTr="00494884">
        <w:trPr>
          <w:trHeight w:val="152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 xml:space="preserve">№ и наименование </w:t>
            </w:r>
          </w:p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раздела</w:t>
            </w:r>
          </w:p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i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ЭКЗАМЕНАЦИОННЫЕ ВОПРОСЫ</w:t>
            </w:r>
          </w:p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</w:tr>
      <w:tr w:rsidR="00DC2F01" w:rsidRPr="008E5BD7" w:rsidTr="00494884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2</w:t>
            </w:r>
          </w:p>
        </w:tc>
      </w:tr>
      <w:tr w:rsidR="00DC2F01" w:rsidRPr="001B6ED6" w:rsidTr="00494884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E5BD7" w:rsidRDefault="00DC2F01" w:rsidP="00494884">
            <w:pPr>
              <w:widowControl w:val="0"/>
              <w:spacing w:line="240" w:lineRule="auto"/>
              <w:rPr>
                <w:szCs w:val="24"/>
              </w:rPr>
            </w:pPr>
            <w:r w:rsidRPr="008E5BD7">
              <w:rPr>
                <w:szCs w:val="24"/>
              </w:rPr>
              <w:t>1 Введение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1.1. Химия как основа научно-технического прогресса.</w:t>
            </w:r>
          </w:p>
          <w:p w:rsidR="00DC2F01" w:rsidRPr="00DC2F01" w:rsidRDefault="00DC2F01" w:rsidP="00494884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1.2 Роль химической науки в решении экологических проблем.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E5BD7" w:rsidRDefault="00DC2F01" w:rsidP="00494884">
            <w:pPr>
              <w:widowControl w:val="0"/>
              <w:spacing w:line="240" w:lineRule="auto"/>
              <w:rPr>
                <w:szCs w:val="24"/>
              </w:rPr>
            </w:pPr>
            <w:r w:rsidRPr="008E5BD7">
              <w:rPr>
                <w:b/>
                <w:szCs w:val="24"/>
              </w:rPr>
              <w:t>2.</w:t>
            </w:r>
            <w:r w:rsidRPr="008E5BD7">
              <w:rPr>
                <w:szCs w:val="24"/>
              </w:rPr>
              <w:t xml:space="preserve"> Теоретические основы химии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2.1. Основные классы неорганических соединений.</w:t>
            </w:r>
          </w:p>
          <w:p w:rsidR="00DC2F01" w:rsidRPr="00DC2F01" w:rsidRDefault="00DC2F01" w:rsidP="00494884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</w:t>
            </w:r>
            <w:proofErr w:type="gramStart"/>
            <w:r w:rsidRPr="00DC2F01">
              <w:rPr>
                <w:color w:val="000000"/>
                <w:szCs w:val="24"/>
                <w:lang w:val="ru-RU"/>
              </w:rPr>
              <w:t>2.Атом</w:t>
            </w:r>
            <w:proofErr w:type="gramEnd"/>
            <w:r w:rsidRPr="00DC2F01">
              <w:rPr>
                <w:color w:val="000000"/>
                <w:szCs w:val="24"/>
                <w:lang w:val="ru-RU"/>
              </w:rPr>
              <w:t>. Атомно-молекулярное учение. Структура атома. Энергетические характеристики атома.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2.3. Квантово-механическая теория строения атома. Квантовые числа.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2.4. Формирование электронной оболочки атома. Принцип минимума энергии, принцип Паули, правило Хунда, правило Клечковского.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2.5. Периодический закон и периодическая система Д.И. Менделеева. Значение. Строения.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 xml:space="preserve">2.6. Электронная конфигурация атома и периодическая система. </w:t>
            </w:r>
            <w:r w:rsidRPr="00DC2F01">
              <w:rPr>
                <w:color w:val="000000"/>
                <w:szCs w:val="24"/>
                <w:lang w:val="ru-RU"/>
              </w:rPr>
              <w:lastRenderedPageBreak/>
              <w:t>Изменение свойств элементов в периодах и группах.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2.7. Типы химической связи. Валентность. Основные характеристики химической связи (длина, энергия, валентные углы).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2.8. Ионная связь. Структура ионных соединений.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2.9. Ковалентная связь. Свойства ковалентной связи: полярность, направленность, насыщяемость.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2.10. Химические системы. Термодинамические параметры и термодинамические функции.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2.11. Внутренняя энергия. Первый закон термодинамики. Энтальпия. Изменение энтальпии в эндо- и экзотермических реакциях.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2.12. Основные законы термохимии. Закон Гесса. Следствие из него. Энтальпия образования химических соединений.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2.13. Понятие об энтропии. Изменение энтропии при химических реакциях и фазовых переходах.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2.14. Энергия Гиббса реакции. Направленность химических процессов.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2.15. Гомогенные и гетерогенные системы. Скорость гомогенной и гетерогенной реакции. Факторы, влияющие на скорость химической реакции.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 xml:space="preserve">2.16. </w:t>
            </w:r>
            <w:r w:rsidRPr="008E5BD7">
              <w:rPr>
                <w:color w:val="000000"/>
                <w:szCs w:val="24"/>
              </w:rPr>
              <w:t>C</w:t>
            </w:r>
            <w:r w:rsidRPr="00DC2F01">
              <w:rPr>
                <w:color w:val="000000"/>
                <w:szCs w:val="24"/>
                <w:lang w:val="ru-RU"/>
              </w:rPr>
              <w:t>корость химической реакции. Закон действия масс для гомогенной и гетерогенной реакции.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2.17. Влияние температуры на скорость химической реакции. Правило Вант-Гоффа.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2.18. Катализ. Гомогенный и гетерогенный катализ.</w:t>
            </w:r>
          </w:p>
          <w:p w:rsidR="00DC2F01" w:rsidRPr="00DC2F01" w:rsidRDefault="00DC2F01" w:rsidP="00494884">
            <w:pPr>
              <w:widowControl w:val="0"/>
              <w:spacing w:line="240" w:lineRule="auto"/>
              <w:rPr>
                <w:color w:val="000000"/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2.19. Обратимые и необратимые химические реакции. Химическое равновесие. Константа равновесия.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2.20. Направление смещения равновесия. Принцип Ле-Шателье.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2.21. Растворы, как гомогенные системы. Процесс растворения, растворимость.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2.22. Способы выражения концентраций растворов.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2.23. Свойства идеальных растворов. Осмос. Осмотическое давление. Закон Вант-Гоффа.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2.24. Свойства идеальных растворов. Давление насыщенного пара над раствором. Закон Рауля. Следствия из закона Рауля.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2.25. Растворы электролитов. Отклонение от закона Рауля и Вант-Гоффа. Изотонический коэффициент.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2.26. Теория электролитическая диссоциации.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2.27. Степень диссоциации. Сильные и слабые электролиты.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2.28. Константа диссоциации. Закон разбавления Оствальда.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2.29. Электролитическая диссоциация воды. Ионное произведение воды. Водородный показатель.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2.30. Гидролиз солей. Типы гидролиза. Степень гидролиза. Константа гидролиза.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2.31. Дисперсные системы, их классификация.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2.32. Коллоидные растворы. Образование коллоидных растворов.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2.33. Свойства коллоидных растворов (оптические, кинетические, электрические, адсорбция, поверхностное натяжение).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2.34. Окислительно-восстановительные реакции. Степень окисления. Важнейшие окислители и восстановители.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2.35. Окислительно-восстановительные реакции. Типы ОВР.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 xml:space="preserve">2.36. Составление уравнений окислительно-восстановительных </w:t>
            </w:r>
            <w:r w:rsidRPr="00DC2F01">
              <w:rPr>
                <w:color w:val="000000"/>
                <w:szCs w:val="24"/>
                <w:lang w:val="ru-RU"/>
              </w:rPr>
              <w:lastRenderedPageBreak/>
              <w:t>реакций (метод электронного баланса).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2.37. Электродный потенциал. Уравнение Нернста.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2.38. Химические источники электрического тока (гальванические элементы, аккумуляторы).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2.39. Коррозия металлов.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2.40. Способы защиты от коррозии.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2.41. Электролиз. Законы электролиза. Применение электролиза.</w:t>
            </w:r>
          </w:p>
          <w:p w:rsidR="00DC2F01" w:rsidRPr="00DC2F01" w:rsidRDefault="00DC2F01" w:rsidP="00494884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2.42. Электролиз растворов, расплавов. Анодные и катодные процессы.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lastRenderedPageBreak/>
              <w:t>3. Химия биогенных элементов. Комплексные соединения.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3.1. Понятие о биогенности химических элементов. Классификация и распространенность химических элементов в организме человека и в окружающей среде.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3.2. Закономерности распределения биогенных элементов по </w:t>
            </w:r>
            <w:r w:rsidRPr="008E5BD7">
              <w:rPr>
                <w:szCs w:val="24"/>
              </w:rPr>
              <w:t>s</w:t>
            </w:r>
            <w:r w:rsidRPr="00DC2F01">
              <w:rPr>
                <w:szCs w:val="24"/>
                <w:lang w:val="ru-RU"/>
              </w:rPr>
              <w:t xml:space="preserve">-, </w:t>
            </w:r>
            <w:r w:rsidRPr="008E5BD7">
              <w:rPr>
                <w:szCs w:val="24"/>
              </w:rPr>
              <w:t>p</w:t>
            </w:r>
            <w:r w:rsidRPr="00DC2F01">
              <w:rPr>
                <w:szCs w:val="24"/>
                <w:lang w:val="ru-RU"/>
              </w:rPr>
              <w:t xml:space="preserve">-, </w:t>
            </w:r>
            <w:r w:rsidRPr="008E5BD7">
              <w:rPr>
                <w:szCs w:val="24"/>
              </w:rPr>
              <w:t>d</w:t>
            </w:r>
            <w:r w:rsidRPr="00DC2F01">
              <w:rPr>
                <w:szCs w:val="24"/>
                <w:lang w:val="ru-RU"/>
              </w:rPr>
              <w:t xml:space="preserve">-, </w:t>
            </w:r>
            <w:r w:rsidRPr="008E5BD7">
              <w:rPr>
                <w:szCs w:val="24"/>
              </w:rPr>
              <w:t>f</w:t>
            </w:r>
            <w:r w:rsidRPr="00DC2F01">
              <w:rPr>
                <w:szCs w:val="24"/>
                <w:lang w:val="ru-RU"/>
              </w:rPr>
              <w:t>- блокам Периодической системы Д.И. Менделеева. Биологическое значение химических элементов в организме человека, животных и растений.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3.3. Элементы-органогены.  Строение атомов, основные валентные состояния и характерные особенности образуемых соединений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3.4. Представление о комплексных соединениях: </w:t>
            </w:r>
            <w:proofErr w:type="gramStart"/>
            <w:r w:rsidRPr="00DC2F01">
              <w:rPr>
                <w:szCs w:val="24"/>
                <w:lang w:val="ru-RU"/>
              </w:rPr>
              <w:t>строение,  изомерия</w:t>
            </w:r>
            <w:proofErr w:type="gramEnd"/>
            <w:r w:rsidRPr="00DC2F01">
              <w:rPr>
                <w:szCs w:val="24"/>
                <w:lang w:val="ru-RU"/>
              </w:rPr>
              <w:t>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3.5. Классификация и характерные свойства комплексных соединений.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3.6. Комплексообразующая способность </w:t>
            </w:r>
            <w:r w:rsidRPr="008E5BD7">
              <w:rPr>
                <w:szCs w:val="24"/>
              </w:rPr>
              <w:t>s</w:t>
            </w:r>
            <w:r w:rsidRPr="00DC2F01">
              <w:rPr>
                <w:szCs w:val="24"/>
                <w:lang w:val="ru-RU"/>
              </w:rPr>
              <w:t xml:space="preserve">-, </w:t>
            </w:r>
            <w:r w:rsidRPr="008E5BD7">
              <w:rPr>
                <w:szCs w:val="24"/>
              </w:rPr>
              <w:t>p</w:t>
            </w:r>
            <w:r w:rsidRPr="00DC2F01">
              <w:rPr>
                <w:szCs w:val="24"/>
                <w:lang w:val="ru-RU"/>
              </w:rPr>
              <w:t xml:space="preserve">-, </w:t>
            </w:r>
            <w:r w:rsidRPr="008E5BD7">
              <w:rPr>
                <w:szCs w:val="24"/>
              </w:rPr>
              <w:t>d</w:t>
            </w:r>
            <w:r w:rsidRPr="00DC2F01">
              <w:rPr>
                <w:szCs w:val="24"/>
                <w:lang w:val="ru-RU"/>
              </w:rPr>
              <w:t>-элементов.</w:t>
            </w:r>
          </w:p>
          <w:p w:rsidR="00DC2F01" w:rsidRPr="00DC2F01" w:rsidRDefault="00DC2F01" w:rsidP="00494884">
            <w:pPr>
              <w:spacing w:line="240" w:lineRule="auto"/>
              <w:rPr>
                <w:color w:val="000000"/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322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widowControl w:val="0"/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4. Химико-аналитические методы в экологии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4.1. Аналитический процесс. Стандартная схема процесса анализа.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4.2. Основные понятия аналитической химии (химический анализ вещества, принцип анализа, метод анализа, методика анализа и т.д.)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4.3. Мерная посуда и правила работы с мерной посудой.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4.4. Химическая посуда способы подготовки химической посуды.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4.5. Химические реактивы и их классификация.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4.6. Аналитические и технические весы. Техника взвешивания на аналитических весах.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4.7. Основные типы реакций, используемых в аналитической химии.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4.8. Аналитические признаки веществ и аналитические реакции.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4.9. Типы аналитических реакций и реагентов. Характеристики чувствительности аналитических реакций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4.10. Погрешности (ошибки) количественного анализа.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4.11. Значащие цифры. Правила округления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4.12. Вычисления в количественном анализе.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4.13. Метрологические характеристики количественного анализа.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4.14. Качественный химический анализ. Общие положения.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4.15. Аналитическая классификация катионов по группам.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4.16. Аналитическая классификация анионов по группам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4.17. Сущность гравиметрического (весового) анализа. Классификация методов гравиметрического анализа.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4.18. Техника общих операций в гравиметрическом анализе.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4.19. Понятие весовой и формы. Требования, предъявляемые к весовой форме.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4.20. Понятие осаждаемой формы. Требования, предъявляемые к осаждаемой формам.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>4.21. Равновесие в системе осадок-раствор. Правило произведения растворимости. Привести примеры.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4.22. Расчет количества осадителя.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4.23. Влияние различных факторов на растворимость осадка.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4.24. Условия образования и свойства осадков аморфных осадков.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4.25. Условия образования и свойства осадков кристаллических осадков.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4.26. Гравиметрический фактор. Физический смысл гравиметрического фактора.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4.27. Основные виды расчетов в гравиметрическом анализе.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4.28. Титриметрический анализ. Требования к реакциям, применяемым в титриметрическом анализа.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4.29. Способы приготовления стандартных и титрованных растворов.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4.30. Способы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4.30. Классификация методов титриметрического анализа.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4.31. Способы титрования и способы фиксирования ТЭ, в методе кислотно-основного титрования.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4.32. Виды кривых титрования: логарифмические кривые.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4.33. Виды кривых титрования: линейные кривые.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4.34. Метод кислотно-основного титрования. Общая характеристика.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4.35. Индикаторы в методе кислотно-основного титрования. Классификация.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4.36. Теории кислотно-основных индикаторов.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4.37. Построение кривых титрования в методе кислотно-основного титрования.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4.38. Буфферное действие.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4.39. Вычисления в титриметрическом анализе при приготовлении и разбавлении растворов. </w:t>
            </w:r>
          </w:p>
          <w:p w:rsidR="00DC2F01" w:rsidRPr="00DC2F01" w:rsidRDefault="00DC2F01" w:rsidP="00494884">
            <w:pPr>
              <w:spacing w:line="240" w:lineRule="auto"/>
              <w:rPr>
                <w:bCs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4.40. Вычисления результатов определений в титриметрическом анализе </w:t>
            </w:r>
          </w:p>
        </w:tc>
      </w:tr>
    </w:tbl>
    <w:p w:rsidR="00DC2F01" w:rsidRPr="00DC2F01" w:rsidRDefault="00DC2F01" w:rsidP="00DC2F01">
      <w:pPr>
        <w:rPr>
          <w:lang w:val="ru-RU"/>
        </w:rPr>
      </w:pPr>
    </w:p>
    <w:p w:rsidR="00DC2F01" w:rsidRPr="003A4EB0" w:rsidRDefault="00DC2F01" w:rsidP="00DC2F01">
      <w:pPr>
        <w:jc w:val="center"/>
        <w:rPr>
          <w:b/>
          <w:sz w:val="28"/>
          <w:szCs w:val="28"/>
        </w:rPr>
      </w:pPr>
      <w:r w:rsidRPr="003A4EB0">
        <w:rPr>
          <w:b/>
          <w:sz w:val="28"/>
          <w:szCs w:val="28"/>
        </w:rPr>
        <w:t>Экзаменационные билеты – 1й семестр</w:t>
      </w:r>
    </w:p>
    <w:p w:rsidR="00DC2F01" w:rsidRDefault="00DC2F01" w:rsidP="00DC2F01"/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141"/>
        <w:gridCol w:w="7655"/>
      </w:tblGrid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lang w:val="ru-RU"/>
              </w:rPr>
            </w:pPr>
            <w:r w:rsidRPr="00DC2F01">
              <w:rPr>
                <w:b/>
                <w:lang w:val="ru-RU"/>
              </w:rPr>
              <w:t xml:space="preserve">направление подготовки 05.03.06 </w:t>
            </w:r>
            <w:r w:rsidRPr="00DC2F01">
              <w:rPr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b/>
                <w:lang w:val="ru-RU"/>
              </w:rPr>
              <w:t>профиль подготовки</w:t>
            </w:r>
            <w:r w:rsidRPr="00DC2F01">
              <w:rPr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numPr>
                <w:ilvl w:val="0"/>
                <w:numId w:val="16"/>
              </w:numPr>
              <w:spacing w:line="240" w:lineRule="auto"/>
              <w:ind w:left="0" w:firstLine="598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Химия, как основа научно-технического прогресса.</w:t>
            </w:r>
          </w:p>
          <w:p w:rsidR="00DC2F01" w:rsidRPr="00DC2F01" w:rsidRDefault="00DC2F01" w:rsidP="00494884">
            <w:pPr>
              <w:spacing w:line="240" w:lineRule="auto"/>
              <w:ind w:firstLine="598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6"/>
              </w:numPr>
              <w:spacing w:line="240" w:lineRule="auto"/>
              <w:ind w:left="0" w:firstLine="598"/>
              <w:jc w:val="both"/>
              <w:rPr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Основные законы термохимии. Закон Гесса. Следствие из него. Энтальпия образования химических соединений</w:t>
            </w:r>
            <w:r w:rsidRPr="00DC2F01">
              <w:rPr>
                <w:szCs w:val="24"/>
                <w:lang w:val="ru-RU"/>
              </w:rPr>
              <w:t>.</w:t>
            </w:r>
          </w:p>
          <w:p w:rsidR="00DC2F01" w:rsidRPr="00DC2F01" w:rsidRDefault="00DC2F01" w:rsidP="00494884">
            <w:pPr>
              <w:pStyle w:val="ae"/>
              <w:spacing w:line="240" w:lineRule="auto"/>
              <w:ind w:left="0" w:firstLine="598"/>
              <w:contextualSpacing w:val="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6"/>
              </w:numPr>
              <w:spacing w:line="240" w:lineRule="auto"/>
              <w:ind w:left="0" w:firstLine="598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Как изменится скорость прямой и обратной реакции в системе при  </w:t>
            </w:r>
            <w:r w:rsidRPr="00D47B1E">
              <w:rPr>
                <w:position w:val="-12"/>
                <w:szCs w:val="24"/>
              </w:rPr>
              <w:object w:dxaOrig="1920" w:dyaOrig="360">
                <v:shape id="_x0000_i1031" type="#_x0000_t75" style="width:96pt;height:18pt" o:ole="">
                  <v:imagedata r:id="rId16" o:title=""/>
                </v:shape>
                <o:OLEObject Type="Embed" ProgID="Equation.3" ShapeID="_x0000_i1031" DrawAspect="Content" ObjectID="_1841053776" r:id="rId17"/>
              </w:object>
            </w:r>
            <w:r w:rsidRPr="00DC2F01">
              <w:rPr>
                <w:szCs w:val="24"/>
                <w:lang w:val="ru-RU"/>
              </w:rPr>
              <w:t>, при увеличении давления в три раза.</w:t>
            </w: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>Утверждено на заседании кафедры: ЭБЖиФ протокол от «03» декабря 2025 г.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47B1E" w:rsidRDefault="00DC2F01" w:rsidP="000D3AEE">
            <w:pPr>
              <w:numPr>
                <w:ilvl w:val="0"/>
                <w:numId w:val="17"/>
              </w:numPr>
              <w:tabs>
                <w:tab w:val="clear" w:pos="720"/>
              </w:tabs>
              <w:spacing w:line="240" w:lineRule="auto"/>
              <w:ind w:left="357" w:hanging="357"/>
              <w:jc w:val="both"/>
              <w:rPr>
                <w:bCs/>
                <w:szCs w:val="24"/>
              </w:rPr>
            </w:pPr>
            <w:r w:rsidRPr="00DC2F01">
              <w:rPr>
                <w:bCs/>
                <w:szCs w:val="24"/>
                <w:lang w:val="ru-RU"/>
              </w:rPr>
              <w:t xml:space="preserve">Атом. Атомно-молекулярное учение. Структура атома. </w:t>
            </w:r>
            <w:r w:rsidRPr="00D47B1E">
              <w:rPr>
                <w:bCs/>
                <w:szCs w:val="24"/>
              </w:rPr>
              <w:t>Энергетические характеристики атома.</w:t>
            </w:r>
          </w:p>
          <w:p w:rsidR="00DC2F01" w:rsidRPr="00D47B1E" w:rsidRDefault="00DC2F01" w:rsidP="00494884">
            <w:pPr>
              <w:spacing w:line="240" w:lineRule="auto"/>
              <w:rPr>
                <w:bCs/>
                <w:szCs w:val="24"/>
              </w:rPr>
            </w:pPr>
          </w:p>
          <w:p w:rsidR="00DC2F01" w:rsidRPr="00D47B1E" w:rsidRDefault="00DC2F01" w:rsidP="000D3AEE">
            <w:pPr>
              <w:pStyle w:val="2c"/>
              <w:widowControl/>
              <w:numPr>
                <w:ilvl w:val="0"/>
                <w:numId w:val="17"/>
              </w:numPr>
              <w:tabs>
                <w:tab w:val="left" w:pos="2620"/>
              </w:tabs>
              <w:ind w:left="357" w:hanging="357"/>
              <w:rPr>
                <w:bCs/>
                <w:sz w:val="24"/>
                <w:szCs w:val="24"/>
              </w:rPr>
            </w:pPr>
            <w:r w:rsidRPr="00D47B1E">
              <w:rPr>
                <w:bCs/>
                <w:sz w:val="24"/>
                <w:szCs w:val="24"/>
              </w:rPr>
              <w:t>Электролиз. Законы электролиза. Применение электролиза.</w:t>
            </w:r>
          </w:p>
          <w:p w:rsidR="00DC2F01" w:rsidRPr="00D47B1E" w:rsidRDefault="00DC2F01" w:rsidP="00494884">
            <w:pPr>
              <w:pStyle w:val="2c"/>
              <w:widowControl/>
              <w:tabs>
                <w:tab w:val="left" w:pos="2620"/>
              </w:tabs>
              <w:rPr>
                <w:bCs/>
                <w:sz w:val="24"/>
                <w:szCs w:val="24"/>
              </w:rPr>
            </w:pPr>
          </w:p>
          <w:p w:rsidR="00DC2F01" w:rsidRPr="00D47B1E" w:rsidRDefault="00DC2F01" w:rsidP="000D3AEE">
            <w:pPr>
              <w:pStyle w:val="2c"/>
              <w:widowControl/>
              <w:numPr>
                <w:ilvl w:val="0"/>
                <w:numId w:val="17"/>
              </w:numPr>
              <w:tabs>
                <w:tab w:val="left" w:pos="2620"/>
              </w:tabs>
              <w:ind w:left="357" w:hanging="357"/>
              <w:rPr>
                <w:bCs/>
                <w:sz w:val="24"/>
                <w:szCs w:val="24"/>
              </w:rPr>
            </w:pPr>
            <w:r w:rsidRPr="00D47B1E">
              <w:rPr>
                <w:bCs/>
                <w:sz w:val="24"/>
                <w:szCs w:val="24"/>
              </w:rPr>
              <w:t xml:space="preserve">Составить уравнение реакции в ионно-молекулярном виде: </w:t>
            </w:r>
            <w:r w:rsidRPr="00D47B1E">
              <w:rPr>
                <w:bCs/>
                <w:position w:val="-10"/>
                <w:sz w:val="24"/>
                <w:szCs w:val="24"/>
              </w:rPr>
              <w:object w:dxaOrig="1800" w:dyaOrig="340">
                <v:shape id="_x0000_i1032" type="#_x0000_t75" style="width:90pt;height:17.25pt" o:ole="">
                  <v:imagedata r:id="rId18" o:title=""/>
                </v:shape>
                <o:OLEObject Type="Embed" ProgID="Equation.3" ShapeID="_x0000_i1032" DrawAspect="Content" ObjectID="_1841053777" r:id="rId19"/>
              </w:object>
            </w:r>
            <w:r w:rsidRPr="00D47B1E">
              <w:rPr>
                <w:bCs/>
                <w:sz w:val="24"/>
                <w:szCs w:val="24"/>
              </w:rPr>
              <w:t>.</w:t>
            </w:r>
          </w:p>
          <w:p w:rsidR="00DC2F01" w:rsidRPr="00D47B1E" w:rsidRDefault="00DC2F01" w:rsidP="00494884">
            <w:pPr>
              <w:pStyle w:val="2c"/>
              <w:widowControl/>
              <w:tabs>
                <w:tab w:val="left" w:pos="2620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3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b/>
                <w:lang w:val="ru-RU"/>
              </w:rPr>
              <w:t xml:space="preserve">направление подготовки 05.03.06 </w:t>
            </w:r>
            <w:r w:rsidRPr="00DC2F01">
              <w:rPr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b/>
                <w:lang w:val="ru-RU"/>
              </w:rPr>
              <w:t>профиль подготовки</w:t>
            </w:r>
            <w:r w:rsidRPr="00DC2F01">
              <w:rPr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numPr>
                <w:ilvl w:val="0"/>
                <w:numId w:val="18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Формирование электронной оболочки атома. Принцип минимума энергии, принцип Паули, правило Хунда, правило Клечковского.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9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Направление смещения равновесия. Принцип Ле Шателье.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9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Написать уравнение реакции полного, необратимого гидролиза: </w:t>
            </w:r>
            <w:r w:rsidRPr="00D47B1E">
              <w:rPr>
                <w:position w:val="-12"/>
                <w:szCs w:val="24"/>
              </w:rPr>
              <w:object w:dxaOrig="2600" w:dyaOrig="360">
                <v:shape id="_x0000_i1033" type="#_x0000_t75" style="width:129.75pt;height:18pt" o:ole="">
                  <v:imagedata r:id="rId20" o:title=""/>
                </v:shape>
                <o:OLEObject Type="Embed" ProgID="Equation.3" ShapeID="_x0000_i1033" DrawAspect="Content" ObjectID="_1841053778" r:id="rId21"/>
              </w:object>
            </w:r>
            <w:r w:rsidRPr="00DC2F01">
              <w:rPr>
                <w:szCs w:val="24"/>
                <w:lang w:val="ru-RU"/>
              </w:rPr>
              <w:t>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3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4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47B1E" w:rsidRDefault="00DC2F01" w:rsidP="000D3AEE">
            <w:pPr>
              <w:numPr>
                <w:ilvl w:val="0"/>
                <w:numId w:val="20"/>
              </w:numPr>
              <w:tabs>
                <w:tab w:val="clear" w:pos="720"/>
              </w:tabs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47B1E">
              <w:rPr>
                <w:szCs w:val="24"/>
              </w:rPr>
              <w:lastRenderedPageBreak/>
              <w:t>Способы выражения концентраций растворов.</w:t>
            </w:r>
          </w:p>
          <w:p w:rsidR="00DC2F01" w:rsidRPr="00D47B1E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47B1E" w:rsidRDefault="00DC2F01" w:rsidP="000D3AEE">
            <w:pPr>
              <w:numPr>
                <w:ilvl w:val="0"/>
                <w:numId w:val="20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Обратимые и необратимые химические реакции. </w:t>
            </w:r>
            <w:r w:rsidRPr="00D47B1E">
              <w:rPr>
                <w:szCs w:val="24"/>
              </w:rPr>
              <w:t>Химическое равновесие. Константа равновесия.</w:t>
            </w:r>
          </w:p>
          <w:p w:rsidR="00DC2F01" w:rsidRPr="00D47B1E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20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Составьте уравнения реакций осуществляющих следующие превращения: </w:t>
            </w:r>
            <w:r w:rsidRPr="00D47B1E">
              <w:rPr>
                <w:position w:val="-10"/>
                <w:szCs w:val="24"/>
              </w:rPr>
              <w:object w:dxaOrig="3120" w:dyaOrig="340">
                <v:shape id="_x0000_i1034" type="#_x0000_t75" style="width:156pt;height:17.25pt" o:ole="">
                  <v:imagedata r:id="rId22" o:title=""/>
                </v:shape>
                <o:OLEObject Type="Embed" ProgID="Equation.3" ShapeID="_x0000_i1034" DrawAspect="Content" ObjectID="_1841053779" r:id="rId23"/>
              </w:object>
            </w:r>
            <w:r w:rsidRPr="00DC2F01">
              <w:rPr>
                <w:szCs w:val="24"/>
                <w:lang w:val="ru-RU"/>
              </w:rPr>
              <w:t>.</w:t>
            </w:r>
          </w:p>
          <w:p w:rsidR="00DC2F01" w:rsidRPr="00D47B1E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47B1E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3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5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B67035" w:rsidRDefault="00DC2F01" w:rsidP="000D3AEE">
            <w:pPr>
              <w:numPr>
                <w:ilvl w:val="0"/>
                <w:numId w:val="21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Квантово-механическая теория строения атома. </w:t>
            </w:r>
            <w:r w:rsidRPr="00B67035">
              <w:rPr>
                <w:szCs w:val="24"/>
              </w:rPr>
              <w:t>Квантовые числа.</w:t>
            </w:r>
          </w:p>
          <w:p w:rsidR="00DC2F01" w:rsidRPr="00B67035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21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Внутренняя энергия. Первый закон термодинамики. Энтальпия. Изменение энтальпии при эндо- и экзотемических реакциях.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21"/>
              </w:numPr>
              <w:spacing w:line="240" w:lineRule="auto"/>
              <w:ind w:left="357" w:hanging="357"/>
              <w:jc w:val="both"/>
              <w:rPr>
                <w:bCs/>
                <w:szCs w:val="24"/>
                <w:lang w:val="ru-RU"/>
              </w:rPr>
            </w:pPr>
            <w:r w:rsidRPr="00DC2F01">
              <w:rPr>
                <w:bCs/>
                <w:szCs w:val="24"/>
                <w:lang w:val="ru-RU"/>
              </w:rPr>
              <w:t xml:space="preserve">Закончите уравнение реакции, и запишите его в ионно-молекулярной форме: </w:t>
            </w:r>
            <w:r w:rsidRPr="00B67035">
              <w:rPr>
                <w:bCs/>
                <w:position w:val="-10"/>
                <w:szCs w:val="24"/>
              </w:rPr>
              <w:object w:dxaOrig="2200" w:dyaOrig="340">
                <v:shape id="_x0000_i1035" type="#_x0000_t75" style="width:110.25pt;height:17.25pt" o:ole="">
                  <v:imagedata r:id="rId24" o:title=""/>
                </v:shape>
                <o:OLEObject Type="Embed" ProgID="Equation.3" ShapeID="_x0000_i1035" DrawAspect="Content" ObjectID="_1841053780" r:id="rId25"/>
              </w:object>
            </w:r>
            <w:r w:rsidRPr="00DC2F01">
              <w:rPr>
                <w:bCs/>
                <w:szCs w:val="24"/>
                <w:lang w:val="ru-RU"/>
              </w:rPr>
              <w:t>.</w:t>
            </w:r>
          </w:p>
          <w:p w:rsidR="00DC2F01" w:rsidRPr="00B67035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3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6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01955" w:rsidRDefault="00DC2F01" w:rsidP="000D3AEE">
            <w:pPr>
              <w:numPr>
                <w:ilvl w:val="0"/>
                <w:numId w:val="22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Периодический закон и периодическая система Д.И. Менделеева. </w:t>
            </w:r>
            <w:r w:rsidRPr="00D01955">
              <w:rPr>
                <w:szCs w:val="24"/>
              </w:rPr>
              <w:t>Значение. Строение.</w:t>
            </w:r>
          </w:p>
          <w:p w:rsidR="00DC2F01" w:rsidRPr="00D01955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22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Гидролиз солей. Типы гидролиза солей.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22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Как следует изменить температуру в системе: </w:t>
            </w:r>
            <w:r w:rsidRPr="00D01955">
              <w:rPr>
                <w:position w:val="-10"/>
                <w:szCs w:val="24"/>
              </w:rPr>
              <w:object w:dxaOrig="3219" w:dyaOrig="340">
                <v:shape id="_x0000_i1036" type="#_x0000_t75" style="width:161.25pt;height:17.25pt" o:ole="">
                  <v:imagedata r:id="rId26" o:title=""/>
                </v:shape>
                <o:OLEObject Type="Embed" ProgID="Equation.3" ShapeID="_x0000_i1036" DrawAspect="Content" ObjectID="_1841053781" r:id="rId27"/>
              </w:object>
            </w:r>
            <w:r w:rsidRPr="00DC2F01">
              <w:rPr>
                <w:szCs w:val="24"/>
                <w:lang w:val="ru-RU"/>
              </w:rPr>
              <w:t>, чтобы сдвинуть равновесие в сторону прямой реакции.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3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lastRenderedPageBreak/>
              <w:t>Заведующий кафедрой   ЭБЖиФ          ________________________              Никифорова В.А.</w:t>
            </w:r>
          </w:p>
          <w:p w:rsidR="00DC2F01" w:rsidRPr="00D01955" w:rsidRDefault="00DC2F01" w:rsidP="00494884">
            <w:pPr>
              <w:pStyle w:val="2c"/>
              <w:widowControl/>
              <w:rPr>
                <w:b/>
                <w:sz w:val="24"/>
                <w:szCs w:val="24"/>
              </w:rPr>
            </w:pPr>
          </w:p>
        </w:tc>
      </w:tr>
      <w:tr w:rsidR="00DC2F01" w:rsidRPr="001B6ED6" w:rsidTr="00494884"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7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 xml:space="preserve">химические основы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экологии(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01955" w:rsidRDefault="00DC2F01" w:rsidP="000D3AEE">
            <w:pPr>
              <w:numPr>
                <w:ilvl w:val="0"/>
                <w:numId w:val="23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01955">
              <w:rPr>
                <w:szCs w:val="24"/>
              </w:rPr>
              <w:t>Дисперсные системы, их классификация.</w:t>
            </w:r>
          </w:p>
          <w:p w:rsidR="00DC2F01" w:rsidRPr="00D01955" w:rsidRDefault="00DC2F01" w:rsidP="00494884">
            <w:pPr>
              <w:pStyle w:val="2c"/>
              <w:widowControl/>
              <w:tabs>
                <w:tab w:val="left" w:pos="2140"/>
              </w:tabs>
              <w:rPr>
                <w:b/>
                <w:sz w:val="24"/>
                <w:szCs w:val="24"/>
              </w:rPr>
            </w:pPr>
          </w:p>
          <w:p w:rsidR="00DC2F01" w:rsidRPr="00D01955" w:rsidRDefault="00DC2F01" w:rsidP="000D3AEE">
            <w:pPr>
              <w:numPr>
                <w:ilvl w:val="0"/>
                <w:numId w:val="23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01955">
              <w:rPr>
                <w:szCs w:val="24"/>
              </w:rPr>
              <w:t>Электродный потенциал. Уравнение Нернста.</w:t>
            </w:r>
          </w:p>
          <w:p w:rsidR="00DC2F01" w:rsidRPr="00D01955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23"/>
              </w:numPr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Составьте электронное и молекулярное уравнение: </w:t>
            </w:r>
            <w:r w:rsidRPr="00D01955">
              <w:rPr>
                <w:position w:val="-12"/>
                <w:szCs w:val="24"/>
              </w:rPr>
              <w:object w:dxaOrig="5280" w:dyaOrig="360">
                <v:shape id="_x0000_i1037" type="#_x0000_t75" style="width:264pt;height:18pt" o:ole="">
                  <v:imagedata r:id="rId28" o:title=""/>
                </v:shape>
                <o:OLEObject Type="Embed" ProgID="Equation.3" ShapeID="_x0000_i1037" DrawAspect="Content" ObjectID="_1841053782" r:id="rId29"/>
              </w:object>
            </w:r>
          </w:p>
          <w:p w:rsidR="00DC2F01" w:rsidRPr="00D01955" w:rsidRDefault="00DC2F01" w:rsidP="00494884">
            <w:pPr>
              <w:pStyle w:val="2c"/>
              <w:widowControl/>
              <w:tabs>
                <w:tab w:val="left" w:pos="2140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________________________                     Лапина С.Ф.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3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8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numPr>
                <w:ilvl w:val="1"/>
                <w:numId w:val="18"/>
              </w:numPr>
              <w:tabs>
                <w:tab w:val="clear" w:pos="1440"/>
              </w:tabs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Понятие о биогенности химических элементов. Классификация и распространенность химических элементов в организме человека и в окружающей среде.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01955" w:rsidRDefault="00DC2F01" w:rsidP="000D3AEE">
            <w:pPr>
              <w:numPr>
                <w:ilvl w:val="0"/>
                <w:numId w:val="18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01955">
              <w:rPr>
                <w:szCs w:val="24"/>
              </w:rPr>
              <w:t>Коррозия металлов.</w:t>
            </w:r>
          </w:p>
          <w:p w:rsidR="00DC2F01" w:rsidRPr="00D01955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18"/>
              </w:numPr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Составьте электронное и молекулярное уравнение: </w:t>
            </w:r>
            <w:r w:rsidRPr="00D01955">
              <w:rPr>
                <w:position w:val="-12"/>
                <w:szCs w:val="24"/>
              </w:rPr>
              <w:object w:dxaOrig="5280" w:dyaOrig="360">
                <v:shape id="_x0000_i1038" type="#_x0000_t75" style="width:264pt;height:18pt" o:ole="">
                  <v:imagedata r:id="rId30" o:title=""/>
                </v:shape>
                <o:OLEObject Type="Embed" ProgID="Equation.3" ShapeID="_x0000_i1038" DrawAspect="Content" ObjectID="_1841053783" r:id="rId31"/>
              </w:object>
            </w:r>
          </w:p>
          <w:p w:rsidR="00DC2F01" w:rsidRPr="00D01955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3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9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01955" w:rsidRDefault="00DC2F01" w:rsidP="000D3AEE">
            <w:pPr>
              <w:numPr>
                <w:ilvl w:val="0"/>
                <w:numId w:val="24"/>
              </w:numPr>
              <w:spacing w:line="240" w:lineRule="auto"/>
              <w:ind w:left="391" w:hanging="391"/>
              <w:jc w:val="both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Свойства идеальных растворов. Осмос. Осмотическое давление. </w:t>
            </w:r>
            <w:r w:rsidRPr="00D01955">
              <w:rPr>
                <w:szCs w:val="24"/>
              </w:rPr>
              <w:t>Закон Вант-Гоффа.</w:t>
            </w:r>
          </w:p>
          <w:p w:rsidR="00DC2F01" w:rsidRPr="00D01955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24"/>
              </w:numPr>
              <w:spacing w:line="240" w:lineRule="auto"/>
              <w:ind w:left="391" w:hanging="391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Представление о комплексных соединениях: строение, изомерия.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24"/>
              </w:numPr>
              <w:spacing w:line="240" w:lineRule="auto"/>
              <w:ind w:left="391" w:hanging="391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 Составьте электронное и молекулярное уравнение: </w:t>
            </w:r>
            <w:r w:rsidRPr="00D01955">
              <w:rPr>
                <w:position w:val="-12"/>
                <w:szCs w:val="24"/>
              </w:rPr>
              <w:object w:dxaOrig="4920" w:dyaOrig="360">
                <v:shape id="_x0000_i1039" type="#_x0000_t75" style="width:246pt;height:18pt" o:ole="">
                  <v:imagedata r:id="rId32" o:title=""/>
                </v:shape>
                <o:OLEObject Type="Embed" ProgID="Equation.3" ShapeID="_x0000_i1039" DrawAspect="Content" ObjectID="_1841053784" r:id="rId33"/>
              </w:object>
            </w:r>
          </w:p>
          <w:p w:rsidR="00DC2F01" w:rsidRPr="00D01955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3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10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numPr>
                <w:ilvl w:val="0"/>
                <w:numId w:val="25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Типы химической связи. Валентность. Основные характеристики химической связи (длина, энергия, валентные углы).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25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Химические источники электрического тока (гальванические элементы, аккумуляторы).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885B11" w:rsidRDefault="00DC2F01" w:rsidP="000D3AEE">
            <w:pPr>
              <w:numPr>
                <w:ilvl w:val="0"/>
                <w:numId w:val="25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При разложении 0,5 моль </w:t>
            </w:r>
            <w:r w:rsidRPr="00885B11">
              <w:rPr>
                <w:position w:val="-10"/>
                <w:szCs w:val="24"/>
              </w:rPr>
              <w:object w:dxaOrig="480" w:dyaOrig="340">
                <v:shape id="_x0000_i1040" type="#_x0000_t75" style="width:24pt;height:17.25pt" o:ole="">
                  <v:imagedata r:id="rId34" o:title=""/>
                </v:shape>
                <o:OLEObject Type="Embed" ProgID="Equation.3" ShapeID="_x0000_i1040" DrawAspect="Content" ObjectID="_1841053785" r:id="rId35"/>
              </w:object>
            </w:r>
            <w:r w:rsidRPr="00DC2F01">
              <w:rPr>
                <w:szCs w:val="24"/>
                <w:lang w:val="ru-RU"/>
              </w:rPr>
              <w:t xml:space="preserve">поглощается 196,7 кДж теплоты. </w:t>
            </w:r>
            <w:r w:rsidRPr="00885B11">
              <w:rPr>
                <w:szCs w:val="24"/>
              </w:rPr>
              <w:t xml:space="preserve">Определить энтальпию образования </w:t>
            </w:r>
            <w:r w:rsidRPr="00885B11">
              <w:rPr>
                <w:position w:val="-10"/>
                <w:szCs w:val="24"/>
              </w:rPr>
              <w:object w:dxaOrig="480" w:dyaOrig="340">
                <v:shape id="_x0000_i1041" type="#_x0000_t75" style="width:24pt;height:17.25pt" o:ole="">
                  <v:imagedata r:id="rId36" o:title=""/>
                </v:shape>
                <o:OLEObject Type="Embed" ProgID="Equation.3" ShapeID="_x0000_i1041" DrawAspect="Content" ObjectID="_1841053786" r:id="rId37"/>
              </w:object>
            </w:r>
            <w:r w:rsidRPr="00885B11">
              <w:rPr>
                <w:szCs w:val="24"/>
              </w:rPr>
              <w:t>.</w:t>
            </w:r>
          </w:p>
          <w:p w:rsidR="00DC2F01" w:rsidRPr="00885B11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885B11" w:rsidRDefault="00DC2F01" w:rsidP="00494884">
            <w:pPr>
              <w:pStyle w:val="2c"/>
              <w:widowControl/>
              <w:rPr>
                <w:b/>
                <w:sz w:val="24"/>
                <w:szCs w:val="24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11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B0765E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26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Закономерности распределения биогенных элементов по </w:t>
            </w:r>
            <w:r w:rsidRPr="00B0765E">
              <w:rPr>
                <w:szCs w:val="24"/>
              </w:rPr>
              <w:t>s</w:t>
            </w:r>
            <w:r w:rsidRPr="00DC2F01">
              <w:rPr>
                <w:szCs w:val="24"/>
                <w:lang w:val="ru-RU"/>
              </w:rPr>
              <w:t xml:space="preserve">-, </w:t>
            </w:r>
            <w:r w:rsidRPr="00B0765E">
              <w:rPr>
                <w:szCs w:val="24"/>
              </w:rPr>
              <w:t>p</w:t>
            </w:r>
            <w:r w:rsidRPr="00DC2F01">
              <w:rPr>
                <w:szCs w:val="24"/>
                <w:lang w:val="ru-RU"/>
              </w:rPr>
              <w:t xml:space="preserve">-, </w:t>
            </w:r>
            <w:r w:rsidRPr="00B0765E">
              <w:rPr>
                <w:szCs w:val="24"/>
              </w:rPr>
              <w:t>d</w:t>
            </w:r>
            <w:r w:rsidRPr="00DC2F01">
              <w:rPr>
                <w:szCs w:val="24"/>
                <w:lang w:val="ru-RU"/>
              </w:rPr>
              <w:t xml:space="preserve">-, </w:t>
            </w:r>
            <w:r w:rsidRPr="00B0765E">
              <w:rPr>
                <w:szCs w:val="24"/>
              </w:rPr>
              <w:t>f</w:t>
            </w:r>
            <w:r w:rsidRPr="00DC2F01">
              <w:rPr>
                <w:szCs w:val="24"/>
                <w:lang w:val="ru-RU"/>
              </w:rPr>
              <w:t>- блокам Периодической системы Д.И. Менделеева. Биологическое значение химических элементов в организме человека, животного и растения.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26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Электролиз растворов, расплавов. Катодные и анодные процессы.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26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Какой вид имеет выражение скорости прямой реакции: </w:t>
            </w:r>
            <w:r w:rsidRPr="00B0765E">
              <w:rPr>
                <w:position w:val="-14"/>
                <w:szCs w:val="24"/>
              </w:rPr>
              <w:object w:dxaOrig="3140" w:dyaOrig="380">
                <v:shape id="_x0000_i1042" type="#_x0000_t75" style="width:156.75pt;height:18.75pt" o:ole="">
                  <v:imagedata r:id="rId38" o:title=""/>
                </v:shape>
                <o:OLEObject Type="Embed" ProgID="Equation.3" ShapeID="_x0000_i1042" DrawAspect="Content" ObjectID="_1841053787" r:id="rId39"/>
              </w:objec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12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13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27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Элементы-органогены. Строение атомов, основные валентные состояния и характерные особенности образуемых ими соединений.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27"/>
              </w:numPr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Растворы, как гомогенные системы. Процесс растворения, растворимость.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27"/>
              </w:numPr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Составить уравнения процессов, протекающих при электролизе расплава </w:t>
            </w:r>
            <w:r w:rsidRPr="003B3F76">
              <w:rPr>
                <w:position w:val="-6"/>
                <w:szCs w:val="24"/>
              </w:rPr>
              <w:object w:dxaOrig="740" w:dyaOrig="280">
                <v:shape id="_x0000_i1043" type="#_x0000_t75" style="width:36.75pt;height:14.25pt" o:ole="">
                  <v:imagedata r:id="rId40" o:title=""/>
                </v:shape>
                <o:OLEObject Type="Embed" ProgID="Equation.3" ShapeID="_x0000_i1043" DrawAspect="Content" ObjectID="_1841053788" r:id="rId41"/>
              </w:object>
            </w:r>
            <w:r w:rsidRPr="00DC2F01">
              <w:rPr>
                <w:szCs w:val="24"/>
                <w:lang w:val="ru-RU"/>
              </w:rPr>
              <w:t>, с инертными электродами.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3B3F76" w:rsidRDefault="00DC2F01" w:rsidP="00494884">
            <w:pPr>
              <w:pStyle w:val="2c"/>
              <w:widowControl/>
              <w:rPr>
                <w:b/>
                <w:sz w:val="24"/>
                <w:szCs w:val="24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13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28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Свойства коллоидных растворов (оптические, кинетические, электрические, адсорбция, поверхностное натяжение).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28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Энергия Гиббса реакции. Направленность химических процессов.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28"/>
              </w:numPr>
              <w:tabs>
                <w:tab w:val="num" w:pos="306"/>
              </w:tabs>
              <w:spacing w:line="240" w:lineRule="auto"/>
              <w:ind w:left="357" w:hanging="357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Записать в ионно-молекулярной форме уравнения реакций между </w:t>
            </w:r>
            <w:r w:rsidRPr="003B3F76">
              <w:rPr>
                <w:position w:val="-12"/>
                <w:szCs w:val="24"/>
              </w:rPr>
              <w:object w:dxaOrig="2580" w:dyaOrig="360">
                <v:shape id="_x0000_i1044" type="#_x0000_t75" style="width:129pt;height:18pt" o:ole="">
                  <v:imagedata r:id="rId42" o:title=""/>
                </v:shape>
                <o:OLEObject Type="Embed" ProgID="Equation.3" ShapeID="_x0000_i1044" DrawAspect="Content" ObjectID="_1841053789" r:id="rId43"/>
              </w:object>
            </w:r>
            <w:r w:rsidRPr="00DC2F01">
              <w:rPr>
                <w:szCs w:val="24"/>
                <w:lang w:val="ru-RU"/>
              </w:rPr>
              <w:t xml:space="preserve"> </w:t>
            </w:r>
            <w:r w:rsidRPr="003B3F76">
              <w:rPr>
                <w:position w:val="-12"/>
                <w:szCs w:val="24"/>
              </w:rPr>
              <w:object w:dxaOrig="2140" w:dyaOrig="360">
                <v:shape id="_x0000_i1045" type="#_x0000_t75" style="width:107.25pt;height:18pt" o:ole="">
                  <v:imagedata r:id="rId44" o:title=""/>
                </v:shape>
                <o:OLEObject Type="Embed" ProgID="Equation.3" ShapeID="_x0000_i1045" DrawAspect="Content" ObjectID="_1841053790" r:id="rId45"/>
              </w:objec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lastRenderedPageBreak/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>Экзаменационный билет № 14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lastRenderedPageBreak/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0D3AEE">
            <w:pPr>
              <w:numPr>
                <w:ilvl w:val="0"/>
                <w:numId w:val="29"/>
              </w:numPr>
              <w:spacing w:line="240" w:lineRule="auto"/>
              <w:ind w:left="357" w:hanging="357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Окислительно-восстановительные реакции (ОВР). Степень окисления. </w:t>
            </w:r>
            <w:r w:rsidRPr="003B3F76">
              <w:rPr>
                <w:szCs w:val="24"/>
              </w:rPr>
              <w:t>Важнейшие окислители и восстановители.</w:t>
            </w:r>
          </w:p>
          <w:p w:rsidR="00DC2F01" w:rsidRPr="003B3F76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3B3F76" w:rsidRDefault="00DC2F01" w:rsidP="000D3AEE">
            <w:pPr>
              <w:numPr>
                <w:ilvl w:val="0"/>
                <w:numId w:val="29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Влияние температуры на скорость химической реакции. </w:t>
            </w:r>
            <w:r w:rsidRPr="003B3F76">
              <w:rPr>
                <w:szCs w:val="24"/>
              </w:rPr>
              <w:t>Правило Ватн-Гоффа.</w:t>
            </w:r>
          </w:p>
          <w:p w:rsidR="00DC2F01" w:rsidRPr="003B3F76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29"/>
              </w:numPr>
              <w:tabs>
                <w:tab w:val="num" w:pos="306"/>
              </w:tabs>
              <w:spacing w:line="240" w:lineRule="auto"/>
              <w:ind w:left="357" w:hanging="357"/>
              <w:jc w:val="both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Записать в ионно-молекулярной форме уравнения реакций между </w:t>
            </w:r>
            <w:r w:rsidRPr="003B3F76">
              <w:rPr>
                <w:position w:val="-10"/>
                <w:szCs w:val="24"/>
              </w:rPr>
              <w:object w:dxaOrig="2299" w:dyaOrig="340">
                <v:shape id="_x0000_i1046" type="#_x0000_t75" style="width:114.75pt;height:17.25pt" o:ole="">
                  <v:imagedata r:id="rId46" o:title=""/>
                </v:shape>
                <o:OLEObject Type="Embed" ProgID="Equation.3" ShapeID="_x0000_i1046" DrawAspect="Content" ObjectID="_1841053791" r:id="rId47"/>
              </w:object>
            </w:r>
            <w:r w:rsidRPr="00DC2F01">
              <w:rPr>
                <w:szCs w:val="24"/>
                <w:lang w:val="ru-RU"/>
              </w:rPr>
              <w:t xml:space="preserve"> </w:t>
            </w:r>
            <w:r w:rsidRPr="003B3F76">
              <w:rPr>
                <w:position w:val="-12"/>
                <w:szCs w:val="24"/>
              </w:rPr>
              <w:object w:dxaOrig="2140" w:dyaOrig="360">
                <v:shape id="_x0000_i1047" type="#_x0000_t75" style="width:107.25pt;height:18pt" o:ole="">
                  <v:imagedata r:id="rId48" o:title=""/>
                </v:shape>
                <o:OLEObject Type="Embed" ProgID="Equation.3" ShapeID="_x0000_i1047" DrawAspect="Content" ObjectID="_1841053792" r:id="rId49"/>
              </w:objec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15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0D3AEE">
            <w:pPr>
              <w:numPr>
                <w:ilvl w:val="0"/>
                <w:numId w:val="30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Растворы электролитов. Отклонения от закона Рауля и Вант-Гоффа. </w:t>
            </w:r>
            <w:r w:rsidRPr="003B3F76">
              <w:rPr>
                <w:szCs w:val="24"/>
              </w:rPr>
              <w:t>Изотонический коэффициент.</w:t>
            </w:r>
          </w:p>
          <w:p w:rsidR="00DC2F01" w:rsidRPr="003B3F76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30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Гомогенные и гетерогенные системы. Скорость гомогенной и гетерогенной реакции.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30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Составить уравнения процессов, протекающих при электролизе раствора серной кислоты, с инертными электродами.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16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0D3AEE">
            <w:pPr>
              <w:numPr>
                <w:ilvl w:val="0"/>
                <w:numId w:val="31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Электролитическая диссоциация воды. Ионное произведение воды. </w:t>
            </w:r>
            <w:r w:rsidRPr="003B3F76">
              <w:rPr>
                <w:szCs w:val="24"/>
              </w:rPr>
              <w:t>Водородный показатель.</w:t>
            </w:r>
          </w:p>
          <w:p w:rsidR="00DC2F01" w:rsidRPr="003B3F76" w:rsidRDefault="00DC2F01" w:rsidP="00494884">
            <w:pPr>
              <w:pStyle w:val="2c"/>
              <w:widowControl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31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Классификация и характерные свойства комплексных соединений.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31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Как изменится скорость прямой реакции </w:t>
            </w:r>
            <w:r w:rsidRPr="003B3F76">
              <w:rPr>
                <w:position w:val="-14"/>
                <w:szCs w:val="24"/>
              </w:rPr>
              <w:object w:dxaOrig="2980" w:dyaOrig="380">
                <v:shape id="_x0000_i1048" type="#_x0000_t75" style="width:149.25pt;height:18.75pt" o:ole="">
                  <v:imagedata r:id="rId50" o:title=""/>
                </v:shape>
                <o:OLEObject Type="Embed" ProgID="Equation.3" ShapeID="_x0000_i1048" DrawAspect="Content" ObjectID="_1841053793" r:id="rId51"/>
              </w:object>
            </w:r>
            <w:r w:rsidRPr="00DC2F01">
              <w:rPr>
                <w:szCs w:val="24"/>
                <w:lang w:val="ru-RU"/>
              </w:rPr>
              <w:t xml:space="preserve">, при повышении температуры на 30 </w:t>
            </w:r>
            <w:r w:rsidRPr="003B3F76">
              <w:rPr>
                <w:szCs w:val="24"/>
              </w:rPr>
              <w:sym w:font="Symbol" w:char="00B0"/>
            </w:r>
            <w:r w:rsidRPr="00DC2F01">
              <w:rPr>
                <w:szCs w:val="24"/>
                <w:lang w:val="ru-RU"/>
              </w:rPr>
              <w:t xml:space="preserve"> С, если температурный коэффициент равен 2?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17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3B3F76" w:rsidRDefault="00DC2F01" w:rsidP="000D3AEE">
            <w:pPr>
              <w:numPr>
                <w:ilvl w:val="0"/>
                <w:numId w:val="32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3B3F76">
              <w:rPr>
                <w:szCs w:val="24"/>
              </w:rPr>
              <w:t>Коллоидные растворы. Образование коллоидных растворов</w:t>
            </w:r>
          </w:p>
          <w:p w:rsidR="00DC2F01" w:rsidRPr="003B3F76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pStyle w:val="3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sz w:val="24"/>
                <w:lang w:val="ru-RU"/>
              </w:rPr>
            </w:pPr>
            <w:r w:rsidRPr="00DC2F01">
              <w:rPr>
                <w:sz w:val="24"/>
                <w:lang w:val="ru-RU"/>
              </w:rPr>
              <w:t xml:space="preserve">Катализ. Гомогенный и гетерогенный катализ. </w:t>
            </w:r>
          </w:p>
          <w:p w:rsidR="00DC2F01" w:rsidRPr="00DC2F01" w:rsidRDefault="00DC2F01" w:rsidP="00494884">
            <w:pPr>
              <w:pStyle w:val="33"/>
              <w:rPr>
                <w:sz w:val="24"/>
                <w:lang w:val="ru-RU"/>
              </w:rPr>
            </w:pPr>
          </w:p>
          <w:p w:rsidR="00DC2F01" w:rsidRPr="00DC2F01" w:rsidRDefault="00DC2F01" w:rsidP="000D3AEE">
            <w:pPr>
              <w:pStyle w:val="33"/>
              <w:numPr>
                <w:ilvl w:val="0"/>
                <w:numId w:val="32"/>
              </w:numPr>
              <w:spacing w:after="0" w:line="240" w:lineRule="auto"/>
              <w:ind w:left="357" w:hanging="357"/>
              <w:jc w:val="both"/>
              <w:rPr>
                <w:sz w:val="24"/>
                <w:lang w:val="ru-RU"/>
              </w:rPr>
            </w:pPr>
            <w:r w:rsidRPr="00DC2F01">
              <w:rPr>
                <w:sz w:val="24"/>
                <w:lang w:val="ru-RU"/>
              </w:rPr>
              <w:t xml:space="preserve">Закончить уравнение реакции и представить его в ионно-молекулярной форме : </w:t>
            </w:r>
            <w:r w:rsidRPr="003B3F76">
              <w:rPr>
                <w:position w:val="-12"/>
                <w:sz w:val="24"/>
              </w:rPr>
              <w:object w:dxaOrig="1880" w:dyaOrig="360">
                <v:shape id="_x0000_i1049" type="#_x0000_t75" style="width:93.75pt;height:18pt" o:ole="">
                  <v:imagedata r:id="rId52" o:title=""/>
                </v:shape>
                <o:OLEObject Type="Embed" ProgID="Equation.3" ShapeID="_x0000_i1049" DrawAspect="Content" ObjectID="_1841053794" r:id="rId53"/>
              </w:objec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18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33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Понятие энтропии. Изменение энтропии при химических реакциях и фазовых переходах.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33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Степень диссоциации. Сильные и слабые электролиты.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33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 Составьте электронное и молекулярное уравнение реакции: </w:t>
            </w:r>
            <w:r w:rsidRPr="003B3F76">
              <w:rPr>
                <w:position w:val="-12"/>
                <w:szCs w:val="24"/>
              </w:rPr>
              <w:object w:dxaOrig="3140" w:dyaOrig="380">
                <v:shape id="_x0000_i1050" type="#_x0000_t75" style="width:156.75pt;height:18.75pt" o:ole="">
                  <v:imagedata r:id="rId54" o:title=""/>
                </v:shape>
                <o:OLEObject Type="Embed" ProgID="Equation.3" ShapeID="_x0000_i1050" DrawAspect="Content" ObjectID="_1841053795" r:id="rId55"/>
              </w:objec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Утверждено на заседании кафедры: ЭБЖиФ протокол от «03» декабря 2025 г № 4 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19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34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Электронная конфигурация атома и периодическая система. Изменение свойств элементов в периодах и группах.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34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Константа диссоциации. Закон разбавления Оствальда.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34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Напишите выражение константы равновесия для реакции: </w:t>
            </w:r>
            <w:r w:rsidRPr="003B3F76">
              <w:rPr>
                <w:position w:val="-14"/>
                <w:szCs w:val="24"/>
              </w:rPr>
              <w:object w:dxaOrig="3260" w:dyaOrig="380">
                <v:shape id="_x0000_i1051" type="#_x0000_t75" style="width:163.5pt;height:18.75pt" o:ole="">
                  <v:imagedata r:id="rId56" o:title=""/>
                </v:shape>
                <o:OLEObject Type="Embed" ProgID="Equation.3" ShapeID="_x0000_i1051" DrawAspect="Content" ObjectID="_1841053796" r:id="rId57"/>
              </w:object>
            </w:r>
            <w:r w:rsidRPr="00DC2F01">
              <w:rPr>
                <w:szCs w:val="24"/>
                <w:lang w:val="ru-RU"/>
              </w:rPr>
              <w:t>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 xml:space="preserve">доцент  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20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3B3F76" w:rsidRDefault="00DC2F01" w:rsidP="000D3AEE">
            <w:pPr>
              <w:numPr>
                <w:ilvl w:val="0"/>
                <w:numId w:val="35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3B3F76">
              <w:rPr>
                <w:szCs w:val="24"/>
              </w:rPr>
              <w:t xml:space="preserve">Теория электролитической диссоциации. 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35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Составление уравнений ОВР. Метод электронного баланса.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35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Составьте уравнения реакций, осуществляющих следующие превращения: </w:t>
            </w:r>
            <w:r w:rsidRPr="003B3F76">
              <w:rPr>
                <w:position w:val="-10"/>
                <w:szCs w:val="24"/>
              </w:rPr>
              <w:object w:dxaOrig="4300" w:dyaOrig="340">
                <v:shape id="_x0000_i1052" type="#_x0000_t75" style="width:215.25pt;height:17.25pt" o:ole="">
                  <v:imagedata r:id="rId58" o:title=""/>
                </v:shape>
                <o:OLEObject Type="Embed" ProgID="Equation.3" ShapeID="_x0000_i1052" DrawAspect="Content" ObjectID="_1841053797" r:id="rId59"/>
              </w:object>
            </w:r>
            <w:r w:rsidRPr="00DC2F01">
              <w:rPr>
                <w:szCs w:val="24"/>
                <w:lang w:val="ru-RU"/>
              </w:rPr>
              <w:t>.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3B3F76" w:rsidRDefault="00DC2F01" w:rsidP="00494884">
            <w:pPr>
              <w:pStyle w:val="2c"/>
              <w:widowControl/>
              <w:rPr>
                <w:b/>
                <w:sz w:val="24"/>
                <w:szCs w:val="24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21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558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numPr>
                <w:ilvl w:val="0"/>
                <w:numId w:val="36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Скорость химической реакции. Закон действия масс для гомогенной и гетерогенной реакции.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3B3F76" w:rsidRDefault="00DC2F01" w:rsidP="000D3AEE">
            <w:pPr>
              <w:numPr>
                <w:ilvl w:val="0"/>
                <w:numId w:val="36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Свойства идеальных растворов. Осмос. Осмотическое давление. </w:t>
            </w:r>
            <w:r w:rsidRPr="003B3F76">
              <w:rPr>
                <w:szCs w:val="24"/>
              </w:rPr>
              <w:t>Закон Вант-Гоффа.</w:t>
            </w:r>
          </w:p>
          <w:p w:rsidR="00DC2F01" w:rsidRPr="003B3F76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36"/>
              </w:numPr>
              <w:spacing w:line="240" w:lineRule="auto"/>
              <w:ind w:left="357" w:hanging="357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Составить в молекулярной форме уравнения реакций, которые выражаются следующими ионно-молекулярными уравнениями: </w:t>
            </w:r>
            <w:r w:rsidRPr="003B3F76">
              <w:rPr>
                <w:position w:val="-10"/>
                <w:szCs w:val="24"/>
              </w:rPr>
              <w:object w:dxaOrig="2040" w:dyaOrig="360">
                <v:shape id="_x0000_i1053" type="#_x0000_t75" style="width:102pt;height:18pt" o:ole="">
                  <v:imagedata r:id="rId60" o:title=""/>
                </v:shape>
                <o:OLEObject Type="Embed" ProgID="Equation.3" ShapeID="_x0000_i1053" DrawAspect="Content" ObjectID="_1841053798" r:id="rId61"/>
              </w:object>
            </w:r>
            <w:r w:rsidRPr="00DC2F01">
              <w:rPr>
                <w:szCs w:val="24"/>
                <w:lang w:val="ru-RU"/>
              </w:rPr>
              <w:t xml:space="preserve"> </w:t>
            </w:r>
            <w:r w:rsidRPr="003B3F76">
              <w:rPr>
                <w:position w:val="-10"/>
                <w:szCs w:val="24"/>
              </w:rPr>
              <w:object w:dxaOrig="3300" w:dyaOrig="360">
                <v:shape id="_x0000_i1054" type="#_x0000_t75" style="width:165pt;height:18pt" o:ole="">
                  <v:imagedata r:id="rId62" o:title=""/>
                </v:shape>
                <o:OLEObject Type="Embed" ProgID="Equation.3" ShapeID="_x0000_i1054" DrawAspect="Content" ObjectID="_1841053799" r:id="rId63"/>
              </w:object>
            </w:r>
            <w:r w:rsidRPr="00DC2F01">
              <w:rPr>
                <w:szCs w:val="24"/>
                <w:lang w:val="ru-RU"/>
              </w:rPr>
              <w:t>.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lastRenderedPageBreak/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22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numPr>
                <w:ilvl w:val="0"/>
                <w:numId w:val="37"/>
              </w:numPr>
              <w:tabs>
                <w:tab w:val="num" w:pos="306"/>
              </w:tabs>
              <w:spacing w:line="240" w:lineRule="auto"/>
              <w:ind w:left="357" w:hanging="357"/>
              <w:jc w:val="both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Комплексообразующая способность </w:t>
            </w:r>
            <w:r w:rsidRPr="003B3F76">
              <w:rPr>
                <w:szCs w:val="24"/>
              </w:rPr>
              <w:t>s</w:t>
            </w:r>
            <w:r w:rsidRPr="00DC2F01">
              <w:rPr>
                <w:szCs w:val="24"/>
                <w:lang w:val="ru-RU"/>
              </w:rPr>
              <w:t xml:space="preserve">-, </w:t>
            </w:r>
            <w:r w:rsidRPr="003B3F76">
              <w:rPr>
                <w:szCs w:val="24"/>
              </w:rPr>
              <w:t>p</w:t>
            </w:r>
            <w:r w:rsidRPr="00DC2F01">
              <w:rPr>
                <w:szCs w:val="24"/>
                <w:lang w:val="ru-RU"/>
              </w:rPr>
              <w:t xml:space="preserve">-, </w:t>
            </w:r>
            <w:r w:rsidRPr="003B3F76">
              <w:rPr>
                <w:szCs w:val="24"/>
              </w:rPr>
              <w:t>d</w:t>
            </w:r>
            <w:r w:rsidRPr="00DC2F01">
              <w:rPr>
                <w:szCs w:val="24"/>
                <w:lang w:val="ru-RU"/>
              </w:rPr>
              <w:t xml:space="preserve">-элементов. 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3B3F76" w:rsidRDefault="00DC2F01" w:rsidP="000D3AEE">
            <w:pPr>
              <w:numPr>
                <w:ilvl w:val="0"/>
                <w:numId w:val="37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3B3F76">
              <w:rPr>
                <w:szCs w:val="24"/>
              </w:rPr>
              <w:t xml:space="preserve">Способы защиты от коррозии. </w:t>
            </w:r>
          </w:p>
          <w:p w:rsidR="00DC2F01" w:rsidRPr="003B3F76" w:rsidRDefault="00DC2F01" w:rsidP="00494884">
            <w:pPr>
              <w:spacing w:line="240" w:lineRule="auto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37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Составить в молекулярной форме уравнения реакций, которые выражаются следующими ионно-молекулярными уравнениями: </w:t>
            </w:r>
            <w:r w:rsidRPr="003B3F76">
              <w:rPr>
                <w:position w:val="-10"/>
                <w:szCs w:val="24"/>
              </w:rPr>
              <w:object w:dxaOrig="2060" w:dyaOrig="360">
                <v:shape id="_x0000_i1055" type="#_x0000_t75" style="width:102.75pt;height:18pt" o:ole="">
                  <v:imagedata r:id="rId64" o:title=""/>
                </v:shape>
                <o:OLEObject Type="Embed" ProgID="Equation.3" ShapeID="_x0000_i1055" DrawAspect="Content" ObjectID="_1841053800" r:id="rId65"/>
              </w:object>
            </w:r>
            <w:r w:rsidRPr="00DC2F01">
              <w:rPr>
                <w:szCs w:val="24"/>
                <w:lang w:val="ru-RU"/>
              </w:rPr>
              <w:t xml:space="preserve"> </w:t>
            </w:r>
            <w:r w:rsidRPr="003B3F76">
              <w:rPr>
                <w:position w:val="-10"/>
                <w:szCs w:val="24"/>
              </w:rPr>
              <w:object w:dxaOrig="3340" w:dyaOrig="360">
                <v:shape id="_x0000_i1056" type="#_x0000_t75" style="width:167.25pt;height:18pt" o:ole="">
                  <v:imagedata r:id="rId66" o:title=""/>
                </v:shape>
                <o:OLEObject Type="Embed" ProgID="Equation.3" ShapeID="_x0000_i1056" DrawAspect="Content" ObjectID="_1841053801" r:id="rId67"/>
              </w:object>
            </w:r>
            <w:r w:rsidRPr="00DC2F01">
              <w:rPr>
                <w:szCs w:val="24"/>
                <w:lang w:val="ru-RU"/>
              </w:rPr>
              <w:t>.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 </w:t>
            </w: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23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0D3AEE">
            <w:pPr>
              <w:numPr>
                <w:ilvl w:val="0"/>
                <w:numId w:val="38"/>
              </w:numPr>
              <w:tabs>
                <w:tab w:val="num" w:pos="306"/>
              </w:tabs>
              <w:spacing w:line="240" w:lineRule="auto"/>
              <w:ind w:left="0" w:firstLine="0"/>
              <w:jc w:val="both"/>
              <w:rPr>
                <w:b/>
                <w:szCs w:val="24"/>
              </w:rPr>
            </w:pPr>
            <w:r w:rsidRPr="003B3F76">
              <w:rPr>
                <w:szCs w:val="24"/>
              </w:rPr>
              <w:t>Химические системы. Термодинамические функции.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38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Окислительно-восстановительные реакции. Типы ОВР.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1B6ED6" w:rsidRDefault="00DC2F01" w:rsidP="000D3AEE">
            <w:pPr>
              <w:numPr>
                <w:ilvl w:val="0"/>
                <w:numId w:val="38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3B3F76">
              <w:rPr>
                <w:position w:val="-10"/>
                <w:szCs w:val="24"/>
              </w:rPr>
              <w:object w:dxaOrig="660" w:dyaOrig="340">
                <v:shape id="_x0000_i1057" type="#_x0000_t75" style="width:33pt;height:17.25pt" o:ole="">
                  <v:imagedata r:id="rId68" o:title=""/>
                </v:shape>
                <o:OLEObject Type="Embed" ProgID="Equation.3" ShapeID="_x0000_i1057" DrawAspect="Content" ObjectID="_1841053802" r:id="rId69"/>
              </w:object>
            </w:r>
            <w:r w:rsidRPr="00DC2F01">
              <w:rPr>
                <w:szCs w:val="24"/>
                <w:lang w:val="ru-RU"/>
              </w:rPr>
              <w:t xml:space="preserve">, на аноде выделилось </w:t>
            </w:r>
            <w:smartTag w:uri="urn:schemas-microsoft-com:office:smarttags" w:element="metricconverter">
              <w:smartTagPr>
                <w:attr w:name="ProductID" w:val="5,6 л"/>
              </w:smartTagPr>
              <w:r w:rsidRPr="00DC2F01">
                <w:rPr>
                  <w:szCs w:val="24"/>
                  <w:lang w:val="ru-RU"/>
                </w:rPr>
                <w:t>5,6 л</w:t>
              </w:r>
            </w:smartTag>
            <w:r w:rsidRPr="00DC2F01">
              <w:rPr>
                <w:szCs w:val="24"/>
                <w:lang w:val="ru-RU"/>
              </w:rPr>
              <w:t xml:space="preserve"> хлора (н.у.). </w:t>
            </w:r>
            <w:r w:rsidRPr="001B6ED6">
              <w:rPr>
                <w:szCs w:val="24"/>
                <w:lang w:val="ru-RU"/>
              </w:rPr>
              <w:t>Сколько меди выделилось на катоде?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 xml:space="preserve">доцент  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 </w:t>
            </w: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24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(1-й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3F76" w:rsidRDefault="00DC2F01" w:rsidP="000D3AEE">
            <w:pPr>
              <w:numPr>
                <w:ilvl w:val="0"/>
                <w:numId w:val="39"/>
              </w:numPr>
              <w:spacing w:line="240" w:lineRule="auto"/>
              <w:ind w:left="357" w:hanging="357"/>
              <w:jc w:val="both"/>
              <w:rPr>
                <w:szCs w:val="24"/>
              </w:rPr>
            </w:pPr>
            <w:r w:rsidRPr="003B3F76">
              <w:rPr>
                <w:szCs w:val="24"/>
              </w:rPr>
              <w:t xml:space="preserve">Основные классы неорганических соединений. 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39"/>
              </w:numPr>
              <w:spacing w:line="240" w:lineRule="auto"/>
              <w:ind w:left="357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Ионная связь. Структура ионных соединений.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1B6ED6" w:rsidRDefault="00DC2F01" w:rsidP="000D3AEE">
            <w:pPr>
              <w:numPr>
                <w:ilvl w:val="0"/>
                <w:numId w:val="39"/>
              </w:numPr>
              <w:tabs>
                <w:tab w:val="num" w:pos="306"/>
              </w:tabs>
              <w:spacing w:line="240" w:lineRule="auto"/>
              <w:ind w:left="357" w:hanging="357"/>
              <w:jc w:val="both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3B3F76">
              <w:rPr>
                <w:position w:val="-6"/>
                <w:szCs w:val="24"/>
              </w:rPr>
              <w:object w:dxaOrig="740" w:dyaOrig="280">
                <v:shape id="_x0000_i1058" type="#_x0000_t75" style="width:36.75pt;height:14.25pt" o:ole="">
                  <v:imagedata r:id="rId70" o:title=""/>
                </v:shape>
                <o:OLEObject Type="Embed" ProgID="Equation.3" ShapeID="_x0000_i1058" DrawAspect="Content" ObjectID="_1841053803" r:id="rId71"/>
              </w:object>
            </w:r>
            <w:r w:rsidRPr="00DC2F01">
              <w:rPr>
                <w:szCs w:val="24"/>
                <w:lang w:val="ru-RU"/>
              </w:rPr>
              <w:t xml:space="preserve">, на аноде выделилось </w:t>
            </w:r>
            <w:smartTag w:uri="urn:schemas-microsoft-com:office:smarttags" w:element="metricconverter">
              <w:smartTagPr>
                <w:attr w:name="ProductID" w:val="2,8 л"/>
              </w:smartTagPr>
              <w:r w:rsidRPr="00DC2F01">
                <w:rPr>
                  <w:szCs w:val="24"/>
                  <w:lang w:val="ru-RU"/>
                </w:rPr>
                <w:t>2,8 л</w:t>
              </w:r>
            </w:smartTag>
            <w:r w:rsidRPr="00DC2F01">
              <w:rPr>
                <w:szCs w:val="24"/>
                <w:lang w:val="ru-RU"/>
              </w:rPr>
              <w:t xml:space="preserve"> кислорода (н.у.). </w:t>
            </w:r>
            <w:r w:rsidRPr="001B6ED6">
              <w:rPr>
                <w:szCs w:val="24"/>
                <w:lang w:val="ru-RU"/>
              </w:rPr>
              <w:t>Сколько водорода выделилось на катоде?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 xml:space="preserve">Экзаменационный билет № 25 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>по дисциплине</w:t>
            </w:r>
            <w:r w:rsidRPr="00DC2F01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  <w:r w:rsidRPr="00DC2F01">
              <w:rPr>
                <w:rFonts w:ascii="Times New Roman" w:hAnsi="Times New Roman" w:cs="Times New Roman"/>
                <w:color w:val="auto"/>
                <w:u w:val="single"/>
                <w:lang w:val="ru-RU"/>
              </w:rPr>
              <w:t xml:space="preserve">химические основы экологии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lang w:val="ru-RU"/>
              </w:rPr>
              <w:t>(1-семестр)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lang w:val="ru-RU"/>
              </w:rPr>
            </w:pPr>
            <w:r w:rsidRPr="00DC2F01">
              <w:rPr>
                <w:b/>
                <w:lang w:val="ru-RU"/>
              </w:rPr>
              <w:t xml:space="preserve">направление подготовки 05.03.06 </w:t>
            </w:r>
            <w:r w:rsidRPr="00DC2F01">
              <w:rPr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 w:val="20"/>
                <w:lang w:val="ru-RU"/>
              </w:rPr>
            </w:pPr>
            <w:r w:rsidRPr="00DC2F01">
              <w:rPr>
                <w:b/>
                <w:lang w:val="ru-RU"/>
              </w:rPr>
              <w:t>профиль подготовки</w:t>
            </w:r>
            <w:r w:rsidRPr="00DC2F01">
              <w:rPr>
                <w:lang w:val="ru-RU"/>
              </w:rPr>
              <w:t xml:space="preserve"> Экологическая безопасность и охрана труда</w:t>
            </w: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pStyle w:val="ae"/>
              <w:numPr>
                <w:ilvl w:val="0"/>
                <w:numId w:val="60"/>
              </w:numPr>
              <w:spacing w:line="240" w:lineRule="auto"/>
              <w:jc w:val="both"/>
              <w:rPr>
                <w:color w:val="FF0000"/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Внутренняя энергия. Первый закон термодинамики. Энтальпия. Изменение энтальпии в эндо- и экзотермических реакциях.</w:t>
            </w:r>
          </w:p>
          <w:p w:rsidR="00DC2F01" w:rsidRPr="003B3F76" w:rsidRDefault="00DC2F01" w:rsidP="00494884">
            <w:pPr>
              <w:pStyle w:val="2c"/>
              <w:widowControl/>
              <w:ind w:left="-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pStyle w:val="ae"/>
              <w:numPr>
                <w:ilvl w:val="0"/>
                <w:numId w:val="60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Ковалентная связь. Свойства ковалентной связи: полярность, направленность насыщаемость.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1B6ED6" w:rsidRDefault="00DC2F01" w:rsidP="000D3AEE">
            <w:pPr>
              <w:pStyle w:val="ae"/>
              <w:numPr>
                <w:ilvl w:val="0"/>
                <w:numId w:val="60"/>
              </w:numPr>
              <w:spacing w:line="240" w:lineRule="auto"/>
              <w:jc w:val="both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При электролизе водного раствора </w:t>
            </w:r>
            <w:r w:rsidRPr="003B3F76">
              <w:rPr>
                <w:position w:val="-10"/>
              </w:rPr>
              <w:object w:dxaOrig="639" w:dyaOrig="340">
                <v:shape id="_x0000_i1059" type="#_x0000_t75" style="width:32.25pt;height:17.25pt" o:ole="">
                  <v:imagedata r:id="rId72" o:title=""/>
                </v:shape>
                <o:OLEObject Type="Embed" ProgID="Equation.3" ShapeID="_x0000_i1059" DrawAspect="Content" ObjectID="_1841053804" r:id="rId73"/>
              </w:object>
            </w:r>
            <w:r w:rsidRPr="00DC2F01">
              <w:rPr>
                <w:szCs w:val="24"/>
                <w:lang w:val="ru-RU"/>
              </w:rPr>
              <w:t xml:space="preserve">, на аноде выделилось 4,48л хлора(н.у.). </w:t>
            </w:r>
            <w:r w:rsidRPr="001B6ED6">
              <w:rPr>
                <w:szCs w:val="24"/>
                <w:lang w:val="ru-RU"/>
              </w:rPr>
              <w:t>Сколько олова выделилось на катоде?</w:t>
            </w:r>
          </w:p>
          <w:p w:rsidR="00DC2F01" w:rsidRPr="003B3F76" w:rsidRDefault="00DC2F01" w:rsidP="00494884">
            <w:pPr>
              <w:pStyle w:val="2c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________________________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</w:tbl>
    <w:p w:rsidR="00DC2F01" w:rsidRPr="00DC2F01" w:rsidRDefault="00DC2F01" w:rsidP="00DC2F01">
      <w:pPr>
        <w:spacing w:line="240" w:lineRule="auto"/>
        <w:rPr>
          <w:lang w:val="ru-RU"/>
        </w:rPr>
      </w:pPr>
    </w:p>
    <w:p w:rsidR="00DC2F01" w:rsidRDefault="00DC2F01" w:rsidP="00DC2F01">
      <w:pPr>
        <w:spacing w:line="240" w:lineRule="auto"/>
        <w:jc w:val="center"/>
      </w:pPr>
      <w:r w:rsidRPr="003A4EB0">
        <w:rPr>
          <w:b/>
          <w:sz w:val="28"/>
          <w:szCs w:val="28"/>
        </w:rPr>
        <w:t>Экзаменационные билеты – 2-й семестр</w:t>
      </w: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Default="00DC2F01" w:rsidP="00DC2F01">
      <w:pPr>
        <w:jc w:val="center"/>
        <w:rPr>
          <w:b/>
          <w:sz w:val="28"/>
          <w:szCs w:val="28"/>
        </w:rPr>
      </w:pPr>
    </w:p>
    <w:p w:rsidR="00DC2F01" w:rsidRPr="003A4EB0" w:rsidRDefault="00DC2F01" w:rsidP="00DC2F01">
      <w:pPr>
        <w:jc w:val="center"/>
        <w:rPr>
          <w:b/>
          <w:sz w:val="28"/>
          <w:szCs w:val="28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42"/>
        <w:gridCol w:w="7796"/>
      </w:tblGrid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Экзаменационный билет № 1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69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14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79"/>
              </w:numPr>
              <w:spacing w:line="240" w:lineRule="auto"/>
              <w:ind w:left="714" w:hanging="357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Аналитический процесс. Стандартная схема процесса анализа. </w:t>
            </w: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3B6346" w:rsidRDefault="00DC2F01" w:rsidP="000D3AEE">
            <w:pPr>
              <w:numPr>
                <w:ilvl w:val="0"/>
                <w:numId w:val="79"/>
              </w:numPr>
              <w:spacing w:line="240" w:lineRule="auto"/>
              <w:jc w:val="both"/>
              <w:rPr>
                <w:szCs w:val="24"/>
              </w:rPr>
            </w:pPr>
            <w:r w:rsidRPr="003B6346">
              <w:rPr>
                <w:szCs w:val="24"/>
              </w:rPr>
              <w:t>Теории кислотно-основных индикаторов.</w:t>
            </w:r>
          </w:p>
          <w:p w:rsidR="00DC2F01" w:rsidRPr="003B6346" w:rsidRDefault="00DC2F01" w:rsidP="00494884">
            <w:pPr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79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Вычислите, сколько граммов серной кислоты содержится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C2F01">
                <w:rPr>
                  <w:szCs w:val="24"/>
                  <w:lang w:val="ru-RU"/>
                </w:rPr>
                <w:t>1 л</w:t>
              </w:r>
            </w:smartTag>
            <w:r w:rsidRPr="00DC2F01">
              <w:rPr>
                <w:szCs w:val="24"/>
                <w:lang w:val="ru-RU"/>
              </w:rPr>
              <w:t xml:space="preserve">. раствора, </w:t>
            </w:r>
            <w:proofErr w:type="gramStart"/>
            <w:r w:rsidRPr="00DC2F01">
              <w:rPr>
                <w:szCs w:val="24"/>
                <w:lang w:val="ru-RU"/>
              </w:rPr>
              <w:t>если  на</w:t>
            </w:r>
            <w:proofErr w:type="gramEnd"/>
            <w:r w:rsidRPr="00DC2F01">
              <w:rPr>
                <w:szCs w:val="24"/>
                <w:lang w:val="ru-RU"/>
              </w:rPr>
              <w:t xml:space="preserve"> нейтрализацию 20,00 мл раствора серной кислоты идет 30,00 мл раствора гидроксида натрия, в 1 мл которого содержится </w:t>
            </w:r>
            <w:smartTag w:uri="urn:schemas-microsoft-com:office:smarttags" w:element="metricconverter">
              <w:smartTagPr>
                <w:attr w:name="ProductID" w:val="0,00400 г"/>
              </w:smartTagPr>
              <w:r w:rsidRPr="00DC2F01">
                <w:rPr>
                  <w:szCs w:val="24"/>
                  <w:lang w:val="ru-RU"/>
                </w:rPr>
                <w:t>0,00400 г</w:t>
              </w:r>
            </w:smartTag>
            <w:r w:rsidRPr="00DC2F01">
              <w:rPr>
                <w:szCs w:val="24"/>
                <w:lang w:val="ru-RU"/>
              </w:rPr>
              <w:t xml:space="preserve">. гидроксида натрия. </w:t>
            </w: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color w:val="auto"/>
                <w:szCs w:val="24"/>
                <w:lang w:val="ru-RU"/>
              </w:rPr>
            </w:pPr>
            <w:r w:rsidRPr="00DC2F01">
              <w:rPr>
                <w:color w:val="auto"/>
                <w:szCs w:val="24"/>
                <w:lang w:val="ru-RU"/>
              </w:rPr>
              <w:t>Заведующий кафедрой   ЭБЖиФ    ________________________            Никифорова В.А.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2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357"/>
              <w:rPr>
                <w:bCs/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ind w:left="357"/>
              <w:rPr>
                <w:bCs/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0"/>
              </w:numPr>
              <w:spacing w:line="240" w:lineRule="auto"/>
              <w:ind w:left="357" w:hanging="357"/>
              <w:rPr>
                <w:bCs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Аналитические признаки веществ и аналитические реакции.</w:t>
            </w:r>
          </w:p>
          <w:p w:rsidR="00DC2F01" w:rsidRPr="00DC2F01" w:rsidRDefault="00DC2F01" w:rsidP="00494884">
            <w:pPr>
              <w:spacing w:line="240" w:lineRule="auto"/>
              <w:rPr>
                <w:bCs/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Cs/>
                <w:szCs w:val="24"/>
                <w:lang w:val="ru-RU"/>
              </w:rPr>
            </w:pPr>
          </w:p>
          <w:p w:rsidR="00DC2F01" w:rsidRPr="003B6346" w:rsidRDefault="00DC2F01" w:rsidP="000D3AEE">
            <w:pPr>
              <w:pStyle w:val="14"/>
              <w:widowControl/>
              <w:numPr>
                <w:ilvl w:val="0"/>
                <w:numId w:val="80"/>
              </w:numPr>
              <w:tabs>
                <w:tab w:val="left" w:pos="2620"/>
              </w:tabs>
              <w:snapToGrid w:val="0"/>
              <w:ind w:left="357" w:hanging="357"/>
              <w:rPr>
                <w:bCs/>
                <w:sz w:val="24"/>
                <w:szCs w:val="24"/>
              </w:rPr>
            </w:pPr>
            <w:r w:rsidRPr="003B6346">
              <w:rPr>
                <w:bCs/>
                <w:sz w:val="24"/>
                <w:szCs w:val="24"/>
              </w:rPr>
              <w:t>Расчет количества осадителя.</w:t>
            </w:r>
          </w:p>
          <w:p w:rsidR="00DC2F01" w:rsidRDefault="00DC2F01" w:rsidP="00494884">
            <w:pPr>
              <w:pStyle w:val="ae"/>
              <w:spacing w:line="240" w:lineRule="auto"/>
              <w:ind w:left="0"/>
              <w:rPr>
                <w:szCs w:val="24"/>
              </w:rPr>
            </w:pPr>
          </w:p>
          <w:p w:rsidR="00DC2F01" w:rsidRPr="003B6346" w:rsidRDefault="00DC2F01" w:rsidP="00494884">
            <w:pPr>
              <w:pStyle w:val="ae"/>
              <w:spacing w:line="240" w:lineRule="auto"/>
              <w:ind w:left="0"/>
              <w:rPr>
                <w:szCs w:val="24"/>
              </w:rPr>
            </w:pPr>
          </w:p>
          <w:p w:rsidR="00DC2F01" w:rsidRPr="003B6346" w:rsidRDefault="00DC2F01" w:rsidP="000D3AEE">
            <w:pPr>
              <w:pStyle w:val="14"/>
              <w:widowControl/>
              <w:numPr>
                <w:ilvl w:val="0"/>
                <w:numId w:val="80"/>
              </w:numPr>
              <w:tabs>
                <w:tab w:val="left" w:pos="2620"/>
              </w:tabs>
              <w:snapToGrid w:val="0"/>
              <w:ind w:left="357" w:hanging="357"/>
              <w:rPr>
                <w:bCs/>
                <w:sz w:val="24"/>
                <w:szCs w:val="24"/>
              </w:rPr>
            </w:pPr>
            <w:r w:rsidRPr="003B6346">
              <w:rPr>
                <w:sz w:val="24"/>
                <w:szCs w:val="24"/>
              </w:rPr>
              <w:t>Аналитические и технические весы. Техника взвешивания на аналитических весах.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left" w:pos="2620"/>
              </w:tabs>
              <w:snapToGrid w:val="0"/>
              <w:ind w:left="357"/>
              <w:rPr>
                <w:bCs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ae"/>
              <w:spacing w:line="240" w:lineRule="auto"/>
              <w:ind w:left="0"/>
              <w:rPr>
                <w:bCs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ae"/>
              <w:spacing w:line="240" w:lineRule="auto"/>
              <w:ind w:left="0"/>
              <w:rPr>
                <w:bCs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ae"/>
              <w:spacing w:line="240" w:lineRule="auto"/>
              <w:ind w:left="0"/>
              <w:rPr>
                <w:bCs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ae"/>
              <w:spacing w:line="240" w:lineRule="auto"/>
              <w:ind w:left="0"/>
              <w:rPr>
                <w:bCs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________________________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_______________________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_  Никифорова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 xml:space="preserve">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3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6346" w:rsidRDefault="00DC2F01" w:rsidP="000D3AEE">
            <w:pPr>
              <w:numPr>
                <w:ilvl w:val="0"/>
                <w:numId w:val="81"/>
              </w:numPr>
              <w:spacing w:line="240" w:lineRule="auto"/>
              <w:jc w:val="both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Типы аналитических реакций и реагентов. </w:t>
            </w:r>
            <w:r w:rsidRPr="003B6346">
              <w:rPr>
                <w:szCs w:val="24"/>
              </w:rPr>
              <w:t>Характеристики чувствительности аналитических реакций.</w:t>
            </w:r>
          </w:p>
          <w:p w:rsidR="00DC2F01" w:rsidRPr="003B6346" w:rsidRDefault="00DC2F01" w:rsidP="00494884">
            <w:pPr>
              <w:ind w:left="360"/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81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Равновесие в системе осадок-раствор. Правило произведения растворимости. Привести примеры.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1"/>
              </w:numPr>
              <w:spacing w:line="240" w:lineRule="auto"/>
              <w:jc w:val="both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Масса тигля равна </w:t>
            </w:r>
            <w:smartTag w:uri="urn:schemas-microsoft-com:office:smarttags" w:element="metricconverter">
              <w:smartTagPr>
                <w:attr w:name="ProductID" w:val="8 г"/>
              </w:smartTagPr>
              <w:r w:rsidRPr="00DC2F01">
                <w:rPr>
                  <w:szCs w:val="24"/>
                  <w:lang w:val="ru-RU"/>
                </w:rPr>
                <w:t>8 г</w:t>
              </w:r>
            </w:smartTag>
            <w:r w:rsidRPr="00DC2F01">
              <w:rPr>
                <w:szCs w:val="24"/>
                <w:lang w:val="ru-RU"/>
              </w:rPr>
              <w:t>. Как следует записать эту массу, если взвешивание проводилось на технических весах, аналитических весах.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доцент        ________________________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____________________Никифорова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4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numPr>
                <w:ilvl w:val="0"/>
                <w:numId w:val="82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Вычисления в количественном анализе (точные и приближенные).</w:t>
            </w:r>
          </w:p>
          <w:p w:rsidR="00DC2F01" w:rsidRPr="00DC2F01" w:rsidRDefault="00DC2F01" w:rsidP="00494884">
            <w:pPr>
              <w:ind w:left="357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ind w:left="357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2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Влияние различных факторов на растворимость осадка.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2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На нейтрализацию 20,00 мл раствора серной кислоты идет 21,00 мл раствора гидроксида натрия, в 1 мл которого содержится </w:t>
            </w:r>
            <w:smartTag w:uri="urn:schemas-microsoft-com:office:smarttags" w:element="metricconverter">
              <w:smartTagPr>
                <w:attr w:name="ProductID" w:val="0,0040 г"/>
              </w:smartTagPr>
              <w:r w:rsidRPr="00DC2F01">
                <w:rPr>
                  <w:szCs w:val="24"/>
                  <w:lang w:val="ru-RU"/>
                </w:rPr>
                <w:t>0,0040 г</w:t>
              </w:r>
            </w:smartTag>
            <w:r w:rsidRPr="00DC2F01">
              <w:rPr>
                <w:szCs w:val="24"/>
                <w:lang w:val="ru-RU"/>
              </w:rPr>
              <w:t xml:space="preserve">. гидроксида натрия. Вычислить, сколько граммов серной кислоты содержится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C2F01">
                <w:rPr>
                  <w:szCs w:val="24"/>
                  <w:lang w:val="ru-RU"/>
                </w:rPr>
                <w:t>1 л</w:t>
              </w:r>
            </w:smartTag>
            <w:r w:rsidRPr="00DC2F01">
              <w:rPr>
                <w:szCs w:val="24"/>
                <w:lang w:val="ru-RU"/>
              </w:rPr>
              <w:t>. раствора серной кислоты.</w:t>
            </w:r>
          </w:p>
          <w:p w:rsidR="00DC2F01" w:rsidRDefault="00DC2F01" w:rsidP="00494884">
            <w:pPr>
              <w:pStyle w:val="14"/>
              <w:widowControl/>
              <w:ind w:left="720"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14"/>
              <w:widowControl/>
              <w:ind w:hanging="834"/>
              <w:rPr>
                <w:b/>
                <w:sz w:val="24"/>
                <w:szCs w:val="24"/>
              </w:rPr>
            </w:pPr>
          </w:p>
          <w:p w:rsidR="00DC2F01" w:rsidRPr="003B6346" w:rsidRDefault="00DC2F01" w:rsidP="00494884">
            <w:pPr>
              <w:pStyle w:val="14"/>
              <w:widowControl/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доцент       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__________________        Никифорова В.А.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>Билет экзаменационный № 5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numPr>
                <w:ilvl w:val="0"/>
                <w:numId w:val="99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>Качественный химический анализ. Общие положения.</w:t>
            </w: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9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Вычисление результатов определений в титриметрическом анализе.</w:t>
            </w: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9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Каковы будут потери при промывании осадка сульфата свинца 200 мл </w:t>
            </w:r>
            <w:smartTag w:uri="urn:schemas-microsoft-com:office:smarttags" w:element="metricconverter">
              <w:smartTagPr>
                <w:attr w:name="ProductID" w:val="0,01 М"/>
              </w:smartTagPr>
              <w:r w:rsidRPr="00DC2F01">
                <w:rPr>
                  <w:szCs w:val="24"/>
                  <w:lang w:val="ru-RU"/>
                </w:rPr>
                <w:t>0,01 М</w:t>
              </w:r>
            </w:smartTag>
            <w:r w:rsidRPr="00DC2F01">
              <w:rPr>
                <w:szCs w:val="24"/>
                <w:lang w:val="ru-RU"/>
              </w:rPr>
              <w:t xml:space="preserve"> раствора сульфата аммония?</w:t>
            </w:r>
          </w:p>
          <w:p w:rsidR="00DC2F01" w:rsidRPr="00DC2F01" w:rsidRDefault="00DC2F01" w:rsidP="00494884">
            <w:pPr>
              <w:tabs>
                <w:tab w:val="left" w:pos="4620"/>
              </w:tabs>
              <w:rPr>
                <w:bCs/>
                <w:szCs w:val="24"/>
                <w:lang w:val="ru-RU"/>
              </w:rPr>
            </w:pPr>
          </w:p>
          <w:p w:rsidR="00DC2F01" w:rsidRPr="00DC2F01" w:rsidRDefault="00DC2F01" w:rsidP="00494884">
            <w:pPr>
              <w:tabs>
                <w:tab w:val="left" w:pos="4620"/>
              </w:tabs>
              <w:rPr>
                <w:b/>
                <w:szCs w:val="24"/>
                <w:lang w:val="ru-RU"/>
              </w:rPr>
            </w:pPr>
            <w:r w:rsidRPr="00DC2F01">
              <w:rPr>
                <w:bCs/>
                <w:szCs w:val="24"/>
                <w:lang w:val="ru-RU"/>
              </w:rPr>
              <w:tab/>
            </w: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6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25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3B6346" w:rsidRDefault="00DC2F01" w:rsidP="000D3AEE">
            <w:pPr>
              <w:numPr>
                <w:ilvl w:val="0"/>
                <w:numId w:val="100"/>
              </w:numPr>
              <w:spacing w:line="240" w:lineRule="auto"/>
              <w:rPr>
                <w:szCs w:val="24"/>
              </w:rPr>
            </w:pPr>
            <w:r w:rsidRPr="003B6346">
              <w:rPr>
                <w:szCs w:val="24"/>
              </w:rPr>
              <w:t>Погрешности (ошибки) количественного анализа.</w:t>
            </w:r>
          </w:p>
          <w:p w:rsidR="00DC2F01" w:rsidRDefault="00DC2F01" w:rsidP="00494884">
            <w:pPr>
              <w:rPr>
                <w:szCs w:val="24"/>
              </w:rPr>
            </w:pPr>
          </w:p>
          <w:p w:rsidR="00DC2F01" w:rsidRPr="003B6346" w:rsidRDefault="00DC2F01" w:rsidP="00494884">
            <w:pPr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100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Техника общих операций в гравиметрическом анализе.</w:t>
            </w:r>
          </w:p>
          <w:p w:rsidR="00DC2F01" w:rsidRPr="00DC2F01" w:rsidRDefault="00DC2F01" w:rsidP="00494884">
            <w:pPr>
              <w:rPr>
                <w:color w:val="FF0000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color w:val="FF0000"/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00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Сколько граммов серной кислоты содержится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C2F01">
                <w:rPr>
                  <w:szCs w:val="24"/>
                  <w:lang w:val="ru-RU"/>
                </w:rPr>
                <w:t>1 л</w:t>
              </w:r>
            </w:smartTag>
            <w:r w:rsidRPr="00DC2F01">
              <w:rPr>
                <w:szCs w:val="24"/>
                <w:lang w:val="ru-RU"/>
              </w:rPr>
              <w:t xml:space="preserve"> раствора, если при действии на 50 мл этого раствора растром хлористого бария получено </w:t>
            </w:r>
            <w:smartTag w:uri="urn:schemas-microsoft-com:office:smarttags" w:element="metricconverter">
              <w:smartTagPr>
                <w:attr w:name="ProductID" w:val="0,2328 г"/>
              </w:smartTagPr>
              <w:r w:rsidRPr="00DC2F01">
                <w:rPr>
                  <w:szCs w:val="24"/>
                  <w:lang w:val="ru-RU"/>
                </w:rPr>
                <w:t>0,2328 г</w:t>
              </w:r>
            </w:smartTag>
            <w:r w:rsidRPr="00DC2F01">
              <w:rPr>
                <w:szCs w:val="24"/>
                <w:lang w:val="ru-RU"/>
              </w:rPr>
              <w:t xml:space="preserve"> сульфата бария.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________________________              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tabs>
                <w:tab w:val="left" w:pos="3367"/>
              </w:tabs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tabs>
                <w:tab w:val="left" w:pos="3367"/>
              </w:tabs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tabs>
                <w:tab w:val="left" w:pos="3367"/>
              </w:tabs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tabs>
                <w:tab w:val="left" w:pos="3367"/>
              </w:tabs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tabs>
                <w:tab w:val="left" w:pos="3367"/>
              </w:tabs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№7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8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Основные типы </w:t>
            </w:r>
            <w:proofErr w:type="gramStart"/>
            <w:r w:rsidRPr="00DC2F01">
              <w:rPr>
                <w:szCs w:val="24"/>
                <w:lang w:val="ru-RU"/>
              </w:rPr>
              <w:t>химических реакций</w:t>
            </w:r>
            <w:proofErr w:type="gramEnd"/>
            <w:r w:rsidRPr="00DC2F01">
              <w:rPr>
                <w:szCs w:val="24"/>
                <w:lang w:val="ru-RU"/>
              </w:rPr>
              <w:t xml:space="preserve"> используемых в аналитической химии.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8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Виды кривых титрования: логарифмические кривые.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3B6346" w:rsidRDefault="00DC2F01" w:rsidP="000D3AEE">
            <w:pPr>
              <w:numPr>
                <w:ilvl w:val="0"/>
                <w:numId w:val="98"/>
              </w:numPr>
              <w:spacing w:line="240" w:lineRule="auto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При определении никеля в сплаве получены следующие результаты: 8,25, 8,15, 8,08, 8,20, 8,02. </w:t>
            </w:r>
            <w:r w:rsidRPr="003B6346">
              <w:rPr>
                <w:szCs w:val="24"/>
              </w:rPr>
              <w:t xml:space="preserve">Рассчитайте абсолютную и относительную ошибки. 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left" w:pos="2140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________________________              Никифорова В.А.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8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7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Индикаторы в методе кислотно-основного титрования.  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7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Химические реактивы и их классификация.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7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Рассчитайте гравиметрический фактор при определении следующих компонентов, гравиметрической формой служит </w:t>
            </w:r>
            <w:r w:rsidRPr="003B6346">
              <w:rPr>
                <w:position w:val="-10"/>
                <w:szCs w:val="24"/>
              </w:rPr>
              <w:object w:dxaOrig="2799" w:dyaOrig="360">
                <v:shape id="_x0000_i1060" type="#_x0000_t75" style="width:139.5pt;height:18pt" o:ole="">
                  <v:imagedata r:id="rId74" o:title=""/>
                </v:shape>
                <o:OLEObject Type="Embed" ProgID="Equation.3" ShapeID="_x0000_i1060" DrawAspect="Content" ObjectID="_1841053805" r:id="rId75"/>
              </w:objec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г.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________________________              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pStyle w:val="23"/>
              <w:jc w:val="center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9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6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Понятие весовой формы. Требования к весовой форме.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3B6346" w:rsidRDefault="00DC2F01" w:rsidP="000D3AEE">
            <w:pPr>
              <w:numPr>
                <w:ilvl w:val="0"/>
                <w:numId w:val="96"/>
              </w:numPr>
              <w:spacing w:line="240" w:lineRule="auto"/>
              <w:rPr>
                <w:szCs w:val="24"/>
              </w:rPr>
            </w:pPr>
            <w:r w:rsidRPr="003B6346">
              <w:rPr>
                <w:szCs w:val="24"/>
              </w:rPr>
              <w:t>Теории кислотно-основных индикаторов.</w:t>
            </w:r>
          </w:p>
          <w:p w:rsidR="00DC2F01" w:rsidRDefault="00DC2F01" w:rsidP="00494884">
            <w:pPr>
              <w:rPr>
                <w:szCs w:val="24"/>
              </w:rPr>
            </w:pPr>
          </w:p>
          <w:p w:rsidR="00DC2F01" w:rsidRPr="003B6346" w:rsidRDefault="00DC2F01" w:rsidP="00494884">
            <w:pPr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96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Сформулируйте правило произведения растворимости. Проиллюстрируйте его примерами для карбоната кальция.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________________________              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10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5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Аналитическая классификация катионов по группам.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5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Мерная посуда и правила работы с мерной посудой.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5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Сколько граммов серной кислоты содержится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C2F01">
                <w:rPr>
                  <w:szCs w:val="24"/>
                  <w:lang w:val="ru-RU"/>
                </w:rPr>
                <w:t>1 л</w:t>
              </w:r>
            </w:smartTag>
            <w:r w:rsidRPr="00DC2F01">
              <w:rPr>
                <w:szCs w:val="24"/>
                <w:lang w:val="ru-RU"/>
              </w:rPr>
              <w:t xml:space="preserve"> раствора, если при действии на 50 мл этого раствора растром хлористого бария получено </w:t>
            </w:r>
            <w:smartTag w:uri="urn:schemas-microsoft-com:office:smarttags" w:element="metricconverter">
              <w:smartTagPr>
                <w:attr w:name="ProductID" w:val="0,2126 г"/>
              </w:smartTagPr>
              <w:r w:rsidRPr="00DC2F01">
                <w:rPr>
                  <w:szCs w:val="24"/>
                  <w:lang w:val="ru-RU"/>
                </w:rPr>
                <w:t>0,2126 г</w:t>
              </w:r>
            </w:smartTag>
            <w:r w:rsidRPr="00DC2F01">
              <w:rPr>
                <w:szCs w:val="24"/>
                <w:lang w:val="ru-RU"/>
              </w:rPr>
              <w:t>. сульфата бария.</w:t>
            </w:r>
          </w:p>
          <w:p w:rsidR="00DC2F01" w:rsidRPr="00DC2F01" w:rsidRDefault="00DC2F01" w:rsidP="00494884">
            <w:pPr>
              <w:pStyle w:val="21"/>
              <w:rPr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  ________________________              Никифорова В.А.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11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94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Индикаторы в методе кислотно-основного титрования.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4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Основные виды расчетов в гравиметрическом (весовом) анализе.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3B6346" w:rsidRDefault="00DC2F01" w:rsidP="000D3AEE">
            <w:pPr>
              <w:numPr>
                <w:ilvl w:val="0"/>
                <w:numId w:val="94"/>
              </w:numPr>
              <w:spacing w:line="240" w:lineRule="auto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Сколько граммов сульфата свинца будет потеряно при промывании осадка 200 мл воды? </w:t>
            </w:r>
            <w:r w:rsidRPr="003B6346">
              <w:rPr>
                <w:szCs w:val="24"/>
              </w:rPr>
              <w:t>(</w:t>
            </w:r>
            <w:r w:rsidRPr="003B6346">
              <w:rPr>
                <w:position w:val="-10"/>
                <w:szCs w:val="24"/>
              </w:rPr>
              <w:object w:dxaOrig="1540" w:dyaOrig="360">
                <v:shape id="_x0000_i1061" type="#_x0000_t75" style="width:76.5pt;height:18pt" o:ole="">
                  <v:imagedata r:id="rId76" o:title=""/>
                </v:shape>
                <o:OLEObject Type="Embed" ProgID="Equation.3" ShapeID="_x0000_i1061" DrawAspect="Content" ObjectID="_1841053806" r:id="rId77"/>
              </w:object>
            </w:r>
            <w:r w:rsidRPr="003B6346">
              <w:rPr>
                <w:szCs w:val="24"/>
              </w:rPr>
              <w:t xml:space="preserve"> моль/дм</w:t>
            </w:r>
            <w:r w:rsidRPr="003B6346">
              <w:rPr>
                <w:dstrike/>
                <w:szCs w:val="24"/>
              </w:rPr>
              <w:t>3</w:t>
            </w:r>
            <w:r w:rsidRPr="003B6346">
              <w:rPr>
                <w:szCs w:val="24"/>
              </w:rPr>
              <w:t>).</w:t>
            </w:r>
          </w:p>
          <w:p w:rsidR="00DC2F01" w:rsidRDefault="00DC2F01" w:rsidP="00494884">
            <w:pPr>
              <w:pStyle w:val="ae"/>
              <w:rPr>
                <w:szCs w:val="24"/>
              </w:rPr>
            </w:pPr>
          </w:p>
          <w:p w:rsidR="00DC2F01" w:rsidRPr="003B6346" w:rsidRDefault="00DC2F01" w:rsidP="00494884">
            <w:pPr>
              <w:pStyle w:val="ae"/>
              <w:rPr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3B6346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  <w:r w:rsidRPr="003B6346">
              <w:rPr>
                <w:sz w:val="24"/>
                <w:szCs w:val="24"/>
              </w:rPr>
              <w:t>Заведующий кафедрой   ЭБЖиФ         ________________________              Никифорова В.А.</w:t>
            </w:r>
            <w:r w:rsidRPr="003B6346">
              <w:rPr>
                <w:b/>
                <w:sz w:val="24"/>
                <w:szCs w:val="24"/>
              </w:rPr>
              <w:t xml:space="preserve"> </w:t>
            </w: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Pr="003B6346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12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93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Метод кислотно-основного титрования. Общая характеристика.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3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Аналитические и технические весы. Техника взвешивания на аналитических весах.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3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Что такое титрованный раствор. Каким требованиям должны удовлетворять вещества, из которых готовят титрованные растворы. </w:t>
            </w:r>
          </w:p>
          <w:p w:rsidR="00DC2F01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color w:val="FF0000"/>
                <w:sz w:val="24"/>
                <w:szCs w:val="24"/>
              </w:rPr>
            </w:pPr>
          </w:p>
          <w:p w:rsidR="00DC2F01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color w:val="FF0000"/>
                <w:sz w:val="24"/>
                <w:szCs w:val="24"/>
              </w:rPr>
            </w:pP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color w:val="FF0000"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3B6346" w:rsidRDefault="00DC2F01" w:rsidP="00494884">
            <w:pPr>
              <w:pStyle w:val="14"/>
              <w:widowControl/>
              <w:rPr>
                <w:sz w:val="24"/>
                <w:szCs w:val="24"/>
              </w:rPr>
            </w:pPr>
          </w:p>
          <w:p w:rsidR="00DC2F01" w:rsidRPr="003B6346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  <w:r w:rsidRPr="003B6346">
              <w:rPr>
                <w:sz w:val="24"/>
                <w:szCs w:val="24"/>
              </w:rPr>
              <w:t>Заведующий кафедрой   ЭБЖиФ         ________________________              Никифорова В.А.</w:t>
            </w:r>
            <w:r w:rsidRPr="003B6346">
              <w:rPr>
                <w:b/>
                <w:sz w:val="24"/>
                <w:szCs w:val="24"/>
              </w:rPr>
              <w:t xml:space="preserve"> </w:t>
            </w: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Pr="003B6346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br w:type="page"/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13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92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Условия образования и свойства кристаллических осадков.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2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Химическая посуда способы подготовки химической посуды.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2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Чему равна молярная концентрация эквивалента 20,0 % раствора серной кислоты. 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________________________              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14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976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1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Условия образования и свойства аморфных осадков.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1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Способы титрования и способы фиксирования ТЭ, в методе кислотно-основного титрования.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1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Сколько мл концентрированной серной кислоты плотность 1,84 г/см</w:t>
            </w:r>
            <w:r w:rsidRPr="00DC2F01">
              <w:rPr>
                <w:szCs w:val="24"/>
                <w:vertAlign w:val="superscript"/>
                <w:lang w:val="ru-RU"/>
              </w:rPr>
              <w:t>3</w:t>
            </w:r>
            <w:r w:rsidRPr="00DC2F01">
              <w:rPr>
                <w:szCs w:val="24"/>
                <w:lang w:val="ru-RU"/>
              </w:rPr>
              <w:t xml:space="preserve">, содержащей 96 % серной кислоты, нужно взять для приготовления </w:t>
            </w:r>
            <w:smartTag w:uri="urn:schemas-microsoft-com:office:smarttags" w:element="metricconverter">
              <w:smartTagPr>
                <w:attr w:name="ProductID" w:val="5 л"/>
              </w:smartTagPr>
              <w:r w:rsidRPr="00DC2F01">
                <w:rPr>
                  <w:szCs w:val="24"/>
                  <w:lang w:val="ru-RU"/>
                </w:rPr>
                <w:t>5 л</w:t>
              </w:r>
            </w:smartTag>
            <w:r w:rsidRPr="00DC2F01">
              <w:rPr>
                <w:szCs w:val="24"/>
                <w:lang w:val="ru-RU"/>
              </w:rPr>
              <w:t xml:space="preserve">. 0,1 н раствора. </w:t>
            </w:r>
          </w:p>
          <w:p w:rsidR="00DC2F01" w:rsidRDefault="00DC2F01" w:rsidP="00494884">
            <w:pPr>
              <w:pStyle w:val="14"/>
              <w:widowControl/>
              <w:tabs>
                <w:tab w:val="left" w:pos="720"/>
              </w:tabs>
              <w:spacing w:line="360" w:lineRule="auto"/>
              <w:ind w:hanging="834"/>
              <w:rPr>
                <w:b/>
                <w:sz w:val="24"/>
                <w:szCs w:val="24"/>
              </w:rPr>
            </w:pPr>
            <w:r w:rsidRPr="003B6346">
              <w:rPr>
                <w:b/>
                <w:sz w:val="24"/>
                <w:szCs w:val="24"/>
              </w:rPr>
              <w:tab/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left" w:pos="720"/>
              </w:tabs>
              <w:spacing w:line="360" w:lineRule="auto"/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     ____________________              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15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0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Аналитическая классификация анионов по группам.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0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Гравиметрический фактор. Физический смысл гравиметрического фактора.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90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До какого объема нужно разбавить 50,0 </w:t>
            </w:r>
            <w:proofErr w:type="gramStart"/>
            <w:r w:rsidRPr="00DC2F01">
              <w:rPr>
                <w:szCs w:val="24"/>
                <w:lang w:val="ru-RU"/>
              </w:rPr>
              <w:t>мл  2</w:t>
            </w:r>
            <w:proofErr w:type="gramEnd"/>
            <w:r w:rsidRPr="00DC2F01">
              <w:rPr>
                <w:szCs w:val="24"/>
                <w:lang w:val="ru-RU"/>
              </w:rPr>
              <w:t>,0 н раствора соляной кислоты, чтобы  получить 0,3 н. раствор.</w:t>
            </w:r>
          </w:p>
          <w:p w:rsidR="00DC2F01" w:rsidRPr="00DC2F01" w:rsidRDefault="00DC2F01" w:rsidP="00494884">
            <w:pPr>
              <w:pStyle w:val="ae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ae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ae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________________________              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16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numPr>
                <w:ilvl w:val="0"/>
                <w:numId w:val="89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Основные понятие аналитической химии (химический анализ вещества, принцип анализа, метод анализа, методика анализа). 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9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Влияние различных факторов на растворимость осадка.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9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Сколько воды нужно добавить к 100 мл. 72 % серной кислоте (плотность 1,63 г/см3), чтобы получить 26 %.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________________________              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17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88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Сущность гравиметрического (весового) анализа. Классификация методов гравиметрического анализа.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8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Растворы. Способы выражения концентраций растворов.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8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Чему равна молярная концентрация эквивавлента раствора гидроксида натрия, если при титровании им навески </w:t>
            </w:r>
            <w:smartTag w:uri="urn:schemas-microsoft-com:office:smarttags" w:element="metricconverter">
              <w:smartTagPr>
                <w:attr w:name="ProductID" w:val="0,1590 г"/>
              </w:smartTagPr>
              <w:r w:rsidRPr="00DC2F01">
                <w:rPr>
                  <w:szCs w:val="24"/>
                  <w:lang w:val="ru-RU"/>
                </w:rPr>
                <w:t>0,1590 г</w:t>
              </w:r>
            </w:smartTag>
            <w:r w:rsidRPr="00DC2F01">
              <w:rPr>
                <w:szCs w:val="24"/>
                <w:lang w:val="ru-RU"/>
              </w:rPr>
              <w:t xml:space="preserve"> щавелевой кислоты ·2 Н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DC2F01">
              <w:rPr>
                <w:szCs w:val="24"/>
                <w:lang w:val="ru-RU"/>
              </w:rPr>
              <w:t>О, затрачено 24,60 мл гидроксида натрия.</w:t>
            </w:r>
          </w:p>
          <w:p w:rsidR="00DC2F01" w:rsidRPr="00DC2F01" w:rsidRDefault="00DC2F01" w:rsidP="00494884">
            <w:pPr>
              <w:pStyle w:val="ae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ae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________________________              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18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87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Основные понятия аналитической химии (химический анализ вещества, принцип анализа, метод анализа).</w:t>
            </w:r>
          </w:p>
          <w:p w:rsidR="00DC2F01" w:rsidRPr="00DC2F01" w:rsidRDefault="00DC2F01" w:rsidP="00494884">
            <w:pPr>
              <w:tabs>
                <w:tab w:val="left" w:pos="1432"/>
              </w:tabs>
              <w:rPr>
                <w:color w:val="FF0000"/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7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Техника общих операций в гравиметрическом анализе.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7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Сколько уксусной кислоты в растворе, если на титрование израсходовано 20,5 мл 0,1145 н раствора гидроксида натрия. 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________________________              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</w:t>
            </w:r>
            <w:r w:rsidRPr="00DC2F01">
              <w:rPr>
                <w:szCs w:val="24"/>
                <w:lang w:val="ru-RU"/>
              </w:rPr>
              <w:lastRenderedPageBreak/>
              <w:t xml:space="preserve">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>Билет экзаменационный № 19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3B6346" w:rsidRDefault="00DC2F01" w:rsidP="000D3AEE">
            <w:pPr>
              <w:numPr>
                <w:ilvl w:val="0"/>
                <w:numId w:val="86"/>
              </w:numPr>
              <w:spacing w:line="240" w:lineRule="auto"/>
              <w:rPr>
                <w:szCs w:val="24"/>
              </w:rPr>
            </w:pPr>
            <w:r w:rsidRPr="003B6346">
              <w:rPr>
                <w:szCs w:val="24"/>
              </w:rPr>
              <w:t>Буферные растворы, буферное действие.</w:t>
            </w:r>
          </w:p>
          <w:p w:rsidR="00DC2F01" w:rsidRDefault="00DC2F01" w:rsidP="00494884">
            <w:pPr>
              <w:rPr>
                <w:szCs w:val="24"/>
              </w:rPr>
            </w:pPr>
          </w:p>
          <w:p w:rsidR="00DC2F01" w:rsidRPr="003B6346" w:rsidRDefault="00DC2F01" w:rsidP="00494884">
            <w:pPr>
              <w:rPr>
                <w:szCs w:val="24"/>
              </w:rPr>
            </w:pPr>
          </w:p>
          <w:p w:rsidR="00DC2F01" w:rsidRPr="003B6346" w:rsidRDefault="00DC2F01" w:rsidP="000D3AEE">
            <w:pPr>
              <w:numPr>
                <w:ilvl w:val="0"/>
                <w:numId w:val="86"/>
              </w:numPr>
              <w:spacing w:line="240" w:lineRule="auto"/>
              <w:rPr>
                <w:szCs w:val="24"/>
              </w:rPr>
            </w:pPr>
            <w:r w:rsidRPr="003B6346">
              <w:rPr>
                <w:szCs w:val="24"/>
              </w:rPr>
              <w:t>Способы выражения концентраций растворов.</w:t>
            </w:r>
          </w:p>
          <w:p w:rsidR="00DC2F01" w:rsidRDefault="00DC2F01" w:rsidP="00494884">
            <w:pPr>
              <w:rPr>
                <w:szCs w:val="24"/>
              </w:rPr>
            </w:pPr>
          </w:p>
          <w:p w:rsidR="00DC2F01" w:rsidRPr="003B6346" w:rsidRDefault="00DC2F01" w:rsidP="00494884">
            <w:pPr>
              <w:rPr>
                <w:szCs w:val="24"/>
              </w:rPr>
            </w:pPr>
          </w:p>
          <w:p w:rsidR="00DC2F01" w:rsidRDefault="00DC2F01" w:rsidP="000D3AEE">
            <w:pPr>
              <w:numPr>
                <w:ilvl w:val="0"/>
                <w:numId w:val="86"/>
              </w:numPr>
              <w:spacing w:line="240" w:lineRule="auto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>Сколько граммов сульфата бария (ПР=1,0·10</w:t>
            </w:r>
            <w:r w:rsidRPr="00DC2F01">
              <w:rPr>
                <w:szCs w:val="24"/>
                <w:vertAlign w:val="superscript"/>
                <w:lang w:val="ru-RU"/>
              </w:rPr>
              <w:t>-10</w:t>
            </w:r>
            <w:r w:rsidRPr="00DC2F01">
              <w:rPr>
                <w:szCs w:val="24"/>
                <w:lang w:val="ru-RU"/>
              </w:rPr>
              <w:t xml:space="preserve">) останется в 200 мл раствора при осаждении бария эквивалентным количеством серной кислоты? </w:t>
            </w:r>
            <w:r w:rsidRPr="003B6346">
              <w:rPr>
                <w:szCs w:val="24"/>
              </w:rPr>
              <w:t>Можно ли считать осаждение в этих условиях практически полным?</w:t>
            </w:r>
          </w:p>
          <w:p w:rsidR="00DC2F01" w:rsidRPr="003B6346" w:rsidRDefault="00DC2F01" w:rsidP="00494884">
            <w:pPr>
              <w:spacing w:line="240" w:lineRule="auto"/>
              <w:ind w:left="720"/>
              <w:rPr>
                <w:szCs w:val="24"/>
              </w:rPr>
            </w:pPr>
          </w:p>
          <w:p w:rsidR="00DC2F01" w:rsidRDefault="00DC2F01" w:rsidP="00494884">
            <w:pPr>
              <w:pStyle w:val="2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________________________                     Лапина С.Ф.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  ________________________              Никифорова В.А.</w:t>
            </w: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20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83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Сущность гравиметрического (весовой) анализ. Классификация методов гравиметрического анализа.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3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Вычисления в титриметрическом анализе при приготовлении разбавленных растворов.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3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Рассчитайте гравиметрический фактор при определении  </w:t>
            </w:r>
            <w:r w:rsidRPr="003B6346">
              <w:rPr>
                <w:position w:val="-12"/>
                <w:szCs w:val="24"/>
              </w:rPr>
              <w:object w:dxaOrig="499" w:dyaOrig="360">
                <v:shape id="_x0000_i1062" type="#_x0000_t75" style="width:25.5pt;height:18pt" o:ole="" fillcolor="window">
                  <v:imagedata r:id="rId78" o:title=""/>
                </v:shape>
                <o:OLEObject Type="Embed" ProgID="Equation.3" ShapeID="_x0000_i1062" DrawAspect="Content" ObjectID="_1841053807" r:id="rId79"/>
              </w:object>
            </w:r>
            <w:r w:rsidRPr="00DC2F01">
              <w:rPr>
                <w:szCs w:val="24"/>
                <w:lang w:val="ru-RU"/>
              </w:rPr>
              <w:t xml:space="preserve"> если гравиметрической </w:t>
            </w:r>
            <w:r w:rsidRPr="00DC2F01">
              <w:rPr>
                <w:szCs w:val="24"/>
                <w:lang w:val="ru-RU"/>
              </w:rPr>
              <w:lastRenderedPageBreak/>
              <w:t xml:space="preserve">формой служили следующие вещества: </w:t>
            </w:r>
            <w:r w:rsidRPr="003B6346">
              <w:rPr>
                <w:position w:val="-12"/>
                <w:szCs w:val="24"/>
              </w:rPr>
              <w:object w:dxaOrig="2920" w:dyaOrig="360">
                <v:shape id="_x0000_i1063" type="#_x0000_t75" style="width:146.25pt;height:18pt" o:ole="" fillcolor="window">
                  <v:imagedata r:id="rId80" o:title=""/>
                </v:shape>
                <o:OLEObject Type="Embed" ProgID="Equation.3" ShapeID="_x0000_i1063" DrawAspect="Content" ObjectID="_1841053808" r:id="rId81"/>
              </w:object>
            </w:r>
            <w:r w:rsidRPr="00DC2F01">
              <w:rPr>
                <w:szCs w:val="24"/>
                <w:lang w:val="ru-RU"/>
              </w:rPr>
              <w:t>.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________________________              Никифорова В.А.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21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55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01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Качественный химический анализ. Общие положения.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01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Способы приготовления стандартных и титрованных растворов.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3B6346" w:rsidRDefault="00DC2F01" w:rsidP="000D3AEE">
            <w:pPr>
              <w:pStyle w:val="affc"/>
              <w:numPr>
                <w:ilvl w:val="0"/>
                <w:numId w:val="101"/>
              </w:num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szCs w:val="24"/>
              </w:rPr>
            </w:pPr>
            <w:r w:rsidRPr="003B6346">
              <w:rPr>
                <w:szCs w:val="24"/>
              </w:rPr>
              <w:t xml:space="preserve">Каковы будут потери при промывании осадка моногидрата оксалата кальция </w:t>
            </w:r>
            <w:r w:rsidRPr="003B6346">
              <w:rPr>
                <w:position w:val="-10"/>
                <w:szCs w:val="24"/>
              </w:rPr>
              <w:object w:dxaOrig="1620" w:dyaOrig="340">
                <v:shape id="_x0000_i1064" type="#_x0000_t75" style="width:81pt;height:16.5pt" o:ole="" fillcolor="window">
                  <v:imagedata r:id="rId82" o:title=""/>
                </v:shape>
                <o:OLEObject Type="Embed" ProgID="Equation.3" ShapeID="_x0000_i1064" DrawAspect="Content" ObjectID="_1841053809" r:id="rId83"/>
              </w:object>
            </w:r>
            <w:r w:rsidRPr="003B6346">
              <w:rPr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0,2 л"/>
              </w:smartTagPr>
              <w:r w:rsidRPr="003B6346">
                <w:rPr>
                  <w:szCs w:val="24"/>
                </w:rPr>
                <w:t>0,2 л</w:t>
              </w:r>
            </w:smartTag>
            <w:r w:rsidRPr="003B6346">
              <w:rPr>
                <w:szCs w:val="24"/>
              </w:rPr>
              <w:t xml:space="preserve"> воды? (ПР</w:t>
            </w:r>
            <w:r w:rsidRPr="003B6346">
              <w:rPr>
                <w:position w:val="-10"/>
                <w:szCs w:val="24"/>
              </w:rPr>
              <w:object w:dxaOrig="1620" w:dyaOrig="340">
                <v:shape id="_x0000_i1065" type="#_x0000_t75" style="width:81pt;height:16.5pt" o:ole="" fillcolor="window">
                  <v:imagedata r:id="rId84" o:title=""/>
                </v:shape>
                <o:OLEObject Type="Embed" ProgID="Equation.3" ShapeID="_x0000_i1065" DrawAspect="Content" ObjectID="_1841053810" r:id="rId85"/>
              </w:object>
            </w:r>
            <w:r w:rsidRPr="003B6346">
              <w:rPr>
                <w:szCs w:val="24"/>
              </w:rPr>
              <w:t>=2,29·10</w:t>
            </w:r>
            <w:r w:rsidRPr="003B6346">
              <w:rPr>
                <w:szCs w:val="24"/>
                <w:vertAlign w:val="superscript"/>
              </w:rPr>
              <w:t>-9</w:t>
            </w:r>
            <w:r w:rsidRPr="003B6346">
              <w:rPr>
                <w:szCs w:val="24"/>
              </w:rPr>
              <w:t>)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2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   ________________________                     Лапина С.Ф.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tabs>
                <w:tab w:val="left" w:pos="3000"/>
              </w:tabs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Заведующий кафедрой   ЭБЖиФ        ________________________              Никифорова В.А.</w:t>
            </w:r>
          </w:p>
          <w:p w:rsidR="00DC2F01" w:rsidRPr="00DC2F01" w:rsidRDefault="00DC2F01" w:rsidP="00494884">
            <w:pPr>
              <w:tabs>
                <w:tab w:val="left" w:pos="3000"/>
              </w:tabs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tabs>
                <w:tab w:val="left" w:pos="3000"/>
              </w:tabs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tabs>
                <w:tab w:val="left" w:pos="3000"/>
              </w:tabs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>Билет экзаменационный № 22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02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Понятие осаждаемой формы. Требования, предъявляемые к осаждаемой форме.</w:t>
            </w:r>
          </w:p>
          <w:p w:rsidR="00DC2F01" w:rsidRPr="00DC2F01" w:rsidRDefault="00DC2F01" w:rsidP="00494884">
            <w:pPr>
              <w:rPr>
                <w:color w:val="FF0000"/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02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Построение кривых титрования в методе кислотно-основного титрования.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02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Рассчитайте гравиметрический фактор при определении фторид-иона по схеме: </w:t>
            </w:r>
            <w:r w:rsidRPr="003B6346">
              <w:rPr>
                <w:position w:val="-10"/>
                <w:szCs w:val="24"/>
              </w:rPr>
              <w:object w:dxaOrig="2120" w:dyaOrig="340">
                <v:shape id="_x0000_i1066" type="#_x0000_t75" style="width:105.75pt;height:16.5pt" o:ole="" fillcolor="window">
                  <v:imagedata r:id="rId86" o:title=""/>
                </v:shape>
                <o:OLEObject Type="Embed" ProgID="Equation.3" ShapeID="_x0000_i1066" DrawAspect="Content" ObjectID="_1841053811" r:id="rId87"/>
              </w:object>
            </w:r>
            <w:r w:rsidRPr="00DC2F01">
              <w:rPr>
                <w:szCs w:val="24"/>
                <w:lang w:val="ru-RU"/>
              </w:rPr>
              <w:t>.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________________________              Никифорова В.А.</w:t>
            </w:r>
            <w:r w:rsidRPr="00DC2F01">
              <w:rPr>
                <w:rFonts w:ascii="Times New Roman" w:hAnsi="Times New Roman" w:cs="Times New Roman"/>
                <w:b/>
                <w:color w:val="auto"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br w:type="page"/>
              <w:t>Минобрнауки России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ФГБОУ ВО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23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5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Виды кривых титрования: линейные кривые.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5"/>
              </w:num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Метрологические характеристики количественного химического анализа (КХА).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5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Сколько миллилитров </w:t>
            </w:r>
            <w:smartTag w:uri="urn:schemas-microsoft-com:office:smarttags" w:element="metricconverter">
              <w:smartTagPr>
                <w:attr w:name="ProductID" w:val="0,25 М"/>
              </w:smartTagPr>
              <w:r w:rsidRPr="00DC2F01">
                <w:rPr>
                  <w:szCs w:val="24"/>
                  <w:lang w:val="ru-RU"/>
                </w:rPr>
                <w:t>0,25 М</w:t>
              </w:r>
            </w:smartTag>
            <w:r w:rsidRPr="00DC2F01">
              <w:rPr>
                <w:szCs w:val="24"/>
                <w:lang w:val="ru-RU"/>
              </w:rPr>
              <w:t xml:space="preserve"> раствора оксалата аммония потребуется для осаждения кальция из раствора, полученного при растворении </w:t>
            </w:r>
            <w:smartTag w:uri="urn:schemas-microsoft-com:office:smarttags" w:element="metricconverter">
              <w:smartTagPr>
                <w:attr w:name="ProductID" w:val="0,7 г"/>
              </w:smartTagPr>
              <w:r w:rsidRPr="00DC2F01">
                <w:rPr>
                  <w:szCs w:val="24"/>
                  <w:lang w:val="ru-RU"/>
                </w:rPr>
                <w:t>0,7 г</w:t>
              </w:r>
            </w:smartTag>
            <w:r w:rsidRPr="00DC2F01">
              <w:rPr>
                <w:szCs w:val="24"/>
                <w:lang w:val="ru-RU"/>
              </w:rPr>
              <w:t>. карбоната кальция.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________________________              Никифорова В.А.</w:t>
            </w:r>
            <w:r w:rsidRPr="00DC2F01">
              <w:rPr>
                <w:rFonts w:ascii="Times New Roman" w:hAnsi="Times New Roman" w:cs="Times New Roman"/>
                <w:b/>
                <w:color w:val="auto"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24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spacing w:line="240" w:lineRule="auto"/>
              <w:ind w:left="72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84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Титриметрический анализ. Требования к реакциям, применяемым в титриметрическом анализе.</w:t>
            </w: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3B6346" w:rsidRDefault="00DC2F01" w:rsidP="000D3AEE">
            <w:pPr>
              <w:numPr>
                <w:ilvl w:val="0"/>
                <w:numId w:val="84"/>
              </w:numPr>
              <w:spacing w:line="240" w:lineRule="auto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  </w:t>
            </w:r>
            <w:r w:rsidRPr="003B6346">
              <w:rPr>
                <w:szCs w:val="24"/>
              </w:rPr>
              <w:t>Значащие цифры. Правила округления.</w:t>
            </w:r>
          </w:p>
          <w:p w:rsidR="00DC2F01" w:rsidRDefault="00DC2F01" w:rsidP="00494884">
            <w:pPr>
              <w:rPr>
                <w:szCs w:val="24"/>
              </w:rPr>
            </w:pPr>
          </w:p>
          <w:p w:rsidR="00DC2F01" w:rsidRPr="003B6346" w:rsidRDefault="00DC2F01" w:rsidP="00494884">
            <w:pPr>
              <w:rPr>
                <w:szCs w:val="24"/>
              </w:rPr>
            </w:pPr>
          </w:p>
          <w:p w:rsidR="00DC2F01" w:rsidRPr="00DC2F01" w:rsidRDefault="00DC2F01" w:rsidP="000D3AEE">
            <w:pPr>
              <w:numPr>
                <w:ilvl w:val="0"/>
                <w:numId w:val="84"/>
              </w:numPr>
              <w:spacing w:line="240" w:lineRule="auto"/>
              <w:rPr>
                <w:b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Какая из следующих солей кальция более всего пригодна в качестве осаждаемой формы: сульфат кальция (ПР=2,37·10</w:t>
            </w:r>
            <w:r w:rsidRPr="00DC2F01">
              <w:rPr>
                <w:szCs w:val="24"/>
                <w:vertAlign w:val="superscript"/>
                <w:lang w:val="ru-RU"/>
              </w:rPr>
              <w:t>-5</w:t>
            </w:r>
            <w:r w:rsidRPr="00DC2F01">
              <w:rPr>
                <w:szCs w:val="24"/>
                <w:lang w:val="ru-RU"/>
              </w:rPr>
              <w:t>), карбонат кальция (ПР=4,80·10</w:t>
            </w:r>
            <w:r w:rsidRPr="00DC2F01">
              <w:rPr>
                <w:szCs w:val="24"/>
                <w:vertAlign w:val="superscript"/>
                <w:lang w:val="ru-RU"/>
              </w:rPr>
              <w:t>-9</w:t>
            </w:r>
            <w:r w:rsidRPr="00DC2F01">
              <w:rPr>
                <w:szCs w:val="24"/>
                <w:lang w:val="ru-RU"/>
              </w:rPr>
              <w:t>), оксалат кальция    ПР=2,30·10</w:t>
            </w:r>
            <w:r w:rsidRPr="00DC2F01">
              <w:rPr>
                <w:szCs w:val="24"/>
                <w:vertAlign w:val="superscript"/>
                <w:lang w:val="ru-RU"/>
              </w:rPr>
              <w:t>-9</w:t>
            </w:r>
            <w:r w:rsidRPr="00DC2F01">
              <w:rPr>
                <w:szCs w:val="24"/>
                <w:lang w:val="ru-RU"/>
              </w:rPr>
              <w:t>).</w:t>
            </w:r>
          </w:p>
          <w:p w:rsidR="00DC2F01" w:rsidRPr="003B6346" w:rsidRDefault="00DC2F01" w:rsidP="00494884">
            <w:pPr>
              <w:pStyle w:val="14"/>
              <w:widowControl/>
              <w:tabs>
                <w:tab w:val="num" w:pos="306"/>
              </w:tabs>
              <w:ind w:hanging="834"/>
              <w:rPr>
                <w:b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      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  _____________________              Никифорова В.А.</w:t>
            </w:r>
            <w:r w:rsidRPr="00DC2F01">
              <w:rPr>
                <w:rFonts w:ascii="Times New Roman" w:hAnsi="Times New Roman" w:cs="Times New Roman"/>
                <w:b/>
                <w:color w:val="auto"/>
                <w:szCs w:val="24"/>
                <w:lang w:val="ru-RU"/>
              </w:rPr>
              <w:t xml:space="preserve"> </w:t>
            </w: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  <w:p w:rsidR="00DC2F01" w:rsidRPr="003B6346" w:rsidRDefault="00DC2F01" w:rsidP="00494884">
            <w:pPr>
              <w:pStyle w:val="14"/>
              <w:widowControl/>
              <w:rPr>
                <w:b/>
                <w:sz w:val="24"/>
                <w:szCs w:val="24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Билет экзаменационный № 25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DC2F01" w:rsidRPr="001B6ED6" w:rsidTr="00494884">
        <w:trPr>
          <w:trHeight w:val="137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0D3AEE">
            <w:pPr>
              <w:numPr>
                <w:ilvl w:val="0"/>
                <w:numId w:val="103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Классификация методов титриметрического анализа (по типу используемой реакции, по способу выполнения). </w:t>
            </w: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DC2F01" w:rsidRDefault="00DC2F01" w:rsidP="000D3AEE">
            <w:pPr>
              <w:numPr>
                <w:ilvl w:val="0"/>
                <w:numId w:val="103"/>
              </w:num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Аналитический процесс. Стандартная схема процесса анализа.</w:t>
            </w:r>
          </w:p>
          <w:p w:rsidR="00DC2F01" w:rsidRPr="00DC2F01" w:rsidRDefault="00DC2F01" w:rsidP="00494884">
            <w:pPr>
              <w:ind w:left="360"/>
              <w:rPr>
                <w:szCs w:val="24"/>
                <w:lang w:val="ru-RU"/>
              </w:rPr>
            </w:pPr>
          </w:p>
          <w:p w:rsidR="00DC2F01" w:rsidRPr="003B6346" w:rsidRDefault="00DC2F01" w:rsidP="000D3AEE">
            <w:pPr>
              <w:pStyle w:val="affc"/>
              <w:numPr>
                <w:ilvl w:val="0"/>
                <w:numId w:val="103"/>
              </w:numPr>
              <w:overflowPunct/>
              <w:autoSpaceDE/>
              <w:autoSpaceDN/>
              <w:adjustRightInd/>
              <w:spacing w:after="0" w:line="240" w:lineRule="auto"/>
              <w:jc w:val="left"/>
              <w:textAlignment w:val="auto"/>
              <w:rPr>
                <w:szCs w:val="24"/>
              </w:rPr>
            </w:pPr>
            <w:r w:rsidRPr="003B6346">
              <w:rPr>
                <w:szCs w:val="24"/>
              </w:rPr>
              <w:t xml:space="preserve">Рассчитайте гравиметрический фактор при определении следующих компонентов </w:t>
            </w:r>
            <w:r w:rsidRPr="003B6346">
              <w:rPr>
                <w:position w:val="-12"/>
                <w:szCs w:val="24"/>
              </w:rPr>
              <w:object w:dxaOrig="2580" w:dyaOrig="360">
                <v:shape id="_x0000_i1067" type="#_x0000_t75" style="width:128.25pt;height:18pt" o:ole="" fillcolor="window">
                  <v:imagedata r:id="rId88" o:title=""/>
                </v:shape>
                <o:OLEObject Type="Embed" ProgID="Equation.3" ShapeID="_x0000_i1067" DrawAspect="Content" ObjectID="_1841053812" r:id="rId89"/>
              </w:object>
            </w:r>
            <w:r w:rsidRPr="003B6346">
              <w:rPr>
                <w:szCs w:val="24"/>
              </w:rPr>
              <w:t xml:space="preserve">, если гравиметрической формой служит </w:t>
            </w:r>
            <w:r w:rsidRPr="003B6346">
              <w:rPr>
                <w:position w:val="-12"/>
                <w:szCs w:val="24"/>
              </w:rPr>
              <w:object w:dxaOrig="639" w:dyaOrig="360">
                <v:shape id="_x0000_i1068" type="#_x0000_t75" style="width:32.25pt;height:18pt" o:ole="" fillcolor="window">
                  <v:imagedata r:id="rId90" o:title=""/>
                </v:shape>
                <o:OLEObject Type="Embed" ProgID="Equation.3" ShapeID="_x0000_i1068" DrawAspect="Content" ObjectID="_1841053813" r:id="rId91"/>
              </w:object>
            </w:r>
            <w:r w:rsidRPr="003B6346">
              <w:rPr>
                <w:szCs w:val="24"/>
              </w:rPr>
              <w:t>.</w:t>
            </w:r>
          </w:p>
          <w:p w:rsidR="00DC2F01" w:rsidRPr="00DC2F01" w:rsidRDefault="00DC2F01" w:rsidP="00494884">
            <w:pPr>
              <w:pStyle w:val="ae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Билет </w:t>
            </w:r>
            <w:proofErr w:type="gramStart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составил:   </w:t>
            </w:r>
            <w:proofErr w:type="gramEnd"/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  доцент       ________________________                     Лапина С.Ф.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Утверждено на заседании кафедры: ЭБЖиФ протокол от «03» декабря 2025 г № 4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5"/>
              <w:spacing w:before="0" w:line="240" w:lineRule="auto"/>
              <w:rPr>
                <w:rFonts w:ascii="Times New Roman" w:hAnsi="Times New Roman" w:cs="Times New Roman"/>
                <w:color w:val="auto"/>
                <w:szCs w:val="24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Cs w:val="24"/>
                <w:lang w:val="ru-RU"/>
              </w:rPr>
              <w:t>Заведующий кафедрой   ЭБЖиФ         ________________________              Никифорова В.А.</w:t>
            </w:r>
            <w:r w:rsidRPr="00DC2F01">
              <w:rPr>
                <w:rFonts w:ascii="Times New Roman" w:hAnsi="Times New Roman" w:cs="Times New Roman"/>
                <w:b/>
                <w:color w:val="auto"/>
                <w:szCs w:val="24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</w:p>
        </w:tc>
      </w:tr>
    </w:tbl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2B5877" w:rsidRDefault="00DC2F01" w:rsidP="00DC2F01">
      <w:pPr>
        <w:spacing w:before="100" w:beforeAutospacing="1" w:after="100" w:afterAutospacing="1" w:line="240" w:lineRule="auto"/>
        <w:rPr>
          <w:szCs w:val="24"/>
        </w:rPr>
      </w:pPr>
      <w:r w:rsidRPr="002B5877">
        <w:rPr>
          <w:noProof/>
          <w:szCs w:val="24"/>
          <w:lang w:val="ru-RU" w:eastAsia="ru-RU"/>
        </w:rPr>
        <w:lastRenderedPageBreak/>
        <w:drawing>
          <wp:inline distT="0" distB="0" distL="0" distR="0" wp14:anchorId="05F954AF" wp14:editId="49326B94">
            <wp:extent cx="6378825" cy="5211283"/>
            <wp:effectExtent l="0" t="0" r="0" b="0"/>
            <wp:docPr id="2" name="Рисунок 2" descr="C:\Users\1\Desktop\ФОС новые  2024-2025 уч.год\Документы по ФОС 2024-2025\2025-12-05_09-08-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8" descr="C:\Users\1\Desktop\ФОС новые  2024-2025 уч.год\Документы по ФОС 2024-2025\2025-12-05_09-08-30.pn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2013" cy="5262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F01" w:rsidRPr="00DC2F01" w:rsidRDefault="00DC2F01" w:rsidP="00DC2F01">
      <w:pPr>
        <w:ind w:firstLine="360"/>
        <w:jc w:val="center"/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Критерии оценки экзамена по дисциплине Химические основы экологии</w:t>
      </w:r>
    </w:p>
    <w:p w:rsidR="00DC2F01" w:rsidRPr="00DC2F01" w:rsidRDefault="00DC2F01" w:rsidP="00DC2F01">
      <w:pPr>
        <w:ind w:firstLine="360"/>
        <w:jc w:val="center"/>
        <w:rPr>
          <w:b/>
          <w:szCs w:val="24"/>
          <w:lang w:val="ru-RU"/>
        </w:rPr>
      </w:pPr>
    </w:p>
    <w:tbl>
      <w:tblPr>
        <w:tblW w:w="10168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471"/>
      </w:tblGrid>
      <w:tr w:rsidR="00DC2F01" w:rsidRPr="008E5BD7" w:rsidTr="00494884">
        <w:tc>
          <w:tcPr>
            <w:tcW w:w="2697" w:type="dxa"/>
            <w:shd w:val="clear" w:color="auto" w:fill="auto"/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Оценка</w:t>
            </w:r>
          </w:p>
        </w:tc>
        <w:tc>
          <w:tcPr>
            <w:tcW w:w="7471" w:type="dxa"/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Критерии</w:t>
            </w:r>
          </w:p>
        </w:tc>
      </w:tr>
      <w:tr w:rsidR="00DC2F01" w:rsidRPr="001B6ED6" w:rsidTr="00494884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отлично</w:t>
            </w:r>
          </w:p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Обучающийся показывает всесторонние и глубокие знания программного материала, знание основной и дополнительной литературы; последовательно и четко отвечает на вопросы билета и дополнительные вопросы; уверенно ориентируется в проблемных ситуациях; демонстрирует способность применять теоретические знания для анализа практических ситуаций</w:t>
            </w:r>
          </w:p>
        </w:tc>
      </w:tr>
      <w:tr w:rsidR="00DC2F01" w:rsidRPr="001B6ED6" w:rsidTr="00494884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хорошо</w:t>
            </w:r>
          </w:p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Обучающийся показывает полное знание программного материала, основной и дополнительной литературы; дает полные ответы на теоретические вопросы билета и дополнительные вопросы, допуская некоторые неточности; правильно применяет теоретические положения к оценке практических ситуаций; демонстрирует хороший уровень освоения материала и в целом подтверждает освоение компетенций, предусмотренных программой</w:t>
            </w:r>
          </w:p>
        </w:tc>
      </w:tr>
      <w:tr w:rsidR="00DC2F01" w:rsidRPr="001B6ED6" w:rsidTr="00494884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lastRenderedPageBreak/>
              <w:t>удовлетворительно</w:t>
            </w:r>
          </w:p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Обучающийся показывает знание основного материала в объеме, необходимом для предстоящей профессиональной деятельности; при ответе на вопросы билета и дополнительные вопросы не допускает грубых ошибок, но испытывает затруднения в последовательности их изложения; не в полной мере демонстрирует способность применять теоретические знания для анализа практических ситуаций</w:t>
            </w:r>
          </w:p>
        </w:tc>
      </w:tr>
      <w:tr w:rsidR="00DC2F01" w:rsidRPr="001B6ED6" w:rsidTr="00494884">
        <w:trPr>
          <w:trHeight w:val="1140"/>
        </w:trPr>
        <w:tc>
          <w:tcPr>
            <w:tcW w:w="2697" w:type="dxa"/>
            <w:shd w:val="clear" w:color="auto" w:fill="auto"/>
            <w:vAlign w:val="center"/>
          </w:tcPr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  <w:r w:rsidRPr="008E5BD7">
              <w:rPr>
                <w:b/>
                <w:szCs w:val="24"/>
              </w:rPr>
              <w:t>неудовлетворительно</w:t>
            </w:r>
          </w:p>
          <w:p w:rsidR="00DC2F01" w:rsidRPr="008E5BD7" w:rsidRDefault="00DC2F01" w:rsidP="00494884">
            <w:pPr>
              <w:widowControl w:val="0"/>
              <w:spacing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7471" w:type="dxa"/>
            <w:shd w:val="clear" w:color="auto" w:fill="auto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Обучающийся имеет существенные пробелы в знаниях основного учебного материала по дисциплине; не способен аргументированно и последовательно его излагать, допускает грубые ошибки в ответах, неправильно отвечает на задаваемые комиссией вопросы или затрудняется с ответом; не подтверждает освоение компетенций, предусмотренных программой</w:t>
            </w:r>
          </w:p>
        </w:tc>
      </w:tr>
    </w:tbl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tabs>
          <w:tab w:val="left" w:pos="2295"/>
        </w:tabs>
        <w:jc w:val="center"/>
        <w:rPr>
          <w:b/>
          <w:szCs w:val="24"/>
          <w:vertAlign w:val="superscript"/>
          <w:lang w:val="ru-RU"/>
        </w:rPr>
      </w:pPr>
      <w:r w:rsidRPr="00DC2F01">
        <w:rPr>
          <w:b/>
          <w:szCs w:val="24"/>
          <w:lang w:val="ru-RU"/>
        </w:rPr>
        <w:t xml:space="preserve">Фонд тестовых заданий </w:t>
      </w:r>
      <w:r w:rsidRPr="00DC2F01">
        <w:rPr>
          <w:b/>
          <w:szCs w:val="24"/>
          <w:lang w:val="ru-RU"/>
        </w:rPr>
        <w:tab/>
        <w:t>по дисциплине</w:t>
      </w:r>
      <w:r w:rsidRPr="00DC2F01">
        <w:rPr>
          <w:b/>
          <w:i/>
          <w:szCs w:val="24"/>
          <w:lang w:val="ru-RU"/>
        </w:rPr>
        <w:t xml:space="preserve"> </w:t>
      </w:r>
      <w:r w:rsidRPr="00DC2F01">
        <w:rPr>
          <w:b/>
          <w:szCs w:val="24"/>
          <w:vertAlign w:val="superscript"/>
          <w:lang w:val="ru-RU"/>
        </w:rPr>
        <w:t xml:space="preserve"> </w:t>
      </w:r>
    </w:p>
    <w:p w:rsidR="00DC2F01" w:rsidRPr="00DC2F01" w:rsidRDefault="00DC2F01" w:rsidP="00DC2F01">
      <w:pPr>
        <w:tabs>
          <w:tab w:val="left" w:pos="2295"/>
        </w:tabs>
        <w:jc w:val="center"/>
        <w:rPr>
          <w:b/>
          <w:szCs w:val="24"/>
          <w:u w:val="single"/>
          <w:lang w:val="ru-RU"/>
        </w:rPr>
      </w:pPr>
      <w:r w:rsidRPr="00DC2F01">
        <w:rPr>
          <w:b/>
          <w:szCs w:val="24"/>
          <w:u w:val="single"/>
          <w:lang w:val="ru-RU"/>
        </w:rPr>
        <w:t>Б</w:t>
      </w:r>
      <w:proofErr w:type="gramStart"/>
      <w:r w:rsidRPr="00DC2F01">
        <w:rPr>
          <w:b/>
          <w:szCs w:val="24"/>
          <w:u w:val="single"/>
          <w:lang w:val="ru-RU"/>
        </w:rPr>
        <w:t>1.О.</w:t>
      </w:r>
      <w:proofErr w:type="gramEnd"/>
      <w:r w:rsidRPr="00DC2F01">
        <w:rPr>
          <w:b/>
          <w:szCs w:val="24"/>
          <w:u w:val="single"/>
          <w:lang w:val="ru-RU"/>
        </w:rPr>
        <w:t xml:space="preserve">06.02 Химические основы экологии </w:t>
      </w:r>
    </w:p>
    <w:p w:rsidR="00DC2F01" w:rsidRPr="001B6ED6" w:rsidRDefault="00DC2F01" w:rsidP="00DC2F01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</w:pPr>
      <w:r w:rsidRPr="001B6ED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Тематическая структура теста</w:t>
      </w:r>
    </w:p>
    <w:p w:rsidR="00DC2F01" w:rsidRPr="001B6ED6" w:rsidRDefault="00DC2F01" w:rsidP="00DC2F01">
      <w:pPr>
        <w:rPr>
          <w:lang w:val="ru-RU"/>
        </w:rPr>
      </w:pPr>
    </w:p>
    <w:tbl>
      <w:tblPr>
        <w:tblStyle w:val="aff0"/>
        <w:tblW w:w="9720" w:type="dxa"/>
        <w:tblInd w:w="288" w:type="dxa"/>
        <w:tblLayout w:type="fixed"/>
        <w:tblLook w:val="01E0" w:firstRow="1" w:lastRow="1" w:firstColumn="1" w:lastColumn="1" w:noHBand="0" w:noVBand="0"/>
      </w:tblPr>
      <w:tblGrid>
        <w:gridCol w:w="813"/>
        <w:gridCol w:w="2693"/>
        <w:gridCol w:w="1134"/>
        <w:gridCol w:w="5080"/>
      </w:tblGrid>
      <w:tr w:rsidR="00DC2F01" w:rsidTr="00494884">
        <w:tc>
          <w:tcPr>
            <w:tcW w:w="813" w:type="dxa"/>
          </w:tcPr>
          <w:p w:rsidR="00DC2F01" w:rsidRPr="00375F18" w:rsidRDefault="00DC2F01" w:rsidP="00494884">
            <w:pPr>
              <w:jc w:val="center"/>
              <w:rPr>
                <w:b/>
                <w:bCs/>
                <w:sz w:val="20"/>
              </w:rPr>
            </w:pPr>
            <w:r w:rsidRPr="00375F18">
              <w:rPr>
                <w:b/>
                <w:bCs/>
                <w:sz w:val="20"/>
              </w:rPr>
              <w:t>N</w:t>
            </w:r>
          </w:p>
          <w:p w:rsidR="00DC2F01" w:rsidRPr="00375F18" w:rsidRDefault="00DC2F01" w:rsidP="004948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раздела</w:t>
            </w:r>
          </w:p>
        </w:tc>
        <w:tc>
          <w:tcPr>
            <w:tcW w:w="2693" w:type="dxa"/>
            <w:vAlign w:val="center"/>
          </w:tcPr>
          <w:p w:rsidR="00DC2F01" w:rsidRDefault="00DC2F01" w:rsidP="00494884">
            <w:pPr>
              <w:jc w:val="center"/>
              <w:rPr>
                <w:b/>
                <w:bCs/>
                <w:szCs w:val="24"/>
              </w:rPr>
            </w:pPr>
            <w:r w:rsidRPr="003C0A01">
              <w:rPr>
                <w:b/>
                <w:bCs/>
                <w:szCs w:val="24"/>
              </w:rPr>
              <w:t>Наименование</w:t>
            </w:r>
            <w:r>
              <w:rPr>
                <w:b/>
                <w:bCs/>
                <w:szCs w:val="24"/>
              </w:rPr>
              <w:t xml:space="preserve"> раздела</w:t>
            </w:r>
          </w:p>
          <w:p w:rsidR="00DC2F01" w:rsidRPr="000618BB" w:rsidRDefault="00DC2F01" w:rsidP="00494884">
            <w:pPr>
              <w:jc w:val="center"/>
              <w:rPr>
                <w:i/>
                <w:sz w:val="20"/>
              </w:rPr>
            </w:pPr>
            <w:r>
              <w:rPr>
                <w:bCs/>
                <w:i/>
                <w:sz w:val="20"/>
              </w:rPr>
              <w:t>(согласно РПД)</w:t>
            </w:r>
          </w:p>
        </w:tc>
        <w:tc>
          <w:tcPr>
            <w:tcW w:w="1134" w:type="dxa"/>
            <w:vAlign w:val="center"/>
          </w:tcPr>
          <w:p w:rsidR="00DC2F01" w:rsidRPr="00375F18" w:rsidRDefault="00DC2F01" w:rsidP="00494884">
            <w:pPr>
              <w:jc w:val="center"/>
              <w:rPr>
                <w:b/>
                <w:bCs/>
                <w:sz w:val="20"/>
              </w:rPr>
            </w:pPr>
            <w:r w:rsidRPr="00375F18">
              <w:rPr>
                <w:b/>
                <w:bCs/>
                <w:sz w:val="20"/>
              </w:rPr>
              <w:t>N</w:t>
            </w:r>
          </w:p>
          <w:p w:rsidR="00DC2F01" w:rsidRPr="00375F18" w:rsidRDefault="00DC2F01" w:rsidP="00494884">
            <w:pPr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Зада</w:t>
            </w:r>
            <w:r w:rsidRPr="00375F18">
              <w:rPr>
                <w:b/>
                <w:bCs/>
                <w:sz w:val="20"/>
              </w:rPr>
              <w:t>ния</w:t>
            </w:r>
          </w:p>
        </w:tc>
        <w:tc>
          <w:tcPr>
            <w:tcW w:w="5080" w:type="dxa"/>
            <w:vAlign w:val="center"/>
          </w:tcPr>
          <w:p w:rsidR="00DC2F01" w:rsidRDefault="00DC2F01" w:rsidP="00494884">
            <w:pPr>
              <w:jc w:val="center"/>
            </w:pPr>
            <w:r w:rsidRPr="003C0A01">
              <w:rPr>
                <w:b/>
                <w:bCs/>
                <w:szCs w:val="24"/>
              </w:rPr>
              <w:t>Тема задания</w:t>
            </w:r>
          </w:p>
        </w:tc>
      </w:tr>
      <w:tr w:rsidR="00DC2F01" w:rsidRPr="001B6ED6" w:rsidTr="00494884">
        <w:tc>
          <w:tcPr>
            <w:tcW w:w="813" w:type="dxa"/>
            <w:vMerge w:val="restart"/>
            <w:vAlign w:val="center"/>
          </w:tcPr>
          <w:p w:rsidR="00DC2F01" w:rsidRPr="000618BB" w:rsidRDefault="00DC2F01" w:rsidP="0049488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693" w:type="dxa"/>
            <w:vMerge w:val="restart"/>
          </w:tcPr>
          <w:p w:rsidR="00DC2F01" w:rsidRDefault="00DC2F01" w:rsidP="00494884"/>
          <w:p w:rsidR="00DC2F01" w:rsidRDefault="00DC2F01" w:rsidP="00494884"/>
          <w:p w:rsidR="00DC2F01" w:rsidRDefault="00DC2F01" w:rsidP="00494884"/>
          <w:p w:rsidR="00DC2F01" w:rsidRDefault="00DC2F01" w:rsidP="00494884"/>
          <w:p w:rsidR="00DC2F01" w:rsidRDefault="00DC2F01" w:rsidP="00494884"/>
          <w:p w:rsidR="00DC2F01" w:rsidRDefault="00DC2F01" w:rsidP="00494884"/>
          <w:p w:rsidR="00DC2F01" w:rsidRDefault="00DC2F01" w:rsidP="00494884">
            <w:r>
              <w:t>Теоретические основы химии</w:t>
            </w:r>
          </w:p>
          <w:p w:rsidR="00DC2F01" w:rsidRDefault="00DC2F01" w:rsidP="00494884"/>
        </w:tc>
        <w:tc>
          <w:tcPr>
            <w:tcW w:w="1134" w:type="dxa"/>
          </w:tcPr>
          <w:p w:rsidR="00DC2F01" w:rsidRDefault="00DC2F01" w:rsidP="00494884">
            <w:pPr>
              <w:jc w:val="center"/>
            </w:pPr>
            <w:r>
              <w:t>1-11</w:t>
            </w:r>
          </w:p>
        </w:tc>
        <w:tc>
          <w:tcPr>
            <w:tcW w:w="5080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Строение атома. Периодический закон и периодическая система.</w:t>
            </w:r>
          </w:p>
        </w:tc>
      </w:tr>
      <w:tr w:rsidR="00DC2F01" w:rsidTr="00494884">
        <w:tc>
          <w:tcPr>
            <w:tcW w:w="813" w:type="dxa"/>
            <w:vMerge/>
          </w:tcPr>
          <w:p w:rsidR="00DC2F01" w:rsidRPr="00DC2F01" w:rsidRDefault="00DC2F01" w:rsidP="00494884">
            <w:pPr>
              <w:rPr>
                <w:lang w:val="ru-RU"/>
              </w:rPr>
            </w:pPr>
          </w:p>
        </w:tc>
        <w:tc>
          <w:tcPr>
            <w:tcW w:w="2693" w:type="dxa"/>
            <w:vMerge/>
          </w:tcPr>
          <w:p w:rsidR="00DC2F01" w:rsidRPr="00DC2F01" w:rsidRDefault="00DC2F01" w:rsidP="00494884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DC2F01" w:rsidRPr="00E074AE" w:rsidRDefault="00DC2F01" w:rsidP="00494884">
            <w:pPr>
              <w:jc w:val="center"/>
            </w:pPr>
            <w:r>
              <w:t>12 - 23</w:t>
            </w:r>
          </w:p>
        </w:tc>
        <w:tc>
          <w:tcPr>
            <w:tcW w:w="5080" w:type="dxa"/>
          </w:tcPr>
          <w:p w:rsidR="00DC2F01" w:rsidRDefault="00DC2F01" w:rsidP="00494884">
            <w:r>
              <w:t>Основные классы неорганических соединений</w:t>
            </w:r>
          </w:p>
        </w:tc>
      </w:tr>
      <w:tr w:rsidR="00DC2F01" w:rsidRPr="001B6ED6" w:rsidTr="00494884">
        <w:tc>
          <w:tcPr>
            <w:tcW w:w="813" w:type="dxa"/>
            <w:vMerge/>
          </w:tcPr>
          <w:p w:rsidR="00DC2F01" w:rsidRDefault="00DC2F01" w:rsidP="00494884"/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Pr="00E074AE" w:rsidRDefault="00DC2F01" w:rsidP="00494884">
            <w:pPr>
              <w:jc w:val="center"/>
            </w:pPr>
            <w:r>
              <w:t xml:space="preserve">24 - 29 </w:t>
            </w:r>
          </w:p>
        </w:tc>
        <w:tc>
          <w:tcPr>
            <w:tcW w:w="5080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Химическая связь и строение молекул.</w:t>
            </w:r>
          </w:p>
        </w:tc>
      </w:tr>
      <w:tr w:rsidR="00DC2F01" w:rsidTr="00494884">
        <w:tc>
          <w:tcPr>
            <w:tcW w:w="813" w:type="dxa"/>
            <w:vMerge/>
            <w:vAlign w:val="center"/>
          </w:tcPr>
          <w:p w:rsidR="00DC2F01" w:rsidRPr="00DC2F01" w:rsidRDefault="00DC2F01" w:rsidP="00494884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693" w:type="dxa"/>
            <w:vMerge/>
          </w:tcPr>
          <w:p w:rsidR="00DC2F01" w:rsidRPr="00DC2F01" w:rsidRDefault="00DC2F01" w:rsidP="00494884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DC2F01" w:rsidRDefault="00DC2F01" w:rsidP="00494884">
            <w:pPr>
              <w:jc w:val="center"/>
            </w:pPr>
            <w:r>
              <w:t>30 - 32</w:t>
            </w:r>
          </w:p>
        </w:tc>
        <w:tc>
          <w:tcPr>
            <w:tcW w:w="5080" w:type="dxa"/>
          </w:tcPr>
          <w:p w:rsidR="00DC2F01" w:rsidRDefault="00DC2F01" w:rsidP="00494884">
            <w:r>
              <w:t>Химические системы.</w:t>
            </w:r>
          </w:p>
        </w:tc>
      </w:tr>
      <w:tr w:rsidR="00DC2F01" w:rsidTr="00494884">
        <w:tc>
          <w:tcPr>
            <w:tcW w:w="813" w:type="dxa"/>
            <w:vMerge/>
          </w:tcPr>
          <w:p w:rsidR="00DC2F01" w:rsidRDefault="00DC2F01" w:rsidP="00494884">
            <w:pPr>
              <w:jc w:val="center"/>
            </w:pPr>
          </w:p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Default="00DC2F01" w:rsidP="00494884">
            <w:pPr>
              <w:jc w:val="center"/>
            </w:pPr>
            <w:r>
              <w:t>33 - 43</w:t>
            </w:r>
          </w:p>
        </w:tc>
        <w:tc>
          <w:tcPr>
            <w:tcW w:w="5080" w:type="dxa"/>
          </w:tcPr>
          <w:p w:rsidR="00DC2F01" w:rsidRDefault="00DC2F01" w:rsidP="00494884">
            <w:r>
              <w:t>Энергетические эффекты химических реакций.</w:t>
            </w:r>
          </w:p>
        </w:tc>
      </w:tr>
      <w:tr w:rsidR="00DC2F01" w:rsidTr="00494884">
        <w:tc>
          <w:tcPr>
            <w:tcW w:w="813" w:type="dxa"/>
            <w:vMerge/>
          </w:tcPr>
          <w:p w:rsidR="00DC2F01" w:rsidRDefault="00DC2F01" w:rsidP="00494884">
            <w:pPr>
              <w:jc w:val="center"/>
            </w:pPr>
          </w:p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Default="00DC2F01" w:rsidP="00494884">
            <w:pPr>
              <w:jc w:val="center"/>
            </w:pPr>
            <w:r>
              <w:t>44 - 48</w:t>
            </w:r>
          </w:p>
        </w:tc>
        <w:tc>
          <w:tcPr>
            <w:tcW w:w="5080" w:type="dxa"/>
          </w:tcPr>
          <w:p w:rsidR="00DC2F01" w:rsidRDefault="00DC2F01" w:rsidP="00494884">
            <w:r>
              <w:t>Направление протекания химических реакций.</w:t>
            </w:r>
          </w:p>
        </w:tc>
      </w:tr>
      <w:tr w:rsidR="00DC2F01" w:rsidRPr="001B6ED6" w:rsidTr="00494884">
        <w:tc>
          <w:tcPr>
            <w:tcW w:w="813" w:type="dxa"/>
            <w:vMerge/>
            <w:vAlign w:val="center"/>
          </w:tcPr>
          <w:p w:rsidR="00DC2F01" w:rsidRPr="000618BB" w:rsidRDefault="00DC2F01" w:rsidP="00494884">
            <w:pPr>
              <w:jc w:val="center"/>
              <w:rPr>
                <w:b/>
              </w:rPr>
            </w:pPr>
          </w:p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Default="00DC2F01" w:rsidP="00494884">
            <w:pPr>
              <w:jc w:val="center"/>
            </w:pPr>
            <w:r>
              <w:t>49 - 54</w:t>
            </w:r>
          </w:p>
        </w:tc>
        <w:tc>
          <w:tcPr>
            <w:tcW w:w="5080" w:type="dxa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Скорость химической реакции. Факторы, влияющие на скорость реакции.</w:t>
            </w:r>
          </w:p>
        </w:tc>
      </w:tr>
      <w:tr w:rsidR="00DC2F01" w:rsidTr="00494884">
        <w:tc>
          <w:tcPr>
            <w:tcW w:w="813" w:type="dxa"/>
            <w:vMerge/>
            <w:vAlign w:val="center"/>
          </w:tcPr>
          <w:p w:rsidR="00DC2F01" w:rsidRPr="00DC2F01" w:rsidRDefault="00DC2F01" w:rsidP="00494884">
            <w:pPr>
              <w:jc w:val="center"/>
              <w:rPr>
                <w:b/>
                <w:lang w:val="ru-RU"/>
              </w:rPr>
            </w:pPr>
          </w:p>
        </w:tc>
        <w:tc>
          <w:tcPr>
            <w:tcW w:w="2693" w:type="dxa"/>
            <w:vMerge/>
          </w:tcPr>
          <w:p w:rsidR="00DC2F01" w:rsidRPr="00DC2F01" w:rsidRDefault="00DC2F01" w:rsidP="00494884">
            <w:pPr>
              <w:rPr>
                <w:lang w:val="ru-RU"/>
              </w:rPr>
            </w:pPr>
          </w:p>
        </w:tc>
        <w:tc>
          <w:tcPr>
            <w:tcW w:w="1134" w:type="dxa"/>
          </w:tcPr>
          <w:p w:rsidR="00DC2F01" w:rsidRDefault="00DC2F01" w:rsidP="00494884">
            <w:pPr>
              <w:jc w:val="center"/>
            </w:pPr>
            <w:r>
              <w:t>55 - 58</w:t>
            </w:r>
          </w:p>
        </w:tc>
        <w:tc>
          <w:tcPr>
            <w:tcW w:w="5080" w:type="dxa"/>
          </w:tcPr>
          <w:p w:rsidR="00DC2F01" w:rsidRDefault="00DC2F01" w:rsidP="00494884">
            <w:r>
              <w:t xml:space="preserve">Химическое равновесие. </w:t>
            </w:r>
          </w:p>
        </w:tc>
      </w:tr>
      <w:tr w:rsidR="00DC2F01" w:rsidTr="00494884">
        <w:tc>
          <w:tcPr>
            <w:tcW w:w="813" w:type="dxa"/>
            <w:vMerge/>
            <w:vAlign w:val="center"/>
          </w:tcPr>
          <w:p w:rsidR="00DC2F01" w:rsidRDefault="00DC2F01" w:rsidP="00494884">
            <w:pPr>
              <w:jc w:val="center"/>
              <w:rPr>
                <w:b/>
              </w:rPr>
            </w:pPr>
          </w:p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Default="00DC2F01" w:rsidP="00494884">
            <w:pPr>
              <w:jc w:val="center"/>
            </w:pPr>
            <w:r>
              <w:t>58 - 63</w:t>
            </w:r>
          </w:p>
        </w:tc>
        <w:tc>
          <w:tcPr>
            <w:tcW w:w="5080" w:type="dxa"/>
          </w:tcPr>
          <w:p w:rsidR="00DC2F01" w:rsidRDefault="00DC2F01" w:rsidP="00494884">
            <w:r>
              <w:t>Принцип Ле Шателье.</w:t>
            </w:r>
          </w:p>
        </w:tc>
      </w:tr>
      <w:tr w:rsidR="00DC2F01" w:rsidTr="00494884">
        <w:tc>
          <w:tcPr>
            <w:tcW w:w="813" w:type="dxa"/>
            <w:vMerge/>
            <w:vAlign w:val="center"/>
          </w:tcPr>
          <w:p w:rsidR="00DC2F01" w:rsidRPr="00082633" w:rsidRDefault="00DC2F01" w:rsidP="00494884">
            <w:pPr>
              <w:jc w:val="center"/>
              <w:rPr>
                <w:b/>
              </w:rPr>
            </w:pPr>
          </w:p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Default="00DC2F01" w:rsidP="00494884">
            <w:pPr>
              <w:jc w:val="center"/>
            </w:pPr>
            <w:r>
              <w:t>64 - 73</w:t>
            </w:r>
          </w:p>
        </w:tc>
        <w:tc>
          <w:tcPr>
            <w:tcW w:w="5080" w:type="dxa"/>
          </w:tcPr>
          <w:p w:rsidR="00DC2F01" w:rsidRDefault="00DC2F01" w:rsidP="00494884">
            <w:r>
              <w:t>Способы выражения концентраций растворов</w:t>
            </w:r>
          </w:p>
        </w:tc>
      </w:tr>
      <w:tr w:rsidR="00DC2F01" w:rsidTr="00494884">
        <w:tc>
          <w:tcPr>
            <w:tcW w:w="813" w:type="dxa"/>
            <w:vMerge/>
            <w:vAlign w:val="center"/>
          </w:tcPr>
          <w:p w:rsidR="00DC2F01" w:rsidRPr="008D0C18" w:rsidRDefault="00DC2F01" w:rsidP="00494884">
            <w:pPr>
              <w:jc w:val="center"/>
              <w:rPr>
                <w:b/>
              </w:rPr>
            </w:pPr>
          </w:p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Default="00DC2F01" w:rsidP="00494884">
            <w:pPr>
              <w:jc w:val="center"/>
            </w:pPr>
            <w:r>
              <w:t>74 - 83</w:t>
            </w:r>
          </w:p>
        </w:tc>
        <w:tc>
          <w:tcPr>
            <w:tcW w:w="5080" w:type="dxa"/>
          </w:tcPr>
          <w:p w:rsidR="00DC2F01" w:rsidRDefault="00DC2F01" w:rsidP="00494884">
            <w:r>
              <w:t>Физические свойства растворов</w:t>
            </w:r>
          </w:p>
        </w:tc>
      </w:tr>
      <w:tr w:rsidR="00DC2F01" w:rsidTr="00494884">
        <w:tc>
          <w:tcPr>
            <w:tcW w:w="813" w:type="dxa"/>
            <w:vMerge/>
            <w:vAlign w:val="center"/>
          </w:tcPr>
          <w:p w:rsidR="00DC2F01" w:rsidRPr="008D0C18" w:rsidRDefault="00DC2F01" w:rsidP="00494884">
            <w:pPr>
              <w:jc w:val="center"/>
              <w:rPr>
                <w:b/>
              </w:rPr>
            </w:pPr>
          </w:p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Default="00DC2F01" w:rsidP="00494884">
            <w:pPr>
              <w:jc w:val="center"/>
            </w:pPr>
            <w:r>
              <w:t>84 - 96</w:t>
            </w:r>
          </w:p>
        </w:tc>
        <w:tc>
          <w:tcPr>
            <w:tcW w:w="5080" w:type="dxa"/>
          </w:tcPr>
          <w:p w:rsidR="00DC2F01" w:rsidRDefault="00DC2F01" w:rsidP="00494884">
            <w:r>
              <w:t>Свойства растворов электролитов</w:t>
            </w:r>
          </w:p>
        </w:tc>
      </w:tr>
      <w:tr w:rsidR="00DC2F01" w:rsidTr="00494884">
        <w:tc>
          <w:tcPr>
            <w:tcW w:w="813" w:type="dxa"/>
            <w:vMerge/>
          </w:tcPr>
          <w:p w:rsidR="00DC2F01" w:rsidRDefault="00DC2F01" w:rsidP="00494884"/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Pr="00C93882" w:rsidRDefault="00DC2F01" w:rsidP="00494884">
            <w:pPr>
              <w:jc w:val="center"/>
              <w:rPr>
                <w:sz w:val="22"/>
              </w:rPr>
            </w:pPr>
            <w:r w:rsidRPr="00C93882">
              <w:rPr>
                <w:sz w:val="22"/>
              </w:rPr>
              <w:t>97 - 102</w:t>
            </w:r>
          </w:p>
        </w:tc>
        <w:tc>
          <w:tcPr>
            <w:tcW w:w="5080" w:type="dxa"/>
          </w:tcPr>
          <w:p w:rsidR="00DC2F01" w:rsidRDefault="00DC2F01" w:rsidP="00494884">
            <w:r>
              <w:t>Дисперсные системы</w:t>
            </w:r>
          </w:p>
        </w:tc>
      </w:tr>
      <w:tr w:rsidR="00DC2F01" w:rsidTr="00494884">
        <w:tc>
          <w:tcPr>
            <w:tcW w:w="813" w:type="dxa"/>
            <w:vMerge/>
          </w:tcPr>
          <w:p w:rsidR="00DC2F01" w:rsidRPr="00536C3A" w:rsidRDefault="00DC2F01" w:rsidP="00494884">
            <w:pPr>
              <w:jc w:val="center"/>
              <w:rPr>
                <w:b/>
              </w:rPr>
            </w:pPr>
          </w:p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Pr="00C93882" w:rsidRDefault="00DC2F01" w:rsidP="004948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103 -111</w:t>
            </w:r>
          </w:p>
        </w:tc>
        <w:tc>
          <w:tcPr>
            <w:tcW w:w="5080" w:type="dxa"/>
          </w:tcPr>
          <w:p w:rsidR="00DC2F01" w:rsidRDefault="00DC2F01" w:rsidP="00494884">
            <w:r>
              <w:t>Степень окисления. ОВР.</w:t>
            </w:r>
          </w:p>
        </w:tc>
      </w:tr>
      <w:tr w:rsidR="00DC2F01" w:rsidTr="00494884">
        <w:tc>
          <w:tcPr>
            <w:tcW w:w="813" w:type="dxa"/>
            <w:vMerge/>
          </w:tcPr>
          <w:p w:rsidR="00DC2F01" w:rsidRDefault="00DC2F01" w:rsidP="00494884"/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Pr="00C93882" w:rsidRDefault="00DC2F01" w:rsidP="004948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112 - 117</w:t>
            </w:r>
          </w:p>
        </w:tc>
        <w:tc>
          <w:tcPr>
            <w:tcW w:w="5080" w:type="dxa"/>
          </w:tcPr>
          <w:p w:rsidR="00DC2F01" w:rsidRDefault="00DC2F01" w:rsidP="00494884">
            <w:r>
              <w:t>ОВ потенциалы. Уравнение Нернста</w:t>
            </w:r>
          </w:p>
        </w:tc>
      </w:tr>
      <w:tr w:rsidR="00DC2F01" w:rsidTr="00494884">
        <w:tc>
          <w:tcPr>
            <w:tcW w:w="813" w:type="dxa"/>
            <w:vMerge/>
          </w:tcPr>
          <w:p w:rsidR="00DC2F01" w:rsidRDefault="00DC2F01" w:rsidP="00494884"/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Pr="00C93882" w:rsidRDefault="00DC2F01" w:rsidP="004948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118 - 134</w:t>
            </w:r>
          </w:p>
        </w:tc>
        <w:tc>
          <w:tcPr>
            <w:tcW w:w="5080" w:type="dxa"/>
          </w:tcPr>
          <w:p w:rsidR="00DC2F01" w:rsidRDefault="00DC2F01" w:rsidP="00494884">
            <w:r>
              <w:t>Электролиз. Законы электролиза</w:t>
            </w:r>
          </w:p>
        </w:tc>
      </w:tr>
      <w:tr w:rsidR="00DC2F01" w:rsidTr="00494884">
        <w:tc>
          <w:tcPr>
            <w:tcW w:w="813" w:type="dxa"/>
            <w:vMerge/>
          </w:tcPr>
          <w:p w:rsidR="00DC2F01" w:rsidRPr="00536C3A" w:rsidRDefault="00DC2F01" w:rsidP="00494884">
            <w:pPr>
              <w:jc w:val="center"/>
              <w:rPr>
                <w:b/>
              </w:rPr>
            </w:pPr>
          </w:p>
        </w:tc>
        <w:tc>
          <w:tcPr>
            <w:tcW w:w="2693" w:type="dxa"/>
            <w:vMerge/>
          </w:tcPr>
          <w:p w:rsidR="00DC2F01" w:rsidRDefault="00DC2F01" w:rsidP="00494884"/>
        </w:tc>
        <w:tc>
          <w:tcPr>
            <w:tcW w:w="1134" w:type="dxa"/>
          </w:tcPr>
          <w:p w:rsidR="00DC2F01" w:rsidRPr="00C93882" w:rsidRDefault="00DC2F01" w:rsidP="004948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135 - 140</w:t>
            </w:r>
          </w:p>
        </w:tc>
        <w:tc>
          <w:tcPr>
            <w:tcW w:w="5080" w:type="dxa"/>
          </w:tcPr>
          <w:p w:rsidR="00DC2F01" w:rsidRDefault="00DC2F01" w:rsidP="00494884">
            <w:r>
              <w:t>Комплексные соединения</w:t>
            </w:r>
          </w:p>
        </w:tc>
      </w:tr>
    </w:tbl>
    <w:p w:rsidR="00DC2F01" w:rsidRDefault="00DC2F01" w:rsidP="00DC2F01">
      <w:pPr>
        <w:jc w:val="center"/>
        <w:rPr>
          <w:b/>
        </w:rPr>
      </w:pPr>
    </w:p>
    <w:p w:rsidR="00DC2F01" w:rsidRDefault="00DC2F01" w:rsidP="00DC2F01">
      <w:pPr>
        <w:ind w:firstLine="175"/>
        <w:jc w:val="center"/>
        <w:rPr>
          <w:b/>
        </w:rPr>
      </w:pPr>
      <w:r>
        <w:rPr>
          <w:b/>
        </w:rPr>
        <w:t>Тестовые задания</w:t>
      </w:r>
    </w:p>
    <w:p w:rsidR="00DC2F01" w:rsidRDefault="00DC2F01" w:rsidP="00DC2F01">
      <w:pPr>
        <w:ind w:firstLine="175"/>
        <w:rPr>
          <w:b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>Задание 1.</w:t>
      </w:r>
      <w:r w:rsidRPr="00DC2F01">
        <w:rPr>
          <w:szCs w:val="24"/>
          <w:lang w:val="ru-RU"/>
        </w:rPr>
        <w:t xml:space="preserve"> </w:t>
      </w:r>
      <w:r w:rsidRPr="00DC2F01">
        <w:rPr>
          <w:lang w:val="ru-RU"/>
        </w:rPr>
        <w:t xml:space="preserve">Число, каких элементарных частиц является определяющим для понятия «химический элемент»:     </w:t>
      </w:r>
    </w:p>
    <w:p w:rsidR="00DC2F01" w:rsidRPr="00DC2F01" w:rsidRDefault="00DC2F01" w:rsidP="00DC2F01">
      <w:pPr>
        <w:rPr>
          <w:i/>
          <w:lang w:val="ru-RU"/>
        </w:rPr>
      </w:pPr>
      <w:r w:rsidRPr="00DC2F01">
        <w:rPr>
          <w:i/>
          <w:lang w:val="ru-RU"/>
        </w:rPr>
        <w:t xml:space="preserve">варианты ответов: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1)</w:t>
      </w:r>
      <w:proofErr w:type="gramStart"/>
      <w:r w:rsidRPr="00DC2F01">
        <w:rPr>
          <w:lang w:val="ru-RU"/>
        </w:rPr>
        <w:t>протоны;  2</w:t>
      </w:r>
      <w:proofErr w:type="gramEnd"/>
      <w:r w:rsidRPr="00DC2F01">
        <w:rPr>
          <w:lang w:val="ru-RU"/>
        </w:rPr>
        <w:t>)нейтроны;  3)электроны.</w:t>
      </w:r>
    </w:p>
    <w:p w:rsidR="00DC2F01" w:rsidRPr="00DC2F01" w:rsidRDefault="00DC2F01" w:rsidP="00DC2F01">
      <w:pPr>
        <w:tabs>
          <w:tab w:val="left" w:pos="540"/>
        </w:tabs>
        <w:rPr>
          <w:lang w:val="ru-RU"/>
        </w:rPr>
      </w:pPr>
      <w:r w:rsidRPr="00DC2F01">
        <w:rPr>
          <w:b/>
          <w:lang w:val="ru-RU"/>
        </w:rPr>
        <w:t xml:space="preserve">Задание 2. </w:t>
      </w:r>
      <w:r w:rsidRPr="00DC2F01">
        <w:rPr>
          <w:lang w:val="ru-RU"/>
        </w:rPr>
        <w:t xml:space="preserve">Восемь электронов на внешней электронной оболочке имеет:  </w:t>
      </w:r>
    </w:p>
    <w:p w:rsidR="00DC2F01" w:rsidRPr="00DC2F01" w:rsidRDefault="00DC2F01" w:rsidP="00DC2F01">
      <w:pPr>
        <w:tabs>
          <w:tab w:val="left" w:pos="540"/>
        </w:tabs>
        <w:rPr>
          <w:i/>
          <w:lang w:val="ru-RU"/>
        </w:rPr>
      </w:pPr>
      <w:r w:rsidRPr="00DC2F01">
        <w:rPr>
          <w:i/>
          <w:lang w:val="ru-RU"/>
        </w:rPr>
        <w:t xml:space="preserve">варианты ответов: </w:t>
      </w:r>
    </w:p>
    <w:p w:rsidR="00DC2F01" w:rsidRPr="00DC2F01" w:rsidRDefault="00DC2F01" w:rsidP="00DC2F01">
      <w:pPr>
        <w:tabs>
          <w:tab w:val="left" w:pos="540"/>
        </w:tabs>
        <w:rPr>
          <w:lang w:val="ru-RU"/>
        </w:rPr>
      </w:pPr>
      <w:r w:rsidRPr="00DC2F01">
        <w:rPr>
          <w:lang w:val="ru-RU"/>
        </w:rPr>
        <w:t>1)</w:t>
      </w:r>
      <w:proofErr w:type="gramStart"/>
      <w:r w:rsidRPr="009778F3">
        <w:t>Si</w:t>
      </w:r>
      <w:r w:rsidRPr="00DC2F01">
        <w:rPr>
          <w:lang w:val="ru-RU"/>
        </w:rPr>
        <w:t xml:space="preserve">;   </w:t>
      </w:r>
      <w:proofErr w:type="gramEnd"/>
      <w:r w:rsidRPr="00DC2F01">
        <w:rPr>
          <w:lang w:val="ru-RU"/>
        </w:rPr>
        <w:t xml:space="preserve">    2)</w:t>
      </w:r>
      <w:r w:rsidRPr="009778F3">
        <w:t>O</w:t>
      </w:r>
      <w:r w:rsidRPr="00DC2F01">
        <w:rPr>
          <w:vertAlign w:val="superscript"/>
          <w:lang w:val="ru-RU"/>
        </w:rPr>
        <w:t>2-</w:t>
      </w:r>
      <w:r w:rsidRPr="00DC2F01">
        <w:rPr>
          <w:lang w:val="ru-RU"/>
        </w:rPr>
        <w:t>;       3)</w:t>
      </w:r>
      <w:r w:rsidRPr="009778F3">
        <w:t>N</w:t>
      </w:r>
      <w:r w:rsidRPr="00DC2F01">
        <w:rPr>
          <w:lang w:val="ru-RU"/>
        </w:rPr>
        <w:t>е</w:t>
      </w:r>
      <w:r w:rsidRPr="00DC2F01">
        <w:rPr>
          <w:vertAlign w:val="superscript"/>
          <w:lang w:val="ru-RU"/>
        </w:rPr>
        <w:t>+</w:t>
      </w:r>
      <w:r w:rsidRPr="00DC2F01">
        <w:rPr>
          <w:lang w:val="ru-RU"/>
        </w:rPr>
        <w:t>.</w:t>
      </w:r>
    </w:p>
    <w:p w:rsidR="00DC2F01" w:rsidRPr="00DC2F01" w:rsidRDefault="00DC2F01" w:rsidP="00DC2F01">
      <w:pPr>
        <w:tabs>
          <w:tab w:val="left" w:pos="540"/>
        </w:tabs>
        <w:rPr>
          <w:lang w:val="ru-RU"/>
        </w:rPr>
      </w:pPr>
      <w:r w:rsidRPr="00DC2F01">
        <w:rPr>
          <w:b/>
          <w:lang w:val="ru-RU"/>
        </w:rPr>
        <w:t xml:space="preserve">Задание 3. </w:t>
      </w:r>
      <w:r w:rsidRPr="00DC2F01">
        <w:rPr>
          <w:lang w:val="ru-RU"/>
        </w:rPr>
        <w:t xml:space="preserve">Число, каких элементарных частиц </w:t>
      </w:r>
      <w:proofErr w:type="gramStart"/>
      <w:r w:rsidRPr="00DC2F01">
        <w:rPr>
          <w:lang w:val="ru-RU"/>
        </w:rPr>
        <w:t>является  определяющим</w:t>
      </w:r>
      <w:proofErr w:type="gramEnd"/>
      <w:r w:rsidRPr="00DC2F01">
        <w:rPr>
          <w:lang w:val="ru-RU"/>
        </w:rPr>
        <w:t xml:space="preserve"> для понятия «изотоп»: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tabs>
          <w:tab w:val="left" w:pos="540"/>
        </w:tabs>
        <w:rPr>
          <w:lang w:val="ru-RU"/>
        </w:rPr>
      </w:pPr>
      <w:r w:rsidRPr="00DC2F01">
        <w:rPr>
          <w:lang w:val="ru-RU"/>
        </w:rPr>
        <w:t>1)</w:t>
      </w:r>
      <w:proofErr w:type="gramStart"/>
      <w:r w:rsidRPr="00DC2F01">
        <w:rPr>
          <w:lang w:val="ru-RU"/>
        </w:rPr>
        <w:t xml:space="preserve">протоны;   </w:t>
      </w:r>
      <w:proofErr w:type="gramEnd"/>
      <w:r w:rsidRPr="00DC2F01">
        <w:rPr>
          <w:lang w:val="ru-RU"/>
        </w:rPr>
        <w:t xml:space="preserve">         2)нейтроны;              3)электроны.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t>Задание 4.</w:t>
      </w:r>
      <w:r w:rsidRPr="00DC2F01">
        <w:rPr>
          <w:lang w:val="ru-RU"/>
        </w:rPr>
        <w:t xml:space="preserve"> Атомы элементов, имеющие одинаковое число электронных уровней, расположены: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1)в одной группе периодической системы;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2)в одном периоде периодической системы;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3)в одной подгруппе периодической системы</w:t>
      </w:r>
    </w:p>
    <w:p w:rsidR="00DC2F01" w:rsidRPr="00DC2F01" w:rsidRDefault="00DC2F01" w:rsidP="00DC2F01">
      <w:pPr>
        <w:tabs>
          <w:tab w:val="left" w:pos="540"/>
        </w:tabs>
        <w:rPr>
          <w:lang w:val="ru-RU"/>
        </w:rPr>
      </w:pPr>
      <w:r w:rsidRPr="00DC2F01">
        <w:rPr>
          <w:b/>
          <w:lang w:val="ru-RU"/>
        </w:rPr>
        <w:t>Задание</w:t>
      </w:r>
      <w:r w:rsidRPr="00DC2F01">
        <w:rPr>
          <w:lang w:val="ru-RU"/>
        </w:rPr>
        <w:t xml:space="preserve"> </w:t>
      </w:r>
      <w:proofErr w:type="gramStart"/>
      <w:r w:rsidRPr="00DC2F01">
        <w:rPr>
          <w:lang w:val="ru-RU"/>
        </w:rPr>
        <w:t>5.Число</w:t>
      </w:r>
      <w:proofErr w:type="gramEnd"/>
      <w:r w:rsidRPr="00DC2F01">
        <w:rPr>
          <w:lang w:val="ru-RU"/>
        </w:rPr>
        <w:t>, каких элементарных частиц является определяющим для понятия «ион»: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1)</w:t>
      </w:r>
      <w:proofErr w:type="gramStart"/>
      <w:r w:rsidRPr="00DC2F01">
        <w:rPr>
          <w:lang w:val="ru-RU"/>
        </w:rPr>
        <w:t xml:space="preserve">протоны;   </w:t>
      </w:r>
      <w:proofErr w:type="gramEnd"/>
      <w:r w:rsidRPr="00DC2F01">
        <w:rPr>
          <w:lang w:val="ru-RU"/>
        </w:rPr>
        <w:t>2)нейтроны;   3)электроны.</w:t>
      </w:r>
    </w:p>
    <w:p w:rsidR="00DC2F01" w:rsidRPr="00FA34E7" w:rsidRDefault="00DC2F01" w:rsidP="00DC2F01">
      <w:pPr>
        <w:pStyle w:val="38"/>
        <w:ind w:left="0"/>
        <w:rPr>
          <w:sz w:val="24"/>
          <w:szCs w:val="24"/>
        </w:rPr>
      </w:pPr>
      <w:r w:rsidRPr="00CC527C">
        <w:rPr>
          <w:b/>
          <w:sz w:val="22"/>
          <w:szCs w:val="22"/>
        </w:rPr>
        <w:t xml:space="preserve">Задание </w:t>
      </w:r>
      <w:r>
        <w:rPr>
          <w:b/>
          <w:sz w:val="22"/>
          <w:szCs w:val="22"/>
        </w:rPr>
        <w:t>6</w:t>
      </w:r>
      <w:r w:rsidRPr="00CC527C">
        <w:rPr>
          <w:b/>
          <w:sz w:val="22"/>
          <w:szCs w:val="22"/>
        </w:rPr>
        <w:t>.</w:t>
      </w:r>
      <w:r>
        <w:rPr>
          <w:b/>
          <w:szCs w:val="24"/>
        </w:rPr>
        <w:t xml:space="preserve"> </w:t>
      </w:r>
      <w:r w:rsidRPr="00FA34E7">
        <w:rPr>
          <w:sz w:val="24"/>
          <w:szCs w:val="24"/>
        </w:rPr>
        <w:t xml:space="preserve">Атомы элементов, имеющие одинаковое число валентных </w:t>
      </w:r>
      <w:proofErr w:type="gramStart"/>
      <w:r w:rsidRPr="00FA34E7">
        <w:rPr>
          <w:sz w:val="24"/>
          <w:szCs w:val="24"/>
        </w:rPr>
        <w:t>электронов,  расположены</w:t>
      </w:r>
      <w:proofErr w:type="gramEnd"/>
      <w:r w:rsidRPr="00FA34E7">
        <w:rPr>
          <w:sz w:val="24"/>
          <w:szCs w:val="24"/>
        </w:rPr>
        <w:t>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1)в одной группе периодической системы;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2)в одном периоде периодической системы;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lang w:val="ru-RU"/>
        </w:rPr>
        <w:t>3)в одной подгруппе периодической системы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7.</w:t>
      </w:r>
    </w:p>
    <w:p w:rsidR="00DC2F01" w:rsidRPr="001B6ED6" w:rsidRDefault="00DC2F01" w:rsidP="00DC2F01">
      <w:pPr>
        <w:tabs>
          <w:tab w:val="left" w:pos="540"/>
        </w:tabs>
        <w:ind w:left="540" w:hanging="540"/>
        <w:rPr>
          <w:lang w:val="ru-RU"/>
        </w:rPr>
      </w:pPr>
      <w:r w:rsidRPr="00DC2F01">
        <w:rPr>
          <w:lang w:val="ru-RU"/>
        </w:rPr>
        <w:t xml:space="preserve">Атом, какого элемента имеет электронную конфигурацию   </w:t>
      </w:r>
      <w:r w:rsidRPr="001B6ED6">
        <w:rPr>
          <w:lang w:val="ru-RU"/>
        </w:rPr>
        <w:t>1</w:t>
      </w:r>
      <w:r w:rsidRPr="00E87D27">
        <w:t>s</w:t>
      </w:r>
      <w:r w:rsidRPr="001B6ED6">
        <w:rPr>
          <w:vertAlign w:val="superscript"/>
          <w:lang w:val="ru-RU"/>
        </w:rPr>
        <w:t>2</w:t>
      </w:r>
      <w:r w:rsidRPr="001B6ED6">
        <w:rPr>
          <w:lang w:val="ru-RU"/>
        </w:rPr>
        <w:t>2</w:t>
      </w:r>
      <w:r w:rsidRPr="00E87D27">
        <w:t>s</w:t>
      </w:r>
      <w:r w:rsidRPr="001B6ED6">
        <w:rPr>
          <w:vertAlign w:val="superscript"/>
          <w:lang w:val="ru-RU"/>
        </w:rPr>
        <w:t>2</w:t>
      </w:r>
      <w:r w:rsidRPr="001B6ED6">
        <w:rPr>
          <w:lang w:val="ru-RU"/>
        </w:rPr>
        <w:t>2</w:t>
      </w:r>
      <w:r w:rsidRPr="00E87D27">
        <w:t>p</w:t>
      </w:r>
      <w:r w:rsidRPr="001B6ED6">
        <w:rPr>
          <w:vertAlign w:val="superscript"/>
          <w:lang w:val="ru-RU"/>
        </w:rPr>
        <w:t>6</w:t>
      </w:r>
      <w:r w:rsidRPr="001B6ED6">
        <w:rPr>
          <w:lang w:val="ru-RU"/>
        </w:rPr>
        <w:t>3</w:t>
      </w:r>
      <w:r w:rsidRPr="00E87D27">
        <w:t>s</w:t>
      </w:r>
      <w:r w:rsidRPr="001B6ED6">
        <w:rPr>
          <w:vertAlign w:val="superscript"/>
          <w:lang w:val="ru-RU"/>
        </w:rPr>
        <w:t>2</w:t>
      </w:r>
      <w:r w:rsidRPr="001B6ED6">
        <w:rPr>
          <w:lang w:val="ru-RU"/>
        </w:rPr>
        <w:t>3</w:t>
      </w:r>
      <w:r w:rsidRPr="00E87D27">
        <w:t>p</w:t>
      </w:r>
      <w:r w:rsidRPr="001B6ED6">
        <w:rPr>
          <w:vertAlign w:val="superscript"/>
          <w:lang w:val="ru-RU"/>
        </w:rPr>
        <w:t>6</w:t>
      </w:r>
      <w:r w:rsidRPr="001B6ED6">
        <w:rPr>
          <w:lang w:val="ru-RU"/>
        </w:rPr>
        <w:t>4</w:t>
      </w:r>
      <w:r w:rsidRPr="00E87D27">
        <w:t>s</w:t>
      </w:r>
      <w:r w:rsidRPr="001B6ED6">
        <w:rPr>
          <w:vertAlign w:val="superscript"/>
          <w:lang w:val="ru-RU"/>
        </w:rPr>
        <w:t>1</w:t>
      </w:r>
      <w:r w:rsidRPr="001B6ED6">
        <w:rPr>
          <w:lang w:val="ru-RU"/>
        </w:rPr>
        <w:t>:</w:t>
      </w:r>
    </w:p>
    <w:p w:rsidR="00DC2F01" w:rsidRPr="001B6ED6" w:rsidRDefault="00DC2F01" w:rsidP="00DC2F01">
      <w:pPr>
        <w:rPr>
          <w:i/>
          <w:szCs w:val="24"/>
          <w:lang w:val="ru-RU"/>
        </w:rPr>
      </w:pPr>
      <w:r w:rsidRPr="001B6ED6">
        <w:rPr>
          <w:i/>
          <w:szCs w:val="24"/>
          <w:lang w:val="ru-RU"/>
        </w:rPr>
        <w:t>варианты ответов:</w:t>
      </w:r>
    </w:p>
    <w:p w:rsidR="00DC2F01" w:rsidRPr="001B6ED6" w:rsidRDefault="00DC2F01" w:rsidP="00DC2F01">
      <w:pPr>
        <w:rPr>
          <w:i/>
          <w:szCs w:val="24"/>
          <w:lang w:val="ru-RU"/>
        </w:rPr>
      </w:pPr>
      <w:r w:rsidRPr="001B6ED6">
        <w:rPr>
          <w:lang w:val="ru-RU"/>
        </w:rPr>
        <w:lastRenderedPageBreak/>
        <w:t>1)</w:t>
      </w:r>
      <w:proofErr w:type="gramStart"/>
      <w:r w:rsidRPr="00E87D27">
        <w:t>Na</w:t>
      </w:r>
      <w:r w:rsidRPr="001B6ED6">
        <w:rPr>
          <w:lang w:val="ru-RU"/>
        </w:rPr>
        <w:t xml:space="preserve">;   </w:t>
      </w:r>
      <w:proofErr w:type="gramEnd"/>
      <w:r w:rsidRPr="001B6ED6">
        <w:rPr>
          <w:lang w:val="ru-RU"/>
        </w:rPr>
        <w:t xml:space="preserve">    2)</w:t>
      </w:r>
      <w:r w:rsidRPr="00E87D27">
        <w:t>K</w:t>
      </w:r>
      <w:r w:rsidRPr="001B6ED6">
        <w:rPr>
          <w:lang w:val="ru-RU"/>
        </w:rPr>
        <w:t>;    3)</w:t>
      </w:r>
      <w:r w:rsidRPr="00E87D27">
        <w:t>Ca</w:t>
      </w:r>
      <w:r w:rsidRPr="001B6ED6">
        <w:rPr>
          <w:lang w:val="ru-RU"/>
        </w:rPr>
        <w:t>.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8.</w:t>
      </w:r>
    </w:p>
    <w:p w:rsidR="00DC2F01" w:rsidRDefault="00DC2F01" w:rsidP="00DC2F01">
      <w:pPr>
        <w:pStyle w:val="38"/>
        <w:ind w:left="360" w:hanging="315"/>
        <w:rPr>
          <w:sz w:val="24"/>
        </w:rPr>
      </w:pPr>
      <w:r w:rsidRPr="00EC35AD">
        <w:rPr>
          <w:sz w:val="24"/>
        </w:rPr>
        <w:t>Атомы элементов, имеющие сходное электронное строение последнего уровня, расположены:</w:t>
      </w:r>
    </w:p>
    <w:p w:rsidR="00DC2F01" w:rsidRPr="00E06BBA" w:rsidRDefault="00DC2F01" w:rsidP="00DC2F01">
      <w:pPr>
        <w:ind w:firstLine="45"/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Pr="00DC2F01" w:rsidRDefault="00DC2F01" w:rsidP="000D3AEE">
      <w:pPr>
        <w:numPr>
          <w:ilvl w:val="0"/>
          <w:numId w:val="46"/>
        </w:numPr>
        <w:spacing w:line="240" w:lineRule="auto"/>
        <w:rPr>
          <w:lang w:val="ru-RU"/>
        </w:rPr>
      </w:pPr>
      <w:r w:rsidRPr="00DC2F01">
        <w:rPr>
          <w:lang w:val="ru-RU"/>
        </w:rPr>
        <w:t>в одной группе периодической системы;</w:t>
      </w:r>
    </w:p>
    <w:p w:rsidR="00DC2F01" w:rsidRPr="00DC2F01" w:rsidRDefault="00DC2F01" w:rsidP="000D3AEE">
      <w:pPr>
        <w:numPr>
          <w:ilvl w:val="0"/>
          <w:numId w:val="46"/>
        </w:numPr>
        <w:spacing w:line="240" w:lineRule="auto"/>
        <w:rPr>
          <w:lang w:val="ru-RU"/>
        </w:rPr>
      </w:pPr>
      <w:r w:rsidRPr="00DC2F01">
        <w:rPr>
          <w:lang w:val="ru-RU"/>
        </w:rPr>
        <w:t>в одном периоде периодической системы;</w:t>
      </w:r>
    </w:p>
    <w:p w:rsidR="00DC2F01" w:rsidRPr="00DC2F01" w:rsidRDefault="00DC2F01" w:rsidP="000D3AEE">
      <w:pPr>
        <w:numPr>
          <w:ilvl w:val="0"/>
          <w:numId w:val="46"/>
        </w:numPr>
        <w:spacing w:line="240" w:lineRule="auto"/>
        <w:rPr>
          <w:b/>
          <w:bCs/>
          <w:i/>
          <w:iCs/>
          <w:lang w:val="ru-RU"/>
        </w:rPr>
      </w:pPr>
      <w:r w:rsidRPr="00DC2F01">
        <w:rPr>
          <w:lang w:val="ru-RU"/>
        </w:rPr>
        <w:t>в одной подгруппе периодической системы.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9.</w:t>
      </w:r>
    </w:p>
    <w:p w:rsidR="00DC2F01" w:rsidRDefault="00DC2F01" w:rsidP="00DC2F01">
      <w:pPr>
        <w:pStyle w:val="affc"/>
        <w:spacing w:after="0"/>
        <w:ind w:left="284" w:hanging="284"/>
        <w:rPr>
          <w:bCs/>
        </w:rPr>
      </w:pPr>
      <w:r>
        <w:rPr>
          <w:bCs/>
        </w:rPr>
        <w:t>Неме</w:t>
      </w:r>
      <w:r w:rsidRPr="009711D0">
        <w:rPr>
          <w:bCs/>
        </w:rPr>
        <w:t xml:space="preserve">таллический характер свойств элементов в </w:t>
      </w:r>
      <w:proofErr w:type="gramStart"/>
      <w:r w:rsidRPr="009711D0">
        <w:rPr>
          <w:bCs/>
        </w:rPr>
        <w:t xml:space="preserve">ряду  </w:t>
      </w:r>
      <w:r w:rsidRPr="009711D0">
        <w:rPr>
          <w:bCs/>
          <w:lang w:val="en-US"/>
        </w:rPr>
        <w:t>N</w:t>
      </w:r>
      <w:proofErr w:type="gramEnd"/>
      <w:r w:rsidRPr="009711D0">
        <w:rPr>
          <w:bCs/>
        </w:rPr>
        <w:t xml:space="preserve">  -</w:t>
      </w:r>
      <w:r w:rsidRPr="009711D0">
        <w:rPr>
          <w:bCs/>
          <w:lang w:val="en-US"/>
        </w:rPr>
        <w:t>P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As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Sb</w:t>
      </w:r>
      <w:r w:rsidRPr="009711D0">
        <w:rPr>
          <w:bCs/>
        </w:rPr>
        <w:t xml:space="preserve">  -</w:t>
      </w:r>
      <w:r w:rsidRPr="009711D0">
        <w:rPr>
          <w:bCs/>
          <w:lang w:val="en-US"/>
        </w:rPr>
        <w:t>Bi</w:t>
      </w:r>
      <w:r w:rsidRPr="009711D0">
        <w:rPr>
          <w:bCs/>
        </w:rPr>
        <w:t>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lang w:val="ru-RU"/>
        </w:rPr>
        <w:t xml:space="preserve">1) уменьшается; 2) </w:t>
      </w:r>
      <w:proofErr w:type="gramStart"/>
      <w:r w:rsidRPr="00DC2F01">
        <w:rPr>
          <w:lang w:val="ru-RU"/>
        </w:rPr>
        <w:t>возрастает;  3</w:t>
      </w:r>
      <w:proofErr w:type="gramEnd"/>
      <w:r w:rsidRPr="00DC2F01">
        <w:rPr>
          <w:lang w:val="ru-RU"/>
        </w:rPr>
        <w:t>) не изменяется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10.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Ион, имеющий в своем составе 18 электронов и 16 протонов, имеет заряд, равный: 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1) –</w:t>
      </w:r>
      <w:proofErr w:type="gramStart"/>
      <w:r w:rsidRPr="00DC2F01">
        <w:rPr>
          <w:lang w:val="ru-RU"/>
        </w:rPr>
        <w:t xml:space="preserve">18;   </w:t>
      </w:r>
      <w:proofErr w:type="gramEnd"/>
      <w:r w:rsidRPr="00DC2F01">
        <w:rPr>
          <w:lang w:val="ru-RU"/>
        </w:rPr>
        <w:t xml:space="preserve">  2) –2;      3)+2.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11.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Атомы элементов </w:t>
      </w:r>
      <w:r w:rsidRPr="00B212B2">
        <w:t>I</w:t>
      </w:r>
      <w:r w:rsidRPr="00DC2F01">
        <w:rPr>
          <w:lang w:val="ru-RU"/>
        </w:rPr>
        <w:t>А группы периодической системы элементов имеют одинаковое число: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1) </w:t>
      </w:r>
      <w:proofErr w:type="gramStart"/>
      <w:r w:rsidRPr="00DC2F01">
        <w:rPr>
          <w:lang w:val="ru-RU"/>
        </w:rPr>
        <w:t xml:space="preserve">электронов;   </w:t>
      </w:r>
      <w:proofErr w:type="gramEnd"/>
      <w:r w:rsidRPr="00DC2F01">
        <w:rPr>
          <w:lang w:val="ru-RU"/>
        </w:rPr>
        <w:t xml:space="preserve"> 2) валентных электронов;      3)нейтронов.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12.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В каком из рядов представлены вещества, с которыми способна взаимодействовать соляная кислота?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lang w:val="ru-RU"/>
        </w:rPr>
        <w:t xml:space="preserve">1) цинк, гидроксид </w:t>
      </w:r>
      <w:proofErr w:type="gramStart"/>
      <w:r w:rsidRPr="00DC2F01">
        <w:rPr>
          <w:lang w:val="ru-RU"/>
        </w:rPr>
        <w:t xml:space="preserve">натрия;   </w:t>
      </w:r>
      <w:proofErr w:type="gramEnd"/>
      <w:r w:rsidRPr="00DC2F01">
        <w:rPr>
          <w:lang w:val="ru-RU"/>
        </w:rPr>
        <w:t xml:space="preserve">    2) медь, сульфат натрия;        3) сера, гидроксид алюминия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13.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При взаимодействии металла с водой выделился газ, а при добавлении фенолфталеина окрасился в малиновый цвет. Этим металлом может быть:    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lang w:val="ru-RU"/>
        </w:rPr>
        <w:t>1)</w:t>
      </w:r>
      <w:proofErr w:type="gramStart"/>
      <w:r w:rsidRPr="00DC2F01">
        <w:rPr>
          <w:lang w:val="ru-RU"/>
        </w:rPr>
        <w:t xml:space="preserve">кальций;   </w:t>
      </w:r>
      <w:proofErr w:type="gramEnd"/>
      <w:r w:rsidRPr="00DC2F01">
        <w:rPr>
          <w:lang w:val="ru-RU"/>
        </w:rPr>
        <w:t xml:space="preserve">      2)медь; </w:t>
      </w:r>
      <w:r w:rsidRPr="00DC2F01">
        <w:rPr>
          <w:lang w:val="ru-RU"/>
        </w:rPr>
        <w:tab/>
        <w:t>3)никель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t>Задание 14.</w:t>
      </w:r>
      <w:r w:rsidRPr="00DC2F01">
        <w:rPr>
          <w:lang w:val="ru-RU"/>
        </w:rPr>
        <w:t xml:space="preserve"> Раствор гидроксида натрия реагирует с каждым из веществ, указанных в паре: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1) оксид железа (</w:t>
      </w:r>
      <w:r>
        <w:t>II</w:t>
      </w:r>
      <w:r w:rsidRPr="00DC2F01">
        <w:rPr>
          <w:lang w:val="ru-RU"/>
        </w:rPr>
        <w:t>) и соляная кислота;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2) нитрат железа и углекислый газ;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3) серная кислота и оксид азота(</w:t>
      </w:r>
      <w:r>
        <w:t>II</w:t>
      </w:r>
      <w:r w:rsidRPr="00DC2F01">
        <w:rPr>
          <w:lang w:val="ru-RU"/>
        </w:rPr>
        <w:t>).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lastRenderedPageBreak/>
        <w:t>Задание 15.</w:t>
      </w:r>
      <w:r w:rsidRPr="00DC2F01">
        <w:rPr>
          <w:lang w:val="ru-RU"/>
        </w:rPr>
        <w:t xml:space="preserve"> Кислотным и основным оксидом являются соответственно: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1) </w:t>
      </w:r>
      <w:r w:rsidRPr="009778F3">
        <w:t>SO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 xml:space="preserve"> и </w:t>
      </w:r>
      <w:r w:rsidRPr="009778F3">
        <w:t>Fe</w:t>
      </w:r>
      <w:r w:rsidRPr="00DC2F01">
        <w:rPr>
          <w:vertAlign w:val="subscript"/>
          <w:lang w:val="ru-RU"/>
        </w:rPr>
        <w:t>2</w:t>
      </w:r>
      <w:r w:rsidRPr="009778F3">
        <w:t>O</w:t>
      </w:r>
      <w:r w:rsidRPr="00DC2F01">
        <w:rPr>
          <w:vertAlign w:val="subscript"/>
          <w:lang w:val="ru-RU"/>
        </w:rPr>
        <w:t>3</w:t>
      </w:r>
      <w:r w:rsidRPr="00DC2F01">
        <w:rPr>
          <w:vertAlign w:val="subscript"/>
          <w:lang w:val="ru-RU"/>
        </w:rPr>
        <w:tab/>
      </w:r>
      <w:r w:rsidRPr="00DC2F01">
        <w:rPr>
          <w:lang w:val="ru-RU"/>
        </w:rPr>
        <w:t xml:space="preserve">2) </w:t>
      </w:r>
      <w:r w:rsidRPr="009778F3">
        <w:t>Al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О</w:t>
      </w:r>
      <w:r w:rsidRPr="00DC2F01">
        <w:rPr>
          <w:vertAlign w:val="subscript"/>
          <w:lang w:val="ru-RU"/>
        </w:rPr>
        <w:t xml:space="preserve">3  </w:t>
      </w:r>
      <w:r w:rsidRPr="00DC2F01">
        <w:rPr>
          <w:lang w:val="ru-RU"/>
        </w:rPr>
        <w:t xml:space="preserve"> и </w:t>
      </w:r>
      <w:r w:rsidRPr="009778F3">
        <w:t>FeO</w:t>
      </w:r>
      <w:r w:rsidRPr="00DC2F01">
        <w:rPr>
          <w:lang w:val="ru-RU"/>
        </w:rPr>
        <w:tab/>
        <w:t xml:space="preserve">3) </w:t>
      </w:r>
      <w:r w:rsidRPr="009778F3">
        <w:t>CO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 xml:space="preserve"> и </w:t>
      </w:r>
      <w:r w:rsidRPr="009778F3">
        <w:t>FeO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t>Задание 16.</w:t>
      </w:r>
      <w:r w:rsidRPr="00DC2F01">
        <w:rPr>
          <w:lang w:val="ru-RU"/>
        </w:rPr>
        <w:t xml:space="preserve"> Высший гидроксид хрома: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1)проявляет кислотные свойства;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2)проявляет основные свойства;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3)проявляет амфотерные свойства.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t>Задание 17.</w:t>
      </w:r>
      <w:r w:rsidRPr="00DC2F01">
        <w:rPr>
          <w:lang w:val="ru-RU"/>
        </w:rPr>
        <w:t xml:space="preserve"> Для проведения реакций по схеме: </w:t>
      </w:r>
      <w:r w:rsidRPr="00FA34E7">
        <w:t>MgCL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 xml:space="preserve"> </w:t>
      </w:r>
      <w:r w:rsidRPr="00FA34E7">
        <w:rPr>
          <w:position w:val="-6"/>
        </w:rPr>
        <w:object w:dxaOrig="300" w:dyaOrig="220">
          <v:shape id="_x0000_i1069" type="#_x0000_t75" style="width:15pt;height:12.75pt" o:ole="">
            <v:imagedata r:id="rId93" o:title=""/>
          </v:shape>
          <o:OLEObject Type="Embed" ProgID="Equation.3" ShapeID="_x0000_i1069" DrawAspect="Content" ObjectID="_1841053814" r:id="rId94"/>
        </w:object>
      </w:r>
      <w:r w:rsidRPr="00DC2F01">
        <w:rPr>
          <w:lang w:val="ru-RU"/>
        </w:rPr>
        <w:t xml:space="preserve"> </w:t>
      </w:r>
      <w:r w:rsidRPr="00FA34E7">
        <w:t>MgCO</w:t>
      </w:r>
      <w:r w:rsidRPr="00DC2F01">
        <w:rPr>
          <w:vertAlign w:val="subscript"/>
          <w:lang w:val="ru-RU"/>
        </w:rPr>
        <w:t>3</w:t>
      </w:r>
      <w:r w:rsidRPr="00FA34E7">
        <w:rPr>
          <w:position w:val="-6"/>
        </w:rPr>
        <w:object w:dxaOrig="300" w:dyaOrig="220">
          <v:shape id="_x0000_i1070" type="#_x0000_t75" style="width:15pt;height:11.25pt" o:ole="">
            <v:imagedata r:id="rId95" o:title=""/>
          </v:shape>
          <o:OLEObject Type="Embed" ProgID="Equation.3" ShapeID="_x0000_i1070" DrawAspect="Content" ObjectID="_1841053815" r:id="rId96"/>
        </w:object>
      </w:r>
      <w:r w:rsidRPr="00DC2F01">
        <w:rPr>
          <w:lang w:val="ru-RU"/>
        </w:rPr>
        <w:t xml:space="preserve"> </w:t>
      </w:r>
      <w:r w:rsidRPr="00FA34E7">
        <w:t>CO</w:t>
      </w:r>
      <w:r w:rsidRPr="00DC2F01">
        <w:rPr>
          <w:vertAlign w:val="subscript"/>
          <w:lang w:val="ru-RU"/>
        </w:rPr>
        <w:t xml:space="preserve">2  </w:t>
      </w:r>
      <w:r w:rsidRPr="00DC2F01">
        <w:rPr>
          <w:lang w:val="ru-RU"/>
        </w:rPr>
        <w:t>набор реактивов и условий соответственно: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lang w:val="ru-RU"/>
        </w:rPr>
        <w:t xml:space="preserve"> </w:t>
      </w: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lang w:val="ru-RU"/>
        </w:rPr>
        <w:t xml:space="preserve">1) </w:t>
      </w:r>
      <w:r w:rsidRPr="00FA34E7">
        <w:t>H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С</w:t>
      </w:r>
      <w:r w:rsidRPr="00FA34E7">
        <w:t>O</w:t>
      </w:r>
      <w:proofErr w:type="gramStart"/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 xml:space="preserve">;   </w:t>
      </w:r>
      <w:proofErr w:type="gramEnd"/>
      <w:r w:rsidRPr="00DC2F01">
        <w:rPr>
          <w:lang w:val="ru-RU"/>
        </w:rPr>
        <w:t>температура</w:t>
      </w:r>
      <w:r w:rsidRPr="00DC2F01">
        <w:rPr>
          <w:lang w:val="ru-RU"/>
        </w:rPr>
        <w:tab/>
      </w:r>
      <w:r w:rsidRPr="00DC2F01">
        <w:rPr>
          <w:lang w:val="ru-RU"/>
        </w:rPr>
        <w:tab/>
        <w:t xml:space="preserve">2) </w:t>
      </w:r>
      <w:r w:rsidRPr="00FA34E7">
        <w:t>HC</w:t>
      </w:r>
      <w:r>
        <w:t>l</w:t>
      </w:r>
      <w:r w:rsidRPr="00DC2F01">
        <w:rPr>
          <w:lang w:val="ru-RU"/>
        </w:rPr>
        <w:t xml:space="preserve">; температура;   </w:t>
      </w:r>
      <w:r w:rsidRPr="00DC2F01">
        <w:rPr>
          <w:lang w:val="ru-RU"/>
        </w:rPr>
        <w:tab/>
        <w:t xml:space="preserve">3) </w:t>
      </w:r>
      <w:r w:rsidRPr="00FA34E7">
        <w:t>Na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С</w:t>
      </w:r>
      <w:r w:rsidRPr="00FA34E7">
        <w:t>O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>; температура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18.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Газ образуется при взаимодействии в растворе: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lang w:val="ru-RU"/>
        </w:rPr>
        <w:t xml:space="preserve">1) </w:t>
      </w:r>
      <w:r w:rsidRPr="00E87D27">
        <w:t>NaC</w:t>
      </w:r>
      <w:r>
        <w:t>l</w:t>
      </w:r>
      <w:r w:rsidRPr="00DC2F01">
        <w:rPr>
          <w:lang w:val="ru-RU"/>
        </w:rPr>
        <w:t xml:space="preserve"> с </w:t>
      </w:r>
      <w:r w:rsidRPr="00E87D27">
        <w:t>Li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С</w:t>
      </w:r>
      <w:r w:rsidRPr="00E87D27">
        <w:t>O</w:t>
      </w:r>
      <w:proofErr w:type="gramStart"/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>;  2</w:t>
      </w:r>
      <w:proofErr w:type="gramEnd"/>
      <w:r w:rsidRPr="00DC2F01">
        <w:rPr>
          <w:lang w:val="ru-RU"/>
        </w:rPr>
        <w:t xml:space="preserve">) </w:t>
      </w:r>
      <w:r w:rsidRPr="00E87D27">
        <w:t>Li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С</w:t>
      </w:r>
      <w:r w:rsidRPr="00E87D27">
        <w:t>O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 xml:space="preserve"> </w:t>
      </w:r>
      <w:r w:rsidRPr="00E87D27">
        <w:t>c</w:t>
      </w:r>
      <w:r w:rsidRPr="00DC2F01">
        <w:rPr>
          <w:lang w:val="ru-RU"/>
        </w:rPr>
        <w:t xml:space="preserve"> </w:t>
      </w:r>
      <w:r>
        <w:t>HCl</w:t>
      </w:r>
      <w:r w:rsidRPr="00DC2F01">
        <w:rPr>
          <w:lang w:val="ru-RU"/>
        </w:rPr>
        <w:t xml:space="preserve">;   3) </w:t>
      </w:r>
      <w:r>
        <w:t>NaCl</w:t>
      </w:r>
      <w:r w:rsidRPr="00E87D27">
        <w:t>O</w:t>
      </w:r>
      <w:r w:rsidRPr="00DC2F01">
        <w:rPr>
          <w:lang w:val="ru-RU"/>
        </w:rPr>
        <w:t xml:space="preserve"> </w:t>
      </w:r>
      <w:r w:rsidRPr="00E87D27">
        <w:t>c</w:t>
      </w:r>
      <w:r w:rsidRPr="00DC2F01">
        <w:rPr>
          <w:lang w:val="ru-RU"/>
        </w:rPr>
        <w:t xml:space="preserve"> </w:t>
      </w:r>
      <w:r w:rsidRPr="00E87D27">
        <w:t>K</w:t>
      </w:r>
      <w:r w:rsidRPr="00DC2F01">
        <w:rPr>
          <w:vertAlign w:val="subscript"/>
          <w:lang w:val="ru-RU"/>
        </w:rPr>
        <w:t>2</w:t>
      </w:r>
      <w:r w:rsidRPr="00E87D27">
        <w:t>C</w:t>
      </w:r>
      <w:r w:rsidRPr="00DC2F01">
        <w:rPr>
          <w:lang w:val="ru-RU"/>
        </w:rPr>
        <w:t>О</w:t>
      </w:r>
      <w:r w:rsidRPr="00DC2F01">
        <w:rPr>
          <w:vertAlign w:val="subscript"/>
          <w:lang w:val="ru-RU"/>
        </w:rPr>
        <w:t>3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19.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Гидроксид калия в растворе реагирует по отдельности с веществами:</w:t>
      </w:r>
    </w:p>
    <w:p w:rsidR="00DC2F01" w:rsidRPr="00DC2F01" w:rsidRDefault="00DC2F01" w:rsidP="00DC2F01">
      <w:pPr>
        <w:rPr>
          <w:bCs/>
          <w:iCs/>
          <w:lang w:val="ru-RU"/>
        </w:rPr>
      </w:pPr>
      <w:r w:rsidRPr="00DC2F01">
        <w:rPr>
          <w:bCs/>
          <w:iCs/>
          <w:lang w:val="ru-RU"/>
        </w:rPr>
        <w:t>Составьте уравнение реакции: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566A7D" w:rsidRDefault="00DC2F01" w:rsidP="00DC2F01">
      <w:pPr>
        <w:rPr>
          <w:b/>
          <w:szCs w:val="24"/>
        </w:rPr>
      </w:pPr>
      <w:r w:rsidRPr="00E87D27">
        <w:t>1) HNO</w:t>
      </w:r>
      <w:r w:rsidRPr="00E87D27">
        <w:rPr>
          <w:vertAlign w:val="subscript"/>
        </w:rPr>
        <w:t>3</w:t>
      </w:r>
      <w:r>
        <w:t xml:space="preserve">, </w:t>
      </w:r>
      <w:proofErr w:type="gramStart"/>
      <w:r>
        <w:t>CuO</w:t>
      </w:r>
      <w:r w:rsidRPr="00E87D27">
        <w:t xml:space="preserve">;   </w:t>
      </w:r>
      <w:proofErr w:type="gramEnd"/>
      <w:r w:rsidRPr="00E87D27">
        <w:t xml:space="preserve">      2) Al, Zn(OH)</w:t>
      </w:r>
      <w:r w:rsidRPr="00E87D27">
        <w:rPr>
          <w:vertAlign w:val="subscript"/>
        </w:rPr>
        <w:t>2</w:t>
      </w:r>
      <w:r w:rsidRPr="00E87D27">
        <w:t>;          3) Zn, SO</w:t>
      </w:r>
      <w:r w:rsidRPr="00E87D27">
        <w:rPr>
          <w:vertAlign w:val="subscript"/>
        </w:rPr>
        <w:t>2</w:t>
      </w:r>
      <w:r w:rsidRPr="00E87D27">
        <w:t xml:space="preserve">                       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20.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Взаимодействием какой пары веществ можно получить сульфид натрия: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     1) раствора гидроксида натрия и оксида серы (</w:t>
      </w:r>
      <w:r w:rsidRPr="00EC35AD">
        <w:t>VI</w:t>
      </w:r>
      <w:r w:rsidRPr="00DC2F01">
        <w:rPr>
          <w:lang w:val="ru-RU"/>
        </w:rPr>
        <w:t>)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     2) оксида натрия и оксида серы (</w:t>
      </w:r>
      <w:r w:rsidRPr="00EC35AD">
        <w:t>IV</w:t>
      </w:r>
      <w:r w:rsidRPr="00DC2F01">
        <w:rPr>
          <w:lang w:val="ru-RU"/>
        </w:rPr>
        <w:t>)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     3) серной кислоты и хлорида натрия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21.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Кислотными оксидами являются: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E17B7B" w:rsidRDefault="00DC2F01" w:rsidP="00DC2F01">
      <w:pPr>
        <w:rPr>
          <w:vertAlign w:val="subscript"/>
        </w:rPr>
      </w:pPr>
      <w:r w:rsidRPr="00E17B7B">
        <w:t xml:space="preserve">1) </w:t>
      </w:r>
      <w:r w:rsidRPr="00EC35AD">
        <w:t>NO</w:t>
      </w:r>
      <w:r w:rsidRPr="00E17B7B">
        <w:rPr>
          <w:vertAlign w:val="subscript"/>
        </w:rPr>
        <w:t>2</w:t>
      </w:r>
      <w:r w:rsidRPr="00E17B7B">
        <w:t xml:space="preserve">, </w:t>
      </w:r>
      <w:proofErr w:type="gramStart"/>
      <w:r>
        <w:t>C</w:t>
      </w:r>
      <w:r w:rsidRPr="00EC35AD">
        <w:t>O</w:t>
      </w:r>
      <w:r w:rsidRPr="00E17B7B">
        <w:t xml:space="preserve">; </w:t>
      </w:r>
      <w:r w:rsidRPr="00E17B7B">
        <w:rPr>
          <w:vertAlign w:val="subscript"/>
        </w:rPr>
        <w:t xml:space="preserve">  </w:t>
      </w:r>
      <w:proofErr w:type="gramEnd"/>
      <w:r w:rsidRPr="00E17B7B">
        <w:rPr>
          <w:vertAlign w:val="subscript"/>
        </w:rPr>
        <w:t xml:space="preserve">            </w:t>
      </w:r>
      <w:r w:rsidRPr="00E17B7B">
        <w:t xml:space="preserve">2) </w:t>
      </w:r>
      <w:r w:rsidRPr="00EC35AD">
        <w:t>CO</w:t>
      </w:r>
      <w:r w:rsidRPr="00E17B7B">
        <w:rPr>
          <w:vertAlign w:val="subscript"/>
        </w:rPr>
        <w:t>2</w:t>
      </w:r>
      <w:r w:rsidRPr="00E17B7B">
        <w:t xml:space="preserve">, </w:t>
      </w:r>
      <w:r w:rsidRPr="00EC35AD">
        <w:t>N</w:t>
      </w:r>
      <w:r w:rsidRPr="00E17B7B">
        <w:rPr>
          <w:vertAlign w:val="subscript"/>
        </w:rPr>
        <w:t>2</w:t>
      </w:r>
      <w:r w:rsidRPr="00EC35AD">
        <w:t>O</w:t>
      </w:r>
      <w:r w:rsidRPr="00E17B7B">
        <w:rPr>
          <w:vertAlign w:val="subscript"/>
        </w:rPr>
        <w:t>3</w:t>
      </w:r>
      <w:r w:rsidRPr="00E17B7B">
        <w:t xml:space="preserve">;      </w:t>
      </w:r>
      <w:r w:rsidRPr="00E17B7B">
        <w:rPr>
          <w:vertAlign w:val="subscript"/>
        </w:rPr>
        <w:t xml:space="preserve">        </w:t>
      </w:r>
      <w:r w:rsidRPr="00E17B7B">
        <w:t xml:space="preserve">3) </w:t>
      </w:r>
      <w:r w:rsidRPr="00EC35AD">
        <w:t>CO</w:t>
      </w:r>
      <w:r w:rsidRPr="00E17B7B">
        <w:t xml:space="preserve">, </w:t>
      </w:r>
      <w:r w:rsidRPr="00EC35AD">
        <w:t>P</w:t>
      </w:r>
      <w:r w:rsidRPr="00E17B7B">
        <w:rPr>
          <w:vertAlign w:val="subscript"/>
        </w:rPr>
        <w:t>2</w:t>
      </w:r>
      <w:r w:rsidRPr="00EC35AD">
        <w:t>O</w:t>
      </w:r>
      <w:r w:rsidRPr="00E17B7B">
        <w:rPr>
          <w:vertAlign w:val="subscript"/>
        </w:rPr>
        <w:t xml:space="preserve">5                     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 xml:space="preserve">Задание 22. </w:t>
      </w:r>
      <w:r w:rsidRPr="00DC2F01">
        <w:rPr>
          <w:lang w:val="ru-RU"/>
        </w:rPr>
        <w:t>Оксид углерода (</w:t>
      </w:r>
      <w:r>
        <w:t>IV</w:t>
      </w:r>
      <w:r w:rsidRPr="00DC2F01">
        <w:rPr>
          <w:lang w:val="ru-RU"/>
        </w:rPr>
        <w:t>) реагирует с каждым из веществ:</w:t>
      </w:r>
    </w:p>
    <w:p w:rsidR="00DC2F01" w:rsidRPr="001A3BB0" w:rsidRDefault="00DC2F01" w:rsidP="00DC2F01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DC2F01" w:rsidRDefault="00DC2F01" w:rsidP="000D3AEE">
      <w:pPr>
        <w:numPr>
          <w:ilvl w:val="0"/>
          <w:numId w:val="40"/>
        </w:numPr>
        <w:spacing w:line="240" w:lineRule="auto"/>
      </w:pPr>
      <w:r>
        <w:t>водой и оксидом кальция;</w:t>
      </w:r>
    </w:p>
    <w:p w:rsidR="00DC2F01" w:rsidRDefault="00DC2F01" w:rsidP="000D3AEE">
      <w:pPr>
        <w:numPr>
          <w:ilvl w:val="0"/>
          <w:numId w:val="40"/>
        </w:numPr>
        <w:spacing w:line="240" w:lineRule="auto"/>
      </w:pPr>
      <w:r>
        <w:t>кислородом и оксидом серы;</w:t>
      </w:r>
    </w:p>
    <w:p w:rsidR="00DC2F01" w:rsidRPr="00DC2F01" w:rsidRDefault="00DC2F01" w:rsidP="000D3AEE">
      <w:pPr>
        <w:numPr>
          <w:ilvl w:val="0"/>
          <w:numId w:val="40"/>
        </w:numPr>
        <w:spacing w:line="240" w:lineRule="auto"/>
        <w:rPr>
          <w:lang w:val="ru-RU"/>
        </w:rPr>
      </w:pPr>
      <w:r w:rsidRPr="00DC2F01">
        <w:rPr>
          <w:lang w:val="ru-RU"/>
        </w:rPr>
        <w:lastRenderedPageBreak/>
        <w:t>сульфатом калия и гидроксидом натрия;</w:t>
      </w:r>
    </w:p>
    <w:p w:rsidR="00DC2F01" w:rsidRPr="00DC2F01" w:rsidRDefault="00DC2F01" w:rsidP="00DC2F01">
      <w:pPr>
        <w:rPr>
          <w:b/>
          <w:lang w:val="ru-RU"/>
        </w:rPr>
      </w:pPr>
      <w:r w:rsidRPr="00DC2F01">
        <w:rPr>
          <w:b/>
          <w:lang w:val="ru-RU"/>
        </w:rPr>
        <w:t xml:space="preserve">Задание 23. </w:t>
      </w:r>
    </w:p>
    <w:p w:rsidR="00DC2F01" w:rsidRPr="00DC2F01" w:rsidRDefault="00DC2F01" w:rsidP="00DC2F01">
      <w:pPr>
        <w:rPr>
          <w:i/>
          <w:sz w:val="20"/>
          <w:u w:val="single"/>
          <w:lang w:val="ru-RU"/>
        </w:rPr>
      </w:pPr>
      <w:r w:rsidRPr="00DC2F01">
        <w:rPr>
          <w:lang w:val="ru-RU"/>
        </w:rPr>
        <w:t xml:space="preserve">Различить гидроксиды магния и цинка можно с помощью: 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546EA3" w:rsidRDefault="00DC2F01" w:rsidP="00DC2F01">
      <w:pPr>
        <w:pStyle w:val="14"/>
        <w:widowControl/>
        <w:rPr>
          <w:i/>
          <w:snapToGrid/>
          <w:sz w:val="24"/>
          <w:szCs w:val="24"/>
        </w:rPr>
      </w:pPr>
      <w:r w:rsidRPr="00546EA3">
        <w:rPr>
          <w:sz w:val="24"/>
          <w:szCs w:val="24"/>
        </w:rPr>
        <w:t xml:space="preserve">1) </w:t>
      </w:r>
      <w:r w:rsidRPr="00546EA3">
        <w:rPr>
          <w:sz w:val="24"/>
          <w:szCs w:val="24"/>
          <w:lang w:val="en-US"/>
        </w:rPr>
        <w:t>H</w:t>
      </w:r>
      <w:r w:rsidRPr="00546EA3">
        <w:rPr>
          <w:sz w:val="24"/>
          <w:szCs w:val="24"/>
          <w:vertAlign w:val="subscript"/>
        </w:rPr>
        <w:t>2</w:t>
      </w:r>
      <w:r w:rsidRPr="00546EA3">
        <w:rPr>
          <w:sz w:val="24"/>
          <w:szCs w:val="24"/>
          <w:lang w:val="en-US"/>
        </w:rPr>
        <w:t>O</w:t>
      </w:r>
      <w:r w:rsidRPr="00546EA3">
        <w:rPr>
          <w:sz w:val="24"/>
          <w:szCs w:val="24"/>
        </w:rPr>
        <w:t xml:space="preserve">            2) </w:t>
      </w:r>
      <w:r w:rsidRPr="00546EA3">
        <w:rPr>
          <w:sz w:val="24"/>
          <w:szCs w:val="24"/>
          <w:lang w:val="en-US"/>
        </w:rPr>
        <w:t>KOH</w:t>
      </w:r>
      <w:r w:rsidRPr="00546EA3">
        <w:rPr>
          <w:sz w:val="24"/>
          <w:szCs w:val="24"/>
        </w:rPr>
        <w:t xml:space="preserve">           </w:t>
      </w:r>
      <w:proofErr w:type="gramStart"/>
      <w:r w:rsidRPr="00546EA3">
        <w:rPr>
          <w:sz w:val="24"/>
          <w:szCs w:val="24"/>
        </w:rPr>
        <w:t>3)</w:t>
      </w:r>
      <w:r w:rsidRPr="00546EA3">
        <w:rPr>
          <w:sz w:val="24"/>
          <w:szCs w:val="24"/>
          <w:lang w:val="en-US"/>
        </w:rPr>
        <w:t>HCl</w:t>
      </w:r>
      <w:proofErr w:type="gramEnd"/>
    </w:p>
    <w:p w:rsidR="00DC2F01" w:rsidRPr="00DC2F01" w:rsidRDefault="00DC2F01" w:rsidP="00DC2F01">
      <w:pPr>
        <w:ind w:firstLine="175"/>
        <w:rPr>
          <w:b/>
          <w:lang w:val="ru-RU"/>
        </w:rPr>
      </w:pPr>
      <w:r w:rsidRPr="00DC2F01">
        <w:rPr>
          <w:b/>
          <w:lang w:val="ru-RU"/>
        </w:rPr>
        <w:t>Задание 24.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Какой из перечисленных элементов может иметь в соединениях как положительную, так и отрицательную степени окисления?</w:t>
      </w:r>
    </w:p>
    <w:p w:rsidR="00DC2F01" w:rsidRPr="001A3BB0" w:rsidRDefault="00DC2F01" w:rsidP="00DC2F01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1)  </w:t>
      </w:r>
      <w:proofErr w:type="gramStart"/>
      <w:r w:rsidRPr="00DC2F01">
        <w:rPr>
          <w:lang w:val="ru-RU"/>
        </w:rPr>
        <w:t xml:space="preserve">Аргон;   </w:t>
      </w:r>
      <w:proofErr w:type="gramEnd"/>
      <w:r w:rsidRPr="00DC2F01">
        <w:rPr>
          <w:lang w:val="ru-RU"/>
        </w:rPr>
        <w:t xml:space="preserve">         2) Фтор;       3)Бром</w:t>
      </w:r>
    </w:p>
    <w:p w:rsidR="00DC2F01" w:rsidRPr="00DC2F01" w:rsidRDefault="00DC2F01" w:rsidP="00DC2F01">
      <w:pPr>
        <w:ind w:firstLine="175"/>
        <w:rPr>
          <w:i/>
          <w:sz w:val="20"/>
          <w:u w:val="single"/>
          <w:lang w:val="ru-RU"/>
        </w:rPr>
      </w:pPr>
    </w:p>
    <w:p w:rsidR="00DC2F01" w:rsidRPr="00DC2F01" w:rsidRDefault="00DC2F01" w:rsidP="00DC2F01">
      <w:pPr>
        <w:ind w:firstLine="175"/>
        <w:rPr>
          <w:lang w:val="ru-RU"/>
        </w:rPr>
      </w:pPr>
      <w:r w:rsidRPr="00DC2F01">
        <w:rPr>
          <w:b/>
          <w:lang w:val="ru-RU"/>
        </w:rPr>
        <w:t xml:space="preserve">Задание 25. </w:t>
      </w:r>
      <w:r w:rsidRPr="00DC2F01">
        <w:rPr>
          <w:lang w:val="ru-RU"/>
        </w:rPr>
        <w:t xml:space="preserve">Какое пространственное строение может иметь молекула, центральный атом, которой находится в </w:t>
      </w:r>
      <w:r>
        <w:t>sp</w:t>
      </w:r>
      <w:r w:rsidRPr="00DC2F01">
        <w:rPr>
          <w:vertAlign w:val="superscript"/>
          <w:lang w:val="ru-RU"/>
        </w:rPr>
        <w:t>2</w:t>
      </w:r>
      <w:r w:rsidRPr="00DC2F01">
        <w:rPr>
          <w:lang w:val="ru-RU"/>
        </w:rPr>
        <w:t>-гибридном состоянии?</w:t>
      </w:r>
    </w:p>
    <w:p w:rsidR="00DC2F01" w:rsidRPr="00DC2F01" w:rsidRDefault="00DC2F01" w:rsidP="00DC2F01">
      <w:pPr>
        <w:spacing w:line="240" w:lineRule="auto"/>
        <w:rPr>
          <w:i/>
          <w:lang w:val="ru-RU"/>
        </w:rPr>
      </w:pPr>
      <w:r w:rsidRPr="00DC2F01">
        <w:rPr>
          <w:b/>
          <w:lang w:val="ru-RU"/>
        </w:rPr>
        <w:t xml:space="preserve">      </w:t>
      </w:r>
      <w:r w:rsidRPr="00DC2F01">
        <w:rPr>
          <w:i/>
          <w:lang w:val="ru-RU"/>
        </w:rPr>
        <w:t xml:space="preserve">варианты ответов: 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1) Равносторонний или равнобедренный треугольник;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2) Тэтраэдр или выпуклая треугольная пирамида;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3) Октаэдр или равнобедренный треугольник.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 xml:space="preserve">Задание 26. </w:t>
      </w:r>
      <w:r w:rsidRPr="00DC2F01">
        <w:rPr>
          <w:lang w:val="ru-RU"/>
        </w:rPr>
        <w:t xml:space="preserve">Валентный угол </w:t>
      </w:r>
      <w:r w:rsidRPr="00110C66">
        <w:rPr>
          <w:position w:val="-4"/>
        </w:rPr>
        <w:object w:dxaOrig="540" w:dyaOrig="260">
          <v:shape id="_x0000_i1071" type="#_x0000_t75" style="width:27.75pt;height:12.75pt" o:ole="">
            <v:imagedata r:id="rId97" o:title=""/>
          </v:shape>
          <o:OLEObject Type="Embed" ProgID="Equation.3" ShapeID="_x0000_i1071" DrawAspect="Content" ObjectID="_1841053816" r:id="rId98"/>
        </w:object>
      </w:r>
      <w:r w:rsidRPr="00DC2F01">
        <w:rPr>
          <w:lang w:val="ru-RU"/>
        </w:rPr>
        <w:t xml:space="preserve">в ионе </w:t>
      </w:r>
      <w:r w:rsidRPr="00110C66">
        <w:rPr>
          <w:position w:val="-10"/>
        </w:rPr>
        <w:object w:dxaOrig="499" w:dyaOrig="360">
          <v:shape id="_x0000_i1072" type="#_x0000_t75" style="width:25.5pt;height:18pt" o:ole="">
            <v:imagedata r:id="rId99" o:title=""/>
          </v:shape>
          <o:OLEObject Type="Embed" ProgID="Equation.3" ShapeID="_x0000_i1072" DrawAspect="Content" ObjectID="_1841053817" r:id="rId100"/>
        </w:object>
      </w:r>
      <w:r w:rsidRPr="00DC2F01">
        <w:rPr>
          <w:lang w:val="ru-RU"/>
        </w:rPr>
        <w:t xml:space="preserve"> равен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1) 120</w:t>
      </w:r>
      <w:proofErr w:type="gramStart"/>
      <w:r w:rsidRPr="00DC2F01">
        <w:rPr>
          <w:lang w:val="ru-RU"/>
        </w:rPr>
        <w:t xml:space="preserve">º;   </w:t>
      </w:r>
      <w:proofErr w:type="gramEnd"/>
      <w:r w:rsidRPr="00DC2F01">
        <w:rPr>
          <w:lang w:val="ru-RU"/>
        </w:rPr>
        <w:t>2)   109º 28´;     3) 90º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t>Задание 27.</w:t>
      </w:r>
      <w:r w:rsidRPr="00DC2F01">
        <w:rPr>
          <w:lang w:val="ru-RU"/>
        </w:rPr>
        <w:t xml:space="preserve"> Атом азота в молекуле аммиака имеет …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 xml:space="preserve">1) Три </w:t>
      </w:r>
      <w:r w:rsidRPr="00110C66">
        <w:rPr>
          <w:position w:val="-10"/>
        </w:rPr>
        <w:object w:dxaOrig="400" w:dyaOrig="360">
          <v:shape id="_x0000_i1073" type="#_x0000_t75" style="width:19.5pt;height:18pt" o:ole="">
            <v:imagedata r:id="rId101" o:title=""/>
          </v:shape>
          <o:OLEObject Type="Embed" ProgID="Equation.3" ShapeID="_x0000_i1073" DrawAspect="Content" ObjectID="_1841053818" r:id="rId102"/>
        </w:object>
      </w:r>
      <w:r w:rsidRPr="00DC2F01">
        <w:rPr>
          <w:lang w:val="ru-RU"/>
        </w:rPr>
        <w:t xml:space="preserve">– гибридные орбитали и одну негибридную </w:t>
      </w:r>
      <w:r w:rsidRPr="00110C66">
        <w:rPr>
          <w:position w:val="-10"/>
        </w:rPr>
        <w:object w:dxaOrig="360" w:dyaOrig="320">
          <v:shape id="_x0000_i1074" type="#_x0000_t75" style="width:18pt;height:15.75pt" o:ole="">
            <v:imagedata r:id="rId103" o:title=""/>
          </v:shape>
          <o:OLEObject Type="Embed" ProgID="Equation.3" ShapeID="_x0000_i1074" DrawAspect="Content" ObjectID="_1841053819" r:id="rId104"/>
        </w:object>
      </w:r>
      <w:r w:rsidRPr="00DC2F01">
        <w:rPr>
          <w:lang w:val="ru-RU"/>
        </w:rPr>
        <w:t>- орбиталь;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 xml:space="preserve">2) Четыре </w:t>
      </w:r>
      <w:r w:rsidRPr="00110C66">
        <w:rPr>
          <w:position w:val="-10"/>
        </w:rPr>
        <w:object w:dxaOrig="380" w:dyaOrig="360">
          <v:shape id="_x0000_i1075" type="#_x0000_t75" style="width:19.5pt;height:18pt" o:ole="">
            <v:imagedata r:id="rId105" o:title=""/>
          </v:shape>
          <o:OLEObject Type="Embed" ProgID="Equation.3" ShapeID="_x0000_i1075" DrawAspect="Content" ObjectID="_1841053820" r:id="rId106"/>
        </w:object>
      </w:r>
      <w:r w:rsidRPr="00DC2F01">
        <w:rPr>
          <w:lang w:val="ru-RU"/>
        </w:rPr>
        <w:t>-гибридные орбитали;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lang w:val="ru-RU"/>
        </w:rPr>
        <w:t xml:space="preserve">3) Три </w:t>
      </w:r>
      <w:r w:rsidRPr="00110C66">
        <w:rPr>
          <w:position w:val="-10"/>
        </w:rPr>
        <w:object w:dxaOrig="380" w:dyaOrig="360">
          <v:shape id="_x0000_i1076" type="#_x0000_t75" style="width:19.5pt;height:18pt" o:ole="">
            <v:imagedata r:id="rId107" o:title=""/>
          </v:shape>
          <o:OLEObject Type="Embed" ProgID="Equation.3" ShapeID="_x0000_i1076" DrawAspect="Content" ObjectID="_1841053821" r:id="rId108"/>
        </w:object>
      </w:r>
      <w:r w:rsidRPr="00DC2F01">
        <w:rPr>
          <w:lang w:val="ru-RU"/>
        </w:rPr>
        <w:t xml:space="preserve">-гибридные орбитали и одну негибридную </w:t>
      </w:r>
      <w:r w:rsidRPr="00110C66">
        <w:rPr>
          <w:position w:val="-10"/>
        </w:rPr>
        <w:object w:dxaOrig="360" w:dyaOrig="320">
          <v:shape id="_x0000_i1077" type="#_x0000_t75" style="width:18pt;height:15.75pt" o:ole="">
            <v:imagedata r:id="rId109" o:title=""/>
          </v:shape>
          <o:OLEObject Type="Embed" ProgID="Equation.3" ShapeID="_x0000_i1077" DrawAspect="Content" ObjectID="_1841053822" r:id="rId110"/>
        </w:object>
      </w:r>
      <w:r w:rsidRPr="00DC2F01">
        <w:rPr>
          <w:lang w:val="ru-RU"/>
        </w:rPr>
        <w:t>-орбиталь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28.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Атом кислорода в молекуле воды находится в … состоянии.</w:t>
      </w:r>
    </w:p>
    <w:p w:rsidR="00DC2F01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Pr="00EE7C3D" w:rsidRDefault="00DC2F01" w:rsidP="000D3AEE">
      <w:pPr>
        <w:pStyle w:val="ae"/>
        <w:numPr>
          <w:ilvl w:val="0"/>
          <w:numId w:val="42"/>
        </w:numPr>
        <w:spacing w:after="200" w:line="240" w:lineRule="auto"/>
        <w:ind w:left="360"/>
        <w:contextualSpacing w:val="0"/>
        <w:rPr>
          <w:i/>
          <w:szCs w:val="24"/>
        </w:rPr>
      </w:pPr>
      <w:r w:rsidRPr="00EE7C3D">
        <w:object w:dxaOrig="440" w:dyaOrig="360">
          <v:shape id="_x0000_i1078" type="#_x0000_t75" style="width:21.75pt;height:18pt" o:ole="">
            <v:imagedata r:id="rId111" o:title=""/>
          </v:shape>
          <o:OLEObject Type="Embed" ProgID="Equation.3" ShapeID="_x0000_i1078" DrawAspect="Content" ObjectID="_1841053823" r:id="rId112"/>
        </w:object>
      </w:r>
      <w:r>
        <w:t xml:space="preserve">- </w:t>
      </w:r>
      <w:r w:rsidRPr="00EE7C3D">
        <w:t>гибридном</w:t>
      </w:r>
      <w:r>
        <w:t>;    2)</w:t>
      </w:r>
      <w:r w:rsidRPr="00EE7C3D">
        <w:rPr>
          <w:position w:val="-10"/>
        </w:rPr>
        <w:object w:dxaOrig="300" w:dyaOrig="260">
          <v:shape id="_x0000_i1079" type="#_x0000_t75" style="width:15pt;height:12.75pt" o:ole="">
            <v:imagedata r:id="rId113" o:title=""/>
          </v:shape>
          <o:OLEObject Type="Embed" ProgID="Equation.3" ShapeID="_x0000_i1079" DrawAspect="Content" ObjectID="_1841053824" r:id="rId114"/>
        </w:object>
      </w:r>
      <w:r>
        <w:t xml:space="preserve">- </w:t>
      </w:r>
      <w:r w:rsidRPr="00EE7C3D">
        <w:t>гибридном</w:t>
      </w:r>
      <w:r>
        <w:t>;     3)</w:t>
      </w:r>
      <w:r w:rsidRPr="00110C66">
        <w:rPr>
          <w:position w:val="-10"/>
        </w:rPr>
        <w:object w:dxaOrig="400" w:dyaOrig="360">
          <v:shape id="_x0000_i1080" type="#_x0000_t75" style="width:20.25pt;height:18pt" o:ole="">
            <v:imagedata r:id="rId115" o:title=""/>
          </v:shape>
          <o:OLEObject Type="Embed" ProgID="Equation.3" ShapeID="_x0000_i1080" DrawAspect="Content" ObjectID="_1841053825" r:id="rId116"/>
        </w:object>
      </w:r>
      <w:r>
        <w:t xml:space="preserve">- </w:t>
      </w:r>
      <w:r w:rsidRPr="00EE7C3D">
        <w:t>гибридном</w:t>
      </w:r>
    </w:p>
    <w:p w:rsidR="00DC2F01" w:rsidRDefault="00DC2F01" w:rsidP="00DC2F01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29</w:t>
      </w:r>
      <w:r w:rsidRPr="00E06BBA">
        <w:rPr>
          <w:b/>
          <w:szCs w:val="24"/>
        </w:rPr>
        <w:t>.</w:t>
      </w:r>
    </w:p>
    <w:p w:rsidR="00DC2F01" w:rsidRDefault="00DC2F01" w:rsidP="00DC2F01">
      <w:r>
        <w:t>Гибридизация орбиталей – это …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Pr="00DC2F01" w:rsidRDefault="00DC2F01" w:rsidP="000D3AEE">
      <w:pPr>
        <w:numPr>
          <w:ilvl w:val="0"/>
          <w:numId w:val="47"/>
        </w:numPr>
        <w:spacing w:line="240" w:lineRule="auto"/>
        <w:rPr>
          <w:lang w:val="ru-RU"/>
        </w:rPr>
      </w:pPr>
      <w:r w:rsidRPr="00DC2F01">
        <w:rPr>
          <w:lang w:val="ru-RU"/>
        </w:rPr>
        <w:t>Модель, для объяснения пространственного строения молекул;</w:t>
      </w:r>
    </w:p>
    <w:p w:rsidR="00DC2F01" w:rsidRPr="00DC2F01" w:rsidRDefault="00DC2F01" w:rsidP="000D3AEE">
      <w:pPr>
        <w:numPr>
          <w:ilvl w:val="0"/>
          <w:numId w:val="47"/>
        </w:numPr>
        <w:spacing w:line="240" w:lineRule="auto"/>
        <w:rPr>
          <w:lang w:val="ru-RU"/>
        </w:rPr>
      </w:pPr>
      <w:r w:rsidRPr="00DC2F01">
        <w:rPr>
          <w:lang w:val="ru-RU"/>
        </w:rPr>
        <w:t>Физическое явление, которое заключается в изменении формы электронных облаков при образовании химической связи;</w:t>
      </w:r>
    </w:p>
    <w:p w:rsidR="00DC2F01" w:rsidRDefault="00DC2F01" w:rsidP="000D3AEE">
      <w:pPr>
        <w:numPr>
          <w:ilvl w:val="0"/>
          <w:numId w:val="47"/>
        </w:numPr>
        <w:spacing w:line="240" w:lineRule="auto"/>
      </w:pPr>
      <w:r>
        <w:t>Процесс образования молекулярных орбиталей;</w:t>
      </w:r>
    </w:p>
    <w:p w:rsidR="00DC2F01" w:rsidRDefault="00DC2F01" w:rsidP="00DC2F01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30</w:t>
      </w:r>
      <w:r w:rsidRPr="00E06BBA">
        <w:rPr>
          <w:b/>
          <w:szCs w:val="24"/>
        </w:rPr>
        <w:t>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lastRenderedPageBreak/>
        <w:t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Изолированная система с окружающей ее средой …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1) Не обменивается энергией, но не обменивается веществом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2) Не обменивается ни веществом, ни энергией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3) Не обменивается веществом, но не обменивается энергией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 xml:space="preserve">Задание 31. </w:t>
      </w:r>
      <w:r w:rsidRPr="00DC2F01">
        <w:rPr>
          <w:lang w:val="ru-RU"/>
        </w:rPr>
        <w:t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Открытая система с окружающей ее средой …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>
        <w:rPr>
          <w:b/>
          <w:snapToGrid/>
          <w:sz w:val="24"/>
        </w:rPr>
        <w:tab/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1) Обменивается энергией, но не обменивается веществом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t>2) Обменивается веществом, но не обменивается энергией</w:t>
      </w:r>
    </w:p>
    <w:p w:rsidR="00DC2F01" w:rsidRPr="00DC2F01" w:rsidRDefault="00DC2F01" w:rsidP="00DC2F01">
      <w:pPr>
        <w:rPr>
          <w:i/>
          <w:sz w:val="20"/>
          <w:u w:val="single"/>
          <w:lang w:val="ru-RU"/>
        </w:rPr>
      </w:pPr>
      <w:r w:rsidRPr="00DC2F01">
        <w:rPr>
          <w:lang w:val="ru-RU"/>
        </w:rPr>
        <w:t>3) Обменивается энергией и веществом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32.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Какие из перечисленных функций, являются функциями состояния.</w:t>
      </w:r>
    </w:p>
    <w:p w:rsidR="00DC2F01" w:rsidRPr="00DC2F01" w:rsidRDefault="00DC2F01" w:rsidP="00DC2F01">
      <w:pPr>
        <w:ind w:firstLine="708"/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lang w:val="ru-RU"/>
        </w:rPr>
        <w:t xml:space="preserve">1) Внутренняя энергия и работа; </w:t>
      </w:r>
      <w:proofErr w:type="gramStart"/>
      <w:r w:rsidRPr="00DC2F01">
        <w:rPr>
          <w:lang w:val="ru-RU"/>
        </w:rPr>
        <w:t>2)Энтропия</w:t>
      </w:r>
      <w:proofErr w:type="gramEnd"/>
      <w:r w:rsidRPr="00DC2F01">
        <w:rPr>
          <w:lang w:val="ru-RU"/>
        </w:rPr>
        <w:t xml:space="preserve"> и внутренняя энергия; 3)Теплота и работа</w:t>
      </w:r>
    </w:p>
    <w:p w:rsidR="00DC2F01" w:rsidRPr="00DC2F01" w:rsidRDefault="00DC2F01" w:rsidP="00DC2F01">
      <w:pPr>
        <w:rPr>
          <w:b/>
          <w:lang w:val="ru-RU"/>
        </w:rPr>
      </w:pPr>
      <w:r w:rsidRPr="00DC2F01">
        <w:rPr>
          <w:b/>
          <w:lang w:val="ru-RU"/>
        </w:rPr>
        <w:t xml:space="preserve">Задание 33.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Энергией называется …</w:t>
      </w:r>
    </w:p>
    <w:p w:rsidR="00DC2F01" w:rsidRPr="001A3BB0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0D3AEE">
      <w:pPr>
        <w:numPr>
          <w:ilvl w:val="0"/>
          <w:numId w:val="41"/>
        </w:numPr>
        <w:spacing w:line="240" w:lineRule="auto"/>
        <w:rPr>
          <w:lang w:val="ru-RU"/>
        </w:rPr>
      </w:pPr>
      <w:r w:rsidRPr="00DC2F01">
        <w:rPr>
          <w:lang w:val="ru-RU"/>
        </w:rPr>
        <w:t>Физическая величина, характеризующая направление теплообмена между системами</w:t>
      </w:r>
    </w:p>
    <w:p w:rsidR="00DC2F01" w:rsidRPr="00DC2F01" w:rsidRDefault="00DC2F01" w:rsidP="000D3AEE">
      <w:pPr>
        <w:numPr>
          <w:ilvl w:val="0"/>
          <w:numId w:val="41"/>
        </w:numPr>
        <w:spacing w:line="240" w:lineRule="auto"/>
        <w:rPr>
          <w:lang w:val="ru-RU"/>
        </w:rPr>
      </w:pPr>
      <w:r w:rsidRPr="00DC2F01">
        <w:rPr>
          <w:lang w:val="ru-RU"/>
        </w:rPr>
        <w:t>Физическая величина, характеризующая способность переходить из одного состояния в другое.</w:t>
      </w:r>
    </w:p>
    <w:p w:rsidR="00DC2F01" w:rsidRPr="00DC2F01" w:rsidRDefault="00DC2F01" w:rsidP="000D3AEE">
      <w:pPr>
        <w:pStyle w:val="ae"/>
        <w:numPr>
          <w:ilvl w:val="0"/>
          <w:numId w:val="41"/>
        </w:numPr>
        <w:spacing w:line="276" w:lineRule="auto"/>
        <w:ind w:left="714" w:hanging="357"/>
        <w:contextualSpacing w:val="0"/>
        <w:rPr>
          <w:i/>
          <w:sz w:val="20"/>
          <w:u w:val="single"/>
          <w:lang w:val="ru-RU"/>
        </w:rPr>
      </w:pPr>
      <w:r w:rsidRPr="00DC2F01">
        <w:rPr>
          <w:lang w:val="ru-RU"/>
        </w:rPr>
        <w:t>Физическая величина, являющаяся мерой взаимодействия и движения материальных частиц</w:t>
      </w:r>
    </w:p>
    <w:p w:rsidR="00DC2F01" w:rsidRPr="00DC2F01" w:rsidRDefault="00DC2F01" w:rsidP="00DC2F01">
      <w:pPr>
        <w:rPr>
          <w:b/>
          <w:lang w:val="ru-RU"/>
        </w:rPr>
      </w:pPr>
      <w:r w:rsidRPr="00DC2F01">
        <w:rPr>
          <w:b/>
          <w:lang w:val="ru-RU"/>
        </w:rPr>
        <w:t xml:space="preserve">Задание 34.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Тепловой эффект химической реакции при постоянном давлении – это …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Pr="00DC2F01" w:rsidRDefault="00DC2F01" w:rsidP="000D3AEE">
      <w:pPr>
        <w:numPr>
          <w:ilvl w:val="0"/>
          <w:numId w:val="53"/>
        </w:numPr>
        <w:spacing w:line="240" w:lineRule="auto"/>
        <w:rPr>
          <w:lang w:val="ru-RU"/>
        </w:rPr>
      </w:pPr>
      <w:r w:rsidRPr="00DC2F01">
        <w:rPr>
          <w:lang w:val="ru-RU"/>
        </w:rPr>
        <w:t>Количество выделившейся или поглотившейся теплоты в результате взаимодействия между собой определенных количеств веществ</w:t>
      </w:r>
    </w:p>
    <w:p w:rsidR="00DC2F01" w:rsidRPr="00DC2F01" w:rsidRDefault="00DC2F01" w:rsidP="000D3AEE">
      <w:pPr>
        <w:numPr>
          <w:ilvl w:val="0"/>
          <w:numId w:val="53"/>
        </w:numPr>
        <w:spacing w:line="240" w:lineRule="auto"/>
        <w:rPr>
          <w:lang w:val="ru-RU"/>
        </w:rPr>
      </w:pPr>
      <w:r w:rsidRPr="00DC2F01">
        <w:rPr>
          <w:lang w:val="ru-RU"/>
        </w:rPr>
        <w:t>Изменение внутренней энергии в результате химической реакции</w:t>
      </w:r>
    </w:p>
    <w:p w:rsidR="00DC2F01" w:rsidRPr="00DC2F01" w:rsidRDefault="00DC2F01" w:rsidP="000D3AEE">
      <w:pPr>
        <w:numPr>
          <w:ilvl w:val="0"/>
          <w:numId w:val="53"/>
        </w:numPr>
        <w:spacing w:line="240" w:lineRule="auto"/>
        <w:rPr>
          <w:lang w:val="ru-RU"/>
        </w:rPr>
      </w:pPr>
      <w:r w:rsidRPr="00DC2F01">
        <w:rPr>
          <w:lang w:val="ru-RU"/>
        </w:rPr>
        <w:t>Изменение энтальпии в результате химической реакции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35.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Первый закон (первое начало) термодинамики записывается так: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position w:val="-10"/>
          <w:lang w:val="ru-RU"/>
        </w:rPr>
        <w:t>1)</w:t>
      </w:r>
      <w:r w:rsidRPr="00110C66">
        <w:rPr>
          <w:position w:val="-10"/>
        </w:rPr>
        <w:object w:dxaOrig="1060" w:dyaOrig="320">
          <v:shape id="_x0000_i1081" type="#_x0000_t75" style="width:54pt;height:15.75pt" o:ole="">
            <v:imagedata r:id="rId117" o:title=""/>
          </v:shape>
          <o:OLEObject Type="Embed" ProgID="Equation.3" ShapeID="_x0000_i1081" DrawAspect="Content" ObjectID="_1841053826" r:id="rId118"/>
        </w:object>
      </w:r>
      <w:r w:rsidRPr="00DC2F01">
        <w:rPr>
          <w:position w:val="-10"/>
          <w:lang w:val="ru-RU"/>
        </w:rPr>
        <w:t xml:space="preserve">;    2) </w:t>
      </w:r>
      <w:r w:rsidRPr="00110C66">
        <w:rPr>
          <w:position w:val="-10"/>
        </w:rPr>
        <w:object w:dxaOrig="1279" w:dyaOrig="540">
          <v:shape id="_x0000_i1082" type="#_x0000_t75" style="width:63.75pt;height:27.75pt" o:ole="">
            <v:imagedata r:id="rId119" o:title=""/>
          </v:shape>
          <o:OLEObject Type="Embed" ProgID="Equation.3" ShapeID="_x0000_i1082" DrawAspect="Content" ObjectID="_1841053827" r:id="rId120"/>
        </w:object>
      </w:r>
      <w:r w:rsidRPr="00DC2F01">
        <w:rPr>
          <w:position w:val="-10"/>
          <w:lang w:val="ru-RU"/>
        </w:rPr>
        <w:t xml:space="preserve">;   3) </w:t>
      </w:r>
      <w:r w:rsidRPr="00110C66">
        <w:rPr>
          <w:position w:val="-10"/>
        </w:rPr>
        <w:object w:dxaOrig="1240" w:dyaOrig="320">
          <v:shape id="_x0000_i1083" type="#_x0000_t75" style="width:62.25pt;height:15.75pt" o:ole="">
            <v:imagedata r:id="rId121" o:title=""/>
          </v:shape>
          <o:OLEObject Type="Embed" ProgID="Equation.3" ShapeID="_x0000_i1083" DrawAspect="Content" ObjectID="_1841053828" r:id="rId122"/>
        </w:objec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36.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Сформулируйте первый закон термодинамики: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lastRenderedPageBreak/>
        <w:t>варианты ответов:</w:t>
      </w:r>
    </w:p>
    <w:p w:rsidR="00DC2F01" w:rsidRPr="00DC2F01" w:rsidRDefault="00DC2F01" w:rsidP="000D3AEE">
      <w:pPr>
        <w:numPr>
          <w:ilvl w:val="0"/>
          <w:numId w:val="48"/>
        </w:numPr>
        <w:spacing w:line="240" w:lineRule="auto"/>
        <w:rPr>
          <w:lang w:val="ru-RU"/>
        </w:rPr>
      </w:pPr>
      <w:r w:rsidRPr="00DC2F01">
        <w:rPr>
          <w:lang w:val="ru-RU"/>
        </w:rPr>
        <w:t>Скорость химической реакции определяется энергией активации данной реакции</w:t>
      </w:r>
    </w:p>
    <w:p w:rsidR="00DC2F01" w:rsidRPr="00DC2F01" w:rsidRDefault="00DC2F01" w:rsidP="000D3AEE">
      <w:pPr>
        <w:numPr>
          <w:ilvl w:val="0"/>
          <w:numId w:val="48"/>
        </w:numPr>
        <w:spacing w:line="240" w:lineRule="auto"/>
        <w:rPr>
          <w:lang w:val="ru-RU"/>
        </w:rPr>
      </w:pPr>
      <w:r w:rsidRPr="00DC2F01">
        <w:rPr>
          <w:lang w:val="ru-RU"/>
        </w:rPr>
        <w:t>Физические величины, однозначно определяющие состояние системы, являются функциями состояния системы.</w:t>
      </w:r>
    </w:p>
    <w:p w:rsidR="00DC2F01" w:rsidRPr="00DC2F01" w:rsidRDefault="00DC2F01" w:rsidP="000D3AEE">
      <w:pPr>
        <w:numPr>
          <w:ilvl w:val="0"/>
          <w:numId w:val="48"/>
        </w:numPr>
        <w:spacing w:line="240" w:lineRule="auto"/>
        <w:rPr>
          <w:lang w:val="ru-RU"/>
        </w:rPr>
      </w:pPr>
      <w:r w:rsidRPr="00DC2F01">
        <w:rPr>
          <w:lang w:val="ru-RU"/>
        </w:rPr>
        <w:t>Сумма изменений внутренней энергии и совершенной системой (или над системой) работы равна сообщенной (или выделенной) теплоте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>Задание 37.</w:t>
      </w:r>
      <w:r w:rsidRPr="00DC2F01">
        <w:rPr>
          <w:lang w:val="ru-RU"/>
        </w:rPr>
        <w:t xml:space="preserve"> При образовании 1 моль </w:t>
      </w:r>
      <w:r w:rsidRPr="00110C66">
        <w:rPr>
          <w:position w:val="-12"/>
        </w:rPr>
        <w:object w:dxaOrig="520" w:dyaOrig="360">
          <v:shape id="_x0000_i1084" type="#_x0000_t75" style="width:26.25pt;height:18pt" o:ole="">
            <v:imagedata r:id="rId123" o:title=""/>
          </v:shape>
          <o:OLEObject Type="Embed" ProgID="Equation.3" ShapeID="_x0000_i1084" DrawAspect="Content" ObjectID="_1841053829" r:id="rId124"/>
        </w:object>
      </w:r>
      <w:r w:rsidRPr="00DC2F01">
        <w:rPr>
          <w:lang w:val="ru-RU"/>
        </w:rPr>
        <w:t xml:space="preserve">, из простых веществ выделилось 46,4 кДж тепла. Сколько выделилось теплоты, если образовалось </w:t>
      </w:r>
      <w:smartTag w:uri="urn:schemas-microsoft-com:office:smarttags" w:element="metricconverter">
        <w:smartTagPr>
          <w:attr w:name="ProductID" w:val="44,8 л"/>
        </w:smartTagPr>
        <w:r w:rsidRPr="00DC2F01">
          <w:rPr>
            <w:lang w:val="ru-RU"/>
          </w:rPr>
          <w:t>44,8 л</w:t>
        </w:r>
      </w:smartTag>
      <w:r w:rsidRPr="00DC2F01">
        <w:rPr>
          <w:lang w:val="ru-RU"/>
        </w:rPr>
        <w:t xml:space="preserve"> </w:t>
      </w:r>
      <w:r w:rsidRPr="00110C66">
        <w:rPr>
          <w:position w:val="-12"/>
        </w:rPr>
        <w:object w:dxaOrig="520" w:dyaOrig="360">
          <v:shape id="_x0000_i1085" type="#_x0000_t75" style="width:26.25pt;height:18pt" o:ole="">
            <v:imagedata r:id="rId123" o:title=""/>
          </v:shape>
          <o:OLEObject Type="Embed" ProgID="Equation.3" ShapeID="_x0000_i1085" DrawAspect="Content" ObjectID="_1841053830" r:id="rId125"/>
        </w:object>
      </w:r>
      <w:r w:rsidRPr="00DC2F01">
        <w:rPr>
          <w:lang w:val="ru-RU"/>
        </w:rPr>
        <w:t>.</w:t>
      </w:r>
    </w:p>
    <w:p w:rsidR="00DC2F01" w:rsidRPr="001A3BB0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38.</w:t>
      </w:r>
      <w:r w:rsidRPr="00DC2F01">
        <w:rPr>
          <w:lang w:val="ru-RU"/>
        </w:rPr>
        <w:t xml:space="preserve"> При сгорании 1 моль углерода до углекислого газа выделяется 395 кДж теплоты. Сколько углерода (г) было сожжено, если выделилось 1975 кДж тепла?</w:t>
      </w:r>
    </w:p>
    <w:p w:rsidR="00DC2F01" w:rsidRPr="00DC2F01" w:rsidRDefault="00DC2F01" w:rsidP="00DC2F01">
      <w:pPr>
        <w:tabs>
          <w:tab w:val="center" w:pos="5282"/>
        </w:tabs>
        <w:rPr>
          <w:b/>
          <w:lang w:val="ru-RU"/>
        </w:rPr>
      </w:pPr>
      <w:r w:rsidRPr="00DC2F01">
        <w:rPr>
          <w:b/>
          <w:lang w:val="ru-RU"/>
        </w:rPr>
        <w:t>Задание 39.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При восстановлении </w:t>
      </w:r>
      <w:smartTag w:uri="urn:schemas-microsoft-com:office:smarttags" w:element="metricconverter">
        <w:smartTagPr>
          <w:attr w:name="ProductID" w:val="12,7 г"/>
        </w:smartTagPr>
        <w:r w:rsidRPr="00DC2F01">
          <w:rPr>
            <w:lang w:val="ru-RU"/>
          </w:rPr>
          <w:t>12,7 г</w:t>
        </w:r>
      </w:smartTag>
      <w:r w:rsidRPr="00DC2F01">
        <w:rPr>
          <w:lang w:val="ru-RU"/>
        </w:rPr>
        <w:t xml:space="preserve">. оксида меди (11) углем (с образованием </w:t>
      </w:r>
      <w:r w:rsidRPr="00110C66">
        <w:rPr>
          <w:position w:val="-6"/>
        </w:rPr>
        <w:object w:dxaOrig="399" w:dyaOrig="280">
          <v:shape id="_x0000_i1086" type="#_x0000_t75" style="width:20.25pt;height:15pt" o:ole="">
            <v:imagedata r:id="rId126" o:title=""/>
          </v:shape>
          <o:OLEObject Type="Embed" ProgID="Equation.3" ShapeID="_x0000_i1086" DrawAspect="Content" ObjectID="_1841053831" r:id="rId127"/>
        </w:object>
      </w:r>
      <w:r w:rsidRPr="00DC2F01">
        <w:rPr>
          <w:lang w:val="ru-RU"/>
        </w:rPr>
        <w:t>) поглощается 8,24 кДж теплоты. Определить сколько потребуется теплоты для восстановления 1 моль оксида меди (11)?</w:t>
      </w:r>
    </w:p>
    <w:p w:rsidR="00DC2F01" w:rsidRPr="00DC2F01" w:rsidRDefault="00DC2F01" w:rsidP="00DC2F01">
      <w:pPr>
        <w:tabs>
          <w:tab w:val="center" w:pos="5282"/>
        </w:tabs>
        <w:rPr>
          <w:b/>
          <w:lang w:val="ru-RU"/>
        </w:rPr>
      </w:pPr>
      <w:r w:rsidRPr="00DC2F01">
        <w:rPr>
          <w:b/>
          <w:lang w:val="ru-RU"/>
        </w:rPr>
        <w:t>Задание 40.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При сгорании 1 моль углерода до углекислого газа выделяется 395 кДж теплоты. Сколько углерода (г) было сожжено, если выделилось 1580 кДж тепла?</w:t>
      </w:r>
    </w:p>
    <w:p w:rsidR="00DC2F01" w:rsidRPr="00DC2F01" w:rsidRDefault="00DC2F01" w:rsidP="00DC2F01">
      <w:pPr>
        <w:tabs>
          <w:tab w:val="center" w:pos="5282"/>
        </w:tabs>
        <w:rPr>
          <w:b/>
          <w:lang w:val="ru-RU"/>
        </w:rPr>
      </w:pPr>
      <w:r w:rsidRPr="00DC2F01">
        <w:rPr>
          <w:b/>
          <w:lang w:val="ru-RU"/>
        </w:rPr>
        <w:t>Задание 41.</w:t>
      </w:r>
    </w:p>
    <w:p w:rsidR="00DC2F01" w:rsidRPr="00DC2F01" w:rsidRDefault="00DC2F01" w:rsidP="00DC2F01">
      <w:pPr>
        <w:tabs>
          <w:tab w:val="center" w:pos="5282"/>
        </w:tabs>
        <w:rPr>
          <w:b/>
          <w:lang w:val="ru-RU"/>
        </w:rPr>
      </w:pPr>
      <w:r w:rsidRPr="00DC2F01">
        <w:rPr>
          <w:lang w:val="ru-RU"/>
        </w:rPr>
        <w:t xml:space="preserve">При образовании 1 моль </w:t>
      </w:r>
      <w:r w:rsidRPr="00110C66">
        <w:rPr>
          <w:position w:val="-6"/>
        </w:rPr>
        <w:object w:dxaOrig="499" w:dyaOrig="280">
          <v:shape id="_x0000_i1087" type="#_x0000_t75" style="width:25.5pt;height:15pt" o:ole="">
            <v:imagedata r:id="rId128" o:title=""/>
          </v:shape>
          <o:OLEObject Type="Embed" ProgID="Equation.3" ShapeID="_x0000_i1087" DrawAspect="Content" ObjectID="_1841053832" r:id="rId129"/>
        </w:object>
      </w:r>
      <w:r w:rsidRPr="00DC2F01">
        <w:rPr>
          <w:lang w:val="ru-RU"/>
        </w:rPr>
        <w:t xml:space="preserve">, из простых веществ выделилось 92,3 кДж тепла. Сколько выделилось теплоты, если образовалось </w:t>
      </w:r>
      <w:smartTag w:uri="urn:schemas-microsoft-com:office:smarttags" w:element="metricconverter">
        <w:smartTagPr>
          <w:attr w:name="ProductID" w:val="11,2 л"/>
        </w:smartTagPr>
        <w:r w:rsidRPr="00DC2F01">
          <w:rPr>
            <w:lang w:val="ru-RU"/>
          </w:rPr>
          <w:t>11,2 л</w:t>
        </w:r>
      </w:smartTag>
      <w:r w:rsidRPr="00DC2F01">
        <w:rPr>
          <w:lang w:val="ru-RU"/>
        </w:rPr>
        <w:t xml:space="preserve"> </w:t>
      </w:r>
      <w:r w:rsidRPr="00110C66">
        <w:rPr>
          <w:position w:val="-6"/>
        </w:rPr>
        <w:object w:dxaOrig="499" w:dyaOrig="280">
          <v:shape id="_x0000_i1088" type="#_x0000_t75" style="width:25.5pt;height:15pt" o:ole="">
            <v:imagedata r:id="rId130" o:title=""/>
          </v:shape>
          <o:OLEObject Type="Embed" ProgID="Equation.3" ShapeID="_x0000_i1088" DrawAspect="Content" ObjectID="_1841053833" r:id="rId131"/>
        </w:object>
      </w:r>
      <w:r w:rsidRPr="00DC2F01">
        <w:rPr>
          <w:lang w:val="ru-RU"/>
        </w:rPr>
        <w:t>?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42.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Для следующих реакций указать правильное соотношение энтальпий:</w:t>
      </w:r>
    </w:p>
    <w:p w:rsidR="00DC2F01" w:rsidRPr="00DC2F01" w:rsidRDefault="00DC2F01" w:rsidP="00DC2F01">
      <w:pPr>
        <w:rPr>
          <w:lang w:val="ru-RU"/>
        </w:rPr>
      </w:pPr>
      <w:r w:rsidRPr="00110C66">
        <w:rPr>
          <w:position w:val="-14"/>
        </w:rPr>
        <w:object w:dxaOrig="3560" w:dyaOrig="380">
          <v:shape id="_x0000_i1089" type="#_x0000_t75" style="width:178.5pt;height:18pt" o:ole="">
            <v:imagedata r:id="rId132" o:title=""/>
          </v:shape>
          <o:OLEObject Type="Embed" ProgID="Equation.3" ShapeID="_x0000_i1089" DrawAspect="Content" ObjectID="_1841053834" r:id="rId133"/>
        </w:object>
      </w:r>
      <w:r w:rsidRPr="00DC2F01">
        <w:rPr>
          <w:lang w:val="ru-RU"/>
        </w:rPr>
        <w:t xml:space="preserve">;          </w:t>
      </w:r>
      <w:r w:rsidRPr="00110C66">
        <w:rPr>
          <w:position w:val="-10"/>
        </w:rPr>
        <w:object w:dxaOrig="480" w:dyaOrig="340">
          <v:shape id="_x0000_i1090" type="#_x0000_t75" style="width:24pt;height:17.25pt" o:ole="">
            <v:imagedata r:id="rId134" o:title=""/>
          </v:shape>
          <o:OLEObject Type="Embed" ProgID="Equation.3" ShapeID="_x0000_i1090" DrawAspect="Content" ObjectID="_1841053835" r:id="rId135"/>
        </w:object>
      </w:r>
    </w:p>
    <w:p w:rsidR="00DC2F01" w:rsidRPr="00DC2F01" w:rsidRDefault="00DC2F01" w:rsidP="00DC2F01">
      <w:pPr>
        <w:rPr>
          <w:lang w:val="ru-RU"/>
        </w:rPr>
      </w:pPr>
      <w:r w:rsidRPr="001A1CBE">
        <w:rPr>
          <w:position w:val="-14"/>
        </w:rPr>
        <w:object w:dxaOrig="3720" w:dyaOrig="380">
          <v:shape id="_x0000_i1091" type="#_x0000_t75" style="width:186pt;height:18pt" o:ole="">
            <v:imagedata r:id="rId136" o:title=""/>
          </v:shape>
          <o:OLEObject Type="Embed" ProgID="Equation.3" ShapeID="_x0000_i1091" DrawAspect="Content" ObjectID="_1841053836" r:id="rId137"/>
        </w:object>
      </w:r>
      <w:r w:rsidRPr="00DC2F01">
        <w:rPr>
          <w:lang w:val="ru-RU"/>
        </w:rPr>
        <w:t xml:space="preserve">;      </w:t>
      </w:r>
      <w:r w:rsidRPr="00110C66">
        <w:rPr>
          <w:position w:val="-10"/>
        </w:rPr>
        <w:object w:dxaOrig="499" w:dyaOrig="340">
          <v:shape id="_x0000_i1092" type="#_x0000_t75" style="width:25.5pt;height:17.25pt" o:ole="">
            <v:imagedata r:id="rId138" o:title=""/>
          </v:shape>
          <o:OLEObject Type="Embed" ProgID="Equation.3" ShapeID="_x0000_i1092" DrawAspect="Content" ObjectID="_1841053837" r:id="rId139"/>
        </w:objec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szCs w:val="24"/>
          <w:lang w:val="ru-RU"/>
        </w:rPr>
        <w:t>1) Н</w:t>
      </w:r>
      <w:r w:rsidRPr="00DC2F01">
        <w:rPr>
          <w:szCs w:val="24"/>
          <w:vertAlign w:val="subscript"/>
          <w:lang w:val="ru-RU"/>
        </w:rPr>
        <w:t>1</w:t>
      </w:r>
      <w:r w:rsidRPr="00DC2F01">
        <w:rPr>
          <w:szCs w:val="24"/>
          <w:lang w:val="ru-RU"/>
        </w:rPr>
        <w:t>&lt;Н</w:t>
      </w:r>
      <w:proofErr w:type="gramStart"/>
      <w:r w:rsidRPr="00DC2F01">
        <w:rPr>
          <w:szCs w:val="24"/>
          <w:vertAlign w:val="subscript"/>
          <w:lang w:val="ru-RU"/>
        </w:rPr>
        <w:t>2</w:t>
      </w:r>
      <w:r w:rsidRPr="00DC2F01">
        <w:rPr>
          <w:szCs w:val="24"/>
          <w:lang w:val="ru-RU"/>
        </w:rPr>
        <w:t xml:space="preserve">;   </w:t>
      </w:r>
      <w:proofErr w:type="gramEnd"/>
      <w:r w:rsidRPr="00DC2F01">
        <w:rPr>
          <w:szCs w:val="24"/>
          <w:lang w:val="ru-RU"/>
        </w:rPr>
        <w:t>2) Н</w:t>
      </w:r>
      <w:r w:rsidRPr="00DC2F01">
        <w:rPr>
          <w:szCs w:val="24"/>
          <w:vertAlign w:val="subscript"/>
          <w:lang w:val="ru-RU"/>
        </w:rPr>
        <w:t>1</w:t>
      </w:r>
      <w:r w:rsidRPr="00DC2F01">
        <w:rPr>
          <w:szCs w:val="24"/>
          <w:lang w:val="ru-RU"/>
        </w:rPr>
        <w:t>&lt;Н</w:t>
      </w:r>
      <w:r w:rsidRPr="00DC2F01">
        <w:rPr>
          <w:szCs w:val="24"/>
          <w:vertAlign w:val="subscript"/>
          <w:lang w:val="ru-RU"/>
        </w:rPr>
        <w:t>2</w:t>
      </w:r>
      <w:r w:rsidRPr="00DC2F01">
        <w:rPr>
          <w:szCs w:val="24"/>
          <w:lang w:val="ru-RU"/>
        </w:rPr>
        <w:t xml:space="preserve">;   </w:t>
      </w:r>
      <w:r w:rsidRPr="00DC2F01">
        <w:rPr>
          <w:szCs w:val="24"/>
          <w:vertAlign w:val="subscript"/>
          <w:lang w:val="ru-RU"/>
        </w:rPr>
        <w:t xml:space="preserve"> </w:t>
      </w:r>
      <w:r w:rsidRPr="00DC2F01">
        <w:rPr>
          <w:szCs w:val="24"/>
          <w:lang w:val="ru-RU"/>
        </w:rPr>
        <w:t>2) Н</w:t>
      </w:r>
      <w:r w:rsidRPr="00DC2F01">
        <w:rPr>
          <w:szCs w:val="24"/>
          <w:vertAlign w:val="subscript"/>
          <w:lang w:val="ru-RU"/>
        </w:rPr>
        <w:t>1</w:t>
      </w:r>
      <w:r w:rsidRPr="00DC2F01">
        <w:rPr>
          <w:szCs w:val="24"/>
          <w:lang w:val="ru-RU"/>
        </w:rPr>
        <w:t>&gt;Н</w:t>
      </w:r>
      <w:r w:rsidRPr="00DC2F01">
        <w:rPr>
          <w:szCs w:val="24"/>
          <w:vertAlign w:val="subscript"/>
          <w:lang w:val="ru-RU"/>
        </w:rPr>
        <w:t>2</w:t>
      </w:r>
      <w:r w:rsidRPr="00DC2F01">
        <w:rPr>
          <w:position w:val="-10"/>
          <w:lang w:val="ru-RU"/>
        </w:rPr>
        <w:t xml:space="preserve">  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43.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Для следующих реакций указать правильное соотношение энтальпий:</w:t>
      </w:r>
    </w:p>
    <w:p w:rsidR="00DC2F01" w:rsidRPr="00DC2F01" w:rsidRDefault="00DC2F01" w:rsidP="00DC2F01">
      <w:pPr>
        <w:rPr>
          <w:lang w:val="ru-RU"/>
        </w:rPr>
      </w:pPr>
      <w:r w:rsidRPr="00110C66">
        <w:rPr>
          <w:position w:val="-14"/>
        </w:rPr>
        <w:object w:dxaOrig="3560" w:dyaOrig="380">
          <v:shape id="_x0000_i1093" type="#_x0000_t75" style="width:178.5pt;height:18pt" o:ole="">
            <v:imagedata r:id="rId132" o:title=""/>
          </v:shape>
          <o:OLEObject Type="Embed" ProgID="Equation.3" ShapeID="_x0000_i1093" DrawAspect="Content" ObjectID="_1841053838" r:id="rId140"/>
        </w:object>
      </w:r>
      <w:r w:rsidRPr="00DC2F01">
        <w:rPr>
          <w:lang w:val="ru-RU"/>
        </w:rPr>
        <w:t xml:space="preserve">;          </w:t>
      </w:r>
      <w:r w:rsidRPr="00110C66">
        <w:rPr>
          <w:position w:val="-10"/>
        </w:rPr>
        <w:object w:dxaOrig="480" w:dyaOrig="340">
          <v:shape id="_x0000_i1094" type="#_x0000_t75" style="width:24pt;height:17.25pt" o:ole="">
            <v:imagedata r:id="rId134" o:title=""/>
          </v:shape>
          <o:OLEObject Type="Embed" ProgID="Equation.3" ShapeID="_x0000_i1094" DrawAspect="Content" ObjectID="_1841053839" r:id="rId141"/>
        </w:object>
      </w:r>
    </w:p>
    <w:p w:rsidR="00DC2F01" w:rsidRPr="00DC2F01" w:rsidRDefault="00DC2F01" w:rsidP="00DC2F01">
      <w:pPr>
        <w:rPr>
          <w:lang w:val="ru-RU"/>
        </w:rPr>
      </w:pPr>
      <w:r w:rsidRPr="00E7400B">
        <w:rPr>
          <w:position w:val="-16"/>
        </w:rPr>
        <w:object w:dxaOrig="4580" w:dyaOrig="400">
          <v:shape id="_x0000_i1095" type="#_x0000_t75" style="width:229.5pt;height:19.5pt" o:ole="">
            <v:imagedata r:id="rId142" o:title=""/>
          </v:shape>
          <o:OLEObject Type="Embed" ProgID="Equation.3" ShapeID="_x0000_i1095" DrawAspect="Content" ObjectID="_1841053840" r:id="rId143"/>
        </w:object>
      </w:r>
      <w:r w:rsidRPr="00DC2F01">
        <w:rPr>
          <w:lang w:val="ru-RU"/>
        </w:rPr>
        <w:t xml:space="preserve">;      </w:t>
      </w:r>
      <w:r w:rsidRPr="00110C66">
        <w:rPr>
          <w:position w:val="-10"/>
        </w:rPr>
        <w:object w:dxaOrig="499" w:dyaOrig="340">
          <v:shape id="_x0000_i1096" type="#_x0000_t75" style="width:25.5pt;height:18pt" o:ole="">
            <v:imagedata r:id="rId138" o:title=""/>
          </v:shape>
          <o:OLEObject Type="Embed" ProgID="Equation.3" ShapeID="_x0000_i1096" DrawAspect="Content" ObjectID="_1841053841" r:id="rId144"/>
        </w:objec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position w:val="-10"/>
          <w:lang w:val="ru-RU"/>
        </w:rPr>
      </w:pPr>
      <w:r w:rsidRPr="00DC2F01">
        <w:rPr>
          <w:szCs w:val="24"/>
          <w:lang w:val="ru-RU"/>
        </w:rPr>
        <w:t>1) Н</w:t>
      </w:r>
      <w:r w:rsidRPr="00DC2F01">
        <w:rPr>
          <w:szCs w:val="24"/>
          <w:vertAlign w:val="subscript"/>
          <w:lang w:val="ru-RU"/>
        </w:rPr>
        <w:t>1</w:t>
      </w:r>
      <w:r w:rsidRPr="00DC2F01">
        <w:rPr>
          <w:szCs w:val="24"/>
          <w:lang w:val="ru-RU"/>
        </w:rPr>
        <w:t>&lt;Н</w:t>
      </w:r>
      <w:proofErr w:type="gramStart"/>
      <w:r w:rsidRPr="00DC2F01">
        <w:rPr>
          <w:szCs w:val="24"/>
          <w:vertAlign w:val="subscript"/>
          <w:lang w:val="ru-RU"/>
        </w:rPr>
        <w:t>2</w:t>
      </w:r>
      <w:r w:rsidRPr="00DC2F01">
        <w:rPr>
          <w:szCs w:val="24"/>
          <w:lang w:val="ru-RU"/>
        </w:rPr>
        <w:t xml:space="preserve">;   </w:t>
      </w:r>
      <w:proofErr w:type="gramEnd"/>
      <w:r w:rsidRPr="00DC2F01">
        <w:rPr>
          <w:szCs w:val="24"/>
          <w:lang w:val="ru-RU"/>
        </w:rPr>
        <w:t>2) Н</w:t>
      </w:r>
      <w:r w:rsidRPr="00DC2F01">
        <w:rPr>
          <w:szCs w:val="24"/>
          <w:vertAlign w:val="subscript"/>
          <w:lang w:val="ru-RU"/>
        </w:rPr>
        <w:t>1</w:t>
      </w:r>
      <w:r w:rsidRPr="00DC2F01">
        <w:rPr>
          <w:szCs w:val="24"/>
          <w:lang w:val="ru-RU"/>
        </w:rPr>
        <w:t>&lt;Н</w:t>
      </w:r>
      <w:r w:rsidRPr="00DC2F01">
        <w:rPr>
          <w:szCs w:val="24"/>
          <w:vertAlign w:val="subscript"/>
          <w:lang w:val="ru-RU"/>
        </w:rPr>
        <w:t>2</w:t>
      </w:r>
      <w:r w:rsidRPr="00DC2F01">
        <w:rPr>
          <w:szCs w:val="24"/>
          <w:lang w:val="ru-RU"/>
        </w:rPr>
        <w:t xml:space="preserve">;   </w:t>
      </w:r>
      <w:r w:rsidRPr="00DC2F01">
        <w:rPr>
          <w:szCs w:val="24"/>
          <w:vertAlign w:val="subscript"/>
          <w:lang w:val="ru-RU"/>
        </w:rPr>
        <w:t xml:space="preserve"> </w:t>
      </w:r>
      <w:r w:rsidRPr="00DC2F01">
        <w:rPr>
          <w:szCs w:val="24"/>
          <w:lang w:val="ru-RU"/>
        </w:rPr>
        <w:t>2) Н</w:t>
      </w:r>
      <w:r w:rsidRPr="00DC2F01">
        <w:rPr>
          <w:szCs w:val="24"/>
          <w:vertAlign w:val="subscript"/>
          <w:lang w:val="ru-RU"/>
        </w:rPr>
        <w:t>1</w:t>
      </w:r>
      <w:r w:rsidRPr="00DC2F01">
        <w:rPr>
          <w:szCs w:val="24"/>
          <w:lang w:val="ru-RU"/>
        </w:rPr>
        <w:t>&gt;Н</w:t>
      </w:r>
      <w:r w:rsidRPr="00DC2F01">
        <w:rPr>
          <w:szCs w:val="24"/>
          <w:vertAlign w:val="subscript"/>
          <w:lang w:val="ru-RU"/>
        </w:rPr>
        <w:t>2</w:t>
      </w:r>
      <w:r w:rsidRPr="00DC2F01">
        <w:rPr>
          <w:position w:val="-10"/>
          <w:lang w:val="ru-RU"/>
        </w:rPr>
        <w:t xml:space="preserve">  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44.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lastRenderedPageBreak/>
        <w:t xml:space="preserve">Указать уравнение реакции, </w:t>
      </w:r>
      <w:r>
        <w:sym w:font="Symbol" w:char="0044"/>
      </w:r>
      <w:r w:rsidRPr="00DC2F01">
        <w:rPr>
          <w:lang w:val="ru-RU"/>
        </w:rPr>
        <w:t>Н которой  является энтальпией образования вещества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Default="00DC2F01" w:rsidP="000D3AEE">
      <w:pPr>
        <w:numPr>
          <w:ilvl w:val="0"/>
          <w:numId w:val="54"/>
        </w:numPr>
        <w:spacing w:line="240" w:lineRule="auto"/>
      </w:pPr>
      <w:r w:rsidRPr="00110C66">
        <w:rPr>
          <w:position w:val="-14"/>
        </w:rPr>
        <w:object w:dxaOrig="2920" w:dyaOrig="380">
          <v:shape id="_x0000_i1097" type="#_x0000_t75" style="width:146.25pt;height:18pt" o:ole="">
            <v:imagedata r:id="rId145" o:title=""/>
          </v:shape>
          <o:OLEObject Type="Embed" ProgID="Equation.3" ShapeID="_x0000_i1097" DrawAspect="Content" ObjectID="_1841053842" r:id="rId146"/>
        </w:object>
      </w:r>
      <w:r>
        <w:t xml:space="preserve">;     </w:t>
      </w:r>
      <w:r w:rsidRPr="00110C66">
        <w:rPr>
          <w:position w:val="-10"/>
        </w:rPr>
        <w:object w:dxaOrig="520" w:dyaOrig="360">
          <v:shape id="_x0000_i1098" type="#_x0000_t75" style="width:26.25pt;height:18pt" o:ole="">
            <v:imagedata r:id="rId147" o:title=""/>
          </v:shape>
          <o:OLEObject Type="Embed" ProgID="Equation.3" ShapeID="_x0000_i1098" DrawAspect="Content" ObjectID="_1841053843" r:id="rId148"/>
        </w:object>
      </w:r>
    </w:p>
    <w:p w:rsidR="00DC2F01" w:rsidRDefault="00DC2F01" w:rsidP="000D3AEE">
      <w:pPr>
        <w:numPr>
          <w:ilvl w:val="0"/>
          <w:numId w:val="54"/>
        </w:numPr>
        <w:spacing w:line="240" w:lineRule="auto"/>
      </w:pPr>
      <w:r w:rsidRPr="00110C66">
        <w:rPr>
          <w:position w:val="-14"/>
        </w:rPr>
        <w:object w:dxaOrig="2180" w:dyaOrig="380">
          <v:shape id="_x0000_i1099" type="#_x0000_t75" style="width:108.75pt;height:18pt" o:ole="">
            <v:imagedata r:id="rId149" o:title=""/>
          </v:shape>
          <o:OLEObject Type="Embed" ProgID="Equation.3" ShapeID="_x0000_i1099" DrawAspect="Content" ObjectID="_1841053844" r:id="rId150"/>
        </w:object>
      </w:r>
      <w:r>
        <w:t xml:space="preserve">;     </w:t>
      </w:r>
      <w:r w:rsidRPr="00110C66">
        <w:rPr>
          <w:position w:val="-10"/>
        </w:rPr>
        <w:object w:dxaOrig="520" w:dyaOrig="360">
          <v:shape id="_x0000_i1100" type="#_x0000_t75" style="width:26.25pt;height:18pt" o:ole="">
            <v:imagedata r:id="rId151" o:title=""/>
          </v:shape>
          <o:OLEObject Type="Embed" ProgID="Equation.3" ShapeID="_x0000_i1100" DrawAspect="Content" ObjectID="_1841053845" r:id="rId152"/>
        </w:object>
      </w:r>
    </w:p>
    <w:p w:rsidR="00DC2F01" w:rsidRDefault="00DC2F01" w:rsidP="000D3AEE">
      <w:pPr>
        <w:numPr>
          <w:ilvl w:val="0"/>
          <w:numId w:val="54"/>
        </w:numPr>
        <w:spacing w:line="240" w:lineRule="auto"/>
      </w:pPr>
      <w:r w:rsidRPr="00110C66">
        <w:rPr>
          <w:position w:val="-14"/>
        </w:rPr>
        <w:object w:dxaOrig="2120" w:dyaOrig="380">
          <v:shape id="_x0000_i1101" type="#_x0000_t75" style="width:106.5pt;height:18pt" o:ole="">
            <v:imagedata r:id="rId153" o:title=""/>
          </v:shape>
          <o:OLEObject Type="Embed" ProgID="Equation.3" ShapeID="_x0000_i1101" DrawAspect="Content" ObjectID="_1841053846" r:id="rId154"/>
        </w:object>
      </w:r>
      <w:r>
        <w:t xml:space="preserve">;      </w:t>
      </w:r>
      <w:r w:rsidRPr="00110C66">
        <w:rPr>
          <w:position w:val="-12"/>
        </w:rPr>
        <w:object w:dxaOrig="520" w:dyaOrig="380">
          <v:shape id="_x0000_i1102" type="#_x0000_t75" style="width:26.25pt;height:18pt" o:ole="">
            <v:imagedata r:id="rId155" o:title=""/>
          </v:shape>
          <o:OLEObject Type="Embed" ProgID="Equation.3" ShapeID="_x0000_i1102" DrawAspect="Content" ObjectID="_1841053847" r:id="rId156"/>
        </w:object>
      </w:r>
    </w:p>
    <w:p w:rsidR="00DC2F01" w:rsidRDefault="00DC2F01" w:rsidP="00DC2F01">
      <w:pPr>
        <w:rPr>
          <w:b/>
          <w:szCs w:val="24"/>
        </w:rPr>
      </w:pPr>
      <w:r w:rsidRPr="00E06BBA">
        <w:rPr>
          <w:b/>
          <w:szCs w:val="24"/>
        </w:rPr>
        <w:t>Задание</w:t>
      </w:r>
      <w:r>
        <w:rPr>
          <w:b/>
          <w:szCs w:val="24"/>
        </w:rPr>
        <w:t xml:space="preserve"> 45</w:t>
      </w:r>
      <w:r w:rsidRPr="00E06BBA">
        <w:rPr>
          <w:b/>
          <w:szCs w:val="24"/>
        </w:rPr>
        <w:t>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103" type="#_x0000_t75" style="width:22.5pt;height:15.75pt" o:ole="">
            <v:imagedata r:id="rId157" o:title=""/>
          </v:shape>
          <o:OLEObject Type="Embed" ProgID="Equation.3" ShapeID="_x0000_i1103" DrawAspect="Content" ObjectID="_1841053848" r:id="rId158"/>
        </w:object>
      </w:r>
      <w:r w:rsidRPr="00DC2F01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4160" w:dyaOrig="380">
          <v:shape id="_x0000_i1104" type="#_x0000_t75" style="width:208.5pt;height:18pt" o:ole="">
            <v:imagedata r:id="rId159" o:title=""/>
          </v:shape>
          <o:OLEObject Type="Embed" ProgID="Equation.3" ShapeID="_x0000_i1104" DrawAspect="Content" ObjectID="_1841053849" r:id="rId160"/>
        </w:objec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tabs>
          <w:tab w:val="center" w:pos="5282"/>
        </w:tabs>
        <w:rPr>
          <w:lang w:val="ru-RU"/>
        </w:rPr>
      </w:pPr>
      <w:r w:rsidRPr="00DC2F01">
        <w:rPr>
          <w:lang w:val="ru-RU"/>
        </w:rPr>
        <w:t>1)</w:t>
      </w:r>
      <w:r>
        <w:t>Δ</w:t>
      </w:r>
      <w:r w:rsidRPr="00FA3608">
        <w:t>S</w:t>
      </w:r>
      <w:r w:rsidRPr="00DC2F01">
        <w:rPr>
          <w:lang w:val="ru-RU"/>
        </w:rPr>
        <w:t>&gt;</w:t>
      </w:r>
      <w:proofErr w:type="gramStart"/>
      <w:r w:rsidRPr="00DC2F01">
        <w:rPr>
          <w:lang w:val="ru-RU"/>
        </w:rPr>
        <w:t xml:space="preserve">0;   </w:t>
      </w:r>
      <w:proofErr w:type="gramEnd"/>
      <w:r w:rsidRPr="00DC2F01">
        <w:rPr>
          <w:lang w:val="ru-RU"/>
        </w:rPr>
        <w:t xml:space="preserve"> 2)</w:t>
      </w:r>
      <w:r>
        <w:t>Δ</w:t>
      </w:r>
      <w:r w:rsidRPr="00FA3608">
        <w:t>S</w:t>
      </w:r>
      <w:r w:rsidRPr="00DC2F01">
        <w:rPr>
          <w:lang w:val="ru-RU"/>
        </w:rPr>
        <w:t>&lt; 0;   3)</w:t>
      </w:r>
      <w:r>
        <w:t>Δ</w:t>
      </w:r>
      <w:r w:rsidRPr="00FA3608">
        <w:t>S</w:t>
      </w:r>
      <w:r w:rsidRPr="00DC2F01">
        <w:rPr>
          <w:lang w:val="ru-RU"/>
        </w:rPr>
        <w:t>=0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 xml:space="preserve">Задание 46. </w:t>
      </w:r>
      <w:r w:rsidRPr="00DC2F01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105" type="#_x0000_t75" style="width:22.5pt;height:15.75pt" o:ole="">
            <v:imagedata r:id="rId157" o:title=""/>
          </v:shape>
          <o:OLEObject Type="Embed" ProgID="Equation.3" ShapeID="_x0000_i1105" DrawAspect="Content" ObjectID="_1841053850" r:id="rId161"/>
        </w:object>
      </w:r>
      <w:r w:rsidRPr="00DC2F01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2520" w:dyaOrig="380">
          <v:shape id="_x0000_i1106" type="#_x0000_t75" style="width:126pt;height:19.5pt" o:ole="">
            <v:imagedata r:id="rId162" o:title=""/>
          </v:shape>
          <o:OLEObject Type="Embed" ProgID="Equation.3" ShapeID="_x0000_i1106" DrawAspect="Content" ObjectID="_1841053851" r:id="rId163"/>
        </w:objec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tabs>
          <w:tab w:val="center" w:pos="5282"/>
        </w:tabs>
        <w:rPr>
          <w:lang w:val="ru-RU"/>
        </w:rPr>
      </w:pPr>
      <w:r w:rsidRPr="00DC2F01">
        <w:rPr>
          <w:lang w:val="ru-RU"/>
        </w:rPr>
        <w:t>1)</w:t>
      </w:r>
      <w:r>
        <w:t>Δ</w:t>
      </w:r>
      <w:r w:rsidRPr="00FA3608">
        <w:t>S</w:t>
      </w:r>
      <w:r w:rsidRPr="00DC2F01">
        <w:rPr>
          <w:lang w:val="ru-RU"/>
        </w:rPr>
        <w:t>&gt;</w:t>
      </w:r>
      <w:proofErr w:type="gramStart"/>
      <w:r w:rsidRPr="00DC2F01">
        <w:rPr>
          <w:lang w:val="ru-RU"/>
        </w:rPr>
        <w:t xml:space="preserve">0;   </w:t>
      </w:r>
      <w:proofErr w:type="gramEnd"/>
      <w:r w:rsidRPr="00DC2F01">
        <w:rPr>
          <w:lang w:val="ru-RU"/>
        </w:rPr>
        <w:t xml:space="preserve"> 2)</w:t>
      </w:r>
      <w:r>
        <w:t>Δ</w:t>
      </w:r>
      <w:r w:rsidRPr="00FA3608">
        <w:t>S</w:t>
      </w:r>
      <w:r w:rsidRPr="00DC2F01">
        <w:rPr>
          <w:lang w:val="ru-RU"/>
        </w:rPr>
        <w:t>&lt; 0;   3)</w:t>
      </w:r>
      <w:r>
        <w:t>Δ</w:t>
      </w:r>
      <w:r w:rsidRPr="00FA3608">
        <w:t>S</w:t>
      </w:r>
      <w:r w:rsidRPr="00DC2F01">
        <w:rPr>
          <w:lang w:val="ru-RU"/>
        </w:rPr>
        <w:t>=0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>Задание 47.</w:t>
      </w:r>
      <w:r w:rsidRPr="00DC2F01">
        <w:rPr>
          <w:i/>
          <w:lang w:val="ru-RU"/>
        </w:rPr>
        <w:t xml:space="preserve"> </w:t>
      </w:r>
      <w:r w:rsidRPr="00DC2F01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107" type="#_x0000_t75" style="width:22.5pt;height:15.75pt" o:ole="">
            <v:imagedata r:id="rId157" o:title=""/>
          </v:shape>
          <o:OLEObject Type="Embed" ProgID="Equation.3" ShapeID="_x0000_i1107" DrawAspect="Content" ObjectID="_1841053852" r:id="rId164"/>
        </w:object>
      </w:r>
      <w:r w:rsidRPr="00DC2F01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1620" w:dyaOrig="380">
          <v:shape id="_x0000_i1108" type="#_x0000_t75" style="width:80.25pt;height:18pt" o:ole="">
            <v:imagedata r:id="rId165" o:title=""/>
          </v:shape>
          <o:OLEObject Type="Embed" ProgID="Equation.3" ShapeID="_x0000_i1108" DrawAspect="Content" ObjectID="_1841053853" r:id="rId166"/>
        </w:objec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tabs>
          <w:tab w:val="center" w:pos="5282"/>
        </w:tabs>
        <w:rPr>
          <w:lang w:val="ru-RU"/>
        </w:rPr>
      </w:pPr>
      <w:r w:rsidRPr="00DC2F01">
        <w:rPr>
          <w:lang w:val="ru-RU"/>
        </w:rPr>
        <w:t>1)</w:t>
      </w:r>
      <w:r>
        <w:t>Δ</w:t>
      </w:r>
      <w:r w:rsidRPr="00FA3608">
        <w:t>S</w:t>
      </w:r>
      <w:r w:rsidRPr="00DC2F01">
        <w:rPr>
          <w:lang w:val="ru-RU"/>
        </w:rPr>
        <w:t>&gt;</w:t>
      </w:r>
      <w:proofErr w:type="gramStart"/>
      <w:r w:rsidRPr="00DC2F01">
        <w:rPr>
          <w:lang w:val="ru-RU"/>
        </w:rPr>
        <w:t xml:space="preserve">0;   </w:t>
      </w:r>
      <w:proofErr w:type="gramEnd"/>
      <w:r w:rsidRPr="00DC2F01">
        <w:rPr>
          <w:lang w:val="ru-RU"/>
        </w:rPr>
        <w:t xml:space="preserve"> 2)</w:t>
      </w:r>
      <w:r>
        <w:t>Δ</w:t>
      </w:r>
      <w:r w:rsidRPr="00FA3608">
        <w:t>S</w:t>
      </w:r>
      <w:r w:rsidRPr="00DC2F01">
        <w:rPr>
          <w:lang w:val="ru-RU"/>
        </w:rPr>
        <w:t>&lt; 0;   3)</w:t>
      </w:r>
      <w:r>
        <w:t>Δ</w:t>
      </w:r>
      <w:r w:rsidRPr="00FA3608">
        <w:t>S</w:t>
      </w:r>
      <w:r w:rsidRPr="00DC2F01">
        <w:rPr>
          <w:lang w:val="ru-RU"/>
        </w:rPr>
        <w:t>=0</w:t>
      </w:r>
    </w:p>
    <w:p w:rsidR="00DC2F01" w:rsidRPr="00DC2F01" w:rsidRDefault="00DC2F01" w:rsidP="00DC2F01">
      <w:pPr>
        <w:tabs>
          <w:tab w:val="center" w:pos="5282"/>
        </w:tabs>
        <w:rPr>
          <w:position w:val="-6"/>
          <w:lang w:val="ru-RU"/>
        </w:rPr>
      </w:pPr>
      <w:r w:rsidRPr="00DC2F01">
        <w:rPr>
          <w:b/>
          <w:lang w:val="ru-RU"/>
        </w:rPr>
        <w:t>Задание 48.</w:t>
      </w:r>
    </w:p>
    <w:p w:rsidR="00DC2F01" w:rsidRPr="00DC2F01" w:rsidRDefault="00DC2F01" w:rsidP="00DC2F01">
      <w:pPr>
        <w:tabs>
          <w:tab w:val="center" w:pos="5282"/>
        </w:tabs>
        <w:rPr>
          <w:lang w:val="ru-RU"/>
        </w:rPr>
      </w:pPr>
      <w:r w:rsidRPr="00DC2F01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109" type="#_x0000_t75" style="width:22.5pt;height:15.75pt" o:ole="">
            <v:imagedata r:id="rId157" o:title=""/>
          </v:shape>
          <o:OLEObject Type="Embed" ProgID="Equation.3" ShapeID="_x0000_i1109" DrawAspect="Content" ObjectID="_1841053854" r:id="rId167"/>
        </w:object>
      </w:r>
      <w:r w:rsidRPr="00DC2F01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3820" w:dyaOrig="380">
          <v:shape id="_x0000_i1110" type="#_x0000_t75" style="width:190.5pt;height:18pt" o:ole="">
            <v:imagedata r:id="rId168" o:title=""/>
          </v:shape>
          <o:OLEObject Type="Embed" ProgID="Equation.3" ShapeID="_x0000_i1110" DrawAspect="Content" ObjectID="_1841053855" r:id="rId169"/>
        </w:object>
      </w:r>
    </w:p>
    <w:p w:rsidR="00DC2F01" w:rsidRPr="00DC2F01" w:rsidRDefault="00DC2F01" w:rsidP="00DC2F01">
      <w:pPr>
        <w:tabs>
          <w:tab w:val="center" w:pos="5282"/>
        </w:tabs>
        <w:rPr>
          <w:i/>
          <w:lang w:val="ru-RU"/>
        </w:rPr>
      </w:pPr>
      <w:r w:rsidRPr="00DC2F01">
        <w:rPr>
          <w:i/>
          <w:lang w:val="ru-RU"/>
        </w:rPr>
        <w:t>варианты ответов:</w:t>
      </w:r>
    </w:p>
    <w:p w:rsidR="00DC2F01" w:rsidRPr="00DC2F01" w:rsidRDefault="00DC2F01" w:rsidP="00DC2F01">
      <w:pPr>
        <w:tabs>
          <w:tab w:val="center" w:pos="5282"/>
        </w:tabs>
        <w:rPr>
          <w:lang w:val="ru-RU"/>
        </w:rPr>
      </w:pPr>
      <w:r w:rsidRPr="00DC2F01">
        <w:rPr>
          <w:lang w:val="ru-RU"/>
        </w:rPr>
        <w:t>1)</w:t>
      </w:r>
      <w:r>
        <w:t>Δ</w:t>
      </w:r>
      <w:r w:rsidRPr="00FA3608">
        <w:t>S</w:t>
      </w:r>
      <w:r w:rsidRPr="00DC2F01">
        <w:rPr>
          <w:lang w:val="ru-RU"/>
        </w:rPr>
        <w:t>&gt;</w:t>
      </w:r>
      <w:proofErr w:type="gramStart"/>
      <w:r w:rsidRPr="00DC2F01">
        <w:rPr>
          <w:lang w:val="ru-RU"/>
        </w:rPr>
        <w:t xml:space="preserve">0;   </w:t>
      </w:r>
      <w:proofErr w:type="gramEnd"/>
      <w:r w:rsidRPr="00DC2F01">
        <w:rPr>
          <w:lang w:val="ru-RU"/>
        </w:rPr>
        <w:t xml:space="preserve"> 2)</w:t>
      </w:r>
      <w:r>
        <w:t>Δ</w:t>
      </w:r>
      <w:r w:rsidRPr="00FA3608">
        <w:t>S</w:t>
      </w:r>
      <w:r w:rsidRPr="00DC2F01">
        <w:rPr>
          <w:lang w:val="ru-RU"/>
        </w:rPr>
        <w:t>&lt; 0;   3)</w:t>
      </w:r>
      <w:r>
        <w:t>Δ</w:t>
      </w:r>
      <w:r w:rsidRPr="00FA3608">
        <w:t>S</w:t>
      </w:r>
      <w:r w:rsidRPr="00DC2F01">
        <w:rPr>
          <w:lang w:val="ru-RU"/>
        </w:rPr>
        <w:t>=0</w:t>
      </w:r>
    </w:p>
    <w:p w:rsidR="00DC2F01" w:rsidRPr="00DC2F01" w:rsidRDefault="00DC2F01" w:rsidP="00DC2F01">
      <w:pPr>
        <w:tabs>
          <w:tab w:val="center" w:pos="5282"/>
        </w:tabs>
        <w:rPr>
          <w:b/>
          <w:lang w:val="ru-RU"/>
        </w:rPr>
      </w:pPr>
      <w:r w:rsidRPr="00DC2F01">
        <w:rPr>
          <w:b/>
          <w:lang w:val="ru-RU"/>
        </w:rPr>
        <w:t>Задание 49.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Не производя вычислений, установить значение </w:t>
      </w:r>
      <w:r w:rsidRPr="00110C66">
        <w:rPr>
          <w:position w:val="-6"/>
        </w:rPr>
        <w:object w:dxaOrig="460" w:dyaOrig="320">
          <v:shape id="_x0000_i1111" type="#_x0000_t75" style="width:22.5pt;height:15.75pt" o:ole="">
            <v:imagedata r:id="rId157" o:title=""/>
          </v:shape>
          <o:OLEObject Type="Embed" ProgID="Equation.3" ShapeID="_x0000_i1111" DrawAspect="Content" ObjectID="_1841053856" r:id="rId170"/>
        </w:object>
      </w:r>
      <w:r w:rsidRPr="00DC2F01">
        <w:rPr>
          <w:lang w:val="ru-RU"/>
        </w:rPr>
        <w:t xml:space="preserve">для следующего процесса: </w:t>
      </w:r>
      <w:r w:rsidRPr="00110C66">
        <w:rPr>
          <w:position w:val="-14"/>
        </w:rPr>
        <w:object w:dxaOrig="3220" w:dyaOrig="380">
          <v:shape id="_x0000_i1112" type="#_x0000_t75" style="width:162pt;height:18pt" o:ole="">
            <v:imagedata r:id="rId171" o:title=""/>
          </v:shape>
          <o:OLEObject Type="Embed" ProgID="Equation.3" ShapeID="_x0000_i1112" DrawAspect="Content" ObjectID="_1841053857" r:id="rId172"/>
        </w:object>
      </w:r>
    </w:p>
    <w:p w:rsidR="00DC2F01" w:rsidRPr="00DC2F01" w:rsidRDefault="00DC2F01" w:rsidP="00DC2F01">
      <w:pPr>
        <w:tabs>
          <w:tab w:val="center" w:pos="5282"/>
        </w:tabs>
        <w:rPr>
          <w:i/>
          <w:lang w:val="ru-RU"/>
        </w:rPr>
      </w:pPr>
      <w:r w:rsidRPr="00DC2F01">
        <w:rPr>
          <w:i/>
          <w:lang w:val="ru-RU"/>
        </w:rPr>
        <w:t>варианты ответов:</w:t>
      </w:r>
    </w:p>
    <w:p w:rsidR="00DC2F01" w:rsidRPr="00DC2F01" w:rsidRDefault="00DC2F01" w:rsidP="00DC2F01">
      <w:pPr>
        <w:tabs>
          <w:tab w:val="center" w:pos="5282"/>
        </w:tabs>
        <w:rPr>
          <w:lang w:val="ru-RU"/>
        </w:rPr>
      </w:pPr>
      <w:r w:rsidRPr="00DC2F01">
        <w:rPr>
          <w:lang w:val="ru-RU"/>
        </w:rPr>
        <w:t>1)</w:t>
      </w:r>
      <w:r>
        <w:t>Δ</w:t>
      </w:r>
      <w:r w:rsidRPr="00FA3608">
        <w:t>S</w:t>
      </w:r>
      <w:r w:rsidRPr="00DC2F01">
        <w:rPr>
          <w:lang w:val="ru-RU"/>
        </w:rPr>
        <w:t>&gt;</w:t>
      </w:r>
      <w:proofErr w:type="gramStart"/>
      <w:r w:rsidRPr="00DC2F01">
        <w:rPr>
          <w:lang w:val="ru-RU"/>
        </w:rPr>
        <w:t xml:space="preserve">0;   </w:t>
      </w:r>
      <w:proofErr w:type="gramEnd"/>
      <w:r w:rsidRPr="00DC2F01">
        <w:rPr>
          <w:lang w:val="ru-RU"/>
        </w:rPr>
        <w:t xml:space="preserve"> 2)</w:t>
      </w:r>
      <w:r>
        <w:t>Δ</w:t>
      </w:r>
      <w:r w:rsidRPr="00FA3608">
        <w:t>S</w:t>
      </w:r>
      <w:r w:rsidRPr="00DC2F01">
        <w:rPr>
          <w:lang w:val="ru-RU"/>
        </w:rPr>
        <w:t>&lt; 0;   3)</w:t>
      </w:r>
      <w:r>
        <w:t>Δ</w:t>
      </w:r>
      <w:r w:rsidRPr="00FA3608">
        <w:t>S</w:t>
      </w:r>
      <w:r w:rsidRPr="00DC2F01">
        <w:rPr>
          <w:lang w:val="ru-RU"/>
        </w:rPr>
        <w:t>=0</w:t>
      </w:r>
    </w:p>
    <w:p w:rsidR="00DC2F01" w:rsidRPr="00DC2F01" w:rsidRDefault="00DC2F01" w:rsidP="00DC2F01">
      <w:pPr>
        <w:tabs>
          <w:tab w:val="center" w:pos="5282"/>
        </w:tabs>
        <w:rPr>
          <w:b/>
          <w:lang w:val="ru-RU"/>
        </w:rPr>
      </w:pPr>
      <w:r w:rsidRPr="00DC2F01">
        <w:rPr>
          <w:b/>
          <w:lang w:val="ru-RU"/>
        </w:rPr>
        <w:t>Задание 50.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szCs w:val="28"/>
          <w:lang w:val="ru-RU"/>
        </w:rPr>
        <w:t xml:space="preserve">В реакции, схема которой А + 2В = С, концентрацию вещества А уменьшили в 2 раза, а концентрацию вещества </w:t>
      </w:r>
      <w:proofErr w:type="gramStart"/>
      <w:r w:rsidRPr="00DC2F01">
        <w:rPr>
          <w:szCs w:val="28"/>
          <w:lang w:val="ru-RU"/>
        </w:rPr>
        <w:t>В увеличили</w:t>
      </w:r>
      <w:proofErr w:type="gramEnd"/>
      <w:r w:rsidRPr="00DC2F01">
        <w:rPr>
          <w:szCs w:val="28"/>
          <w:lang w:val="ru-RU"/>
        </w:rPr>
        <w:t xml:space="preserve"> в 3 раза. Как изменится при этом скорость реакции?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b/>
          <w:lang w:val="ru-RU"/>
        </w:rPr>
        <w:t xml:space="preserve">Задание 51. </w:t>
      </w:r>
      <w:r w:rsidRPr="00DC2F01">
        <w:rPr>
          <w:szCs w:val="28"/>
          <w:lang w:val="ru-RU"/>
        </w:rPr>
        <w:t>Через определенный промежуток времени после начала реакции, уравнение которой</w:t>
      </w:r>
    </w:p>
    <w:p w:rsidR="00DC2F01" w:rsidRPr="00DC2F01" w:rsidRDefault="00DC2F01" w:rsidP="00DC2F01">
      <w:pPr>
        <w:rPr>
          <w:i/>
          <w:sz w:val="20"/>
          <w:u w:val="single"/>
          <w:lang w:val="ru-RU"/>
        </w:rPr>
      </w:pPr>
      <w:r w:rsidRPr="00DC2F01">
        <w:rPr>
          <w:szCs w:val="28"/>
          <w:lang w:val="ru-RU"/>
        </w:rPr>
        <w:lastRenderedPageBreak/>
        <w:t>2</w:t>
      </w:r>
      <w:r>
        <w:rPr>
          <w:szCs w:val="28"/>
        </w:rPr>
        <w:t>NH</w:t>
      </w:r>
      <w:r w:rsidRPr="00DC2F01">
        <w:rPr>
          <w:szCs w:val="28"/>
          <w:vertAlign w:val="subscript"/>
          <w:lang w:val="ru-RU"/>
        </w:rPr>
        <w:t>3</w:t>
      </w:r>
      <w:r w:rsidRPr="00DC2F01">
        <w:rPr>
          <w:szCs w:val="28"/>
          <w:lang w:val="ru-RU"/>
        </w:rPr>
        <w:t xml:space="preserve"> + 3</w:t>
      </w:r>
      <w:r>
        <w:rPr>
          <w:szCs w:val="28"/>
        </w:rPr>
        <w:t>CuO</w:t>
      </w:r>
      <w:r w:rsidRPr="00DC2F01">
        <w:rPr>
          <w:szCs w:val="28"/>
          <w:lang w:val="ru-RU"/>
        </w:rPr>
        <w:t xml:space="preserve"> = </w:t>
      </w:r>
      <w:r>
        <w:rPr>
          <w:szCs w:val="28"/>
        </w:rPr>
        <w:t>N</w:t>
      </w:r>
      <w:r w:rsidRPr="00DC2F01">
        <w:rPr>
          <w:szCs w:val="28"/>
          <w:vertAlign w:val="subscript"/>
          <w:lang w:val="ru-RU"/>
        </w:rPr>
        <w:t>2</w:t>
      </w:r>
      <w:r w:rsidRPr="00DC2F01">
        <w:rPr>
          <w:szCs w:val="28"/>
          <w:lang w:val="ru-RU"/>
        </w:rPr>
        <w:t xml:space="preserve"> + 3</w:t>
      </w:r>
      <w:r>
        <w:rPr>
          <w:szCs w:val="28"/>
        </w:rPr>
        <w:t>H</w:t>
      </w:r>
      <w:r w:rsidRPr="00DC2F01">
        <w:rPr>
          <w:szCs w:val="28"/>
          <w:vertAlign w:val="subscript"/>
          <w:lang w:val="ru-RU"/>
        </w:rPr>
        <w:t>2</w:t>
      </w:r>
      <w:r>
        <w:rPr>
          <w:szCs w:val="28"/>
        </w:rPr>
        <w:t>O</w:t>
      </w:r>
      <w:r w:rsidRPr="00DC2F01">
        <w:rPr>
          <w:szCs w:val="28"/>
          <w:lang w:val="ru-RU"/>
        </w:rPr>
        <w:t xml:space="preserve"> + 3</w:t>
      </w:r>
      <w:r>
        <w:rPr>
          <w:szCs w:val="28"/>
        </w:rPr>
        <w:t>Cu</w:t>
      </w:r>
      <w:r w:rsidRPr="00DC2F01">
        <w:rPr>
          <w:szCs w:val="28"/>
          <w:lang w:val="ru-RU"/>
        </w:rPr>
        <w:t xml:space="preserve"> концентрация аммиака уменьшилась в 3 раза. Во сколько раз при этом уменьшится скорость реакции по сравнению с начальной скоростью?</w:t>
      </w:r>
    </w:p>
    <w:p w:rsidR="00DC2F01" w:rsidRPr="00DC2F01" w:rsidRDefault="00DC2F01" w:rsidP="00DC2F01">
      <w:pPr>
        <w:rPr>
          <w:b/>
          <w:szCs w:val="28"/>
          <w:lang w:val="ru-RU"/>
        </w:rPr>
      </w:pPr>
      <w:r w:rsidRPr="00DC2F01">
        <w:rPr>
          <w:b/>
          <w:szCs w:val="28"/>
          <w:lang w:val="ru-RU"/>
        </w:rPr>
        <w:t>Задание 52.</w:t>
      </w: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szCs w:val="24"/>
          <w:lang w:val="ru-RU"/>
        </w:rPr>
        <w:t xml:space="preserve">Во сколько раз нужно увеличить концентрацию </w:t>
      </w:r>
      <w:r w:rsidRPr="000B292E">
        <w:rPr>
          <w:szCs w:val="24"/>
        </w:rPr>
        <w:t>SO</w:t>
      </w:r>
      <w:r w:rsidRPr="00DC2F01">
        <w:rPr>
          <w:szCs w:val="24"/>
          <w:vertAlign w:val="subscript"/>
          <w:lang w:val="ru-RU"/>
        </w:rPr>
        <w:t>2</w:t>
      </w:r>
      <w:r w:rsidRPr="00DC2F01">
        <w:rPr>
          <w:szCs w:val="24"/>
          <w:lang w:val="ru-RU"/>
        </w:rPr>
        <w:t xml:space="preserve"> в реакции, уравнение которой </w:t>
      </w:r>
    </w:p>
    <w:p w:rsidR="00DC2F01" w:rsidRPr="00DC2F01" w:rsidRDefault="00DC2F01" w:rsidP="00DC2F01">
      <w:pPr>
        <w:pStyle w:val="aa"/>
        <w:rPr>
          <w:b/>
          <w:sz w:val="24"/>
          <w:szCs w:val="24"/>
          <w:lang w:val="ru-RU"/>
        </w:rPr>
      </w:pPr>
      <w:r w:rsidRPr="00DC2F01">
        <w:rPr>
          <w:sz w:val="24"/>
          <w:szCs w:val="24"/>
          <w:lang w:val="ru-RU"/>
        </w:rPr>
        <w:t>2</w:t>
      </w:r>
      <w:r w:rsidRPr="000B292E">
        <w:rPr>
          <w:sz w:val="24"/>
          <w:szCs w:val="24"/>
        </w:rPr>
        <w:t>SO</w:t>
      </w:r>
      <w:r w:rsidRPr="00DC2F01">
        <w:rPr>
          <w:sz w:val="24"/>
          <w:szCs w:val="24"/>
          <w:vertAlign w:val="subscript"/>
          <w:lang w:val="ru-RU"/>
        </w:rPr>
        <w:t>2</w:t>
      </w:r>
      <w:r w:rsidRPr="00DC2F01">
        <w:rPr>
          <w:sz w:val="24"/>
          <w:szCs w:val="24"/>
          <w:lang w:val="ru-RU"/>
        </w:rPr>
        <w:t xml:space="preserve"> + </w:t>
      </w:r>
      <w:r w:rsidRPr="000B292E">
        <w:rPr>
          <w:sz w:val="24"/>
          <w:szCs w:val="24"/>
        </w:rPr>
        <w:t>O</w:t>
      </w:r>
      <w:r w:rsidRPr="00DC2F01">
        <w:rPr>
          <w:sz w:val="24"/>
          <w:szCs w:val="24"/>
          <w:vertAlign w:val="subscript"/>
          <w:lang w:val="ru-RU"/>
        </w:rPr>
        <w:t>2</w:t>
      </w:r>
      <w:r w:rsidRPr="00DC2F01">
        <w:rPr>
          <w:sz w:val="24"/>
          <w:szCs w:val="24"/>
          <w:lang w:val="ru-RU"/>
        </w:rPr>
        <w:t xml:space="preserve"> = 2</w:t>
      </w:r>
      <w:r w:rsidRPr="000B292E">
        <w:rPr>
          <w:sz w:val="24"/>
          <w:szCs w:val="24"/>
        </w:rPr>
        <w:t>SO</w:t>
      </w:r>
      <w:r w:rsidRPr="00DC2F01">
        <w:rPr>
          <w:sz w:val="24"/>
          <w:szCs w:val="24"/>
          <w:vertAlign w:val="subscript"/>
          <w:lang w:val="ru-RU"/>
        </w:rPr>
        <w:t>3</w:t>
      </w:r>
      <w:r w:rsidRPr="00DC2F01">
        <w:rPr>
          <w:sz w:val="24"/>
          <w:szCs w:val="24"/>
          <w:lang w:val="ru-RU"/>
        </w:rPr>
        <w:t>, чтобы при уменьшении концентрации кислорода в 16 раз скорость реакции не изменилась?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b/>
          <w:lang w:val="ru-RU"/>
        </w:rPr>
        <w:t xml:space="preserve">Задание 53. </w:t>
      </w:r>
      <w:r w:rsidRPr="00DC2F01">
        <w:rPr>
          <w:szCs w:val="28"/>
          <w:lang w:val="ru-RU"/>
        </w:rPr>
        <w:t xml:space="preserve">Как повлияет на находящуюся в равновесии систему, уравнение которой </w:t>
      </w:r>
    </w:p>
    <w:p w:rsidR="00DC2F01" w:rsidRPr="00DC2F01" w:rsidRDefault="00DC2F01" w:rsidP="00DC2F01">
      <w:pPr>
        <w:ind w:left="708" w:firstLine="708"/>
        <w:rPr>
          <w:szCs w:val="28"/>
          <w:lang w:val="ru-RU"/>
        </w:rPr>
      </w:pPr>
      <w:r w:rsidRPr="00DC2F01">
        <w:rPr>
          <w:szCs w:val="28"/>
          <w:lang w:val="ru-RU"/>
        </w:rPr>
        <w:t>С</w:t>
      </w:r>
      <w:r w:rsidRPr="00DC2F01">
        <w:rPr>
          <w:szCs w:val="28"/>
          <w:vertAlign w:val="subscript"/>
          <w:lang w:val="ru-RU"/>
        </w:rPr>
        <w:t xml:space="preserve">(т) </w:t>
      </w:r>
      <w:r w:rsidRPr="00DC2F01">
        <w:rPr>
          <w:szCs w:val="28"/>
          <w:lang w:val="ru-RU"/>
        </w:rPr>
        <w:t>+ 2</w:t>
      </w:r>
      <w:r>
        <w:rPr>
          <w:szCs w:val="28"/>
        </w:rPr>
        <w:t>F</w:t>
      </w:r>
      <w:r w:rsidRPr="00DC2F01">
        <w:rPr>
          <w:szCs w:val="28"/>
          <w:vertAlign w:val="subscript"/>
          <w:lang w:val="ru-RU"/>
        </w:rPr>
        <w:t xml:space="preserve">2(г) </w:t>
      </w:r>
      <w:r w:rsidRPr="00DC2F01">
        <w:rPr>
          <w:szCs w:val="28"/>
          <w:lang w:val="ru-RU"/>
        </w:rPr>
        <w:t>↔ С</w:t>
      </w:r>
      <w:r>
        <w:rPr>
          <w:szCs w:val="28"/>
        </w:rPr>
        <w:t>F</w:t>
      </w:r>
      <w:r w:rsidRPr="00DC2F01">
        <w:rPr>
          <w:szCs w:val="28"/>
          <w:vertAlign w:val="subscript"/>
          <w:lang w:val="ru-RU"/>
        </w:rPr>
        <w:t xml:space="preserve">4(г) </w:t>
      </w:r>
      <w:r w:rsidRPr="00DC2F01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DC2F01">
        <w:rPr>
          <w:szCs w:val="28"/>
          <w:lang w:val="ru-RU"/>
        </w:rPr>
        <w:t>, уменьшение температуры?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szCs w:val="28"/>
          <w:lang w:val="ru-RU"/>
        </w:rPr>
        <w:t xml:space="preserve">1)равновесие сместится влево; </w:t>
      </w:r>
      <w:proofErr w:type="gramStart"/>
      <w:r w:rsidRPr="00DC2F01">
        <w:rPr>
          <w:szCs w:val="28"/>
          <w:lang w:val="ru-RU"/>
        </w:rPr>
        <w:t>2)равновесие</w:t>
      </w:r>
      <w:proofErr w:type="gramEnd"/>
      <w:r w:rsidRPr="00DC2F01">
        <w:rPr>
          <w:szCs w:val="28"/>
          <w:lang w:val="ru-RU"/>
        </w:rPr>
        <w:t xml:space="preserve"> сместится вправо;   3)</w:t>
      </w:r>
      <w:r w:rsidRPr="00DC2F01">
        <w:rPr>
          <w:szCs w:val="24"/>
          <w:lang w:val="ru-RU"/>
        </w:rPr>
        <w:t>равновесие не сместится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54.</w:t>
      </w:r>
      <w:r w:rsidRPr="00DC2F01">
        <w:rPr>
          <w:rFonts w:cs="Times New Roman CYR"/>
          <w:szCs w:val="28"/>
          <w:lang w:val="ru-RU"/>
        </w:rPr>
        <w:t xml:space="preserve"> В системе протекает реакция между газообразными веществами: А + В → С. Во сколько раз увеличится скорость химической реакции, если концентрацию вещества А увеличить в 4 раза.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55.</w:t>
      </w: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szCs w:val="28"/>
          <w:lang w:val="ru-RU"/>
        </w:rPr>
        <w:t xml:space="preserve">Как изменится скорость реакции, уравнение которой </w:t>
      </w:r>
      <w:r>
        <w:rPr>
          <w:szCs w:val="28"/>
        </w:rPr>
        <w:t>CO</w:t>
      </w:r>
      <w:r w:rsidRPr="00DC2F01">
        <w:rPr>
          <w:szCs w:val="28"/>
          <w:lang w:val="ru-RU"/>
        </w:rPr>
        <w:t xml:space="preserve"> + 2</w:t>
      </w:r>
      <w:r>
        <w:rPr>
          <w:szCs w:val="28"/>
        </w:rPr>
        <w:t>H</w:t>
      </w:r>
      <w:r w:rsidRPr="00DC2F01">
        <w:rPr>
          <w:szCs w:val="28"/>
          <w:vertAlign w:val="subscript"/>
          <w:lang w:val="ru-RU"/>
        </w:rPr>
        <w:t>2</w:t>
      </w:r>
      <w:r w:rsidRPr="00DC2F01">
        <w:rPr>
          <w:szCs w:val="28"/>
          <w:lang w:val="ru-RU"/>
        </w:rPr>
        <w:t xml:space="preserve"> → </w:t>
      </w:r>
      <w:r>
        <w:rPr>
          <w:szCs w:val="28"/>
        </w:rPr>
        <w:t>CH</w:t>
      </w:r>
      <w:r w:rsidRPr="00DC2F01">
        <w:rPr>
          <w:szCs w:val="28"/>
          <w:vertAlign w:val="subscript"/>
          <w:lang w:val="ru-RU"/>
        </w:rPr>
        <w:t>3</w:t>
      </w:r>
      <w:r>
        <w:rPr>
          <w:szCs w:val="28"/>
        </w:rPr>
        <w:t>OH</w:t>
      </w:r>
      <w:r w:rsidRPr="00DC2F01">
        <w:rPr>
          <w:szCs w:val="28"/>
          <w:lang w:val="ru-RU"/>
        </w:rPr>
        <w:t>, при уменьшении давления в реагирующей системе в 4 раза?</w:t>
      </w:r>
    </w:p>
    <w:p w:rsidR="00DC2F01" w:rsidRPr="00DC2F01" w:rsidRDefault="00DC2F01" w:rsidP="00DC2F01">
      <w:pPr>
        <w:pStyle w:val="aa"/>
        <w:rPr>
          <w:sz w:val="24"/>
          <w:szCs w:val="24"/>
          <w:lang w:val="ru-RU"/>
        </w:rPr>
      </w:pPr>
      <w:r w:rsidRPr="00DC2F01">
        <w:rPr>
          <w:b/>
          <w:sz w:val="24"/>
          <w:szCs w:val="24"/>
          <w:lang w:val="ru-RU"/>
        </w:rPr>
        <w:t xml:space="preserve">Задание 56. </w:t>
      </w:r>
      <w:r w:rsidRPr="00DC2F01">
        <w:rPr>
          <w:sz w:val="24"/>
          <w:szCs w:val="24"/>
          <w:lang w:val="ru-RU"/>
        </w:rPr>
        <w:t xml:space="preserve">Какой вид имеет выражение скорости прямой </w:t>
      </w:r>
      <w:proofErr w:type="gramStart"/>
      <w:r w:rsidRPr="00DC2F01">
        <w:rPr>
          <w:sz w:val="24"/>
          <w:szCs w:val="24"/>
          <w:lang w:val="ru-RU"/>
        </w:rPr>
        <w:t xml:space="preserve">реакции:  </w:t>
      </w:r>
      <w:r w:rsidRPr="000574C6">
        <w:rPr>
          <w:sz w:val="24"/>
          <w:szCs w:val="24"/>
        </w:rPr>
        <w:t>FeO</w:t>
      </w:r>
      <w:proofErr w:type="gramEnd"/>
      <w:r w:rsidRPr="00DC2F01">
        <w:rPr>
          <w:sz w:val="24"/>
          <w:szCs w:val="24"/>
          <w:vertAlign w:val="subscript"/>
          <w:lang w:val="ru-RU"/>
        </w:rPr>
        <w:t>(т)</w:t>
      </w:r>
      <w:r w:rsidRPr="00DC2F01">
        <w:rPr>
          <w:sz w:val="24"/>
          <w:szCs w:val="24"/>
          <w:lang w:val="ru-RU"/>
        </w:rPr>
        <w:t>+</w:t>
      </w:r>
      <w:r w:rsidRPr="000574C6">
        <w:rPr>
          <w:sz w:val="24"/>
          <w:szCs w:val="24"/>
        </w:rPr>
        <w:t>CO</w:t>
      </w:r>
      <w:r w:rsidRPr="00DC2F01">
        <w:rPr>
          <w:sz w:val="24"/>
          <w:szCs w:val="24"/>
          <w:vertAlign w:val="subscript"/>
          <w:lang w:val="ru-RU"/>
        </w:rPr>
        <w:t>(г)</w:t>
      </w:r>
      <w:r w:rsidRPr="00DC2F01">
        <w:rPr>
          <w:sz w:val="24"/>
          <w:szCs w:val="24"/>
          <w:lang w:val="ru-RU"/>
        </w:rPr>
        <w:t xml:space="preserve">   →  </w:t>
      </w:r>
      <w:r w:rsidRPr="000574C6">
        <w:rPr>
          <w:sz w:val="24"/>
          <w:szCs w:val="24"/>
        </w:rPr>
        <w:t>Fe</w:t>
      </w:r>
      <w:r w:rsidRPr="00DC2F01">
        <w:rPr>
          <w:sz w:val="24"/>
          <w:szCs w:val="24"/>
          <w:vertAlign w:val="subscript"/>
          <w:lang w:val="ru-RU"/>
        </w:rPr>
        <w:t>(т)</w:t>
      </w:r>
      <w:r w:rsidRPr="00DC2F01">
        <w:rPr>
          <w:sz w:val="24"/>
          <w:szCs w:val="24"/>
          <w:lang w:val="ru-RU"/>
        </w:rPr>
        <w:t>+</w:t>
      </w:r>
      <w:r w:rsidRPr="000574C6">
        <w:rPr>
          <w:sz w:val="24"/>
          <w:szCs w:val="24"/>
        </w:rPr>
        <w:t>CO</w:t>
      </w:r>
      <w:r w:rsidRPr="00DC2F01">
        <w:rPr>
          <w:sz w:val="24"/>
          <w:szCs w:val="24"/>
          <w:vertAlign w:val="subscript"/>
          <w:lang w:val="ru-RU"/>
        </w:rPr>
        <w:t>2(г)</w:t>
      </w:r>
      <w:r w:rsidRPr="00DC2F01">
        <w:rPr>
          <w:sz w:val="24"/>
          <w:szCs w:val="24"/>
          <w:lang w:val="ru-RU"/>
        </w:rPr>
        <w:t>.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i/>
          <w:lang w:val="ru-RU"/>
        </w:rPr>
        <w:t xml:space="preserve">варианты ответов: </w:t>
      </w:r>
      <w:r w:rsidRPr="00DC2F01">
        <w:rPr>
          <w:lang w:val="ru-RU"/>
        </w:rPr>
        <w:t xml:space="preserve">1) </w:t>
      </w:r>
      <w:r>
        <w:t>V</w:t>
      </w:r>
      <w:r w:rsidRPr="00DC2F01">
        <w:rPr>
          <w:lang w:val="ru-RU"/>
        </w:rPr>
        <w:t>=</w:t>
      </w:r>
      <w:r>
        <w:t>k</w:t>
      </w:r>
      <w:r w:rsidRPr="00DC2F01">
        <w:rPr>
          <w:lang w:val="ru-RU"/>
        </w:rPr>
        <w:t>[</w:t>
      </w:r>
      <w:r>
        <w:t>CO</w:t>
      </w:r>
      <w:proofErr w:type="gramStart"/>
      <w:r w:rsidRPr="00DC2F01">
        <w:rPr>
          <w:lang w:val="ru-RU"/>
        </w:rPr>
        <w:t>];  2</w:t>
      </w:r>
      <w:proofErr w:type="gramEnd"/>
      <w:r w:rsidRPr="00DC2F01">
        <w:rPr>
          <w:lang w:val="ru-RU"/>
        </w:rPr>
        <w:t xml:space="preserve">) </w:t>
      </w:r>
      <w:r>
        <w:t>V</w:t>
      </w:r>
      <w:r w:rsidRPr="00DC2F01">
        <w:rPr>
          <w:lang w:val="ru-RU"/>
        </w:rPr>
        <w:t>=</w:t>
      </w:r>
      <w:r>
        <w:t>k</w:t>
      </w:r>
      <w:r w:rsidRPr="00DC2F01">
        <w:rPr>
          <w:lang w:val="ru-RU"/>
        </w:rPr>
        <w:t>[</w:t>
      </w:r>
      <w:r>
        <w:t>FeO</w:t>
      </w:r>
      <w:r w:rsidRPr="00DC2F01">
        <w:rPr>
          <w:lang w:val="ru-RU"/>
        </w:rPr>
        <w:t>][</w:t>
      </w:r>
      <w:r>
        <w:t>CO</w:t>
      </w:r>
      <w:r w:rsidRPr="00DC2F01">
        <w:rPr>
          <w:lang w:val="ru-RU"/>
        </w:rPr>
        <w:t xml:space="preserve">];   3) </w:t>
      </w:r>
      <w:r>
        <w:t>V</w:t>
      </w:r>
      <w:r w:rsidRPr="00DC2F01">
        <w:rPr>
          <w:lang w:val="ru-RU"/>
        </w:rPr>
        <w:t>=</w:t>
      </w:r>
      <w:r>
        <w:t>k</w:t>
      </w:r>
      <w:r w:rsidRPr="00DC2F01">
        <w:rPr>
          <w:lang w:val="ru-RU"/>
        </w:rPr>
        <w:t>[</w:t>
      </w:r>
      <w:r>
        <w:t>C</w:t>
      </w:r>
      <w:r w:rsidRPr="00DC2F01">
        <w:rPr>
          <w:lang w:val="ru-RU"/>
        </w:rPr>
        <w:t>О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].</w:t>
      </w:r>
    </w:p>
    <w:p w:rsidR="00DC2F01" w:rsidRPr="00DC2F01" w:rsidRDefault="00DC2F01" w:rsidP="00DC2F01">
      <w:pPr>
        <w:pStyle w:val="aa"/>
        <w:tabs>
          <w:tab w:val="left" w:pos="-142"/>
        </w:tabs>
        <w:ind w:left="284" w:hanging="284"/>
        <w:jc w:val="both"/>
        <w:rPr>
          <w:sz w:val="24"/>
          <w:lang w:val="ru-RU"/>
        </w:rPr>
      </w:pPr>
      <w:r w:rsidRPr="00DC2F01">
        <w:rPr>
          <w:b/>
          <w:sz w:val="24"/>
          <w:szCs w:val="24"/>
          <w:lang w:val="ru-RU"/>
        </w:rPr>
        <w:t>Задание 57.</w:t>
      </w:r>
      <w:r w:rsidRPr="00DC2F01">
        <w:rPr>
          <w:lang w:val="ru-RU"/>
        </w:rPr>
        <w:t xml:space="preserve"> </w:t>
      </w:r>
      <w:r w:rsidRPr="00DC2F01">
        <w:rPr>
          <w:sz w:val="24"/>
          <w:lang w:val="ru-RU"/>
        </w:rPr>
        <w:t xml:space="preserve">Какой вид имеет выражение константы равновесия данной </w:t>
      </w:r>
      <w:proofErr w:type="gramStart"/>
      <w:r w:rsidRPr="00DC2F01">
        <w:rPr>
          <w:sz w:val="24"/>
          <w:lang w:val="ru-RU"/>
        </w:rPr>
        <w:t>реакции:  2</w:t>
      </w:r>
      <w:proofErr w:type="gramEnd"/>
      <w:r>
        <w:rPr>
          <w:sz w:val="24"/>
        </w:rPr>
        <w:t>NO</w:t>
      </w:r>
      <w:r w:rsidRPr="00DC2F01">
        <w:rPr>
          <w:sz w:val="24"/>
          <w:lang w:val="ru-RU"/>
        </w:rPr>
        <w:t>(г) +</w:t>
      </w:r>
      <w:r>
        <w:rPr>
          <w:sz w:val="24"/>
        </w:rPr>
        <w:t>O</w:t>
      </w:r>
      <w:r w:rsidRPr="00DC2F01">
        <w:rPr>
          <w:sz w:val="24"/>
          <w:vertAlign w:val="subscript"/>
          <w:lang w:val="ru-RU"/>
        </w:rPr>
        <w:t>2</w:t>
      </w:r>
      <w:r w:rsidRPr="00DC2F01">
        <w:rPr>
          <w:sz w:val="24"/>
          <w:lang w:val="ru-RU"/>
        </w:rPr>
        <w:t xml:space="preserve">(г)  </w:t>
      </w:r>
      <w:r w:rsidRPr="00DC2F01">
        <w:rPr>
          <w:rFonts w:ascii="Lucida Sans Unicode" w:hAnsi="Lucida Sans Unicode"/>
          <w:sz w:val="24"/>
          <w:lang w:val="ru-RU"/>
        </w:rPr>
        <w:t>⇄</w:t>
      </w:r>
      <w:r w:rsidRPr="00DC2F01">
        <w:rPr>
          <w:sz w:val="24"/>
          <w:lang w:val="ru-RU"/>
        </w:rPr>
        <w:t xml:space="preserve">   2</w:t>
      </w:r>
      <w:r>
        <w:rPr>
          <w:sz w:val="24"/>
        </w:rPr>
        <w:t>NO</w:t>
      </w:r>
      <w:r w:rsidRPr="00DC2F01">
        <w:rPr>
          <w:sz w:val="24"/>
          <w:vertAlign w:val="subscript"/>
          <w:lang w:val="ru-RU"/>
        </w:rPr>
        <w:t>2</w:t>
      </w:r>
      <w:r w:rsidRPr="00DC2F01">
        <w:rPr>
          <w:sz w:val="24"/>
          <w:lang w:val="ru-RU"/>
        </w:rPr>
        <w:t>(г)+</w:t>
      </w:r>
      <w:r>
        <w:rPr>
          <w:sz w:val="24"/>
        </w:rPr>
        <w:t>Q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pStyle w:val="aa"/>
        <w:tabs>
          <w:tab w:val="left" w:pos="-142"/>
        </w:tabs>
        <w:ind w:left="284"/>
        <w:jc w:val="both"/>
        <w:rPr>
          <w:b/>
          <w:bCs/>
          <w:i/>
          <w:iCs/>
          <w:lang w:val="ru-RU"/>
        </w:rPr>
      </w:pPr>
      <w:r w:rsidRPr="00DC2F01">
        <w:rPr>
          <w:sz w:val="24"/>
          <w:szCs w:val="24"/>
          <w:lang w:val="ru-RU"/>
        </w:rPr>
        <w:t>1)</w:t>
      </w:r>
      <w:r w:rsidRPr="00DC2F01">
        <w:rPr>
          <w:lang w:val="ru-RU"/>
        </w:rPr>
        <w:t xml:space="preserve"> </w:t>
      </w:r>
      <w:r w:rsidRPr="007017B6">
        <w:rPr>
          <w:position w:val="-32"/>
        </w:rPr>
        <w:object w:dxaOrig="1540" w:dyaOrig="760">
          <v:shape id="_x0000_i1113" type="#_x0000_t75" style="width:78pt;height:37.5pt" o:ole="">
            <v:imagedata r:id="rId173" o:title=""/>
          </v:shape>
          <o:OLEObject Type="Embed" ProgID="Equation.3" ShapeID="_x0000_i1113" DrawAspect="Content" ObjectID="_1841053858" r:id="rId174"/>
        </w:object>
      </w:r>
      <w:r w:rsidRPr="00DC2F01">
        <w:rPr>
          <w:lang w:val="ru-RU"/>
        </w:rPr>
        <w:t xml:space="preserve">;       </w:t>
      </w:r>
      <w:r w:rsidRPr="00DC2F01">
        <w:rPr>
          <w:sz w:val="24"/>
          <w:szCs w:val="24"/>
          <w:lang w:val="ru-RU"/>
        </w:rPr>
        <w:t>2)</w:t>
      </w:r>
      <w:r w:rsidRPr="00DC2F01">
        <w:rPr>
          <w:lang w:val="ru-RU"/>
        </w:rPr>
        <w:t xml:space="preserve"> </w:t>
      </w:r>
      <w:r w:rsidRPr="007017B6">
        <w:rPr>
          <w:position w:val="-32"/>
        </w:rPr>
        <w:object w:dxaOrig="1540" w:dyaOrig="760">
          <v:shape id="_x0000_i1114" type="#_x0000_t75" style="width:78pt;height:37.5pt" o:ole="">
            <v:imagedata r:id="rId175" o:title=""/>
          </v:shape>
          <o:OLEObject Type="Embed" ProgID="Equation.3" ShapeID="_x0000_i1114" DrawAspect="Content" ObjectID="_1841053859" r:id="rId176"/>
        </w:object>
      </w:r>
      <w:r w:rsidRPr="00DC2F01">
        <w:rPr>
          <w:lang w:val="ru-RU"/>
        </w:rPr>
        <w:t xml:space="preserve">;      </w:t>
      </w:r>
      <w:r w:rsidRPr="00DC2F01">
        <w:rPr>
          <w:sz w:val="24"/>
          <w:szCs w:val="24"/>
          <w:lang w:val="ru-RU"/>
        </w:rPr>
        <w:t>3)</w:t>
      </w:r>
      <w:r w:rsidRPr="00DC2F01">
        <w:rPr>
          <w:lang w:val="ru-RU"/>
        </w:rPr>
        <w:t xml:space="preserve">  </w:t>
      </w:r>
      <w:r w:rsidRPr="007017B6">
        <w:rPr>
          <w:position w:val="-30"/>
        </w:rPr>
        <w:object w:dxaOrig="1420" w:dyaOrig="700">
          <v:shape id="_x0000_i1115" type="#_x0000_t75" style="width:70.5pt;height:34.5pt" o:ole="">
            <v:imagedata r:id="rId177" o:title=""/>
          </v:shape>
          <o:OLEObject Type="Embed" ProgID="Equation.3" ShapeID="_x0000_i1115" DrawAspect="Content" ObjectID="_1841053860" r:id="rId178"/>
        </w:objec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58.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Дана </w:t>
      </w:r>
      <w:proofErr w:type="gramStart"/>
      <w:r w:rsidRPr="00DC2F01">
        <w:rPr>
          <w:lang w:val="ru-RU"/>
        </w:rPr>
        <w:t>реакция:  3</w:t>
      </w:r>
      <w:proofErr w:type="gramEnd"/>
      <w:r>
        <w:t>Fe</w:t>
      </w:r>
      <w:r w:rsidRPr="00DC2F01">
        <w:rPr>
          <w:lang w:val="ru-RU"/>
        </w:rPr>
        <w:t>(т)+4Н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 xml:space="preserve">О(г)   </w:t>
      </w:r>
      <w:r w:rsidRPr="00DC2F01">
        <w:rPr>
          <w:rFonts w:ascii="Lucida Sans Unicode" w:hAnsi="Lucida Sans Unicode"/>
          <w:lang w:val="ru-RU"/>
        </w:rPr>
        <w:t>⇄</w:t>
      </w:r>
      <w:r w:rsidRPr="00DC2F01">
        <w:rPr>
          <w:lang w:val="ru-RU"/>
        </w:rPr>
        <w:t xml:space="preserve">  </w:t>
      </w:r>
      <w:r>
        <w:t>Fe</w:t>
      </w:r>
      <w:r w:rsidRPr="00DC2F01">
        <w:rPr>
          <w:vertAlign w:val="subscript"/>
          <w:lang w:val="ru-RU"/>
        </w:rPr>
        <w:t>3</w:t>
      </w:r>
      <w:r>
        <w:t>O</w:t>
      </w:r>
      <w:r w:rsidRPr="00DC2F01">
        <w:rPr>
          <w:vertAlign w:val="subscript"/>
          <w:lang w:val="ru-RU"/>
        </w:rPr>
        <w:t>4</w:t>
      </w:r>
      <w:r w:rsidRPr="00DC2F01">
        <w:rPr>
          <w:lang w:val="ru-RU"/>
        </w:rPr>
        <w:t>(т) +4Н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(г). Какой вид имеет выражение константы равновесия?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widowControl w:val="0"/>
        <w:rPr>
          <w:lang w:val="ru-RU"/>
        </w:rPr>
      </w:pPr>
      <w:r w:rsidRPr="00DC2F01">
        <w:rPr>
          <w:lang w:val="ru-RU"/>
        </w:rPr>
        <w:t xml:space="preserve">1) </w:t>
      </w:r>
      <w:r w:rsidRPr="009711D0">
        <w:rPr>
          <w:position w:val="-32"/>
        </w:rPr>
        <w:object w:dxaOrig="1280" w:dyaOrig="760">
          <v:shape id="_x0000_i1116" type="#_x0000_t75" style="width:63.75pt;height:37.5pt" o:ole="">
            <v:imagedata r:id="rId179" o:title=""/>
          </v:shape>
          <o:OLEObject Type="Embed" ProgID="Equation.3" ShapeID="_x0000_i1116" DrawAspect="Content" ObjectID="_1841053861" r:id="rId180"/>
        </w:object>
      </w:r>
      <w:r w:rsidRPr="00DC2F01">
        <w:rPr>
          <w:lang w:val="ru-RU"/>
        </w:rPr>
        <w:t xml:space="preserve">;    2) </w:t>
      </w:r>
      <w:r w:rsidRPr="009711D0">
        <w:rPr>
          <w:position w:val="-32"/>
        </w:rPr>
        <w:object w:dxaOrig="1120" w:dyaOrig="760">
          <v:shape id="_x0000_i1117" type="#_x0000_t75" style="width:56.25pt;height:37.5pt" o:ole="">
            <v:imagedata r:id="rId181" o:title=""/>
          </v:shape>
          <o:OLEObject Type="Embed" ProgID="Equation.3" ShapeID="_x0000_i1117" DrawAspect="Content" ObjectID="_1841053862" r:id="rId182"/>
        </w:object>
      </w:r>
      <w:r w:rsidRPr="00DC2F01">
        <w:rPr>
          <w:lang w:val="ru-RU"/>
        </w:rPr>
        <w:t xml:space="preserve">;       3) </w:t>
      </w:r>
      <w:r w:rsidRPr="00E7400B">
        <w:rPr>
          <w:position w:val="-32"/>
        </w:rPr>
        <w:object w:dxaOrig="1280" w:dyaOrig="760">
          <v:shape id="_x0000_i1118" type="#_x0000_t75" style="width:63.75pt;height:37.5pt" o:ole="">
            <v:imagedata r:id="rId183" o:title=""/>
          </v:shape>
          <o:OLEObject Type="Embed" ProgID="Equation.3" ShapeID="_x0000_i1118" DrawAspect="Content" ObjectID="_1841053863" r:id="rId184"/>
        </w:object>
      </w:r>
    </w:p>
    <w:p w:rsidR="00DC2F01" w:rsidRPr="00DC2F01" w:rsidRDefault="00DC2F01" w:rsidP="00DC2F01">
      <w:pPr>
        <w:spacing w:line="240" w:lineRule="auto"/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59.</w:t>
      </w: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lang w:val="ru-RU"/>
        </w:rPr>
        <w:lastRenderedPageBreak/>
        <w:t xml:space="preserve">Дана </w:t>
      </w:r>
      <w:proofErr w:type="gramStart"/>
      <w:r w:rsidRPr="00DC2F01">
        <w:rPr>
          <w:lang w:val="ru-RU"/>
        </w:rPr>
        <w:t>реакция:  4</w:t>
      </w:r>
      <w:proofErr w:type="gramEnd"/>
      <w:r w:rsidRPr="00DC2F01">
        <w:rPr>
          <w:lang w:val="ru-RU"/>
        </w:rPr>
        <w:t>НС</w:t>
      </w:r>
      <w:r>
        <w:t>l</w:t>
      </w:r>
      <w:r w:rsidRPr="00DC2F01">
        <w:rPr>
          <w:vertAlign w:val="subscript"/>
          <w:lang w:val="ru-RU"/>
        </w:rPr>
        <w:t>(г)</w:t>
      </w:r>
      <w:r w:rsidRPr="00DC2F01">
        <w:rPr>
          <w:lang w:val="ru-RU"/>
        </w:rPr>
        <w:t xml:space="preserve"> +О</w:t>
      </w:r>
      <w:r w:rsidRPr="00DC2F01">
        <w:rPr>
          <w:vertAlign w:val="subscript"/>
          <w:lang w:val="ru-RU"/>
        </w:rPr>
        <w:t>2(г)</w:t>
      </w:r>
      <w:r w:rsidRPr="00DC2F01">
        <w:rPr>
          <w:lang w:val="ru-RU"/>
        </w:rPr>
        <w:t xml:space="preserve">  </w:t>
      </w:r>
      <w:r w:rsidRPr="00DC2F01">
        <w:rPr>
          <w:rFonts w:ascii="Lucida Sans Unicode" w:hAnsi="Lucida Sans Unicode"/>
          <w:lang w:val="ru-RU"/>
        </w:rPr>
        <w:t>⇄</w:t>
      </w:r>
      <w:r w:rsidRPr="00DC2F01">
        <w:rPr>
          <w:lang w:val="ru-RU"/>
        </w:rPr>
        <w:t xml:space="preserve">  2С</w:t>
      </w:r>
      <w:r>
        <w:t>l</w:t>
      </w:r>
      <w:r w:rsidRPr="00DC2F01">
        <w:rPr>
          <w:vertAlign w:val="subscript"/>
          <w:lang w:val="ru-RU"/>
        </w:rPr>
        <w:t>2 (г)</w:t>
      </w:r>
      <w:r w:rsidRPr="00DC2F01">
        <w:rPr>
          <w:lang w:val="ru-RU"/>
        </w:rPr>
        <w:t xml:space="preserve"> +2</w:t>
      </w:r>
      <w:r>
        <w:t>H</w:t>
      </w:r>
      <w:r w:rsidRPr="00DC2F01">
        <w:rPr>
          <w:vertAlign w:val="subscript"/>
          <w:lang w:val="ru-RU"/>
        </w:rPr>
        <w:t>2</w:t>
      </w:r>
      <w:r>
        <w:t>O</w:t>
      </w:r>
      <w:r w:rsidRPr="00DC2F01">
        <w:rPr>
          <w:vertAlign w:val="subscript"/>
          <w:lang w:val="ru-RU"/>
        </w:rPr>
        <w:t>(г)</w:t>
      </w:r>
      <w:r w:rsidRPr="00DC2F01">
        <w:rPr>
          <w:lang w:val="ru-RU"/>
        </w:rPr>
        <w:t>. Какое значение имеет константа равновесия, если равновесные концентрации равны (моль/л</w:t>
      </w:r>
      <w:proofErr w:type="gramStart"/>
      <w:r w:rsidRPr="00DC2F01">
        <w:rPr>
          <w:lang w:val="ru-RU"/>
        </w:rPr>
        <w:t>):  [</w:t>
      </w:r>
      <w:proofErr w:type="gramEnd"/>
      <w:r>
        <w:t>HCl</w:t>
      </w:r>
      <w:r w:rsidRPr="00DC2F01">
        <w:rPr>
          <w:lang w:val="ru-RU"/>
        </w:rPr>
        <w:t>]=0,1;   [</w:t>
      </w:r>
      <w:r>
        <w:t>O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]=0,2;  [</w:t>
      </w:r>
      <w:r>
        <w:t>Cl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]=0,2;  [</w:t>
      </w:r>
      <w:r>
        <w:t>H</w:t>
      </w:r>
      <w:r w:rsidRPr="00DC2F01">
        <w:rPr>
          <w:vertAlign w:val="subscript"/>
          <w:lang w:val="ru-RU"/>
        </w:rPr>
        <w:t>2</w:t>
      </w:r>
      <w:r>
        <w:t>O</w:t>
      </w:r>
      <w:r w:rsidRPr="00DC2F01">
        <w:rPr>
          <w:lang w:val="ru-RU"/>
        </w:rPr>
        <w:t>]=0,1?</w:t>
      </w:r>
    </w:p>
    <w:p w:rsidR="00DC2F01" w:rsidRDefault="00DC2F01" w:rsidP="00DC2F01">
      <w:pPr>
        <w:pStyle w:val="14"/>
        <w:widowControl/>
        <w:rPr>
          <w:i/>
          <w:snapToGrid/>
          <w:sz w:val="24"/>
          <w:szCs w:val="24"/>
        </w:rPr>
      </w:pP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b/>
          <w:szCs w:val="24"/>
          <w:lang w:val="ru-RU"/>
        </w:rPr>
        <w:t>Задание 60.</w:t>
      </w:r>
      <w:r w:rsidRPr="00DC2F01">
        <w:rPr>
          <w:szCs w:val="28"/>
          <w:lang w:val="ru-RU"/>
        </w:rPr>
        <w:t xml:space="preserve"> Как повлияет на находящуюся в равновесии систему, уравнение которой С</w:t>
      </w:r>
      <w:r w:rsidRPr="00DC2F01">
        <w:rPr>
          <w:szCs w:val="28"/>
          <w:vertAlign w:val="subscript"/>
          <w:lang w:val="ru-RU"/>
        </w:rPr>
        <w:t xml:space="preserve">(т) </w:t>
      </w:r>
      <w:r w:rsidRPr="00DC2F01">
        <w:rPr>
          <w:szCs w:val="28"/>
          <w:lang w:val="ru-RU"/>
        </w:rPr>
        <w:t>+ 2</w:t>
      </w:r>
      <w:r>
        <w:rPr>
          <w:szCs w:val="28"/>
        </w:rPr>
        <w:t>F</w:t>
      </w:r>
      <w:r w:rsidRPr="00DC2F01">
        <w:rPr>
          <w:szCs w:val="28"/>
          <w:vertAlign w:val="subscript"/>
          <w:lang w:val="ru-RU"/>
        </w:rPr>
        <w:t xml:space="preserve">2(г) </w:t>
      </w:r>
      <w:r w:rsidRPr="00DC2F01">
        <w:rPr>
          <w:szCs w:val="28"/>
          <w:lang w:val="ru-RU"/>
        </w:rPr>
        <w:t>↔ С</w:t>
      </w:r>
      <w:r>
        <w:rPr>
          <w:szCs w:val="28"/>
        </w:rPr>
        <w:t>F</w:t>
      </w:r>
      <w:r w:rsidRPr="00DC2F01">
        <w:rPr>
          <w:szCs w:val="28"/>
          <w:vertAlign w:val="subscript"/>
          <w:lang w:val="ru-RU"/>
        </w:rPr>
        <w:t xml:space="preserve">4(г) </w:t>
      </w:r>
      <w:r w:rsidRPr="00DC2F01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DC2F01">
        <w:rPr>
          <w:szCs w:val="28"/>
          <w:lang w:val="ru-RU"/>
        </w:rPr>
        <w:t>, увеличение давления?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tabs>
          <w:tab w:val="num" w:pos="1514"/>
        </w:tabs>
        <w:rPr>
          <w:szCs w:val="28"/>
          <w:lang w:val="ru-RU"/>
        </w:rPr>
      </w:pPr>
      <w:r w:rsidRPr="00DC2F01">
        <w:rPr>
          <w:szCs w:val="28"/>
          <w:lang w:val="ru-RU"/>
        </w:rPr>
        <w:t xml:space="preserve">1)равновесие сместится </w:t>
      </w:r>
      <w:proofErr w:type="gramStart"/>
      <w:r w:rsidRPr="00DC2F01">
        <w:rPr>
          <w:szCs w:val="28"/>
          <w:lang w:val="ru-RU"/>
        </w:rPr>
        <w:t xml:space="preserve">влево;   </w:t>
      </w:r>
      <w:proofErr w:type="gramEnd"/>
      <w:r w:rsidRPr="00DC2F01">
        <w:rPr>
          <w:szCs w:val="28"/>
          <w:lang w:val="ru-RU"/>
        </w:rPr>
        <w:t>2)равновесие сместится вправо; 3) равновесие не сместится</w:t>
      </w:r>
    </w:p>
    <w:p w:rsidR="00DC2F01" w:rsidRDefault="00DC2F01" w:rsidP="00DC2F01">
      <w:pPr>
        <w:pStyle w:val="14"/>
        <w:widowControl/>
        <w:rPr>
          <w:i/>
          <w:snapToGrid/>
          <w:sz w:val="24"/>
          <w:szCs w:val="24"/>
        </w:rPr>
      </w:pPr>
    </w:p>
    <w:p w:rsidR="00DC2F01" w:rsidRPr="008D0C18" w:rsidRDefault="00DC2F01" w:rsidP="00DC2F01">
      <w:pPr>
        <w:pStyle w:val="14"/>
        <w:widowControl/>
        <w:rPr>
          <w:i/>
          <w:snapToGrid/>
          <w:sz w:val="24"/>
          <w:szCs w:val="24"/>
        </w:rPr>
      </w:pPr>
      <w:r w:rsidRPr="008D0C18">
        <w:rPr>
          <w:b/>
          <w:sz w:val="24"/>
          <w:szCs w:val="24"/>
        </w:rPr>
        <w:t>Задание</w:t>
      </w:r>
      <w:r>
        <w:rPr>
          <w:b/>
          <w:sz w:val="24"/>
          <w:szCs w:val="24"/>
        </w:rPr>
        <w:t xml:space="preserve"> 61.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>Как повлияет на находящуюся в равновесии систему, уравнение которой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ab/>
      </w:r>
      <w:r w:rsidRPr="00DC2F01">
        <w:rPr>
          <w:szCs w:val="28"/>
          <w:lang w:val="ru-RU"/>
        </w:rPr>
        <w:tab/>
      </w:r>
      <w:r>
        <w:rPr>
          <w:szCs w:val="28"/>
        </w:rPr>
        <w:t>CH</w:t>
      </w:r>
      <w:r w:rsidRPr="00DC2F01">
        <w:rPr>
          <w:szCs w:val="28"/>
          <w:vertAlign w:val="subscript"/>
          <w:lang w:val="ru-RU"/>
        </w:rPr>
        <w:t xml:space="preserve">4(г) </w:t>
      </w:r>
      <w:r w:rsidRPr="00DC2F01">
        <w:rPr>
          <w:szCs w:val="28"/>
          <w:lang w:val="ru-RU"/>
        </w:rPr>
        <w:t>+ 4</w:t>
      </w:r>
      <w:r>
        <w:rPr>
          <w:szCs w:val="28"/>
        </w:rPr>
        <w:t>S</w:t>
      </w:r>
      <w:r w:rsidRPr="00DC2F01">
        <w:rPr>
          <w:szCs w:val="28"/>
          <w:vertAlign w:val="subscript"/>
          <w:lang w:val="ru-RU"/>
        </w:rPr>
        <w:t xml:space="preserve">(ж) </w:t>
      </w:r>
      <w:r w:rsidRPr="00DC2F01">
        <w:rPr>
          <w:szCs w:val="28"/>
          <w:lang w:val="ru-RU"/>
        </w:rPr>
        <w:t>↔ С</w:t>
      </w:r>
      <w:r>
        <w:rPr>
          <w:szCs w:val="28"/>
        </w:rPr>
        <w:t>S</w:t>
      </w:r>
      <w:r w:rsidRPr="00DC2F01">
        <w:rPr>
          <w:szCs w:val="28"/>
          <w:vertAlign w:val="subscript"/>
          <w:lang w:val="ru-RU"/>
        </w:rPr>
        <w:t xml:space="preserve">2(г) </w:t>
      </w:r>
      <w:r w:rsidRPr="00DC2F01">
        <w:rPr>
          <w:szCs w:val="28"/>
          <w:lang w:val="ru-RU"/>
        </w:rPr>
        <w:t>+ 2</w:t>
      </w:r>
      <w:r>
        <w:rPr>
          <w:szCs w:val="28"/>
        </w:rPr>
        <w:t>H</w:t>
      </w:r>
      <w:r w:rsidRPr="00DC2F01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DC2F01">
        <w:rPr>
          <w:szCs w:val="28"/>
          <w:vertAlign w:val="subscript"/>
          <w:lang w:val="ru-RU"/>
        </w:rPr>
        <w:t xml:space="preserve">(г) </w:t>
      </w:r>
      <w:r w:rsidRPr="00DC2F01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DC2F01">
        <w:rPr>
          <w:szCs w:val="28"/>
          <w:lang w:val="ru-RU"/>
        </w:rPr>
        <w:t>: дополнительное введение серы?</w:t>
      </w:r>
    </w:p>
    <w:p w:rsidR="00DC2F01" w:rsidRDefault="00DC2F01" w:rsidP="000D3AEE">
      <w:pPr>
        <w:numPr>
          <w:ilvl w:val="0"/>
          <w:numId w:val="49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DC2F01" w:rsidRDefault="00DC2F01" w:rsidP="000D3AEE">
      <w:pPr>
        <w:numPr>
          <w:ilvl w:val="0"/>
          <w:numId w:val="49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DC2F01" w:rsidRDefault="00DC2F01" w:rsidP="000D3AEE">
      <w:pPr>
        <w:numPr>
          <w:ilvl w:val="0"/>
          <w:numId w:val="49"/>
        </w:numPr>
        <w:tabs>
          <w:tab w:val="num" w:pos="1514"/>
        </w:tabs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DC2F01" w:rsidRDefault="00DC2F01" w:rsidP="00DC2F01">
      <w:pPr>
        <w:pStyle w:val="14"/>
        <w:widowControl/>
        <w:rPr>
          <w:i/>
          <w:snapToGrid/>
          <w:sz w:val="24"/>
          <w:szCs w:val="24"/>
        </w:rPr>
      </w:pPr>
    </w:p>
    <w:p w:rsidR="00DC2F01" w:rsidRDefault="00DC2F01" w:rsidP="00DC2F01">
      <w:pPr>
        <w:rPr>
          <w:szCs w:val="28"/>
        </w:rPr>
      </w:pPr>
      <w:r w:rsidRPr="00E06BBA">
        <w:rPr>
          <w:b/>
          <w:szCs w:val="24"/>
        </w:rPr>
        <w:t>Задание</w:t>
      </w:r>
      <w:r>
        <w:rPr>
          <w:b/>
          <w:szCs w:val="24"/>
        </w:rPr>
        <w:t xml:space="preserve"> 62.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 xml:space="preserve">Как повлияет на находящуюся в равновесии систему, уравнение которой 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ab/>
      </w:r>
      <w:r w:rsidRPr="00DC2F01">
        <w:rPr>
          <w:szCs w:val="28"/>
          <w:lang w:val="ru-RU"/>
        </w:rPr>
        <w:tab/>
      </w:r>
      <w:r>
        <w:rPr>
          <w:szCs w:val="28"/>
        </w:rPr>
        <w:t>CH</w:t>
      </w:r>
      <w:r w:rsidRPr="00DC2F01">
        <w:rPr>
          <w:szCs w:val="28"/>
          <w:vertAlign w:val="subscript"/>
          <w:lang w:val="ru-RU"/>
        </w:rPr>
        <w:t xml:space="preserve">4(г) </w:t>
      </w:r>
      <w:r w:rsidRPr="00DC2F01">
        <w:rPr>
          <w:szCs w:val="28"/>
          <w:lang w:val="ru-RU"/>
        </w:rPr>
        <w:t>+ 4</w:t>
      </w:r>
      <w:r>
        <w:rPr>
          <w:szCs w:val="28"/>
        </w:rPr>
        <w:t>S</w:t>
      </w:r>
      <w:r w:rsidRPr="00DC2F01">
        <w:rPr>
          <w:szCs w:val="28"/>
          <w:vertAlign w:val="subscript"/>
          <w:lang w:val="ru-RU"/>
        </w:rPr>
        <w:t xml:space="preserve">(ж) </w:t>
      </w:r>
      <w:r w:rsidRPr="00DC2F01">
        <w:rPr>
          <w:szCs w:val="28"/>
          <w:lang w:val="ru-RU"/>
        </w:rPr>
        <w:t>↔ С</w:t>
      </w:r>
      <w:r>
        <w:rPr>
          <w:szCs w:val="28"/>
        </w:rPr>
        <w:t>S</w:t>
      </w:r>
      <w:r w:rsidRPr="00DC2F01">
        <w:rPr>
          <w:szCs w:val="28"/>
          <w:vertAlign w:val="subscript"/>
          <w:lang w:val="ru-RU"/>
        </w:rPr>
        <w:t xml:space="preserve">2(г) </w:t>
      </w:r>
      <w:r w:rsidRPr="00DC2F01">
        <w:rPr>
          <w:szCs w:val="28"/>
          <w:lang w:val="ru-RU"/>
        </w:rPr>
        <w:t>+ 2</w:t>
      </w:r>
      <w:r>
        <w:rPr>
          <w:szCs w:val="28"/>
        </w:rPr>
        <w:t>H</w:t>
      </w:r>
      <w:r w:rsidRPr="00DC2F01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DC2F01">
        <w:rPr>
          <w:szCs w:val="28"/>
          <w:vertAlign w:val="subscript"/>
          <w:lang w:val="ru-RU"/>
        </w:rPr>
        <w:t xml:space="preserve">(г) </w:t>
      </w:r>
      <w:r w:rsidRPr="00DC2F01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DC2F01">
        <w:rPr>
          <w:szCs w:val="28"/>
          <w:lang w:val="ru-RU"/>
        </w:rPr>
        <w:t xml:space="preserve"> понижение температуры?</w:t>
      </w:r>
    </w:p>
    <w:p w:rsidR="00DC2F01" w:rsidRDefault="00DC2F01" w:rsidP="000D3AEE">
      <w:pPr>
        <w:numPr>
          <w:ilvl w:val="0"/>
          <w:numId w:val="55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DC2F01" w:rsidRDefault="00DC2F01" w:rsidP="000D3AEE">
      <w:pPr>
        <w:numPr>
          <w:ilvl w:val="0"/>
          <w:numId w:val="55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DC2F01" w:rsidRDefault="00DC2F01" w:rsidP="000D3AEE">
      <w:pPr>
        <w:numPr>
          <w:ilvl w:val="0"/>
          <w:numId w:val="55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DC2F01" w:rsidRDefault="00DC2F01" w:rsidP="00DC2F01">
      <w:pPr>
        <w:pStyle w:val="14"/>
        <w:widowControl/>
        <w:rPr>
          <w:i/>
          <w:snapToGrid/>
          <w:sz w:val="24"/>
          <w:szCs w:val="24"/>
        </w:rPr>
      </w:pPr>
    </w:p>
    <w:p w:rsidR="00DC2F01" w:rsidRPr="00E06BBA" w:rsidRDefault="00DC2F01" w:rsidP="00DC2F01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63</w:t>
      </w:r>
      <w:r w:rsidRPr="00E06BBA">
        <w:rPr>
          <w:b/>
          <w:szCs w:val="24"/>
        </w:rPr>
        <w:t>.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>Как повлияет на находящуюся в равновесии систему, уравнение которой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ab/>
      </w:r>
      <w:r w:rsidRPr="00DC2F01">
        <w:rPr>
          <w:szCs w:val="28"/>
          <w:lang w:val="ru-RU"/>
        </w:rPr>
        <w:tab/>
      </w:r>
      <w:r>
        <w:rPr>
          <w:szCs w:val="28"/>
        </w:rPr>
        <w:t>CH</w:t>
      </w:r>
      <w:r w:rsidRPr="00DC2F01">
        <w:rPr>
          <w:szCs w:val="28"/>
          <w:vertAlign w:val="subscript"/>
          <w:lang w:val="ru-RU"/>
        </w:rPr>
        <w:t xml:space="preserve">4(г) </w:t>
      </w:r>
      <w:r w:rsidRPr="00DC2F01">
        <w:rPr>
          <w:szCs w:val="28"/>
          <w:lang w:val="ru-RU"/>
        </w:rPr>
        <w:t>+ 4</w:t>
      </w:r>
      <w:r>
        <w:rPr>
          <w:szCs w:val="28"/>
        </w:rPr>
        <w:t>S</w:t>
      </w:r>
      <w:r w:rsidRPr="00DC2F01">
        <w:rPr>
          <w:szCs w:val="28"/>
          <w:vertAlign w:val="subscript"/>
          <w:lang w:val="ru-RU"/>
        </w:rPr>
        <w:t xml:space="preserve">(ж) </w:t>
      </w:r>
      <w:r w:rsidRPr="00DC2F01">
        <w:rPr>
          <w:szCs w:val="28"/>
          <w:lang w:val="ru-RU"/>
        </w:rPr>
        <w:t>↔ С</w:t>
      </w:r>
      <w:r>
        <w:rPr>
          <w:szCs w:val="28"/>
        </w:rPr>
        <w:t>S</w:t>
      </w:r>
      <w:r w:rsidRPr="00DC2F01">
        <w:rPr>
          <w:szCs w:val="28"/>
          <w:vertAlign w:val="subscript"/>
          <w:lang w:val="ru-RU"/>
        </w:rPr>
        <w:t xml:space="preserve">2(г) </w:t>
      </w:r>
      <w:r w:rsidRPr="00DC2F01">
        <w:rPr>
          <w:szCs w:val="28"/>
          <w:lang w:val="ru-RU"/>
        </w:rPr>
        <w:t>+ 2</w:t>
      </w:r>
      <w:r>
        <w:rPr>
          <w:szCs w:val="28"/>
        </w:rPr>
        <w:t>H</w:t>
      </w:r>
      <w:r w:rsidRPr="00DC2F01">
        <w:rPr>
          <w:szCs w:val="28"/>
          <w:vertAlign w:val="subscript"/>
          <w:lang w:val="ru-RU"/>
        </w:rPr>
        <w:t>2</w:t>
      </w:r>
      <w:r>
        <w:rPr>
          <w:szCs w:val="28"/>
        </w:rPr>
        <w:t>S</w:t>
      </w:r>
      <w:r w:rsidRPr="00DC2F01">
        <w:rPr>
          <w:szCs w:val="28"/>
          <w:vertAlign w:val="subscript"/>
          <w:lang w:val="ru-RU"/>
        </w:rPr>
        <w:t xml:space="preserve">(г) </w:t>
      </w:r>
      <w:r w:rsidRPr="00DC2F01">
        <w:rPr>
          <w:szCs w:val="28"/>
          <w:lang w:val="ru-RU"/>
        </w:rPr>
        <w:t xml:space="preserve">+ </w:t>
      </w:r>
      <w:r>
        <w:rPr>
          <w:szCs w:val="28"/>
        </w:rPr>
        <w:t>Q</w:t>
      </w:r>
      <w:r w:rsidRPr="00DC2F01">
        <w:rPr>
          <w:szCs w:val="28"/>
          <w:lang w:val="ru-RU"/>
        </w:rPr>
        <w:t xml:space="preserve"> увеличение концентрации сероводорода?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Default="00DC2F01" w:rsidP="000D3AEE">
      <w:pPr>
        <w:numPr>
          <w:ilvl w:val="0"/>
          <w:numId w:val="43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влево</w:t>
      </w:r>
    </w:p>
    <w:p w:rsidR="00DC2F01" w:rsidRDefault="00DC2F01" w:rsidP="000D3AEE">
      <w:pPr>
        <w:numPr>
          <w:ilvl w:val="0"/>
          <w:numId w:val="43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сместится вправо</w:t>
      </w:r>
    </w:p>
    <w:p w:rsidR="00DC2F01" w:rsidRDefault="00DC2F01" w:rsidP="000D3AEE">
      <w:pPr>
        <w:numPr>
          <w:ilvl w:val="0"/>
          <w:numId w:val="43"/>
        </w:numPr>
        <w:spacing w:line="240" w:lineRule="auto"/>
        <w:jc w:val="both"/>
        <w:rPr>
          <w:szCs w:val="28"/>
        </w:rPr>
      </w:pPr>
      <w:r>
        <w:rPr>
          <w:szCs w:val="28"/>
        </w:rPr>
        <w:t>равновесие не сместится</w:t>
      </w:r>
    </w:p>
    <w:p w:rsidR="00DC2F01" w:rsidRPr="00E06BBA" w:rsidRDefault="00DC2F01" w:rsidP="00DC2F01">
      <w:pPr>
        <w:rPr>
          <w:szCs w:val="24"/>
        </w:rPr>
      </w:pPr>
    </w:p>
    <w:p w:rsidR="00DC2F01" w:rsidRPr="008D0C18" w:rsidRDefault="00DC2F01" w:rsidP="00DC2F01">
      <w:pPr>
        <w:rPr>
          <w:b/>
          <w:szCs w:val="24"/>
        </w:rPr>
      </w:pPr>
      <w:r w:rsidRPr="008D0C18">
        <w:rPr>
          <w:b/>
          <w:szCs w:val="24"/>
        </w:rPr>
        <w:t xml:space="preserve">Задание </w:t>
      </w:r>
      <w:r>
        <w:rPr>
          <w:b/>
          <w:szCs w:val="24"/>
        </w:rPr>
        <w:t>64</w:t>
      </w:r>
      <w:r w:rsidRPr="008D0C18">
        <w:rPr>
          <w:b/>
          <w:szCs w:val="24"/>
        </w:rPr>
        <w:t>.</w:t>
      </w:r>
    </w:p>
    <w:p w:rsidR="00DC2F01" w:rsidRPr="00DC2F01" w:rsidRDefault="00DC2F01" w:rsidP="00DC2F01">
      <w:pPr>
        <w:pStyle w:val="aa"/>
        <w:ind w:left="284" w:hanging="284"/>
        <w:rPr>
          <w:i/>
          <w:iCs/>
          <w:sz w:val="24"/>
          <w:szCs w:val="24"/>
          <w:lang w:val="ru-RU"/>
        </w:rPr>
      </w:pPr>
      <w:r w:rsidRPr="00DC2F01">
        <w:rPr>
          <w:iCs/>
          <w:sz w:val="24"/>
          <w:szCs w:val="24"/>
          <w:lang w:val="ru-RU"/>
        </w:rPr>
        <w:t xml:space="preserve">    В каких реакциях изменение давления влияет на состояние равновесия системы?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iCs/>
          <w:lang w:val="ru-RU"/>
        </w:rPr>
      </w:pPr>
      <w:r w:rsidRPr="00DC2F01">
        <w:rPr>
          <w:iCs/>
          <w:lang w:val="ru-RU"/>
        </w:rPr>
        <w:t>1)  2</w:t>
      </w:r>
      <w:r w:rsidRPr="008D0C18">
        <w:rPr>
          <w:iCs/>
        </w:rPr>
        <w:t>SO</w:t>
      </w:r>
      <w:r w:rsidRPr="00DC2F01">
        <w:rPr>
          <w:iCs/>
          <w:vertAlign w:val="subscript"/>
          <w:lang w:val="ru-RU"/>
        </w:rPr>
        <w:t>2</w:t>
      </w:r>
      <w:r w:rsidRPr="00DC2F01">
        <w:rPr>
          <w:iCs/>
          <w:lang w:val="ru-RU"/>
        </w:rPr>
        <w:t>(г) +</w:t>
      </w:r>
      <w:r w:rsidRPr="008D0C18">
        <w:rPr>
          <w:iCs/>
        </w:rPr>
        <w:t>O</w:t>
      </w:r>
      <w:r w:rsidRPr="00DC2F01">
        <w:rPr>
          <w:iCs/>
          <w:vertAlign w:val="subscript"/>
          <w:lang w:val="ru-RU"/>
        </w:rPr>
        <w:t>2</w:t>
      </w:r>
      <w:r w:rsidRPr="00DC2F01">
        <w:rPr>
          <w:iCs/>
          <w:lang w:val="ru-RU"/>
        </w:rPr>
        <w:t>(</w:t>
      </w:r>
      <w:proofErr w:type="gramStart"/>
      <w:r w:rsidRPr="00DC2F01">
        <w:rPr>
          <w:iCs/>
          <w:lang w:val="ru-RU"/>
        </w:rPr>
        <w:t>г)  →</w:t>
      </w:r>
      <w:proofErr w:type="gramEnd"/>
      <w:r w:rsidRPr="00DC2F01">
        <w:rPr>
          <w:iCs/>
          <w:lang w:val="ru-RU"/>
        </w:rPr>
        <w:t xml:space="preserve">  2</w:t>
      </w:r>
      <w:r w:rsidRPr="008D0C18">
        <w:rPr>
          <w:iCs/>
        </w:rPr>
        <w:t>SO</w:t>
      </w:r>
      <w:r w:rsidRPr="00DC2F01">
        <w:rPr>
          <w:iCs/>
          <w:vertAlign w:val="subscript"/>
          <w:lang w:val="ru-RU"/>
        </w:rPr>
        <w:t>3</w:t>
      </w:r>
      <w:r w:rsidRPr="00DC2F01">
        <w:rPr>
          <w:iCs/>
          <w:lang w:val="ru-RU"/>
        </w:rPr>
        <w:t xml:space="preserve">(г);     </w:t>
      </w:r>
    </w:p>
    <w:p w:rsidR="00DC2F01" w:rsidRPr="00DC2F01" w:rsidRDefault="00DC2F01" w:rsidP="00DC2F01">
      <w:pPr>
        <w:pStyle w:val="aa"/>
        <w:rPr>
          <w:iCs/>
          <w:sz w:val="24"/>
          <w:szCs w:val="24"/>
          <w:lang w:val="ru-RU"/>
        </w:rPr>
      </w:pPr>
      <w:r w:rsidRPr="00DC2F01">
        <w:rPr>
          <w:iCs/>
          <w:sz w:val="24"/>
          <w:szCs w:val="24"/>
          <w:lang w:val="ru-RU"/>
        </w:rPr>
        <w:t xml:space="preserve">2)  </w:t>
      </w:r>
      <w:r w:rsidRPr="008D0C18">
        <w:rPr>
          <w:iCs/>
          <w:sz w:val="24"/>
          <w:szCs w:val="24"/>
        </w:rPr>
        <w:t>N</w:t>
      </w:r>
      <w:r w:rsidRPr="00DC2F01">
        <w:rPr>
          <w:iCs/>
          <w:sz w:val="24"/>
          <w:szCs w:val="24"/>
          <w:vertAlign w:val="subscript"/>
          <w:lang w:val="ru-RU"/>
        </w:rPr>
        <w:t>2</w:t>
      </w:r>
      <w:r w:rsidRPr="00DC2F01">
        <w:rPr>
          <w:iCs/>
          <w:sz w:val="24"/>
          <w:szCs w:val="24"/>
          <w:lang w:val="ru-RU"/>
        </w:rPr>
        <w:t>(г) +3</w:t>
      </w:r>
      <w:r w:rsidRPr="008D0C18">
        <w:rPr>
          <w:iCs/>
          <w:sz w:val="24"/>
          <w:szCs w:val="24"/>
        </w:rPr>
        <w:t>H</w:t>
      </w:r>
      <w:r w:rsidRPr="00DC2F01">
        <w:rPr>
          <w:iCs/>
          <w:sz w:val="24"/>
          <w:szCs w:val="24"/>
          <w:vertAlign w:val="subscript"/>
          <w:lang w:val="ru-RU"/>
        </w:rPr>
        <w:t>2</w:t>
      </w:r>
      <w:r w:rsidRPr="00DC2F01">
        <w:rPr>
          <w:iCs/>
          <w:sz w:val="24"/>
          <w:szCs w:val="24"/>
          <w:lang w:val="ru-RU"/>
        </w:rPr>
        <w:t>(</w:t>
      </w:r>
      <w:proofErr w:type="gramStart"/>
      <w:r w:rsidRPr="00DC2F01">
        <w:rPr>
          <w:iCs/>
          <w:sz w:val="24"/>
          <w:szCs w:val="24"/>
          <w:lang w:val="ru-RU"/>
        </w:rPr>
        <w:t xml:space="preserve">г)   </w:t>
      </w:r>
      <w:proofErr w:type="gramEnd"/>
      <w:r w:rsidRPr="00DC2F01">
        <w:rPr>
          <w:iCs/>
          <w:sz w:val="24"/>
          <w:szCs w:val="24"/>
          <w:lang w:val="ru-RU"/>
        </w:rPr>
        <w:t xml:space="preserve"> →  2</w:t>
      </w:r>
      <w:r w:rsidRPr="008D0C18">
        <w:rPr>
          <w:iCs/>
          <w:sz w:val="24"/>
          <w:szCs w:val="24"/>
        </w:rPr>
        <w:t>NH</w:t>
      </w:r>
      <w:r w:rsidRPr="00DC2F01">
        <w:rPr>
          <w:iCs/>
          <w:sz w:val="24"/>
          <w:szCs w:val="24"/>
          <w:vertAlign w:val="subscript"/>
          <w:lang w:val="ru-RU"/>
        </w:rPr>
        <w:t>3</w:t>
      </w:r>
      <w:r w:rsidRPr="00DC2F01">
        <w:rPr>
          <w:iCs/>
          <w:sz w:val="24"/>
          <w:szCs w:val="24"/>
          <w:lang w:val="ru-RU"/>
        </w:rPr>
        <w:t xml:space="preserve">(г);    </w:t>
      </w:r>
    </w:p>
    <w:p w:rsidR="00DC2F01" w:rsidRPr="00DC2F01" w:rsidRDefault="00DC2F01" w:rsidP="00DC2F01">
      <w:pPr>
        <w:pStyle w:val="aa"/>
        <w:rPr>
          <w:iCs/>
          <w:sz w:val="24"/>
          <w:szCs w:val="24"/>
          <w:lang w:val="ru-RU"/>
        </w:rPr>
      </w:pPr>
      <w:r w:rsidRPr="00DC2F01">
        <w:rPr>
          <w:iCs/>
          <w:sz w:val="24"/>
          <w:szCs w:val="24"/>
          <w:lang w:val="ru-RU"/>
        </w:rPr>
        <w:t xml:space="preserve">3)  </w:t>
      </w:r>
      <w:r w:rsidRPr="008D0C18">
        <w:rPr>
          <w:iCs/>
          <w:sz w:val="24"/>
          <w:szCs w:val="24"/>
        </w:rPr>
        <w:t>FeO</w:t>
      </w:r>
      <w:r w:rsidRPr="00DC2F01">
        <w:rPr>
          <w:iCs/>
          <w:sz w:val="24"/>
          <w:szCs w:val="24"/>
          <w:lang w:val="ru-RU"/>
        </w:rPr>
        <w:t>(т)+</w:t>
      </w:r>
      <w:r w:rsidRPr="008D0C18">
        <w:rPr>
          <w:iCs/>
          <w:sz w:val="24"/>
          <w:szCs w:val="24"/>
        </w:rPr>
        <w:t>CO</w:t>
      </w:r>
      <w:r w:rsidRPr="00DC2F01">
        <w:rPr>
          <w:iCs/>
          <w:sz w:val="24"/>
          <w:szCs w:val="24"/>
          <w:lang w:val="ru-RU"/>
        </w:rPr>
        <w:t>(</w:t>
      </w:r>
      <w:proofErr w:type="gramStart"/>
      <w:r w:rsidRPr="00DC2F01">
        <w:rPr>
          <w:iCs/>
          <w:sz w:val="24"/>
          <w:szCs w:val="24"/>
          <w:lang w:val="ru-RU"/>
        </w:rPr>
        <w:t xml:space="preserve">г)   </w:t>
      </w:r>
      <w:proofErr w:type="gramEnd"/>
      <w:r w:rsidRPr="00DC2F01">
        <w:rPr>
          <w:iCs/>
          <w:sz w:val="24"/>
          <w:szCs w:val="24"/>
          <w:lang w:val="ru-RU"/>
        </w:rPr>
        <w:t xml:space="preserve">→  </w:t>
      </w:r>
      <w:r w:rsidRPr="008D0C18">
        <w:rPr>
          <w:iCs/>
          <w:sz w:val="24"/>
          <w:szCs w:val="24"/>
        </w:rPr>
        <w:t>Fe</w:t>
      </w:r>
      <w:r w:rsidRPr="00DC2F01">
        <w:rPr>
          <w:iCs/>
          <w:sz w:val="24"/>
          <w:szCs w:val="24"/>
          <w:lang w:val="ru-RU"/>
        </w:rPr>
        <w:t>(т)+</w:t>
      </w:r>
      <w:r w:rsidRPr="008D0C18">
        <w:rPr>
          <w:iCs/>
          <w:sz w:val="24"/>
          <w:szCs w:val="24"/>
        </w:rPr>
        <w:t>CO</w:t>
      </w:r>
      <w:r w:rsidRPr="00DC2F01">
        <w:rPr>
          <w:iCs/>
          <w:sz w:val="24"/>
          <w:szCs w:val="24"/>
          <w:vertAlign w:val="subscript"/>
          <w:lang w:val="ru-RU"/>
        </w:rPr>
        <w:t>2</w:t>
      </w:r>
      <w:r w:rsidRPr="00DC2F01">
        <w:rPr>
          <w:iCs/>
          <w:sz w:val="24"/>
          <w:szCs w:val="24"/>
          <w:lang w:val="ru-RU"/>
        </w:rPr>
        <w:t>(г).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b/>
          <w:lang w:val="ru-RU"/>
        </w:rPr>
        <w:t>Задание 65.</w:t>
      </w:r>
      <w:r w:rsidRPr="00DC2F01">
        <w:rPr>
          <w:szCs w:val="24"/>
          <w:lang w:val="ru-RU"/>
        </w:rPr>
        <w:t xml:space="preserve"> 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lastRenderedPageBreak/>
        <w:t xml:space="preserve">Молярная концентрация раствора гидроксида калия </w:t>
      </w:r>
      <w:proofErr w:type="gramStart"/>
      <w:r w:rsidRPr="00DC2F01">
        <w:rPr>
          <w:szCs w:val="28"/>
          <w:lang w:val="ru-RU"/>
        </w:rPr>
        <w:t>КОН,  рН</w:t>
      </w:r>
      <w:proofErr w:type="gramEnd"/>
      <w:r w:rsidRPr="00DC2F01">
        <w:rPr>
          <w:szCs w:val="28"/>
          <w:lang w:val="ru-RU"/>
        </w:rPr>
        <w:t xml:space="preserve"> которого равно 12, составляет…, моль/л.</w:t>
      </w:r>
    </w:p>
    <w:p w:rsidR="00DC2F01" w:rsidRPr="00DC2F01" w:rsidRDefault="00DC2F01" w:rsidP="00DC2F01">
      <w:pPr>
        <w:rPr>
          <w:i/>
          <w:sz w:val="20"/>
          <w:u w:val="single"/>
          <w:lang w:val="ru-RU"/>
        </w:rPr>
      </w:pP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b/>
          <w:lang w:val="ru-RU"/>
        </w:rPr>
        <w:t>Задание 66.</w:t>
      </w:r>
      <w:r w:rsidRPr="00DC2F01">
        <w:rPr>
          <w:szCs w:val="24"/>
          <w:lang w:val="ru-RU"/>
        </w:rPr>
        <w:t xml:space="preserve"> 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 xml:space="preserve">Объем раствора </w:t>
      </w:r>
      <w:r>
        <w:rPr>
          <w:szCs w:val="28"/>
        </w:rPr>
        <w:t>CuSO</w:t>
      </w:r>
      <w:r w:rsidRPr="00DC2F01">
        <w:rPr>
          <w:szCs w:val="28"/>
          <w:vertAlign w:val="subscript"/>
          <w:lang w:val="ru-RU"/>
        </w:rPr>
        <w:t>4</w:t>
      </w:r>
      <w:r w:rsidRPr="00DC2F01">
        <w:rPr>
          <w:szCs w:val="28"/>
          <w:lang w:val="ru-RU"/>
        </w:rPr>
        <w:t xml:space="preserve">   </w:t>
      </w:r>
      <w:r>
        <w:rPr>
          <w:szCs w:val="28"/>
        </w:rPr>
        <w:t>C</w:t>
      </w:r>
      <w:proofErr w:type="gramStart"/>
      <w:r w:rsidRPr="00DC2F01">
        <w:rPr>
          <w:szCs w:val="28"/>
          <w:lang w:val="ru-RU"/>
        </w:rPr>
        <w:t>=  0</w:t>
      </w:r>
      <w:proofErr w:type="gramEnd"/>
      <w:r w:rsidRPr="00DC2F01">
        <w:rPr>
          <w:szCs w:val="28"/>
          <w:lang w:val="ru-RU"/>
        </w:rPr>
        <w:t>,1 моль/дм</w:t>
      </w:r>
      <w:r w:rsidRPr="00DC2F01">
        <w:rPr>
          <w:szCs w:val="28"/>
          <w:vertAlign w:val="superscript"/>
          <w:lang w:val="ru-RU"/>
        </w:rPr>
        <w:t>3</w:t>
      </w:r>
      <w:r w:rsidRPr="00DC2F01">
        <w:rPr>
          <w:szCs w:val="28"/>
          <w:lang w:val="ru-RU"/>
        </w:rPr>
        <w:t xml:space="preserve">, содержащий </w:t>
      </w:r>
      <w:smartTag w:uri="urn:schemas-microsoft-com:office:smarttags" w:element="metricconverter">
        <w:smartTagPr>
          <w:attr w:name="ProductID" w:val="8 г"/>
        </w:smartTagPr>
        <w:r w:rsidRPr="00DC2F01">
          <w:rPr>
            <w:szCs w:val="28"/>
            <w:lang w:val="ru-RU"/>
          </w:rPr>
          <w:t>8 г</w:t>
        </w:r>
      </w:smartTag>
      <w:r w:rsidRPr="00DC2F01">
        <w:rPr>
          <w:szCs w:val="28"/>
          <w:lang w:val="ru-RU"/>
        </w:rPr>
        <w:t xml:space="preserve"> соли, равен …..</w:t>
      </w:r>
    </w:p>
    <w:p w:rsidR="00DC2F01" w:rsidRPr="00DC2F01" w:rsidRDefault="00DC2F01" w:rsidP="00DC2F01">
      <w:pPr>
        <w:rPr>
          <w:i/>
          <w:sz w:val="20"/>
          <w:u w:val="single"/>
          <w:lang w:val="ru-RU"/>
        </w:rPr>
      </w:pP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b/>
          <w:lang w:val="ru-RU"/>
        </w:rPr>
        <w:t>Задание 67.</w:t>
      </w:r>
      <w:r w:rsidRPr="00DC2F01">
        <w:rPr>
          <w:szCs w:val="24"/>
          <w:lang w:val="ru-RU"/>
        </w:rPr>
        <w:t xml:space="preserve"> 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 xml:space="preserve">Масса растворенного вещества, содержащегося в </w:t>
      </w:r>
      <w:smartTag w:uri="urn:schemas-microsoft-com:office:smarttags" w:element="metricconverter">
        <w:smartTagPr>
          <w:attr w:name="ProductID" w:val="30 г"/>
        </w:smartTagPr>
        <w:r w:rsidRPr="00DC2F01">
          <w:rPr>
            <w:szCs w:val="28"/>
            <w:lang w:val="ru-RU"/>
          </w:rPr>
          <w:t>30 г</w:t>
        </w:r>
      </w:smartTag>
      <w:r w:rsidRPr="00DC2F01">
        <w:rPr>
          <w:szCs w:val="28"/>
          <w:lang w:val="ru-RU"/>
        </w:rPr>
        <w:t xml:space="preserve"> раствора с массовой          долей 20%, равна…, г </w:t>
      </w:r>
    </w:p>
    <w:p w:rsidR="00DC2F01" w:rsidRPr="00DC2F01" w:rsidRDefault="00DC2F01" w:rsidP="00DC2F01">
      <w:pPr>
        <w:rPr>
          <w:i/>
          <w:sz w:val="20"/>
          <w:u w:val="single"/>
          <w:lang w:val="ru-RU"/>
        </w:rPr>
      </w:pPr>
    </w:p>
    <w:p w:rsidR="00DC2F01" w:rsidRPr="00DC2F01" w:rsidRDefault="00DC2F01" w:rsidP="00DC2F01">
      <w:pPr>
        <w:pStyle w:val="ae"/>
        <w:ind w:left="0"/>
        <w:rPr>
          <w:szCs w:val="28"/>
          <w:lang w:val="ru-RU"/>
        </w:rPr>
      </w:pPr>
      <w:r w:rsidRPr="00DC2F01">
        <w:rPr>
          <w:b/>
          <w:szCs w:val="24"/>
          <w:lang w:val="ru-RU"/>
        </w:rPr>
        <w:t>Задание 68</w:t>
      </w:r>
      <w:r w:rsidRPr="00DC2F01">
        <w:rPr>
          <w:b/>
          <w:lang w:val="ru-RU"/>
        </w:rPr>
        <w:t>.</w:t>
      </w:r>
      <w:r w:rsidRPr="00DC2F01">
        <w:rPr>
          <w:szCs w:val="24"/>
          <w:lang w:val="ru-RU"/>
        </w:rPr>
        <w:t xml:space="preserve"> </w:t>
      </w:r>
      <w:r w:rsidRPr="00DC2F01">
        <w:rPr>
          <w:szCs w:val="28"/>
          <w:lang w:val="ru-RU"/>
        </w:rPr>
        <w:t xml:space="preserve">Масса </w:t>
      </w:r>
      <w:r>
        <w:rPr>
          <w:szCs w:val="28"/>
        </w:rPr>
        <w:t>NaNO</w:t>
      </w:r>
      <w:proofErr w:type="gramStart"/>
      <w:r w:rsidRPr="00DC2F01">
        <w:rPr>
          <w:szCs w:val="28"/>
          <w:vertAlign w:val="subscript"/>
          <w:lang w:val="ru-RU"/>
        </w:rPr>
        <w:t xml:space="preserve">3 </w:t>
      </w:r>
      <w:r w:rsidRPr="00DC2F01">
        <w:rPr>
          <w:szCs w:val="28"/>
          <w:lang w:val="ru-RU"/>
        </w:rPr>
        <w:t>,</w:t>
      </w:r>
      <w:proofErr w:type="gramEnd"/>
      <w:r w:rsidRPr="00DC2F01">
        <w:rPr>
          <w:szCs w:val="28"/>
          <w:lang w:val="ru-RU"/>
        </w:rPr>
        <w:t xml:space="preserve"> необходимая для приготовления 300 мл </w:t>
      </w:r>
      <w:smartTag w:uri="urn:schemas-microsoft-com:office:smarttags" w:element="metricconverter">
        <w:smartTagPr>
          <w:attr w:name="ProductID" w:val="0,2 М"/>
        </w:smartTagPr>
        <w:r w:rsidRPr="00DC2F01">
          <w:rPr>
            <w:szCs w:val="28"/>
            <w:lang w:val="ru-RU"/>
          </w:rPr>
          <w:t>0,2 М</w:t>
        </w:r>
      </w:smartTag>
      <w:r w:rsidRPr="00DC2F01">
        <w:rPr>
          <w:szCs w:val="28"/>
          <w:lang w:val="ru-RU"/>
        </w:rPr>
        <w:t xml:space="preserve"> раствора   равна…, г</w:t>
      </w:r>
    </w:p>
    <w:p w:rsidR="00DC2F01" w:rsidRPr="00DC2F01" w:rsidRDefault="00DC2F01" w:rsidP="00DC2F01">
      <w:pPr>
        <w:rPr>
          <w:i/>
          <w:sz w:val="20"/>
          <w:u w:val="single"/>
          <w:lang w:val="ru-RU"/>
        </w:rPr>
      </w:pPr>
      <w:r w:rsidRPr="00DC2F01">
        <w:rPr>
          <w:b/>
          <w:lang w:val="ru-RU"/>
        </w:rPr>
        <w:t>Задание 69.</w:t>
      </w:r>
      <w:r w:rsidRPr="00DC2F01">
        <w:rPr>
          <w:szCs w:val="24"/>
          <w:lang w:val="ru-RU"/>
        </w:rPr>
        <w:t xml:space="preserve"> </w:t>
      </w:r>
      <w:r w:rsidRPr="00DC2F01">
        <w:rPr>
          <w:szCs w:val="28"/>
          <w:lang w:val="ru-RU"/>
        </w:rPr>
        <w:t xml:space="preserve">В </w:t>
      </w:r>
      <w:smartTag w:uri="urn:schemas-microsoft-com:office:smarttags" w:element="metricconverter">
        <w:smartTagPr>
          <w:attr w:name="ProductID" w:val="240 г"/>
        </w:smartTagPr>
        <w:r w:rsidRPr="00DC2F01">
          <w:rPr>
            <w:szCs w:val="28"/>
            <w:lang w:val="ru-RU"/>
          </w:rPr>
          <w:t>240 г</w:t>
        </w:r>
      </w:smartTag>
      <w:r w:rsidRPr="00DC2F01">
        <w:rPr>
          <w:szCs w:val="28"/>
          <w:lang w:val="ru-RU"/>
        </w:rPr>
        <w:t xml:space="preserve"> воды растворили </w:t>
      </w:r>
      <w:smartTag w:uri="urn:schemas-microsoft-com:office:smarttags" w:element="metricconverter">
        <w:smartTagPr>
          <w:attr w:name="ProductID" w:val="60 г"/>
        </w:smartTagPr>
        <w:r w:rsidRPr="00DC2F01">
          <w:rPr>
            <w:szCs w:val="28"/>
            <w:lang w:val="ru-RU"/>
          </w:rPr>
          <w:t>60 г</w:t>
        </w:r>
      </w:smartTag>
      <w:r w:rsidRPr="00DC2F01">
        <w:rPr>
          <w:szCs w:val="28"/>
          <w:lang w:val="ru-RU"/>
        </w:rPr>
        <w:t xml:space="preserve"> соли. Массовая доля </w:t>
      </w:r>
      <w:proofErr w:type="gramStart"/>
      <w:r w:rsidRPr="00DC2F01">
        <w:rPr>
          <w:szCs w:val="28"/>
          <w:lang w:val="ru-RU"/>
        </w:rPr>
        <w:t>соли  в</w:t>
      </w:r>
      <w:proofErr w:type="gramEnd"/>
      <w:r w:rsidRPr="00DC2F01">
        <w:rPr>
          <w:szCs w:val="28"/>
          <w:lang w:val="ru-RU"/>
        </w:rPr>
        <w:t xml:space="preserve"> полученном растворе равна…, %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70.</w:t>
      </w:r>
      <w:r w:rsidRPr="00DC2F01">
        <w:rPr>
          <w:szCs w:val="28"/>
          <w:lang w:val="ru-RU"/>
        </w:rPr>
        <w:t xml:space="preserve"> Масса соли, </w:t>
      </w:r>
      <w:proofErr w:type="gramStart"/>
      <w:r w:rsidRPr="00DC2F01">
        <w:rPr>
          <w:szCs w:val="28"/>
          <w:lang w:val="ru-RU"/>
        </w:rPr>
        <w:t>содержащейся  в</w:t>
      </w:r>
      <w:proofErr w:type="gramEnd"/>
      <w:r w:rsidRPr="00DC2F01">
        <w:rPr>
          <w:szCs w:val="28"/>
          <w:lang w:val="ru-RU"/>
        </w:rPr>
        <w:t xml:space="preserve"> </w:t>
      </w:r>
      <w:smartTag w:uri="urn:schemas-microsoft-com:office:smarttags" w:element="metricconverter">
        <w:smartTagPr>
          <w:attr w:name="ProductID" w:val="150 г"/>
        </w:smartTagPr>
        <w:r w:rsidRPr="00DC2F01">
          <w:rPr>
            <w:szCs w:val="28"/>
            <w:lang w:val="ru-RU"/>
          </w:rPr>
          <w:t>150 г</w:t>
        </w:r>
      </w:smartTag>
      <w:r w:rsidRPr="00DC2F01">
        <w:rPr>
          <w:szCs w:val="28"/>
          <w:lang w:val="ru-RU"/>
        </w:rPr>
        <w:t xml:space="preserve"> 5%-го раствора соли, равна  …… г</w:t>
      </w:r>
    </w:p>
    <w:p w:rsidR="00DC2F01" w:rsidRPr="00DC2F01" w:rsidRDefault="00DC2F01" w:rsidP="00DC2F01">
      <w:pPr>
        <w:rPr>
          <w:i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71.</w:t>
      </w:r>
      <w:r w:rsidRPr="00DC2F01">
        <w:rPr>
          <w:szCs w:val="28"/>
          <w:lang w:val="ru-RU"/>
        </w:rPr>
        <w:t xml:space="preserve"> Масса соли </w:t>
      </w:r>
      <w:r>
        <w:rPr>
          <w:szCs w:val="28"/>
        </w:rPr>
        <w:t>Na</w:t>
      </w:r>
      <w:r w:rsidRPr="00DC2F01">
        <w:rPr>
          <w:szCs w:val="28"/>
          <w:vertAlign w:val="subscript"/>
          <w:lang w:val="ru-RU"/>
        </w:rPr>
        <w:t>2</w:t>
      </w:r>
      <w:r>
        <w:rPr>
          <w:szCs w:val="28"/>
        </w:rPr>
        <w:t>CO</w:t>
      </w:r>
      <w:r w:rsidRPr="00DC2F01">
        <w:rPr>
          <w:szCs w:val="28"/>
          <w:vertAlign w:val="subscript"/>
          <w:lang w:val="ru-RU"/>
        </w:rPr>
        <w:t>3</w:t>
      </w:r>
      <w:r w:rsidRPr="00DC2F01">
        <w:rPr>
          <w:szCs w:val="28"/>
          <w:lang w:val="ru-RU"/>
        </w:rPr>
        <w:t xml:space="preserve"> в 500 мл раствора С= 0,25 моль/дм</w:t>
      </w:r>
      <w:r w:rsidRPr="00DC2F01">
        <w:rPr>
          <w:szCs w:val="28"/>
          <w:vertAlign w:val="superscript"/>
          <w:lang w:val="ru-RU"/>
        </w:rPr>
        <w:t>3</w:t>
      </w:r>
      <w:r w:rsidRPr="00DC2F01">
        <w:rPr>
          <w:szCs w:val="28"/>
          <w:lang w:val="ru-RU"/>
        </w:rPr>
        <w:t xml:space="preserve"> равна…, г.</w:t>
      </w:r>
    </w:p>
    <w:p w:rsidR="00DC2F01" w:rsidRPr="00DC2F01" w:rsidRDefault="00DC2F01" w:rsidP="00DC2F01">
      <w:pPr>
        <w:rPr>
          <w:b/>
          <w:lang w:val="ru-RU"/>
        </w:rPr>
      </w:pP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b/>
          <w:lang w:val="ru-RU"/>
        </w:rPr>
        <w:t>Задание 72.</w:t>
      </w:r>
      <w:r w:rsidRPr="00DC2F01">
        <w:rPr>
          <w:szCs w:val="24"/>
          <w:lang w:val="ru-RU"/>
        </w:rPr>
        <w:t xml:space="preserve"> </w:t>
      </w:r>
    </w:p>
    <w:p w:rsidR="00DC2F01" w:rsidRPr="00DC2F01" w:rsidRDefault="00DC2F01" w:rsidP="00DC2F01">
      <w:pPr>
        <w:tabs>
          <w:tab w:val="left" w:pos="1068"/>
        </w:tabs>
        <w:rPr>
          <w:szCs w:val="28"/>
          <w:lang w:val="ru-RU"/>
        </w:rPr>
      </w:pPr>
      <w:r w:rsidRPr="00DC2F01">
        <w:rPr>
          <w:szCs w:val="28"/>
          <w:lang w:val="ru-RU"/>
        </w:rPr>
        <w:t xml:space="preserve">Масса воды и соли, необходимые для приготовления </w:t>
      </w:r>
      <w:smartTag w:uri="urn:schemas-microsoft-com:office:smarttags" w:element="metricconverter">
        <w:smartTagPr>
          <w:attr w:name="ProductID" w:val="50 г"/>
        </w:smartTagPr>
        <w:r w:rsidRPr="00DC2F01">
          <w:rPr>
            <w:szCs w:val="28"/>
            <w:lang w:val="ru-RU"/>
          </w:rPr>
          <w:t>50 г</w:t>
        </w:r>
      </w:smartTag>
      <w:r w:rsidRPr="00DC2F01">
        <w:rPr>
          <w:szCs w:val="28"/>
          <w:lang w:val="ru-RU"/>
        </w:rPr>
        <w:t xml:space="preserve"> раствора с массовой долей 10% равны___ г.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73.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 xml:space="preserve">Молярная концентрация эквивалента раствора </w:t>
      </w:r>
      <w:r>
        <w:rPr>
          <w:szCs w:val="28"/>
        </w:rPr>
        <w:t>FeCl</w:t>
      </w:r>
      <w:proofErr w:type="gramStart"/>
      <w:r w:rsidRPr="00DC2F01">
        <w:rPr>
          <w:szCs w:val="28"/>
          <w:vertAlign w:val="subscript"/>
          <w:lang w:val="ru-RU"/>
        </w:rPr>
        <w:t>3</w:t>
      </w:r>
      <w:r w:rsidRPr="00DC2F01">
        <w:rPr>
          <w:szCs w:val="28"/>
          <w:lang w:val="ru-RU"/>
        </w:rPr>
        <w:t xml:space="preserve"> ,</w:t>
      </w:r>
      <w:proofErr w:type="gramEnd"/>
      <w:r w:rsidRPr="00DC2F01">
        <w:rPr>
          <w:szCs w:val="28"/>
          <w:lang w:val="ru-RU"/>
        </w:rPr>
        <w:t xml:space="preserve"> содержащего в </w:t>
      </w:r>
      <w:smartTag w:uri="urn:schemas-microsoft-com:office:smarttags" w:element="metricconverter">
        <w:smartTagPr>
          <w:attr w:name="ProductID" w:val="0,3 л"/>
        </w:smartTagPr>
        <w:r w:rsidRPr="00DC2F01">
          <w:rPr>
            <w:szCs w:val="28"/>
            <w:lang w:val="ru-RU"/>
          </w:rPr>
          <w:t>0,3 л</w:t>
        </w:r>
      </w:smartTag>
      <w:r w:rsidRPr="00DC2F01">
        <w:rPr>
          <w:szCs w:val="28"/>
          <w:lang w:val="ru-RU"/>
        </w:rPr>
        <w:t xml:space="preserve"> раствора </w:t>
      </w:r>
      <w:smartTag w:uri="urn:schemas-microsoft-com:office:smarttags" w:element="metricconverter">
        <w:smartTagPr>
          <w:attr w:name="ProductID" w:val="32,44 г"/>
        </w:smartTagPr>
        <w:r w:rsidRPr="00DC2F01">
          <w:rPr>
            <w:szCs w:val="28"/>
            <w:lang w:val="ru-RU"/>
          </w:rPr>
          <w:t>32,44 г</w:t>
        </w:r>
      </w:smartTag>
      <w:r w:rsidRPr="00DC2F01">
        <w:rPr>
          <w:szCs w:val="28"/>
          <w:lang w:val="ru-RU"/>
        </w:rPr>
        <w:t xml:space="preserve"> соли равна _____ моль/дм</w:t>
      </w:r>
      <w:r w:rsidRPr="00DC2F01">
        <w:rPr>
          <w:szCs w:val="28"/>
          <w:vertAlign w:val="superscript"/>
          <w:lang w:val="ru-RU"/>
        </w:rPr>
        <w:t>3</w:t>
      </w:r>
      <w:r w:rsidRPr="00DC2F01">
        <w:rPr>
          <w:szCs w:val="28"/>
          <w:lang w:val="ru-RU"/>
        </w:rPr>
        <w:t>.</w:t>
      </w:r>
    </w:p>
    <w:p w:rsidR="00DC2F01" w:rsidRPr="00DC2F01" w:rsidRDefault="00DC2F01" w:rsidP="00DC2F01">
      <w:pPr>
        <w:rPr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74.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szCs w:val="28"/>
          <w:lang w:val="ru-RU"/>
        </w:rPr>
        <w:t xml:space="preserve">Масса раствора (с массовой долей 25%), содержащего </w:t>
      </w:r>
      <w:smartTag w:uri="urn:schemas-microsoft-com:office:smarttags" w:element="metricconverter">
        <w:smartTagPr>
          <w:attr w:name="ProductID" w:val="87,5 г"/>
        </w:smartTagPr>
        <w:r w:rsidRPr="00DC2F01">
          <w:rPr>
            <w:szCs w:val="28"/>
            <w:lang w:val="ru-RU"/>
          </w:rPr>
          <w:t xml:space="preserve">87,5 </w:t>
        </w:r>
        <w:proofErr w:type="gramStart"/>
        <w:r w:rsidRPr="00DC2F01">
          <w:rPr>
            <w:szCs w:val="28"/>
            <w:lang w:val="ru-RU"/>
          </w:rPr>
          <w:t>г</w:t>
        </w:r>
      </w:smartTag>
      <w:r w:rsidRPr="00DC2F01">
        <w:rPr>
          <w:szCs w:val="28"/>
          <w:lang w:val="ru-RU"/>
        </w:rPr>
        <w:t xml:space="preserve">  соли</w:t>
      </w:r>
      <w:proofErr w:type="gramEnd"/>
      <w:r w:rsidRPr="00DC2F01">
        <w:rPr>
          <w:szCs w:val="28"/>
          <w:lang w:val="ru-RU"/>
        </w:rPr>
        <w:t xml:space="preserve"> равна ____ г.</w:t>
      </w:r>
    </w:p>
    <w:p w:rsidR="00DC2F01" w:rsidRPr="00DC2F01" w:rsidRDefault="00DC2F01" w:rsidP="00DC2F01">
      <w:pPr>
        <w:rPr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75.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 xml:space="preserve">На нейтрализацию 30 мл р-ра </w:t>
      </w:r>
      <w:proofErr w:type="gramStart"/>
      <w:r w:rsidRPr="00DC2F01">
        <w:rPr>
          <w:szCs w:val="28"/>
          <w:lang w:val="ru-RU"/>
        </w:rPr>
        <w:t>щелочи  с</w:t>
      </w:r>
      <w:proofErr w:type="gramEnd"/>
      <w:r w:rsidRPr="00DC2F01">
        <w:rPr>
          <w:szCs w:val="28"/>
          <w:lang w:val="ru-RU"/>
        </w:rPr>
        <w:t xml:space="preserve"> молярной концентрацией эквивалента 0,1моль/дм</w:t>
      </w:r>
      <w:r w:rsidRPr="00DC2F01">
        <w:rPr>
          <w:szCs w:val="28"/>
          <w:vertAlign w:val="superscript"/>
          <w:lang w:val="ru-RU"/>
        </w:rPr>
        <w:t>3</w:t>
      </w:r>
      <w:r w:rsidRPr="00DC2F01">
        <w:rPr>
          <w:szCs w:val="28"/>
          <w:lang w:val="ru-RU"/>
        </w:rPr>
        <w:t xml:space="preserve"> требуется 12 мл кислоты. Молярная концентрация эквивалента раствора кислоты равна __</w:t>
      </w:r>
      <w:proofErr w:type="gramStart"/>
      <w:r w:rsidRPr="00DC2F01">
        <w:rPr>
          <w:szCs w:val="28"/>
          <w:lang w:val="ru-RU"/>
        </w:rPr>
        <w:t>_  моль</w:t>
      </w:r>
      <w:proofErr w:type="gramEnd"/>
      <w:r w:rsidRPr="00DC2F01">
        <w:rPr>
          <w:szCs w:val="28"/>
          <w:lang w:val="ru-RU"/>
        </w:rPr>
        <w:t>/дм</w:t>
      </w:r>
      <w:r w:rsidRPr="00DC2F01">
        <w:rPr>
          <w:szCs w:val="28"/>
          <w:vertAlign w:val="superscript"/>
          <w:lang w:val="ru-RU"/>
        </w:rPr>
        <w:t>3</w:t>
      </w:r>
      <w:r w:rsidRPr="00DC2F01">
        <w:rPr>
          <w:szCs w:val="28"/>
          <w:lang w:val="ru-RU"/>
        </w:rPr>
        <w:t>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lastRenderedPageBreak/>
        <w:t>Задание 76.</w:t>
      </w:r>
    </w:p>
    <w:p w:rsidR="00DC2F01" w:rsidRPr="00DC2F01" w:rsidRDefault="00DC2F01" w:rsidP="00DC2F01">
      <w:pPr>
        <w:rPr>
          <w:sz w:val="22"/>
          <w:lang w:val="ru-RU"/>
        </w:rPr>
      </w:pPr>
      <w:r w:rsidRPr="00DC2F01">
        <w:rPr>
          <w:lang w:val="ru-RU"/>
        </w:rPr>
        <w:t xml:space="preserve">В каком объеме воды (л) растворено </w:t>
      </w:r>
      <w:smartTag w:uri="urn:schemas-microsoft-com:office:smarttags" w:element="metricconverter">
        <w:smartTagPr>
          <w:attr w:name="ProductID" w:val="70 г"/>
        </w:smartTagPr>
        <w:r w:rsidRPr="00DC2F01">
          <w:rPr>
            <w:lang w:val="ru-RU"/>
          </w:rPr>
          <w:t>70</w:t>
        </w:r>
        <w:r>
          <w:t> </w:t>
        </w:r>
        <w:r w:rsidRPr="00DC2F01">
          <w:rPr>
            <w:lang w:val="ru-RU"/>
          </w:rPr>
          <w:t>г</w:t>
        </w:r>
      </w:smartTag>
      <w:r w:rsidRPr="00DC2F01">
        <w:rPr>
          <w:lang w:val="ru-RU"/>
        </w:rPr>
        <w:t xml:space="preserve"> неэлектролита с молярной массой 70, если раствор замерзает при  </w:t>
      </w:r>
      <w:smartTag w:uri="urn:schemas-microsoft-com:office:smarttags" w:element="metricconverter">
        <w:smartTagPr>
          <w:attr w:name="ProductID" w:val="-1,86ﾰC"/>
        </w:smartTagPr>
        <w:r w:rsidRPr="00DC2F01">
          <w:rPr>
            <w:lang w:val="ru-RU"/>
          </w:rPr>
          <w:t>-1,86°</w:t>
        </w:r>
        <w:r>
          <w:t>C</w:t>
        </w:r>
      </w:smartTag>
      <w:r w:rsidRPr="00DC2F01">
        <w:rPr>
          <w:lang w:val="ru-RU"/>
        </w:rPr>
        <w:t xml:space="preserve"> </w:t>
      </w:r>
      <w:r w:rsidRPr="00DC2F01">
        <w:rPr>
          <w:sz w:val="22"/>
          <w:lang w:val="ru-RU"/>
        </w:rPr>
        <w:t>(К</w:t>
      </w:r>
      <w:r>
        <w:rPr>
          <w:sz w:val="22"/>
          <w:vertAlign w:val="subscript"/>
        </w:rPr>
        <w:t>H</w:t>
      </w:r>
      <w:r w:rsidRPr="00DC2F01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DC2F01">
        <w:rPr>
          <w:sz w:val="22"/>
          <w:lang w:val="ru-RU"/>
        </w:rPr>
        <w:t>=</w:t>
      </w:r>
      <w:r>
        <w:rPr>
          <w:sz w:val="22"/>
        </w:rPr>
        <w:t> </w:t>
      </w:r>
      <w:r w:rsidRPr="00DC2F01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119" type="#_x0000_t75" style="width:46.5pt;height:30pt" o:ole="">
            <v:imagedata r:id="rId185" o:title=""/>
          </v:shape>
          <o:OLEObject Type="Embed" ProgID="Equation.3" ShapeID="_x0000_i1119" DrawAspect="Content" ObjectID="_1841053864" r:id="rId186"/>
        </w:object>
      </w:r>
      <w:r w:rsidRPr="00DC2F01">
        <w:rPr>
          <w:sz w:val="22"/>
          <w:lang w:val="ru-RU"/>
        </w:rPr>
        <w:t>).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77.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Раствор этилового спирта С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Н</w:t>
      </w:r>
      <w:r w:rsidRPr="00DC2F01">
        <w:rPr>
          <w:vertAlign w:val="subscript"/>
          <w:lang w:val="ru-RU"/>
        </w:rPr>
        <w:t>5</w:t>
      </w:r>
      <w:r w:rsidRPr="00DC2F01">
        <w:rPr>
          <w:lang w:val="ru-RU"/>
        </w:rPr>
        <w:t xml:space="preserve">ОН, содержащий </w:t>
      </w:r>
      <w:smartTag w:uri="urn:schemas-microsoft-com:office:smarttags" w:element="metricconverter">
        <w:smartTagPr>
          <w:attr w:name="ProductID" w:val="72 г"/>
        </w:smartTagPr>
        <w:r w:rsidRPr="00DC2F01">
          <w:rPr>
            <w:lang w:val="ru-RU"/>
          </w:rPr>
          <w:t>72</w:t>
        </w:r>
        <w:r>
          <w:t> </w:t>
        </w:r>
        <w:r w:rsidRPr="00DC2F01">
          <w:rPr>
            <w:lang w:val="ru-RU"/>
          </w:rPr>
          <w:t>г</w:t>
        </w:r>
      </w:smartTag>
      <w:r w:rsidRPr="00DC2F01">
        <w:rPr>
          <w:lang w:val="ru-RU"/>
        </w:rPr>
        <w:t xml:space="preserve"> вещества в </w:t>
      </w:r>
      <w:smartTag w:uri="urn:schemas-microsoft-com:office:smarttags" w:element="metricconverter">
        <w:smartTagPr>
          <w:attr w:name="ProductID" w:val="1 л"/>
        </w:smartTagPr>
        <w:r w:rsidRPr="00DC2F01">
          <w:rPr>
            <w:lang w:val="ru-RU"/>
          </w:rPr>
          <w:t>1</w:t>
        </w:r>
        <w:r>
          <w:t> </w:t>
        </w:r>
        <w:r w:rsidRPr="00DC2F01">
          <w:rPr>
            <w:lang w:val="ru-RU"/>
          </w:rPr>
          <w:t>л</w:t>
        </w:r>
      </w:smartTag>
      <w:r w:rsidRPr="00DC2F01">
        <w:rPr>
          <w:lang w:val="ru-RU"/>
        </w:rPr>
        <w:t xml:space="preserve"> раствора имеет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при </w:t>
      </w:r>
      <w:smartTag w:uri="urn:schemas-microsoft-com:office:smarttags" w:element="metricconverter">
        <w:smartTagPr>
          <w:attr w:name="ProductID" w:val="Key1"/>
        </w:smartTagPr>
        <w:r w:rsidRPr="00DC2F01">
          <w:rPr>
            <w:lang w:val="ru-RU"/>
          </w:rPr>
          <w:t>20°</w:t>
        </w:r>
        <w:r>
          <w:t>C</w:t>
        </w:r>
      </w:smartTag>
      <w:r w:rsidRPr="00DC2F01">
        <w:rPr>
          <w:lang w:val="ru-RU"/>
        </w:rPr>
        <w:t xml:space="preserve"> осмотическое давление</w:t>
      </w:r>
      <w:proofErr w:type="gramStart"/>
      <w:r w:rsidRPr="00DC2F01">
        <w:rPr>
          <w:lang w:val="ru-RU"/>
        </w:rPr>
        <w:t>…,кПа</w:t>
      </w:r>
      <w:proofErr w:type="gramEnd"/>
      <w:r w:rsidRPr="00DC2F01">
        <w:rPr>
          <w:lang w:val="ru-RU"/>
        </w:rPr>
        <w:t>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tabs>
          <w:tab w:val="left" w:pos="3350"/>
        </w:tabs>
        <w:rPr>
          <w:lang w:val="ru-RU"/>
        </w:rPr>
      </w:pPr>
      <w:r w:rsidRPr="00DC2F01">
        <w:rPr>
          <w:b/>
          <w:lang w:val="ru-RU"/>
        </w:rPr>
        <w:t xml:space="preserve">Задание 78. </w:t>
      </w:r>
      <w:r w:rsidRPr="00DC2F01">
        <w:rPr>
          <w:lang w:val="ru-RU"/>
        </w:rPr>
        <w:t xml:space="preserve">Раствор, содержащий </w:t>
      </w:r>
      <w:smartTag w:uri="urn:schemas-microsoft-com:office:smarttags" w:element="metricconverter">
        <w:smartTagPr>
          <w:attr w:name="ProductID" w:val="2,3 г"/>
        </w:smartTagPr>
        <w:r w:rsidRPr="00DC2F01">
          <w:rPr>
            <w:lang w:val="ru-RU"/>
          </w:rPr>
          <w:t>2,3 г</w:t>
        </w:r>
      </w:smartTag>
      <w:r w:rsidRPr="00DC2F01">
        <w:rPr>
          <w:lang w:val="ru-RU"/>
        </w:rPr>
        <w:t xml:space="preserve"> неэлектролита в 250 мл при 27</w:t>
      </w:r>
      <w:r w:rsidRPr="00DC2F01">
        <w:rPr>
          <w:vertAlign w:val="superscript"/>
          <w:lang w:val="ru-RU"/>
        </w:rPr>
        <w:t>о</w:t>
      </w:r>
      <w:r w:rsidRPr="00DC2F01">
        <w:rPr>
          <w:lang w:val="ru-RU"/>
        </w:rPr>
        <w:t xml:space="preserve">С имеет осмотическое давление 249 кПа. Молярная масса </w:t>
      </w:r>
      <w:proofErr w:type="gramStart"/>
      <w:r w:rsidRPr="00DC2F01">
        <w:rPr>
          <w:lang w:val="ru-RU"/>
        </w:rPr>
        <w:t>неэлектролита  (</w:t>
      </w:r>
      <w:proofErr w:type="gramEnd"/>
      <w:r w:rsidRPr="00DC2F01">
        <w:rPr>
          <w:lang w:val="ru-RU"/>
        </w:rPr>
        <w:t>г/моль)  равна…</w:t>
      </w:r>
    </w:p>
    <w:p w:rsidR="00DC2F01" w:rsidRPr="00DC2F01" w:rsidRDefault="00DC2F01" w:rsidP="00DC2F01">
      <w:pPr>
        <w:ind w:firstLine="175"/>
        <w:rPr>
          <w:b/>
          <w:lang w:val="ru-RU"/>
        </w:rPr>
      </w:pPr>
    </w:p>
    <w:p w:rsidR="00DC2F01" w:rsidRPr="00DC2F01" w:rsidRDefault="00DC2F01" w:rsidP="00DC2F01">
      <w:pPr>
        <w:rPr>
          <w:i/>
          <w:sz w:val="20"/>
          <w:u w:val="single"/>
          <w:lang w:val="ru-RU"/>
        </w:rPr>
      </w:pPr>
      <w:r w:rsidRPr="00DC2F01">
        <w:rPr>
          <w:b/>
          <w:lang w:val="ru-RU"/>
        </w:rPr>
        <w:t>Задание 79.</w:t>
      </w:r>
      <w:r w:rsidRPr="00DC2F01">
        <w:rPr>
          <w:szCs w:val="24"/>
          <w:lang w:val="ru-RU"/>
        </w:rPr>
        <w:t xml:space="preserve"> </w:t>
      </w:r>
      <w:r w:rsidRPr="00DC2F01">
        <w:rPr>
          <w:lang w:val="ru-RU"/>
        </w:rPr>
        <w:t>Раствор, содержащий 0,4</w:t>
      </w:r>
      <w:r>
        <w:t> </w:t>
      </w:r>
      <w:r w:rsidRPr="00DC2F01">
        <w:rPr>
          <w:lang w:val="ru-RU"/>
        </w:rPr>
        <w:t xml:space="preserve">г вещества в </w:t>
      </w:r>
      <w:smartTag w:uri="urn:schemas-microsoft-com:office:smarttags" w:element="metricconverter">
        <w:smartTagPr>
          <w:attr w:name="ProductID" w:val="10 г"/>
        </w:smartTagPr>
        <w:r w:rsidRPr="00DC2F01">
          <w:rPr>
            <w:lang w:val="ru-RU"/>
          </w:rPr>
          <w:t>10</w:t>
        </w:r>
        <w:r>
          <w:t> </w:t>
        </w:r>
        <w:r w:rsidRPr="00DC2F01">
          <w:rPr>
            <w:lang w:val="ru-RU"/>
          </w:rPr>
          <w:t>г</w:t>
        </w:r>
      </w:smartTag>
      <w:r w:rsidRPr="00DC2F01">
        <w:rPr>
          <w:lang w:val="ru-RU"/>
        </w:rPr>
        <w:t xml:space="preserve"> воды, замерзает при -1,24</w:t>
      </w:r>
      <w:r w:rsidRPr="00DC2F01">
        <w:rPr>
          <w:vertAlign w:val="superscript"/>
          <w:lang w:val="ru-RU"/>
        </w:rPr>
        <w:t>о</w:t>
      </w:r>
      <w:r w:rsidRPr="00DC2F01">
        <w:rPr>
          <w:lang w:val="ru-RU"/>
        </w:rPr>
        <w:t>С. (</w:t>
      </w:r>
      <w:r w:rsidRPr="00DC2F01">
        <w:rPr>
          <w:sz w:val="22"/>
          <w:lang w:val="ru-RU"/>
        </w:rPr>
        <w:t>К</w:t>
      </w:r>
      <w:r>
        <w:rPr>
          <w:sz w:val="22"/>
          <w:vertAlign w:val="subscript"/>
        </w:rPr>
        <w:t>H</w:t>
      </w:r>
      <w:r w:rsidRPr="00DC2F01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DC2F01">
        <w:rPr>
          <w:sz w:val="22"/>
          <w:lang w:val="ru-RU"/>
        </w:rPr>
        <w:t>=</w:t>
      </w:r>
      <w:r>
        <w:rPr>
          <w:sz w:val="22"/>
        </w:rPr>
        <w:t> </w:t>
      </w:r>
      <w:r w:rsidRPr="00DC2F01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120" type="#_x0000_t75" style="width:46.5pt;height:30pt" o:ole="">
            <v:imagedata r:id="rId187" o:title=""/>
          </v:shape>
          <o:OLEObject Type="Embed" ProgID="Equation.3" ShapeID="_x0000_i1120" DrawAspect="Content" ObjectID="_1841053865" r:id="rId188"/>
        </w:object>
      </w:r>
      <w:r w:rsidRPr="00110C66">
        <w:rPr>
          <w:position w:val="-10"/>
          <w:sz w:val="22"/>
        </w:rPr>
        <w:object w:dxaOrig="180" w:dyaOrig="340">
          <v:shape id="_x0000_i1121" type="#_x0000_t75" style="width:8.25pt;height:18pt" o:ole="">
            <v:imagedata r:id="rId189" o:title=""/>
          </v:shape>
          <o:OLEObject Type="Embed" ProgID="Equation.3" ShapeID="_x0000_i1121" DrawAspect="Content" ObjectID="_1841053866" r:id="rId190"/>
        </w:object>
      </w:r>
      <w:r w:rsidRPr="00DC2F01">
        <w:rPr>
          <w:sz w:val="22"/>
          <w:lang w:val="ru-RU"/>
        </w:rPr>
        <w:t>)</w:t>
      </w:r>
      <w:r w:rsidRPr="00DC2F01">
        <w:rPr>
          <w:lang w:val="ru-RU"/>
        </w:rPr>
        <w:t xml:space="preserve">. Молярная </w:t>
      </w:r>
      <w:proofErr w:type="gramStart"/>
      <w:r w:rsidRPr="00DC2F01">
        <w:rPr>
          <w:lang w:val="ru-RU"/>
        </w:rPr>
        <w:t>масса  вещества</w:t>
      </w:r>
      <w:proofErr w:type="gramEnd"/>
      <w:r w:rsidRPr="00DC2F01">
        <w:rPr>
          <w:lang w:val="ru-RU"/>
        </w:rPr>
        <w:t xml:space="preserve">   равна   _____, г/моль.</w:t>
      </w:r>
    </w:p>
    <w:p w:rsidR="00DC2F01" w:rsidRPr="00DC2F01" w:rsidRDefault="00DC2F01" w:rsidP="00DC2F01">
      <w:pPr>
        <w:tabs>
          <w:tab w:val="left" w:pos="3350"/>
        </w:tabs>
        <w:rPr>
          <w:b/>
          <w:szCs w:val="24"/>
          <w:lang w:val="ru-RU"/>
        </w:rPr>
      </w:pPr>
    </w:p>
    <w:p w:rsidR="00DC2F01" w:rsidRPr="00DC2F01" w:rsidRDefault="00DC2F01" w:rsidP="00DC2F01">
      <w:pPr>
        <w:tabs>
          <w:tab w:val="left" w:pos="3350"/>
        </w:tabs>
        <w:rPr>
          <w:lang w:val="ru-RU"/>
        </w:rPr>
      </w:pPr>
      <w:r w:rsidRPr="00DC2F01">
        <w:rPr>
          <w:b/>
          <w:szCs w:val="24"/>
          <w:lang w:val="ru-RU"/>
        </w:rPr>
        <w:t>Задание 80.</w:t>
      </w:r>
      <w:r w:rsidRPr="00DC2F01">
        <w:rPr>
          <w:lang w:val="ru-RU"/>
        </w:rPr>
        <w:t xml:space="preserve"> Раствор, содержащий </w:t>
      </w:r>
      <w:smartTag w:uri="urn:schemas-microsoft-com:office:smarttags" w:element="metricconverter">
        <w:smartTagPr>
          <w:attr w:name="ProductID" w:val="72 г"/>
        </w:smartTagPr>
        <w:r w:rsidRPr="00DC2F01">
          <w:rPr>
            <w:lang w:val="ru-RU"/>
          </w:rPr>
          <w:t>72 г</w:t>
        </w:r>
      </w:smartTag>
      <w:r w:rsidRPr="00DC2F01">
        <w:rPr>
          <w:lang w:val="ru-RU"/>
        </w:rPr>
        <w:t xml:space="preserve"> сахарозы(</w:t>
      </w:r>
      <w:r>
        <w:t>C</w:t>
      </w:r>
      <w:r w:rsidRPr="00DC2F01">
        <w:rPr>
          <w:vertAlign w:val="subscript"/>
          <w:lang w:val="ru-RU"/>
        </w:rPr>
        <w:t>12</w:t>
      </w:r>
      <w:r>
        <w:t>H</w:t>
      </w:r>
      <w:r w:rsidRPr="00DC2F01">
        <w:rPr>
          <w:vertAlign w:val="subscript"/>
          <w:lang w:val="ru-RU"/>
        </w:rPr>
        <w:t>22</w:t>
      </w:r>
      <w:r>
        <w:t>O</w:t>
      </w:r>
      <w:r w:rsidRPr="00DC2F01">
        <w:rPr>
          <w:vertAlign w:val="subscript"/>
          <w:lang w:val="ru-RU"/>
        </w:rPr>
        <w:t>11</w:t>
      </w:r>
      <w:r w:rsidRPr="00DC2F01">
        <w:rPr>
          <w:lang w:val="ru-RU"/>
        </w:rPr>
        <w:t xml:space="preserve">) в </w:t>
      </w:r>
      <w:smartTag w:uri="urn:schemas-microsoft-com:office:smarttags" w:element="metricconverter">
        <w:smartTagPr>
          <w:attr w:name="ProductID" w:val="1 л"/>
        </w:smartTagPr>
        <w:r w:rsidRPr="00DC2F01">
          <w:rPr>
            <w:lang w:val="ru-RU"/>
          </w:rPr>
          <w:t>1 л</w:t>
        </w:r>
      </w:smartTag>
      <w:r w:rsidRPr="00DC2F01">
        <w:rPr>
          <w:lang w:val="ru-RU"/>
        </w:rPr>
        <w:t xml:space="preserve"> раствора при 20</w:t>
      </w:r>
      <w:r w:rsidRPr="00DC2F01">
        <w:rPr>
          <w:vertAlign w:val="superscript"/>
          <w:lang w:val="ru-RU"/>
        </w:rPr>
        <w:t>о</w:t>
      </w:r>
      <w:r w:rsidRPr="00DC2F01">
        <w:rPr>
          <w:lang w:val="ru-RU"/>
        </w:rPr>
        <w:t xml:space="preserve">С имеет осмотическое давление… (кПа) </w:t>
      </w:r>
    </w:p>
    <w:p w:rsidR="00DC2F01" w:rsidRPr="00DC2F01" w:rsidRDefault="00DC2F01" w:rsidP="00DC2F01">
      <w:pPr>
        <w:rPr>
          <w:i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 xml:space="preserve">Задание 81. </w:t>
      </w:r>
      <w:r w:rsidRPr="00DC2F01">
        <w:rPr>
          <w:lang w:val="ru-RU"/>
        </w:rPr>
        <w:t xml:space="preserve">При растворении </w:t>
      </w:r>
      <w:smartTag w:uri="urn:schemas-microsoft-com:office:smarttags" w:element="metricconverter">
        <w:smartTagPr>
          <w:attr w:name="ProductID" w:val="60 г"/>
        </w:smartTagPr>
        <w:r w:rsidRPr="00DC2F01">
          <w:rPr>
            <w:lang w:val="ru-RU"/>
          </w:rPr>
          <w:t>60 г</w:t>
        </w:r>
      </w:smartTag>
      <w:r w:rsidRPr="00DC2F01">
        <w:rPr>
          <w:lang w:val="ru-RU"/>
        </w:rPr>
        <w:t xml:space="preserve"> сахарозы в </w:t>
      </w:r>
      <w:smartTag w:uri="urn:schemas-microsoft-com:office:smarttags" w:element="metricconverter">
        <w:smartTagPr>
          <w:attr w:name="ProductID" w:val="100 г"/>
        </w:smartTagPr>
        <w:r w:rsidRPr="00DC2F01">
          <w:rPr>
            <w:lang w:val="ru-RU"/>
          </w:rPr>
          <w:t>100 г</w:t>
        </w:r>
      </w:smartTag>
      <w:r w:rsidRPr="00DC2F01">
        <w:rPr>
          <w:lang w:val="ru-RU"/>
        </w:rPr>
        <w:t xml:space="preserve"> воды температура замерзания понизится, на ______ град. (К=1,86º</w:t>
      </w:r>
      <w:proofErr w:type="gramStart"/>
      <w:r w:rsidRPr="00DC2F01">
        <w:rPr>
          <w:lang w:val="ru-RU"/>
        </w:rPr>
        <w:t>С )</w:t>
      </w:r>
      <w:proofErr w:type="gramEnd"/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82.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Осмотическое давление раствора глюкозы (</w:t>
      </w:r>
      <w:r>
        <w:t>C</w:t>
      </w:r>
      <w:r w:rsidRPr="00DC2F01">
        <w:rPr>
          <w:vertAlign w:val="subscript"/>
          <w:lang w:val="ru-RU"/>
        </w:rPr>
        <w:t>6</w:t>
      </w:r>
      <w:r>
        <w:t>H</w:t>
      </w:r>
      <w:r w:rsidRPr="00DC2F01">
        <w:rPr>
          <w:vertAlign w:val="subscript"/>
          <w:lang w:val="ru-RU"/>
        </w:rPr>
        <w:t>12</w:t>
      </w:r>
      <w:r>
        <w:t>O</w:t>
      </w:r>
      <w:r w:rsidRPr="00DC2F01">
        <w:rPr>
          <w:vertAlign w:val="subscript"/>
          <w:lang w:val="ru-RU"/>
        </w:rPr>
        <w:t>6</w:t>
      </w:r>
      <w:proofErr w:type="gramStart"/>
      <w:r w:rsidRPr="00DC2F01">
        <w:rPr>
          <w:lang w:val="ru-RU"/>
        </w:rPr>
        <w:t>) ,содержащего</w:t>
      </w:r>
      <w:proofErr w:type="gramEnd"/>
      <w:r w:rsidRPr="00DC2F01">
        <w:rPr>
          <w:lang w:val="ru-RU"/>
        </w:rPr>
        <w:t xml:space="preserve"> </w:t>
      </w:r>
      <w:smartTag w:uri="urn:schemas-microsoft-com:office:smarttags" w:element="metricconverter">
        <w:smartTagPr>
          <w:attr w:name="ProductID" w:val="72 г"/>
        </w:smartTagPr>
        <w:r w:rsidRPr="00DC2F01">
          <w:rPr>
            <w:lang w:val="ru-RU"/>
          </w:rPr>
          <w:t>72</w:t>
        </w:r>
        <w:r>
          <w:t> </w:t>
        </w:r>
        <w:r w:rsidRPr="00DC2F01">
          <w:rPr>
            <w:lang w:val="ru-RU"/>
          </w:rPr>
          <w:t>г</w:t>
        </w:r>
      </w:smartTag>
      <w:r w:rsidRPr="00DC2F01">
        <w:rPr>
          <w:lang w:val="ru-RU"/>
        </w:rPr>
        <w:t xml:space="preserve"> вещества в </w:t>
      </w:r>
      <w:smartTag w:uri="urn:schemas-microsoft-com:office:smarttags" w:element="metricconverter">
        <w:smartTagPr>
          <w:attr w:name="ProductID" w:val="1 л"/>
        </w:smartTagPr>
        <w:r w:rsidRPr="00DC2F01">
          <w:rPr>
            <w:lang w:val="ru-RU"/>
          </w:rPr>
          <w:t>1</w:t>
        </w:r>
        <w:r>
          <w:t> </w:t>
        </w:r>
        <w:r w:rsidRPr="00DC2F01">
          <w:rPr>
            <w:lang w:val="ru-RU"/>
          </w:rPr>
          <w:t>л</w:t>
        </w:r>
      </w:smartTag>
      <w:r w:rsidRPr="00DC2F01">
        <w:rPr>
          <w:lang w:val="ru-RU"/>
        </w:rPr>
        <w:t xml:space="preserve"> раствора  при </w:t>
      </w:r>
      <w:smartTag w:uri="urn:schemas-microsoft-com:office:smarttags" w:element="metricconverter">
        <w:smartTagPr>
          <w:attr w:name="ProductID" w:val="20ﾰC"/>
        </w:smartTagPr>
        <w:r w:rsidRPr="00DC2F01">
          <w:rPr>
            <w:lang w:val="ru-RU"/>
          </w:rPr>
          <w:t>20°</w:t>
        </w:r>
        <w:r>
          <w:t>C</w:t>
        </w:r>
      </w:smartTag>
      <w:r w:rsidRPr="00DC2F01">
        <w:rPr>
          <w:lang w:val="ru-RU"/>
        </w:rPr>
        <w:t xml:space="preserve"> составляет…, (кПа)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t>Задание 83.</w:t>
      </w:r>
      <w:r w:rsidRPr="00DC2F01">
        <w:rPr>
          <w:lang w:val="ru-RU"/>
        </w:rPr>
        <w:t xml:space="preserve">Температура кристаллизации 10% раствора глицерина </w:t>
      </w:r>
      <w:r>
        <w:t>C</w:t>
      </w:r>
      <w:r w:rsidRPr="00DC2F01">
        <w:rPr>
          <w:vertAlign w:val="subscript"/>
          <w:lang w:val="ru-RU"/>
        </w:rPr>
        <w:t>3</w:t>
      </w:r>
      <w:r>
        <w:t>H</w:t>
      </w:r>
      <w:r w:rsidRPr="00DC2F01">
        <w:rPr>
          <w:vertAlign w:val="subscript"/>
          <w:lang w:val="ru-RU"/>
        </w:rPr>
        <w:t>8</w:t>
      </w:r>
      <w:r>
        <w:t>O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 xml:space="preserve"> в воде</w:t>
      </w:r>
      <w:r w:rsidRPr="00DC2F01">
        <w:rPr>
          <w:sz w:val="22"/>
          <w:lang w:val="ru-RU"/>
        </w:rPr>
        <w:t>(К</w:t>
      </w:r>
      <w:r>
        <w:rPr>
          <w:sz w:val="22"/>
          <w:vertAlign w:val="subscript"/>
        </w:rPr>
        <w:t>H</w:t>
      </w:r>
      <w:r w:rsidRPr="00DC2F01">
        <w:rPr>
          <w:position w:val="-4"/>
          <w:sz w:val="22"/>
          <w:vertAlign w:val="subscript"/>
          <w:lang w:val="ru-RU"/>
        </w:rPr>
        <w:t>2</w:t>
      </w:r>
      <w:r>
        <w:rPr>
          <w:sz w:val="22"/>
          <w:vertAlign w:val="subscript"/>
        </w:rPr>
        <w:t>O</w:t>
      </w:r>
      <w:r>
        <w:rPr>
          <w:sz w:val="22"/>
        </w:rPr>
        <w:t> </w:t>
      </w:r>
      <w:r w:rsidRPr="00DC2F01">
        <w:rPr>
          <w:sz w:val="22"/>
          <w:lang w:val="ru-RU"/>
        </w:rPr>
        <w:t>=</w:t>
      </w:r>
      <w:r>
        <w:rPr>
          <w:sz w:val="22"/>
        </w:rPr>
        <w:t> </w:t>
      </w:r>
      <w:r w:rsidRPr="00DC2F01">
        <w:rPr>
          <w:sz w:val="22"/>
          <w:lang w:val="ru-RU"/>
        </w:rPr>
        <w:t>1,86</w:t>
      </w:r>
      <w:r w:rsidRPr="00110C66">
        <w:rPr>
          <w:position w:val="-24"/>
          <w:sz w:val="22"/>
        </w:rPr>
        <w:object w:dxaOrig="920" w:dyaOrig="620">
          <v:shape id="_x0000_i1122" type="#_x0000_t75" style="width:46.5pt;height:30pt" o:ole="">
            <v:imagedata r:id="rId191" o:title=""/>
          </v:shape>
          <o:OLEObject Type="Embed" ProgID="Equation.3" ShapeID="_x0000_i1122" DrawAspect="Content" ObjectID="_1841053867" r:id="rId192"/>
        </w:object>
      </w:r>
      <w:r w:rsidRPr="00110C66">
        <w:rPr>
          <w:position w:val="-10"/>
          <w:sz w:val="22"/>
        </w:rPr>
        <w:object w:dxaOrig="180" w:dyaOrig="340">
          <v:shape id="_x0000_i1123" type="#_x0000_t75" style="width:8.25pt;height:18pt" o:ole="">
            <v:imagedata r:id="rId189" o:title=""/>
          </v:shape>
          <o:OLEObject Type="Embed" ProgID="Equation.3" ShapeID="_x0000_i1123" DrawAspect="Content" ObjectID="_1841053868" r:id="rId193"/>
        </w:object>
      </w:r>
      <w:r w:rsidRPr="00DC2F01">
        <w:rPr>
          <w:sz w:val="22"/>
          <w:lang w:val="ru-RU"/>
        </w:rPr>
        <w:t>)</w:t>
      </w:r>
      <w:r w:rsidRPr="00DC2F01">
        <w:rPr>
          <w:lang w:val="ru-RU"/>
        </w:rPr>
        <w:t xml:space="preserve"> составляет…, °С 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84.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При </w:t>
      </w:r>
      <w:smartTag w:uri="urn:schemas-microsoft-com:office:smarttags" w:element="metricconverter">
        <w:smartTagPr>
          <w:attr w:name="ProductID" w:val="20°C"/>
        </w:smartTagPr>
        <w:r w:rsidRPr="00DC2F01">
          <w:rPr>
            <w:lang w:val="ru-RU"/>
          </w:rPr>
          <w:t>20°</w:t>
        </w:r>
        <w:r>
          <w:t>C</w:t>
        </w:r>
      </w:smartTag>
      <w:r w:rsidRPr="00DC2F01">
        <w:rPr>
          <w:lang w:val="ru-RU"/>
        </w:rPr>
        <w:t xml:space="preserve"> осмотическое давление раствора равно 438</w:t>
      </w:r>
      <w:r>
        <w:t> </w:t>
      </w:r>
      <w:r w:rsidRPr="00DC2F01">
        <w:rPr>
          <w:lang w:val="ru-RU"/>
        </w:rPr>
        <w:t xml:space="preserve">кПа. Если раствор разбавить в три раза, а температуру повысить до </w:t>
      </w:r>
      <w:smartTag w:uri="urn:schemas-microsoft-com:office:smarttags" w:element="metricconverter">
        <w:smartTagPr>
          <w:attr w:name="ProductID" w:val="40°C"/>
        </w:smartTagPr>
        <w:r w:rsidRPr="00DC2F01">
          <w:rPr>
            <w:lang w:val="ru-RU"/>
          </w:rPr>
          <w:t>40°</w:t>
        </w:r>
        <w:r>
          <w:t>C</w:t>
        </w:r>
      </w:smartTag>
      <w:r w:rsidRPr="00DC2F01">
        <w:rPr>
          <w:lang w:val="ru-RU"/>
        </w:rPr>
        <w:t>, осмотическое давление будет равно ___</w:t>
      </w:r>
      <w:proofErr w:type="gramStart"/>
      <w:r w:rsidRPr="00DC2F01">
        <w:rPr>
          <w:lang w:val="ru-RU"/>
        </w:rPr>
        <w:t>_ ,кПа</w:t>
      </w:r>
      <w:proofErr w:type="gramEnd"/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 xml:space="preserve">Задание 85.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lastRenderedPageBreak/>
        <w:t xml:space="preserve">Температура замерзания 15 % водного раствора </w:t>
      </w:r>
      <w:proofErr w:type="gramStart"/>
      <w:r w:rsidRPr="00DC2F01">
        <w:rPr>
          <w:lang w:val="ru-RU"/>
        </w:rPr>
        <w:t>глицерина  (</w:t>
      </w:r>
      <w:proofErr w:type="gramEnd"/>
      <w:r>
        <w:t>C</w:t>
      </w:r>
      <w:r w:rsidRPr="00DC2F01">
        <w:rPr>
          <w:vertAlign w:val="subscript"/>
          <w:lang w:val="ru-RU"/>
        </w:rPr>
        <w:t>3</w:t>
      </w:r>
      <w:r>
        <w:t>H</w:t>
      </w:r>
      <w:r w:rsidRPr="00DC2F01">
        <w:rPr>
          <w:vertAlign w:val="subscript"/>
          <w:lang w:val="ru-RU"/>
        </w:rPr>
        <w:t>8</w:t>
      </w:r>
      <w:r>
        <w:t>O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>) равна…,°</w:t>
      </w:r>
      <w:r>
        <w:t>C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86.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Реакция обмена идёт до конца, если: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Pr="00DC2F01" w:rsidRDefault="00DC2F01" w:rsidP="000D3AEE">
      <w:pPr>
        <w:numPr>
          <w:ilvl w:val="0"/>
          <w:numId w:val="56"/>
        </w:numPr>
        <w:spacing w:line="240" w:lineRule="auto"/>
        <w:rPr>
          <w:lang w:val="ru-RU"/>
        </w:rPr>
      </w:pPr>
      <w:r w:rsidRPr="00DC2F01">
        <w:rPr>
          <w:lang w:val="ru-RU"/>
        </w:rPr>
        <w:t xml:space="preserve">исходные вещества взяты в количествах, </w:t>
      </w:r>
      <w:proofErr w:type="gramStart"/>
      <w:r w:rsidRPr="00DC2F01">
        <w:rPr>
          <w:lang w:val="ru-RU"/>
        </w:rPr>
        <w:t>пропорциональных  их</w:t>
      </w:r>
      <w:proofErr w:type="gramEnd"/>
      <w:r w:rsidRPr="00DC2F01">
        <w:rPr>
          <w:lang w:val="ru-RU"/>
        </w:rPr>
        <w:t xml:space="preserve"> стехиометрическим отношениям;</w:t>
      </w:r>
    </w:p>
    <w:p w:rsidR="00DC2F01" w:rsidRPr="00DC2F01" w:rsidRDefault="00DC2F01" w:rsidP="000D3AEE">
      <w:pPr>
        <w:numPr>
          <w:ilvl w:val="0"/>
          <w:numId w:val="56"/>
        </w:numPr>
        <w:spacing w:line="240" w:lineRule="auto"/>
        <w:rPr>
          <w:lang w:val="ru-RU"/>
        </w:rPr>
      </w:pPr>
      <w:r w:rsidRPr="00DC2F01">
        <w:rPr>
          <w:lang w:val="ru-RU"/>
        </w:rPr>
        <w:t>если более активный элемент вытеснит менее активный из его соединения;</w:t>
      </w:r>
    </w:p>
    <w:p w:rsidR="00DC2F01" w:rsidRPr="00DC2F01" w:rsidRDefault="00DC2F01" w:rsidP="000D3AEE">
      <w:pPr>
        <w:numPr>
          <w:ilvl w:val="0"/>
          <w:numId w:val="56"/>
        </w:numPr>
        <w:spacing w:line="240" w:lineRule="auto"/>
        <w:rPr>
          <w:lang w:val="ru-RU"/>
        </w:rPr>
      </w:pPr>
      <w:r w:rsidRPr="00DC2F01">
        <w:rPr>
          <w:lang w:val="ru-RU"/>
        </w:rPr>
        <w:t>если в результате реакции образуется осадок, газ или молекула слабого   электролита.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>Задание 87.</w:t>
      </w:r>
      <w:r w:rsidRPr="00DC2F01">
        <w:rPr>
          <w:lang w:val="ru-RU"/>
        </w:rPr>
        <w:t xml:space="preserve"> К сильным электролитам относится:</w:t>
      </w:r>
    </w:p>
    <w:p w:rsidR="00DC2F01" w:rsidRPr="001A3BB0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ind w:firstLine="175"/>
        <w:rPr>
          <w:lang w:val="ru-RU"/>
        </w:rPr>
      </w:pPr>
      <w:r w:rsidRPr="00DC2F01">
        <w:rPr>
          <w:lang w:val="ru-RU"/>
        </w:rPr>
        <w:t xml:space="preserve">1) </w:t>
      </w:r>
      <w:r>
        <w:t>Fe</w:t>
      </w:r>
      <w:r w:rsidRPr="00DC2F01">
        <w:rPr>
          <w:lang w:val="ru-RU"/>
        </w:rPr>
        <w:t>(</w:t>
      </w:r>
      <w:r>
        <w:t>OH</w:t>
      </w:r>
      <w:r w:rsidRPr="00DC2F01">
        <w:rPr>
          <w:lang w:val="ru-RU"/>
        </w:rPr>
        <w:t>)</w:t>
      </w:r>
      <w:proofErr w:type="gramStart"/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>;  2</w:t>
      </w:r>
      <w:proofErr w:type="gramEnd"/>
      <w:r w:rsidRPr="00DC2F01">
        <w:rPr>
          <w:lang w:val="ru-RU"/>
        </w:rPr>
        <w:t xml:space="preserve">) </w:t>
      </w:r>
      <w:r>
        <w:t>H</w:t>
      </w:r>
      <w:r w:rsidRPr="00DC2F01">
        <w:rPr>
          <w:vertAlign w:val="subscript"/>
          <w:lang w:val="ru-RU"/>
        </w:rPr>
        <w:t>2</w:t>
      </w:r>
      <w:r>
        <w:t>SiO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 xml:space="preserve">;    3) </w:t>
      </w:r>
      <w:r>
        <w:t>H</w:t>
      </w:r>
      <w:r w:rsidRPr="00DC2F01">
        <w:rPr>
          <w:vertAlign w:val="subscript"/>
          <w:lang w:val="ru-RU"/>
        </w:rPr>
        <w:t>2</w:t>
      </w:r>
      <w:r>
        <w:t>SO</w:t>
      </w:r>
      <w:r w:rsidRPr="00DC2F01">
        <w:rPr>
          <w:vertAlign w:val="subscript"/>
          <w:lang w:val="ru-RU"/>
        </w:rPr>
        <w:t>4</w:t>
      </w:r>
    </w:p>
    <w:p w:rsidR="00DC2F01" w:rsidRPr="00DC2F01" w:rsidRDefault="00DC2F01" w:rsidP="00DC2F01">
      <w:pPr>
        <w:ind w:firstLine="175"/>
        <w:rPr>
          <w:i/>
          <w:sz w:val="20"/>
          <w:u w:val="single"/>
          <w:lang w:val="ru-RU"/>
        </w:rPr>
      </w:pPr>
    </w:p>
    <w:p w:rsidR="00DC2F01" w:rsidRPr="008965C9" w:rsidRDefault="00DC2F01" w:rsidP="00DC2F01">
      <w:pPr>
        <w:pStyle w:val="affc"/>
        <w:ind w:left="0"/>
      </w:pPr>
      <w:r>
        <w:rPr>
          <w:b/>
        </w:rPr>
        <w:t>Задание 88</w:t>
      </w:r>
      <w:r w:rsidRPr="00AE47C9">
        <w:rPr>
          <w:b/>
        </w:rPr>
        <w:t>.</w:t>
      </w:r>
      <w:r>
        <w:rPr>
          <w:szCs w:val="24"/>
        </w:rPr>
        <w:t xml:space="preserve"> </w:t>
      </w:r>
      <w:r>
        <w:t>Из трёх групп веществ выберите ту, которая содержит только сильные электролиты:</w:t>
      </w:r>
      <w:r>
        <w:rPr>
          <w:b/>
        </w:rPr>
        <w:t xml:space="preserve"> </w:t>
      </w:r>
      <w:r w:rsidRPr="001A3BB0">
        <w:rPr>
          <w:i/>
        </w:rPr>
        <w:t xml:space="preserve">варианты ответов: </w:t>
      </w:r>
    </w:p>
    <w:p w:rsidR="00DC2F01" w:rsidRPr="00287A8F" w:rsidRDefault="00DC2F01" w:rsidP="00DC2F01">
      <w:pPr>
        <w:spacing w:line="240" w:lineRule="auto"/>
        <w:rPr>
          <w:i/>
          <w:sz w:val="20"/>
          <w:u w:val="single"/>
        </w:rPr>
      </w:pPr>
      <w:r w:rsidRPr="00391C67">
        <w:t xml:space="preserve">1) </w:t>
      </w:r>
      <w:proofErr w:type="gramStart"/>
      <w:r>
        <w:t>NaCl</w:t>
      </w:r>
      <w:r w:rsidRPr="00391C67">
        <w:t xml:space="preserve"> ,</w:t>
      </w:r>
      <w:r>
        <w:t>Cu</w:t>
      </w:r>
      <w:proofErr w:type="gramEnd"/>
      <w:r w:rsidRPr="00391C67">
        <w:t>(</w:t>
      </w:r>
      <w:r>
        <w:t>OH</w:t>
      </w:r>
      <w:r w:rsidRPr="00391C67">
        <w:t>)</w:t>
      </w:r>
      <w:r w:rsidRPr="00391C67">
        <w:rPr>
          <w:vertAlign w:val="subscript"/>
        </w:rPr>
        <w:t>2</w:t>
      </w:r>
      <w:r w:rsidRPr="00391C67">
        <w:t xml:space="preserve">, </w:t>
      </w:r>
      <w:r>
        <w:t>HNO</w:t>
      </w:r>
      <w:r w:rsidRPr="00391C67">
        <w:rPr>
          <w:vertAlign w:val="subscript"/>
        </w:rPr>
        <w:t>3</w:t>
      </w:r>
      <w:r w:rsidRPr="00391C67">
        <w:t xml:space="preserve">; 2) </w:t>
      </w:r>
      <w:r>
        <w:t>BaCl</w:t>
      </w:r>
      <w:r w:rsidRPr="00391C67">
        <w:rPr>
          <w:vertAlign w:val="subscript"/>
        </w:rPr>
        <w:t>2</w:t>
      </w:r>
      <w:r w:rsidRPr="00391C67">
        <w:t xml:space="preserve"> , </w:t>
      </w:r>
      <w:r>
        <w:t>H</w:t>
      </w:r>
      <w:r w:rsidRPr="00391C67">
        <w:t xml:space="preserve"> </w:t>
      </w:r>
      <w:r w:rsidRPr="00391C67">
        <w:rPr>
          <w:vertAlign w:val="subscript"/>
        </w:rPr>
        <w:t>2</w:t>
      </w:r>
      <w:r>
        <w:t>CO</w:t>
      </w:r>
      <w:r w:rsidRPr="00391C67">
        <w:rPr>
          <w:vertAlign w:val="subscript"/>
        </w:rPr>
        <w:t xml:space="preserve">3 </w:t>
      </w:r>
      <w:r w:rsidRPr="00391C67">
        <w:t xml:space="preserve">, </w:t>
      </w:r>
      <w:r>
        <w:t>NaOH</w:t>
      </w:r>
      <w:r w:rsidRPr="00391C67">
        <w:t>;  3)</w:t>
      </w:r>
      <w:r>
        <w:t>K</w:t>
      </w:r>
      <w:r w:rsidRPr="00287A8F">
        <w:rPr>
          <w:vertAlign w:val="subscript"/>
        </w:rPr>
        <w:t>2</w:t>
      </w:r>
      <w:r>
        <w:t>SO</w:t>
      </w:r>
      <w:r w:rsidRPr="00287A8F">
        <w:rPr>
          <w:vertAlign w:val="subscript"/>
        </w:rPr>
        <w:t>4</w:t>
      </w:r>
      <w:r w:rsidRPr="00287A8F">
        <w:t xml:space="preserve">, </w:t>
      </w:r>
      <w:r>
        <w:t>HNO</w:t>
      </w:r>
      <w:r w:rsidRPr="00287A8F">
        <w:rPr>
          <w:vertAlign w:val="subscript"/>
        </w:rPr>
        <w:t>3</w:t>
      </w:r>
      <w:r w:rsidRPr="00287A8F">
        <w:t xml:space="preserve">, </w:t>
      </w:r>
      <w:r>
        <w:t>Ba</w:t>
      </w:r>
      <w:r w:rsidRPr="00287A8F">
        <w:t>(</w:t>
      </w:r>
      <w:r>
        <w:t>OH</w:t>
      </w:r>
      <w:r w:rsidRPr="00287A8F">
        <w:t>)</w:t>
      </w:r>
      <w:r w:rsidRPr="00287A8F">
        <w:rPr>
          <w:vertAlign w:val="subscript"/>
        </w:rPr>
        <w:t>2</w:t>
      </w:r>
    </w:p>
    <w:p w:rsidR="00DC2F01" w:rsidRPr="00CC527C" w:rsidRDefault="00DC2F01" w:rsidP="00DC2F01">
      <w:pPr>
        <w:rPr>
          <w:b/>
          <w:szCs w:val="24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89.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Исходя из данных о растворимости веществ, определите, в каком случае выпадения осадка не происходит: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1)</w:t>
      </w:r>
      <w:r>
        <w:t>AgNO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>+</w:t>
      </w:r>
      <w:r>
        <w:t>NaCl</w:t>
      </w:r>
      <w:r w:rsidRPr="00DC2F01">
        <w:rPr>
          <w:lang w:val="ru-RU"/>
        </w:rPr>
        <w:t xml:space="preserve"> →         2) </w:t>
      </w:r>
      <w:r>
        <w:t>CuCl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+</w:t>
      </w:r>
      <w:r>
        <w:t>NaOH</w:t>
      </w:r>
      <w:r w:rsidRPr="00DC2F01">
        <w:rPr>
          <w:lang w:val="ru-RU"/>
        </w:rPr>
        <w:t xml:space="preserve"> →             3) </w:t>
      </w:r>
      <w:r>
        <w:t>MnSO</w:t>
      </w:r>
      <w:r w:rsidRPr="00DC2F01">
        <w:rPr>
          <w:vertAlign w:val="subscript"/>
          <w:lang w:val="ru-RU"/>
        </w:rPr>
        <w:t xml:space="preserve">4 </w:t>
      </w:r>
      <w:r w:rsidRPr="00DC2F01">
        <w:rPr>
          <w:lang w:val="ru-RU"/>
        </w:rPr>
        <w:t>+</w:t>
      </w:r>
      <w:r>
        <w:t>NaI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90.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Какая реакция обмена идет с выделением газа: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Pr="00F56263" w:rsidRDefault="00DC2F01" w:rsidP="000D3AEE">
      <w:pPr>
        <w:numPr>
          <w:ilvl w:val="0"/>
          <w:numId w:val="50"/>
        </w:numPr>
        <w:spacing w:line="240" w:lineRule="auto"/>
      </w:pPr>
      <w:r>
        <w:t>CaCl</w:t>
      </w:r>
      <w:r w:rsidRPr="00F56263">
        <w:rPr>
          <w:vertAlign w:val="subscript"/>
        </w:rPr>
        <w:t>2</w:t>
      </w:r>
      <w:r w:rsidRPr="00F56263">
        <w:t>+</w:t>
      </w:r>
      <w:r>
        <w:t>Na</w:t>
      </w:r>
      <w:r w:rsidRPr="00F56263">
        <w:rPr>
          <w:vertAlign w:val="subscript"/>
        </w:rPr>
        <w:t>2</w:t>
      </w:r>
      <w:r>
        <w:t>CO</w:t>
      </w:r>
      <w:r w:rsidRPr="00F56263">
        <w:rPr>
          <w:vertAlign w:val="subscript"/>
        </w:rPr>
        <w:t>3</w:t>
      </w:r>
      <w:r w:rsidRPr="00F56263">
        <w:t>→</w:t>
      </w:r>
    </w:p>
    <w:p w:rsidR="00DC2F01" w:rsidRPr="00F56263" w:rsidRDefault="00DC2F01" w:rsidP="000D3AEE">
      <w:pPr>
        <w:numPr>
          <w:ilvl w:val="0"/>
          <w:numId w:val="50"/>
        </w:numPr>
        <w:spacing w:line="240" w:lineRule="auto"/>
      </w:pPr>
      <w:r>
        <w:t>MgCO</w:t>
      </w:r>
      <w:r w:rsidRPr="00F56263">
        <w:rPr>
          <w:vertAlign w:val="subscript"/>
        </w:rPr>
        <w:t>3</w:t>
      </w:r>
      <w:r w:rsidRPr="00F56263">
        <w:t>+</w:t>
      </w:r>
      <w:r>
        <w:t>HNO</w:t>
      </w:r>
      <w:r w:rsidRPr="00F56263">
        <w:rPr>
          <w:vertAlign w:val="subscript"/>
        </w:rPr>
        <w:t>3</w:t>
      </w:r>
      <w:r w:rsidRPr="00F56263">
        <w:t>→</w:t>
      </w:r>
    </w:p>
    <w:p w:rsidR="00DC2F01" w:rsidRPr="00F56263" w:rsidRDefault="00DC2F01" w:rsidP="000D3AEE">
      <w:pPr>
        <w:numPr>
          <w:ilvl w:val="0"/>
          <w:numId w:val="50"/>
        </w:numPr>
        <w:spacing w:line="240" w:lineRule="auto"/>
      </w:pPr>
      <w:r>
        <w:t>K</w:t>
      </w:r>
      <w:r w:rsidRPr="00F56263">
        <w:rPr>
          <w:vertAlign w:val="subscript"/>
        </w:rPr>
        <w:t>2</w:t>
      </w:r>
      <w:r>
        <w:t>CO</w:t>
      </w:r>
      <w:r w:rsidRPr="00F56263">
        <w:rPr>
          <w:vertAlign w:val="subscript"/>
        </w:rPr>
        <w:t>3</w:t>
      </w:r>
      <w:r w:rsidRPr="00F56263">
        <w:t>+</w:t>
      </w:r>
      <w:r>
        <w:t>H</w:t>
      </w:r>
      <w:r w:rsidRPr="00F56263">
        <w:rPr>
          <w:vertAlign w:val="subscript"/>
        </w:rPr>
        <w:t>2</w:t>
      </w:r>
      <w:r>
        <w:t>SiO</w:t>
      </w:r>
      <w:r w:rsidRPr="00F56263">
        <w:rPr>
          <w:vertAlign w:val="subscript"/>
        </w:rPr>
        <w:t>3</w:t>
      </w:r>
      <w:r w:rsidRPr="00F56263">
        <w:t>→</w:t>
      </w:r>
    </w:p>
    <w:p w:rsidR="00DC2F01" w:rsidRPr="000574C6" w:rsidRDefault="00DC2F01" w:rsidP="00DC2F01">
      <w:pPr>
        <w:rPr>
          <w:b/>
          <w:szCs w:val="24"/>
        </w:rPr>
      </w:pPr>
    </w:p>
    <w:p w:rsidR="00DC2F01" w:rsidRDefault="00DC2F01" w:rsidP="00DC2F01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91</w:t>
      </w:r>
      <w:r w:rsidRPr="00E06BBA">
        <w:rPr>
          <w:b/>
          <w:szCs w:val="24"/>
        </w:rPr>
        <w:t>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Из приведённых ниже солей гидролизуется одновременно по катиону и аниону: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tabs>
          <w:tab w:val="left" w:pos="1162"/>
        </w:tabs>
        <w:spacing w:line="240" w:lineRule="auto"/>
        <w:rPr>
          <w:b/>
          <w:szCs w:val="24"/>
          <w:lang w:val="ru-RU"/>
        </w:rPr>
      </w:pPr>
      <w:r>
        <w:t>NH</w:t>
      </w:r>
      <w:r w:rsidRPr="00DC2F01">
        <w:rPr>
          <w:szCs w:val="16"/>
          <w:vertAlign w:val="subscript"/>
          <w:lang w:val="ru-RU"/>
        </w:rPr>
        <w:t>4</w:t>
      </w:r>
      <w:proofErr w:type="gramStart"/>
      <w:r>
        <w:t>Cl</w:t>
      </w:r>
      <w:r w:rsidRPr="00DC2F01">
        <w:rPr>
          <w:lang w:val="ru-RU"/>
        </w:rPr>
        <w:t xml:space="preserve"> ;</w:t>
      </w:r>
      <w:proofErr w:type="gramEnd"/>
      <w:r w:rsidRPr="00DC2F01">
        <w:rPr>
          <w:lang w:val="ru-RU"/>
        </w:rPr>
        <w:t xml:space="preserve">          </w:t>
      </w:r>
      <w:r>
        <w:t>CH</w:t>
      </w:r>
      <w:r w:rsidRPr="00DC2F01">
        <w:rPr>
          <w:szCs w:val="14"/>
          <w:vertAlign w:val="subscript"/>
          <w:lang w:val="ru-RU"/>
        </w:rPr>
        <w:t>3</w:t>
      </w:r>
      <w:r>
        <w:t>COONH</w:t>
      </w:r>
      <w:r w:rsidRPr="00DC2F01">
        <w:rPr>
          <w:szCs w:val="16"/>
          <w:vertAlign w:val="subscript"/>
          <w:lang w:val="ru-RU"/>
        </w:rPr>
        <w:t>4</w:t>
      </w:r>
      <w:r w:rsidRPr="00DC2F01">
        <w:rPr>
          <w:szCs w:val="16"/>
          <w:lang w:val="ru-RU"/>
        </w:rPr>
        <w:t xml:space="preserve">; </w:t>
      </w:r>
      <w:r w:rsidRPr="00DC2F01">
        <w:rPr>
          <w:szCs w:val="16"/>
          <w:vertAlign w:val="subscript"/>
          <w:lang w:val="ru-RU"/>
        </w:rPr>
        <w:t xml:space="preserve">             </w:t>
      </w:r>
      <w:r w:rsidRPr="008965C9">
        <w:t>CH</w:t>
      </w:r>
      <w:r w:rsidRPr="00DC2F01">
        <w:rPr>
          <w:szCs w:val="14"/>
          <w:vertAlign w:val="subscript"/>
          <w:lang w:val="ru-RU"/>
        </w:rPr>
        <w:t>3</w:t>
      </w:r>
      <w:r w:rsidRPr="008965C9">
        <w:t>COONa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92.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lastRenderedPageBreak/>
        <w:t>Из приведённых ниже солей, по катиону гидролизуется соль: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1) </w:t>
      </w:r>
      <w:r>
        <w:t>CH</w:t>
      </w:r>
      <w:r w:rsidRPr="00DC2F01">
        <w:rPr>
          <w:szCs w:val="14"/>
          <w:vertAlign w:val="subscript"/>
          <w:lang w:val="ru-RU"/>
        </w:rPr>
        <w:t>3</w:t>
      </w:r>
      <w:proofErr w:type="gramStart"/>
      <w:r>
        <w:t>COOK</w:t>
      </w:r>
      <w:r w:rsidRPr="00DC2F01">
        <w:rPr>
          <w:lang w:val="ru-RU"/>
        </w:rPr>
        <w:t xml:space="preserve">;   </w:t>
      </w:r>
      <w:proofErr w:type="gramEnd"/>
      <w:r w:rsidRPr="00DC2F01">
        <w:rPr>
          <w:lang w:val="ru-RU"/>
        </w:rPr>
        <w:t xml:space="preserve">          2) </w:t>
      </w:r>
      <w:r>
        <w:t>ZnCl</w:t>
      </w:r>
      <w:r w:rsidRPr="00DC2F01">
        <w:rPr>
          <w:szCs w:val="14"/>
          <w:vertAlign w:val="subscript"/>
          <w:lang w:val="ru-RU"/>
        </w:rPr>
        <w:t xml:space="preserve">2                           </w:t>
      </w:r>
      <w:r w:rsidRPr="00DC2F01">
        <w:rPr>
          <w:lang w:val="ru-RU"/>
        </w:rPr>
        <w:t xml:space="preserve">3) </w:t>
      </w:r>
      <w:r>
        <w:t>Ca</w:t>
      </w:r>
      <w:r w:rsidRPr="00DC2F01">
        <w:rPr>
          <w:lang w:val="ru-RU"/>
        </w:rPr>
        <w:t>(</w:t>
      </w:r>
      <w:r>
        <w:t>NO</w:t>
      </w:r>
      <w:r w:rsidRPr="00DC2F01">
        <w:rPr>
          <w:szCs w:val="14"/>
          <w:vertAlign w:val="subscript"/>
          <w:lang w:val="ru-RU"/>
        </w:rPr>
        <w:t>3</w:t>
      </w:r>
      <w:r w:rsidRPr="00DC2F01">
        <w:rPr>
          <w:lang w:val="ru-RU"/>
        </w:rPr>
        <w:t>).</w:t>
      </w:r>
    </w:p>
    <w:p w:rsidR="00DC2F01" w:rsidRPr="00DC2F01" w:rsidRDefault="00DC2F01" w:rsidP="00DC2F01">
      <w:pPr>
        <w:rPr>
          <w:b/>
          <w:lang w:val="ru-RU"/>
        </w:rPr>
      </w:pPr>
    </w:p>
    <w:p w:rsidR="00DC2F01" w:rsidRPr="00DC2F01" w:rsidRDefault="00DC2F01" w:rsidP="00DC2F01">
      <w:pPr>
        <w:rPr>
          <w:b/>
          <w:lang w:val="ru-RU"/>
        </w:rPr>
      </w:pPr>
      <w:r w:rsidRPr="00DC2F01">
        <w:rPr>
          <w:b/>
          <w:lang w:val="ru-RU"/>
        </w:rPr>
        <w:t>Задание 93.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Из приведённых ниже солей по аниону гидролизуется:</w:t>
      </w:r>
    </w:p>
    <w:p w:rsidR="00DC2F01" w:rsidRPr="00DC2F01" w:rsidRDefault="00DC2F01" w:rsidP="00DC2F01">
      <w:pPr>
        <w:rPr>
          <w:szCs w:val="14"/>
          <w:vertAlign w:val="subscript"/>
          <w:lang w:val="ru-RU"/>
        </w:rPr>
      </w:pPr>
      <w:r w:rsidRPr="00DC2F01">
        <w:rPr>
          <w:lang w:val="ru-RU"/>
        </w:rPr>
        <w:t xml:space="preserve">1) </w:t>
      </w:r>
      <w:r>
        <w:t>KNO</w:t>
      </w:r>
      <w:r w:rsidRPr="00DC2F01">
        <w:rPr>
          <w:szCs w:val="14"/>
          <w:vertAlign w:val="subscript"/>
          <w:lang w:val="ru-RU"/>
        </w:rPr>
        <w:t xml:space="preserve">3               </w:t>
      </w:r>
      <w:r w:rsidRPr="00DC2F01">
        <w:rPr>
          <w:lang w:val="ru-RU"/>
        </w:rPr>
        <w:t xml:space="preserve">2) </w:t>
      </w:r>
      <w:r>
        <w:t>CuSO</w:t>
      </w:r>
      <w:r w:rsidRPr="00DC2F01">
        <w:rPr>
          <w:szCs w:val="16"/>
          <w:vertAlign w:val="subscript"/>
          <w:lang w:val="ru-RU"/>
        </w:rPr>
        <w:t xml:space="preserve">4                              </w:t>
      </w:r>
      <w:r w:rsidRPr="00DC2F01">
        <w:rPr>
          <w:lang w:val="ru-RU"/>
        </w:rPr>
        <w:t xml:space="preserve">3) </w:t>
      </w:r>
      <w:r>
        <w:t>Na</w:t>
      </w:r>
      <w:r w:rsidRPr="00DC2F01">
        <w:rPr>
          <w:szCs w:val="14"/>
          <w:vertAlign w:val="subscript"/>
          <w:lang w:val="ru-RU"/>
        </w:rPr>
        <w:t>2</w:t>
      </w:r>
      <w:r>
        <w:t>SO</w:t>
      </w:r>
      <w:r w:rsidRPr="00DC2F01">
        <w:rPr>
          <w:szCs w:val="14"/>
          <w:vertAlign w:val="subscript"/>
          <w:lang w:val="ru-RU"/>
        </w:rPr>
        <w:t>3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 xml:space="preserve">  Задание 94.</w:t>
      </w:r>
      <w:r w:rsidRPr="00DC2F01">
        <w:rPr>
          <w:szCs w:val="24"/>
          <w:lang w:val="ru-RU"/>
        </w:rPr>
        <w:t xml:space="preserve"> </w:t>
      </w:r>
      <w:r w:rsidRPr="00DC2F01">
        <w:rPr>
          <w:lang w:val="ru-RU"/>
        </w:rPr>
        <w:t>Щелочной раствор получают при растворении в воде:</w:t>
      </w:r>
    </w:p>
    <w:p w:rsidR="00DC2F01" w:rsidRDefault="00DC2F01" w:rsidP="00DC2F01">
      <w:pPr>
        <w:ind w:left="360"/>
      </w:pPr>
      <w:r w:rsidRPr="00DC2F01">
        <w:rPr>
          <w:b/>
          <w:lang w:val="ru-RU"/>
        </w:rPr>
        <w:t xml:space="preserve">      </w:t>
      </w:r>
      <w:r w:rsidRPr="001A3BB0">
        <w:rPr>
          <w:i/>
        </w:rPr>
        <w:t>варианты</w:t>
      </w:r>
      <w:r w:rsidRPr="005112AC">
        <w:rPr>
          <w:i/>
        </w:rPr>
        <w:t xml:space="preserve"> </w:t>
      </w:r>
      <w:r w:rsidRPr="001A3BB0">
        <w:rPr>
          <w:i/>
        </w:rPr>
        <w:t>ответов</w:t>
      </w:r>
      <w:r w:rsidRPr="005112AC">
        <w:rPr>
          <w:i/>
        </w:rPr>
        <w:t xml:space="preserve">: </w:t>
      </w:r>
      <w:r w:rsidRPr="00412A53">
        <w:t xml:space="preserve">1) </w:t>
      </w:r>
      <w:r>
        <w:t>Na</w:t>
      </w:r>
      <w:r>
        <w:rPr>
          <w:szCs w:val="14"/>
          <w:vertAlign w:val="subscript"/>
        </w:rPr>
        <w:t>2</w:t>
      </w:r>
      <w:r>
        <w:t>SO</w:t>
      </w:r>
      <w:r>
        <w:rPr>
          <w:szCs w:val="14"/>
          <w:vertAlign w:val="subscript"/>
        </w:rPr>
        <w:t>3</w:t>
      </w:r>
      <w:r>
        <w:t xml:space="preserve">              </w:t>
      </w:r>
      <w:r w:rsidRPr="00412A53">
        <w:t>2</w:t>
      </w:r>
      <w:proofErr w:type="gramStart"/>
      <w:r>
        <w:t>)  Na</w:t>
      </w:r>
      <w:proofErr w:type="gramEnd"/>
      <w:r>
        <w:rPr>
          <w:szCs w:val="16"/>
          <w:vertAlign w:val="subscript"/>
        </w:rPr>
        <w:t>2</w:t>
      </w:r>
      <w:r>
        <w:t>SO</w:t>
      </w:r>
      <w:r>
        <w:rPr>
          <w:szCs w:val="16"/>
          <w:vertAlign w:val="subscript"/>
        </w:rPr>
        <w:t>4</w:t>
      </w:r>
      <w:r>
        <w:t xml:space="preserve">                      </w:t>
      </w:r>
      <w:r w:rsidRPr="005112AC">
        <w:t>3</w:t>
      </w:r>
      <w:r>
        <w:t>) Fe</w:t>
      </w:r>
      <w:r>
        <w:rPr>
          <w:szCs w:val="14"/>
          <w:vertAlign w:val="subscript"/>
        </w:rPr>
        <w:t>2</w:t>
      </w:r>
      <w:r>
        <w:t>(SO</w:t>
      </w:r>
      <w:r>
        <w:rPr>
          <w:szCs w:val="16"/>
          <w:vertAlign w:val="subscript"/>
        </w:rPr>
        <w:t>4</w:t>
      </w:r>
      <w:r>
        <w:t>)</w:t>
      </w:r>
      <w:r>
        <w:rPr>
          <w:szCs w:val="14"/>
          <w:vertAlign w:val="subscript"/>
        </w:rPr>
        <w:t>3</w:t>
      </w:r>
    </w:p>
    <w:p w:rsidR="00DC2F01" w:rsidRPr="00E074AE" w:rsidRDefault="00DC2F01" w:rsidP="00DC2F01">
      <w:pPr>
        <w:rPr>
          <w:b/>
          <w:szCs w:val="24"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t>Задание 95.</w:t>
      </w:r>
      <w:r w:rsidRPr="00DC2F01">
        <w:rPr>
          <w:lang w:val="ru-RU"/>
        </w:rPr>
        <w:t xml:space="preserve"> Кислый раствор получают при растворении в воде: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 xml:space="preserve">варианты ответов: </w:t>
      </w:r>
    </w:p>
    <w:p w:rsidR="00DC2F01" w:rsidRPr="00DC2F01" w:rsidRDefault="00DC2F01" w:rsidP="00DC2F01">
      <w:pPr>
        <w:rPr>
          <w:szCs w:val="14"/>
          <w:lang w:val="ru-RU"/>
        </w:rPr>
      </w:pPr>
      <w:r w:rsidRPr="00DC2F01">
        <w:rPr>
          <w:lang w:val="ru-RU"/>
        </w:rPr>
        <w:t>1)</w:t>
      </w:r>
      <w:r>
        <w:t>CrCl</w:t>
      </w:r>
      <w:r w:rsidRPr="00DC2F01">
        <w:rPr>
          <w:szCs w:val="14"/>
          <w:vertAlign w:val="subscript"/>
          <w:lang w:val="ru-RU"/>
        </w:rPr>
        <w:t>3</w:t>
      </w:r>
      <w:r w:rsidRPr="00DC2F01">
        <w:rPr>
          <w:lang w:val="ru-RU"/>
        </w:rPr>
        <w:t xml:space="preserve">                                  2</w:t>
      </w:r>
      <w:proofErr w:type="gramStart"/>
      <w:r w:rsidRPr="00DC2F01">
        <w:rPr>
          <w:lang w:val="ru-RU"/>
        </w:rPr>
        <w:t xml:space="preserve">)  </w:t>
      </w:r>
      <w:r>
        <w:t>CaCl</w:t>
      </w:r>
      <w:proofErr w:type="gramEnd"/>
      <w:r w:rsidRPr="00DC2F01">
        <w:rPr>
          <w:szCs w:val="14"/>
          <w:vertAlign w:val="subscript"/>
          <w:lang w:val="ru-RU"/>
        </w:rPr>
        <w:t>2</w:t>
      </w:r>
      <w:r w:rsidRPr="00DC2F01">
        <w:rPr>
          <w:lang w:val="ru-RU"/>
        </w:rPr>
        <w:t xml:space="preserve">                               3) </w:t>
      </w:r>
      <w:r>
        <w:t>NaNO</w:t>
      </w:r>
      <w:r w:rsidRPr="00DC2F01">
        <w:rPr>
          <w:szCs w:val="14"/>
          <w:vertAlign w:val="subscript"/>
          <w:lang w:val="ru-RU"/>
        </w:rPr>
        <w:t>2</w:t>
      </w:r>
    </w:p>
    <w:p w:rsidR="00DC2F01" w:rsidRPr="00E074AE" w:rsidRDefault="00DC2F01" w:rsidP="00DC2F01">
      <w:pPr>
        <w:pStyle w:val="14"/>
        <w:widowControl/>
        <w:rPr>
          <w:i/>
          <w:snapToGrid/>
          <w:sz w:val="24"/>
        </w:rPr>
      </w:pPr>
    </w:p>
    <w:p w:rsidR="00DC2F01" w:rsidRPr="00DC2F01" w:rsidRDefault="00DC2F01" w:rsidP="00DC2F01">
      <w:pPr>
        <w:widowControl w:val="0"/>
        <w:tabs>
          <w:tab w:val="left" w:pos="709"/>
        </w:tabs>
        <w:rPr>
          <w:szCs w:val="28"/>
          <w:lang w:val="ru-RU"/>
        </w:rPr>
      </w:pPr>
      <w:r w:rsidRPr="00DC2F01">
        <w:rPr>
          <w:b/>
          <w:lang w:val="ru-RU"/>
        </w:rPr>
        <w:t>Задание 96.</w:t>
      </w:r>
      <w:r w:rsidRPr="00DC2F01">
        <w:rPr>
          <w:szCs w:val="24"/>
          <w:lang w:val="ru-RU"/>
        </w:rPr>
        <w:t xml:space="preserve"> </w:t>
      </w:r>
      <w:r w:rsidRPr="00DC2F01">
        <w:rPr>
          <w:szCs w:val="28"/>
          <w:lang w:val="ru-RU"/>
        </w:rPr>
        <w:t xml:space="preserve">Чему равна </w:t>
      </w:r>
      <w:proofErr w:type="gramStart"/>
      <w:r w:rsidRPr="00DC2F01">
        <w:rPr>
          <w:szCs w:val="28"/>
          <w:lang w:val="ru-RU"/>
        </w:rPr>
        <w:t>концентрация  ионов</w:t>
      </w:r>
      <w:proofErr w:type="gramEnd"/>
      <w:r w:rsidRPr="00DC2F01">
        <w:rPr>
          <w:szCs w:val="28"/>
          <w:lang w:val="ru-RU"/>
        </w:rPr>
        <w:t xml:space="preserve"> </w:t>
      </w:r>
      <w:r>
        <w:rPr>
          <w:szCs w:val="28"/>
        </w:rPr>
        <w:t>OH</w:t>
      </w:r>
      <w:r w:rsidRPr="00DC2F01">
        <w:rPr>
          <w:szCs w:val="28"/>
          <w:vertAlign w:val="superscript"/>
          <w:lang w:val="ru-RU"/>
        </w:rPr>
        <w:t>-</w:t>
      </w:r>
      <w:r w:rsidRPr="00DC2F01">
        <w:rPr>
          <w:szCs w:val="28"/>
          <w:lang w:val="ru-RU"/>
        </w:rPr>
        <w:t xml:space="preserve"> в растворе, если концентрация ионов Н</w:t>
      </w:r>
      <w:r w:rsidRPr="00DC2F01">
        <w:rPr>
          <w:szCs w:val="28"/>
          <w:vertAlign w:val="superscript"/>
          <w:lang w:val="ru-RU"/>
        </w:rPr>
        <w:t>+</w:t>
      </w:r>
      <w:r w:rsidRPr="00DC2F01">
        <w:rPr>
          <w:szCs w:val="28"/>
          <w:lang w:val="ru-RU"/>
        </w:rPr>
        <w:t xml:space="preserve">  равна 10</w:t>
      </w:r>
      <w:r w:rsidRPr="00DC2F01">
        <w:rPr>
          <w:szCs w:val="28"/>
          <w:vertAlign w:val="superscript"/>
          <w:lang w:val="ru-RU"/>
        </w:rPr>
        <w:t>-1</w:t>
      </w:r>
      <w:r w:rsidRPr="00DC2F01">
        <w:rPr>
          <w:szCs w:val="28"/>
          <w:lang w:val="ru-RU"/>
        </w:rPr>
        <w:t xml:space="preserve"> моль/л?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97.</w:t>
      </w:r>
      <w:r w:rsidRPr="00DC2F01">
        <w:rPr>
          <w:szCs w:val="28"/>
          <w:lang w:val="ru-RU"/>
        </w:rPr>
        <w:t xml:space="preserve"> Чему равна концентрация ионов </w:t>
      </w:r>
      <w:r>
        <w:rPr>
          <w:szCs w:val="28"/>
        </w:rPr>
        <w:t>H</w:t>
      </w:r>
      <w:r w:rsidRPr="00DC2F01">
        <w:rPr>
          <w:szCs w:val="28"/>
          <w:vertAlign w:val="superscript"/>
          <w:lang w:val="ru-RU"/>
        </w:rPr>
        <w:t>+</w:t>
      </w:r>
      <w:r w:rsidRPr="00DC2F01">
        <w:rPr>
          <w:szCs w:val="28"/>
          <w:lang w:val="ru-RU"/>
        </w:rPr>
        <w:t xml:space="preserve"> в растворе (моль/л), если концентрация </w:t>
      </w:r>
      <w:proofErr w:type="gramStart"/>
      <w:r w:rsidRPr="00DC2F01">
        <w:rPr>
          <w:szCs w:val="28"/>
          <w:lang w:val="ru-RU"/>
        </w:rPr>
        <w:t xml:space="preserve">ионов  </w:t>
      </w:r>
      <w:r>
        <w:rPr>
          <w:szCs w:val="28"/>
        </w:rPr>
        <w:t>OH</w:t>
      </w:r>
      <w:proofErr w:type="gramEnd"/>
      <w:r w:rsidRPr="00DC2F01">
        <w:rPr>
          <w:szCs w:val="28"/>
          <w:vertAlign w:val="superscript"/>
          <w:lang w:val="ru-RU"/>
        </w:rPr>
        <w:t>-</w:t>
      </w:r>
      <w:r w:rsidRPr="00DC2F01">
        <w:rPr>
          <w:szCs w:val="28"/>
          <w:lang w:val="ru-RU"/>
        </w:rPr>
        <w:t xml:space="preserve"> равна 0,01 моль/л ___.</w:t>
      </w:r>
    </w:p>
    <w:p w:rsidR="00DC2F01" w:rsidRDefault="00DC2F01" w:rsidP="00DC2F01">
      <w:pPr>
        <w:pStyle w:val="14"/>
        <w:widowControl/>
        <w:rPr>
          <w:b/>
          <w:szCs w:val="24"/>
        </w:rPr>
      </w:pPr>
    </w:p>
    <w:p w:rsidR="00DC2F01" w:rsidRPr="00C93882" w:rsidRDefault="00DC2F01" w:rsidP="00DC2F01">
      <w:pPr>
        <w:pStyle w:val="14"/>
        <w:widowControl/>
        <w:rPr>
          <w:i/>
          <w:snapToGrid/>
          <w:sz w:val="24"/>
          <w:szCs w:val="24"/>
        </w:rPr>
      </w:pPr>
      <w:r w:rsidRPr="00C93882">
        <w:rPr>
          <w:b/>
          <w:sz w:val="24"/>
          <w:szCs w:val="24"/>
        </w:rPr>
        <w:t>Задание 9</w:t>
      </w:r>
      <w:r>
        <w:rPr>
          <w:b/>
          <w:sz w:val="24"/>
          <w:szCs w:val="24"/>
        </w:rPr>
        <w:t>8</w:t>
      </w:r>
      <w:r w:rsidRPr="00C93882">
        <w:rPr>
          <w:b/>
          <w:sz w:val="24"/>
          <w:szCs w:val="24"/>
        </w:rPr>
        <w:t>.</w:t>
      </w:r>
    </w:p>
    <w:p w:rsidR="00DC2F01" w:rsidRPr="00DC2F01" w:rsidRDefault="00DC2F01" w:rsidP="00DC2F01">
      <w:pPr>
        <w:rPr>
          <w:szCs w:val="28"/>
          <w:lang w:val="ru-RU"/>
        </w:rPr>
      </w:pPr>
      <w:r>
        <w:rPr>
          <w:szCs w:val="28"/>
        </w:rPr>
        <w:t>pH</w:t>
      </w:r>
      <w:r w:rsidRPr="00DC2F01">
        <w:rPr>
          <w:szCs w:val="28"/>
          <w:lang w:val="ru-RU"/>
        </w:rPr>
        <w:t xml:space="preserve"> 0.01 М раствора </w:t>
      </w:r>
      <w:r>
        <w:rPr>
          <w:szCs w:val="28"/>
        </w:rPr>
        <w:t>KOH</w:t>
      </w:r>
      <w:r w:rsidRPr="00DC2F01">
        <w:rPr>
          <w:szCs w:val="28"/>
          <w:lang w:val="ru-RU"/>
        </w:rPr>
        <w:t xml:space="preserve"> равен ____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99.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Среди приведенных веществ дисперсной системой является…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lang w:val="ru-RU"/>
        </w:rPr>
        <w:t xml:space="preserve">1) раствор </w:t>
      </w:r>
      <w:proofErr w:type="gramStart"/>
      <w:r w:rsidRPr="00DC2F01">
        <w:rPr>
          <w:lang w:val="ru-RU"/>
        </w:rPr>
        <w:t xml:space="preserve">соды;   </w:t>
      </w:r>
      <w:proofErr w:type="gramEnd"/>
      <w:r w:rsidRPr="00DC2F01">
        <w:rPr>
          <w:lang w:val="ru-RU"/>
        </w:rPr>
        <w:t xml:space="preserve">  2) туман</w:t>
      </w:r>
      <w:r w:rsidRPr="00DC2F01">
        <w:rPr>
          <w:lang w:val="ru-RU"/>
        </w:rPr>
        <w:tab/>
        <w:t>3) минеральная вода</w:t>
      </w:r>
    </w:p>
    <w:p w:rsidR="00DC2F01" w:rsidRPr="001A3BB0" w:rsidRDefault="00DC2F01" w:rsidP="00DC2F01">
      <w:pPr>
        <w:pStyle w:val="14"/>
        <w:widowControl/>
        <w:rPr>
          <w:i/>
          <w:snapToGrid/>
          <w:sz w:val="24"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>Задание 100.</w:t>
      </w:r>
      <w:r w:rsidRPr="00DC2F01">
        <w:rPr>
          <w:szCs w:val="24"/>
          <w:lang w:val="ru-RU"/>
        </w:rPr>
        <w:t xml:space="preserve"> </w:t>
      </w:r>
      <w:proofErr w:type="gramStart"/>
      <w:r w:rsidRPr="00DC2F01">
        <w:rPr>
          <w:lang w:val="ru-RU"/>
        </w:rPr>
        <w:t>Агрегативная  устойчивость</w:t>
      </w:r>
      <w:proofErr w:type="gramEnd"/>
      <w:r w:rsidRPr="00DC2F01">
        <w:rPr>
          <w:lang w:val="ru-RU"/>
        </w:rPr>
        <w:t xml:space="preserve"> дисперсных систем возрастает…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1) с увеличением размера частиц;</w:t>
      </w:r>
      <w:r w:rsidRPr="00DC2F01">
        <w:rPr>
          <w:lang w:val="ru-RU"/>
        </w:rPr>
        <w:tab/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2) с уменьшением размера частиц; </w:t>
      </w:r>
    </w:p>
    <w:p w:rsidR="00DC2F01" w:rsidRDefault="00DC2F01" w:rsidP="00DC2F01">
      <w:pPr>
        <w:pStyle w:val="14"/>
        <w:widowControl/>
        <w:rPr>
          <w:sz w:val="24"/>
          <w:szCs w:val="24"/>
        </w:rPr>
      </w:pPr>
      <w:r w:rsidRPr="009673ED">
        <w:rPr>
          <w:sz w:val="24"/>
          <w:szCs w:val="24"/>
        </w:rPr>
        <w:t>3) с повышением температуры</w:t>
      </w:r>
    </w:p>
    <w:p w:rsidR="00DC2F01" w:rsidRPr="009673ED" w:rsidRDefault="00DC2F01" w:rsidP="00DC2F01">
      <w:pPr>
        <w:pStyle w:val="14"/>
        <w:widowControl/>
        <w:rPr>
          <w:i/>
          <w:snapToGrid/>
          <w:sz w:val="24"/>
          <w:szCs w:val="24"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>Задание 101.</w:t>
      </w:r>
      <w:r w:rsidRPr="00DC2F01">
        <w:rPr>
          <w:szCs w:val="24"/>
          <w:lang w:val="ru-RU"/>
        </w:rPr>
        <w:t xml:space="preserve"> </w:t>
      </w:r>
      <w:r w:rsidRPr="00DC2F01">
        <w:rPr>
          <w:lang w:val="ru-RU"/>
        </w:rPr>
        <w:t>Для коллоидных растворов размер частиц равен   ____ см.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1) </w:t>
      </w:r>
      <w:proofErr w:type="gramStart"/>
      <w:r>
        <w:t>d</w:t>
      </w:r>
      <w:r w:rsidRPr="00DC2F01">
        <w:rPr>
          <w:lang w:val="ru-RU"/>
        </w:rPr>
        <w:t>&lt;</w:t>
      </w:r>
      <w:proofErr w:type="gramEnd"/>
      <w:r w:rsidRPr="00DC2F01">
        <w:rPr>
          <w:lang w:val="ru-RU"/>
        </w:rPr>
        <w:t>10</w:t>
      </w:r>
      <w:r w:rsidRPr="00DC2F01">
        <w:rPr>
          <w:vertAlign w:val="superscript"/>
          <w:lang w:val="ru-RU"/>
        </w:rPr>
        <w:t>-7</w:t>
      </w:r>
      <w:r w:rsidRPr="00DC2F01">
        <w:rPr>
          <w:lang w:val="ru-RU"/>
        </w:rPr>
        <w:tab/>
        <w:t xml:space="preserve">       2) </w:t>
      </w:r>
      <w:r>
        <w:t>d</w:t>
      </w:r>
      <w:r w:rsidRPr="00DC2F01">
        <w:rPr>
          <w:lang w:val="ru-RU"/>
        </w:rPr>
        <w:t>=10</w:t>
      </w:r>
      <w:r w:rsidRPr="00DC2F01">
        <w:rPr>
          <w:vertAlign w:val="superscript"/>
          <w:lang w:val="ru-RU"/>
        </w:rPr>
        <w:t>-7</w:t>
      </w:r>
      <w:r w:rsidRPr="00DC2F01">
        <w:rPr>
          <w:lang w:val="ru-RU"/>
        </w:rPr>
        <w:t xml:space="preserve"> – 10</w:t>
      </w:r>
      <w:r w:rsidRPr="00DC2F01">
        <w:rPr>
          <w:vertAlign w:val="superscript"/>
          <w:lang w:val="ru-RU"/>
        </w:rPr>
        <w:t>-5</w:t>
      </w:r>
      <w:r w:rsidRPr="00DC2F01">
        <w:rPr>
          <w:lang w:val="ru-RU"/>
        </w:rPr>
        <w:tab/>
        <w:t xml:space="preserve">            3) </w:t>
      </w:r>
      <w:r>
        <w:t>d</w:t>
      </w:r>
      <w:r w:rsidRPr="00DC2F01">
        <w:rPr>
          <w:lang w:val="ru-RU"/>
        </w:rPr>
        <w:t>=10</w:t>
      </w:r>
      <w:r w:rsidRPr="00DC2F01">
        <w:rPr>
          <w:vertAlign w:val="superscript"/>
          <w:lang w:val="ru-RU"/>
        </w:rPr>
        <w:t>-5</w:t>
      </w:r>
      <w:r w:rsidRPr="00DC2F01">
        <w:rPr>
          <w:lang w:val="ru-RU"/>
        </w:rPr>
        <w:t xml:space="preserve"> – 10</w:t>
      </w:r>
      <w:r w:rsidRPr="00DC2F01">
        <w:rPr>
          <w:vertAlign w:val="superscript"/>
          <w:lang w:val="ru-RU"/>
        </w:rPr>
        <w:t>-4</w:t>
      </w:r>
      <w:r w:rsidRPr="00DC2F01">
        <w:rPr>
          <w:lang w:val="ru-RU"/>
        </w:rPr>
        <w:tab/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102.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Вещество, на поверхности которого происходит адсорбция называется</w:t>
      </w:r>
      <w:proofErr w:type="gramStart"/>
      <w:r w:rsidRPr="00DC2F01">
        <w:rPr>
          <w:lang w:val="ru-RU"/>
        </w:rPr>
        <w:t xml:space="preserve"> ….</w:t>
      </w:r>
      <w:proofErr w:type="gramEnd"/>
      <w:r w:rsidRPr="00DC2F01">
        <w:rPr>
          <w:lang w:val="ru-RU"/>
        </w:rPr>
        <w:t xml:space="preserve">. 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lang w:val="ru-RU"/>
        </w:rPr>
        <w:t>1) адсорбтив</w:t>
      </w:r>
      <w:r w:rsidRPr="00DC2F01">
        <w:rPr>
          <w:lang w:val="ru-RU"/>
        </w:rPr>
        <w:tab/>
      </w:r>
      <w:r w:rsidRPr="00DC2F01">
        <w:rPr>
          <w:lang w:val="ru-RU"/>
        </w:rPr>
        <w:tab/>
        <w:t>2) адсорбат</w:t>
      </w:r>
      <w:r w:rsidRPr="00DC2F01">
        <w:rPr>
          <w:lang w:val="ru-RU"/>
        </w:rPr>
        <w:tab/>
      </w:r>
      <w:r w:rsidRPr="00DC2F01">
        <w:rPr>
          <w:lang w:val="ru-RU"/>
        </w:rPr>
        <w:tab/>
        <w:t>3) адсорбент</w:t>
      </w:r>
      <w:r w:rsidRPr="00DC2F01">
        <w:rPr>
          <w:lang w:val="ru-RU"/>
        </w:rPr>
        <w:tab/>
      </w:r>
    </w:p>
    <w:p w:rsidR="00DC2F01" w:rsidRPr="00DC2F01" w:rsidRDefault="00DC2F01" w:rsidP="00DC2F01">
      <w:pPr>
        <w:rPr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103.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Чтобы вызвать коагуляцию необходимо…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1) увеличить заряд гранул; 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2) добавить электролит</w:t>
      </w:r>
      <w:r w:rsidRPr="00DC2F01">
        <w:rPr>
          <w:lang w:val="ru-RU"/>
        </w:rPr>
        <w:tab/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3) уменьшить степень дисперсности частиц</w:t>
      </w:r>
    </w:p>
    <w:p w:rsidR="00DC2F01" w:rsidRPr="00DC2F01" w:rsidRDefault="00DC2F01" w:rsidP="00DC2F01">
      <w:pPr>
        <w:rPr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104.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Среди приведенных веществ дисперсной системой называется…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1) соленый раствор</w:t>
      </w:r>
      <w:r w:rsidRPr="00DC2F01">
        <w:rPr>
          <w:lang w:val="ru-RU"/>
        </w:rPr>
        <w:tab/>
      </w:r>
      <w:r w:rsidRPr="00DC2F01">
        <w:rPr>
          <w:lang w:val="ru-RU"/>
        </w:rPr>
        <w:tab/>
        <w:t xml:space="preserve">2) минеральная вода </w:t>
      </w:r>
      <w:r w:rsidRPr="00DC2F01">
        <w:rPr>
          <w:lang w:val="ru-RU"/>
        </w:rPr>
        <w:tab/>
        <w:t>3) молоко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105.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Какая из приведенных реакций окислительно-восстановительная?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Pr="00565ADB" w:rsidRDefault="00DC2F01" w:rsidP="000D3AEE">
      <w:pPr>
        <w:pStyle w:val="aa"/>
        <w:numPr>
          <w:ilvl w:val="0"/>
          <w:numId w:val="57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СH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COOH+NH</w:t>
      </w:r>
      <w:r w:rsidRPr="00565ADB">
        <w:rPr>
          <w:sz w:val="24"/>
          <w:szCs w:val="24"/>
          <w:vertAlign w:val="subscript"/>
        </w:rPr>
        <w:t>4</w:t>
      </w:r>
      <w:r w:rsidRPr="00565ADB">
        <w:rPr>
          <w:sz w:val="24"/>
          <w:szCs w:val="24"/>
        </w:rPr>
        <w:t>OH=NH</w:t>
      </w:r>
      <w:r w:rsidRPr="00565ADB">
        <w:rPr>
          <w:sz w:val="24"/>
          <w:szCs w:val="24"/>
          <w:vertAlign w:val="subscript"/>
        </w:rPr>
        <w:t>4</w:t>
      </w:r>
      <w:r w:rsidRPr="00565ADB">
        <w:rPr>
          <w:sz w:val="24"/>
          <w:szCs w:val="24"/>
        </w:rPr>
        <w:t>CH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COO+H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</w:t>
      </w:r>
    </w:p>
    <w:p w:rsidR="00DC2F01" w:rsidRPr="00565ADB" w:rsidRDefault="00DC2F01" w:rsidP="000D3AEE">
      <w:pPr>
        <w:pStyle w:val="aa"/>
        <w:numPr>
          <w:ilvl w:val="0"/>
          <w:numId w:val="57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Ca(OH)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+CO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=CaCO</w:t>
      </w:r>
      <w:r w:rsidRPr="00565ADB">
        <w:rPr>
          <w:sz w:val="24"/>
          <w:szCs w:val="24"/>
          <w:vertAlign w:val="subscript"/>
        </w:rPr>
        <w:t>3</w:t>
      </w:r>
      <w:r w:rsidRPr="00565ADB">
        <w:rPr>
          <w:sz w:val="24"/>
          <w:szCs w:val="24"/>
        </w:rPr>
        <w:t>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</w:t>
      </w:r>
    </w:p>
    <w:p w:rsidR="00DC2F01" w:rsidRPr="00565ADB" w:rsidRDefault="00DC2F01" w:rsidP="000D3AEE">
      <w:pPr>
        <w:pStyle w:val="aa"/>
        <w:numPr>
          <w:ilvl w:val="0"/>
          <w:numId w:val="57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>4Cl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+H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S+4H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O=8HCl+2H</w:t>
      </w:r>
      <w:r w:rsidRPr="00565ADB">
        <w:rPr>
          <w:sz w:val="24"/>
          <w:szCs w:val="24"/>
          <w:vertAlign w:val="subscript"/>
        </w:rPr>
        <w:t>2</w:t>
      </w:r>
      <w:r w:rsidRPr="00565ADB">
        <w:rPr>
          <w:sz w:val="24"/>
          <w:szCs w:val="24"/>
        </w:rPr>
        <w:t>SO</w:t>
      </w:r>
      <w:r w:rsidRPr="00565ADB">
        <w:rPr>
          <w:sz w:val="24"/>
          <w:szCs w:val="24"/>
          <w:vertAlign w:val="subscript"/>
        </w:rPr>
        <w:t>4</w:t>
      </w:r>
    </w:p>
    <w:p w:rsidR="00DC2F01" w:rsidRDefault="00DC2F01" w:rsidP="00DC2F01">
      <w:pPr>
        <w:rPr>
          <w:b/>
          <w:szCs w:val="24"/>
        </w:rPr>
      </w:pPr>
    </w:p>
    <w:p w:rsidR="00DC2F01" w:rsidRDefault="00DC2F01" w:rsidP="00DC2F01">
      <w:pPr>
        <w:rPr>
          <w:b/>
          <w:szCs w:val="24"/>
        </w:rPr>
      </w:pPr>
      <w:r w:rsidRPr="00E06BBA">
        <w:rPr>
          <w:b/>
          <w:szCs w:val="24"/>
        </w:rPr>
        <w:t xml:space="preserve">Задание </w:t>
      </w:r>
      <w:r>
        <w:rPr>
          <w:b/>
          <w:szCs w:val="24"/>
        </w:rPr>
        <w:t>106</w:t>
      </w:r>
      <w:r w:rsidRPr="00E06BBA">
        <w:rPr>
          <w:b/>
          <w:szCs w:val="24"/>
        </w:rPr>
        <w:t>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Какая из приведенных реакций окислительно-восстановительная?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Pr="0030017F" w:rsidRDefault="00DC2F01" w:rsidP="000D3AEE">
      <w:pPr>
        <w:pStyle w:val="aa"/>
        <w:numPr>
          <w:ilvl w:val="0"/>
          <w:numId w:val="51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565ADB">
        <w:rPr>
          <w:sz w:val="24"/>
          <w:szCs w:val="24"/>
        </w:rPr>
        <w:t xml:space="preserve"> </w:t>
      </w:r>
      <w:r w:rsidRPr="0030017F">
        <w:rPr>
          <w:sz w:val="24"/>
          <w:szCs w:val="24"/>
        </w:rPr>
        <w:t>Mg(OH)Cl+HCl=MgCl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DC2F01" w:rsidRPr="0030017F" w:rsidRDefault="00DC2F01" w:rsidP="000D3AEE">
      <w:pPr>
        <w:pStyle w:val="aa"/>
        <w:numPr>
          <w:ilvl w:val="0"/>
          <w:numId w:val="51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30017F">
        <w:rPr>
          <w:sz w:val="24"/>
          <w:szCs w:val="24"/>
        </w:rPr>
        <w:t xml:space="preserve"> NaOH+HCl=NaCl+H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DC2F01" w:rsidRPr="0030017F" w:rsidRDefault="00DC2F01" w:rsidP="000D3AEE">
      <w:pPr>
        <w:pStyle w:val="aa"/>
        <w:numPr>
          <w:ilvl w:val="0"/>
          <w:numId w:val="51"/>
        </w:numPr>
        <w:pBdr>
          <w:bottom w:val="none" w:sz="0" w:space="0" w:color="auto"/>
        </w:pBdr>
        <w:spacing w:after="0"/>
        <w:contextualSpacing w:val="0"/>
        <w:rPr>
          <w:sz w:val="24"/>
          <w:szCs w:val="24"/>
        </w:rPr>
      </w:pPr>
      <w:r w:rsidRPr="0030017F">
        <w:rPr>
          <w:sz w:val="24"/>
          <w:szCs w:val="24"/>
        </w:rPr>
        <w:t xml:space="preserve"> 8HI+H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SO</w:t>
      </w:r>
      <w:r w:rsidRPr="0030017F">
        <w:rPr>
          <w:sz w:val="24"/>
          <w:szCs w:val="24"/>
          <w:vertAlign w:val="subscript"/>
        </w:rPr>
        <w:t>4</w:t>
      </w:r>
      <w:r w:rsidRPr="0030017F">
        <w:rPr>
          <w:sz w:val="24"/>
          <w:szCs w:val="24"/>
        </w:rPr>
        <w:t>=4I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+H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S+4H</w:t>
      </w:r>
      <w:r w:rsidRPr="0030017F">
        <w:rPr>
          <w:sz w:val="24"/>
          <w:szCs w:val="24"/>
          <w:vertAlign w:val="subscript"/>
        </w:rPr>
        <w:t>2</w:t>
      </w:r>
      <w:r w:rsidRPr="0030017F">
        <w:rPr>
          <w:sz w:val="24"/>
          <w:szCs w:val="24"/>
        </w:rPr>
        <w:t>O</w:t>
      </w:r>
    </w:p>
    <w:p w:rsidR="00DC2F01" w:rsidRDefault="00DC2F01" w:rsidP="00DC2F01">
      <w:pPr>
        <w:rPr>
          <w:b/>
          <w:szCs w:val="24"/>
        </w:rPr>
      </w:pP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b/>
          <w:szCs w:val="24"/>
          <w:lang w:val="ru-RU"/>
        </w:rPr>
        <w:t>Задание 107.</w:t>
      </w:r>
      <w:r w:rsidRPr="00DC2F01">
        <w:rPr>
          <w:szCs w:val="28"/>
          <w:lang w:val="ru-RU"/>
        </w:rPr>
        <w:t xml:space="preserve"> Какая реакция </w:t>
      </w:r>
      <w:r w:rsidRPr="00DC2F01">
        <w:rPr>
          <w:b/>
          <w:szCs w:val="28"/>
          <w:u w:val="single"/>
          <w:lang w:val="ru-RU"/>
        </w:rPr>
        <w:t>не относится</w:t>
      </w:r>
      <w:r w:rsidRPr="00DC2F01">
        <w:rPr>
          <w:szCs w:val="28"/>
          <w:lang w:val="ru-RU"/>
        </w:rPr>
        <w:t xml:space="preserve"> к окислительно-восстановительным: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spacing w:line="240" w:lineRule="auto"/>
        <w:rPr>
          <w:szCs w:val="28"/>
          <w:lang w:val="ru-RU"/>
        </w:rPr>
      </w:pPr>
      <w:r w:rsidRPr="00DC2F01">
        <w:rPr>
          <w:szCs w:val="28"/>
          <w:lang w:val="ru-RU"/>
        </w:rPr>
        <w:t>1) 2</w:t>
      </w:r>
      <w:r>
        <w:rPr>
          <w:szCs w:val="28"/>
        </w:rPr>
        <w:t>NaNO</w:t>
      </w:r>
      <w:r w:rsidRPr="00DC2F01">
        <w:rPr>
          <w:szCs w:val="28"/>
          <w:vertAlign w:val="subscript"/>
          <w:lang w:val="ru-RU"/>
        </w:rPr>
        <w:t>3</w:t>
      </w:r>
      <w:r w:rsidRPr="00DC2F01">
        <w:rPr>
          <w:szCs w:val="28"/>
          <w:lang w:val="ru-RU"/>
        </w:rPr>
        <w:t xml:space="preserve">→ </w:t>
      </w:r>
      <w:r>
        <w:rPr>
          <w:szCs w:val="28"/>
        </w:rPr>
        <w:t>NaNO</w:t>
      </w:r>
      <w:r w:rsidRPr="00DC2F01">
        <w:rPr>
          <w:szCs w:val="28"/>
          <w:vertAlign w:val="subscript"/>
          <w:lang w:val="ru-RU"/>
        </w:rPr>
        <w:t xml:space="preserve">2 </w:t>
      </w:r>
      <w:r w:rsidRPr="00DC2F01">
        <w:rPr>
          <w:szCs w:val="28"/>
          <w:lang w:val="ru-RU"/>
        </w:rPr>
        <w:t>+</w:t>
      </w:r>
      <w:r>
        <w:rPr>
          <w:szCs w:val="28"/>
        </w:rPr>
        <w:t>O</w:t>
      </w:r>
      <w:r w:rsidRPr="00DC2F01">
        <w:rPr>
          <w:szCs w:val="28"/>
          <w:vertAlign w:val="subscript"/>
          <w:lang w:val="ru-RU"/>
        </w:rPr>
        <w:t>2</w:t>
      </w:r>
    </w:p>
    <w:p w:rsidR="00DC2F01" w:rsidRPr="00DC2F01" w:rsidRDefault="00DC2F01" w:rsidP="00DC2F01">
      <w:pPr>
        <w:spacing w:line="240" w:lineRule="auto"/>
        <w:rPr>
          <w:bCs/>
          <w:szCs w:val="28"/>
          <w:lang w:val="ru-RU"/>
        </w:rPr>
      </w:pPr>
      <w:r w:rsidRPr="00DC2F01">
        <w:rPr>
          <w:bCs/>
          <w:szCs w:val="28"/>
          <w:lang w:val="ru-RU"/>
        </w:rPr>
        <w:t xml:space="preserve">2) </w:t>
      </w:r>
      <w:r>
        <w:rPr>
          <w:bCs/>
          <w:szCs w:val="28"/>
        </w:rPr>
        <w:t>CaCO</w:t>
      </w:r>
      <w:proofErr w:type="gramStart"/>
      <w:r w:rsidRPr="00DC2F01">
        <w:rPr>
          <w:bCs/>
          <w:szCs w:val="28"/>
          <w:vertAlign w:val="subscript"/>
          <w:lang w:val="ru-RU"/>
        </w:rPr>
        <w:t>3</w:t>
      </w:r>
      <w:r w:rsidRPr="00DC2F01">
        <w:rPr>
          <w:bCs/>
          <w:szCs w:val="28"/>
          <w:lang w:val="ru-RU"/>
        </w:rPr>
        <w:t xml:space="preserve">  →</w:t>
      </w:r>
      <w:proofErr w:type="gramEnd"/>
      <w:r w:rsidRPr="00DC2F01">
        <w:rPr>
          <w:bCs/>
          <w:szCs w:val="28"/>
          <w:lang w:val="ru-RU"/>
        </w:rPr>
        <w:t xml:space="preserve"> </w:t>
      </w:r>
      <w:r>
        <w:rPr>
          <w:bCs/>
          <w:szCs w:val="28"/>
        </w:rPr>
        <w:t>CaO</w:t>
      </w:r>
      <w:r w:rsidRPr="00DC2F01">
        <w:rPr>
          <w:bCs/>
          <w:szCs w:val="28"/>
          <w:lang w:val="ru-RU"/>
        </w:rPr>
        <w:t xml:space="preserve"> + </w:t>
      </w:r>
      <w:r>
        <w:rPr>
          <w:bCs/>
          <w:szCs w:val="28"/>
        </w:rPr>
        <w:t>CO</w:t>
      </w:r>
      <w:r w:rsidRPr="00DC2F01">
        <w:rPr>
          <w:bCs/>
          <w:szCs w:val="28"/>
          <w:vertAlign w:val="subscript"/>
          <w:lang w:val="ru-RU"/>
        </w:rPr>
        <w:t>2</w:t>
      </w:r>
    </w:p>
    <w:p w:rsidR="00DC2F01" w:rsidRPr="001B6ED6" w:rsidRDefault="00DC2F01" w:rsidP="00DC2F01">
      <w:pPr>
        <w:spacing w:line="240" w:lineRule="auto"/>
        <w:rPr>
          <w:szCs w:val="28"/>
          <w:lang w:val="ru-RU"/>
        </w:rPr>
      </w:pPr>
      <w:r w:rsidRPr="001B6ED6">
        <w:rPr>
          <w:szCs w:val="28"/>
          <w:lang w:val="ru-RU"/>
        </w:rPr>
        <w:t>3) 2</w:t>
      </w:r>
      <w:r>
        <w:rPr>
          <w:szCs w:val="28"/>
        </w:rPr>
        <w:t>Pb</w:t>
      </w:r>
      <w:r w:rsidRPr="001B6ED6">
        <w:rPr>
          <w:szCs w:val="28"/>
          <w:lang w:val="ru-RU"/>
        </w:rPr>
        <w:t>(</w:t>
      </w:r>
      <w:r>
        <w:rPr>
          <w:szCs w:val="28"/>
        </w:rPr>
        <w:t>NO</w:t>
      </w:r>
      <w:r w:rsidRPr="001B6ED6">
        <w:rPr>
          <w:szCs w:val="28"/>
          <w:vertAlign w:val="subscript"/>
          <w:lang w:val="ru-RU"/>
        </w:rPr>
        <w:t>3</w:t>
      </w:r>
      <w:r w:rsidRPr="001B6ED6">
        <w:rPr>
          <w:szCs w:val="28"/>
          <w:lang w:val="ru-RU"/>
        </w:rPr>
        <w:t>)</w:t>
      </w:r>
      <w:r w:rsidRPr="001B6ED6">
        <w:rPr>
          <w:szCs w:val="28"/>
          <w:vertAlign w:val="subscript"/>
          <w:lang w:val="ru-RU"/>
        </w:rPr>
        <w:t xml:space="preserve"> 2</w:t>
      </w:r>
      <w:r w:rsidRPr="001B6ED6">
        <w:rPr>
          <w:szCs w:val="28"/>
          <w:lang w:val="ru-RU"/>
        </w:rPr>
        <w:t xml:space="preserve"> → 2</w:t>
      </w:r>
      <w:r>
        <w:rPr>
          <w:szCs w:val="28"/>
        </w:rPr>
        <w:t>PbO</w:t>
      </w:r>
      <w:r w:rsidRPr="001B6ED6">
        <w:rPr>
          <w:szCs w:val="28"/>
          <w:lang w:val="ru-RU"/>
        </w:rPr>
        <w:t>+4</w:t>
      </w:r>
      <w:r>
        <w:rPr>
          <w:szCs w:val="28"/>
        </w:rPr>
        <w:t>NO</w:t>
      </w:r>
      <w:r w:rsidRPr="001B6ED6">
        <w:rPr>
          <w:szCs w:val="28"/>
          <w:vertAlign w:val="subscript"/>
          <w:lang w:val="ru-RU"/>
        </w:rPr>
        <w:t>2</w:t>
      </w:r>
      <w:r w:rsidRPr="001B6ED6">
        <w:rPr>
          <w:szCs w:val="28"/>
          <w:lang w:val="ru-RU"/>
        </w:rPr>
        <w:t xml:space="preserve"> +</w:t>
      </w:r>
      <w:r>
        <w:rPr>
          <w:szCs w:val="28"/>
        </w:rPr>
        <w:t>O</w:t>
      </w:r>
      <w:r w:rsidRPr="001B6ED6">
        <w:rPr>
          <w:szCs w:val="28"/>
          <w:vertAlign w:val="subscript"/>
          <w:lang w:val="ru-RU"/>
        </w:rPr>
        <w:t>2</w:t>
      </w:r>
    </w:p>
    <w:p w:rsidR="00DC2F01" w:rsidRPr="001B6ED6" w:rsidRDefault="00DC2F01" w:rsidP="00DC2F01">
      <w:pPr>
        <w:rPr>
          <w:b/>
          <w:szCs w:val="24"/>
          <w:lang w:val="ru-RU"/>
        </w:rPr>
      </w:pPr>
    </w:p>
    <w:p w:rsidR="00DC2F01" w:rsidRPr="001B6ED6" w:rsidRDefault="00DC2F01" w:rsidP="00DC2F01">
      <w:pPr>
        <w:rPr>
          <w:b/>
          <w:szCs w:val="24"/>
          <w:lang w:val="ru-RU"/>
        </w:rPr>
      </w:pPr>
      <w:r w:rsidRPr="001B6ED6">
        <w:rPr>
          <w:b/>
          <w:szCs w:val="24"/>
          <w:lang w:val="ru-RU"/>
        </w:rPr>
        <w:lastRenderedPageBreak/>
        <w:t>Задание 108.</w:t>
      </w:r>
    </w:p>
    <w:p w:rsidR="00DC2F01" w:rsidRPr="00DC2F01" w:rsidRDefault="00DC2F01" w:rsidP="00DC2F01">
      <w:pPr>
        <w:rPr>
          <w:szCs w:val="28"/>
          <w:lang w:val="ru-RU"/>
        </w:rPr>
      </w:pPr>
      <w:r w:rsidRPr="00DC2F01">
        <w:rPr>
          <w:szCs w:val="28"/>
          <w:lang w:val="ru-RU"/>
        </w:rPr>
        <w:t>Два вещества, взаимодействие между которыми относится к окислительно - восстановительным реакциям соединения – это ___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1B6ED6" w:rsidRDefault="00DC2F01" w:rsidP="00DC2F01">
      <w:pPr>
        <w:rPr>
          <w:szCs w:val="28"/>
        </w:rPr>
      </w:pPr>
      <w:r w:rsidRPr="001B6ED6">
        <w:rPr>
          <w:szCs w:val="28"/>
        </w:rPr>
        <w:t xml:space="preserve">1) </w:t>
      </w:r>
      <w:r>
        <w:rPr>
          <w:szCs w:val="28"/>
        </w:rPr>
        <w:t>H</w:t>
      </w:r>
      <w:r w:rsidRPr="001B6ED6">
        <w:rPr>
          <w:szCs w:val="28"/>
          <w:vertAlign w:val="subscript"/>
        </w:rPr>
        <w:t>2</w:t>
      </w:r>
      <w:r>
        <w:rPr>
          <w:szCs w:val="28"/>
        </w:rPr>
        <w:t>O</w:t>
      </w:r>
      <w:r w:rsidRPr="001B6ED6">
        <w:rPr>
          <w:szCs w:val="28"/>
        </w:rPr>
        <w:t xml:space="preserve">, </w:t>
      </w:r>
      <w:proofErr w:type="gramStart"/>
      <w:r>
        <w:rPr>
          <w:szCs w:val="28"/>
        </w:rPr>
        <w:t>CaO</w:t>
      </w:r>
      <w:r w:rsidRPr="001B6ED6">
        <w:rPr>
          <w:szCs w:val="28"/>
        </w:rPr>
        <w:t xml:space="preserve">;   </w:t>
      </w:r>
      <w:proofErr w:type="gramEnd"/>
      <w:r w:rsidRPr="001B6ED6">
        <w:rPr>
          <w:szCs w:val="28"/>
        </w:rPr>
        <w:t xml:space="preserve">    2)</w:t>
      </w:r>
      <w:r>
        <w:rPr>
          <w:szCs w:val="28"/>
        </w:rPr>
        <w:t>NaI</w:t>
      </w:r>
      <w:r w:rsidRPr="001B6ED6">
        <w:rPr>
          <w:szCs w:val="28"/>
        </w:rPr>
        <w:t xml:space="preserve">, </w:t>
      </w:r>
      <w:r>
        <w:rPr>
          <w:szCs w:val="28"/>
        </w:rPr>
        <w:t>Br</w:t>
      </w:r>
      <w:r w:rsidRPr="001B6ED6">
        <w:rPr>
          <w:szCs w:val="28"/>
          <w:vertAlign w:val="subscript"/>
        </w:rPr>
        <w:t>2</w:t>
      </w:r>
      <w:r w:rsidRPr="001B6ED6">
        <w:rPr>
          <w:szCs w:val="28"/>
        </w:rPr>
        <w:t xml:space="preserve">  ;   3) </w:t>
      </w:r>
      <w:r>
        <w:rPr>
          <w:szCs w:val="28"/>
        </w:rPr>
        <w:t>H</w:t>
      </w:r>
      <w:r w:rsidRPr="001B6ED6">
        <w:rPr>
          <w:szCs w:val="28"/>
          <w:vertAlign w:val="subscript"/>
        </w:rPr>
        <w:t>2</w:t>
      </w:r>
      <w:r>
        <w:rPr>
          <w:szCs w:val="28"/>
        </w:rPr>
        <w:t>O</w:t>
      </w:r>
      <w:r w:rsidRPr="001B6ED6">
        <w:rPr>
          <w:szCs w:val="28"/>
        </w:rPr>
        <w:t xml:space="preserve">, </w:t>
      </w:r>
      <w:r>
        <w:rPr>
          <w:szCs w:val="28"/>
        </w:rPr>
        <w:t>Ca</w:t>
      </w:r>
      <w:r w:rsidRPr="00DC2F01">
        <w:rPr>
          <w:szCs w:val="28"/>
          <w:lang w:val="ru-RU"/>
        </w:rPr>
        <w:t>О</w:t>
      </w:r>
    </w:p>
    <w:p w:rsidR="00DC2F01" w:rsidRPr="001B6ED6" w:rsidRDefault="00DC2F01" w:rsidP="00DC2F01">
      <w:pPr>
        <w:rPr>
          <w:szCs w:val="24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109.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Какой из приведенных ионов может быть только восстановителем?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pStyle w:val="aa"/>
        <w:rPr>
          <w:sz w:val="24"/>
          <w:szCs w:val="24"/>
          <w:lang w:val="ru-RU"/>
        </w:rPr>
      </w:pPr>
      <w:r w:rsidRPr="00DC2F01">
        <w:rPr>
          <w:sz w:val="24"/>
          <w:szCs w:val="24"/>
          <w:lang w:val="ru-RU"/>
        </w:rPr>
        <w:t>1) С</w:t>
      </w:r>
      <w:r w:rsidRPr="00565ADB">
        <w:rPr>
          <w:sz w:val="24"/>
          <w:szCs w:val="24"/>
        </w:rPr>
        <w:t>u</w:t>
      </w:r>
      <w:r w:rsidRPr="00DC2F01">
        <w:rPr>
          <w:sz w:val="24"/>
          <w:szCs w:val="24"/>
          <w:vertAlign w:val="superscript"/>
          <w:lang w:val="ru-RU"/>
        </w:rPr>
        <w:t>0</w:t>
      </w:r>
      <w:r w:rsidRPr="00DC2F01">
        <w:rPr>
          <w:sz w:val="24"/>
          <w:szCs w:val="24"/>
          <w:lang w:val="ru-RU"/>
        </w:rPr>
        <w:t xml:space="preserve">      2) (</w:t>
      </w:r>
      <w:r w:rsidRPr="00565ADB">
        <w:rPr>
          <w:sz w:val="24"/>
          <w:szCs w:val="24"/>
        </w:rPr>
        <w:t>Cr</w:t>
      </w:r>
      <w:r w:rsidRPr="00DC2F01">
        <w:rPr>
          <w:sz w:val="24"/>
          <w:szCs w:val="24"/>
          <w:vertAlign w:val="subscript"/>
          <w:lang w:val="ru-RU"/>
        </w:rPr>
        <w:t>2</w:t>
      </w:r>
      <w:r w:rsidRPr="00565ADB">
        <w:rPr>
          <w:sz w:val="24"/>
          <w:szCs w:val="24"/>
        </w:rPr>
        <w:t>O</w:t>
      </w:r>
      <w:r w:rsidRPr="00DC2F01">
        <w:rPr>
          <w:sz w:val="24"/>
          <w:szCs w:val="24"/>
          <w:vertAlign w:val="subscript"/>
          <w:lang w:val="ru-RU"/>
        </w:rPr>
        <w:t>7</w:t>
      </w:r>
      <w:r w:rsidRPr="00DC2F01">
        <w:rPr>
          <w:sz w:val="24"/>
          <w:szCs w:val="24"/>
          <w:lang w:val="ru-RU"/>
        </w:rPr>
        <w:t>)</w:t>
      </w:r>
      <w:r w:rsidRPr="00DC2F01">
        <w:rPr>
          <w:sz w:val="24"/>
          <w:szCs w:val="24"/>
          <w:vertAlign w:val="superscript"/>
          <w:lang w:val="ru-RU"/>
        </w:rPr>
        <w:t>2-</w:t>
      </w:r>
      <w:r w:rsidRPr="00DC2F01">
        <w:rPr>
          <w:sz w:val="24"/>
          <w:szCs w:val="24"/>
          <w:lang w:val="ru-RU"/>
        </w:rPr>
        <w:t xml:space="preserve">      3) </w:t>
      </w:r>
      <w:r w:rsidRPr="00565ADB">
        <w:rPr>
          <w:sz w:val="24"/>
          <w:szCs w:val="24"/>
        </w:rPr>
        <w:t>Sn</w:t>
      </w:r>
      <w:r w:rsidRPr="00DC2F01">
        <w:rPr>
          <w:sz w:val="24"/>
          <w:szCs w:val="24"/>
          <w:vertAlign w:val="superscript"/>
          <w:lang w:val="ru-RU"/>
        </w:rPr>
        <w:t>4+</w:t>
      </w:r>
      <w:r w:rsidRPr="00DC2F01">
        <w:rPr>
          <w:sz w:val="24"/>
          <w:szCs w:val="24"/>
          <w:lang w:val="ru-RU"/>
        </w:rPr>
        <w:t xml:space="preserve">    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pStyle w:val="aa"/>
        <w:tabs>
          <w:tab w:val="left" w:pos="142"/>
        </w:tabs>
        <w:rPr>
          <w:sz w:val="24"/>
          <w:szCs w:val="24"/>
          <w:lang w:val="ru-RU"/>
        </w:rPr>
      </w:pPr>
      <w:r w:rsidRPr="00DC2F01">
        <w:rPr>
          <w:b/>
          <w:sz w:val="24"/>
          <w:szCs w:val="24"/>
          <w:lang w:val="ru-RU"/>
        </w:rPr>
        <w:t>Задание 110</w:t>
      </w:r>
      <w:r w:rsidRPr="00DC2F01">
        <w:rPr>
          <w:b/>
          <w:lang w:val="ru-RU"/>
        </w:rPr>
        <w:t>.</w:t>
      </w:r>
      <w:r w:rsidRPr="00DC2F01">
        <w:rPr>
          <w:szCs w:val="24"/>
          <w:lang w:val="ru-RU"/>
        </w:rPr>
        <w:t xml:space="preserve"> </w:t>
      </w:r>
      <w:r w:rsidRPr="00DC2F01">
        <w:rPr>
          <w:sz w:val="24"/>
          <w:szCs w:val="24"/>
          <w:lang w:val="ru-RU"/>
        </w:rPr>
        <w:t>Какой из перечисленных ионов может быть только восстановителем?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pStyle w:val="aa"/>
        <w:ind w:left="360"/>
        <w:rPr>
          <w:sz w:val="24"/>
          <w:szCs w:val="24"/>
          <w:lang w:val="ru-RU"/>
        </w:rPr>
      </w:pPr>
      <w:r w:rsidRPr="00DC2F01">
        <w:rPr>
          <w:sz w:val="24"/>
          <w:szCs w:val="24"/>
          <w:lang w:val="ru-RU"/>
        </w:rPr>
        <w:t xml:space="preserve">1) </w:t>
      </w:r>
      <w:r w:rsidRPr="004F49A1">
        <w:rPr>
          <w:sz w:val="24"/>
          <w:szCs w:val="24"/>
        </w:rPr>
        <w:t>Cu</w:t>
      </w:r>
      <w:r w:rsidRPr="00DC2F01">
        <w:rPr>
          <w:sz w:val="24"/>
          <w:szCs w:val="24"/>
          <w:vertAlign w:val="superscript"/>
          <w:lang w:val="ru-RU"/>
        </w:rPr>
        <w:t>2+</w:t>
      </w:r>
      <w:r w:rsidRPr="00DC2F01">
        <w:rPr>
          <w:sz w:val="24"/>
          <w:szCs w:val="24"/>
          <w:lang w:val="ru-RU"/>
        </w:rPr>
        <w:t xml:space="preserve">      2) </w:t>
      </w:r>
      <w:r w:rsidRPr="004F49A1">
        <w:rPr>
          <w:sz w:val="24"/>
          <w:szCs w:val="24"/>
        </w:rPr>
        <w:t>Cl</w:t>
      </w:r>
      <w:r w:rsidRPr="00DC2F01">
        <w:rPr>
          <w:sz w:val="24"/>
          <w:szCs w:val="24"/>
          <w:vertAlign w:val="superscript"/>
          <w:lang w:val="ru-RU"/>
        </w:rPr>
        <w:t>-</w:t>
      </w:r>
      <w:r w:rsidRPr="00DC2F01">
        <w:rPr>
          <w:sz w:val="24"/>
          <w:szCs w:val="24"/>
          <w:lang w:val="ru-RU"/>
        </w:rPr>
        <w:t xml:space="preserve">      3) (</w:t>
      </w:r>
      <w:r w:rsidRPr="004F49A1">
        <w:rPr>
          <w:sz w:val="24"/>
          <w:szCs w:val="24"/>
        </w:rPr>
        <w:t>VO</w:t>
      </w:r>
      <w:r w:rsidRPr="00DC2F01">
        <w:rPr>
          <w:sz w:val="24"/>
          <w:szCs w:val="24"/>
          <w:vertAlign w:val="subscript"/>
          <w:lang w:val="ru-RU"/>
        </w:rPr>
        <w:t>3</w:t>
      </w:r>
      <w:r w:rsidRPr="00DC2F01">
        <w:rPr>
          <w:sz w:val="24"/>
          <w:szCs w:val="24"/>
          <w:lang w:val="ru-RU"/>
        </w:rPr>
        <w:t>)</w:t>
      </w:r>
      <w:r w:rsidRPr="00DC2F01">
        <w:rPr>
          <w:sz w:val="24"/>
          <w:szCs w:val="24"/>
          <w:vertAlign w:val="superscript"/>
          <w:lang w:val="ru-RU"/>
        </w:rPr>
        <w:t>-</w:t>
      </w:r>
      <w:r w:rsidRPr="00DC2F01">
        <w:rPr>
          <w:sz w:val="24"/>
          <w:szCs w:val="24"/>
          <w:lang w:val="ru-RU"/>
        </w:rPr>
        <w:t xml:space="preserve">      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111.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Какой из перечисленных ионов может быть только восстановителем?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pStyle w:val="aa"/>
        <w:ind w:left="360"/>
        <w:rPr>
          <w:sz w:val="24"/>
          <w:szCs w:val="24"/>
          <w:lang w:val="ru-RU"/>
        </w:rPr>
      </w:pPr>
      <w:r w:rsidRPr="00DC2F01">
        <w:rPr>
          <w:sz w:val="24"/>
          <w:szCs w:val="24"/>
          <w:lang w:val="ru-RU"/>
        </w:rPr>
        <w:t xml:space="preserve">1) </w:t>
      </w:r>
      <w:r w:rsidRPr="00AB3D66">
        <w:rPr>
          <w:sz w:val="24"/>
          <w:szCs w:val="24"/>
        </w:rPr>
        <w:t>SO</w:t>
      </w:r>
      <w:r w:rsidRPr="00DC2F01">
        <w:rPr>
          <w:sz w:val="24"/>
          <w:szCs w:val="24"/>
          <w:vertAlign w:val="subscript"/>
          <w:lang w:val="ru-RU"/>
        </w:rPr>
        <w:t>4</w:t>
      </w:r>
      <w:r w:rsidRPr="00DC2F01">
        <w:rPr>
          <w:sz w:val="24"/>
          <w:szCs w:val="24"/>
          <w:vertAlign w:val="superscript"/>
          <w:lang w:val="ru-RU"/>
        </w:rPr>
        <w:t>2-</w:t>
      </w:r>
      <w:proofErr w:type="gramStart"/>
      <w:r w:rsidRPr="00DC2F01">
        <w:rPr>
          <w:sz w:val="24"/>
          <w:szCs w:val="24"/>
          <w:lang w:val="ru-RU"/>
        </w:rPr>
        <w:t xml:space="preserve">  ;</w:t>
      </w:r>
      <w:proofErr w:type="gramEnd"/>
      <w:r w:rsidRPr="00DC2F01">
        <w:rPr>
          <w:sz w:val="24"/>
          <w:szCs w:val="24"/>
          <w:lang w:val="ru-RU"/>
        </w:rPr>
        <w:t xml:space="preserve">   2) </w:t>
      </w:r>
      <w:r w:rsidRPr="00AB3D66">
        <w:rPr>
          <w:sz w:val="24"/>
          <w:szCs w:val="24"/>
        </w:rPr>
        <w:t>S</w:t>
      </w:r>
      <w:r w:rsidRPr="00DC2F01">
        <w:rPr>
          <w:sz w:val="24"/>
          <w:szCs w:val="24"/>
          <w:vertAlign w:val="superscript"/>
          <w:lang w:val="ru-RU"/>
        </w:rPr>
        <w:t>2-</w:t>
      </w:r>
      <w:r w:rsidRPr="00DC2F01">
        <w:rPr>
          <w:sz w:val="24"/>
          <w:szCs w:val="24"/>
          <w:lang w:val="ru-RU"/>
        </w:rPr>
        <w:t xml:space="preserve"> ;  3) </w:t>
      </w:r>
      <w:r w:rsidRPr="00AB3D66">
        <w:rPr>
          <w:sz w:val="24"/>
          <w:szCs w:val="24"/>
        </w:rPr>
        <w:t>Fe</w:t>
      </w:r>
      <w:r w:rsidRPr="00DC2F01">
        <w:rPr>
          <w:sz w:val="24"/>
          <w:szCs w:val="24"/>
          <w:vertAlign w:val="superscript"/>
          <w:lang w:val="ru-RU"/>
        </w:rPr>
        <w:t xml:space="preserve">3+ </w:t>
      </w:r>
      <w:r w:rsidRPr="00DC2F01">
        <w:rPr>
          <w:sz w:val="24"/>
          <w:szCs w:val="24"/>
          <w:lang w:val="ru-RU"/>
        </w:rPr>
        <w:t xml:space="preserve">    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112.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Сумма всех стехиометрических коэффициентов в уравнении реакции </w:t>
      </w:r>
    </w:p>
    <w:p w:rsidR="00DC2F01" w:rsidRPr="00035C7A" w:rsidRDefault="00DC2F01" w:rsidP="00DC2F01">
      <w:pPr>
        <w:rPr>
          <w:i/>
          <w:sz w:val="20"/>
          <w:u w:val="single"/>
        </w:rPr>
      </w:pPr>
      <w:r w:rsidRPr="004F49A1">
        <w:t>Mn(OH)</w:t>
      </w:r>
      <w:r w:rsidRPr="004F49A1">
        <w:rPr>
          <w:vertAlign w:val="subscript"/>
        </w:rPr>
        <w:t>2</w:t>
      </w:r>
      <w:r w:rsidRPr="004F49A1">
        <w:t>+Cl</w:t>
      </w:r>
      <w:r w:rsidRPr="004F49A1">
        <w:rPr>
          <w:vertAlign w:val="subscript"/>
        </w:rPr>
        <w:t>2</w:t>
      </w:r>
      <w:r w:rsidRPr="004F49A1">
        <w:t>+KOH=MnO</w:t>
      </w:r>
      <w:r w:rsidRPr="004F49A1">
        <w:rPr>
          <w:vertAlign w:val="subscript"/>
        </w:rPr>
        <w:t xml:space="preserve">2 </w:t>
      </w:r>
      <w:r w:rsidRPr="004F49A1">
        <w:t>+…</w:t>
      </w:r>
      <w:proofErr w:type="gramStart"/>
      <w:r w:rsidRPr="004F49A1">
        <w:t>….Cl</w:t>
      </w:r>
      <w:proofErr w:type="gramEnd"/>
      <w:r w:rsidRPr="004F49A1">
        <w:rPr>
          <w:vertAlign w:val="superscript"/>
        </w:rPr>
        <w:t xml:space="preserve">- </w:t>
      </w:r>
      <w:r w:rsidRPr="004F49A1">
        <w:t>+…</w:t>
      </w:r>
      <w:r w:rsidRPr="00FB4372">
        <w:t xml:space="preserve"> </w:t>
      </w:r>
      <w:r>
        <w:t>равна</w:t>
      </w:r>
      <w:r w:rsidRPr="00FB4372">
        <w:t xml:space="preserve"> </w:t>
      </w:r>
      <w:r w:rsidRPr="00035C7A">
        <w:t>___ .</w:t>
      </w:r>
    </w:p>
    <w:p w:rsidR="00DC2F01" w:rsidRPr="00E074AE" w:rsidRDefault="00DC2F01" w:rsidP="00DC2F01">
      <w:pPr>
        <w:pStyle w:val="14"/>
        <w:widowControl/>
        <w:rPr>
          <w:i/>
          <w:snapToGrid/>
          <w:sz w:val="24"/>
          <w:lang w:val="en-US"/>
        </w:rPr>
      </w:pPr>
    </w:p>
    <w:p w:rsidR="00DC2F01" w:rsidRPr="00DC2F01" w:rsidRDefault="00DC2F01" w:rsidP="00DC2F01">
      <w:pPr>
        <w:pStyle w:val="aa"/>
        <w:rPr>
          <w:sz w:val="24"/>
          <w:szCs w:val="24"/>
          <w:lang w:val="ru-RU"/>
        </w:rPr>
      </w:pPr>
      <w:r w:rsidRPr="00DC2F01">
        <w:rPr>
          <w:b/>
          <w:sz w:val="24"/>
          <w:szCs w:val="24"/>
          <w:lang w:val="ru-RU"/>
        </w:rPr>
        <w:t>Задание 113.</w:t>
      </w:r>
      <w:r w:rsidRPr="00DC2F01">
        <w:rPr>
          <w:sz w:val="24"/>
          <w:szCs w:val="24"/>
          <w:lang w:val="ru-RU"/>
        </w:rPr>
        <w:t xml:space="preserve"> </w:t>
      </w:r>
    </w:p>
    <w:p w:rsidR="00DC2F01" w:rsidRPr="00DC2F01" w:rsidRDefault="00DC2F01" w:rsidP="00DC2F01">
      <w:pPr>
        <w:pStyle w:val="aa"/>
        <w:rPr>
          <w:sz w:val="24"/>
          <w:szCs w:val="24"/>
          <w:lang w:val="ru-RU"/>
        </w:rPr>
      </w:pPr>
      <w:r w:rsidRPr="00DC2F01">
        <w:rPr>
          <w:sz w:val="24"/>
          <w:szCs w:val="24"/>
          <w:lang w:val="ru-RU"/>
        </w:rPr>
        <w:t xml:space="preserve">Стехиометрический коэффициент перед формулой восстановителя в уравнении реакции </w:t>
      </w:r>
    </w:p>
    <w:p w:rsidR="00DC2F01" w:rsidRPr="00035C7A" w:rsidRDefault="00DC2F01" w:rsidP="00DC2F01">
      <w:pPr>
        <w:pStyle w:val="aa"/>
        <w:rPr>
          <w:sz w:val="24"/>
          <w:szCs w:val="24"/>
        </w:rPr>
      </w:pPr>
      <w:r w:rsidRPr="00FF21EE">
        <w:t>K</w:t>
      </w:r>
      <w:r w:rsidRPr="007C18ED">
        <w:rPr>
          <w:vertAlign w:val="subscript"/>
        </w:rPr>
        <w:t>2</w:t>
      </w:r>
      <w:r w:rsidRPr="00FF21EE">
        <w:t>S</w:t>
      </w:r>
      <w:r w:rsidRPr="007C18ED">
        <w:t>+</w:t>
      </w:r>
      <w:r w:rsidRPr="00FF21EE">
        <w:t>K</w:t>
      </w:r>
      <w:r w:rsidRPr="007C18ED">
        <w:rPr>
          <w:vertAlign w:val="subscript"/>
        </w:rPr>
        <w:t>2</w:t>
      </w:r>
      <w:r w:rsidRPr="00FF21EE">
        <w:t>MnO</w:t>
      </w:r>
      <w:r w:rsidRPr="007C18ED">
        <w:rPr>
          <w:vertAlign w:val="subscript"/>
        </w:rPr>
        <w:t>4</w:t>
      </w:r>
      <w:r w:rsidRPr="007C18ED">
        <w:t>+</w:t>
      </w:r>
      <w:r w:rsidRPr="00FF21EE">
        <w:t>H</w:t>
      </w:r>
      <w:r w:rsidRPr="007C18ED">
        <w:rPr>
          <w:vertAlign w:val="subscript"/>
        </w:rPr>
        <w:t>2</w:t>
      </w:r>
      <w:r w:rsidRPr="00FF21EE">
        <w:t>O</w:t>
      </w:r>
      <w:r w:rsidRPr="007C18ED">
        <w:t xml:space="preserve"> </w:t>
      </w:r>
      <w:r w:rsidRPr="007C18ED">
        <w:rPr>
          <w:rFonts w:ascii="Lucida Sans Unicode" w:hAnsi="Lucida Sans Unicode"/>
        </w:rPr>
        <w:t>→</w:t>
      </w:r>
      <w:r w:rsidRPr="00FF21EE">
        <w:t>S</w:t>
      </w:r>
      <w:r w:rsidRPr="007C18ED">
        <w:rPr>
          <w:vertAlign w:val="subscript"/>
        </w:rPr>
        <w:t xml:space="preserve"> </w:t>
      </w:r>
      <w:r w:rsidRPr="007C18ED">
        <w:t>+</w:t>
      </w:r>
      <w:r w:rsidRPr="00FF21EE">
        <w:t>MnO</w:t>
      </w:r>
      <w:r w:rsidRPr="007C18ED">
        <w:rPr>
          <w:vertAlign w:val="subscript"/>
        </w:rPr>
        <w:t>2</w:t>
      </w:r>
      <w:r w:rsidRPr="007C18ED">
        <w:rPr>
          <w:vertAlign w:val="superscript"/>
        </w:rPr>
        <w:t xml:space="preserve"> </w:t>
      </w:r>
      <w:r w:rsidRPr="007C18ED">
        <w:t>+…</w:t>
      </w:r>
      <w:r w:rsidRPr="00FB4372">
        <w:t xml:space="preserve"> </w:t>
      </w:r>
      <w:r>
        <w:rPr>
          <w:sz w:val="24"/>
          <w:szCs w:val="24"/>
        </w:rPr>
        <w:t xml:space="preserve">равен </w:t>
      </w:r>
      <w:r w:rsidRPr="00035C7A">
        <w:rPr>
          <w:sz w:val="24"/>
          <w:szCs w:val="24"/>
        </w:rPr>
        <w:t xml:space="preserve">____. </w:t>
      </w:r>
    </w:p>
    <w:p w:rsidR="00DC2F01" w:rsidRPr="00A57943" w:rsidRDefault="00DC2F01" w:rsidP="00DC2F01">
      <w:pPr>
        <w:rPr>
          <w:b/>
          <w:szCs w:val="24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114.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lang w:val="ru-RU"/>
        </w:rPr>
        <w:lastRenderedPageBreak/>
        <w:t xml:space="preserve">Из предложенных соединений выберите окислитель для окисления </w:t>
      </w:r>
      <w:r w:rsidRPr="00F56263">
        <w:t>Te</w:t>
      </w:r>
      <w:r w:rsidRPr="00DC2F01">
        <w:rPr>
          <w:lang w:val="ru-RU"/>
        </w:rPr>
        <w:t xml:space="preserve"> до </w:t>
      </w:r>
      <w:r w:rsidRPr="00F56263">
        <w:t>TeO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 xml:space="preserve">.  Если: </w:t>
      </w:r>
      <w:r w:rsidRPr="00AB3D66">
        <w:rPr>
          <w:b/>
          <w:position w:val="-10"/>
          <w:sz w:val="28"/>
          <w:szCs w:val="28"/>
        </w:rPr>
        <w:object w:dxaOrig="2040" w:dyaOrig="360">
          <v:shape id="_x0000_i1124" type="#_x0000_t75" style="width:102pt;height:18pt" o:ole="" fillcolor="window">
            <v:imagedata r:id="rId194" o:title=""/>
          </v:shape>
          <o:OLEObject Type="Embed" ProgID="Equation.3" ShapeID="_x0000_i1124" DrawAspect="Content" ObjectID="_1841053869" r:id="rId195"/>
        </w:object>
      </w:r>
      <w:r w:rsidRPr="00DC2F01">
        <w:rPr>
          <w:b/>
          <w:sz w:val="28"/>
          <w:szCs w:val="28"/>
          <w:lang w:val="ru-RU"/>
        </w:rPr>
        <w:t xml:space="preserve">   </w:t>
      </w:r>
      <w:r w:rsidRPr="00AB3D66">
        <w:rPr>
          <w:b/>
          <w:position w:val="-12"/>
          <w:sz w:val="28"/>
          <w:szCs w:val="28"/>
        </w:rPr>
        <w:object w:dxaOrig="2160" w:dyaOrig="380">
          <v:shape id="_x0000_i1125" type="#_x0000_t75" style="width:109.5pt;height:19.5pt" o:ole="" fillcolor="window">
            <v:imagedata r:id="rId196" o:title=""/>
          </v:shape>
          <o:OLEObject Type="Embed" ProgID="Equation.3" ShapeID="_x0000_i1125" DrawAspect="Content" ObjectID="_1841053870" r:id="rId197"/>
        </w:object>
      </w:r>
      <w:r w:rsidRPr="00DC2F01">
        <w:rPr>
          <w:b/>
          <w:sz w:val="28"/>
          <w:szCs w:val="28"/>
          <w:lang w:val="ru-RU"/>
        </w:rPr>
        <w:t xml:space="preserve">  </w:t>
      </w:r>
      <w:r w:rsidRPr="00AB3D66">
        <w:rPr>
          <w:b/>
          <w:position w:val="-10"/>
          <w:sz w:val="28"/>
          <w:szCs w:val="28"/>
        </w:rPr>
        <w:object w:dxaOrig="1880" w:dyaOrig="360">
          <v:shape id="_x0000_i1126" type="#_x0000_t75" style="width:94.5pt;height:18pt" o:ole="" fillcolor="window">
            <v:imagedata r:id="rId198" o:title=""/>
          </v:shape>
          <o:OLEObject Type="Embed" ProgID="Equation.3" ShapeID="_x0000_i1126" DrawAspect="Content" ObjectID="_1841053871" r:id="rId199"/>
        </w:object>
      </w:r>
      <w:r w:rsidRPr="00DC2F01">
        <w:rPr>
          <w:b/>
          <w:sz w:val="28"/>
          <w:szCs w:val="28"/>
          <w:lang w:val="ru-RU"/>
        </w:rPr>
        <w:t xml:space="preserve">  </w:t>
      </w:r>
      <w:r w:rsidRPr="00AB3D66">
        <w:rPr>
          <w:b/>
          <w:position w:val="-10"/>
          <w:sz w:val="28"/>
          <w:szCs w:val="28"/>
        </w:rPr>
        <w:object w:dxaOrig="2100" w:dyaOrig="360">
          <v:shape id="_x0000_i1127" type="#_x0000_t75" style="width:104.25pt;height:18pt" o:ole="" fillcolor="window">
            <v:imagedata r:id="rId200" o:title=""/>
          </v:shape>
          <o:OLEObject Type="Embed" ProgID="Equation.3" ShapeID="_x0000_i1127" DrawAspect="Content" ObjectID="_1841053872" r:id="rId201"/>
        </w:object>
      </w:r>
      <w:r w:rsidRPr="00DC2F01">
        <w:rPr>
          <w:b/>
          <w:sz w:val="28"/>
          <w:szCs w:val="28"/>
          <w:lang w:val="ru-RU"/>
        </w:rPr>
        <w:t xml:space="preserve">  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lang w:val="ru-RU"/>
        </w:rPr>
        <w:t>1)</w:t>
      </w:r>
      <w:r w:rsidRPr="00F56263">
        <w:t>KClO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 xml:space="preserve">; 2) </w:t>
      </w:r>
      <w:r w:rsidRPr="00F56263">
        <w:t>SO</w:t>
      </w:r>
      <w:proofErr w:type="gramStart"/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;  3</w:t>
      </w:r>
      <w:proofErr w:type="gramEnd"/>
      <w:r w:rsidRPr="00DC2F01">
        <w:rPr>
          <w:lang w:val="ru-RU"/>
        </w:rPr>
        <w:t xml:space="preserve">) </w:t>
      </w:r>
      <w:r w:rsidRPr="00F56263">
        <w:t>CuCl</w:t>
      </w:r>
      <w:r w:rsidRPr="00DC2F01">
        <w:rPr>
          <w:vertAlign w:val="subscript"/>
          <w:lang w:val="ru-RU"/>
        </w:rPr>
        <w:t>2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pStyle w:val="aa"/>
        <w:rPr>
          <w:sz w:val="24"/>
          <w:lang w:val="ru-RU"/>
        </w:rPr>
      </w:pPr>
      <w:r w:rsidRPr="00DC2F01">
        <w:rPr>
          <w:b/>
          <w:sz w:val="24"/>
          <w:szCs w:val="24"/>
          <w:lang w:val="ru-RU"/>
        </w:rPr>
        <w:t>Задание 115.</w:t>
      </w:r>
      <w:r w:rsidRPr="00DC2F01">
        <w:rPr>
          <w:lang w:val="ru-RU"/>
        </w:rPr>
        <w:t xml:space="preserve"> </w:t>
      </w:r>
      <w:r w:rsidRPr="00DC2F01">
        <w:rPr>
          <w:sz w:val="24"/>
          <w:lang w:val="ru-RU"/>
        </w:rPr>
        <w:t xml:space="preserve">Из предложенных соединений выберите окислитель для окисления </w:t>
      </w:r>
      <w:r w:rsidRPr="00951425">
        <w:rPr>
          <w:sz w:val="24"/>
        </w:rPr>
        <w:t>K</w:t>
      </w:r>
      <w:r w:rsidRPr="00DC2F01">
        <w:rPr>
          <w:sz w:val="24"/>
          <w:vertAlign w:val="subscript"/>
          <w:lang w:val="ru-RU"/>
        </w:rPr>
        <w:t>2</w:t>
      </w:r>
      <w:r w:rsidRPr="00951425">
        <w:rPr>
          <w:sz w:val="24"/>
        </w:rPr>
        <w:t>SO</w:t>
      </w:r>
      <w:r w:rsidRPr="00DC2F01">
        <w:rPr>
          <w:sz w:val="24"/>
          <w:vertAlign w:val="subscript"/>
          <w:lang w:val="ru-RU"/>
        </w:rPr>
        <w:t>3</w:t>
      </w:r>
      <w:r w:rsidRPr="00DC2F01">
        <w:rPr>
          <w:sz w:val="24"/>
          <w:lang w:val="ru-RU"/>
        </w:rPr>
        <w:t xml:space="preserve"> до </w:t>
      </w:r>
      <w:r w:rsidRPr="00951425">
        <w:rPr>
          <w:sz w:val="24"/>
        </w:rPr>
        <w:t>K</w:t>
      </w:r>
      <w:r w:rsidRPr="00DC2F01">
        <w:rPr>
          <w:sz w:val="24"/>
          <w:vertAlign w:val="subscript"/>
          <w:lang w:val="ru-RU"/>
        </w:rPr>
        <w:t>2</w:t>
      </w:r>
      <w:r w:rsidRPr="00951425">
        <w:rPr>
          <w:sz w:val="24"/>
        </w:rPr>
        <w:t>SO</w:t>
      </w:r>
      <w:r w:rsidRPr="00DC2F01">
        <w:rPr>
          <w:sz w:val="24"/>
          <w:vertAlign w:val="subscript"/>
          <w:lang w:val="ru-RU"/>
        </w:rPr>
        <w:t>4</w:t>
      </w:r>
      <w:r w:rsidRPr="00DC2F01">
        <w:rPr>
          <w:sz w:val="24"/>
          <w:lang w:val="ru-RU"/>
        </w:rPr>
        <w:t xml:space="preserve"> , если </w:t>
      </w:r>
      <w:r w:rsidRPr="00110C66">
        <w:rPr>
          <w:position w:val="-12"/>
          <w:sz w:val="24"/>
        </w:rPr>
        <w:object w:dxaOrig="2260" w:dyaOrig="380">
          <v:shape id="_x0000_i1128" type="#_x0000_t75" style="width:114pt;height:19.5pt" o:ole="" fillcolor="window">
            <v:imagedata r:id="rId202" o:title=""/>
          </v:shape>
          <o:OLEObject Type="Embed" ProgID="Equation.3" ShapeID="_x0000_i1128" DrawAspect="Content" ObjectID="_1841053873" r:id="rId203"/>
        </w:object>
      </w:r>
      <w:r w:rsidRPr="00DC2F01">
        <w:rPr>
          <w:sz w:val="24"/>
          <w:lang w:val="ru-RU"/>
        </w:rPr>
        <w:t xml:space="preserve">   </w:t>
      </w:r>
      <w:r w:rsidRPr="00110C66">
        <w:rPr>
          <w:position w:val="-10"/>
          <w:sz w:val="24"/>
        </w:rPr>
        <w:object w:dxaOrig="2420" w:dyaOrig="360">
          <v:shape id="_x0000_i1129" type="#_x0000_t75" style="width:120.75pt;height:18pt" o:ole="" fillcolor="window">
            <v:imagedata r:id="rId204" o:title=""/>
          </v:shape>
          <o:OLEObject Type="Embed" ProgID="Equation.3" ShapeID="_x0000_i1129" DrawAspect="Content" ObjectID="_1841053874" r:id="rId205"/>
        </w:object>
      </w:r>
      <w:r w:rsidRPr="00DC2F01">
        <w:rPr>
          <w:sz w:val="24"/>
          <w:lang w:val="ru-RU"/>
        </w:rPr>
        <w:t xml:space="preserve">  </w:t>
      </w:r>
      <w:r w:rsidRPr="00110C66">
        <w:rPr>
          <w:position w:val="-10"/>
          <w:sz w:val="24"/>
        </w:rPr>
        <w:object w:dxaOrig="2020" w:dyaOrig="360">
          <v:shape id="_x0000_i1130" type="#_x0000_t75" style="width:101.25pt;height:18pt" o:ole="" fillcolor="window">
            <v:imagedata r:id="rId206" o:title=""/>
          </v:shape>
          <o:OLEObject Type="Embed" ProgID="Equation.3" ShapeID="_x0000_i1130" DrawAspect="Content" ObjectID="_1841053875" r:id="rId207"/>
        </w:object>
      </w:r>
      <w:r w:rsidRPr="00DC2F01">
        <w:rPr>
          <w:sz w:val="24"/>
          <w:lang w:val="ru-RU"/>
        </w:rPr>
        <w:t xml:space="preserve">  </w:t>
      </w:r>
      <w:r w:rsidRPr="00110C66">
        <w:rPr>
          <w:position w:val="-10"/>
          <w:sz w:val="24"/>
        </w:rPr>
        <w:object w:dxaOrig="1800" w:dyaOrig="360">
          <v:shape id="_x0000_i1131" type="#_x0000_t75" style="width:90pt;height:18pt" o:ole="" fillcolor="window">
            <v:imagedata r:id="rId208" o:title=""/>
          </v:shape>
          <o:OLEObject Type="Embed" ProgID="Equation.3" ShapeID="_x0000_i1131" DrawAspect="Content" ObjectID="_1841053876" r:id="rId209"/>
        </w:object>
      </w:r>
      <w:r w:rsidRPr="00DC2F01">
        <w:rPr>
          <w:sz w:val="24"/>
          <w:lang w:val="ru-RU"/>
        </w:rPr>
        <w:t xml:space="preserve">  </w:t>
      </w:r>
      <w:r w:rsidRPr="00110C66">
        <w:rPr>
          <w:position w:val="-10"/>
          <w:sz w:val="24"/>
        </w:rPr>
        <w:object w:dxaOrig="2180" w:dyaOrig="360">
          <v:shape id="_x0000_i1132" type="#_x0000_t75" style="width:108.75pt;height:18pt" o:ole="" fillcolor="window">
            <v:imagedata r:id="rId210" o:title=""/>
          </v:shape>
          <o:OLEObject Type="Embed" ProgID="Equation.3" ShapeID="_x0000_i1132" DrawAspect="Content" ObjectID="_1841053877" r:id="rId211"/>
        </w:objec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b/>
          <w:szCs w:val="28"/>
          <w:lang w:val="ru-RU"/>
        </w:rPr>
      </w:pPr>
      <w:r w:rsidRPr="00DC2F01">
        <w:rPr>
          <w:lang w:val="ru-RU"/>
        </w:rPr>
        <w:t xml:space="preserve">1) </w:t>
      </w:r>
      <w:r>
        <w:t>H</w:t>
      </w:r>
      <w:r w:rsidRPr="00DC2F01">
        <w:rPr>
          <w:vertAlign w:val="subscript"/>
          <w:lang w:val="ru-RU"/>
        </w:rPr>
        <w:t>3</w:t>
      </w:r>
      <w:r>
        <w:t>PO</w:t>
      </w:r>
      <w:proofErr w:type="gramStart"/>
      <w:r w:rsidRPr="00DC2F01">
        <w:rPr>
          <w:vertAlign w:val="subscript"/>
          <w:lang w:val="ru-RU"/>
        </w:rPr>
        <w:t>4</w:t>
      </w:r>
      <w:r w:rsidRPr="00DC2F01">
        <w:rPr>
          <w:lang w:val="ru-RU"/>
        </w:rPr>
        <w:t xml:space="preserve">;   </w:t>
      </w:r>
      <w:proofErr w:type="gramEnd"/>
      <w:r w:rsidRPr="00DC2F01">
        <w:rPr>
          <w:lang w:val="ru-RU"/>
        </w:rPr>
        <w:t xml:space="preserve">2) </w:t>
      </w:r>
      <w:r>
        <w:rPr>
          <w:bCs/>
        </w:rPr>
        <w:t>KMnO</w:t>
      </w:r>
      <w:r w:rsidRPr="00DC2F01">
        <w:rPr>
          <w:bCs/>
          <w:vertAlign w:val="subscript"/>
          <w:lang w:val="ru-RU"/>
        </w:rPr>
        <w:t>4</w:t>
      </w:r>
      <w:r w:rsidRPr="00DC2F01">
        <w:rPr>
          <w:bCs/>
          <w:lang w:val="ru-RU"/>
        </w:rPr>
        <w:t xml:space="preserve">;    3) </w:t>
      </w:r>
      <w:r>
        <w:t>SnCl</w:t>
      </w:r>
      <w:r w:rsidRPr="00DC2F01">
        <w:rPr>
          <w:vertAlign w:val="subscript"/>
          <w:lang w:val="ru-RU"/>
        </w:rPr>
        <w:t>4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116.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lang w:val="ru-RU"/>
        </w:rPr>
        <w:t xml:space="preserve">Е (ЭДС) гальванического элемента, состоящего из медного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DC2F01">
          <w:rPr>
            <w:lang w:val="ru-RU"/>
          </w:rPr>
          <w:t>1 М</w:t>
        </w:r>
      </w:smartTag>
      <w:r w:rsidRPr="00DC2F01">
        <w:rPr>
          <w:lang w:val="ru-RU"/>
        </w:rPr>
        <w:t xml:space="preserve"> раствор </w:t>
      </w:r>
      <w:r>
        <w:t>CuSO</w:t>
      </w:r>
      <w:r w:rsidRPr="00DC2F01">
        <w:rPr>
          <w:vertAlign w:val="subscript"/>
          <w:lang w:val="ru-RU"/>
        </w:rPr>
        <w:t>4</w:t>
      </w:r>
      <w:r w:rsidRPr="00DC2F01">
        <w:rPr>
          <w:lang w:val="ru-RU"/>
        </w:rPr>
        <w:t xml:space="preserve"> и алюминиевого электрода, погруженного в  </w:t>
      </w:r>
      <w:smartTag w:uri="urn:schemas-microsoft-com:office:smarttags" w:element="metricconverter">
        <w:smartTagPr>
          <w:attr w:name="ProductID" w:val="1 М"/>
        </w:smartTagPr>
        <w:r w:rsidRPr="00DC2F01">
          <w:rPr>
            <w:lang w:val="ru-RU"/>
          </w:rPr>
          <w:t>1 М</w:t>
        </w:r>
      </w:smartTag>
      <w:r w:rsidRPr="00DC2F01">
        <w:rPr>
          <w:lang w:val="ru-RU"/>
        </w:rPr>
        <w:t xml:space="preserve"> раствор </w:t>
      </w:r>
      <w:r>
        <w:t>AlCl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 xml:space="preserve">, если </w:t>
      </w:r>
      <w:r w:rsidRPr="00110C66">
        <w:rPr>
          <w:position w:val="-10"/>
        </w:rPr>
        <w:object w:dxaOrig="300" w:dyaOrig="360">
          <v:shape id="_x0000_i1133" type="#_x0000_t75" style="width:15.75pt;height:18pt" o:ole="" fillcolor="window">
            <v:imagedata r:id="rId212" o:title=""/>
          </v:shape>
          <o:OLEObject Type="Embed" ProgID="Equation.3" ShapeID="_x0000_i1133" DrawAspect="Content" ObjectID="_1841053878" r:id="rId213"/>
        </w:object>
      </w:r>
      <w:r>
        <w:t>Al</w:t>
      </w:r>
      <w:r w:rsidRPr="00DC2F01">
        <w:rPr>
          <w:lang w:val="ru-RU"/>
        </w:rPr>
        <w:t>/</w:t>
      </w:r>
      <w:r>
        <w:t>Al</w:t>
      </w:r>
      <w:r w:rsidRPr="00DC2F01">
        <w:rPr>
          <w:vertAlign w:val="superscript"/>
          <w:lang w:val="ru-RU"/>
        </w:rPr>
        <w:t>+3</w:t>
      </w:r>
      <w:r w:rsidRPr="00DC2F01">
        <w:rPr>
          <w:lang w:val="ru-RU"/>
        </w:rPr>
        <w:t xml:space="preserve"> =-1,66</w:t>
      </w:r>
      <w:r>
        <w:t>B</w:t>
      </w:r>
      <w:r w:rsidRPr="00DC2F01">
        <w:rPr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134" type="#_x0000_t75" style="width:15.75pt;height:18pt" o:ole="" fillcolor="window">
            <v:imagedata r:id="rId212" o:title=""/>
          </v:shape>
          <o:OLEObject Type="Embed" ProgID="Equation.3" ShapeID="_x0000_i1134" DrawAspect="Content" ObjectID="_1841053879" r:id="rId214"/>
        </w:object>
      </w:r>
      <w:r>
        <w:t>Cu</w:t>
      </w:r>
      <w:r w:rsidRPr="00DC2F01">
        <w:rPr>
          <w:lang w:val="ru-RU"/>
        </w:rPr>
        <w:t>/</w:t>
      </w:r>
      <w:r>
        <w:t>Cu</w:t>
      </w:r>
      <w:r w:rsidRPr="00DC2F01">
        <w:rPr>
          <w:vertAlign w:val="superscript"/>
          <w:lang w:val="ru-RU"/>
        </w:rPr>
        <w:t>+2</w:t>
      </w:r>
      <w:r w:rsidRPr="00DC2F01">
        <w:rPr>
          <w:lang w:val="ru-RU"/>
        </w:rPr>
        <w:t>=+0,34</w:t>
      </w:r>
      <w:r>
        <w:t>B</w:t>
      </w:r>
      <w:r w:rsidRPr="00DC2F01">
        <w:rPr>
          <w:lang w:val="ru-RU"/>
        </w:rPr>
        <w:t xml:space="preserve"> равно ____ В.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117.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szCs w:val="28"/>
          <w:lang w:val="ru-RU"/>
        </w:rPr>
        <w:t>Е (ЭДС)</w:t>
      </w:r>
      <w:r w:rsidRPr="00DC2F01">
        <w:rPr>
          <w:lang w:val="ru-RU"/>
        </w:rPr>
        <w:t xml:space="preserve"> гальванического элемента в (В), состоящего из платинового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DC2F01">
          <w:rPr>
            <w:lang w:val="ru-RU"/>
          </w:rPr>
          <w:t>1 М</w:t>
        </w:r>
      </w:smartTag>
      <w:r w:rsidRPr="00DC2F01">
        <w:rPr>
          <w:lang w:val="ru-RU"/>
        </w:rPr>
        <w:t xml:space="preserve"> раствор </w:t>
      </w:r>
      <w:r>
        <w:t>PtCl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 xml:space="preserve"> и алюминиевого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DC2F01">
          <w:rPr>
            <w:lang w:val="ru-RU"/>
          </w:rPr>
          <w:t>1 М</w:t>
        </w:r>
      </w:smartTag>
      <w:r w:rsidRPr="00DC2F01">
        <w:rPr>
          <w:lang w:val="ru-RU"/>
        </w:rPr>
        <w:t xml:space="preserve"> раствор </w:t>
      </w:r>
      <w:r>
        <w:t>AlCl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 xml:space="preserve">, если </w:t>
      </w:r>
      <w:r w:rsidRPr="00110C66">
        <w:rPr>
          <w:position w:val="-10"/>
        </w:rPr>
        <w:object w:dxaOrig="300" w:dyaOrig="360">
          <v:shape id="_x0000_i1135" type="#_x0000_t75" style="width:15.75pt;height:18pt" o:ole="" fillcolor="window">
            <v:imagedata r:id="rId212" o:title=""/>
          </v:shape>
          <o:OLEObject Type="Embed" ProgID="Equation.3" ShapeID="_x0000_i1135" DrawAspect="Content" ObjectID="_1841053880" r:id="rId215"/>
        </w:object>
      </w:r>
      <w:r>
        <w:t>Al</w:t>
      </w:r>
      <w:r w:rsidRPr="00DC2F01">
        <w:rPr>
          <w:vertAlign w:val="superscript"/>
          <w:lang w:val="ru-RU"/>
        </w:rPr>
        <w:t>3+</w:t>
      </w:r>
      <w:r w:rsidRPr="00DC2F01">
        <w:rPr>
          <w:lang w:val="ru-RU"/>
        </w:rPr>
        <w:t>/</w:t>
      </w:r>
      <w:r>
        <w:t>Al</w:t>
      </w:r>
      <w:r w:rsidRPr="00DC2F01">
        <w:rPr>
          <w:lang w:val="ru-RU"/>
        </w:rPr>
        <w:t>=-1,660</w:t>
      </w:r>
      <w:r>
        <w:t>B</w:t>
      </w:r>
      <w:r w:rsidRPr="00DC2F01">
        <w:rPr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136" type="#_x0000_t75" style="width:15.75pt;height:18pt" o:ole="" fillcolor="window">
            <v:imagedata r:id="rId212" o:title=""/>
          </v:shape>
          <o:OLEObject Type="Embed" ProgID="Equation.3" ShapeID="_x0000_i1136" DrawAspect="Content" ObjectID="_1841053881" r:id="rId216"/>
        </w:object>
      </w:r>
      <w:r>
        <w:t>Pt</w:t>
      </w:r>
      <w:r w:rsidRPr="00DC2F01">
        <w:rPr>
          <w:vertAlign w:val="superscript"/>
          <w:lang w:val="ru-RU"/>
        </w:rPr>
        <w:t>+2</w:t>
      </w:r>
      <w:r w:rsidRPr="00DC2F01">
        <w:rPr>
          <w:lang w:val="ru-RU"/>
        </w:rPr>
        <w:t>/</w:t>
      </w:r>
      <w:r>
        <w:t>Pt</w:t>
      </w:r>
      <w:r w:rsidRPr="00DC2F01">
        <w:rPr>
          <w:lang w:val="ru-RU"/>
        </w:rPr>
        <w:t>=+1,20</w:t>
      </w:r>
      <w:r>
        <w:t>B</w:t>
      </w:r>
      <w:r w:rsidRPr="00DC2F01">
        <w:rPr>
          <w:lang w:val="ru-RU"/>
        </w:rPr>
        <w:t xml:space="preserve"> равно ____ В.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b/>
          <w:lang w:val="ru-RU"/>
        </w:rPr>
        <w:t>Задание 118.</w:t>
      </w:r>
      <w:r w:rsidRPr="00DC2F01">
        <w:rPr>
          <w:szCs w:val="24"/>
          <w:lang w:val="ru-RU"/>
        </w:rPr>
        <w:t xml:space="preserve"> 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lang w:val="ru-RU"/>
        </w:rPr>
        <w:t xml:space="preserve">Е (ЭДС) гальванического элемента в (В), состоящего из железного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DC2F01">
          <w:rPr>
            <w:lang w:val="ru-RU"/>
          </w:rPr>
          <w:t>1 М</w:t>
        </w:r>
      </w:smartTag>
      <w:r w:rsidRPr="00DC2F01">
        <w:rPr>
          <w:lang w:val="ru-RU"/>
        </w:rPr>
        <w:t xml:space="preserve"> раствор соли </w:t>
      </w:r>
      <w:r>
        <w:t>Fe</w:t>
      </w:r>
      <w:r w:rsidRPr="00DC2F01">
        <w:rPr>
          <w:lang w:val="ru-RU"/>
        </w:rPr>
        <w:t>(</w:t>
      </w:r>
      <w:r>
        <w:t>NO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>)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 xml:space="preserve">, и серебряного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DC2F01">
          <w:rPr>
            <w:lang w:val="ru-RU"/>
          </w:rPr>
          <w:t>1 М</w:t>
        </w:r>
      </w:smartTag>
      <w:r w:rsidRPr="00DC2F01">
        <w:rPr>
          <w:lang w:val="ru-RU"/>
        </w:rPr>
        <w:t xml:space="preserve"> раствор соли азотнокислого серебра, если </w:t>
      </w:r>
      <w:r w:rsidRPr="00110C66">
        <w:rPr>
          <w:position w:val="-10"/>
        </w:rPr>
        <w:object w:dxaOrig="2120" w:dyaOrig="360">
          <v:shape id="_x0000_i1137" type="#_x0000_t75" style="width:106.5pt;height:18pt" o:ole="" fillcolor="window">
            <v:imagedata r:id="rId217" o:title=""/>
          </v:shape>
          <o:OLEObject Type="Embed" ProgID="Equation.3" ShapeID="_x0000_i1137" DrawAspect="Content" ObjectID="_1841053882" r:id="rId218"/>
        </w:object>
      </w:r>
      <w:r w:rsidRPr="00DC2F01">
        <w:rPr>
          <w:lang w:val="ru-RU"/>
        </w:rPr>
        <w:t xml:space="preserve">; </w:t>
      </w:r>
      <w:r w:rsidRPr="00110C66">
        <w:rPr>
          <w:position w:val="-10"/>
        </w:rPr>
        <w:object w:dxaOrig="2100" w:dyaOrig="360">
          <v:shape id="_x0000_i1138" type="#_x0000_t75" style="width:104.25pt;height:18pt" o:ole="" fillcolor="window">
            <v:imagedata r:id="rId219" o:title=""/>
          </v:shape>
          <o:OLEObject Type="Embed" ProgID="Equation.3" ShapeID="_x0000_i1138" DrawAspect="Content" ObjectID="_1841053883" r:id="rId220"/>
        </w:object>
      </w:r>
      <w:r w:rsidRPr="00DC2F01">
        <w:rPr>
          <w:lang w:val="ru-RU"/>
        </w:rPr>
        <w:t xml:space="preserve"> равно ____ В.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119.</w:t>
      </w:r>
      <w:r w:rsidRPr="00DC2F01">
        <w:rPr>
          <w:lang w:val="ru-RU"/>
        </w:rPr>
        <w:t xml:space="preserve"> Е (ЭДС) гальванического элемента в (В), состоящего из никелевого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DC2F01">
          <w:rPr>
            <w:lang w:val="ru-RU"/>
          </w:rPr>
          <w:t>1 М</w:t>
        </w:r>
      </w:smartTag>
      <w:r w:rsidRPr="00DC2F01">
        <w:rPr>
          <w:lang w:val="ru-RU"/>
        </w:rPr>
        <w:t xml:space="preserve"> раствор соли </w:t>
      </w:r>
      <w:r>
        <w:t>NiCl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 xml:space="preserve"> и золотого электрода, погруженного в </w:t>
      </w:r>
      <w:smartTag w:uri="urn:schemas-microsoft-com:office:smarttags" w:element="metricconverter">
        <w:smartTagPr>
          <w:attr w:name="ProductID" w:val="1 М"/>
        </w:smartTagPr>
        <w:r w:rsidRPr="00DC2F01">
          <w:rPr>
            <w:lang w:val="ru-RU"/>
          </w:rPr>
          <w:t>1 М</w:t>
        </w:r>
      </w:smartTag>
      <w:r w:rsidRPr="00DC2F01">
        <w:rPr>
          <w:lang w:val="ru-RU"/>
        </w:rPr>
        <w:t xml:space="preserve"> раствор соли </w:t>
      </w:r>
      <w:r>
        <w:t>Au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(</w:t>
      </w:r>
      <w:r>
        <w:t>SO</w:t>
      </w:r>
      <w:r w:rsidRPr="00DC2F01">
        <w:rPr>
          <w:vertAlign w:val="subscript"/>
          <w:lang w:val="ru-RU"/>
        </w:rPr>
        <w:t>4</w:t>
      </w:r>
      <w:r w:rsidRPr="00DC2F01">
        <w:rPr>
          <w:lang w:val="ru-RU"/>
        </w:rPr>
        <w:t>)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 xml:space="preserve">, если  </w:t>
      </w:r>
      <w:r w:rsidRPr="00110C66">
        <w:rPr>
          <w:position w:val="-10"/>
        </w:rPr>
        <w:object w:dxaOrig="300" w:dyaOrig="360">
          <v:shape id="_x0000_i1139" type="#_x0000_t75" style="width:15.75pt;height:18pt" o:ole="" fillcolor="window">
            <v:imagedata r:id="rId212" o:title=""/>
          </v:shape>
          <o:OLEObject Type="Embed" ProgID="Equation.3" ShapeID="_x0000_i1139" DrawAspect="Content" ObjectID="_1841053884" r:id="rId221"/>
        </w:object>
      </w:r>
      <w:r w:rsidRPr="00DC2F01">
        <w:rPr>
          <w:lang w:val="ru-RU"/>
        </w:rPr>
        <w:t xml:space="preserve"> </w:t>
      </w:r>
      <w:r>
        <w:rPr>
          <w:szCs w:val="28"/>
        </w:rPr>
        <w:t>Au</w:t>
      </w:r>
      <w:r w:rsidRPr="00DC2F01">
        <w:rPr>
          <w:szCs w:val="28"/>
          <w:lang w:val="ru-RU"/>
        </w:rPr>
        <w:t>/</w:t>
      </w:r>
      <w:r>
        <w:rPr>
          <w:szCs w:val="28"/>
        </w:rPr>
        <w:t>Au</w:t>
      </w:r>
      <w:r w:rsidRPr="00DC2F01">
        <w:rPr>
          <w:szCs w:val="28"/>
          <w:vertAlign w:val="superscript"/>
          <w:lang w:val="ru-RU"/>
        </w:rPr>
        <w:t xml:space="preserve">+3 </w:t>
      </w:r>
      <w:r w:rsidRPr="00DC2F01">
        <w:rPr>
          <w:lang w:val="ru-RU"/>
        </w:rPr>
        <w:t xml:space="preserve">= </w:t>
      </w:r>
      <w:r w:rsidRPr="00DC2F01">
        <w:rPr>
          <w:szCs w:val="28"/>
          <w:lang w:val="ru-RU"/>
        </w:rPr>
        <w:t>+1,50</w:t>
      </w:r>
      <w:r>
        <w:rPr>
          <w:szCs w:val="28"/>
        </w:rPr>
        <w:t>B</w:t>
      </w:r>
      <w:r w:rsidRPr="00DC2F01">
        <w:rPr>
          <w:szCs w:val="28"/>
          <w:lang w:val="ru-RU"/>
        </w:rPr>
        <w:t xml:space="preserve">; </w:t>
      </w:r>
      <w:r w:rsidRPr="00110C66">
        <w:rPr>
          <w:position w:val="-10"/>
        </w:rPr>
        <w:object w:dxaOrig="300" w:dyaOrig="360">
          <v:shape id="_x0000_i1140" type="#_x0000_t75" style="width:15.75pt;height:18pt" o:ole="" fillcolor="window">
            <v:imagedata r:id="rId212" o:title=""/>
          </v:shape>
          <o:OLEObject Type="Embed" ProgID="Equation.3" ShapeID="_x0000_i1140" DrawAspect="Content" ObjectID="_1841053885" r:id="rId222"/>
        </w:object>
      </w:r>
      <w:r w:rsidRPr="00DC2F01">
        <w:rPr>
          <w:lang w:val="ru-RU"/>
        </w:rPr>
        <w:t xml:space="preserve"> </w:t>
      </w:r>
      <w:r>
        <w:t>Ni</w:t>
      </w:r>
      <w:r w:rsidRPr="00DC2F01">
        <w:rPr>
          <w:lang w:val="ru-RU"/>
        </w:rPr>
        <w:t>/</w:t>
      </w:r>
      <w:r>
        <w:t>Ni</w:t>
      </w:r>
      <w:r w:rsidRPr="00DC2F01">
        <w:rPr>
          <w:vertAlign w:val="superscript"/>
          <w:lang w:val="ru-RU"/>
        </w:rPr>
        <w:t xml:space="preserve">+2 </w:t>
      </w:r>
      <w:r w:rsidRPr="00DC2F01">
        <w:rPr>
          <w:lang w:val="ru-RU"/>
        </w:rPr>
        <w:t>= -0,25</w:t>
      </w:r>
      <w:r>
        <w:t>B</w:t>
      </w:r>
      <w:r w:rsidRPr="00DC2F01">
        <w:rPr>
          <w:lang w:val="ru-RU"/>
        </w:rPr>
        <w:t xml:space="preserve"> равно ____ В.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120.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Формула объединенного закона Фарадея имеет вид: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lastRenderedPageBreak/>
        <w:t>варианты ответов:</w:t>
      </w: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ind w:left="757"/>
        <w:rPr>
          <w:lang w:val="ru-RU"/>
        </w:rPr>
      </w:pPr>
      <w:r w:rsidRPr="00DC2F01">
        <w:rPr>
          <w:lang w:val="ru-RU"/>
        </w:rPr>
        <w:t xml:space="preserve">1)  </w:t>
      </w:r>
      <w:r w:rsidRPr="00110C66">
        <w:rPr>
          <w:position w:val="-24"/>
        </w:rPr>
        <w:object w:dxaOrig="1919" w:dyaOrig="640">
          <v:shape id="_x0000_i1141" type="#_x0000_t75" style="width:96pt;height:32.25pt" o:ole="">
            <v:imagedata r:id="rId223" o:title=""/>
          </v:shape>
          <o:OLEObject Type="Embed" ProgID="Equation.3" ShapeID="_x0000_i1141" DrawAspect="Content" ObjectID="_1841053886" r:id="rId224"/>
        </w:object>
      </w:r>
      <w:r w:rsidRPr="00DC2F01">
        <w:rPr>
          <w:lang w:val="ru-RU"/>
        </w:rPr>
        <w:t xml:space="preserve">;    2)    </w:t>
      </w:r>
      <w:r w:rsidRPr="00110C66">
        <w:rPr>
          <w:position w:val="-30"/>
        </w:rPr>
        <w:object w:dxaOrig="2100" w:dyaOrig="700">
          <v:shape id="_x0000_i1142" type="#_x0000_t75" style="width:104.25pt;height:34.5pt" o:ole="">
            <v:imagedata r:id="rId225" o:title=""/>
          </v:shape>
          <o:OLEObject Type="Embed" ProgID="Equation.3" ShapeID="_x0000_i1142" DrawAspect="Content" ObjectID="_1841053887" r:id="rId226"/>
        </w:object>
      </w:r>
      <w:r w:rsidRPr="00DC2F01">
        <w:rPr>
          <w:lang w:val="ru-RU"/>
        </w:rPr>
        <w:t xml:space="preserve"> ;    3) </w:t>
      </w:r>
      <w:r w:rsidRPr="00110C66">
        <w:rPr>
          <w:position w:val="-10"/>
        </w:rPr>
        <w:object w:dxaOrig="1060" w:dyaOrig="320">
          <v:shape id="_x0000_i1143" type="#_x0000_t75" style="width:54pt;height:15.75pt" o:ole="">
            <v:imagedata r:id="rId117" o:title=""/>
          </v:shape>
          <o:OLEObject Type="Embed" ProgID="Equation.3" ShapeID="_x0000_i1143" DrawAspect="Content" ObjectID="_1841053888" r:id="rId227"/>
        </w:objec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121.</w:t>
      </w: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lang w:val="ru-RU"/>
        </w:rPr>
        <w:t xml:space="preserve">При электролизе раствора хлорида натрия массой </w:t>
      </w:r>
      <w:smartTag w:uri="urn:schemas-microsoft-com:office:smarttags" w:element="metricconverter">
        <w:smartTagPr>
          <w:attr w:name="ProductID" w:val="200 г"/>
        </w:smartTagPr>
        <w:r w:rsidRPr="00DC2F01">
          <w:rPr>
            <w:lang w:val="ru-RU"/>
          </w:rPr>
          <w:t>200 г</w:t>
        </w:r>
      </w:smartTag>
      <w:r w:rsidRPr="00DC2F01">
        <w:rPr>
          <w:lang w:val="ru-RU"/>
        </w:rPr>
        <w:t xml:space="preserve">. выделился хлор объемом </w:t>
      </w:r>
      <w:smartTag w:uri="urn:schemas-microsoft-com:office:smarttags" w:element="metricconverter">
        <w:smartTagPr>
          <w:attr w:name="ProductID" w:val="6,72 л"/>
        </w:smartTagPr>
        <w:r w:rsidRPr="00DC2F01">
          <w:rPr>
            <w:lang w:val="ru-RU"/>
          </w:rPr>
          <w:t>6,72 л</w:t>
        </w:r>
      </w:smartTag>
      <w:r w:rsidRPr="00DC2F01">
        <w:rPr>
          <w:lang w:val="ru-RU"/>
        </w:rPr>
        <w:t xml:space="preserve"> (н.у). Вычислите массовую долю соли в исходном растворе.  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t>Задание 122.</w:t>
      </w:r>
      <w:r w:rsidRPr="00DC2F01">
        <w:rPr>
          <w:lang w:val="ru-RU"/>
        </w:rPr>
        <w:t>Какие процессы будут протекать на медном аноде при электролизе водного раствора сульфата меди?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position w:val="-12"/>
          <w:lang w:val="ru-RU"/>
        </w:rPr>
        <w:t xml:space="preserve">1) </w:t>
      </w:r>
      <w:r w:rsidRPr="00110C66">
        <w:rPr>
          <w:position w:val="-12"/>
        </w:rPr>
        <w:object w:dxaOrig="1980" w:dyaOrig="380">
          <v:shape id="_x0000_i1144" type="#_x0000_t75" style="width:99.75pt;height:18pt" o:ole="">
            <v:imagedata r:id="rId228" o:title=""/>
          </v:shape>
          <o:OLEObject Type="Embed" ProgID="Equation.3" ShapeID="_x0000_i1144" DrawAspect="Content" ObjectID="_1841053889" r:id="rId229"/>
        </w:object>
      </w:r>
      <w:r w:rsidRPr="00DC2F01">
        <w:rPr>
          <w:position w:val="-12"/>
          <w:lang w:val="ru-RU"/>
        </w:rPr>
        <w:t xml:space="preserve">       </w:t>
      </w:r>
      <w:r w:rsidRPr="00DC2F01">
        <w:rPr>
          <w:position w:val="-10"/>
          <w:lang w:val="ru-RU"/>
        </w:rPr>
        <w:t xml:space="preserve">2) </w:t>
      </w:r>
      <w:r w:rsidRPr="00110C66">
        <w:rPr>
          <w:position w:val="-10"/>
        </w:rPr>
        <w:object w:dxaOrig="2420" w:dyaOrig="360">
          <v:shape id="_x0000_i1145" type="#_x0000_t75" style="width:120.75pt;height:18pt" o:ole="">
            <v:imagedata r:id="rId230" o:title=""/>
          </v:shape>
          <o:OLEObject Type="Embed" ProgID="Equation.3" ShapeID="_x0000_i1145" DrawAspect="Content" ObjectID="_1841053890" r:id="rId231"/>
        </w:object>
      </w:r>
      <w:r w:rsidRPr="00DC2F01">
        <w:rPr>
          <w:position w:val="-10"/>
          <w:lang w:val="ru-RU"/>
        </w:rPr>
        <w:t xml:space="preserve">     </w:t>
      </w:r>
      <w:r w:rsidRPr="00DC2F01">
        <w:rPr>
          <w:position w:val="-6"/>
          <w:lang w:val="ru-RU"/>
        </w:rPr>
        <w:t xml:space="preserve">3)  </w:t>
      </w:r>
      <w:r w:rsidRPr="00110C66">
        <w:rPr>
          <w:position w:val="-6"/>
        </w:rPr>
        <w:object w:dxaOrig="1740" w:dyaOrig="320">
          <v:shape id="_x0000_i1146" type="#_x0000_t75" style="width:87.75pt;height:15.75pt" o:ole="">
            <v:imagedata r:id="rId232" o:title=""/>
          </v:shape>
          <o:OLEObject Type="Embed" ProgID="Equation.3" ShapeID="_x0000_i1146" DrawAspect="Content" ObjectID="_1841053891" r:id="rId233"/>
        </w:object>
      </w:r>
      <w:r w:rsidRPr="00DC2F01">
        <w:rPr>
          <w:lang w:val="ru-RU"/>
        </w:rPr>
        <w:t xml:space="preserve">     </w:t>
      </w: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lang w:val="ru-RU"/>
        </w:rPr>
        <w:t>Задание 123.</w:t>
      </w:r>
      <w:r w:rsidRPr="00DC2F01">
        <w:rPr>
          <w:lang w:val="ru-RU"/>
        </w:rPr>
        <w:t xml:space="preserve"> Величина </w:t>
      </w:r>
      <w:r>
        <w:t>F</w:t>
      </w:r>
      <w:r w:rsidRPr="00DC2F01">
        <w:rPr>
          <w:lang w:val="ru-RU"/>
        </w:rPr>
        <w:t>=96500 Кл/моль – это …</w:t>
      </w:r>
    </w:p>
    <w:p w:rsidR="00DC2F01" w:rsidRPr="00DC2F01" w:rsidRDefault="00DC2F01" w:rsidP="00DC2F01">
      <w:pPr>
        <w:rPr>
          <w:rFonts w:ascii="Arial" w:hAnsi="Arial" w:cs="Arial"/>
          <w:sz w:val="17"/>
          <w:szCs w:val="17"/>
          <w:lang w:val="ru-RU"/>
        </w:rPr>
      </w:pPr>
      <w:r w:rsidRPr="00DC2F01">
        <w:rPr>
          <w:i/>
          <w:lang w:val="ru-RU"/>
        </w:rPr>
        <w:t>варианты ответов:</w:t>
      </w:r>
    </w:p>
    <w:p w:rsidR="00DC2F01" w:rsidRPr="00DC2F01" w:rsidRDefault="00DC2F01" w:rsidP="00DC2F01">
      <w:pPr>
        <w:spacing w:line="240" w:lineRule="auto"/>
        <w:rPr>
          <w:b/>
          <w:bCs/>
          <w:i/>
          <w:iCs/>
          <w:lang w:val="ru-RU"/>
        </w:rPr>
      </w:pPr>
      <w:r w:rsidRPr="00DC2F01">
        <w:rPr>
          <w:lang w:val="ru-RU"/>
        </w:rPr>
        <w:t>1) Постоянная, Планка равная заряду одного моля катионов;</w:t>
      </w:r>
    </w:p>
    <w:p w:rsidR="00DC2F01" w:rsidRPr="00DC2F01" w:rsidRDefault="00DC2F01" w:rsidP="00DC2F01">
      <w:pPr>
        <w:spacing w:line="240" w:lineRule="auto"/>
        <w:rPr>
          <w:b/>
          <w:bCs/>
          <w:i/>
          <w:iCs/>
          <w:lang w:val="ru-RU"/>
        </w:rPr>
      </w:pPr>
      <w:r w:rsidRPr="00DC2F01">
        <w:rPr>
          <w:lang w:val="ru-RU"/>
        </w:rPr>
        <w:t>2) Постоянная Авогадро, равная заряду одного моль анионов;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3) Постоянная Фарадея, равная заряду оного моль электронов.</w:t>
      </w:r>
    </w:p>
    <w:p w:rsidR="00DC2F01" w:rsidRPr="00DC2F01" w:rsidRDefault="00DC2F01" w:rsidP="00DC2F01">
      <w:pPr>
        <w:rPr>
          <w:i/>
          <w:sz w:val="22"/>
          <w:lang w:val="ru-RU"/>
        </w:rPr>
      </w:pPr>
    </w:p>
    <w:p w:rsidR="00DC2F01" w:rsidRPr="00DC2F01" w:rsidRDefault="00DC2F01" w:rsidP="00DC2F01">
      <w:pPr>
        <w:rPr>
          <w:sz w:val="22"/>
          <w:lang w:val="ru-RU"/>
        </w:rPr>
      </w:pPr>
      <w:r w:rsidRPr="00DC2F01">
        <w:rPr>
          <w:b/>
          <w:szCs w:val="24"/>
          <w:lang w:val="ru-RU"/>
        </w:rPr>
        <w:t>Задание 124.</w:t>
      </w:r>
      <w:r w:rsidRPr="00DC2F01">
        <w:rPr>
          <w:lang w:val="ru-RU"/>
        </w:rPr>
        <w:t xml:space="preserve"> Масса меди, выделившаяся на катоде при пропускании тока силой в 5 </w:t>
      </w:r>
      <w:proofErr w:type="gramStart"/>
      <w:r w:rsidRPr="00DC2F01">
        <w:rPr>
          <w:lang w:val="ru-RU"/>
        </w:rPr>
        <w:t>А</w:t>
      </w:r>
      <w:proofErr w:type="gramEnd"/>
      <w:r w:rsidRPr="00DC2F01">
        <w:rPr>
          <w:lang w:val="ru-RU"/>
        </w:rPr>
        <w:t xml:space="preserve"> через раствор хлорида меди (</w:t>
      </w:r>
      <w:r>
        <w:t>II</w:t>
      </w:r>
      <w:r w:rsidRPr="00DC2F01">
        <w:rPr>
          <w:lang w:val="ru-RU"/>
        </w:rPr>
        <w:t>) в течении 25 с. равна ____ г.</w:t>
      </w:r>
    </w:p>
    <w:p w:rsidR="00DC2F01" w:rsidRPr="00DC2F01" w:rsidRDefault="00DC2F01" w:rsidP="00DC2F01">
      <w:pPr>
        <w:rPr>
          <w:sz w:val="22"/>
          <w:lang w:val="ru-RU"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t>Задание 125.</w:t>
      </w:r>
      <w:r w:rsidRPr="00DC2F01">
        <w:rPr>
          <w:sz w:val="22"/>
          <w:lang w:val="ru-RU"/>
        </w:rPr>
        <w:t xml:space="preserve"> </w:t>
      </w:r>
      <w:r w:rsidRPr="00DC2F01">
        <w:rPr>
          <w:lang w:val="ru-RU"/>
        </w:rPr>
        <w:t>Какие процессы будут протекать на платиновом катоде при электролизе водного раствора нитрата калия?</w:t>
      </w:r>
    </w:p>
    <w:p w:rsidR="00DC2F01" w:rsidRDefault="00DC2F01" w:rsidP="00DC2F01">
      <w:pPr>
        <w:rPr>
          <w:i/>
          <w:sz w:val="22"/>
        </w:rPr>
      </w:pPr>
      <w:r>
        <w:rPr>
          <w:i/>
          <w:sz w:val="22"/>
        </w:rPr>
        <w:t>варианты ответов</w:t>
      </w:r>
    </w:p>
    <w:p w:rsidR="00DC2F01" w:rsidRPr="00A57943" w:rsidRDefault="00DC2F01" w:rsidP="000D3AEE">
      <w:pPr>
        <w:pStyle w:val="ae"/>
        <w:numPr>
          <w:ilvl w:val="0"/>
          <w:numId w:val="58"/>
        </w:numPr>
        <w:spacing w:after="200" w:line="240" w:lineRule="auto"/>
        <w:contextualSpacing w:val="0"/>
      </w:pPr>
      <w:r w:rsidRPr="00A57943">
        <w:object w:dxaOrig="1460" w:dyaOrig="320">
          <v:shape id="_x0000_i1147" type="#_x0000_t75" style="width:73.5pt;height:15.75pt" o:ole="">
            <v:imagedata r:id="rId234" o:title=""/>
          </v:shape>
          <o:OLEObject Type="Embed" ProgID="Equation.3" ShapeID="_x0000_i1147" DrawAspect="Content" ObjectID="_1841053892" r:id="rId235"/>
        </w:object>
      </w:r>
    </w:p>
    <w:p w:rsidR="00DC2F01" w:rsidRPr="00A57943" w:rsidRDefault="00DC2F01" w:rsidP="000D3AEE">
      <w:pPr>
        <w:pStyle w:val="ae"/>
        <w:numPr>
          <w:ilvl w:val="0"/>
          <w:numId w:val="58"/>
        </w:numPr>
        <w:spacing w:after="200" w:line="240" w:lineRule="auto"/>
        <w:contextualSpacing w:val="0"/>
      </w:pPr>
      <w:r w:rsidRPr="00A57943">
        <w:object w:dxaOrig="3400" w:dyaOrig="400">
          <v:shape id="_x0000_i1148" type="#_x0000_t75" style="width:171pt;height:19.5pt" o:ole="">
            <v:imagedata r:id="rId236" o:title=""/>
          </v:shape>
          <o:OLEObject Type="Embed" ProgID="Equation.3" ShapeID="_x0000_i1148" DrawAspect="Content" ObjectID="_1841053893" r:id="rId237"/>
        </w:object>
      </w:r>
    </w:p>
    <w:p w:rsidR="00DC2F01" w:rsidRPr="00A57943" w:rsidRDefault="00DC2F01" w:rsidP="000D3AEE">
      <w:pPr>
        <w:pStyle w:val="ae"/>
        <w:numPr>
          <w:ilvl w:val="0"/>
          <w:numId w:val="58"/>
        </w:numPr>
        <w:spacing w:after="200" w:line="276" w:lineRule="auto"/>
        <w:contextualSpacing w:val="0"/>
      </w:pPr>
      <w:r w:rsidRPr="00A57943">
        <w:object w:dxaOrig="2620" w:dyaOrig="360">
          <v:shape id="_x0000_i1149" type="#_x0000_t75" style="width:130.5pt;height:18pt" o:ole="">
            <v:imagedata r:id="rId238" o:title=""/>
          </v:shape>
          <o:OLEObject Type="Embed" ProgID="Equation.3" ShapeID="_x0000_i1149" DrawAspect="Content" ObjectID="_1841053894" r:id="rId239"/>
        </w:object>
      </w:r>
    </w:p>
    <w:p w:rsidR="00DC2F01" w:rsidRDefault="00DC2F01" w:rsidP="00DC2F01">
      <w:pPr>
        <w:rPr>
          <w:b/>
          <w:szCs w:val="24"/>
        </w:rPr>
      </w:pPr>
    </w:p>
    <w:p w:rsidR="00DC2F01" w:rsidRPr="00DC2F01" w:rsidRDefault="00DC2F01" w:rsidP="00DC2F01">
      <w:pPr>
        <w:spacing w:line="240" w:lineRule="auto"/>
        <w:rPr>
          <w:lang w:val="ru-RU"/>
        </w:rPr>
      </w:pPr>
      <w:r w:rsidRPr="00DC2F01">
        <w:rPr>
          <w:b/>
          <w:szCs w:val="24"/>
          <w:lang w:val="ru-RU"/>
        </w:rPr>
        <w:t>Задание 126.</w:t>
      </w:r>
      <w:r w:rsidRPr="00DC2F01">
        <w:rPr>
          <w:lang w:val="ru-RU"/>
        </w:rPr>
        <w:t xml:space="preserve"> Окислительно-восстановительные процессы, проходящие в растворах и расплавах электролитов во </w:t>
      </w:r>
      <w:proofErr w:type="gramStart"/>
      <w:r w:rsidRPr="00DC2F01">
        <w:rPr>
          <w:lang w:val="ru-RU"/>
        </w:rPr>
        <w:t>время прохождения электрического тока</w:t>
      </w:r>
      <w:proofErr w:type="gramEnd"/>
      <w:r w:rsidRPr="00DC2F01">
        <w:rPr>
          <w:lang w:val="ru-RU"/>
        </w:rPr>
        <w:t xml:space="preserve"> называются;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1) </w:t>
      </w:r>
      <w:proofErr w:type="gramStart"/>
      <w:r w:rsidRPr="00DC2F01">
        <w:rPr>
          <w:lang w:val="ru-RU"/>
        </w:rPr>
        <w:t xml:space="preserve">Электролизом;   </w:t>
      </w:r>
      <w:proofErr w:type="gramEnd"/>
      <w:r w:rsidRPr="00DC2F01">
        <w:rPr>
          <w:lang w:val="ru-RU"/>
        </w:rPr>
        <w:t>2)Сольволизом;   3)Электролитической диссоциацией</w:t>
      </w:r>
    </w:p>
    <w:p w:rsidR="00DC2F01" w:rsidRPr="00DC2F01" w:rsidRDefault="00DC2F01" w:rsidP="00DC2F01">
      <w:pPr>
        <w:rPr>
          <w:i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lastRenderedPageBreak/>
        <w:t>Задание 127.</w:t>
      </w:r>
      <w:r w:rsidRPr="00DC2F01">
        <w:rPr>
          <w:lang w:val="ru-RU"/>
        </w:rPr>
        <w:t xml:space="preserve"> Количество электричества, которое надо пропустить через раствор сульфата меди (</w:t>
      </w:r>
      <w:r>
        <w:t>II</w:t>
      </w:r>
      <w:r w:rsidRPr="00DC2F01">
        <w:rPr>
          <w:lang w:val="ru-RU"/>
        </w:rPr>
        <w:t xml:space="preserve">), чтобы на аноде выделилось </w:t>
      </w:r>
      <w:smartTag w:uri="urn:schemas-microsoft-com:office:smarttags" w:element="metricconverter">
        <w:smartTagPr>
          <w:attr w:name="ProductID" w:val="22,4 л"/>
        </w:smartTagPr>
        <w:r w:rsidRPr="00DC2F01">
          <w:rPr>
            <w:lang w:val="ru-RU"/>
          </w:rPr>
          <w:t>22,4 л</w:t>
        </w:r>
      </w:smartTag>
      <w:r w:rsidRPr="00DC2F01">
        <w:rPr>
          <w:lang w:val="ru-RU"/>
        </w:rPr>
        <w:t xml:space="preserve"> кислорода (н.у) равно _____ Кл?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t>Задание 128.</w:t>
      </w:r>
      <w:r w:rsidRPr="00DC2F01">
        <w:rPr>
          <w:lang w:val="ru-RU"/>
        </w:rPr>
        <w:t xml:space="preserve"> При электролизе водного раствора соли значение рН в приэлектродном пространстве одного из электродов возросло. Раствор, какой соли подвергался электролизу?</w:t>
      </w:r>
    </w:p>
    <w:p w:rsidR="00DC2F01" w:rsidRPr="00DC2F01" w:rsidRDefault="00DC2F01" w:rsidP="00DC2F01">
      <w:pPr>
        <w:ind w:firstLine="708"/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position w:val="-6"/>
          <w:lang w:val="ru-RU"/>
        </w:rPr>
        <w:t xml:space="preserve">1) </w:t>
      </w:r>
      <w:r w:rsidRPr="00110C66">
        <w:rPr>
          <w:position w:val="-6"/>
        </w:rPr>
        <w:object w:dxaOrig="479" w:dyaOrig="280">
          <v:shape id="_x0000_i1150" type="#_x0000_t75" style="width:24pt;height:15.75pt" o:ole="">
            <v:imagedata r:id="rId240" o:title=""/>
          </v:shape>
          <o:OLEObject Type="Embed" ProgID="Equation.3" ShapeID="_x0000_i1150" DrawAspect="Content" ObjectID="_1841053895" r:id="rId241"/>
        </w:object>
      </w:r>
      <w:r w:rsidRPr="00DC2F01">
        <w:rPr>
          <w:position w:val="-6"/>
          <w:lang w:val="ru-RU"/>
        </w:rPr>
        <w:t xml:space="preserve">;      2) </w:t>
      </w:r>
      <w:r w:rsidRPr="00110C66">
        <w:rPr>
          <w:position w:val="-10"/>
        </w:rPr>
        <w:object w:dxaOrig="660" w:dyaOrig="340">
          <v:shape id="_x0000_i1151" type="#_x0000_t75" style="width:32.25pt;height:18pt" o:ole="">
            <v:imagedata r:id="rId242" o:title=""/>
          </v:shape>
          <o:OLEObject Type="Embed" ProgID="Equation.3" ShapeID="_x0000_i1151" DrawAspect="Content" ObjectID="_1841053896" r:id="rId243"/>
        </w:object>
      </w:r>
      <w:r w:rsidRPr="00DC2F01">
        <w:rPr>
          <w:position w:val="-10"/>
          <w:lang w:val="ru-RU"/>
        </w:rPr>
        <w:t xml:space="preserve">;   3)  </w:t>
      </w:r>
      <w:r w:rsidRPr="00110C66">
        <w:rPr>
          <w:position w:val="-12"/>
        </w:rPr>
        <w:object w:dxaOrig="1060" w:dyaOrig="360">
          <v:shape id="_x0000_i1152" type="#_x0000_t75" style="width:54pt;height:18pt" o:ole="">
            <v:imagedata r:id="rId244" o:title=""/>
          </v:shape>
          <o:OLEObject Type="Embed" ProgID="Equation.3" ShapeID="_x0000_i1152" DrawAspect="Content" ObjectID="_1841053897" r:id="rId245"/>
        </w:object>
      </w: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129.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Растворимый анод – это: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Pr="00DC2F01" w:rsidRDefault="00DC2F01" w:rsidP="000D3AEE">
      <w:pPr>
        <w:numPr>
          <w:ilvl w:val="0"/>
          <w:numId w:val="44"/>
        </w:numPr>
        <w:spacing w:line="240" w:lineRule="auto"/>
        <w:rPr>
          <w:lang w:val="ru-RU"/>
        </w:rPr>
      </w:pPr>
      <w:r w:rsidRPr="00DC2F01">
        <w:rPr>
          <w:lang w:val="ru-RU"/>
        </w:rPr>
        <w:t>Анод, состоящий из материала, хорошо растворяющегося в воде;</w:t>
      </w:r>
    </w:p>
    <w:p w:rsidR="00DC2F01" w:rsidRPr="00DC2F01" w:rsidRDefault="00DC2F01" w:rsidP="000D3AEE">
      <w:pPr>
        <w:numPr>
          <w:ilvl w:val="0"/>
          <w:numId w:val="44"/>
        </w:numPr>
        <w:spacing w:line="240" w:lineRule="auto"/>
        <w:rPr>
          <w:lang w:val="ru-RU"/>
        </w:rPr>
      </w:pPr>
      <w:r w:rsidRPr="00DC2F01">
        <w:rPr>
          <w:lang w:val="ru-RU"/>
        </w:rPr>
        <w:t>Анод, состоящий из металлов, способных растворятся в процессе электролиза;</w:t>
      </w:r>
    </w:p>
    <w:p w:rsidR="00DC2F01" w:rsidRPr="00DC2F01" w:rsidRDefault="00DC2F01" w:rsidP="000D3AEE">
      <w:pPr>
        <w:numPr>
          <w:ilvl w:val="0"/>
          <w:numId w:val="44"/>
        </w:numPr>
        <w:spacing w:line="240" w:lineRule="auto"/>
        <w:rPr>
          <w:lang w:val="ru-RU"/>
        </w:rPr>
      </w:pPr>
      <w:r w:rsidRPr="00DC2F01">
        <w:rPr>
          <w:lang w:val="ru-RU"/>
        </w:rPr>
        <w:t>Анод, находящийся в жидком агрегатном состоянии</w:t>
      </w:r>
    </w:p>
    <w:p w:rsidR="00DC2F01" w:rsidRPr="00DC2F01" w:rsidRDefault="00DC2F01" w:rsidP="00DC2F01">
      <w:pPr>
        <w:rPr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130.</w:t>
      </w: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lang w:val="ru-RU"/>
        </w:rPr>
        <w:t xml:space="preserve">Определите силу тока, если за 40 мин электролиза раствора серной кислоты выделился водород (н.у) объемом </w:t>
      </w:r>
      <w:smartTag w:uri="urn:schemas-microsoft-com:office:smarttags" w:element="metricconverter">
        <w:smartTagPr>
          <w:attr w:name="ProductID" w:val="0,48 л"/>
        </w:smartTagPr>
        <w:r w:rsidRPr="00DC2F01">
          <w:rPr>
            <w:lang w:val="ru-RU"/>
          </w:rPr>
          <w:t>0,48 л</w:t>
        </w:r>
      </w:smartTag>
      <w:r w:rsidRPr="00DC2F01">
        <w:rPr>
          <w:lang w:val="ru-RU"/>
        </w:rPr>
        <w:t>.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proofErr w:type="gramStart"/>
      <w:r w:rsidRPr="00DC2F01">
        <w:rPr>
          <w:b/>
          <w:szCs w:val="24"/>
          <w:lang w:val="ru-RU"/>
        </w:rPr>
        <w:t>Задание  131</w:t>
      </w:r>
      <w:proofErr w:type="gramEnd"/>
      <w:r w:rsidRPr="00DC2F01">
        <w:rPr>
          <w:b/>
          <w:szCs w:val="24"/>
          <w:lang w:val="ru-RU"/>
        </w:rPr>
        <w:t>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На аноде обычно протекают </w:t>
      </w:r>
      <w:proofErr w:type="gramStart"/>
      <w:r w:rsidRPr="00DC2F01">
        <w:rPr>
          <w:lang w:val="ru-RU"/>
        </w:rPr>
        <w:t>процессы  _</w:t>
      </w:r>
      <w:proofErr w:type="gramEnd"/>
      <w:r w:rsidRPr="00DC2F01">
        <w:rPr>
          <w:lang w:val="ru-RU"/>
        </w:rPr>
        <w:t>________________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132.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Какие процессы будут протекать на платиновом аноде при электролизе водного раствора нитрита меди?</w:t>
      </w:r>
    </w:p>
    <w:p w:rsidR="00DC2F01" w:rsidRPr="00E06BBA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 ответов:</w:t>
      </w:r>
    </w:p>
    <w:p w:rsidR="00DC2F01" w:rsidRDefault="00DC2F01" w:rsidP="000D3AEE">
      <w:pPr>
        <w:numPr>
          <w:ilvl w:val="0"/>
          <w:numId w:val="52"/>
        </w:numPr>
        <w:spacing w:line="240" w:lineRule="auto"/>
      </w:pPr>
      <w:r w:rsidRPr="00110C66">
        <w:rPr>
          <w:position w:val="-12"/>
        </w:rPr>
        <w:object w:dxaOrig="3200" w:dyaOrig="380">
          <v:shape id="_x0000_i1153" type="#_x0000_t75" style="width:159.75pt;height:19.5pt" o:ole="">
            <v:imagedata r:id="rId246" o:title=""/>
          </v:shape>
          <o:OLEObject Type="Embed" ProgID="Equation.3" ShapeID="_x0000_i1153" DrawAspect="Content" ObjectID="_1841053898" r:id="rId247"/>
        </w:object>
      </w:r>
    </w:p>
    <w:p w:rsidR="00DC2F01" w:rsidRDefault="00DC2F01" w:rsidP="000D3AEE">
      <w:pPr>
        <w:numPr>
          <w:ilvl w:val="0"/>
          <w:numId w:val="52"/>
        </w:numPr>
        <w:spacing w:line="240" w:lineRule="auto"/>
      </w:pPr>
      <w:r w:rsidRPr="00110C66">
        <w:rPr>
          <w:position w:val="-10"/>
        </w:rPr>
        <w:object w:dxaOrig="2420" w:dyaOrig="360">
          <v:shape id="_x0000_i1154" type="#_x0000_t75" style="width:120.75pt;height:18pt" o:ole="">
            <v:imagedata r:id="rId230" o:title=""/>
          </v:shape>
          <o:OLEObject Type="Embed" ProgID="Equation.3" ShapeID="_x0000_i1154" DrawAspect="Content" ObjectID="_1841053899" r:id="rId248"/>
        </w:object>
      </w:r>
      <w:r>
        <w:t xml:space="preserve"> </w:t>
      </w:r>
    </w:p>
    <w:p w:rsidR="00DC2F01" w:rsidRPr="008C1406" w:rsidRDefault="00DC2F01" w:rsidP="000D3AEE">
      <w:pPr>
        <w:pStyle w:val="ae"/>
        <w:numPr>
          <w:ilvl w:val="0"/>
          <w:numId w:val="52"/>
        </w:numPr>
        <w:spacing w:after="200" w:line="276" w:lineRule="auto"/>
        <w:contextualSpacing w:val="0"/>
        <w:rPr>
          <w:b/>
          <w:szCs w:val="24"/>
        </w:rPr>
      </w:pPr>
      <w:r w:rsidRPr="00110C66">
        <w:rPr>
          <w:position w:val="-6"/>
        </w:rPr>
        <w:object w:dxaOrig="1660" w:dyaOrig="320">
          <v:shape id="_x0000_i1155" type="#_x0000_t75" style="width:82.5pt;height:15.75pt" o:ole="">
            <v:imagedata r:id="rId249" o:title=""/>
          </v:shape>
          <o:OLEObject Type="Embed" ProgID="Equation.3" ShapeID="_x0000_i1155" DrawAspect="Content" ObjectID="_1841053900" r:id="rId250"/>
        </w:object>
      </w: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133.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>Какие процессы будут протекать на платиновом катоде при электролизе водного раствора нитрата меди?</w:t>
      </w:r>
    </w:p>
    <w:p w:rsidR="00DC2F01" w:rsidRPr="0027509C" w:rsidRDefault="00DC2F01" w:rsidP="000D3AEE">
      <w:pPr>
        <w:numPr>
          <w:ilvl w:val="0"/>
          <w:numId w:val="45"/>
        </w:numPr>
        <w:spacing w:line="240" w:lineRule="auto"/>
        <w:rPr>
          <w:szCs w:val="24"/>
        </w:rPr>
      </w:pPr>
      <w:r w:rsidRPr="00110C66">
        <w:rPr>
          <w:position w:val="-6"/>
        </w:rPr>
        <w:object w:dxaOrig="1679" w:dyaOrig="320">
          <v:shape id="_x0000_i1156" type="#_x0000_t75" style="width:82.5pt;height:15.75pt" o:ole="">
            <v:imagedata r:id="rId251" o:title=""/>
          </v:shape>
          <o:OLEObject Type="Embed" ProgID="Equation.3" ShapeID="_x0000_i1156" DrawAspect="Content" ObjectID="_1841053901" r:id="rId252"/>
        </w:object>
      </w:r>
      <w:proofErr w:type="gramStart"/>
      <w:r w:rsidRPr="0027509C">
        <w:rPr>
          <w:position w:val="-6"/>
        </w:rPr>
        <w:t xml:space="preserve">;   </w:t>
      </w:r>
      <w:proofErr w:type="gramEnd"/>
      <w:r w:rsidRPr="0027509C">
        <w:rPr>
          <w:position w:val="-6"/>
        </w:rPr>
        <w:t xml:space="preserve"> 2)</w:t>
      </w:r>
    </w:p>
    <w:p w:rsidR="00DC2F01" w:rsidRPr="0027509C" w:rsidRDefault="00DC2F01" w:rsidP="000D3AEE">
      <w:pPr>
        <w:numPr>
          <w:ilvl w:val="0"/>
          <w:numId w:val="45"/>
        </w:numPr>
        <w:spacing w:line="240" w:lineRule="auto"/>
        <w:rPr>
          <w:szCs w:val="24"/>
        </w:rPr>
      </w:pPr>
      <w:r w:rsidRPr="00110C66">
        <w:rPr>
          <w:position w:val="-14"/>
        </w:rPr>
        <w:object w:dxaOrig="3400" w:dyaOrig="400">
          <v:shape id="_x0000_i1157" type="#_x0000_t75" style="width:171pt;height:20.25pt" o:ole="">
            <v:imagedata r:id="rId236" o:title=""/>
          </v:shape>
          <o:OLEObject Type="Embed" ProgID="Equation.3" ShapeID="_x0000_i1157" DrawAspect="Content" ObjectID="_1841053902" r:id="rId253"/>
        </w:object>
      </w:r>
      <w:r w:rsidRPr="0027509C">
        <w:rPr>
          <w:position w:val="-14"/>
        </w:rPr>
        <w:t xml:space="preserve">   </w:t>
      </w:r>
    </w:p>
    <w:p w:rsidR="00DC2F01" w:rsidRPr="0027509C" w:rsidRDefault="00DC2F01" w:rsidP="000D3AEE">
      <w:pPr>
        <w:numPr>
          <w:ilvl w:val="0"/>
          <w:numId w:val="45"/>
        </w:numPr>
        <w:spacing w:line="240" w:lineRule="auto"/>
        <w:rPr>
          <w:szCs w:val="24"/>
        </w:rPr>
      </w:pPr>
      <w:r w:rsidRPr="00110C66">
        <w:rPr>
          <w:position w:val="-10"/>
        </w:rPr>
        <w:object w:dxaOrig="2620" w:dyaOrig="360">
          <v:shape id="_x0000_i1158" type="#_x0000_t75" style="width:130.5pt;height:18pt" o:ole="">
            <v:imagedata r:id="rId238" o:title=""/>
          </v:shape>
          <o:OLEObject Type="Embed" ProgID="Equation.3" ShapeID="_x0000_i1158" DrawAspect="Content" ObjectID="_1841053903" r:id="rId254"/>
        </w:object>
      </w:r>
    </w:p>
    <w:p w:rsidR="00DC2F01" w:rsidRDefault="00DC2F01" w:rsidP="00DC2F01">
      <w:pPr>
        <w:rPr>
          <w:b/>
          <w:szCs w:val="24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134.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На катоде обычно протекают </w:t>
      </w:r>
      <w:proofErr w:type="gramStart"/>
      <w:r w:rsidRPr="00DC2F01">
        <w:rPr>
          <w:lang w:val="ru-RU"/>
        </w:rPr>
        <w:t>процессы  _</w:t>
      </w:r>
      <w:proofErr w:type="gramEnd"/>
      <w:r w:rsidRPr="00DC2F01">
        <w:rPr>
          <w:lang w:val="ru-RU"/>
        </w:rPr>
        <w:t>________________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135.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Укажите выражение константы нестойкости комплексного иона в следующем комплексном соединении: </w:t>
      </w:r>
      <w:r>
        <w:t>K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[</w:t>
      </w:r>
      <w:r>
        <w:t>Zn</w:t>
      </w:r>
      <w:r w:rsidRPr="00DC2F01">
        <w:rPr>
          <w:lang w:val="ru-RU"/>
        </w:rPr>
        <w:t>(</w:t>
      </w:r>
      <w:r>
        <w:t>OH</w:t>
      </w:r>
      <w:r w:rsidRPr="00DC2F01">
        <w:rPr>
          <w:lang w:val="ru-RU"/>
        </w:rPr>
        <w:t>)</w:t>
      </w:r>
      <w:r w:rsidRPr="00DC2F01">
        <w:rPr>
          <w:vertAlign w:val="subscript"/>
          <w:lang w:val="ru-RU"/>
        </w:rPr>
        <w:t>4</w:t>
      </w:r>
      <w:r w:rsidRPr="00DC2F01">
        <w:rPr>
          <w:lang w:val="ru-RU"/>
        </w:rPr>
        <w:t>]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</w:p>
    <w:p w:rsidR="00DC2F01" w:rsidRDefault="00DC2F01" w:rsidP="00DC2F01">
      <w:pPr>
        <w:pStyle w:val="affc"/>
        <w:tabs>
          <w:tab w:val="left" w:pos="709"/>
        </w:tabs>
      </w:pPr>
      <w:r>
        <w:t>1) Кн=</w:t>
      </w:r>
      <w:r w:rsidRPr="00110C66">
        <w:rPr>
          <w:position w:val="-30"/>
        </w:rPr>
        <w:object w:dxaOrig="1860" w:dyaOrig="760">
          <v:shape id="_x0000_i1159" type="#_x0000_t75" style="width:92.25pt;height:37.5pt" o:ole="" fillcolor="window">
            <v:imagedata r:id="rId255" o:title=""/>
          </v:shape>
          <o:OLEObject Type="Embed" ProgID="Equation.3" ShapeID="_x0000_i1159" DrawAspect="Content" ObjectID="_1841053904" r:id="rId256"/>
        </w:object>
      </w:r>
      <w:r>
        <w:t xml:space="preserve">;    2) </w:t>
      </w:r>
      <w:r>
        <w:rPr>
          <w:lang w:val="en-US"/>
        </w:rPr>
        <w:t>K</w:t>
      </w:r>
      <w:r>
        <w:t>н=</w:t>
      </w:r>
      <w:r w:rsidRPr="00110C66">
        <w:rPr>
          <w:position w:val="-52"/>
        </w:rPr>
        <w:object w:dxaOrig="1579" w:dyaOrig="980">
          <v:shape id="_x0000_i1160" type="#_x0000_t75" style="width:78pt;height:49.5pt" o:ole="" fillcolor="window">
            <v:imagedata r:id="rId257" o:title=""/>
          </v:shape>
          <o:OLEObject Type="Embed" ProgID="Equation.3" ShapeID="_x0000_i1160" DrawAspect="Content" ObjectID="_1841053905" r:id="rId258"/>
        </w:object>
      </w:r>
      <w:r>
        <w:t>;     3) Кн=</w:t>
      </w:r>
      <w:r w:rsidRPr="00110C66">
        <w:rPr>
          <w:position w:val="-30"/>
        </w:rPr>
        <w:object w:dxaOrig="1880" w:dyaOrig="740">
          <v:shape id="_x0000_i1161" type="#_x0000_t75" style="width:94.5pt;height:37.5pt" o:ole="" fillcolor="window">
            <v:imagedata r:id="rId259" o:title=""/>
          </v:shape>
          <o:OLEObject Type="Embed" ProgID="Equation.3" ShapeID="_x0000_i1161" DrawAspect="Content" ObjectID="_1841053906" r:id="rId260"/>
        </w:object>
      </w:r>
      <w:r>
        <w:t xml:space="preserve">                           </w:t>
      </w:r>
    </w:p>
    <w:p w:rsidR="00DC2F01" w:rsidRPr="00DC2F01" w:rsidRDefault="00DC2F01" w:rsidP="00DC2F01">
      <w:pPr>
        <w:ind w:left="284" w:hanging="284"/>
        <w:rPr>
          <w:vertAlign w:val="subscript"/>
          <w:lang w:val="ru-RU"/>
        </w:rPr>
      </w:pPr>
      <w:r w:rsidRPr="00DC2F01">
        <w:rPr>
          <w:b/>
          <w:lang w:val="ru-RU"/>
        </w:rPr>
        <w:t>Задание 136.</w:t>
      </w:r>
      <w:r w:rsidRPr="00DC2F01">
        <w:rPr>
          <w:szCs w:val="24"/>
          <w:lang w:val="ru-RU"/>
        </w:rPr>
        <w:t xml:space="preserve"> </w:t>
      </w:r>
      <w:r w:rsidRPr="00DC2F01">
        <w:rPr>
          <w:lang w:val="ru-RU"/>
        </w:rPr>
        <w:t>Укажите выражение константы нестойкости комплексного иона в   следующем соединении [</w:t>
      </w:r>
      <w:r>
        <w:t>Zn</w:t>
      </w:r>
      <w:r w:rsidRPr="00DC2F01">
        <w:rPr>
          <w:lang w:val="ru-RU"/>
        </w:rPr>
        <w:t>(</w:t>
      </w:r>
      <w:r>
        <w:t>NH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>)</w:t>
      </w:r>
      <w:proofErr w:type="gramStart"/>
      <w:r w:rsidRPr="00DC2F01">
        <w:rPr>
          <w:vertAlign w:val="subscript"/>
          <w:lang w:val="ru-RU"/>
        </w:rPr>
        <w:t>4</w:t>
      </w:r>
      <w:r w:rsidRPr="00DC2F01">
        <w:rPr>
          <w:lang w:val="ru-RU"/>
        </w:rPr>
        <w:t>](</w:t>
      </w:r>
      <w:proofErr w:type="gramEnd"/>
      <w:r>
        <w:t>OH</w:t>
      </w:r>
      <w:r w:rsidRPr="00DC2F01">
        <w:rPr>
          <w:lang w:val="ru-RU"/>
        </w:rPr>
        <w:t>)</w:t>
      </w:r>
      <w:r w:rsidRPr="00DC2F01">
        <w:rPr>
          <w:vertAlign w:val="subscript"/>
          <w:lang w:val="ru-RU"/>
        </w:rPr>
        <w:t>2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   1) </w:t>
      </w:r>
      <w:r w:rsidRPr="00110C66">
        <w:rPr>
          <w:position w:val="-30"/>
        </w:rPr>
        <w:object w:dxaOrig="2220" w:dyaOrig="720">
          <v:shape id="_x0000_i1162" type="#_x0000_t75" style="width:111.75pt;height:37.5pt" o:ole="" fillcolor="window">
            <v:imagedata r:id="rId261" o:title=""/>
          </v:shape>
          <o:OLEObject Type="Embed" ProgID="Equation.3" ShapeID="_x0000_i1162" DrawAspect="Content" ObjectID="_1841053907" r:id="rId262"/>
        </w:object>
      </w:r>
      <w:r w:rsidRPr="00DC2F01">
        <w:rPr>
          <w:lang w:val="ru-RU"/>
        </w:rPr>
        <w:t xml:space="preserve">     2) </w:t>
      </w:r>
      <w:r w:rsidRPr="00110C66">
        <w:rPr>
          <w:position w:val="-30"/>
        </w:rPr>
        <w:object w:dxaOrig="2640" w:dyaOrig="720">
          <v:shape id="_x0000_i1163" type="#_x0000_t75" style="width:133.5pt;height:37.5pt" o:ole="" fillcolor="window">
            <v:imagedata r:id="rId263" o:title=""/>
          </v:shape>
          <o:OLEObject Type="Embed" ProgID="Equation.3" ShapeID="_x0000_i1163" DrawAspect="Content" ObjectID="_1841053908" r:id="rId264"/>
        </w:object>
      </w:r>
      <w:r w:rsidRPr="00DC2F01">
        <w:rPr>
          <w:lang w:val="ru-RU"/>
        </w:rPr>
        <w:t xml:space="preserve">  3)</w:t>
      </w:r>
      <w:r w:rsidRPr="00110C66">
        <w:rPr>
          <w:position w:val="-30"/>
        </w:rPr>
        <w:object w:dxaOrig="2780" w:dyaOrig="720">
          <v:shape id="_x0000_i1164" type="#_x0000_t75" style="width:139.5pt;height:37.5pt" o:ole="" fillcolor="window">
            <v:imagedata r:id="rId265" o:title=""/>
          </v:shape>
          <o:OLEObject Type="Embed" ProgID="Equation.3" ShapeID="_x0000_i1164" DrawAspect="Content" ObjectID="_1841053909" r:id="rId266"/>
        </w:object>
      </w:r>
      <w:r w:rsidRPr="00DC2F01">
        <w:rPr>
          <w:lang w:val="ru-RU"/>
        </w:rPr>
        <w:t xml:space="preserve">             </w:t>
      </w:r>
    </w:p>
    <w:p w:rsidR="00DC2F01" w:rsidRPr="001A3BB0" w:rsidRDefault="00DC2F01" w:rsidP="00DC2F01">
      <w:pPr>
        <w:pStyle w:val="14"/>
        <w:widowControl/>
        <w:rPr>
          <w:i/>
          <w:snapToGrid/>
          <w:sz w:val="24"/>
        </w:rPr>
      </w:pPr>
    </w:p>
    <w:p w:rsidR="00DC2F01" w:rsidRDefault="00DC2F01" w:rsidP="00DC2F01">
      <w:pPr>
        <w:pStyle w:val="affc"/>
        <w:tabs>
          <w:tab w:val="left" w:pos="709"/>
        </w:tabs>
        <w:ind w:left="0"/>
      </w:pPr>
      <w:r>
        <w:rPr>
          <w:b/>
        </w:rPr>
        <w:t>Задание 137</w:t>
      </w:r>
      <w:r w:rsidRPr="00AE47C9">
        <w:rPr>
          <w:b/>
        </w:rPr>
        <w:t>.</w:t>
      </w:r>
      <w:r>
        <w:rPr>
          <w:szCs w:val="24"/>
        </w:rPr>
        <w:t xml:space="preserve"> </w:t>
      </w:r>
      <w:r>
        <w:t>Укажите, в каком из приведенных соединений заряд комплексного иона отрицательный?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 w:rsidRPr="00CC527C"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1B6ED6" w:rsidRDefault="00DC2F01" w:rsidP="00DC2F01">
      <w:pPr>
        <w:pStyle w:val="14"/>
        <w:widowControl/>
        <w:rPr>
          <w:i/>
          <w:snapToGrid/>
          <w:sz w:val="24"/>
          <w:szCs w:val="24"/>
          <w:lang w:val="en-US"/>
        </w:rPr>
      </w:pPr>
      <w:r w:rsidRPr="001B6ED6">
        <w:rPr>
          <w:sz w:val="24"/>
          <w:szCs w:val="24"/>
          <w:lang w:val="en-US"/>
        </w:rPr>
        <w:t xml:space="preserve">1) </w:t>
      </w:r>
      <w:r w:rsidRPr="00C93882">
        <w:rPr>
          <w:sz w:val="24"/>
          <w:szCs w:val="24"/>
          <w:lang w:val="en-US"/>
        </w:rPr>
        <w:t>K</w:t>
      </w:r>
      <w:r w:rsidRPr="001B6ED6">
        <w:rPr>
          <w:sz w:val="24"/>
          <w:szCs w:val="24"/>
          <w:vertAlign w:val="subscript"/>
          <w:lang w:val="en-US"/>
        </w:rPr>
        <w:t>2</w:t>
      </w:r>
      <w:r w:rsidRPr="001B6ED6">
        <w:rPr>
          <w:sz w:val="24"/>
          <w:szCs w:val="24"/>
          <w:lang w:val="en-US"/>
        </w:rPr>
        <w:t>[</w:t>
      </w:r>
      <w:r w:rsidRPr="00C93882">
        <w:rPr>
          <w:sz w:val="24"/>
          <w:szCs w:val="24"/>
          <w:lang w:val="en-US"/>
        </w:rPr>
        <w:t>SiF</w:t>
      </w:r>
      <w:r w:rsidRPr="001B6ED6">
        <w:rPr>
          <w:sz w:val="24"/>
          <w:szCs w:val="24"/>
          <w:vertAlign w:val="subscript"/>
          <w:lang w:val="en-US"/>
        </w:rPr>
        <w:t>6</w:t>
      </w:r>
      <w:r w:rsidRPr="001B6ED6">
        <w:rPr>
          <w:sz w:val="24"/>
          <w:szCs w:val="24"/>
          <w:lang w:val="en-US"/>
        </w:rPr>
        <w:t>]                    2) [</w:t>
      </w:r>
      <w:r w:rsidRPr="00C93882">
        <w:rPr>
          <w:sz w:val="24"/>
          <w:szCs w:val="24"/>
          <w:lang w:val="en-US"/>
        </w:rPr>
        <w:t>Ag</w:t>
      </w:r>
      <w:r w:rsidRPr="001B6ED6">
        <w:rPr>
          <w:sz w:val="24"/>
          <w:szCs w:val="24"/>
          <w:lang w:val="en-US"/>
        </w:rPr>
        <w:t>(</w:t>
      </w:r>
      <w:r w:rsidRPr="00C93882">
        <w:rPr>
          <w:sz w:val="24"/>
          <w:szCs w:val="24"/>
          <w:lang w:val="en-US"/>
        </w:rPr>
        <w:t>NH</w:t>
      </w:r>
      <w:r w:rsidRPr="001B6ED6">
        <w:rPr>
          <w:sz w:val="24"/>
          <w:szCs w:val="24"/>
          <w:vertAlign w:val="subscript"/>
          <w:lang w:val="en-US"/>
        </w:rPr>
        <w:t>3</w:t>
      </w:r>
      <w:r w:rsidRPr="001B6ED6">
        <w:rPr>
          <w:sz w:val="24"/>
          <w:szCs w:val="24"/>
          <w:lang w:val="en-US"/>
        </w:rPr>
        <w:t>)</w:t>
      </w:r>
      <w:proofErr w:type="gramStart"/>
      <w:r w:rsidRPr="001B6ED6">
        <w:rPr>
          <w:sz w:val="24"/>
          <w:szCs w:val="24"/>
          <w:vertAlign w:val="subscript"/>
          <w:lang w:val="en-US"/>
        </w:rPr>
        <w:t>2</w:t>
      </w:r>
      <w:r w:rsidRPr="001B6ED6">
        <w:rPr>
          <w:sz w:val="24"/>
          <w:szCs w:val="24"/>
          <w:lang w:val="en-US"/>
        </w:rPr>
        <w:t>]</w:t>
      </w:r>
      <w:r w:rsidRPr="00C93882">
        <w:rPr>
          <w:sz w:val="24"/>
          <w:szCs w:val="24"/>
          <w:lang w:val="en-US"/>
        </w:rPr>
        <w:t>Cl</w:t>
      </w:r>
      <w:proofErr w:type="gramEnd"/>
      <w:r w:rsidRPr="001B6ED6">
        <w:rPr>
          <w:sz w:val="24"/>
          <w:szCs w:val="24"/>
          <w:lang w:val="en-US"/>
        </w:rPr>
        <w:t xml:space="preserve">              3) [</w:t>
      </w:r>
      <w:r w:rsidRPr="00C93882">
        <w:rPr>
          <w:sz w:val="24"/>
          <w:szCs w:val="24"/>
          <w:lang w:val="en-US"/>
        </w:rPr>
        <w:t>Co</w:t>
      </w:r>
      <w:r w:rsidRPr="001B6ED6">
        <w:rPr>
          <w:sz w:val="24"/>
          <w:szCs w:val="24"/>
          <w:lang w:val="en-US"/>
        </w:rPr>
        <w:t>(</w:t>
      </w:r>
      <w:r w:rsidRPr="00C93882">
        <w:rPr>
          <w:sz w:val="24"/>
          <w:szCs w:val="24"/>
          <w:lang w:val="en-US"/>
        </w:rPr>
        <w:t>NH</w:t>
      </w:r>
      <w:r w:rsidRPr="001B6ED6">
        <w:rPr>
          <w:sz w:val="24"/>
          <w:szCs w:val="24"/>
          <w:vertAlign w:val="subscript"/>
          <w:lang w:val="en-US"/>
        </w:rPr>
        <w:t>3</w:t>
      </w:r>
      <w:r w:rsidRPr="001B6ED6">
        <w:rPr>
          <w:sz w:val="24"/>
          <w:szCs w:val="24"/>
          <w:lang w:val="en-US"/>
        </w:rPr>
        <w:t>)</w:t>
      </w:r>
      <w:r w:rsidRPr="001B6ED6">
        <w:rPr>
          <w:sz w:val="24"/>
          <w:szCs w:val="24"/>
          <w:vertAlign w:val="subscript"/>
          <w:lang w:val="en-US"/>
        </w:rPr>
        <w:t>3</w:t>
      </w:r>
      <w:r w:rsidRPr="001B6ED6">
        <w:rPr>
          <w:sz w:val="24"/>
          <w:szCs w:val="24"/>
          <w:lang w:val="en-US"/>
        </w:rPr>
        <w:t>(</w:t>
      </w:r>
      <w:r w:rsidRPr="00C93882">
        <w:rPr>
          <w:sz w:val="24"/>
          <w:szCs w:val="24"/>
          <w:lang w:val="en-US"/>
        </w:rPr>
        <w:t>NO</w:t>
      </w:r>
      <w:r w:rsidRPr="001B6ED6">
        <w:rPr>
          <w:sz w:val="24"/>
          <w:szCs w:val="24"/>
          <w:vertAlign w:val="subscript"/>
          <w:lang w:val="en-US"/>
        </w:rPr>
        <w:t>2</w:t>
      </w:r>
      <w:r w:rsidRPr="001B6ED6">
        <w:rPr>
          <w:sz w:val="24"/>
          <w:szCs w:val="24"/>
          <w:lang w:val="en-US"/>
        </w:rPr>
        <w:t>)</w:t>
      </w:r>
      <w:r w:rsidRPr="001B6ED6">
        <w:rPr>
          <w:sz w:val="24"/>
          <w:szCs w:val="24"/>
          <w:vertAlign w:val="subscript"/>
          <w:lang w:val="en-US"/>
        </w:rPr>
        <w:t>3</w:t>
      </w:r>
      <w:r w:rsidRPr="001B6ED6">
        <w:rPr>
          <w:sz w:val="24"/>
          <w:szCs w:val="24"/>
          <w:lang w:val="en-US"/>
        </w:rPr>
        <w:t xml:space="preserve">] </w:t>
      </w:r>
    </w:p>
    <w:p w:rsidR="00DC2F01" w:rsidRPr="001B6ED6" w:rsidRDefault="00DC2F01" w:rsidP="00DC2F01">
      <w:pPr>
        <w:pStyle w:val="14"/>
        <w:widowControl/>
        <w:rPr>
          <w:i/>
          <w:snapToGrid/>
          <w:sz w:val="24"/>
          <w:lang w:val="en-US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138.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Укажите выражение константы нестойкости комплексного иона в следующем комплексном соединении: </w:t>
      </w:r>
      <w:r>
        <w:t>Na</w:t>
      </w:r>
      <w:r w:rsidRPr="00DC2F01">
        <w:rPr>
          <w:vertAlign w:val="subscript"/>
          <w:lang w:val="ru-RU"/>
        </w:rPr>
        <w:t>3</w:t>
      </w:r>
      <w:r w:rsidRPr="00DC2F01">
        <w:rPr>
          <w:lang w:val="ru-RU"/>
        </w:rPr>
        <w:t>[</w:t>
      </w:r>
      <w:r>
        <w:t>Co</w:t>
      </w:r>
      <w:r w:rsidRPr="00DC2F01">
        <w:rPr>
          <w:lang w:val="ru-RU"/>
        </w:rPr>
        <w:t>(</w:t>
      </w:r>
      <w:r>
        <w:t>NO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)</w:t>
      </w:r>
      <w:r w:rsidRPr="00DC2F01">
        <w:rPr>
          <w:vertAlign w:val="subscript"/>
          <w:lang w:val="ru-RU"/>
        </w:rPr>
        <w:t>6</w:t>
      </w:r>
      <w:r w:rsidRPr="00DC2F01">
        <w:rPr>
          <w:lang w:val="ru-RU"/>
        </w:rPr>
        <w:t>]</w:t>
      </w:r>
    </w:p>
    <w:p w:rsidR="00DC2F01" w:rsidRDefault="00DC2F01" w:rsidP="00DC2F01">
      <w:pPr>
        <w:pStyle w:val="14"/>
        <w:widowControl/>
        <w:rPr>
          <w:i/>
          <w:snapToGrid/>
          <w:sz w:val="24"/>
        </w:rPr>
      </w:pPr>
      <w:r w:rsidRPr="00CC527C">
        <w:rPr>
          <w:b/>
          <w:snapToGrid/>
          <w:sz w:val="24"/>
        </w:rPr>
        <w:t xml:space="preserve">      </w:t>
      </w:r>
      <w:r w:rsidRPr="001A3BB0">
        <w:rPr>
          <w:i/>
          <w:snapToGrid/>
          <w:sz w:val="24"/>
        </w:rPr>
        <w:t xml:space="preserve">варианты ответов: </w:t>
      </w:r>
    </w:p>
    <w:p w:rsidR="00DC2F01" w:rsidRPr="007C18ED" w:rsidRDefault="00DC2F01" w:rsidP="00DC2F01">
      <w:pPr>
        <w:pStyle w:val="affc"/>
        <w:overflowPunct/>
        <w:autoSpaceDE/>
        <w:autoSpaceDN/>
        <w:adjustRightInd/>
        <w:spacing w:after="0" w:line="240" w:lineRule="auto"/>
        <w:ind w:left="360"/>
        <w:jc w:val="left"/>
        <w:textAlignment w:val="auto"/>
        <w:rPr>
          <w:szCs w:val="24"/>
        </w:rPr>
      </w:pPr>
      <w:r>
        <w:t xml:space="preserve">  1)   К=</w:t>
      </w:r>
      <w:r w:rsidRPr="00110C66">
        <w:rPr>
          <w:position w:val="-30"/>
          <w:lang w:val="en-US"/>
        </w:rPr>
        <w:object w:dxaOrig="1560" w:dyaOrig="720">
          <v:shape id="_x0000_i1165" type="#_x0000_t75" style="width:78pt;height:37.5pt" o:ole="" fillcolor="window">
            <v:imagedata r:id="rId267" o:title=""/>
          </v:shape>
          <o:OLEObject Type="Embed" ProgID="Equation.3" ShapeID="_x0000_i1165" DrawAspect="Content" ObjectID="_1841053910" r:id="rId268"/>
        </w:object>
      </w:r>
      <w:r>
        <w:t xml:space="preserve">;  2)  К= </w:t>
      </w:r>
      <w:r w:rsidRPr="00110C66">
        <w:rPr>
          <w:position w:val="-30"/>
        </w:rPr>
        <w:object w:dxaOrig="2140" w:dyaOrig="720">
          <v:shape id="_x0000_i1166" type="#_x0000_t75" style="width:107.25pt;height:37.5pt" o:ole="" fillcolor="window">
            <v:imagedata r:id="rId269" o:title=""/>
          </v:shape>
          <o:OLEObject Type="Embed" ProgID="Equation.3" ShapeID="_x0000_i1166" DrawAspect="Content" ObjectID="_1841053911" r:id="rId270"/>
        </w:object>
      </w:r>
      <w:r w:rsidRPr="007C18ED">
        <w:rPr>
          <w:bCs/>
          <w:iCs/>
        </w:rPr>
        <w:t xml:space="preserve"> ;  3</w:t>
      </w:r>
      <w:r>
        <w:t>)    К=</w:t>
      </w:r>
      <w:r w:rsidRPr="00110C66">
        <w:rPr>
          <w:position w:val="-30"/>
        </w:rPr>
        <w:object w:dxaOrig="2200" w:dyaOrig="720">
          <v:shape id="_x0000_i1167" type="#_x0000_t75" style="width:108.75pt;height:37.5pt" o:ole="" fillcolor="window">
            <v:imagedata r:id="rId271" o:title=""/>
          </v:shape>
          <o:OLEObject Type="Embed" ProgID="Equation.3" ShapeID="_x0000_i1167" DrawAspect="Content" ObjectID="_1841053912" r:id="rId272"/>
        </w:object>
      </w:r>
      <w:r>
        <w:t xml:space="preserve">                             </w:t>
      </w:r>
    </w:p>
    <w:p w:rsidR="00DC2F01" w:rsidRPr="00DC2F01" w:rsidRDefault="00DC2F01" w:rsidP="00DC2F01">
      <w:pPr>
        <w:rPr>
          <w:b/>
          <w:szCs w:val="24"/>
          <w:lang w:val="ru-RU"/>
        </w:rPr>
      </w:pPr>
    </w:p>
    <w:p w:rsidR="00DC2F01" w:rsidRPr="00DC2F01" w:rsidRDefault="00DC2F01" w:rsidP="00DC2F01">
      <w:pPr>
        <w:rPr>
          <w:b/>
          <w:szCs w:val="24"/>
          <w:lang w:val="ru-RU"/>
        </w:rPr>
      </w:pPr>
      <w:r w:rsidRPr="00DC2F01">
        <w:rPr>
          <w:b/>
          <w:szCs w:val="24"/>
          <w:lang w:val="ru-RU"/>
        </w:rPr>
        <w:t>Задание 139.</w:t>
      </w: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Раствор, какой соли образует с хлоридом бария белый кристаллический осадок </w:t>
      </w:r>
      <w:r>
        <w:t>BaSO</w:t>
      </w:r>
      <w:r w:rsidRPr="00DC2F01">
        <w:rPr>
          <w:vertAlign w:val="subscript"/>
          <w:lang w:val="ru-RU"/>
        </w:rPr>
        <w:t>4</w:t>
      </w:r>
      <w:r w:rsidRPr="00DC2F01">
        <w:rPr>
          <w:lang w:val="ru-RU"/>
        </w:rPr>
        <w:t>:</w:t>
      </w:r>
    </w:p>
    <w:p w:rsidR="00DC2F01" w:rsidRPr="00C93882" w:rsidRDefault="00DC2F01" w:rsidP="00DC2F01">
      <w:pPr>
        <w:rPr>
          <w:i/>
          <w:szCs w:val="24"/>
        </w:rPr>
      </w:pPr>
      <w:r w:rsidRPr="00E06BBA">
        <w:rPr>
          <w:i/>
          <w:szCs w:val="24"/>
        </w:rPr>
        <w:t>варианты</w:t>
      </w:r>
      <w:r w:rsidRPr="00C93882">
        <w:rPr>
          <w:i/>
          <w:szCs w:val="24"/>
        </w:rPr>
        <w:t xml:space="preserve"> </w:t>
      </w:r>
      <w:r w:rsidRPr="00E06BBA">
        <w:rPr>
          <w:i/>
          <w:szCs w:val="24"/>
        </w:rPr>
        <w:t>ответов</w:t>
      </w:r>
      <w:r w:rsidRPr="00C93882">
        <w:rPr>
          <w:i/>
          <w:szCs w:val="24"/>
        </w:rPr>
        <w:t>:</w:t>
      </w:r>
    </w:p>
    <w:p w:rsidR="00DC2F01" w:rsidRPr="00C93882" w:rsidRDefault="00DC2F01" w:rsidP="00DC2F01">
      <w:r w:rsidRPr="00565ADB">
        <w:t xml:space="preserve">1) </w:t>
      </w:r>
      <w:r>
        <w:t>Na</w:t>
      </w:r>
      <w:r w:rsidRPr="00565ADB">
        <w:t>[</w:t>
      </w:r>
      <w:r>
        <w:t>Sb</w:t>
      </w:r>
      <w:r w:rsidRPr="00565ADB">
        <w:t>(</w:t>
      </w:r>
      <w:r>
        <w:t>SO</w:t>
      </w:r>
      <w:r w:rsidRPr="00565ADB">
        <w:rPr>
          <w:vertAlign w:val="subscript"/>
        </w:rPr>
        <w:t>4</w:t>
      </w:r>
      <w:r w:rsidRPr="00565ADB">
        <w:t>)</w:t>
      </w:r>
      <w:r w:rsidRPr="00565ADB">
        <w:rPr>
          <w:vertAlign w:val="subscript"/>
        </w:rPr>
        <w:t>2</w:t>
      </w:r>
      <w:proofErr w:type="gramStart"/>
      <w:r w:rsidRPr="00565ADB">
        <w:t xml:space="preserve">];   </w:t>
      </w:r>
      <w:proofErr w:type="gramEnd"/>
      <w:r w:rsidRPr="00565ADB">
        <w:t xml:space="preserve">          </w:t>
      </w:r>
      <w:r w:rsidRPr="0030017F">
        <w:t>2</w:t>
      </w:r>
      <w:r>
        <w:t>) [Co(NH</w:t>
      </w:r>
      <w:r>
        <w:rPr>
          <w:vertAlign w:val="subscript"/>
        </w:rPr>
        <w:t>3</w:t>
      </w:r>
      <w:r>
        <w:t>)</w:t>
      </w:r>
      <w:r>
        <w:rPr>
          <w:vertAlign w:val="subscript"/>
        </w:rPr>
        <w:t>5</w:t>
      </w:r>
      <w:r>
        <w:t>Br]SO</w:t>
      </w:r>
      <w:r>
        <w:rPr>
          <w:vertAlign w:val="subscript"/>
        </w:rPr>
        <w:t>4</w:t>
      </w:r>
      <w:r w:rsidRPr="00565ADB">
        <w:t>;</w:t>
      </w:r>
      <w:r>
        <w:t xml:space="preserve">  </w:t>
      </w:r>
      <w:r w:rsidRPr="0030017F">
        <w:t xml:space="preserve">       </w:t>
      </w:r>
      <w:r w:rsidRPr="00C93882">
        <w:t>3) [</w:t>
      </w:r>
      <w:r>
        <w:t>Pt</w:t>
      </w:r>
      <w:r w:rsidRPr="00C93882">
        <w:t>(</w:t>
      </w:r>
      <w:r>
        <w:t>NH</w:t>
      </w:r>
      <w:r w:rsidRPr="00C93882">
        <w:rPr>
          <w:vertAlign w:val="subscript"/>
        </w:rPr>
        <w:t>3</w:t>
      </w:r>
      <w:r w:rsidRPr="00C93882">
        <w:t>)</w:t>
      </w:r>
      <w:r w:rsidRPr="00C93882">
        <w:rPr>
          <w:vertAlign w:val="subscript"/>
        </w:rPr>
        <w:t>5</w:t>
      </w:r>
      <w:r>
        <w:t>SO</w:t>
      </w:r>
      <w:r w:rsidRPr="00C93882">
        <w:rPr>
          <w:vertAlign w:val="subscript"/>
        </w:rPr>
        <w:t>4</w:t>
      </w:r>
      <w:r w:rsidRPr="00C93882">
        <w:t>]</w:t>
      </w:r>
      <w:r>
        <w:t>Br</w:t>
      </w:r>
      <w:r w:rsidRPr="00C93882">
        <w:rPr>
          <w:vertAlign w:val="subscript"/>
        </w:rPr>
        <w:t>2</w:t>
      </w:r>
      <w:r w:rsidRPr="00C93882">
        <w:t xml:space="preserve">      </w:t>
      </w:r>
    </w:p>
    <w:p w:rsidR="00DC2F01" w:rsidRPr="00432463" w:rsidRDefault="00DC2F01" w:rsidP="00DC2F01"/>
    <w:p w:rsidR="00DC2F01" w:rsidRPr="00DC2F01" w:rsidRDefault="00DC2F01" w:rsidP="00DC2F01">
      <w:pPr>
        <w:rPr>
          <w:lang w:val="ru-RU"/>
        </w:rPr>
      </w:pPr>
      <w:r w:rsidRPr="00DC2F01">
        <w:rPr>
          <w:b/>
          <w:szCs w:val="24"/>
          <w:lang w:val="ru-RU"/>
        </w:rPr>
        <w:lastRenderedPageBreak/>
        <w:t>Задание 140.</w:t>
      </w:r>
    </w:p>
    <w:p w:rsidR="00DC2F01" w:rsidRPr="00DC2F01" w:rsidRDefault="00DC2F01" w:rsidP="00DC2F01">
      <w:pPr>
        <w:rPr>
          <w:vertAlign w:val="subscript"/>
          <w:lang w:val="ru-RU"/>
        </w:rPr>
      </w:pPr>
      <w:r w:rsidRPr="00DC2F01">
        <w:rPr>
          <w:lang w:val="ru-RU"/>
        </w:rPr>
        <w:t>Укажите, выражение константы нестойкости комплексного иона в следующем комплексном соединении (</w:t>
      </w:r>
      <w:r>
        <w:t>NH</w:t>
      </w:r>
      <w:r w:rsidRPr="00DC2F01">
        <w:rPr>
          <w:vertAlign w:val="subscript"/>
          <w:lang w:val="ru-RU"/>
        </w:rPr>
        <w:t>4</w:t>
      </w:r>
      <w:r w:rsidRPr="00DC2F01">
        <w:rPr>
          <w:lang w:val="ru-RU"/>
        </w:rPr>
        <w:t>)</w:t>
      </w:r>
      <w:r w:rsidRPr="00DC2F01">
        <w:rPr>
          <w:vertAlign w:val="subscript"/>
          <w:lang w:val="ru-RU"/>
        </w:rPr>
        <w:t>2</w:t>
      </w:r>
      <w:r w:rsidRPr="00DC2F01">
        <w:rPr>
          <w:lang w:val="ru-RU"/>
        </w:rPr>
        <w:t>[</w:t>
      </w:r>
      <w:r>
        <w:t>Hg</w:t>
      </w:r>
      <w:r w:rsidRPr="00DC2F01">
        <w:rPr>
          <w:lang w:val="ru-RU"/>
        </w:rPr>
        <w:t>(</w:t>
      </w:r>
      <w:r>
        <w:t>SCN</w:t>
      </w:r>
      <w:r w:rsidRPr="00DC2F01">
        <w:rPr>
          <w:lang w:val="ru-RU"/>
        </w:rPr>
        <w:t>)</w:t>
      </w:r>
      <w:r w:rsidRPr="00DC2F01">
        <w:rPr>
          <w:vertAlign w:val="subscript"/>
          <w:lang w:val="ru-RU"/>
        </w:rPr>
        <w:t>4</w:t>
      </w:r>
      <w:r w:rsidRPr="00DC2F01">
        <w:rPr>
          <w:lang w:val="ru-RU"/>
        </w:rPr>
        <w:t>]</w:t>
      </w:r>
      <w:r w:rsidRPr="00DC2F01">
        <w:rPr>
          <w:vertAlign w:val="subscript"/>
          <w:lang w:val="ru-RU"/>
        </w:rPr>
        <w:t xml:space="preserve"> </w:t>
      </w:r>
    </w:p>
    <w:p w:rsidR="00DC2F01" w:rsidRPr="00DC2F01" w:rsidRDefault="00DC2F01" w:rsidP="00DC2F01">
      <w:pPr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варианты ответов:</w:t>
      </w: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  <w:r w:rsidRPr="00DC2F01">
        <w:rPr>
          <w:lang w:val="ru-RU"/>
        </w:rPr>
        <w:t xml:space="preserve"> 1) Кн=</w:t>
      </w:r>
      <w:r w:rsidRPr="00110C66">
        <w:rPr>
          <w:position w:val="-10"/>
        </w:rPr>
        <w:object w:dxaOrig="180" w:dyaOrig="340">
          <v:shape id="_x0000_i1168" type="#_x0000_t75" style="width:8.25pt;height:18pt" o:ole="" fillcolor="window">
            <v:imagedata r:id="rId273" o:title=""/>
          </v:shape>
          <o:OLEObject Type="Embed" ProgID="Equation.3" ShapeID="_x0000_i1168" DrawAspect="Content" ObjectID="_1841053913" r:id="rId274"/>
        </w:object>
      </w:r>
      <w:r w:rsidRPr="002A60E6">
        <w:rPr>
          <w:position w:val="-30"/>
        </w:rPr>
        <w:object w:dxaOrig="2160" w:dyaOrig="720">
          <v:shape id="_x0000_i1169" type="#_x0000_t75" style="width:109.5pt;height:37.5pt" o:ole="" fillcolor="window">
            <v:imagedata r:id="rId275" o:title=""/>
          </v:shape>
          <o:OLEObject Type="Embed" ProgID="Equation.3" ShapeID="_x0000_i1169" DrawAspect="Content" ObjectID="_1841053914" r:id="rId276"/>
        </w:object>
      </w:r>
      <w:r w:rsidRPr="00DC2F01">
        <w:rPr>
          <w:lang w:val="ru-RU"/>
        </w:rPr>
        <w:t>;      2) Кн=</w:t>
      </w:r>
      <w:r w:rsidRPr="00110C66">
        <w:rPr>
          <w:position w:val="-30"/>
        </w:rPr>
        <w:object w:dxaOrig="1660" w:dyaOrig="720">
          <v:shape id="_x0000_i1170" type="#_x0000_t75" style="width:82.5pt;height:37.5pt" o:ole="" fillcolor="window">
            <v:imagedata r:id="rId277" o:title=""/>
          </v:shape>
          <o:OLEObject Type="Embed" ProgID="Equation.3" ShapeID="_x0000_i1170" DrawAspect="Content" ObjectID="_1841053915" r:id="rId278"/>
        </w:object>
      </w:r>
      <w:r w:rsidRPr="00DC2F01">
        <w:rPr>
          <w:lang w:val="ru-RU"/>
        </w:rPr>
        <w:t>;  3)  Кн=</w:t>
      </w:r>
      <w:r w:rsidRPr="00110C66">
        <w:rPr>
          <w:position w:val="-30"/>
        </w:rPr>
        <w:object w:dxaOrig="2320" w:dyaOrig="720">
          <v:shape id="_x0000_i1171" type="#_x0000_t75" style="width:116.25pt;height:37.5pt" o:ole="" fillcolor="window">
            <v:imagedata r:id="rId279" o:title=""/>
          </v:shape>
          <o:OLEObject Type="Embed" ProgID="Equation.3" ShapeID="_x0000_i1171" DrawAspect="Content" ObjectID="_1841053916" r:id="rId280"/>
        </w:object>
      </w:r>
      <w:r w:rsidRPr="00DC2F01">
        <w:rPr>
          <w:lang w:val="ru-RU"/>
        </w:rPr>
        <w:t xml:space="preserve">               </w:t>
      </w:r>
    </w:p>
    <w:p w:rsidR="00DC2F01" w:rsidRPr="00DC2F01" w:rsidRDefault="00DC2F01" w:rsidP="00DC2F01">
      <w:pPr>
        <w:pStyle w:val="23"/>
        <w:rPr>
          <w:b/>
          <w:szCs w:val="24"/>
          <w:lang w:val="ru-RU"/>
        </w:rPr>
      </w:pPr>
    </w:p>
    <w:p w:rsidR="00DC2F01" w:rsidRPr="00DC2F01" w:rsidRDefault="00DC2F01" w:rsidP="00DC2F01">
      <w:pPr>
        <w:ind w:firstLine="360"/>
        <w:jc w:val="center"/>
        <w:rPr>
          <w:szCs w:val="24"/>
          <w:lang w:val="ru-RU"/>
        </w:rPr>
      </w:pPr>
    </w:p>
    <w:p w:rsidR="00DC2F01" w:rsidRPr="00DC2F01" w:rsidRDefault="00DC2F01" w:rsidP="00DC2F01">
      <w:pPr>
        <w:ind w:firstLine="180"/>
        <w:jc w:val="center"/>
        <w:rPr>
          <w:b/>
          <w:lang w:val="ru-RU"/>
        </w:rPr>
      </w:pPr>
      <w:r w:rsidRPr="00DC2F01">
        <w:rPr>
          <w:b/>
          <w:lang w:val="ru-RU"/>
        </w:rPr>
        <w:t xml:space="preserve">Правильные ответы на тестовые задания по дисциплине </w:t>
      </w:r>
    </w:p>
    <w:p w:rsidR="00DC2F01" w:rsidRPr="000B4444" w:rsidRDefault="00DC2F01" w:rsidP="00DC2F01">
      <w:pPr>
        <w:ind w:firstLine="180"/>
        <w:jc w:val="center"/>
        <w:rPr>
          <w:b/>
        </w:rPr>
      </w:pPr>
      <w:r w:rsidRPr="000B4444">
        <w:rPr>
          <w:b/>
        </w:rPr>
        <w:t>Б</w:t>
      </w:r>
      <w:proofErr w:type="gramStart"/>
      <w:r w:rsidRPr="000B4444">
        <w:rPr>
          <w:b/>
        </w:rPr>
        <w:t>1.О.</w:t>
      </w:r>
      <w:proofErr w:type="gramEnd"/>
      <w:r w:rsidRPr="000B4444">
        <w:rPr>
          <w:b/>
        </w:rPr>
        <w:t>06.0</w:t>
      </w:r>
      <w:r>
        <w:rPr>
          <w:b/>
        </w:rPr>
        <w:t>2</w:t>
      </w:r>
      <w:r w:rsidRPr="000B4444">
        <w:rPr>
          <w:b/>
        </w:rPr>
        <w:t xml:space="preserve"> </w:t>
      </w:r>
      <w:r>
        <w:rPr>
          <w:b/>
        </w:rPr>
        <w:t>Химические основы экологии</w:t>
      </w:r>
    </w:p>
    <w:p w:rsidR="00DC2F01" w:rsidRDefault="00DC2F01" w:rsidP="00DC2F01">
      <w:pPr>
        <w:ind w:firstLine="180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1487"/>
        <w:gridCol w:w="922"/>
        <w:gridCol w:w="1487"/>
        <w:gridCol w:w="922"/>
        <w:gridCol w:w="1487"/>
        <w:gridCol w:w="922"/>
        <w:gridCol w:w="1755"/>
      </w:tblGrid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№ задания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Правильный ответ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1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36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71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13,25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106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37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92,8  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72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107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38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60 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73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45 и 5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108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39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51,9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74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350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109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 w:rsidRPr="00EC454C">
              <w:rPr>
                <w:b/>
                <w:sz w:val="22"/>
              </w:rPr>
              <w:t>3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40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75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0,25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110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41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46,15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76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1 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111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42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77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3822, 6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112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43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78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92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113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44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79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60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114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45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80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511,3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115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46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81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3,3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116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47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82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973,9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117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2,86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48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83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- 2,24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118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1,24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49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84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156,1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119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1,75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50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4,5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85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- 3,57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120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16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51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9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86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121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17,5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52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87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122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18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53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88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123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19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54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89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124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0,041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lastRenderedPageBreak/>
              <w:t>20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55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tabs>
                <w:tab w:val="left" w:pos="1211"/>
              </w:tabs>
              <w:jc w:val="center"/>
              <w:rPr>
                <w:b/>
              </w:rPr>
            </w:pPr>
            <w:r>
              <w:rPr>
                <w:b/>
                <w:sz w:val="22"/>
              </w:rPr>
              <w:t>16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90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125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56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91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126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57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92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127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385940 </w:t>
            </w:r>
          </w:p>
        </w:tc>
      </w:tr>
      <w:tr w:rsidR="00DC2F01" w:rsidTr="00494884">
        <w:tc>
          <w:tcPr>
            <w:tcW w:w="1007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23</w:t>
            </w:r>
          </w:p>
        </w:tc>
        <w:tc>
          <w:tcPr>
            <w:tcW w:w="154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58</w:t>
            </w:r>
          </w:p>
        </w:tc>
        <w:tc>
          <w:tcPr>
            <w:tcW w:w="1618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50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93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24" w:type="dxa"/>
          </w:tcPr>
          <w:p w:rsidR="00DC2F01" w:rsidRDefault="00DC2F01" w:rsidP="00494884">
            <w:pPr>
              <w:jc w:val="center"/>
            </w:pPr>
            <w:r>
              <w:rPr>
                <w:sz w:val="22"/>
              </w:rPr>
              <w:t>128</w:t>
            </w:r>
          </w:p>
        </w:tc>
        <w:tc>
          <w:tcPr>
            <w:tcW w:w="1531" w:type="dxa"/>
          </w:tcPr>
          <w:p w:rsidR="00DC2F01" w:rsidRPr="00EC454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59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94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129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25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60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95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130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1,72 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26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61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96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8260FC">
              <w:rPr>
                <w:b/>
                <w:sz w:val="22"/>
              </w:rPr>
              <w:t>-13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131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окисления 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27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62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97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8260FC">
              <w:rPr>
                <w:b/>
                <w:sz w:val="22"/>
              </w:rPr>
              <w:t>-12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132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28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98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133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29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64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1,2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99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134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восстановления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30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65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10</w:t>
            </w:r>
            <w:r w:rsidRPr="008260FC">
              <w:rPr>
                <w:b/>
                <w:sz w:val="22"/>
              </w:rPr>
              <w:t>-2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100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135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31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66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101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136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32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67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102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137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33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68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103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138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1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34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69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104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139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  <w:tr w:rsidR="00DC2F01" w:rsidTr="00494884"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35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70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7,5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105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</w:pPr>
            <w:r>
              <w:rPr>
                <w:sz w:val="22"/>
              </w:rPr>
              <w:t>140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8260FC" w:rsidRDefault="00DC2F01" w:rsidP="00494884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2</w:t>
            </w:r>
          </w:p>
        </w:tc>
      </w:tr>
    </w:tbl>
    <w:p w:rsidR="00DC2F01" w:rsidRDefault="00DC2F01" w:rsidP="00DC2F01">
      <w:pPr>
        <w:jc w:val="center"/>
      </w:pPr>
    </w:p>
    <w:p w:rsidR="00DC2F01" w:rsidRDefault="00DC2F01" w:rsidP="00DC2F01"/>
    <w:p w:rsidR="00DC2F01" w:rsidRDefault="00DC2F01" w:rsidP="00DC2F01">
      <w:pPr>
        <w:ind w:firstLine="360"/>
        <w:jc w:val="center"/>
        <w:rPr>
          <w:szCs w:val="24"/>
        </w:rPr>
      </w:pPr>
      <w:r>
        <w:rPr>
          <w:szCs w:val="24"/>
        </w:rPr>
        <w:t>Критерии оценки тестовых заданий</w:t>
      </w:r>
    </w:p>
    <w:p w:rsidR="00DC2F01" w:rsidRPr="005D4361" w:rsidRDefault="00DC2F01" w:rsidP="00DC2F01">
      <w:pPr>
        <w:ind w:firstLine="360"/>
        <w:jc w:val="center"/>
        <w:rPr>
          <w:szCs w:val="24"/>
        </w:rPr>
      </w:pPr>
    </w:p>
    <w:tbl>
      <w:tblPr>
        <w:tblStyle w:val="aff0"/>
        <w:tblW w:w="9900" w:type="dxa"/>
        <w:tblInd w:w="288" w:type="dxa"/>
        <w:tblLook w:val="01E0" w:firstRow="1" w:lastRow="1" w:firstColumn="1" w:lastColumn="1" w:noHBand="0" w:noVBand="0"/>
      </w:tblPr>
      <w:tblGrid>
        <w:gridCol w:w="2697"/>
        <w:gridCol w:w="7203"/>
      </w:tblGrid>
      <w:tr w:rsidR="00DC2F01" w:rsidRPr="0080580E" w:rsidTr="00494884">
        <w:tc>
          <w:tcPr>
            <w:tcW w:w="2697" w:type="dxa"/>
            <w:vAlign w:val="center"/>
          </w:tcPr>
          <w:p w:rsidR="00DC2F01" w:rsidRPr="0080580E" w:rsidRDefault="00DC2F01" w:rsidP="0049488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</w:t>
            </w:r>
            <w:r w:rsidRPr="0080580E">
              <w:rPr>
                <w:b/>
                <w:szCs w:val="24"/>
              </w:rPr>
              <w:t>ценка</w:t>
            </w:r>
          </w:p>
        </w:tc>
        <w:tc>
          <w:tcPr>
            <w:tcW w:w="7203" w:type="dxa"/>
            <w:vAlign w:val="center"/>
          </w:tcPr>
          <w:p w:rsidR="00DC2F01" w:rsidRPr="0080580E" w:rsidRDefault="00DC2F01" w:rsidP="00494884">
            <w:pPr>
              <w:jc w:val="center"/>
              <w:rPr>
                <w:b/>
                <w:szCs w:val="24"/>
              </w:rPr>
            </w:pPr>
            <w:r w:rsidRPr="0080580E">
              <w:rPr>
                <w:b/>
                <w:szCs w:val="24"/>
              </w:rPr>
              <w:t>Критерии</w:t>
            </w:r>
          </w:p>
        </w:tc>
      </w:tr>
      <w:tr w:rsidR="00DC2F01" w:rsidTr="00494884">
        <w:tc>
          <w:tcPr>
            <w:tcW w:w="2697" w:type="dxa"/>
          </w:tcPr>
          <w:p w:rsidR="00DC2F01" w:rsidRPr="00466B68" w:rsidRDefault="00DC2F01" w:rsidP="00494884">
            <w:pPr>
              <w:jc w:val="center"/>
              <w:rPr>
                <w:szCs w:val="24"/>
              </w:rPr>
            </w:pPr>
            <w:r w:rsidRPr="00466B68">
              <w:rPr>
                <w:szCs w:val="24"/>
              </w:rPr>
              <w:t>отлично</w:t>
            </w:r>
          </w:p>
        </w:tc>
        <w:tc>
          <w:tcPr>
            <w:tcW w:w="7203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90 – 100 % тестовых заданий выполнено правильно</w:t>
            </w:r>
          </w:p>
        </w:tc>
      </w:tr>
      <w:tr w:rsidR="00DC2F01" w:rsidTr="00494884">
        <w:tc>
          <w:tcPr>
            <w:tcW w:w="2697" w:type="dxa"/>
          </w:tcPr>
          <w:p w:rsidR="00DC2F01" w:rsidRPr="00466B68" w:rsidRDefault="00DC2F01" w:rsidP="00494884">
            <w:pPr>
              <w:jc w:val="center"/>
              <w:rPr>
                <w:szCs w:val="24"/>
              </w:rPr>
            </w:pPr>
            <w:r w:rsidRPr="00466B68">
              <w:rPr>
                <w:szCs w:val="24"/>
              </w:rPr>
              <w:t>хорошо</w:t>
            </w:r>
          </w:p>
        </w:tc>
        <w:tc>
          <w:tcPr>
            <w:tcW w:w="7203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70 – 89 тестовых заданий выполнено правильно</w:t>
            </w:r>
          </w:p>
        </w:tc>
      </w:tr>
      <w:tr w:rsidR="00DC2F01" w:rsidTr="00494884">
        <w:tc>
          <w:tcPr>
            <w:tcW w:w="2697" w:type="dxa"/>
          </w:tcPr>
          <w:p w:rsidR="00DC2F01" w:rsidRPr="00466B68" w:rsidRDefault="00DC2F01" w:rsidP="00494884">
            <w:pPr>
              <w:jc w:val="center"/>
              <w:rPr>
                <w:szCs w:val="24"/>
              </w:rPr>
            </w:pPr>
            <w:r w:rsidRPr="00466B68">
              <w:rPr>
                <w:szCs w:val="24"/>
              </w:rPr>
              <w:t>удовлетворительно</w:t>
            </w:r>
          </w:p>
        </w:tc>
        <w:tc>
          <w:tcPr>
            <w:tcW w:w="7203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50 – 69 % тестовых заданий выполнено правильно</w:t>
            </w:r>
          </w:p>
        </w:tc>
      </w:tr>
      <w:tr w:rsidR="00DC2F01" w:rsidRPr="001B6ED6" w:rsidTr="00494884">
        <w:tc>
          <w:tcPr>
            <w:tcW w:w="2697" w:type="dxa"/>
          </w:tcPr>
          <w:p w:rsidR="00DC2F01" w:rsidRPr="00466B68" w:rsidRDefault="00DC2F01" w:rsidP="00494884">
            <w:pPr>
              <w:jc w:val="center"/>
              <w:rPr>
                <w:szCs w:val="24"/>
              </w:rPr>
            </w:pPr>
            <w:r w:rsidRPr="00466B68">
              <w:rPr>
                <w:szCs w:val="24"/>
              </w:rPr>
              <w:t>неудовлетворительно</w:t>
            </w:r>
          </w:p>
        </w:tc>
        <w:tc>
          <w:tcPr>
            <w:tcW w:w="7203" w:type="dxa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менее 50 % тесовых заданий выполнен правильно</w:t>
            </w:r>
          </w:p>
        </w:tc>
      </w:tr>
    </w:tbl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</w:p>
    <w:p w:rsidR="00DC2F01" w:rsidRPr="00DC2F01" w:rsidRDefault="00DC2F01" w:rsidP="00DC2F01">
      <w:pPr>
        <w:jc w:val="center"/>
        <w:rPr>
          <w:b/>
          <w:lang w:val="ru-RU"/>
        </w:rPr>
      </w:pPr>
      <w:r w:rsidRPr="00DC2F01">
        <w:rPr>
          <w:b/>
          <w:lang w:val="ru-RU"/>
        </w:rPr>
        <w:t>Экзаменационные билеты для проведения экзамена в тестовой форме.</w:t>
      </w:r>
    </w:p>
    <w:p w:rsidR="00DC2F01" w:rsidRPr="00DC2F01" w:rsidRDefault="00DC2F01" w:rsidP="00DC2F01">
      <w:pPr>
        <w:jc w:val="center"/>
        <w:rPr>
          <w:b/>
          <w:lang w:val="ru-RU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27"/>
        <w:gridCol w:w="142"/>
        <w:gridCol w:w="141"/>
        <w:gridCol w:w="426"/>
        <w:gridCol w:w="7512"/>
        <w:gridCol w:w="142"/>
      </w:tblGrid>
      <w:tr w:rsidR="00DC2F01" w:rsidRPr="001B6ED6" w:rsidTr="00494884">
        <w:trPr>
          <w:gridAfter w:val="1"/>
          <w:wAfter w:w="142" w:type="dxa"/>
        </w:trPr>
        <w:tc>
          <w:tcPr>
            <w:tcW w:w="28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b/>
                <w:bCs/>
                <w:i/>
                <w:iCs/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b/>
                <w:lang w:val="ru-RU"/>
              </w:rPr>
            </w:pPr>
            <w:r w:rsidRPr="00DC2F01">
              <w:rPr>
                <w:b/>
                <w:lang w:val="ru-RU"/>
              </w:rPr>
              <w:t>Экзаменационный тест</w:t>
            </w:r>
          </w:p>
          <w:p w:rsidR="00DC2F01" w:rsidRPr="00DC2F01" w:rsidRDefault="00DC2F01" w:rsidP="00494884">
            <w:pPr>
              <w:jc w:val="center"/>
              <w:rPr>
                <w:b/>
                <w:lang w:val="ru-RU"/>
              </w:rPr>
            </w:pPr>
            <w:r w:rsidRPr="00DC2F01">
              <w:rPr>
                <w:b/>
                <w:lang w:val="ru-RU"/>
              </w:rPr>
              <w:t>Вариант № 1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(1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jc w:val="center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1. </w:t>
            </w:r>
            <w:r w:rsidRPr="00DC2F01">
              <w:rPr>
                <w:lang w:val="ru-RU"/>
              </w:rPr>
              <w:t xml:space="preserve">Число, каких элементарных частиц является определяющим для понятия «химический элемент»:    </w:t>
            </w:r>
          </w:p>
          <w:p w:rsidR="00DC2F01" w:rsidRDefault="00DC2F01" w:rsidP="00494884">
            <w:r w:rsidRPr="00DC2F01">
              <w:rPr>
                <w:lang w:val="ru-RU"/>
              </w:rPr>
              <w:t xml:space="preserve"> </w:t>
            </w:r>
            <w:r w:rsidRPr="009778F3">
              <w:t>1)</w:t>
            </w:r>
            <w:proofErr w:type="gramStart"/>
            <w:r w:rsidRPr="009778F3">
              <w:t>протоны;  2</w:t>
            </w:r>
            <w:proofErr w:type="gramEnd"/>
            <w:r w:rsidRPr="009778F3">
              <w:t>)нейтроны;  3)электроны.</w:t>
            </w:r>
          </w:p>
          <w:p w:rsidR="00DC2F01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tabs>
                <w:tab w:val="left" w:pos="540"/>
              </w:tabs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2. </w:t>
            </w:r>
            <w:r w:rsidRPr="00DC2F01">
              <w:rPr>
                <w:lang w:val="ru-RU"/>
              </w:rPr>
              <w:t xml:space="preserve">Восемь электронов на внешней электронной оболочке имеет:  </w:t>
            </w:r>
          </w:p>
          <w:p w:rsidR="00DC2F01" w:rsidRPr="009778F3" w:rsidRDefault="00DC2F01" w:rsidP="00494884">
            <w:pPr>
              <w:tabs>
                <w:tab w:val="left" w:pos="540"/>
              </w:tabs>
            </w:pPr>
            <w:r w:rsidRPr="009778F3">
              <w:t>1)</w:t>
            </w:r>
            <w:proofErr w:type="gramStart"/>
            <w:r w:rsidRPr="009778F3">
              <w:t xml:space="preserve">Si;   </w:t>
            </w:r>
            <w:proofErr w:type="gramEnd"/>
            <w:r w:rsidRPr="009778F3">
              <w:t xml:space="preserve">    2)O</w:t>
            </w:r>
            <w:r w:rsidRPr="009778F3">
              <w:rPr>
                <w:vertAlign w:val="superscript"/>
              </w:rPr>
              <w:t>2-</w:t>
            </w:r>
            <w:r w:rsidRPr="009778F3">
              <w:t>;       3)Nе</w:t>
            </w:r>
            <w:r w:rsidRPr="009778F3">
              <w:rPr>
                <w:vertAlign w:val="superscript"/>
              </w:rPr>
              <w:t>+</w:t>
            </w:r>
            <w:r w:rsidRPr="009778F3">
              <w:t>.</w:t>
            </w:r>
          </w:p>
          <w:p w:rsidR="00DC2F01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DC2F01">
              <w:rPr>
                <w:lang w:val="ru-RU"/>
              </w:rPr>
              <w:t>Оксид углерода (</w:t>
            </w:r>
            <w:r>
              <w:t>IV</w:t>
            </w:r>
            <w:r w:rsidRPr="00DC2F01">
              <w:rPr>
                <w:lang w:val="ru-RU"/>
              </w:rPr>
              <w:t>) реагирует с каждым из веществ:</w:t>
            </w:r>
          </w:p>
          <w:p w:rsidR="00DC2F01" w:rsidRDefault="00DC2F01" w:rsidP="000D3AEE">
            <w:pPr>
              <w:numPr>
                <w:ilvl w:val="0"/>
                <w:numId w:val="40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водой и оксидом кальция;</w:t>
            </w:r>
          </w:p>
          <w:p w:rsidR="00DC2F01" w:rsidRDefault="00DC2F01" w:rsidP="000D3AEE">
            <w:pPr>
              <w:numPr>
                <w:ilvl w:val="0"/>
                <w:numId w:val="40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кислородом и оксидом серы;</w:t>
            </w:r>
          </w:p>
          <w:p w:rsidR="00DC2F01" w:rsidRPr="00DC2F01" w:rsidRDefault="00DC2F01" w:rsidP="000D3AEE">
            <w:pPr>
              <w:numPr>
                <w:ilvl w:val="0"/>
                <w:numId w:val="40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  <w:rPr>
                <w:lang w:val="ru-RU"/>
              </w:rPr>
            </w:pPr>
            <w:r w:rsidRPr="00DC2F01">
              <w:rPr>
                <w:lang w:val="ru-RU"/>
              </w:rPr>
              <w:t>сульфатом калия и гидроксидом натрия;</w:t>
            </w:r>
          </w:p>
          <w:p w:rsidR="00DC2F01" w:rsidRDefault="00DC2F01" w:rsidP="000D3AEE">
            <w:pPr>
              <w:numPr>
                <w:ilvl w:val="0"/>
                <w:numId w:val="40"/>
              </w:numPr>
              <w:tabs>
                <w:tab w:val="clear" w:pos="786"/>
                <w:tab w:val="num" w:pos="720"/>
              </w:tabs>
              <w:spacing w:line="240" w:lineRule="auto"/>
              <w:ind w:left="720"/>
            </w:pPr>
            <w:r>
              <w:t>фосфорной кислотой и водородом.</w:t>
            </w:r>
          </w:p>
          <w:p w:rsidR="00DC2F01" w:rsidRDefault="00DC2F01" w:rsidP="00494884">
            <w:r w:rsidRPr="00504B36">
              <w:t>Составьте уравнение реакций</w:t>
            </w:r>
            <w:r>
              <w:t xml:space="preserve">: </w:t>
            </w:r>
          </w:p>
          <w:p w:rsidR="00DC2F01" w:rsidRDefault="00DC2F01" w:rsidP="00494884">
            <w:r w:rsidRPr="00183723">
              <w:t>1)</w:t>
            </w:r>
          </w:p>
          <w:p w:rsidR="00DC2F01" w:rsidRDefault="00DC2F01" w:rsidP="00494884">
            <w:pPr>
              <w:rPr>
                <w:sz w:val="28"/>
              </w:rPr>
            </w:pPr>
            <w:r w:rsidRPr="00183723">
              <w:t>2)</w:t>
            </w:r>
          </w:p>
        </w:tc>
      </w:tr>
      <w:tr w:rsidR="00DC2F01" w:rsidRPr="00D72AAE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>4.</w:t>
            </w:r>
            <w:r w:rsidRPr="00DC2F01">
              <w:rPr>
                <w:sz w:val="28"/>
                <w:lang w:val="ru-RU"/>
              </w:rPr>
              <w:t xml:space="preserve">       </w:t>
            </w:r>
            <w:r w:rsidRPr="00DC2F01">
              <w:rPr>
                <w:lang w:val="ru-RU"/>
              </w:rPr>
              <w:t xml:space="preserve">Различить гидроксиды магния и цинка можно с помощью: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1) </w:t>
            </w:r>
            <w:r w:rsidRPr="009778F3"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 w:rsidRPr="009778F3">
              <w:t>O</w:t>
            </w:r>
            <w:r w:rsidRPr="00DC2F01">
              <w:rPr>
                <w:lang w:val="ru-RU"/>
              </w:rPr>
              <w:t xml:space="preserve">            2) </w:t>
            </w:r>
            <w:r w:rsidRPr="009778F3">
              <w:t>KOH</w:t>
            </w:r>
            <w:r w:rsidRPr="00DC2F01">
              <w:rPr>
                <w:lang w:val="ru-RU"/>
              </w:rPr>
              <w:t xml:space="preserve">           </w:t>
            </w:r>
            <w:proofErr w:type="gramStart"/>
            <w:r w:rsidRPr="00DC2F01">
              <w:rPr>
                <w:lang w:val="ru-RU"/>
              </w:rPr>
              <w:t>3)</w:t>
            </w:r>
            <w:r w:rsidRPr="009778F3">
              <w:t>HC</w:t>
            </w:r>
            <w:r>
              <w:t>l</w:t>
            </w:r>
            <w:proofErr w:type="gramEnd"/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Составьте уравнение реакций: </w:t>
            </w:r>
          </w:p>
          <w:p w:rsidR="00DC2F01" w:rsidRDefault="00DC2F01" w:rsidP="00494884">
            <w:r>
              <w:t>1)</w:t>
            </w:r>
          </w:p>
          <w:p w:rsidR="00DC2F01" w:rsidRPr="00D72AAE" w:rsidRDefault="00DC2F01" w:rsidP="00494884">
            <w:pPr>
              <w:rPr>
                <w:sz w:val="28"/>
              </w:rPr>
            </w:pPr>
            <w:r>
              <w:t xml:space="preserve">2) </w:t>
            </w: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5. </w:t>
            </w:r>
            <w:r w:rsidRPr="00DC2F01">
              <w:rPr>
                <w:lang w:val="ru-RU"/>
              </w:rPr>
              <w:t xml:space="preserve">Какое пространственное строение может иметь молекула, центральный атом, которой находится в </w:t>
            </w:r>
            <w:r>
              <w:t>sp</w:t>
            </w:r>
            <w:r w:rsidRPr="00DC2F01">
              <w:rPr>
                <w:vertAlign w:val="superscript"/>
                <w:lang w:val="ru-RU"/>
              </w:rPr>
              <w:t>2</w:t>
            </w:r>
            <w:r w:rsidRPr="00DC2F01">
              <w:rPr>
                <w:lang w:val="ru-RU"/>
              </w:rPr>
              <w:t>-гибридном состоянии?</w:t>
            </w:r>
          </w:p>
          <w:p w:rsidR="00DC2F01" w:rsidRDefault="00DC2F01" w:rsidP="000D3AEE">
            <w:pPr>
              <w:numPr>
                <w:ilvl w:val="0"/>
                <w:numId w:val="107"/>
              </w:numPr>
              <w:spacing w:line="240" w:lineRule="auto"/>
            </w:pPr>
            <w:r>
              <w:t>Равносторонний или равнобедренный треугольник;</w:t>
            </w:r>
          </w:p>
          <w:p w:rsidR="00DC2F01" w:rsidRPr="00DC2F01" w:rsidRDefault="00DC2F01" w:rsidP="000D3AEE">
            <w:pPr>
              <w:numPr>
                <w:ilvl w:val="0"/>
                <w:numId w:val="107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Тэтраэдр или выпуклая треугольная пирамида.</w:t>
            </w:r>
          </w:p>
          <w:p w:rsidR="00DC2F01" w:rsidRDefault="00DC2F01" w:rsidP="000D3AEE">
            <w:pPr>
              <w:numPr>
                <w:ilvl w:val="0"/>
                <w:numId w:val="107"/>
              </w:numPr>
              <w:spacing w:line="240" w:lineRule="auto"/>
            </w:pPr>
            <w:r>
              <w:t>Октаэдр или равнобедренный треугольник</w:t>
            </w:r>
          </w:p>
          <w:p w:rsidR="00DC2F01" w:rsidRDefault="00DC2F01" w:rsidP="00494884"/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r w:rsidRPr="00DC2F01">
              <w:rPr>
                <w:b/>
                <w:bCs/>
                <w:i/>
                <w:iCs/>
                <w:lang w:val="ru-RU"/>
              </w:rPr>
              <w:t xml:space="preserve">6. </w:t>
            </w:r>
            <w:r w:rsidRPr="00DC2F01">
              <w:rPr>
                <w:lang w:val="ru-RU"/>
              </w:rPr>
              <w:t xml:space="preserve">В зависимости от способности химической системы к обмену энергией и веществом с </w:t>
            </w:r>
            <w:r w:rsidRPr="00DC2F01">
              <w:rPr>
                <w:lang w:val="ru-RU"/>
              </w:rPr>
              <w:lastRenderedPageBreak/>
              <w:t xml:space="preserve">окружающей средой, различают три типа систем: открытые, закрытые, изолированные. </w:t>
            </w:r>
            <w:r>
              <w:t>Изолированная система с окружающей ее средой …</w:t>
            </w:r>
          </w:p>
          <w:p w:rsidR="00DC2F01" w:rsidRPr="00DC2F01" w:rsidRDefault="00DC2F01" w:rsidP="000D3AEE">
            <w:pPr>
              <w:numPr>
                <w:ilvl w:val="0"/>
                <w:numId w:val="108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Не обменивается энергией, но не обменивается веществом</w:t>
            </w:r>
          </w:p>
          <w:p w:rsidR="00DC2F01" w:rsidRPr="00DC2F01" w:rsidRDefault="00DC2F01" w:rsidP="000D3AEE">
            <w:pPr>
              <w:numPr>
                <w:ilvl w:val="0"/>
                <w:numId w:val="108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Не обменивается ни веществом, ни энергией</w:t>
            </w:r>
          </w:p>
          <w:p w:rsidR="00DC2F01" w:rsidRPr="00DC2F01" w:rsidRDefault="00DC2F01" w:rsidP="000D3AEE">
            <w:pPr>
              <w:numPr>
                <w:ilvl w:val="0"/>
                <w:numId w:val="108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 xml:space="preserve">Не обменивается веществом, </w:t>
            </w:r>
            <w:proofErr w:type="gramStart"/>
            <w:r w:rsidRPr="00DC2F01">
              <w:rPr>
                <w:lang w:val="ru-RU"/>
              </w:rPr>
              <w:t>но  обменивается</w:t>
            </w:r>
            <w:proofErr w:type="gramEnd"/>
            <w:r w:rsidRPr="00DC2F01">
              <w:rPr>
                <w:lang w:val="ru-RU"/>
              </w:rPr>
              <w:t xml:space="preserve"> энергией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r>
              <w:rPr>
                <w:b/>
                <w:bCs/>
                <w:i/>
                <w:iCs/>
              </w:rPr>
              <w:lastRenderedPageBreak/>
              <w:t xml:space="preserve">7. </w:t>
            </w:r>
            <w:r>
              <w:t>Энергией называется …</w:t>
            </w:r>
          </w:p>
          <w:p w:rsidR="00DC2F01" w:rsidRPr="00DC2F01" w:rsidRDefault="00DC2F01" w:rsidP="000D3AEE">
            <w:pPr>
              <w:numPr>
                <w:ilvl w:val="0"/>
                <w:numId w:val="41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Физическая величина, характеризующая направление теплообмена между системами</w:t>
            </w:r>
          </w:p>
          <w:p w:rsidR="00DC2F01" w:rsidRPr="00DC2F01" w:rsidRDefault="00DC2F01" w:rsidP="000D3AEE">
            <w:pPr>
              <w:numPr>
                <w:ilvl w:val="0"/>
                <w:numId w:val="41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Физическая величина, характеризующая способность переходить из одного состояния в другое.</w:t>
            </w:r>
          </w:p>
          <w:p w:rsidR="00DC2F01" w:rsidRPr="00DC2F01" w:rsidRDefault="00DC2F01" w:rsidP="000D3AEE">
            <w:pPr>
              <w:numPr>
                <w:ilvl w:val="0"/>
                <w:numId w:val="41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Физическая величина, являющаяся мерой взаимодействия и движения материальных частиц</w:t>
            </w:r>
          </w:p>
          <w:p w:rsidR="00DC2F01" w:rsidRPr="00DC2F01" w:rsidRDefault="00DC2F01" w:rsidP="00494884">
            <w:pPr>
              <w:ind w:left="720"/>
              <w:rPr>
                <w:lang w:val="ru-RU"/>
              </w:rPr>
            </w:pPr>
          </w:p>
        </w:tc>
      </w:tr>
      <w:tr w:rsidR="00DC2F01" w:rsidRPr="00D5570B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8. </w:t>
            </w:r>
            <w:r w:rsidRPr="00DC2F01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172" type="#_x0000_t75" style="width:23.25pt;height:15.75pt" o:ole="">
                  <v:imagedata r:id="rId157" o:title=""/>
                </v:shape>
                <o:OLEObject Type="Embed" ProgID="Equation.3" ShapeID="_x0000_i1172" DrawAspect="Content" ObjectID="_1841053917" r:id="rId281"/>
              </w:object>
            </w:r>
            <w:r w:rsidRPr="00DC2F01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2520" w:dyaOrig="380">
                <v:shape id="_x0000_i1173" type="#_x0000_t75" style="width:126pt;height:18.75pt" o:ole="">
                  <v:imagedata r:id="rId162" o:title=""/>
                </v:shape>
                <o:OLEObject Type="Embed" ProgID="Equation.3" ShapeID="_x0000_i1173" DrawAspect="Content" ObjectID="_1841053918" r:id="rId282"/>
              </w:object>
            </w:r>
          </w:p>
          <w:p w:rsidR="00DC2F01" w:rsidRDefault="00DC2F01" w:rsidP="00494884">
            <w:pPr>
              <w:ind w:left="360"/>
            </w:pPr>
            <w:r>
              <w:t xml:space="preserve">1)  </w:t>
            </w:r>
            <w:r>
              <w:rPr>
                <w:position w:val="-6"/>
              </w:rPr>
              <w:object w:dxaOrig="740" w:dyaOrig="279">
                <v:shape id="_x0000_i1174" type="#_x0000_t75" style="width:36.75pt;height:14.25pt" o:ole="">
                  <v:imagedata r:id="rId283" o:title=""/>
                </v:shape>
                <o:OLEObject Type="Embed" ProgID="Equation.3" ShapeID="_x0000_i1174" DrawAspect="Content" ObjectID="_1841053919" r:id="rId284"/>
              </w:object>
            </w:r>
            <w:r>
              <w:t xml:space="preserve">;    2) </w:t>
            </w:r>
            <w:r>
              <w:rPr>
                <w:position w:val="-6"/>
              </w:rPr>
              <w:object w:dxaOrig="740" w:dyaOrig="279">
                <v:shape id="_x0000_i1175" type="#_x0000_t75" style="width:36.75pt;height:14.25pt" o:ole="">
                  <v:imagedata r:id="rId285" o:title=""/>
                </v:shape>
                <o:OLEObject Type="Embed" ProgID="Equation.3" ShapeID="_x0000_i1175" DrawAspect="Content" ObjectID="_1841053920" r:id="rId286"/>
              </w:object>
            </w:r>
            <w:r>
              <w:t>;     3)</w:t>
            </w:r>
            <w:r>
              <w:rPr>
                <w:position w:val="-6"/>
              </w:rPr>
              <w:object w:dxaOrig="740" w:dyaOrig="279">
                <v:shape id="_x0000_i1176" type="#_x0000_t75" style="width:36.75pt;height:14.25pt" o:ole="">
                  <v:imagedata r:id="rId287" o:title=""/>
                </v:shape>
                <o:OLEObject Type="Embed" ProgID="Equation.3" ShapeID="_x0000_i1176" DrawAspect="Content" ObjectID="_1841053921" r:id="rId288"/>
              </w:object>
            </w:r>
          </w:p>
          <w:p w:rsidR="00DC2F01" w:rsidRPr="00D5570B" w:rsidRDefault="00DC2F01" w:rsidP="00494884">
            <w:pPr>
              <w:ind w:left="360"/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1B6ED6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9. </w:t>
            </w:r>
            <w:r w:rsidRPr="00DC2F01">
              <w:rPr>
                <w:lang w:val="ru-RU"/>
              </w:rPr>
              <w:t xml:space="preserve">При образовании 1 моль </w:t>
            </w:r>
            <w:r>
              <w:rPr>
                <w:position w:val="-12"/>
              </w:rPr>
              <w:object w:dxaOrig="520" w:dyaOrig="360">
                <v:shape id="_x0000_i1177" type="#_x0000_t75" style="width:26.25pt;height:18pt" o:ole="">
                  <v:imagedata r:id="rId123" o:title=""/>
                </v:shape>
                <o:OLEObject Type="Embed" ProgID="Equation.3" ShapeID="_x0000_i1177" DrawAspect="Content" ObjectID="_1841053922" r:id="rId289"/>
              </w:object>
            </w:r>
            <w:r w:rsidRPr="00DC2F01">
              <w:rPr>
                <w:lang w:val="ru-RU"/>
              </w:rPr>
              <w:t xml:space="preserve">, из простых веществ выделилось 46,4 кДж тепла. </w:t>
            </w:r>
            <w:r w:rsidRPr="001B6ED6">
              <w:rPr>
                <w:lang w:val="ru-RU"/>
              </w:rPr>
              <w:t xml:space="preserve">Сколько выделилось теплоты, если образовалось </w:t>
            </w:r>
            <w:smartTag w:uri="urn:schemas-microsoft-com:office:smarttags" w:element="metricconverter">
              <w:smartTagPr>
                <w:attr w:name="ProductID" w:val="44,8 л"/>
              </w:smartTagPr>
              <w:r w:rsidRPr="001B6ED6">
                <w:rPr>
                  <w:lang w:val="ru-RU"/>
                </w:rPr>
                <w:t>44,8 л</w:t>
              </w:r>
            </w:smartTag>
            <w:r w:rsidRPr="001B6ED6">
              <w:rPr>
                <w:lang w:val="ru-RU"/>
              </w:rPr>
              <w:t xml:space="preserve"> </w:t>
            </w:r>
            <w:r>
              <w:rPr>
                <w:position w:val="-12"/>
              </w:rPr>
              <w:object w:dxaOrig="520" w:dyaOrig="360">
                <v:shape id="_x0000_i1178" type="#_x0000_t75" style="width:26.25pt;height:18pt" o:ole="">
                  <v:imagedata r:id="rId123" o:title=""/>
                </v:shape>
                <o:OLEObject Type="Embed" ProgID="Equation.3" ShapeID="_x0000_i1178" DrawAspect="Content" ObjectID="_1841053923" r:id="rId290"/>
              </w:object>
            </w:r>
            <w:r w:rsidRPr="001B6ED6">
              <w:rPr>
                <w:lang w:val="ru-RU"/>
              </w:rPr>
              <w:t>.</w:t>
            </w:r>
          </w:p>
          <w:p w:rsidR="00DC2F01" w:rsidRPr="001B6ED6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10. </w:t>
            </w:r>
            <w:r w:rsidRPr="00DC2F01">
              <w:rPr>
                <w:szCs w:val="28"/>
                <w:lang w:val="ru-RU"/>
              </w:rPr>
              <w:t>Через определенный промежуток времени после начала реакции, уравнение которой</w:t>
            </w:r>
          </w:p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szCs w:val="28"/>
                <w:lang w:val="ru-RU"/>
              </w:rPr>
              <w:tab/>
            </w:r>
            <w:r w:rsidRPr="00DC2F01">
              <w:rPr>
                <w:szCs w:val="28"/>
                <w:lang w:val="ru-RU"/>
              </w:rPr>
              <w:tab/>
              <w:t>2</w:t>
            </w:r>
            <w:r>
              <w:rPr>
                <w:szCs w:val="28"/>
              </w:rPr>
              <w:t>NH</w:t>
            </w:r>
            <w:r w:rsidRPr="00DC2F01">
              <w:rPr>
                <w:szCs w:val="28"/>
                <w:vertAlign w:val="subscript"/>
                <w:lang w:val="ru-RU"/>
              </w:rPr>
              <w:t>3</w:t>
            </w:r>
            <w:r w:rsidRPr="00DC2F01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CuO</w:t>
            </w:r>
            <w:r w:rsidRPr="00DC2F01">
              <w:rPr>
                <w:szCs w:val="28"/>
                <w:lang w:val="ru-RU"/>
              </w:rPr>
              <w:t xml:space="preserve"> = </w:t>
            </w:r>
            <w:r>
              <w:rPr>
                <w:szCs w:val="28"/>
              </w:rPr>
              <w:t>N</w:t>
            </w:r>
            <w:r w:rsidRPr="00DC2F01">
              <w:rPr>
                <w:szCs w:val="28"/>
                <w:vertAlign w:val="subscript"/>
                <w:lang w:val="ru-RU"/>
              </w:rPr>
              <w:t>2</w:t>
            </w:r>
            <w:r w:rsidRPr="00DC2F01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H</w:t>
            </w:r>
            <w:r w:rsidRPr="00DC2F01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O</w:t>
            </w:r>
            <w:r w:rsidRPr="00DC2F01">
              <w:rPr>
                <w:szCs w:val="28"/>
                <w:lang w:val="ru-RU"/>
              </w:rPr>
              <w:t xml:space="preserve"> + 3</w:t>
            </w:r>
            <w:r>
              <w:rPr>
                <w:szCs w:val="28"/>
              </w:rPr>
              <w:t>Cu</w:t>
            </w:r>
          </w:p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szCs w:val="28"/>
                <w:lang w:val="ru-RU"/>
              </w:rPr>
              <w:t>концентрация аммиака уменьшилась в 3 раза. Во сколько раз при этом уменьшится скорость реакции по сравнению с начальной скоростью?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11. </w:t>
            </w:r>
            <w:r w:rsidRPr="00DC2F01">
              <w:rPr>
                <w:lang w:val="ru-RU"/>
              </w:rPr>
              <w:t xml:space="preserve"> Какой вид имеет выражение скорости прямой </w:t>
            </w:r>
            <w:proofErr w:type="gramStart"/>
            <w:r w:rsidRPr="00DC2F01">
              <w:rPr>
                <w:lang w:val="ru-RU"/>
              </w:rPr>
              <w:t xml:space="preserve">реакции:  </w:t>
            </w:r>
            <w:r>
              <w:t>FeO</w:t>
            </w:r>
            <w:proofErr w:type="gramEnd"/>
            <w:r w:rsidRPr="00DC2F01">
              <w:rPr>
                <w:lang w:val="ru-RU"/>
              </w:rPr>
              <w:t>(т)+</w:t>
            </w:r>
            <w:r>
              <w:t>CO</w:t>
            </w:r>
            <w:r w:rsidRPr="00DC2F01">
              <w:rPr>
                <w:lang w:val="ru-RU"/>
              </w:rPr>
              <w:t xml:space="preserve">(г)   →  </w:t>
            </w:r>
            <w:r>
              <w:t>Fe</w:t>
            </w:r>
            <w:r w:rsidRPr="00DC2F01">
              <w:rPr>
                <w:lang w:val="ru-RU"/>
              </w:rPr>
              <w:t>(т)+</w:t>
            </w:r>
            <w:r>
              <w:t>CO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(г).</w:t>
            </w:r>
          </w:p>
          <w:p w:rsidR="00DC2F01" w:rsidRDefault="00DC2F01" w:rsidP="00494884">
            <w:pPr>
              <w:ind w:left="360"/>
            </w:pPr>
            <w:r w:rsidRPr="00412A53">
              <w:t xml:space="preserve">1) </w:t>
            </w:r>
            <w:r>
              <w:t xml:space="preserve">V=K[CO];  </w:t>
            </w:r>
          </w:p>
          <w:p w:rsidR="00DC2F01" w:rsidRDefault="00DC2F01" w:rsidP="00494884">
            <w:pPr>
              <w:ind w:left="360"/>
            </w:pPr>
            <w:r w:rsidRPr="00412A53">
              <w:t xml:space="preserve">2) </w:t>
            </w:r>
            <w:r>
              <w:t xml:space="preserve">V=K[FeO][CO];   </w:t>
            </w:r>
          </w:p>
          <w:p w:rsidR="00DC2F01" w:rsidRDefault="00DC2F01" w:rsidP="00494884">
            <w:pPr>
              <w:ind w:left="360"/>
              <w:rPr>
                <w:szCs w:val="28"/>
              </w:rPr>
            </w:pPr>
            <w:r w:rsidRPr="00412A53">
              <w:t xml:space="preserve">3) </w:t>
            </w:r>
            <w:r>
              <w:t>V=K[CО</w:t>
            </w:r>
            <w:r>
              <w:rPr>
                <w:vertAlign w:val="subscript"/>
              </w:rPr>
              <w:t>2</w:t>
            </w:r>
            <w:r>
              <w:t>].</w:t>
            </w:r>
          </w:p>
          <w:p w:rsidR="00DC2F01" w:rsidRDefault="00DC2F01" w:rsidP="00494884"/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12. </w:t>
            </w:r>
            <w:r w:rsidRPr="00DC2F01">
              <w:rPr>
                <w:sz w:val="28"/>
                <w:szCs w:val="28"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 xml:space="preserve">Как повлияет на находящуюся в равновесии систему, уравнение которой </w:t>
            </w:r>
          </w:p>
          <w:p w:rsidR="00DC2F01" w:rsidRPr="00DC2F01" w:rsidRDefault="00DC2F01" w:rsidP="00494884">
            <w:pPr>
              <w:ind w:left="708" w:firstLine="708"/>
              <w:rPr>
                <w:szCs w:val="28"/>
                <w:lang w:val="ru-RU"/>
              </w:rPr>
            </w:pPr>
            <w:r w:rsidRPr="00DC2F01">
              <w:rPr>
                <w:szCs w:val="28"/>
                <w:lang w:val="ru-RU"/>
              </w:rPr>
              <w:t>С</w:t>
            </w:r>
            <w:r w:rsidRPr="00DC2F01">
              <w:rPr>
                <w:szCs w:val="28"/>
                <w:vertAlign w:val="subscript"/>
                <w:lang w:val="ru-RU"/>
              </w:rPr>
              <w:t xml:space="preserve">(т) </w:t>
            </w:r>
            <w:r w:rsidRPr="00DC2F01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F</w:t>
            </w:r>
            <w:r w:rsidRPr="00DC2F01">
              <w:rPr>
                <w:szCs w:val="28"/>
                <w:vertAlign w:val="subscript"/>
                <w:lang w:val="ru-RU"/>
              </w:rPr>
              <w:t xml:space="preserve">2(г) </w:t>
            </w:r>
            <w:r w:rsidRPr="00DC2F01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F</w:t>
            </w:r>
            <w:r w:rsidRPr="00DC2F01">
              <w:rPr>
                <w:szCs w:val="28"/>
                <w:vertAlign w:val="subscript"/>
                <w:lang w:val="ru-RU"/>
              </w:rPr>
              <w:t xml:space="preserve">4(г) </w:t>
            </w:r>
            <w:r w:rsidRPr="00DC2F01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DC2F01">
              <w:rPr>
                <w:szCs w:val="28"/>
                <w:lang w:val="ru-RU"/>
              </w:rPr>
              <w:t>, уменьшение температуры?</w:t>
            </w:r>
          </w:p>
          <w:p w:rsidR="00DC2F01" w:rsidRDefault="00DC2F01" w:rsidP="000D3AEE">
            <w:pPr>
              <w:numPr>
                <w:ilvl w:val="0"/>
                <w:numId w:val="111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DC2F01" w:rsidRDefault="00DC2F01" w:rsidP="000D3AEE">
            <w:pPr>
              <w:numPr>
                <w:ilvl w:val="0"/>
                <w:numId w:val="111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вправо</w:t>
            </w:r>
          </w:p>
          <w:p w:rsidR="00DC2F01" w:rsidRDefault="00DC2F01" w:rsidP="000D3AEE">
            <w:pPr>
              <w:numPr>
                <w:ilvl w:val="0"/>
                <w:numId w:val="111"/>
              </w:numPr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DC2F01" w:rsidRDefault="00DC2F01" w:rsidP="00494884">
            <w:pPr>
              <w:ind w:left="360"/>
            </w:pPr>
          </w:p>
        </w:tc>
      </w:tr>
      <w:tr w:rsidR="00DC2F01" w:rsidRPr="00412A53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r>
              <w:rPr>
                <w:b/>
                <w:bCs/>
                <w:i/>
                <w:iCs/>
              </w:rPr>
              <w:t xml:space="preserve">13. </w:t>
            </w:r>
            <w:r>
              <w:t>К сильным электролитам относится:</w:t>
            </w:r>
          </w:p>
          <w:p w:rsidR="00DC2F01" w:rsidRDefault="00DC2F01" w:rsidP="00494884">
            <w:pPr>
              <w:ind w:left="360"/>
            </w:pPr>
            <w:r>
              <w:lastRenderedPageBreak/>
              <w:t>1) Fe</w:t>
            </w:r>
            <w:r w:rsidRPr="00412A53">
              <w:t>(</w:t>
            </w:r>
            <w:r>
              <w:t>OH</w:t>
            </w:r>
            <w:r w:rsidRPr="00412A53">
              <w:t>)</w:t>
            </w:r>
            <w:r w:rsidRPr="00412A53">
              <w:rPr>
                <w:vertAlign w:val="subscript"/>
              </w:rPr>
              <w:t>3</w:t>
            </w:r>
            <w:r w:rsidRPr="00412A53">
              <w:t>;</w:t>
            </w:r>
            <w:r>
              <w:t xml:space="preserve">  </w:t>
            </w:r>
          </w:p>
          <w:p w:rsidR="00DC2F01" w:rsidRDefault="00DC2F01" w:rsidP="00494884">
            <w:pPr>
              <w:ind w:left="360"/>
            </w:pPr>
            <w:r>
              <w:t>2) H</w:t>
            </w:r>
            <w:r w:rsidRPr="00412A53">
              <w:rPr>
                <w:vertAlign w:val="subscript"/>
              </w:rPr>
              <w:t>2</w:t>
            </w:r>
            <w:r>
              <w:t>SiO</w:t>
            </w:r>
            <w:r w:rsidRPr="00412A53">
              <w:rPr>
                <w:vertAlign w:val="subscript"/>
              </w:rPr>
              <w:t>3</w:t>
            </w:r>
            <w:r w:rsidRPr="00412A53">
              <w:t>;</w:t>
            </w:r>
            <w:r>
              <w:t xml:space="preserve">    </w:t>
            </w:r>
          </w:p>
          <w:p w:rsidR="00DC2F01" w:rsidRPr="00412A53" w:rsidRDefault="00DC2F01" w:rsidP="00494884">
            <w:pPr>
              <w:ind w:left="360"/>
            </w:pPr>
            <w:r>
              <w:t>3) H</w:t>
            </w:r>
            <w:r w:rsidRPr="00412A53">
              <w:rPr>
                <w:vertAlign w:val="subscript"/>
              </w:rPr>
              <w:t>2</w:t>
            </w:r>
            <w:r>
              <w:t>SO</w:t>
            </w:r>
            <w:r w:rsidRPr="00412A53">
              <w:rPr>
                <w:vertAlign w:val="subscript"/>
              </w:rPr>
              <w:t>4.</w:t>
            </w:r>
          </w:p>
          <w:p w:rsidR="00DC2F01" w:rsidRPr="00412A53" w:rsidRDefault="00DC2F01" w:rsidP="00494884">
            <w:pPr>
              <w:ind w:left="360"/>
            </w:pPr>
          </w:p>
        </w:tc>
      </w:tr>
      <w:tr w:rsidR="00DC2F01" w:rsidRPr="00183723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183723" w:rsidRDefault="00DC2F01" w:rsidP="00494884">
            <w:r w:rsidRPr="00DC2F01">
              <w:rPr>
                <w:b/>
                <w:bCs/>
                <w:i/>
                <w:iCs/>
                <w:lang w:val="ru-RU"/>
              </w:rPr>
              <w:lastRenderedPageBreak/>
              <w:t xml:space="preserve">14. </w:t>
            </w:r>
            <w:r w:rsidRPr="00DC2F01">
              <w:rPr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2,3 г"/>
              </w:smartTagPr>
              <w:r w:rsidRPr="00DC2F01">
                <w:rPr>
                  <w:lang w:val="ru-RU"/>
                </w:rPr>
                <w:t>2,3 г</w:t>
              </w:r>
            </w:smartTag>
            <w:r w:rsidRPr="00DC2F01">
              <w:rPr>
                <w:lang w:val="ru-RU"/>
              </w:rPr>
              <w:t xml:space="preserve"> неэлектролита в 250 мл при 27</w:t>
            </w:r>
            <w:r w:rsidRPr="00DC2F01">
              <w:rPr>
                <w:vertAlign w:val="superscript"/>
                <w:lang w:val="ru-RU"/>
              </w:rPr>
              <w:t>о</w:t>
            </w:r>
            <w:r w:rsidRPr="00DC2F01">
              <w:rPr>
                <w:lang w:val="ru-RU"/>
              </w:rPr>
              <w:t xml:space="preserve">С имеет осмотическое давление 249 кПа. </w:t>
            </w:r>
            <w:r>
              <w:t xml:space="preserve">Молярная масса </w:t>
            </w:r>
            <w:proofErr w:type="gramStart"/>
            <w:r>
              <w:t>неэлектролита  (</w:t>
            </w:r>
            <w:proofErr w:type="gramEnd"/>
            <w:r>
              <w:t>г/моль)  равна…</w:t>
            </w:r>
          </w:p>
          <w:p w:rsidR="00DC2F01" w:rsidRPr="00183723" w:rsidRDefault="00DC2F01" w:rsidP="00494884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DC2F01" w:rsidRPr="00183723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183723" w:rsidRDefault="00DC2F01" w:rsidP="00494884">
            <w:pPr>
              <w:rPr>
                <w:b/>
                <w:bCs/>
                <w:i/>
                <w:iCs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15. </w:t>
            </w:r>
            <w:r w:rsidRPr="00DC2F01">
              <w:rPr>
                <w:lang w:val="ru-RU"/>
              </w:rPr>
              <w:t>Раствор, содержащий 0,4</w:t>
            </w:r>
            <w:r>
              <w:t> </w:t>
            </w:r>
            <w:r w:rsidRPr="00DC2F01">
              <w:rPr>
                <w:lang w:val="ru-RU"/>
              </w:rPr>
              <w:t xml:space="preserve">г вещества в </w:t>
            </w:r>
            <w:smartTag w:uri="urn:schemas-microsoft-com:office:smarttags" w:element="metricconverter">
              <w:smartTagPr>
                <w:attr w:name="ProductID" w:val="10 г"/>
              </w:smartTagPr>
              <w:r w:rsidRPr="00DC2F01">
                <w:rPr>
                  <w:lang w:val="ru-RU"/>
                </w:rPr>
                <w:t>10</w:t>
              </w:r>
              <w:r>
                <w:t> </w:t>
              </w:r>
              <w:r w:rsidRPr="00DC2F01">
                <w:rPr>
                  <w:lang w:val="ru-RU"/>
                </w:rPr>
                <w:t>г</w:t>
              </w:r>
            </w:smartTag>
            <w:r w:rsidRPr="00DC2F01">
              <w:rPr>
                <w:lang w:val="ru-RU"/>
              </w:rPr>
              <w:t xml:space="preserve"> воды, замерзает при -1,24</w:t>
            </w:r>
            <w:r w:rsidRPr="00DC2F01">
              <w:rPr>
                <w:vertAlign w:val="superscript"/>
                <w:lang w:val="ru-RU"/>
              </w:rPr>
              <w:t>о</w:t>
            </w:r>
            <w:r w:rsidRPr="00DC2F01">
              <w:rPr>
                <w:lang w:val="ru-RU"/>
              </w:rPr>
              <w:t xml:space="preserve">С. </w:t>
            </w:r>
            <w:r>
              <w:t>(</w:t>
            </w:r>
            <w:r>
              <w:rPr>
                <w:sz w:val="22"/>
              </w:rPr>
              <w:t>К</w:t>
            </w:r>
            <w:r>
              <w:rPr>
                <w:sz w:val="22"/>
                <w:vertAlign w:val="subscript"/>
              </w:rPr>
              <w:t>H</w:t>
            </w:r>
            <w:r>
              <w:rPr>
                <w:position w:val="-4"/>
                <w:sz w:val="22"/>
                <w:vertAlign w:val="subscript"/>
              </w:rPr>
              <w:t>2</w:t>
            </w:r>
            <w:r>
              <w:rPr>
                <w:sz w:val="22"/>
                <w:vertAlign w:val="subscript"/>
              </w:rPr>
              <w:t>O</w:t>
            </w:r>
            <w:r>
              <w:rPr>
                <w:sz w:val="22"/>
              </w:rPr>
              <w:t> = 1,86</w:t>
            </w:r>
            <w:r>
              <w:rPr>
                <w:position w:val="-24"/>
                <w:sz w:val="22"/>
              </w:rPr>
              <w:object w:dxaOrig="1020" w:dyaOrig="620">
                <v:shape id="_x0000_i1179" type="#_x0000_t75" style="width:51.75pt;height:30pt" o:ole="">
                  <v:imagedata r:id="rId291" o:title=""/>
                </v:shape>
                <o:OLEObject Type="Embed" ProgID="Equation.3" ShapeID="_x0000_i1179" DrawAspect="Content" ObjectID="_1841053924" r:id="rId292"/>
              </w:object>
            </w:r>
            <w:r>
              <w:rPr>
                <w:position w:val="-10"/>
                <w:sz w:val="22"/>
              </w:rPr>
              <w:object w:dxaOrig="180" w:dyaOrig="340">
                <v:shape id="_x0000_i1180" type="#_x0000_t75" style="width:9pt;height:17.25pt" o:ole="">
                  <v:imagedata r:id="rId189" o:title=""/>
                </v:shape>
                <o:OLEObject Type="Embed" ProgID="Equation.3" ShapeID="_x0000_i1180" DrawAspect="Content" ObjectID="_1841053925" r:id="rId293"/>
              </w:object>
            </w:r>
            <w:r>
              <w:rPr>
                <w:sz w:val="22"/>
              </w:rPr>
              <w:t>)</w:t>
            </w:r>
            <w:r>
              <w:t>. Молярная масса  вещества   равна…, г/моль.</w:t>
            </w: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16. </w:t>
            </w:r>
            <w:r w:rsidRPr="00DC2F01">
              <w:rPr>
                <w:lang w:val="ru-RU"/>
              </w:rPr>
              <w:t>Щелочной раствор получают при растворении в воде:</w:t>
            </w:r>
          </w:p>
          <w:p w:rsidR="00DC2F01" w:rsidRPr="00DC2F01" w:rsidRDefault="00DC2F01" w:rsidP="00494884">
            <w:pPr>
              <w:ind w:left="360"/>
              <w:rPr>
                <w:lang w:val="ru-RU"/>
              </w:rPr>
            </w:pPr>
            <w:r w:rsidRPr="00DC2F01">
              <w:rPr>
                <w:lang w:val="ru-RU"/>
              </w:rPr>
              <w:t xml:space="preserve">1) </w:t>
            </w:r>
            <w:r>
              <w:t>Na</w:t>
            </w:r>
            <w:r w:rsidRPr="00DC2F01">
              <w:rPr>
                <w:szCs w:val="14"/>
                <w:vertAlign w:val="subscript"/>
                <w:lang w:val="ru-RU"/>
              </w:rPr>
              <w:t>2</w:t>
            </w:r>
            <w:r>
              <w:t>SO</w:t>
            </w:r>
            <w:r w:rsidRPr="00DC2F01">
              <w:rPr>
                <w:szCs w:val="14"/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                        </w:t>
            </w:r>
          </w:p>
          <w:p w:rsidR="00DC2F01" w:rsidRPr="00DC2F01" w:rsidRDefault="00DC2F01" w:rsidP="00494884">
            <w:pPr>
              <w:ind w:left="360"/>
              <w:rPr>
                <w:lang w:val="ru-RU"/>
              </w:rPr>
            </w:pPr>
            <w:r w:rsidRPr="00DC2F01">
              <w:rPr>
                <w:lang w:val="ru-RU"/>
              </w:rPr>
              <w:t xml:space="preserve">2)  </w:t>
            </w:r>
            <w:r>
              <w:t>Na</w:t>
            </w:r>
            <w:r w:rsidRPr="00DC2F01">
              <w:rPr>
                <w:szCs w:val="16"/>
                <w:vertAlign w:val="subscript"/>
                <w:lang w:val="ru-RU"/>
              </w:rPr>
              <w:t>2</w:t>
            </w:r>
            <w:r>
              <w:t>SO</w:t>
            </w:r>
            <w:r w:rsidRPr="00DC2F01">
              <w:rPr>
                <w:szCs w:val="16"/>
                <w:vertAlign w:val="subscript"/>
                <w:lang w:val="ru-RU"/>
              </w:rPr>
              <w:t>4</w:t>
            </w:r>
            <w:r w:rsidRPr="00DC2F01">
              <w:rPr>
                <w:lang w:val="ru-RU"/>
              </w:rPr>
              <w:t xml:space="preserve">                               </w:t>
            </w:r>
          </w:p>
          <w:p w:rsidR="00DC2F01" w:rsidRPr="00DC2F01" w:rsidRDefault="00DC2F01" w:rsidP="00494884">
            <w:pPr>
              <w:ind w:left="360"/>
              <w:rPr>
                <w:lang w:val="ru-RU"/>
              </w:rPr>
            </w:pPr>
            <w:r w:rsidRPr="00DC2F01">
              <w:rPr>
                <w:lang w:val="ru-RU"/>
              </w:rPr>
              <w:t xml:space="preserve">3) </w:t>
            </w:r>
            <w:r>
              <w:t>Fe</w:t>
            </w:r>
            <w:r w:rsidRPr="00DC2F01">
              <w:rPr>
                <w:szCs w:val="14"/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(</w:t>
            </w:r>
            <w:r>
              <w:t>SO</w:t>
            </w:r>
            <w:r w:rsidRPr="00DC2F01">
              <w:rPr>
                <w:szCs w:val="16"/>
                <w:vertAlign w:val="subscript"/>
                <w:lang w:val="ru-RU"/>
              </w:rPr>
              <w:t>4</w:t>
            </w:r>
            <w:r w:rsidRPr="00DC2F01">
              <w:rPr>
                <w:lang w:val="ru-RU"/>
              </w:rPr>
              <w:t>)</w:t>
            </w:r>
            <w:r w:rsidRPr="00DC2F01">
              <w:rPr>
                <w:szCs w:val="14"/>
                <w:vertAlign w:val="subscript"/>
                <w:lang w:val="ru-RU"/>
              </w:rPr>
              <w:t>3</w:t>
            </w:r>
          </w:p>
          <w:p w:rsidR="00DC2F01" w:rsidRPr="00DC2F01" w:rsidRDefault="00DC2F01" w:rsidP="00494884">
            <w:pPr>
              <w:ind w:left="360"/>
              <w:rPr>
                <w:bCs/>
                <w:iCs/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Ответ </w:t>
            </w:r>
            <w:proofErr w:type="gramStart"/>
            <w:r w:rsidRPr="00DC2F01">
              <w:rPr>
                <w:bCs/>
                <w:iCs/>
                <w:lang w:val="ru-RU"/>
              </w:rPr>
              <w:t>поясните,  составив</w:t>
            </w:r>
            <w:proofErr w:type="gramEnd"/>
            <w:r w:rsidRPr="00DC2F01">
              <w:rPr>
                <w:bCs/>
                <w:iCs/>
                <w:lang w:val="ru-RU"/>
              </w:rPr>
              <w:t xml:space="preserve">  уравнение реакции:</w:t>
            </w:r>
          </w:p>
          <w:p w:rsidR="00DC2F01" w:rsidRPr="00DC2F01" w:rsidRDefault="00DC2F01" w:rsidP="00494884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17. </w:t>
            </w:r>
            <w:r w:rsidRPr="00DC2F01">
              <w:rPr>
                <w:szCs w:val="28"/>
                <w:lang w:val="ru-RU"/>
              </w:rPr>
              <w:t xml:space="preserve">Чему равна </w:t>
            </w:r>
            <w:proofErr w:type="gramStart"/>
            <w:r w:rsidRPr="00DC2F01">
              <w:rPr>
                <w:szCs w:val="28"/>
                <w:lang w:val="ru-RU"/>
              </w:rPr>
              <w:t>концентрация  ионов</w:t>
            </w:r>
            <w:proofErr w:type="gramEnd"/>
            <w:r w:rsidRPr="00DC2F01"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>OH</w:t>
            </w:r>
            <w:r w:rsidRPr="00DC2F01">
              <w:rPr>
                <w:szCs w:val="28"/>
                <w:vertAlign w:val="superscript"/>
                <w:lang w:val="ru-RU"/>
              </w:rPr>
              <w:t>-</w:t>
            </w:r>
            <w:r w:rsidRPr="00DC2F01">
              <w:rPr>
                <w:szCs w:val="28"/>
                <w:lang w:val="ru-RU"/>
              </w:rPr>
              <w:t xml:space="preserve"> в растворе, если концентрация ионов Н</w:t>
            </w:r>
            <w:r w:rsidRPr="00DC2F01">
              <w:rPr>
                <w:szCs w:val="28"/>
                <w:vertAlign w:val="superscript"/>
                <w:lang w:val="ru-RU"/>
              </w:rPr>
              <w:t>+</w:t>
            </w:r>
            <w:r w:rsidRPr="00DC2F01">
              <w:rPr>
                <w:szCs w:val="28"/>
                <w:lang w:val="ru-RU"/>
              </w:rPr>
              <w:t xml:space="preserve">  равна 10</w:t>
            </w:r>
            <w:r w:rsidRPr="00DC2F01">
              <w:rPr>
                <w:szCs w:val="28"/>
                <w:vertAlign w:val="superscript"/>
                <w:lang w:val="ru-RU"/>
              </w:rPr>
              <w:t>-1</w:t>
            </w:r>
            <w:r w:rsidRPr="00DC2F01">
              <w:rPr>
                <w:szCs w:val="28"/>
                <w:lang w:val="ru-RU"/>
              </w:rPr>
              <w:t xml:space="preserve"> моль/л?</w:t>
            </w:r>
          </w:p>
          <w:p w:rsidR="00DC2F01" w:rsidRPr="00DC2F01" w:rsidRDefault="00DC2F01" w:rsidP="00494884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18. </w:t>
            </w:r>
            <w:r w:rsidRPr="00DC2F01">
              <w:rPr>
                <w:szCs w:val="28"/>
                <w:lang w:val="ru-RU"/>
              </w:rPr>
              <w:t xml:space="preserve">Масса </w:t>
            </w:r>
            <w:r>
              <w:rPr>
                <w:szCs w:val="28"/>
              </w:rPr>
              <w:t>NaNO</w:t>
            </w:r>
            <w:proofErr w:type="gramStart"/>
            <w:r w:rsidRPr="00DC2F01">
              <w:rPr>
                <w:szCs w:val="28"/>
                <w:vertAlign w:val="subscript"/>
                <w:lang w:val="ru-RU"/>
              </w:rPr>
              <w:t xml:space="preserve">3 </w:t>
            </w:r>
            <w:r w:rsidRPr="00DC2F01">
              <w:rPr>
                <w:szCs w:val="28"/>
                <w:lang w:val="ru-RU"/>
              </w:rPr>
              <w:t>,</w:t>
            </w:r>
            <w:proofErr w:type="gramEnd"/>
            <w:r w:rsidRPr="00DC2F01">
              <w:rPr>
                <w:szCs w:val="28"/>
                <w:lang w:val="ru-RU"/>
              </w:rPr>
              <w:t xml:space="preserve"> необходимая для приготовления 300 мл </w:t>
            </w:r>
            <w:smartTag w:uri="urn:schemas-microsoft-com:office:smarttags" w:element="metricconverter">
              <w:smartTagPr>
                <w:attr w:name="ProductID" w:val="0,2 М"/>
              </w:smartTagPr>
              <w:r w:rsidRPr="00DC2F01">
                <w:rPr>
                  <w:szCs w:val="28"/>
                  <w:lang w:val="ru-RU"/>
                </w:rPr>
                <w:t>0,2 М</w:t>
              </w:r>
            </w:smartTag>
            <w:r w:rsidRPr="00DC2F01">
              <w:rPr>
                <w:szCs w:val="28"/>
                <w:lang w:val="ru-RU"/>
              </w:rPr>
              <w:t xml:space="preserve"> раствора   равна…, г</w:t>
            </w:r>
          </w:p>
          <w:p w:rsidR="00DC2F01" w:rsidRPr="00DC2F01" w:rsidRDefault="00DC2F01" w:rsidP="00494884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 19. </w:t>
            </w:r>
            <w:r w:rsidRPr="00DC2F01">
              <w:rPr>
                <w:szCs w:val="28"/>
                <w:lang w:val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40 г"/>
              </w:smartTagPr>
              <w:r w:rsidRPr="00DC2F01">
                <w:rPr>
                  <w:szCs w:val="28"/>
                  <w:lang w:val="ru-RU"/>
                </w:rPr>
                <w:t>240 г</w:t>
              </w:r>
            </w:smartTag>
            <w:r w:rsidRPr="00DC2F01">
              <w:rPr>
                <w:szCs w:val="28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DC2F01">
                <w:rPr>
                  <w:szCs w:val="28"/>
                  <w:lang w:val="ru-RU"/>
                </w:rPr>
                <w:t>60 г</w:t>
              </w:r>
            </w:smartTag>
            <w:r w:rsidRPr="00DC2F01">
              <w:rPr>
                <w:szCs w:val="28"/>
                <w:lang w:val="ru-RU"/>
              </w:rPr>
              <w:t xml:space="preserve"> соли. Массовая доля </w:t>
            </w:r>
            <w:proofErr w:type="gramStart"/>
            <w:r w:rsidRPr="00DC2F01">
              <w:rPr>
                <w:szCs w:val="28"/>
                <w:lang w:val="ru-RU"/>
              </w:rPr>
              <w:t>соли  в</w:t>
            </w:r>
            <w:proofErr w:type="gramEnd"/>
            <w:r w:rsidRPr="00DC2F01">
              <w:rPr>
                <w:szCs w:val="28"/>
                <w:lang w:val="ru-RU"/>
              </w:rPr>
              <w:t xml:space="preserve"> полученном растворе равна…, %.</w:t>
            </w:r>
          </w:p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proofErr w:type="gramStart"/>
            <w:r w:rsidRPr="00DC2F01">
              <w:rPr>
                <w:b/>
                <w:bCs/>
                <w:i/>
                <w:iCs/>
                <w:lang w:val="ru-RU"/>
              </w:rPr>
              <w:t>20</w:t>
            </w:r>
            <w:r w:rsidRPr="00DC2F01">
              <w:rPr>
                <w:lang w:val="ru-RU"/>
              </w:rPr>
              <w:t xml:space="preserve"> .</w:t>
            </w:r>
            <w:proofErr w:type="gramEnd"/>
            <w:r w:rsidRPr="00DC2F01">
              <w:rPr>
                <w:lang w:val="ru-RU"/>
              </w:rPr>
              <w:t xml:space="preserve"> </w:t>
            </w:r>
            <w:proofErr w:type="gramStart"/>
            <w:r w:rsidRPr="00DC2F01">
              <w:rPr>
                <w:lang w:val="ru-RU"/>
              </w:rPr>
              <w:t>Агрегативная  устойчивость</w:t>
            </w:r>
            <w:proofErr w:type="gramEnd"/>
            <w:r w:rsidRPr="00DC2F01">
              <w:rPr>
                <w:lang w:val="ru-RU"/>
              </w:rPr>
              <w:t xml:space="preserve"> дисперсных систем возрастает…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1) с увеличением размера частиц;</w:t>
            </w:r>
            <w:r w:rsidRPr="00DC2F01">
              <w:rPr>
                <w:lang w:val="ru-RU"/>
              </w:rPr>
              <w:tab/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2) с уменьшением размера частиц; </w:t>
            </w:r>
          </w:p>
          <w:p w:rsidR="00DC2F01" w:rsidRDefault="00DC2F01" w:rsidP="00494884">
            <w:pPr>
              <w:rPr>
                <w:b/>
                <w:bCs/>
                <w:i/>
                <w:iCs/>
              </w:rPr>
            </w:pPr>
            <w:r>
              <w:t>3) с повышением температуры</w:t>
            </w:r>
            <w:r>
              <w:tab/>
            </w:r>
          </w:p>
        </w:tc>
      </w:tr>
      <w:tr w:rsidR="00DC2F01" w:rsidRPr="00D75D4A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75D4A" w:rsidRDefault="00DC2F01" w:rsidP="00494884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21. </w:t>
            </w:r>
            <w:r w:rsidRPr="00DC2F01">
              <w:rPr>
                <w:lang w:val="ru-RU"/>
              </w:rPr>
              <w:t xml:space="preserve">Вычислить Е (ЭДС) гальванического элемента в (В), состоящего из железного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C2F01">
                <w:rPr>
                  <w:lang w:val="ru-RU"/>
                </w:rPr>
                <w:t>1 М</w:t>
              </w:r>
            </w:smartTag>
            <w:r w:rsidRPr="00DC2F01">
              <w:rPr>
                <w:lang w:val="ru-RU"/>
              </w:rPr>
              <w:t xml:space="preserve"> раствор соли </w:t>
            </w:r>
            <w:r>
              <w:t>Fe</w:t>
            </w:r>
            <w:r w:rsidRPr="00DC2F01">
              <w:rPr>
                <w:lang w:val="ru-RU"/>
              </w:rPr>
              <w:t>(</w:t>
            </w:r>
            <w:r>
              <w:t>NO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>)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, и серебряного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C2F01">
                <w:rPr>
                  <w:lang w:val="ru-RU"/>
                </w:rPr>
                <w:t>1 М</w:t>
              </w:r>
            </w:smartTag>
            <w:r w:rsidRPr="00DC2F01">
              <w:rPr>
                <w:lang w:val="ru-RU"/>
              </w:rPr>
              <w:t xml:space="preserve"> раствор соли азотнокислого серебра, если </w:t>
            </w:r>
            <w:r>
              <w:rPr>
                <w:position w:val="-10"/>
              </w:rPr>
              <w:object w:dxaOrig="2120" w:dyaOrig="360">
                <v:shape id="_x0000_i1181" type="#_x0000_t75" style="width:105.75pt;height:18pt" o:ole="" fillcolor="window">
                  <v:imagedata r:id="rId217" o:title=""/>
                </v:shape>
                <o:OLEObject Type="Embed" ProgID="Equation.3" ShapeID="_x0000_i1181" DrawAspect="Content" ObjectID="_1841053926" r:id="rId294"/>
              </w:object>
            </w:r>
            <w:r w:rsidRPr="00DC2F01">
              <w:rPr>
                <w:lang w:val="ru-RU"/>
              </w:rPr>
              <w:t xml:space="preserve">; </w:t>
            </w:r>
            <w:r>
              <w:rPr>
                <w:position w:val="-10"/>
              </w:rPr>
              <w:object w:dxaOrig="2100" w:dyaOrig="360">
                <v:shape id="_x0000_i1182" type="#_x0000_t75" style="width:105pt;height:18pt" o:ole="" fillcolor="window">
                  <v:imagedata r:id="rId219" o:title=""/>
                </v:shape>
                <o:OLEObject Type="Embed" ProgID="Equation.3" ShapeID="_x0000_i1182" DrawAspect="Content" ObjectID="_1841053927" r:id="rId295"/>
              </w:object>
            </w:r>
          </w:p>
          <w:p w:rsidR="00DC2F01" w:rsidRPr="00DC2F01" w:rsidRDefault="00DC2F01" w:rsidP="00494884">
            <w:pPr>
              <w:ind w:left="360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 22. </w:t>
            </w:r>
            <w:r w:rsidRPr="00DC2F01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DC2F01" w:rsidRPr="004F49A1" w:rsidRDefault="00DC2F01" w:rsidP="00494884">
            <w:pPr>
              <w:ind w:left="360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F49A1">
              <w:rPr>
                <w:szCs w:val="24"/>
              </w:rPr>
              <w:t>) Cu</w:t>
            </w:r>
            <w:r w:rsidRPr="004F49A1">
              <w:rPr>
                <w:szCs w:val="24"/>
                <w:vertAlign w:val="superscript"/>
              </w:rPr>
              <w:t>2+</w:t>
            </w:r>
            <w:r w:rsidRPr="004F49A1">
              <w:rPr>
                <w:szCs w:val="24"/>
              </w:rPr>
              <w:t xml:space="preserve">      </w:t>
            </w:r>
            <w:r>
              <w:rPr>
                <w:szCs w:val="24"/>
              </w:rPr>
              <w:t>2</w:t>
            </w:r>
            <w:r w:rsidRPr="004F49A1">
              <w:rPr>
                <w:szCs w:val="24"/>
              </w:rPr>
              <w:t>) Cl</w:t>
            </w:r>
            <w:r w:rsidRPr="004F49A1">
              <w:rPr>
                <w:szCs w:val="24"/>
                <w:vertAlign w:val="superscript"/>
              </w:rPr>
              <w:t>-</w:t>
            </w:r>
            <w:r w:rsidRPr="004F49A1">
              <w:rPr>
                <w:szCs w:val="24"/>
              </w:rPr>
              <w:t xml:space="preserve">      </w:t>
            </w:r>
            <w:r>
              <w:rPr>
                <w:szCs w:val="24"/>
              </w:rPr>
              <w:t>3</w:t>
            </w:r>
            <w:r w:rsidRPr="004F49A1">
              <w:rPr>
                <w:szCs w:val="24"/>
              </w:rPr>
              <w:t>) (VO</w:t>
            </w:r>
            <w:r w:rsidRPr="004F49A1">
              <w:rPr>
                <w:szCs w:val="24"/>
                <w:vertAlign w:val="subscript"/>
              </w:rPr>
              <w:t>3</w:t>
            </w:r>
            <w:r w:rsidRPr="004F49A1">
              <w:rPr>
                <w:szCs w:val="24"/>
              </w:rPr>
              <w:t>)</w:t>
            </w:r>
            <w:r w:rsidRPr="004F49A1">
              <w:rPr>
                <w:szCs w:val="24"/>
                <w:vertAlign w:val="superscript"/>
              </w:rPr>
              <w:t>-</w:t>
            </w:r>
            <w:r w:rsidRPr="004F49A1">
              <w:rPr>
                <w:szCs w:val="24"/>
              </w:rPr>
              <w:t xml:space="preserve">      </w:t>
            </w:r>
          </w:p>
          <w:p w:rsidR="00DC2F01" w:rsidRDefault="00DC2F01" w:rsidP="00494884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DC2F01" w:rsidRPr="00077469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lastRenderedPageBreak/>
              <w:t xml:space="preserve"> 23. </w:t>
            </w:r>
            <w:r w:rsidRPr="00DC2F01">
              <w:rPr>
                <w:lang w:val="ru-RU"/>
              </w:rPr>
              <w:t>Составьте электронные уравнения и расставьте коэффициеты:</w:t>
            </w:r>
          </w:p>
          <w:p w:rsidR="00DC2F01" w:rsidRPr="00A4702B" w:rsidRDefault="00DC2F01" w:rsidP="00494884">
            <w:r w:rsidRPr="004F49A1">
              <w:t>Mn</w:t>
            </w:r>
            <w:r w:rsidRPr="00A4702B">
              <w:t>(</w:t>
            </w:r>
            <w:r w:rsidRPr="004F49A1">
              <w:t>OH</w:t>
            </w:r>
            <w:r w:rsidRPr="00A4702B">
              <w:t>)</w:t>
            </w:r>
            <w:r w:rsidRPr="00A4702B">
              <w:rPr>
                <w:vertAlign w:val="subscript"/>
              </w:rPr>
              <w:t>2</w:t>
            </w:r>
            <w:r w:rsidRPr="00A4702B">
              <w:t>+</w:t>
            </w:r>
            <w:r w:rsidRPr="004F49A1">
              <w:t>Cl</w:t>
            </w:r>
            <w:r w:rsidRPr="00A4702B">
              <w:rPr>
                <w:vertAlign w:val="subscript"/>
              </w:rPr>
              <w:t>2</w:t>
            </w:r>
            <w:r w:rsidRPr="00A4702B">
              <w:t>+</w:t>
            </w:r>
            <w:r w:rsidRPr="004F49A1">
              <w:t>KOH</w:t>
            </w:r>
            <w:r w:rsidRPr="00A4702B">
              <w:t>=</w:t>
            </w:r>
            <w:r w:rsidRPr="004F49A1">
              <w:t>MnO</w:t>
            </w:r>
            <w:r w:rsidRPr="00A4702B">
              <w:rPr>
                <w:vertAlign w:val="subscript"/>
              </w:rPr>
              <w:t xml:space="preserve">2 </w:t>
            </w:r>
            <w:r w:rsidRPr="00A4702B">
              <w:t>+…</w:t>
            </w:r>
            <w:proofErr w:type="gramStart"/>
            <w:r w:rsidRPr="00A4702B">
              <w:t>….</w:t>
            </w:r>
            <w:r w:rsidRPr="004F49A1">
              <w:t>Cl</w:t>
            </w:r>
            <w:proofErr w:type="gramEnd"/>
            <w:r w:rsidRPr="00A4702B">
              <w:rPr>
                <w:vertAlign w:val="superscript"/>
              </w:rPr>
              <w:t xml:space="preserve">- </w:t>
            </w:r>
            <w:r w:rsidRPr="00A4702B">
              <w:t>+…</w:t>
            </w:r>
          </w:p>
          <w:p w:rsidR="00DC2F01" w:rsidRPr="00A4702B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24. </w:t>
            </w:r>
            <w:r w:rsidRPr="00DC2F01">
              <w:rPr>
                <w:lang w:val="ru-RU"/>
              </w:rPr>
              <w:t xml:space="preserve">Величина </w:t>
            </w:r>
            <w:r>
              <w:t>F</w:t>
            </w:r>
            <w:r w:rsidRPr="00DC2F01">
              <w:rPr>
                <w:lang w:val="ru-RU"/>
              </w:rPr>
              <w:t>=96500 Кл/моль – это …</w:t>
            </w:r>
          </w:p>
          <w:p w:rsidR="00DC2F01" w:rsidRPr="00DC2F01" w:rsidRDefault="00DC2F01" w:rsidP="000D3AEE">
            <w:pPr>
              <w:numPr>
                <w:ilvl w:val="0"/>
                <w:numId w:val="110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DC2F01">
              <w:rPr>
                <w:lang w:val="ru-RU"/>
              </w:rPr>
              <w:t>Постоянная, Планка равная заряду одного моля катионов;</w:t>
            </w:r>
          </w:p>
          <w:p w:rsidR="00DC2F01" w:rsidRPr="00DC2F01" w:rsidRDefault="00DC2F01" w:rsidP="000D3AEE">
            <w:pPr>
              <w:numPr>
                <w:ilvl w:val="0"/>
                <w:numId w:val="110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DC2F01">
              <w:rPr>
                <w:lang w:val="ru-RU"/>
              </w:rPr>
              <w:t>Постоянная Авогадро, равная заряду одного моль анионов;</w:t>
            </w:r>
          </w:p>
          <w:p w:rsidR="00DC2F01" w:rsidRPr="00DC2F01" w:rsidRDefault="00DC2F01" w:rsidP="000D3AEE">
            <w:pPr>
              <w:numPr>
                <w:ilvl w:val="0"/>
                <w:numId w:val="110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DC2F01">
              <w:rPr>
                <w:lang w:val="ru-RU"/>
              </w:rPr>
              <w:t>Постоянная Фарадея, равная заряду оного моль электронов.</w:t>
            </w:r>
          </w:p>
          <w:p w:rsidR="00DC2F01" w:rsidRPr="00DC2F01" w:rsidRDefault="00DC2F01" w:rsidP="00494884">
            <w:pPr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25. </w:t>
            </w:r>
            <w:r w:rsidRPr="00DC2F01">
              <w:rPr>
                <w:lang w:val="ru-RU"/>
              </w:rPr>
              <w:t xml:space="preserve">Вычислите массу меди, выделившейся на катоде при пропускании тока силой в 5 </w:t>
            </w:r>
            <w:proofErr w:type="gramStart"/>
            <w:r w:rsidRPr="00DC2F01">
              <w:rPr>
                <w:lang w:val="ru-RU"/>
              </w:rPr>
              <w:t>А</w:t>
            </w:r>
            <w:proofErr w:type="gramEnd"/>
            <w:r w:rsidRPr="00DC2F01">
              <w:rPr>
                <w:lang w:val="ru-RU"/>
              </w:rPr>
              <w:t xml:space="preserve"> через раствор хлорида меди (</w:t>
            </w:r>
            <w:r>
              <w:t>II</w:t>
            </w:r>
            <w:r w:rsidRPr="00DC2F01">
              <w:rPr>
                <w:lang w:val="ru-RU"/>
              </w:rPr>
              <w:t>) в течении 25 с.</w:t>
            </w:r>
          </w:p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proofErr w:type="gramStart"/>
            <w:r w:rsidRPr="00DC2F01">
              <w:rPr>
                <w:b/>
                <w:bCs/>
                <w:i/>
                <w:iCs/>
                <w:lang w:val="ru-RU"/>
              </w:rPr>
              <w:t>26 .</w:t>
            </w:r>
            <w:proofErr w:type="gramEnd"/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Какие процессы будут протекать на платиновом катоде при электролизе водного раствора нитрата калия?</w:t>
            </w:r>
          </w:p>
          <w:p w:rsidR="00DC2F01" w:rsidRDefault="00DC2F01" w:rsidP="000D3AEE">
            <w:pPr>
              <w:numPr>
                <w:ilvl w:val="0"/>
                <w:numId w:val="109"/>
              </w:numPr>
              <w:spacing w:line="240" w:lineRule="auto"/>
            </w:pPr>
            <w:r>
              <w:rPr>
                <w:position w:val="-6"/>
              </w:rPr>
              <w:object w:dxaOrig="1460" w:dyaOrig="320">
                <v:shape id="_x0000_i1183" type="#_x0000_t75" style="width:72.75pt;height:15.75pt" o:ole="">
                  <v:imagedata r:id="rId234" o:title=""/>
                </v:shape>
                <o:OLEObject Type="Embed" ProgID="Equation.3" ShapeID="_x0000_i1183" DrawAspect="Content" ObjectID="_1841053928" r:id="rId296"/>
              </w:object>
            </w:r>
          </w:p>
          <w:p w:rsidR="00DC2F01" w:rsidRDefault="00DC2F01" w:rsidP="000D3AEE">
            <w:pPr>
              <w:numPr>
                <w:ilvl w:val="0"/>
                <w:numId w:val="109"/>
              </w:numPr>
              <w:spacing w:line="240" w:lineRule="auto"/>
            </w:pPr>
            <w:r>
              <w:rPr>
                <w:position w:val="-14"/>
              </w:rPr>
              <w:object w:dxaOrig="3400" w:dyaOrig="400">
                <v:shape id="_x0000_i1184" type="#_x0000_t75" style="width:170.25pt;height:20.25pt" o:ole="">
                  <v:imagedata r:id="rId236" o:title=""/>
                </v:shape>
                <o:OLEObject Type="Embed" ProgID="Equation.3" ShapeID="_x0000_i1184" DrawAspect="Content" ObjectID="_1841053929" r:id="rId297"/>
              </w:object>
            </w:r>
          </w:p>
          <w:p w:rsidR="00DC2F01" w:rsidRDefault="00DC2F01" w:rsidP="000D3AEE">
            <w:pPr>
              <w:numPr>
                <w:ilvl w:val="0"/>
                <w:numId w:val="109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position w:val="-10"/>
              </w:rPr>
              <w:object w:dxaOrig="2620" w:dyaOrig="360">
                <v:shape id="_x0000_i1185" type="#_x0000_t75" style="width:131.25pt;height:18pt" o:ole="">
                  <v:imagedata r:id="rId238" o:title=""/>
                </v:shape>
                <o:OLEObject Type="Embed" ProgID="Equation.3" ShapeID="_x0000_i1185" DrawAspect="Content" ObjectID="_1841053930" r:id="rId298"/>
              </w:object>
            </w: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pPr>
              <w:pStyle w:val="affe"/>
              <w:spacing w:before="0" w:beforeAutospacing="0" w:after="0" w:afterAutospacing="0"/>
            </w:pPr>
            <w:r w:rsidRPr="007B0A30">
              <w:rPr>
                <w:b/>
                <w:bCs/>
                <w:i/>
                <w:iCs/>
              </w:rPr>
              <w:t>2</w:t>
            </w:r>
            <w:r>
              <w:rPr>
                <w:b/>
                <w:bCs/>
                <w:i/>
                <w:iCs/>
              </w:rPr>
              <w:t xml:space="preserve">7. </w:t>
            </w:r>
            <w:r>
              <w:t>Са +</w:t>
            </w:r>
            <w:proofErr w:type="gramStart"/>
            <w:r>
              <w:t xml:space="preserve"> ….</w:t>
            </w:r>
            <w:proofErr w:type="gramEnd"/>
            <w:r>
              <w:t>→ Са(ОН)</w:t>
            </w:r>
            <w:r>
              <w:rPr>
                <w:vertAlign w:val="subscript"/>
              </w:rPr>
              <w:t>2</w:t>
            </w:r>
            <w:r>
              <w:t xml:space="preserve"> + … Пропущенными веществами в схеме химической реакции являются…</w:t>
            </w:r>
          </w:p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28. </w:t>
            </w:r>
            <w:r w:rsidRPr="00DC2F01">
              <w:rPr>
                <w:lang w:val="ru-RU"/>
              </w:rPr>
              <w:t>Присутствие, ионов бария в водном растворе можно обнаружить с помощью раствора, содержащего ионы</w:t>
            </w:r>
          </w:p>
          <w:p w:rsidR="00DC2F01" w:rsidRDefault="00DC2F01" w:rsidP="00494884">
            <w:pPr>
              <w:pStyle w:val="23"/>
            </w:pPr>
            <w:r w:rsidRPr="00DC2F01">
              <w:rPr>
                <w:lang w:val="ru-RU"/>
              </w:rPr>
              <w:t xml:space="preserve">                       </w:t>
            </w:r>
            <w:r>
              <w:t>1) NO</w:t>
            </w:r>
            <w:r>
              <w:rPr>
                <w:vertAlign w:val="subscript"/>
              </w:rPr>
              <w:t>3</w:t>
            </w:r>
            <w:r>
              <w:rPr>
                <w:vertAlign w:val="superscript"/>
              </w:rPr>
              <w:t>-</w:t>
            </w:r>
            <w:r>
              <w:t xml:space="preserve"> ;                2) SO</w:t>
            </w:r>
            <w:r>
              <w:rPr>
                <w:vertAlign w:val="subscript"/>
              </w:rPr>
              <w:t>4</w:t>
            </w:r>
            <w:r>
              <w:rPr>
                <w:vertAlign w:val="superscript"/>
              </w:rPr>
              <w:t>2-</w:t>
            </w:r>
            <w:r>
              <w:t>;          3) OH</w:t>
            </w:r>
            <w:r>
              <w:rPr>
                <w:vertAlign w:val="superscript"/>
              </w:rPr>
              <w:t>-</w:t>
            </w:r>
          </w:p>
          <w:p w:rsidR="00DC2F01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  <w:tcBorders>
              <w:bottom w:val="single" w:sz="4" w:space="0" w:color="auto"/>
            </w:tcBorders>
          </w:tcPr>
          <w:p w:rsidR="00DC2F01" w:rsidRPr="00DC2F01" w:rsidRDefault="00DC2F01" w:rsidP="00494884">
            <w:pPr>
              <w:rPr>
                <w:lang w:val="ru-RU"/>
              </w:rPr>
            </w:pPr>
            <w:proofErr w:type="gramStart"/>
            <w:r w:rsidRPr="00DC2F01">
              <w:rPr>
                <w:b/>
                <w:bCs/>
                <w:i/>
                <w:iCs/>
                <w:lang w:val="ru-RU"/>
              </w:rPr>
              <w:t>29 .</w:t>
            </w:r>
            <w:proofErr w:type="gramEnd"/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Ион какого элемент имеет на предпоследнем энергетическом уровне </w:t>
            </w:r>
            <w:r>
              <w:rPr>
                <w:position w:val="-10"/>
              </w:rPr>
              <w:object w:dxaOrig="1140" w:dyaOrig="360">
                <v:shape id="_x0000_i1186" type="#_x0000_t75" style="width:56.25pt;height:18pt" o:ole="">
                  <v:imagedata r:id="rId299" o:title=""/>
                </v:shape>
                <o:OLEObject Type="Embed" ProgID="Equation.3" ShapeID="_x0000_i1186" DrawAspect="Content" ObjectID="_1841053931" r:id="rId300"/>
              </w:object>
            </w:r>
            <w:r w:rsidRPr="00DC2F01">
              <w:rPr>
                <w:lang w:val="ru-RU"/>
              </w:rPr>
              <w:t>- электроны?</w:t>
            </w:r>
          </w:p>
          <w:p w:rsidR="00DC2F01" w:rsidRDefault="00DC2F01" w:rsidP="00494884">
            <w:r>
              <w:rPr>
                <w:position w:val="-6"/>
              </w:rPr>
              <w:object w:dxaOrig="440" w:dyaOrig="320">
                <v:shape id="_x0000_i1187" type="#_x0000_t75" style="width:21.75pt;height:15.75pt" o:ole="">
                  <v:imagedata r:id="rId301" o:title=""/>
                </v:shape>
                <o:OLEObject Type="Embed" ProgID="Equation.3" ShapeID="_x0000_i1187" DrawAspect="Content" ObjectID="_1841053932" r:id="rId302"/>
              </w:object>
            </w:r>
            <w:r>
              <w:t xml:space="preserve">  </w:t>
            </w:r>
            <w:r>
              <w:rPr>
                <w:position w:val="-6"/>
              </w:rPr>
              <w:object w:dxaOrig="580" w:dyaOrig="320">
                <v:shape id="_x0000_i1188" type="#_x0000_t75" style="width:29.25pt;height:15.75pt" o:ole="">
                  <v:imagedata r:id="rId303" o:title=""/>
                </v:shape>
                <o:OLEObject Type="Embed" ProgID="Equation.3" ShapeID="_x0000_i1188" DrawAspect="Content" ObjectID="_1841053933" r:id="rId304"/>
              </w:object>
            </w:r>
            <w:r>
              <w:t xml:space="preserve">     </w:t>
            </w:r>
            <w:r>
              <w:rPr>
                <w:position w:val="-6"/>
              </w:rPr>
              <w:object w:dxaOrig="480" w:dyaOrig="320">
                <v:shape id="_x0000_i1189" type="#_x0000_t75" style="width:24pt;height:15.75pt" o:ole="">
                  <v:imagedata r:id="rId305" o:title=""/>
                </v:shape>
                <o:OLEObject Type="Embed" ProgID="Equation.3" ShapeID="_x0000_i1189" DrawAspect="Content" ObjectID="_1841053934" r:id="rId306"/>
              </w:object>
            </w:r>
            <w:r>
              <w:t xml:space="preserve">      </w:t>
            </w:r>
            <w:r>
              <w:rPr>
                <w:position w:val="-6"/>
              </w:rPr>
              <w:object w:dxaOrig="400" w:dyaOrig="320">
                <v:shape id="_x0000_i1190" type="#_x0000_t75" style="width:20.25pt;height:15.75pt" o:ole="">
                  <v:imagedata r:id="rId307" o:title=""/>
                </v:shape>
                <o:OLEObject Type="Embed" ProgID="Equation.3" ShapeID="_x0000_i1190" DrawAspect="Content" ObjectID="_1841053935" r:id="rId308"/>
              </w:object>
            </w:r>
          </w:p>
          <w:p w:rsidR="00DC2F01" w:rsidRDefault="00DC2F01" w:rsidP="00494884">
            <w:pPr>
              <w:rPr>
                <w:b/>
                <w:bCs/>
                <w:i/>
                <w:iCs/>
              </w:rPr>
            </w:pPr>
          </w:p>
          <w:p w:rsidR="00DC2F01" w:rsidRDefault="00DC2F01" w:rsidP="00494884">
            <w:pPr>
              <w:ind w:left="360"/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DC2F0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DC2F0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Утверждено на заседании кафедры: ЭБЖиФ протокол от «0З» декабря 2025 г. № 4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lastRenderedPageBreak/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b/>
                <w:bCs/>
                <w:i/>
                <w:iCs/>
                <w:sz w:val="20"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b/>
                <w:lang w:val="ru-RU"/>
              </w:rPr>
            </w:pPr>
            <w:r w:rsidRPr="00DC2F01">
              <w:rPr>
                <w:b/>
                <w:lang w:val="ru-RU"/>
              </w:rPr>
              <w:lastRenderedPageBreak/>
              <w:t>Экзаменационный тест</w:t>
            </w:r>
          </w:p>
          <w:p w:rsidR="00DC2F01" w:rsidRPr="00DC2F01" w:rsidRDefault="00DC2F01" w:rsidP="00494884">
            <w:pPr>
              <w:jc w:val="center"/>
              <w:rPr>
                <w:b/>
                <w:lang w:val="ru-RU"/>
              </w:rPr>
            </w:pPr>
            <w:r w:rsidRPr="00DC2F01">
              <w:rPr>
                <w:b/>
                <w:lang w:val="ru-RU"/>
              </w:rPr>
              <w:t>Вариант № 2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jc w:val="center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  <w:tcBorders>
              <w:top w:val="single" w:sz="4" w:space="0" w:color="auto"/>
              <w:bottom w:val="nil"/>
            </w:tcBorders>
          </w:tcPr>
          <w:p w:rsidR="00DC2F01" w:rsidRPr="00DC2F01" w:rsidRDefault="00DC2F01" w:rsidP="00494884">
            <w:pPr>
              <w:tabs>
                <w:tab w:val="left" w:pos="540"/>
              </w:tabs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lastRenderedPageBreak/>
              <w:t>1.</w:t>
            </w:r>
            <w:r w:rsidRPr="00DC2F01">
              <w:rPr>
                <w:lang w:val="ru-RU"/>
              </w:rPr>
              <w:t xml:space="preserve"> Число каких элементарных частиц </w:t>
            </w:r>
            <w:proofErr w:type="gramStart"/>
            <w:r w:rsidRPr="00DC2F01">
              <w:rPr>
                <w:lang w:val="ru-RU"/>
              </w:rPr>
              <w:t>является  определяющим</w:t>
            </w:r>
            <w:proofErr w:type="gramEnd"/>
            <w:r w:rsidRPr="00DC2F01">
              <w:rPr>
                <w:lang w:val="ru-RU"/>
              </w:rPr>
              <w:t xml:space="preserve"> для понятия «изотоп»:</w:t>
            </w:r>
          </w:p>
          <w:p w:rsidR="00DC2F01" w:rsidRDefault="00DC2F01" w:rsidP="00494884">
            <w:pPr>
              <w:tabs>
                <w:tab w:val="left" w:pos="540"/>
              </w:tabs>
              <w:ind w:left="360"/>
            </w:pPr>
            <w:r>
              <w:t xml:space="preserve">1)протоны          </w:t>
            </w:r>
          </w:p>
          <w:p w:rsidR="00DC2F01" w:rsidRDefault="00DC2F01" w:rsidP="00494884">
            <w:pPr>
              <w:tabs>
                <w:tab w:val="left" w:pos="540"/>
              </w:tabs>
              <w:ind w:left="360"/>
            </w:pPr>
            <w:r>
              <w:t xml:space="preserve">2)нейтроны           </w:t>
            </w:r>
          </w:p>
          <w:p w:rsidR="00DC2F01" w:rsidRDefault="00DC2F01" w:rsidP="00494884">
            <w:pPr>
              <w:tabs>
                <w:tab w:val="left" w:pos="540"/>
              </w:tabs>
              <w:ind w:left="360"/>
            </w:pPr>
            <w:r>
              <w:t>3)электроны.</w:t>
            </w:r>
          </w:p>
          <w:p w:rsidR="00DC2F01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  <w:tcBorders>
              <w:top w:val="nil"/>
            </w:tcBorders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2. </w:t>
            </w:r>
            <w:r w:rsidRPr="00DC2F01">
              <w:rPr>
                <w:lang w:val="ru-RU"/>
              </w:rPr>
              <w:t>Атомы элементов, имеющие одинаковое число электронных уровней, расположены:</w:t>
            </w:r>
          </w:p>
          <w:p w:rsidR="00DC2F01" w:rsidRPr="00DC2F01" w:rsidRDefault="00DC2F01" w:rsidP="000D3AEE">
            <w:pPr>
              <w:numPr>
                <w:ilvl w:val="0"/>
                <w:numId w:val="112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DC2F01">
              <w:rPr>
                <w:lang w:val="ru-RU"/>
              </w:rPr>
              <w:t>в одной группе периодической системы;</w:t>
            </w:r>
          </w:p>
          <w:p w:rsidR="00DC2F01" w:rsidRPr="00DC2F01" w:rsidRDefault="00DC2F01" w:rsidP="000D3AEE">
            <w:pPr>
              <w:numPr>
                <w:ilvl w:val="0"/>
                <w:numId w:val="112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DC2F01">
              <w:rPr>
                <w:lang w:val="ru-RU"/>
              </w:rPr>
              <w:t>в одном периоде периодической системы;</w:t>
            </w:r>
          </w:p>
          <w:p w:rsidR="00DC2F01" w:rsidRPr="00DC2F01" w:rsidRDefault="00DC2F01" w:rsidP="000D3AEE">
            <w:pPr>
              <w:numPr>
                <w:ilvl w:val="0"/>
                <w:numId w:val="112"/>
              </w:numPr>
              <w:tabs>
                <w:tab w:val="clear" w:pos="720"/>
                <w:tab w:val="num" w:pos="2340"/>
              </w:tabs>
              <w:spacing w:line="240" w:lineRule="auto"/>
              <w:ind w:firstLine="1260"/>
              <w:rPr>
                <w:lang w:val="ru-RU"/>
              </w:rPr>
            </w:pPr>
            <w:r w:rsidRPr="00DC2F01">
              <w:rPr>
                <w:lang w:val="ru-RU"/>
              </w:rPr>
              <w:t>в одной подгруппе периодической системы.</w:t>
            </w:r>
          </w:p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460173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DC2F01">
              <w:rPr>
                <w:lang w:val="ru-RU"/>
              </w:rPr>
              <w:t>Раствор гидроксида натрия реагирует с каждым из веществ, указанных в паре: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>1) оксид железа (</w:t>
            </w:r>
            <w:r>
              <w:t>II</w:t>
            </w:r>
            <w:r w:rsidRPr="00DC2F01">
              <w:rPr>
                <w:lang w:val="ru-RU"/>
              </w:rPr>
              <w:t>) и соляная кислота;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>2) нитрат железа и углекислый газ;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>3) серная кислота и оксид азота(</w:t>
            </w:r>
            <w:r>
              <w:t>II</w:t>
            </w:r>
            <w:r w:rsidRPr="00DC2F01">
              <w:rPr>
                <w:lang w:val="ru-RU"/>
              </w:rPr>
              <w:t>).</w:t>
            </w:r>
          </w:p>
          <w:p w:rsidR="00DC2F01" w:rsidRDefault="00DC2F01" w:rsidP="00494884">
            <w:r w:rsidRPr="00504B36">
              <w:t>Составьте уравнение реакций</w:t>
            </w:r>
            <w:r>
              <w:t>:</w:t>
            </w:r>
          </w:p>
          <w:p w:rsidR="00DC2F01" w:rsidRDefault="00DC2F01" w:rsidP="00494884">
            <w:r>
              <w:t>1)</w:t>
            </w:r>
          </w:p>
          <w:p w:rsidR="00DC2F01" w:rsidRDefault="00DC2F01" w:rsidP="00494884">
            <w:r>
              <w:t>2)</w:t>
            </w:r>
          </w:p>
          <w:p w:rsidR="00DC2F01" w:rsidRPr="00460173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460173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 4. </w:t>
            </w:r>
            <w:r w:rsidRPr="00DC2F01">
              <w:rPr>
                <w:lang w:val="ru-RU"/>
              </w:rPr>
              <w:t>Кислотным и основным оксидом являются соответственно: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1) </w:t>
            </w:r>
            <w:r w:rsidRPr="009778F3">
              <w:t>SO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 и </w:t>
            </w:r>
            <w:r w:rsidRPr="009778F3">
              <w:t>Fe</w:t>
            </w:r>
            <w:r w:rsidRPr="00DC2F01">
              <w:rPr>
                <w:vertAlign w:val="subscript"/>
                <w:lang w:val="ru-RU"/>
              </w:rPr>
              <w:t>2</w:t>
            </w:r>
            <w:r w:rsidRPr="009778F3">
              <w:t>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vertAlign w:val="subscript"/>
                <w:lang w:val="ru-RU"/>
              </w:rPr>
              <w:tab/>
            </w:r>
            <w:r w:rsidRPr="00DC2F01">
              <w:rPr>
                <w:lang w:val="ru-RU"/>
              </w:rPr>
              <w:t xml:space="preserve">2) </w:t>
            </w:r>
            <w:r w:rsidRPr="009778F3">
              <w:t>Al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О</w:t>
            </w:r>
            <w:r w:rsidRPr="00DC2F01">
              <w:rPr>
                <w:vertAlign w:val="subscript"/>
                <w:lang w:val="ru-RU"/>
              </w:rPr>
              <w:t xml:space="preserve">3  </w:t>
            </w:r>
            <w:r w:rsidRPr="00DC2F01">
              <w:rPr>
                <w:lang w:val="ru-RU"/>
              </w:rPr>
              <w:t xml:space="preserve"> и </w:t>
            </w:r>
            <w:r w:rsidRPr="009778F3">
              <w:t>FeO</w:t>
            </w:r>
            <w:r w:rsidRPr="00DC2F01">
              <w:rPr>
                <w:lang w:val="ru-RU"/>
              </w:rPr>
              <w:tab/>
              <w:t xml:space="preserve">3) </w:t>
            </w:r>
            <w:r w:rsidRPr="009778F3">
              <w:t>CO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 и </w:t>
            </w:r>
            <w:r w:rsidRPr="009778F3">
              <w:t>FeO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Составьте уравнение реакций подтверждающие эти свойства:</w:t>
            </w:r>
          </w:p>
          <w:p w:rsidR="00DC2F01" w:rsidRPr="00504B36" w:rsidRDefault="00DC2F01" w:rsidP="00494884">
            <w:r w:rsidRPr="00504B36">
              <w:t>1)</w:t>
            </w:r>
          </w:p>
          <w:p w:rsidR="00DC2F01" w:rsidRDefault="00DC2F01" w:rsidP="00494884">
            <w:r w:rsidRPr="00504B36">
              <w:t>2)</w:t>
            </w:r>
          </w:p>
          <w:p w:rsidR="00DC2F01" w:rsidRPr="00460173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5.  </w:t>
            </w:r>
            <w:r w:rsidRPr="00DC2F01">
              <w:rPr>
                <w:lang w:val="ru-RU"/>
              </w:rPr>
              <w:t xml:space="preserve">Валентный угол </w:t>
            </w:r>
            <w:r>
              <w:rPr>
                <w:position w:val="-4"/>
              </w:rPr>
              <w:object w:dxaOrig="540" w:dyaOrig="260">
                <v:shape id="_x0000_i1191" type="#_x0000_t75" style="width:27pt;height:12.75pt" o:ole="">
                  <v:imagedata r:id="rId97" o:title=""/>
                </v:shape>
                <o:OLEObject Type="Embed" ProgID="Equation.3" ShapeID="_x0000_i1191" DrawAspect="Content" ObjectID="_1841053936" r:id="rId309"/>
              </w:object>
            </w:r>
            <w:r w:rsidRPr="00DC2F01">
              <w:rPr>
                <w:lang w:val="ru-RU"/>
              </w:rPr>
              <w:t xml:space="preserve">в ионе </w:t>
            </w:r>
            <w:r>
              <w:rPr>
                <w:position w:val="-10"/>
              </w:rPr>
              <w:object w:dxaOrig="499" w:dyaOrig="360">
                <v:shape id="_x0000_i1192" type="#_x0000_t75" style="width:25.5pt;height:18pt" o:ole="">
                  <v:imagedata r:id="rId99" o:title=""/>
                </v:shape>
                <o:OLEObject Type="Embed" ProgID="Equation.3" ShapeID="_x0000_i1192" DrawAspect="Content" ObjectID="_1841053937" r:id="rId310"/>
              </w:object>
            </w:r>
            <w:r w:rsidRPr="00DC2F01">
              <w:rPr>
                <w:lang w:val="ru-RU"/>
              </w:rPr>
              <w:t xml:space="preserve"> равен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1) 120</w:t>
            </w:r>
            <w:proofErr w:type="gramStart"/>
            <w:r w:rsidRPr="00DC2F01">
              <w:rPr>
                <w:lang w:val="ru-RU"/>
              </w:rPr>
              <w:t>º ;</w:t>
            </w:r>
            <w:proofErr w:type="gramEnd"/>
            <w:r w:rsidRPr="00DC2F01">
              <w:rPr>
                <w:lang w:val="ru-RU"/>
              </w:rPr>
              <w:t xml:space="preserve">   2)   109º 28´;     3) 90º</w:t>
            </w:r>
          </w:p>
          <w:p w:rsidR="00DC2F01" w:rsidRPr="00DC2F01" w:rsidRDefault="00DC2F01" w:rsidP="00494884">
            <w:pPr>
              <w:ind w:left="360"/>
              <w:rPr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r w:rsidRPr="00DC2F01">
              <w:rPr>
                <w:b/>
                <w:bCs/>
                <w:i/>
                <w:iCs/>
                <w:lang w:val="ru-RU"/>
              </w:rPr>
              <w:t xml:space="preserve">6. </w:t>
            </w:r>
            <w:r w:rsidRPr="00DC2F01">
              <w:rPr>
                <w:lang w:val="ru-RU"/>
              </w:rPr>
              <w:t xml:space="preserve">В зависимости от способности химической системы к обмену энергией и веществом с окружающей средой, различают три типа систем: открытые, закрытые, изолированные. </w:t>
            </w:r>
            <w:r>
              <w:t>Открытая система с окружающей ее средой …</w:t>
            </w:r>
          </w:p>
          <w:p w:rsidR="00DC2F01" w:rsidRPr="00DC2F01" w:rsidRDefault="00DC2F01" w:rsidP="000D3AEE">
            <w:pPr>
              <w:numPr>
                <w:ilvl w:val="0"/>
                <w:numId w:val="113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Обменивается энергией, но не обменивается веществом</w:t>
            </w:r>
          </w:p>
          <w:p w:rsidR="00DC2F01" w:rsidRPr="00DC2F01" w:rsidRDefault="00DC2F01" w:rsidP="000D3AEE">
            <w:pPr>
              <w:numPr>
                <w:ilvl w:val="0"/>
                <w:numId w:val="113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Обменивается веществом, но не обменивается энергией</w:t>
            </w:r>
          </w:p>
          <w:p w:rsidR="00DC2F01" w:rsidRDefault="00DC2F01" w:rsidP="000D3AEE">
            <w:pPr>
              <w:numPr>
                <w:ilvl w:val="0"/>
                <w:numId w:val="113"/>
              </w:numPr>
              <w:spacing w:line="240" w:lineRule="auto"/>
            </w:pPr>
            <w:r>
              <w:lastRenderedPageBreak/>
              <w:t>Обменивается энергией и веществом</w:t>
            </w:r>
          </w:p>
          <w:p w:rsidR="00DC2F01" w:rsidRDefault="00DC2F01" w:rsidP="00494884">
            <w:pPr>
              <w:ind w:left="720"/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lastRenderedPageBreak/>
              <w:t xml:space="preserve">7.  </w:t>
            </w:r>
            <w:r w:rsidRPr="00DC2F01">
              <w:rPr>
                <w:lang w:val="ru-RU"/>
              </w:rPr>
              <w:t>Какие из перечисленных функций, являются функциями состояния.</w:t>
            </w:r>
          </w:p>
          <w:p w:rsidR="00DC2F01" w:rsidRDefault="00DC2F01" w:rsidP="000D3AEE">
            <w:pPr>
              <w:numPr>
                <w:ilvl w:val="0"/>
                <w:numId w:val="114"/>
              </w:numPr>
              <w:spacing w:line="240" w:lineRule="auto"/>
            </w:pPr>
            <w:r>
              <w:t>Внутренняя энергия и работа</w:t>
            </w:r>
          </w:p>
          <w:p w:rsidR="00DC2F01" w:rsidRDefault="00DC2F01" w:rsidP="000D3AEE">
            <w:pPr>
              <w:numPr>
                <w:ilvl w:val="0"/>
                <w:numId w:val="114"/>
              </w:numPr>
              <w:spacing w:line="240" w:lineRule="auto"/>
            </w:pPr>
            <w:r>
              <w:t>Энтропия и внутренняя энергия</w:t>
            </w:r>
          </w:p>
          <w:p w:rsidR="00DC2F01" w:rsidRDefault="00DC2F01" w:rsidP="000D3AEE">
            <w:pPr>
              <w:numPr>
                <w:ilvl w:val="0"/>
                <w:numId w:val="114"/>
              </w:numPr>
              <w:spacing w:line="240" w:lineRule="auto"/>
            </w:pPr>
            <w:r>
              <w:t>Теплота и работа</w:t>
            </w:r>
          </w:p>
          <w:p w:rsidR="00DC2F01" w:rsidRDefault="00DC2F01" w:rsidP="00494884">
            <w:pPr>
              <w:ind w:left="720"/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8. </w:t>
            </w:r>
            <w:r w:rsidRPr="00DC2F01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193" type="#_x0000_t75" style="width:23.25pt;height:15.75pt" o:ole="">
                  <v:imagedata r:id="rId157" o:title=""/>
                </v:shape>
                <o:OLEObject Type="Embed" ProgID="Equation.3" ShapeID="_x0000_i1193" DrawAspect="Content" ObjectID="_1841053938" r:id="rId311"/>
              </w:object>
            </w:r>
            <w:r w:rsidRPr="00DC2F01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1620" w:dyaOrig="380">
                <v:shape id="_x0000_i1194" type="#_x0000_t75" style="width:81pt;height:18.75pt" o:ole="">
                  <v:imagedata r:id="rId165" o:title=""/>
                </v:shape>
                <o:OLEObject Type="Embed" ProgID="Equation.3" ShapeID="_x0000_i1194" DrawAspect="Content" ObjectID="_1841053939" r:id="rId312"/>
              </w:object>
            </w:r>
          </w:p>
          <w:p w:rsidR="00DC2F01" w:rsidRDefault="00DC2F01" w:rsidP="00494884">
            <w:pPr>
              <w:ind w:left="360"/>
            </w:pPr>
            <w:r>
              <w:rPr>
                <w:position w:val="-6"/>
              </w:rPr>
              <w:t>1)</w:t>
            </w:r>
            <w:r>
              <w:rPr>
                <w:position w:val="-6"/>
              </w:rPr>
              <w:object w:dxaOrig="740" w:dyaOrig="280">
                <v:shape id="_x0000_i1195" type="#_x0000_t75" style="width:36.75pt;height:14.25pt" o:ole="">
                  <v:imagedata r:id="rId283" o:title=""/>
                </v:shape>
                <o:OLEObject Type="Embed" ProgID="Equation.3" ShapeID="_x0000_i1195" DrawAspect="Content" ObjectID="_1841053940" r:id="rId313"/>
              </w:object>
            </w:r>
            <w:r>
              <w:rPr>
                <w:position w:val="-6"/>
              </w:rPr>
              <w:t xml:space="preserve">;    2) </w:t>
            </w:r>
            <w:r>
              <w:rPr>
                <w:position w:val="-6"/>
              </w:rPr>
              <w:object w:dxaOrig="740" w:dyaOrig="280">
                <v:shape id="_x0000_i1196" type="#_x0000_t75" style="width:36.75pt;height:14.25pt" o:ole="">
                  <v:imagedata r:id="rId285" o:title=""/>
                </v:shape>
                <o:OLEObject Type="Embed" ProgID="Equation.3" ShapeID="_x0000_i1196" DrawAspect="Content" ObjectID="_1841053941" r:id="rId314"/>
              </w:object>
            </w:r>
            <w:r>
              <w:rPr>
                <w:position w:val="-6"/>
              </w:rPr>
              <w:t>;  3)</w:t>
            </w:r>
            <w:r>
              <w:rPr>
                <w:position w:val="-6"/>
              </w:rPr>
              <w:object w:dxaOrig="740" w:dyaOrig="280">
                <v:shape id="_x0000_i1197" type="#_x0000_t75" style="width:36.75pt;height:14.25pt" o:ole="">
                  <v:imagedata r:id="rId315" o:title=""/>
                </v:shape>
                <o:OLEObject Type="Embed" ProgID="Equation.3" ShapeID="_x0000_i1197" DrawAspect="Content" ObjectID="_1841053942" r:id="rId316"/>
              </w:object>
            </w:r>
          </w:p>
          <w:p w:rsidR="00DC2F01" w:rsidRDefault="00DC2F01" w:rsidP="00494884">
            <w:pPr>
              <w:ind w:left="360"/>
            </w:pPr>
          </w:p>
        </w:tc>
      </w:tr>
      <w:tr w:rsidR="00DC2F01" w:rsidRPr="00D018F0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r w:rsidRPr="00DC2F01">
              <w:rPr>
                <w:b/>
                <w:bCs/>
                <w:i/>
                <w:iCs/>
                <w:lang w:val="ru-RU"/>
              </w:rPr>
              <w:t xml:space="preserve">9. </w:t>
            </w:r>
            <w:r w:rsidRPr="00DC2F01">
              <w:rPr>
                <w:lang w:val="ru-RU"/>
              </w:rPr>
              <w:t xml:space="preserve">При сгорании 1 моль углерода до углекислого газа выделяется 395 кДж теплоты. </w:t>
            </w:r>
            <w:r>
              <w:t>Сколько углерода (г) было сожжено, если выделилось 1975 кДж тепла?</w:t>
            </w:r>
          </w:p>
          <w:p w:rsidR="00DC2F01" w:rsidRDefault="00DC2F01" w:rsidP="00494884"/>
          <w:p w:rsidR="00DC2F01" w:rsidRDefault="00DC2F01" w:rsidP="00494884"/>
          <w:p w:rsidR="00DC2F01" w:rsidRPr="00D018F0" w:rsidRDefault="00DC2F01" w:rsidP="00494884"/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tabs>
                <w:tab w:val="left" w:pos="-142"/>
              </w:tabs>
              <w:ind w:left="284" w:hanging="284"/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10. </w:t>
            </w:r>
            <w:r w:rsidRPr="00DC2F01">
              <w:rPr>
                <w:lang w:val="ru-RU"/>
              </w:rPr>
              <w:t xml:space="preserve"> Какой вид имеет выражение константы равновесия данной </w:t>
            </w:r>
            <w:proofErr w:type="gramStart"/>
            <w:r w:rsidRPr="00DC2F01">
              <w:rPr>
                <w:lang w:val="ru-RU"/>
              </w:rPr>
              <w:t>реакции:  2</w:t>
            </w:r>
            <w:proofErr w:type="gramEnd"/>
            <w:r>
              <w:t>NO</w:t>
            </w:r>
            <w:r w:rsidRPr="00DC2F01">
              <w:rPr>
                <w:lang w:val="ru-RU"/>
              </w:rPr>
              <w:t>(г) +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(г)  </w:t>
            </w:r>
            <w:r w:rsidRPr="00DC2F01">
              <w:rPr>
                <w:rFonts w:ascii="Lucida Sans Unicode" w:hAnsi="Lucida Sans Unicode"/>
                <w:lang w:val="ru-RU"/>
              </w:rPr>
              <w:t>⇄</w:t>
            </w:r>
            <w:r w:rsidRPr="00DC2F01">
              <w:rPr>
                <w:lang w:val="ru-RU"/>
              </w:rPr>
              <w:t xml:space="preserve">   2</w:t>
            </w:r>
            <w:r>
              <w:t>NO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(г)+</w:t>
            </w:r>
            <w:r>
              <w:t>Q</w:t>
            </w:r>
          </w:p>
          <w:p w:rsidR="00DC2F01" w:rsidRPr="00DC2F01" w:rsidRDefault="00DC2F01" w:rsidP="00494884">
            <w:pPr>
              <w:tabs>
                <w:tab w:val="left" w:pos="-142"/>
              </w:tabs>
              <w:ind w:left="284" w:hanging="284"/>
              <w:rPr>
                <w:lang w:val="ru-RU"/>
              </w:rPr>
            </w:pPr>
          </w:p>
          <w:p w:rsidR="00DC2F01" w:rsidRDefault="00DC2F01" w:rsidP="00494884">
            <w:pPr>
              <w:tabs>
                <w:tab w:val="left" w:pos="-142"/>
              </w:tabs>
              <w:ind w:left="284"/>
              <w:rPr>
                <w:b/>
                <w:bCs/>
                <w:i/>
                <w:iCs/>
              </w:rPr>
            </w:pPr>
            <w:r w:rsidRPr="00951425">
              <w:rPr>
                <w:szCs w:val="24"/>
              </w:rPr>
              <w:t>1)</w:t>
            </w:r>
            <w:r w:rsidRPr="007017B6">
              <w:t xml:space="preserve"> </w:t>
            </w:r>
            <w:r w:rsidRPr="007017B6">
              <w:rPr>
                <w:position w:val="-32"/>
              </w:rPr>
              <w:object w:dxaOrig="1540" w:dyaOrig="760">
                <v:shape id="_x0000_i1198" type="#_x0000_t75" style="width:78pt;height:38.25pt" o:ole="">
                  <v:imagedata r:id="rId173" o:title=""/>
                </v:shape>
                <o:OLEObject Type="Embed" ProgID="Equation.3" ShapeID="_x0000_i1198" DrawAspect="Content" ObjectID="_1841053943" r:id="rId317"/>
              </w:object>
            </w:r>
            <w:r>
              <w:t xml:space="preserve">;       </w:t>
            </w:r>
            <w:r w:rsidRPr="00951425">
              <w:rPr>
                <w:szCs w:val="24"/>
              </w:rPr>
              <w:t>2)</w:t>
            </w:r>
            <w:r>
              <w:t xml:space="preserve"> </w:t>
            </w:r>
            <w:r w:rsidRPr="007017B6">
              <w:rPr>
                <w:position w:val="-32"/>
              </w:rPr>
              <w:object w:dxaOrig="1540" w:dyaOrig="760">
                <v:shape id="_x0000_i1199" type="#_x0000_t75" style="width:78pt;height:38.25pt" o:ole="">
                  <v:imagedata r:id="rId175" o:title=""/>
                </v:shape>
                <o:OLEObject Type="Embed" ProgID="Equation.3" ShapeID="_x0000_i1199" DrawAspect="Content" ObjectID="_1841053944" r:id="rId318"/>
              </w:object>
            </w:r>
            <w:r>
              <w:t xml:space="preserve">;      </w:t>
            </w:r>
            <w:r w:rsidRPr="00951425">
              <w:rPr>
                <w:szCs w:val="24"/>
              </w:rPr>
              <w:t>3)</w:t>
            </w:r>
            <w:r>
              <w:t xml:space="preserve">  </w:t>
            </w:r>
            <w:r w:rsidRPr="007017B6">
              <w:rPr>
                <w:position w:val="-30"/>
              </w:rPr>
              <w:object w:dxaOrig="1420" w:dyaOrig="700">
                <v:shape id="_x0000_i1200" type="#_x0000_t75" style="width:71.25pt;height:35.25pt" o:ole="">
                  <v:imagedata r:id="rId177" o:title=""/>
                </v:shape>
                <o:OLEObject Type="Embed" ProgID="Equation.3" ShapeID="_x0000_i1200" DrawAspect="Content" ObjectID="_1841053945" r:id="rId319"/>
              </w:object>
            </w:r>
          </w:p>
          <w:p w:rsidR="00DC2F01" w:rsidRDefault="00DC2F01" w:rsidP="00494884"/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11. </w:t>
            </w:r>
            <w:r w:rsidRPr="00DC2F01">
              <w:rPr>
                <w:szCs w:val="28"/>
                <w:lang w:val="ru-RU"/>
              </w:rPr>
              <w:t>Как повлияет на находящуюся в равновесии систему, уравнение которой С</w:t>
            </w:r>
            <w:r w:rsidRPr="00DC2F01">
              <w:rPr>
                <w:szCs w:val="28"/>
                <w:vertAlign w:val="subscript"/>
                <w:lang w:val="ru-RU"/>
              </w:rPr>
              <w:t xml:space="preserve">(т) </w:t>
            </w:r>
            <w:r w:rsidRPr="00DC2F01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F</w:t>
            </w:r>
            <w:r w:rsidRPr="00DC2F01">
              <w:rPr>
                <w:szCs w:val="28"/>
                <w:vertAlign w:val="subscript"/>
                <w:lang w:val="ru-RU"/>
              </w:rPr>
              <w:t xml:space="preserve">2(г) </w:t>
            </w:r>
            <w:r w:rsidRPr="00DC2F01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F</w:t>
            </w:r>
            <w:r w:rsidRPr="00DC2F01">
              <w:rPr>
                <w:szCs w:val="28"/>
                <w:vertAlign w:val="subscript"/>
                <w:lang w:val="ru-RU"/>
              </w:rPr>
              <w:t xml:space="preserve">4(г) </w:t>
            </w:r>
            <w:r w:rsidRPr="00DC2F01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DC2F01">
              <w:rPr>
                <w:szCs w:val="28"/>
                <w:lang w:val="ru-RU"/>
              </w:rPr>
              <w:t>, увеличение давления?</w:t>
            </w:r>
          </w:p>
          <w:p w:rsidR="00DC2F01" w:rsidRPr="00DC2F01" w:rsidRDefault="00DC2F01" w:rsidP="00494884">
            <w:pPr>
              <w:tabs>
                <w:tab w:val="num" w:pos="1514"/>
              </w:tabs>
              <w:rPr>
                <w:szCs w:val="28"/>
                <w:lang w:val="ru-RU"/>
              </w:rPr>
            </w:pPr>
            <w:r w:rsidRPr="00DC2F01">
              <w:rPr>
                <w:szCs w:val="28"/>
                <w:lang w:val="ru-RU"/>
              </w:rPr>
              <w:t xml:space="preserve">1)равновесие сместится влево;   </w:t>
            </w:r>
          </w:p>
          <w:p w:rsidR="00DC2F01" w:rsidRPr="00DC2F01" w:rsidRDefault="00DC2F01" w:rsidP="00494884">
            <w:pPr>
              <w:tabs>
                <w:tab w:val="num" w:pos="1514"/>
              </w:tabs>
              <w:rPr>
                <w:szCs w:val="28"/>
                <w:lang w:val="ru-RU"/>
              </w:rPr>
            </w:pPr>
            <w:r w:rsidRPr="00DC2F01">
              <w:rPr>
                <w:szCs w:val="28"/>
                <w:lang w:val="ru-RU"/>
              </w:rPr>
              <w:t xml:space="preserve">2)равновесие сместится вправо; </w:t>
            </w:r>
          </w:p>
          <w:p w:rsidR="00DC2F01" w:rsidRDefault="00DC2F01" w:rsidP="00494884">
            <w:pPr>
              <w:tabs>
                <w:tab w:val="num" w:pos="1514"/>
              </w:tabs>
              <w:rPr>
                <w:szCs w:val="28"/>
              </w:rPr>
            </w:pPr>
            <w:r>
              <w:rPr>
                <w:szCs w:val="28"/>
              </w:rPr>
              <w:t>3) равновесие не сместится</w:t>
            </w:r>
          </w:p>
          <w:p w:rsidR="00DC2F01" w:rsidRDefault="00DC2F01" w:rsidP="00494884">
            <w:pPr>
              <w:ind w:left="360"/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rFonts w:cs="Times New Roman CYR"/>
                <w:szCs w:val="28"/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12. </w:t>
            </w:r>
            <w:r w:rsidRPr="00DC2F01">
              <w:rPr>
                <w:rFonts w:cs="Times New Roman CYR"/>
                <w:sz w:val="28"/>
                <w:szCs w:val="28"/>
                <w:lang w:val="ru-RU"/>
              </w:rPr>
              <w:t xml:space="preserve"> </w:t>
            </w:r>
            <w:r w:rsidRPr="00DC2F01">
              <w:rPr>
                <w:rFonts w:cs="Times New Roman CYR"/>
                <w:szCs w:val="28"/>
                <w:lang w:val="ru-RU"/>
              </w:rPr>
              <w:t>В системе протекает реакция между газообразными веществами: А + В → С. Во сколько раз увеличится скорость химической реакции, если концентрацию вещества А увеличить в 4 раза?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E36725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13. </w:t>
            </w:r>
            <w:r w:rsidRPr="00DC2F01">
              <w:rPr>
                <w:lang w:val="ru-RU"/>
              </w:rPr>
              <w:t>Из трёх групп веществ выберите ту, которая содержит только сильные электролиты:</w:t>
            </w:r>
          </w:p>
          <w:p w:rsidR="00DC2F01" w:rsidRDefault="00DC2F01" w:rsidP="000D3AEE">
            <w:pPr>
              <w:numPr>
                <w:ilvl w:val="0"/>
                <w:numId w:val="116"/>
              </w:numPr>
              <w:spacing w:line="240" w:lineRule="auto"/>
            </w:pPr>
            <w:proofErr w:type="gramStart"/>
            <w:r>
              <w:t>NaCl ,Cu</w:t>
            </w:r>
            <w:proofErr w:type="gramEnd"/>
            <w:r>
              <w:t>(OH)</w:t>
            </w:r>
            <w:r>
              <w:rPr>
                <w:vertAlign w:val="subscript"/>
              </w:rPr>
              <w:t>2</w:t>
            </w:r>
            <w:r>
              <w:t>, HNO</w:t>
            </w:r>
            <w:r>
              <w:rPr>
                <w:vertAlign w:val="subscript"/>
              </w:rPr>
              <w:t>3</w:t>
            </w:r>
            <w:r>
              <w:t>;</w:t>
            </w:r>
          </w:p>
          <w:p w:rsidR="00DC2F01" w:rsidRDefault="00DC2F01" w:rsidP="000D3AEE">
            <w:pPr>
              <w:numPr>
                <w:ilvl w:val="0"/>
                <w:numId w:val="116"/>
              </w:numPr>
              <w:spacing w:line="240" w:lineRule="auto"/>
            </w:pPr>
            <w:r>
              <w:t>BaCl</w:t>
            </w:r>
            <w:proofErr w:type="gramStart"/>
            <w:r>
              <w:rPr>
                <w:vertAlign w:val="subscript"/>
              </w:rPr>
              <w:t>2</w:t>
            </w:r>
            <w:r>
              <w:t xml:space="preserve"> ,</w:t>
            </w:r>
            <w:proofErr w:type="gramEnd"/>
            <w:r>
              <w:t xml:space="preserve"> H </w:t>
            </w:r>
            <w:r>
              <w:rPr>
                <w:vertAlign w:val="subscript"/>
              </w:rPr>
              <w:t>2</w:t>
            </w:r>
            <w:r>
              <w:t>CO</w:t>
            </w:r>
            <w:r>
              <w:rPr>
                <w:vertAlign w:val="subscript"/>
              </w:rPr>
              <w:t xml:space="preserve">3 </w:t>
            </w:r>
            <w:r>
              <w:t>, NaOH;</w:t>
            </w:r>
          </w:p>
          <w:p w:rsidR="00DC2F01" w:rsidRDefault="00DC2F01" w:rsidP="000D3AEE">
            <w:pPr>
              <w:numPr>
                <w:ilvl w:val="0"/>
                <w:numId w:val="116"/>
              </w:numPr>
              <w:spacing w:line="240" w:lineRule="auto"/>
            </w:pPr>
            <w:r>
              <w:t>K</w:t>
            </w:r>
            <w:r>
              <w:rPr>
                <w:vertAlign w:val="subscript"/>
              </w:rPr>
              <w:t>2</w:t>
            </w:r>
            <w:r>
              <w:t>SO</w:t>
            </w:r>
            <w:r>
              <w:rPr>
                <w:vertAlign w:val="subscript"/>
              </w:rPr>
              <w:t>4</w:t>
            </w:r>
            <w:r>
              <w:t>, HNO</w:t>
            </w:r>
            <w:r>
              <w:rPr>
                <w:vertAlign w:val="subscript"/>
              </w:rPr>
              <w:t>3</w:t>
            </w:r>
            <w:r>
              <w:t>, Ba(OH)</w:t>
            </w:r>
            <w:r>
              <w:rPr>
                <w:vertAlign w:val="subscript"/>
              </w:rPr>
              <w:t>2.</w:t>
            </w:r>
          </w:p>
          <w:p w:rsidR="00DC2F01" w:rsidRPr="00E36725" w:rsidRDefault="00DC2F01" w:rsidP="00494884">
            <w:pPr>
              <w:rPr>
                <w:b/>
                <w:i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r w:rsidRPr="00DC2F01">
              <w:rPr>
                <w:b/>
                <w:i/>
                <w:lang w:val="ru-RU"/>
              </w:rPr>
              <w:lastRenderedPageBreak/>
              <w:t xml:space="preserve">14. </w:t>
            </w:r>
            <w:r w:rsidRPr="00DC2F01">
              <w:rPr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72 г"/>
              </w:smartTagPr>
              <w:r w:rsidRPr="00DC2F01">
                <w:rPr>
                  <w:lang w:val="ru-RU"/>
                </w:rPr>
                <w:t>72 г</w:t>
              </w:r>
            </w:smartTag>
            <w:r w:rsidRPr="00DC2F01">
              <w:rPr>
                <w:lang w:val="ru-RU"/>
              </w:rPr>
              <w:t xml:space="preserve"> сахарозы(</w:t>
            </w:r>
            <w:r>
              <w:t>C</w:t>
            </w:r>
            <w:r w:rsidRPr="00DC2F01">
              <w:rPr>
                <w:vertAlign w:val="subscript"/>
                <w:lang w:val="ru-RU"/>
              </w:rPr>
              <w:t>12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11</w:t>
            </w:r>
            <w:r w:rsidRPr="00DC2F01">
              <w:rPr>
                <w:lang w:val="ru-RU"/>
              </w:rPr>
              <w:t xml:space="preserve">)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C2F01">
                <w:rPr>
                  <w:lang w:val="ru-RU"/>
                </w:rPr>
                <w:t>1 л</w:t>
              </w:r>
            </w:smartTag>
            <w:r w:rsidRPr="00DC2F01">
              <w:rPr>
                <w:lang w:val="ru-RU"/>
              </w:rPr>
              <w:t xml:space="preserve"> раствора при 20</w:t>
            </w:r>
            <w:r w:rsidRPr="00DC2F01">
              <w:rPr>
                <w:vertAlign w:val="superscript"/>
                <w:lang w:val="ru-RU"/>
              </w:rPr>
              <w:t>о</w:t>
            </w:r>
            <w:r w:rsidRPr="00DC2F01">
              <w:rPr>
                <w:lang w:val="ru-RU"/>
              </w:rPr>
              <w:t xml:space="preserve">С имеет осмотическое давление… </w:t>
            </w:r>
            <w:r>
              <w:t xml:space="preserve">(кПа) </w:t>
            </w:r>
          </w:p>
          <w:p w:rsidR="00DC2F01" w:rsidRDefault="00DC2F01" w:rsidP="00494884"/>
        </w:tc>
      </w:tr>
      <w:tr w:rsidR="00DC2F01" w:rsidRPr="00B9477B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r w:rsidRPr="00DC2F01">
              <w:rPr>
                <w:b/>
                <w:i/>
                <w:lang w:val="ru-RU"/>
              </w:rPr>
              <w:t xml:space="preserve">15.  </w:t>
            </w:r>
            <w:r w:rsidRPr="00DC2F01">
              <w:rPr>
                <w:lang w:val="ru-RU"/>
              </w:rPr>
              <w:t xml:space="preserve">При растворении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DC2F01">
                <w:rPr>
                  <w:lang w:val="ru-RU"/>
                </w:rPr>
                <w:t>60 г</w:t>
              </w:r>
            </w:smartTag>
            <w:r w:rsidRPr="00DC2F01">
              <w:rPr>
                <w:lang w:val="ru-RU"/>
              </w:rPr>
              <w:t xml:space="preserve"> сахарозы в </w:t>
            </w:r>
            <w:smartTag w:uri="urn:schemas-microsoft-com:office:smarttags" w:element="metricconverter">
              <w:smartTagPr>
                <w:attr w:name="ProductID" w:val="100 г"/>
              </w:smartTagPr>
              <w:r w:rsidRPr="00DC2F01">
                <w:rPr>
                  <w:lang w:val="ru-RU"/>
                </w:rPr>
                <w:t>100 г</w:t>
              </w:r>
            </w:smartTag>
            <w:r w:rsidRPr="00DC2F01">
              <w:rPr>
                <w:lang w:val="ru-RU"/>
              </w:rPr>
              <w:t xml:space="preserve"> воды температура замерзания понизится, на ______ град. </w:t>
            </w:r>
            <w:r>
              <w:t>(К=1,86º</w:t>
            </w:r>
            <w:proofErr w:type="gramStart"/>
            <w:r>
              <w:t>С )</w:t>
            </w:r>
            <w:proofErr w:type="gramEnd"/>
          </w:p>
          <w:p w:rsidR="00DC2F01" w:rsidRPr="00B9477B" w:rsidRDefault="00DC2F01" w:rsidP="00494884"/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i/>
                <w:lang w:val="ru-RU"/>
              </w:rPr>
              <w:t>16.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Кислый раствор получают при растворении в воде:</w:t>
            </w:r>
          </w:p>
          <w:p w:rsidR="00DC2F01" w:rsidRPr="00DC2F01" w:rsidRDefault="00DC2F01" w:rsidP="00494884">
            <w:pPr>
              <w:rPr>
                <w:szCs w:val="14"/>
                <w:vertAlign w:val="subscript"/>
                <w:lang w:val="ru-RU"/>
              </w:rPr>
            </w:pPr>
            <w:r w:rsidRPr="00DC2F01">
              <w:rPr>
                <w:lang w:val="ru-RU"/>
              </w:rPr>
              <w:t>1)</w:t>
            </w:r>
            <w:r>
              <w:t>CrCl</w:t>
            </w:r>
            <w:r w:rsidRPr="00DC2F01">
              <w:rPr>
                <w:szCs w:val="14"/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                                  2</w:t>
            </w:r>
            <w:proofErr w:type="gramStart"/>
            <w:r w:rsidRPr="00DC2F01">
              <w:rPr>
                <w:lang w:val="ru-RU"/>
              </w:rPr>
              <w:t xml:space="preserve">)  </w:t>
            </w:r>
            <w:r>
              <w:t>CaCl</w:t>
            </w:r>
            <w:proofErr w:type="gramEnd"/>
            <w:r w:rsidRPr="00DC2F01">
              <w:rPr>
                <w:szCs w:val="14"/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                               3) </w:t>
            </w:r>
            <w:r>
              <w:t>NaNO</w:t>
            </w:r>
            <w:r w:rsidRPr="00DC2F01">
              <w:rPr>
                <w:szCs w:val="14"/>
                <w:vertAlign w:val="subscript"/>
                <w:lang w:val="ru-RU"/>
              </w:rPr>
              <w:t>2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sz w:val="28"/>
                <w:lang w:val="ru-RU"/>
              </w:rPr>
              <w:t xml:space="preserve">      </w:t>
            </w:r>
            <w:r w:rsidRPr="00DC2F01">
              <w:rPr>
                <w:lang w:val="ru-RU"/>
              </w:rPr>
              <w:t>Составьте уравнение реакций: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17. </w:t>
            </w:r>
            <w:r w:rsidRPr="00DC2F01">
              <w:rPr>
                <w:szCs w:val="28"/>
                <w:lang w:val="ru-RU"/>
              </w:rPr>
              <w:t xml:space="preserve">Чему равна концентрация ионов </w:t>
            </w:r>
            <w:r>
              <w:rPr>
                <w:szCs w:val="28"/>
              </w:rPr>
              <w:t>H</w:t>
            </w:r>
            <w:r w:rsidRPr="00DC2F01">
              <w:rPr>
                <w:szCs w:val="28"/>
                <w:vertAlign w:val="superscript"/>
                <w:lang w:val="ru-RU"/>
              </w:rPr>
              <w:t>+</w:t>
            </w:r>
            <w:r w:rsidRPr="00DC2F01">
              <w:rPr>
                <w:szCs w:val="28"/>
                <w:lang w:val="ru-RU"/>
              </w:rPr>
              <w:t xml:space="preserve"> в растворе (моль/л), если концентрация </w:t>
            </w:r>
            <w:proofErr w:type="gramStart"/>
            <w:r w:rsidRPr="00DC2F01">
              <w:rPr>
                <w:szCs w:val="28"/>
                <w:lang w:val="ru-RU"/>
              </w:rPr>
              <w:t xml:space="preserve">ионов  </w:t>
            </w:r>
            <w:r>
              <w:rPr>
                <w:szCs w:val="28"/>
              </w:rPr>
              <w:t>OH</w:t>
            </w:r>
            <w:proofErr w:type="gramEnd"/>
            <w:r w:rsidRPr="00DC2F01">
              <w:rPr>
                <w:szCs w:val="28"/>
                <w:vertAlign w:val="superscript"/>
                <w:lang w:val="ru-RU"/>
              </w:rPr>
              <w:t>-</w:t>
            </w:r>
            <w:r w:rsidRPr="00DC2F01">
              <w:rPr>
                <w:szCs w:val="28"/>
                <w:lang w:val="ru-RU"/>
              </w:rPr>
              <w:t xml:space="preserve"> равна 0,01 моль/л:  _____ .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E963BB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b/>
                <w:i/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18.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Для коллоидных растворов размер частиц равен   _________</w:t>
            </w:r>
            <w:proofErr w:type="gramStart"/>
            <w:r w:rsidRPr="00DC2F01">
              <w:rPr>
                <w:lang w:val="ru-RU"/>
              </w:rPr>
              <w:t>_  см.</w:t>
            </w:r>
            <w:proofErr w:type="gramEnd"/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Default="00DC2F01" w:rsidP="00494884">
            <w:r>
              <w:t>1) d&lt;10</w:t>
            </w:r>
            <w:r>
              <w:rPr>
                <w:vertAlign w:val="superscript"/>
              </w:rPr>
              <w:t>-7</w:t>
            </w:r>
            <w:r>
              <w:tab/>
              <w:t xml:space="preserve">       2) d=10</w:t>
            </w:r>
            <w:r>
              <w:rPr>
                <w:vertAlign w:val="superscript"/>
              </w:rPr>
              <w:t>-7</w:t>
            </w:r>
            <w:r>
              <w:t xml:space="preserve"> – 10</w:t>
            </w:r>
            <w:r>
              <w:rPr>
                <w:vertAlign w:val="superscript"/>
              </w:rPr>
              <w:t>-5</w:t>
            </w:r>
            <w:r>
              <w:tab/>
              <w:t xml:space="preserve">            3) d=10</w:t>
            </w:r>
            <w:r>
              <w:rPr>
                <w:vertAlign w:val="superscript"/>
              </w:rPr>
              <w:t>-5</w:t>
            </w:r>
            <w:r>
              <w:t xml:space="preserve"> – 10</w:t>
            </w:r>
            <w:r>
              <w:rPr>
                <w:vertAlign w:val="superscript"/>
              </w:rPr>
              <w:t>-4</w:t>
            </w:r>
            <w:r>
              <w:tab/>
            </w:r>
          </w:p>
          <w:p w:rsidR="00DC2F01" w:rsidRPr="00E963BB" w:rsidRDefault="00DC2F01" w:rsidP="00494884"/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19. </w:t>
            </w:r>
            <w:r w:rsidRPr="00DC2F01">
              <w:rPr>
                <w:szCs w:val="28"/>
                <w:lang w:val="ru-RU"/>
              </w:rPr>
              <w:t xml:space="preserve">Масса соли, </w:t>
            </w:r>
            <w:proofErr w:type="gramStart"/>
            <w:r w:rsidRPr="00DC2F01">
              <w:rPr>
                <w:szCs w:val="28"/>
                <w:lang w:val="ru-RU"/>
              </w:rPr>
              <w:t>содержащейся  в</w:t>
            </w:r>
            <w:proofErr w:type="gramEnd"/>
            <w:r w:rsidRPr="00DC2F01">
              <w:rPr>
                <w:szCs w:val="28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150 г"/>
              </w:smartTagPr>
              <w:r w:rsidRPr="00DC2F01">
                <w:rPr>
                  <w:szCs w:val="28"/>
                  <w:lang w:val="ru-RU"/>
                </w:rPr>
                <w:t>150 г</w:t>
              </w:r>
            </w:smartTag>
            <w:r w:rsidRPr="00DC2F01">
              <w:rPr>
                <w:szCs w:val="28"/>
                <w:lang w:val="ru-RU"/>
              </w:rPr>
              <w:t xml:space="preserve"> 5%-го раствора соли, равна  _______г.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20.  </w:t>
            </w:r>
            <w:r w:rsidRPr="00DC2F01">
              <w:rPr>
                <w:szCs w:val="28"/>
                <w:lang w:val="ru-RU"/>
              </w:rPr>
              <w:t xml:space="preserve">Масса соли </w:t>
            </w:r>
            <w:r>
              <w:rPr>
                <w:szCs w:val="28"/>
              </w:rPr>
              <w:t>Na</w:t>
            </w:r>
            <w:r w:rsidRPr="00DC2F01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CO</w:t>
            </w:r>
            <w:r w:rsidRPr="00DC2F01">
              <w:rPr>
                <w:szCs w:val="28"/>
                <w:vertAlign w:val="subscript"/>
                <w:lang w:val="ru-RU"/>
              </w:rPr>
              <w:t>3</w:t>
            </w:r>
            <w:r w:rsidRPr="00DC2F01">
              <w:rPr>
                <w:szCs w:val="28"/>
                <w:lang w:val="ru-RU"/>
              </w:rPr>
              <w:t xml:space="preserve"> в 500 мл раствора С</w:t>
            </w:r>
            <w:r w:rsidRPr="00DC2F01">
              <w:rPr>
                <w:szCs w:val="32"/>
                <w:vertAlign w:val="subscript"/>
                <w:lang w:val="ru-RU"/>
              </w:rPr>
              <w:t>н</w:t>
            </w:r>
            <w:r w:rsidRPr="00DC2F01">
              <w:rPr>
                <w:szCs w:val="28"/>
                <w:lang w:val="ru-RU"/>
              </w:rPr>
              <w:t xml:space="preserve">= 0,25 Н равна…, г.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F026BD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21. </w:t>
            </w:r>
            <w:r w:rsidRPr="00DC2F01">
              <w:rPr>
                <w:szCs w:val="28"/>
                <w:lang w:val="ru-RU"/>
              </w:rPr>
              <w:t>Какая реакция не относится к окислительно-восстановительным:</w:t>
            </w:r>
          </w:p>
          <w:p w:rsidR="00DC2F01" w:rsidRDefault="00DC2F01" w:rsidP="000D3AEE">
            <w:pPr>
              <w:numPr>
                <w:ilvl w:val="0"/>
                <w:numId w:val="115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2NaNO</w:t>
            </w:r>
            <w:r>
              <w:rPr>
                <w:szCs w:val="28"/>
                <w:vertAlign w:val="subscript"/>
              </w:rPr>
              <w:t>3</w:t>
            </w:r>
            <w:r>
              <w:rPr>
                <w:szCs w:val="28"/>
              </w:rPr>
              <w:t>→ NaNO</w:t>
            </w:r>
            <w:r>
              <w:rPr>
                <w:szCs w:val="28"/>
                <w:vertAlign w:val="subscript"/>
              </w:rPr>
              <w:t xml:space="preserve">2 </w:t>
            </w:r>
            <w:r>
              <w:rPr>
                <w:szCs w:val="28"/>
              </w:rPr>
              <w:t>+O</w:t>
            </w:r>
            <w:r>
              <w:rPr>
                <w:szCs w:val="28"/>
                <w:vertAlign w:val="subscript"/>
              </w:rPr>
              <w:t>2</w:t>
            </w:r>
          </w:p>
          <w:p w:rsidR="00DC2F01" w:rsidRDefault="00DC2F01" w:rsidP="000D3AEE">
            <w:pPr>
              <w:numPr>
                <w:ilvl w:val="0"/>
                <w:numId w:val="115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CaCO</w:t>
            </w:r>
            <w:proofErr w:type="gramStart"/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</w:rPr>
              <w:t xml:space="preserve">  →</w:t>
            </w:r>
            <w:proofErr w:type="gramEnd"/>
            <w:r>
              <w:rPr>
                <w:bCs/>
                <w:szCs w:val="28"/>
              </w:rPr>
              <w:t xml:space="preserve"> CaO + CO</w:t>
            </w:r>
            <w:r>
              <w:rPr>
                <w:bCs/>
                <w:szCs w:val="28"/>
                <w:vertAlign w:val="subscript"/>
              </w:rPr>
              <w:t>2</w:t>
            </w:r>
          </w:p>
          <w:p w:rsidR="00DC2F01" w:rsidRDefault="00DC2F01" w:rsidP="000D3AEE">
            <w:pPr>
              <w:numPr>
                <w:ilvl w:val="0"/>
                <w:numId w:val="115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2Pb(NO</w:t>
            </w:r>
            <w:r>
              <w:rPr>
                <w:szCs w:val="28"/>
                <w:vertAlign w:val="subscript"/>
              </w:rPr>
              <w:t>3</w:t>
            </w:r>
            <w:r>
              <w:rPr>
                <w:szCs w:val="28"/>
              </w:rPr>
              <w:t>)</w:t>
            </w:r>
            <w:r>
              <w:rPr>
                <w:szCs w:val="28"/>
                <w:vertAlign w:val="subscript"/>
              </w:rPr>
              <w:t xml:space="preserve"> 2</w:t>
            </w:r>
            <w:r>
              <w:rPr>
                <w:szCs w:val="28"/>
              </w:rPr>
              <w:t xml:space="preserve"> → 2PbO+4NO</w:t>
            </w:r>
            <w:r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 xml:space="preserve"> +O</w:t>
            </w:r>
            <w:r>
              <w:rPr>
                <w:szCs w:val="28"/>
                <w:vertAlign w:val="subscript"/>
              </w:rPr>
              <w:t>2</w:t>
            </w:r>
          </w:p>
          <w:p w:rsidR="00DC2F01" w:rsidRPr="00F026BD" w:rsidRDefault="00DC2F01" w:rsidP="00494884">
            <w:pPr>
              <w:ind w:left="1117"/>
              <w:rPr>
                <w:b/>
                <w:i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22. </w:t>
            </w:r>
            <w:r w:rsidRPr="00DC2F01">
              <w:rPr>
                <w:lang w:val="ru-RU"/>
              </w:rPr>
              <w:t xml:space="preserve">Из предложенных соединений </w:t>
            </w:r>
            <w:r w:rsidRPr="00951425">
              <w:t>KMnO</w:t>
            </w:r>
            <w:r w:rsidRPr="00DC2F01">
              <w:rPr>
                <w:vertAlign w:val="subscript"/>
                <w:lang w:val="ru-RU"/>
              </w:rPr>
              <w:t>4</w:t>
            </w:r>
            <w:r w:rsidRPr="00DC2F01">
              <w:rPr>
                <w:lang w:val="ru-RU"/>
              </w:rPr>
              <w:t xml:space="preserve">, </w:t>
            </w:r>
            <w:r w:rsidRPr="00951425">
              <w:t>H</w:t>
            </w:r>
            <w:r w:rsidRPr="00DC2F01">
              <w:rPr>
                <w:vertAlign w:val="subscript"/>
                <w:lang w:val="ru-RU"/>
              </w:rPr>
              <w:t>3</w:t>
            </w:r>
            <w:r w:rsidRPr="00951425">
              <w:t>PO</w:t>
            </w:r>
            <w:r w:rsidRPr="00DC2F01">
              <w:rPr>
                <w:vertAlign w:val="subscript"/>
                <w:lang w:val="ru-RU"/>
              </w:rPr>
              <w:t>4</w:t>
            </w:r>
            <w:r w:rsidRPr="00DC2F01">
              <w:rPr>
                <w:lang w:val="ru-RU"/>
              </w:rPr>
              <w:t xml:space="preserve">, </w:t>
            </w:r>
            <w:r w:rsidRPr="00951425">
              <w:t>SnCl</w:t>
            </w:r>
            <w:r w:rsidRPr="00DC2F01">
              <w:rPr>
                <w:vertAlign w:val="subscript"/>
                <w:lang w:val="ru-RU"/>
              </w:rPr>
              <w:t>4</w:t>
            </w:r>
            <w:r w:rsidRPr="00DC2F01">
              <w:rPr>
                <w:lang w:val="ru-RU"/>
              </w:rPr>
              <w:t xml:space="preserve"> выберите окислитель для окисления </w:t>
            </w:r>
            <w:r w:rsidRPr="00951425">
              <w:t>K</w:t>
            </w:r>
            <w:r w:rsidRPr="00DC2F01">
              <w:rPr>
                <w:vertAlign w:val="subscript"/>
                <w:lang w:val="ru-RU"/>
              </w:rPr>
              <w:t>2</w:t>
            </w:r>
            <w:r w:rsidRPr="00951425">
              <w:t>SO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 до </w:t>
            </w:r>
            <w:r w:rsidRPr="00951425">
              <w:t>K</w:t>
            </w:r>
            <w:r w:rsidRPr="00DC2F01">
              <w:rPr>
                <w:vertAlign w:val="subscript"/>
                <w:lang w:val="ru-RU"/>
              </w:rPr>
              <w:t>2</w:t>
            </w:r>
            <w:r w:rsidRPr="00951425">
              <w:t>SO</w:t>
            </w:r>
            <w:r w:rsidRPr="00DC2F01">
              <w:rPr>
                <w:vertAlign w:val="subscript"/>
                <w:lang w:val="ru-RU"/>
              </w:rPr>
              <w:t>4</w:t>
            </w:r>
            <w:r w:rsidRPr="00DC2F01">
              <w:rPr>
                <w:lang w:val="ru-RU"/>
              </w:rPr>
              <w:t xml:space="preserve"> , если </w:t>
            </w:r>
            <w:r>
              <w:rPr>
                <w:position w:val="-12"/>
              </w:rPr>
              <w:object w:dxaOrig="2260" w:dyaOrig="380">
                <v:shape id="_x0000_i1201" type="#_x0000_t75" style="width:114pt;height:18.75pt" o:ole="" fillcolor="window">
                  <v:imagedata r:id="rId202" o:title=""/>
                </v:shape>
                <o:OLEObject Type="Embed" ProgID="Equation.3" ShapeID="_x0000_i1201" DrawAspect="Content" ObjectID="_1841053946" r:id="rId320"/>
              </w:object>
            </w:r>
            <w:r w:rsidRPr="00DC2F01">
              <w:rPr>
                <w:lang w:val="ru-RU"/>
              </w:rPr>
              <w:t xml:space="preserve">   </w:t>
            </w:r>
            <w:r>
              <w:rPr>
                <w:position w:val="-10"/>
              </w:rPr>
              <w:object w:dxaOrig="2420" w:dyaOrig="360">
                <v:shape id="_x0000_i1202" type="#_x0000_t75" style="width:120.75pt;height:18pt" o:ole="" fillcolor="window">
                  <v:imagedata r:id="rId204" o:title=""/>
                </v:shape>
                <o:OLEObject Type="Embed" ProgID="Equation.3" ShapeID="_x0000_i1202" DrawAspect="Content" ObjectID="_1841053947" r:id="rId321"/>
              </w:object>
            </w:r>
            <w:r w:rsidRPr="00DC2F01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020" w:dyaOrig="360">
                <v:shape id="_x0000_i1203" type="#_x0000_t75" style="width:101.25pt;height:18pt" o:ole="" fillcolor="window">
                  <v:imagedata r:id="rId206" o:title=""/>
                </v:shape>
                <o:OLEObject Type="Embed" ProgID="Equation.3" ShapeID="_x0000_i1203" DrawAspect="Content" ObjectID="_1841053948" r:id="rId322"/>
              </w:object>
            </w:r>
            <w:r w:rsidRPr="00DC2F01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1800" w:dyaOrig="360">
                <v:shape id="_x0000_i1204" type="#_x0000_t75" style="width:90pt;height:18pt" o:ole="" fillcolor="window">
                  <v:imagedata r:id="rId208" o:title=""/>
                </v:shape>
                <o:OLEObject Type="Embed" ProgID="Equation.3" ShapeID="_x0000_i1204" DrawAspect="Content" ObjectID="_1841053949" r:id="rId323"/>
              </w:object>
            </w:r>
            <w:r w:rsidRPr="00DC2F01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180" w:dyaOrig="360">
                <v:shape id="_x0000_i1205" type="#_x0000_t75" style="width:108.75pt;height:18pt" o:ole="" fillcolor="window">
                  <v:imagedata r:id="rId210" o:title=""/>
                </v:shape>
                <o:OLEObject Type="Embed" ProgID="Equation.3" ShapeID="_x0000_i1205" DrawAspect="Content" ObjectID="_1841053950" r:id="rId324"/>
              </w:object>
            </w:r>
          </w:p>
          <w:p w:rsidR="00DC2F01" w:rsidRPr="00DC2F01" w:rsidRDefault="00DC2F01" w:rsidP="00494884">
            <w:pPr>
              <w:ind w:left="757"/>
              <w:rPr>
                <w:b/>
                <w:i/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 23. </w:t>
            </w:r>
            <w:r w:rsidRPr="00DC2F01">
              <w:rPr>
                <w:lang w:val="ru-RU"/>
              </w:rPr>
              <w:t xml:space="preserve">Вычислить Е (ЭДС) гальванического элемента в (В), состоящего из никелевого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C2F01">
                <w:rPr>
                  <w:lang w:val="ru-RU"/>
                </w:rPr>
                <w:t>1 М</w:t>
              </w:r>
            </w:smartTag>
            <w:r w:rsidRPr="00DC2F01">
              <w:rPr>
                <w:lang w:val="ru-RU"/>
              </w:rPr>
              <w:t xml:space="preserve"> раствор соли </w:t>
            </w:r>
            <w:r>
              <w:t>NiCl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 и золотого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C2F01">
                <w:rPr>
                  <w:lang w:val="ru-RU"/>
                </w:rPr>
                <w:t>1 М</w:t>
              </w:r>
            </w:smartTag>
            <w:r w:rsidRPr="00DC2F01">
              <w:rPr>
                <w:lang w:val="ru-RU"/>
              </w:rPr>
              <w:t xml:space="preserve"> раствор соли </w:t>
            </w:r>
            <w:r>
              <w:lastRenderedPageBreak/>
              <w:t>Au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(</w:t>
            </w:r>
            <w:r>
              <w:t>SO</w:t>
            </w:r>
            <w:r w:rsidRPr="00DC2F01">
              <w:rPr>
                <w:vertAlign w:val="subscript"/>
                <w:lang w:val="ru-RU"/>
              </w:rPr>
              <w:t>4</w:t>
            </w:r>
            <w:r w:rsidRPr="00DC2F01">
              <w:rPr>
                <w:lang w:val="ru-RU"/>
              </w:rPr>
              <w:t>)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, если  </w:t>
            </w:r>
            <w:r>
              <w:rPr>
                <w:position w:val="-10"/>
              </w:rPr>
              <w:object w:dxaOrig="300" w:dyaOrig="360">
                <v:shape id="_x0000_i1206" type="#_x0000_t75" style="width:15.75pt;height:18pt" o:ole="" fillcolor="window">
                  <v:imagedata r:id="rId212" o:title=""/>
                </v:shape>
                <o:OLEObject Type="Embed" ProgID="Equation.3" ShapeID="_x0000_i1206" DrawAspect="Content" ObjectID="_1841053951" r:id="rId325"/>
              </w:object>
            </w:r>
            <w:r w:rsidRPr="00DC2F01">
              <w:rPr>
                <w:lang w:val="ru-RU"/>
              </w:rPr>
              <w:t xml:space="preserve"> </w:t>
            </w:r>
            <w:r>
              <w:rPr>
                <w:szCs w:val="28"/>
              </w:rPr>
              <w:t>Au</w:t>
            </w:r>
            <w:r w:rsidRPr="00DC2F01">
              <w:rPr>
                <w:szCs w:val="28"/>
                <w:lang w:val="ru-RU"/>
              </w:rPr>
              <w:t>/</w:t>
            </w:r>
            <w:r>
              <w:rPr>
                <w:szCs w:val="28"/>
              </w:rPr>
              <w:t>Au</w:t>
            </w:r>
            <w:r w:rsidRPr="00DC2F01">
              <w:rPr>
                <w:szCs w:val="28"/>
                <w:vertAlign w:val="superscript"/>
                <w:lang w:val="ru-RU"/>
              </w:rPr>
              <w:t xml:space="preserve">+3 </w:t>
            </w:r>
            <w:r w:rsidRPr="00DC2F01">
              <w:rPr>
                <w:lang w:val="ru-RU"/>
              </w:rPr>
              <w:t xml:space="preserve">= </w:t>
            </w:r>
            <w:r w:rsidRPr="00DC2F01">
              <w:rPr>
                <w:szCs w:val="28"/>
                <w:lang w:val="ru-RU"/>
              </w:rPr>
              <w:t>+1,50</w:t>
            </w:r>
            <w:r>
              <w:rPr>
                <w:szCs w:val="28"/>
              </w:rPr>
              <w:t>B</w:t>
            </w:r>
            <w:r w:rsidRPr="00DC2F01">
              <w:rPr>
                <w:szCs w:val="28"/>
                <w:lang w:val="ru-RU"/>
              </w:rPr>
              <w:t xml:space="preserve">; </w:t>
            </w:r>
            <w:r>
              <w:rPr>
                <w:position w:val="-10"/>
              </w:rPr>
              <w:object w:dxaOrig="300" w:dyaOrig="360">
                <v:shape id="_x0000_i1207" type="#_x0000_t75" style="width:15.75pt;height:18pt" o:ole="" fillcolor="window">
                  <v:imagedata r:id="rId212" o:title=""/>
                </v:shape>
                <o:OLEObject Type="Embed" ProgID="Equation.3" ShapeID="_x0000_i1207" DrawAspect="Content" ObjectID="_1841053952" r:id="rId326"/>
              </w:object>
            </w:r>
            <w:r w:rsidRPr="00DC2F01">
              <w:rPr>
                <w:lang w:val="ru-RU"/>
              </w:rPr>
              <w:t xml:space="preserve"> </w:t>
            </w:r>
            <w:r>
              <w:t>Ni</w:t>
            </w:r>
            <w:r w:rsidRPr="00DC2F01">
              <w:rPr>
                <w:lang w:val="ru-RU"/>
              </w:rPr>
              <w:t>/</w:t>
            </w:r>
            <w:r>
              <w:t>Ni</w:t>
            </w:r>
            <w:r w:rsidRPr="00DC2F01">
              <w:rPr>
                <w:vertAlign w:val="superscript"/>
                <w:lang w:val="ru-RU"/>
              </w:rPr>
              <w:t xml:space="preserve">+2 </w:t>
            </w:r>
            <w:r w:rsidRPr="00DC2F01">
              <w:rPr>
                <w:lang w:val="ru-RU"/>
              </w:rPr>
              <w:t>= -0,25</w:t>
            </w:r>
            <w:r>
              <w:t>B</w:t>
            </w:r>
          </w:p>
          <w:p w:rsidR="00DC2F01" w:rsidRPr="00DC2F01" w:rsidRDefault="00DC2F01" w:rsidP="00494884">
            <w:pPr>
              <w:rPr>
                <w:b/>
                <w:i/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r w:rsidRPr="00DC2F01">
              <w:rPr>
                <w:b/>
                <w:i/>
                <w:lang w:val="ru-RU"/>
              </w:rPr>
              <w:lastRenderedPageBreak/>
              <w:t xml:space="preserve"> </w:t>
            </w:r>
            <w:r>
              <w:rPr>
                <w:b/>
                <w:i/>
              </w:rPr>
              <w:t xml:space="preserve">24. </w:t>
            </w:r>
            <w:r>
              <w:t>Электролиз – это:</w:t>
            </w:r>
          </w:p>
          <w:p w:rsidR="00DC2F01" w:rsidRPr="00DC2F01" w:rsidRDefault="00DC2F01" w:rsidP="000D3AEE">
            <w:pPr>
              <w:numPr>
                <w:ilvl w:val="0"/>
                <w:numId w:val="104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Окислительно-восстановительные процессы, проходящие в растворах и расплавах электролитов во время прохождения электрического тока;</w:t>
            </w:r>
          </w:p>
          <w:p w:rsidR="00DC2F01" w:rsidRPr="00DC2F01" w:rsidRDefault="00DC2F01" w:rsidP="000D3AEE">
            <w:pPr>
              <w:numPr>
                <w:ilvl w:val="0"/>
                <w:numId w:val="104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Окислительно-восстановительные процессы, протекающие в растворах между ионами;</w:t>
            </w:r>
          </w:p>
          <w:p w:rsidR="00DC2F01" w:rsidRPr="00DC2F01" w:rsidRDefault="00DC2F01" w:rsidP="000D3AEE">
            <w:pPr>
              <w:numPr>
                <w:ilvl w:val="0"/>
                <w:numId w:val="104"/>
              </w:numPr>
              <w:spacing w:line="240" w:lineRule="auto"/>
              <w:rPr>
                <w:b/>
                <w:i/>
                <w:lang w:val="ru-RU"/>
              </w:rPr>
            </w:pPr>
            <w:r w:rsidRPr="00DC2F01">
              <w:rPr>
                <w:lang w:val="ru-RU"/>
              </w:rPr>
              <w:t>Окислительно-восстановительные процессы, протекающие в растворах или расплавах электролитов, под действием молекул растворителя</w:t>
            </w:r>
          </w:p>
          <w:p w:rsidR="00DC2F01" w:rsidRPr="00DC2F01" w:rsidRDefault="00DC2F01" w:rsidP="00494884">
            <w:pPr>
              <w:rPr>
                <w:b/>
                <w:i/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25. </w:t>
            </w:r>
            <w:r w:rsidRPr="00DC2F01">
              <w:rPr>
                <w:lang w:val="ru-RU"/>
              </w:rPr>
              <w:t>Какое количество электричества надо пропустить через раствор сульфата меди (</w:t>
            </w:r>
            <w:r>
              <w:t>II</w:t>
            </w:r>
            <w:r w:rsidRPr="00DC2F01">
              <w:rPr>
                <w:lang w:val="ru-RU"/>
              </w:rPr>
              <w:t xml:space="preserve">), чтобы на аноде выделилось </w:t>
            </w:r>
            <w:smartTag w:uri="urn:schemas-microsoft-com:office:smarttags" w:element="metricconverter">
              <w:smartTagPr>
                <w:attr w:name="ProductID" w:val="22,4 л"/>
              </w:smartTagPr>
              <w:r w:rsidRPr="00DC2F01">
                <w:rPr>
                  <w:lang w:val="ru-RU"/>
                </w:rPr>
                <w:t>22,4 л</w:t>
              </w:r>
            </w:smartTag>
            <w:r w:rsidRPr="00DC2F01">
              <w:rPr>
                <w:lang w:val="ru-RU"/>
              </w:rPr>
              <w:t xml:space="preserve"> кислорода (н.у)?</w:t>
            </w:r>
          </w:p>
          <w:p w:rsidR="00DC2F01" w:rsidRPr="00DC2F01" w:rsidRDefault="00DC2F01" w:rsidP="00494884">
            <w:pPr>
              <w:rPr>
                <w:b/>
                <w:i/>
                <w:lang w:val="ru-RU"/>
              </w:rPr>
            </w:pPr>
          </w:p>
        </w:tc>
      </w:tr>
      <w:tr w:rsidR="00DC2F01" w:rsidRPr="00F026BD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r w:rsidRPr="00DC2F01">
              <w:rPr>
                <w:b/>
                <w:i/>
                <w:lang w:val="ru-RU"/>
              </w:rPr>
              <w:t xml:space="preserve">26. </w:t>
            </w:r>
            <w:r w:rsidRPr="00DC2F01">
              <w:rPr>
                <w:lang w:val="ru-RU"/>
              </w:rPr>
              <w:t xml:space="preserve">При электролизе водного раствора соли значение рН в приэлектродном пространстве одного из электродов возросло. </w:t>
            </w:r>
            <w:r>
              <w:t>Раствор, какой соли подвергался электролизу?</w:t>
            </w:r>
          </w:p>
          <w:p w:rsidR="00DC2F01" w:rsidRDefault="00DC2F01" w:rsidP="00494884">
            <w:pPr>
              <w:rPr>
                <w:position w:val="-12"/>
              </w:rPr>
            </w:pPr>
            <w:r>
              <w:rPr>
                <w:position w:val="-6"/>
              </w:rPr>
              <w:t xml:space="preserve">1) </w:t>
            </w:r>
            <w:r>
              <w:rPr>
                <w:position w:val="-6"/>
              </w:rPr>
              <w:object w:dxaOrig="479" w:dyaOrig="280">
                <v:shape id="_x0000_i1208" type="#_x0000_t75" style="width:24pt;height:14.25pt" o:ole="">
                  <v:imagedata r:id="rId240" o:title=""/>
                </v:shape>
                <o:OLEObject Type="Embed" ProgID="Equation.3" ShapeID="_x0000_i1208" DrawAspect="Content" ObjectID="_1841053953" r:id="rId327"/>
              </w:object>
            </w:r>
            <w:r>
              <w:rPr>
                <w:position w:val="-6"/>
              </w:rPr>
              <w:t xml:space="preserve">;      2) </w:t>
            </w:r>
            <w:r>
              <w:rPr>
                <w:position w:val="-10"/>
              </w:rPr>
              <w:object w:dxaOrig="660" w:dyaOrig="340">
                <v:shape id="_x0000_i1209" type="#_x0000_t75" style="width:33pt;height:17.25pt" o:ole="">
                  <v:imagedata r:id="rId242" o:title=""/>
                </v:shape>
                <o:OLEObject Type="Embed" ProgID="Equation.3" ShapeID="_x0000_i1209" DrawAspect="Content" ObjectID="_1841053954" r:id="rId328"/>
              </w:object>
            </w:r>
            <w:r>
              <w:rPr>
                <w:position w:val="-10"/>
              </w:rPr>
              <w:t xml:space="preserve">;   3)  </w:t>
            </w:r>
            <w:r>
              <w:rPr>
                <w:position w:val="-12"/>
              </w:rPr>
              <w:object w:dxaOrig="1060" w:dyaOrig="360">
                <v:shape id="_x0000_i1210" type="#_x0000_t75" style="width:53.25pt;height:18pt" o:ole="">
                  <v:imagedata r:id="rId244" o:title=""/>
                </v:shape>
                <o:OLEObject Type="Embed" ProgID="Equation.3" ShapeID="_x0000_i1210" DrawAspect="Content" ObjectID="_1841053955" r:id="rId329"/>
              </w:object>
            </w:r>
          </w:p>
          <w:p w:rsidR="00DC2F01" w:rsidRPr="00F026BD" w:rsidRDefault="00DC2F01" w:rsidP="00494884">
            <w:pPr>
              <w:rPr>
                <w:b/>
                <w:i/>
              </w:rPr>
            </w:pPr>
          </w:p>
        </w:tc>
      </w:tr>
      <w:tr w:rsidR="00DC2F01" w:rsidRPr="00951425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27. </w:t>
            </w:r>
            <w:r w:rsidRPr="00DC2F01">
              <w:rPr>
                <w:lang w:val="ru-RU"/>
              </w:rPr>
              <w:t xml:space="preserve">Какие продукты образуются при растворении олова в растворе щелочи? </w:t>
            </w:r>
          </w:p>
          <w:p w:rsidR="00DC2F01" w:rsidRPr="00D81F18" w:rsidRDefault="00DC2F01" w:rsidP="000D3AEE">
            <w:pPr>
              <w:numPr>
                <w:ilvl w:val="0"/>
                <w:numId w:val="117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[Sn(OH)</w:t>
            </w:r>
            <w:r w:rsidRPr="00D81F18">
              <w:rPr>
                <w:vertAlign w:val="subscript"/>
              </w:rPr>
              <w:t>6</w:t>
            </w:r>
            <w:r w:rsidRPr="00D81F18">
              <w:t>] + H</w:t>
            </w:r>
            <w:r w:rsidRPr="00D81F18">
              <w:rPr>
                <w:vertAlign w:val="subscript"/>
              </w:rPr>
              <w:t>2</w:t>
            </w:r>
            <w:r w:rsidRPr="00D81F18">
              <w:t>O;</w:t>
            </w:r>
            <w:r w:rsidRPr="00D81F18">
              <w:tab/>
            </w:r>
            <w:r w:rsidRPr="00D81F18">
              <w:tab/>
            </w:r>
          </w:p>
          <w:p w:rsidR="00DC2F01" w:rsidRPr="00D81F18" w:rsidRDefault="00DC2F01" w:rsidP="000D3AEE">
            <w:pPr>
              <w:numPr>
                <w:ilvl w:val="0"/>
                <w:numId w:val="117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[Sn(OH)</w:t>
            </w:r>
            <w:r w:rsidRPr="00D81F18">
              <w:rPr>
                <w:vertAlign w:val="subscript"/>
              </w:rPr>
              <w:t>4</w:t>
            </w:r>
            <w:r w:rsidRPr="00D81F18">
              <w:t>] + H</w:t>
            </w:r>
            <w:proofErr w:type="gramStart"/>
            <w:r w:rsidRPr="00D81F18">
              <w:rPr>
                <w:vertAlign w:val="subscript"/>
              </w:rPr>
              <w:t>2</w:t>
            </w:r>
            <w:r w:rsidRPr="00D81F18">
              <w:t xml:space="preserve"> ;</w:t>
            </w:r>
            <w:proofErr w:type="gramEnd"/>
            <w:r w:rsidRPr="00D81F18">
              <w:tab/>
            </w:r>
            <w:r w:rsidRPr="00D81F18">
              <w:tab/>
            </w:r>
          </w:p>
          <w:p w:rsidR="00DC2F01" w:rsidRPr="00D81F18" w:rsidRDefault="00DC2F01" w:rsidP="000D3AEE">
            <w:pPr>
              <w:numPr>
                <w:ilvl w:val="0"/>
                <w:numId w:val="117"/>
              </w:numPr>
              <w:spacing w:line="240" w:lineRule="auto"/>
              <w:jc w:val="both"/>
            </w:pPr>
            <w:r w:rsidRPr="00D81F18">
              <w:t>Na</w:t>
            </w:r>
            <w:r w:rsidRPr="00D81F18">
              <w:rPr>
                <w:vertAlign w:val="subscript"/>
              </w:rPr>
              <w:t>2</w:t>
            </w:r>
            <w:r w:rsidRPr="00D81F18">
              <w:t>SnO</w:t>
            </w:r>
            <w:r w:rsidRPr="00D81F18">
              <w:rPr>
                <w:vertAlign w:val="subscript"/>
              </w:rPr>
              <w:t>3</w:t>
            </w:r>
            <w:r w:rsidRPr="00D81F18">
              <w:t xml:space="preserve"> + H</w:t>
            </w:r>
            <w:proofErr w:type="gramStart"/>
            <w:r w:rsidRPr="00D81F18">
              <w:rPr>
                <w:vertAlign w:val="subscript"/>
              </w:rPr>
              <w:t>2</w:t>
            </w:r>
            <w:r w:rsidRPr="00D81F18">
              <w:t xml:space="preserve"> ;</w:t>
            </w:r>
            <w:proofErr w:type="gramEnd"/>
            <w:r w:rsidRPr="00D81F18">
              <w:tab/>
            </w:r>
            <w:r w:rsidRPr="00D81F18">
              <w:tab/>
            </w:r>
            <w:r w:rsidRPr="00D81F18">
              <w:tab/>
            </w:r>
          </w:p>
          <w:p w:rsidR="00DC2F01" w:rsidRPr="00951425" w:rsidRDefault="00DC2F01" w:rsidP="00494884"/>
        </w:tc>
      </w:tr>
      <w:tr w:rsidR="00DC2F01" w:rsidRPr="00F026BD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28. </w:t>
            </w:r>
            <w:r w:rsidRPr="00DC2F01">
              <w:rPr>
                <w:lang w:val="ru-RU"/>
              </w:rPr>
              <w:t>Укажите соединения, которые может образовывать молибден?</w:t>
            </w:r>
          </w:p>
          <w:p w:rsidR="00DC2F01" w:rsidRDefault="00DC2F01" w:rsidP="00494884">
            <w:r>
              <w:rPr>
                <w:position w:val="-12"/>
              </w:rPr>
              <w:object w:dxaOrig="920" w:dyaOrig="360">
                <v:shape id="_x0000_i1211" type="#_x0000_t75" style="width:45.75pt;height:18pt" o:ole="">
                  <v:imagedata r:id="rId330" o:title=""/>
                </v:shape>
                <o:OLEObject Type="Embed" ProgID="Equation.3" ShapeID="_x0000_i1211" DrawAspect="Content" ObjectID="_1841053956" r:id="rId331"/>
              </w:object>
            </w:r>
            <w:r>
              <w:t xml:space="preserve"> ;      </w:t>
            </w:r>
            <w:r>
              <w:rPr>
                <w:position w:val="-12"/>
              </w:rPr>
              <w:object w:dxaOrig="1060" w:dyaOrig="360">
                <v:shape id="_x0000_i1212" type="#_x0000_t75" style="width:53.25pt;height:18pt" o:ole="">
                  <v:imagedata r:id="rId332" o:title=""/>
                </v:shape>
                <o:OLEObject Type="Embed" ProgID="Equation.3" ShapeID="_x0000_i1212" DrawAspect="Content" ObjectID="_1841053957" r:id="rId333"/>
              </w:object>
            </w:r>
            <w:r>
              <w:t xml:space="preserve">;     </w:t>
            </w:r>
            <w:r>
              <w:rPr>
                <w:position w:val="-10"/>
              </w:rPr>
              <w:object w:dxaOrig="940" w:dyaOrig="340">
                <v:shape id="_x0000_i1213" type="#_x0000_t75" style="width:46.5pt;height:17.25pt" o:ole="">
                  <v:imagedata r:id="rId334" o:title=""/>
                </v:shape>
                <o:OLEObject Type="Embed" ProgID="Equation.3" ShapeID="_x0000_i1213" DrawAspect="Content" ObjectID="_1841053958" r:id="rId335"/>
              </w:object>
            </w:r>
          </w:p>
          <w:p w:rsidR="00DC2F01" w:rsidRPr="00F026BD" w:rsidRDefault="00DC2F01" w:rsidP="00494884">
            <w:pPr>
              <w:rPr>
                <w:b/>
                <w:i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  <w:tcBorders>
              <w:bottom w:val="single" w:sz="4" w:space="0" w:color="auto"/>
            </w:tcBorders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i/>
                <w:lang w:val="ru-RU"/>
              </w:rPr>
              <w:t xml:space="preserve">29. </w:t>
            </w:r>
            <w:r w:rsidRPr="00DC2F01">
              <w:rPr>
                <w:lang w:val="ru-RU"/>
              </w:rPr>
              <w:t xml:space="preserve">Присутствие карбонат-ионов в водном растворе можно обнаружить с помощью ионов </w:t>
            </w:r>
          </w:p>
          <w:p w:rsidR="00DC2F01" w:rsidRPr="00DC2F01" w:rsidRDefault="00DC2F01" w:rsidP="00494884">
            <w:pPr>
              <w:pStyle w:val="23"/>
              <w:ind w:left="1117"/>
              <w:rPr>
                <w:bCs/>
                <w:lang w:val="ru-RU"/>
              </w:rPr>
            </w:pPr>
            <w:r w:rsidRPr="00DC2F01">
              <w:rPr>
                <w:lang w:val="ru-RU"/>
              </w:rPr>
              <w:t xml:space="preserve">1) </w:t>
            </w:r>
            <w:r>
              <w:t>Na</w:t>
            </w:r>
            <w:r w:rsidRPr="00DC2F01">
              <w:rPr>
                <w:vertAlign w:val="superscript"/>
                <w:lang w:val="ru-RU"/>
              </w:rPr>
              <w:t>+</w:t>
            </w:r>
            <w:r w:rsidRPr="00DC2F01">
              <w:rPr>
                <w:lang w:val="ru-RU"/>
              </w:rPr>
              <w:t xml:space="preserve">;    2) </w:t>
            </w:r>
            <w:r>
              <w:t>NH</w:t>
            </w:r>
            <w:r w:rsidRPr="00DC2F01">
              <w:rPr>
                <w:vertAlign w:val="subscript"/>
                <w:lang w:val="ru-RU"/>
              </w:rPr>
              <w:t>4</w:t>
            </w:r>
            <w:r w:rsidRPr="00DC2F01">
              <w:rPr>
                <w:vertAlign w:val="superscript"/>
                <w:lang w:val="ru-RU"/>
              </w:rPr>
              <w:t>+</w:t>
            </w:r>
            <w:r w:rsidRPr="00DC2F01">
              <w:rPr>
                <w:lang w:val="ru-RU"/>
              </w:rPr>
              <w:t xml:space="preserve">;    3) </w:t>
            </w:r>
            <w:r>
              <w:rPr>
                <w:bCs/>
              </w:rPr>
              <w:t>H</w:t>
            </w:r>
            <w:r w:rsidRPr="00DC2F01">
              <w:rPr>
                <w:bCs/>
                <w:vertAlign w:val="superscript"/>
                <w:lang w:val="ru-RU"/>
              </w:rPr>
              <w:t>+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Составьте уравнение реакции:</w:t>
            </w:r>
          </w:p>
          <w:p w:rsidR="00DC2F01" w:rsidRPr="00DC2F01" w:rsidRDefault="00DC2F01" w:rsidP="00494884">
            <w:pPr>
              <w:rPr>
                <w:position w:val="-12"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i/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  <w:lang w:val="ru-RU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DC2F0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DC2F0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Утверждено на заседании кафедры: ЭБЖиФ протокол от «03» декабря 2025 г. № 4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283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b/>
                <w:lang w:val="ru-RU"/>
              </w:rPr>
            </w:pPr>
            <w:r w:rsidRPr="00DC2F01">
              <w:rPr>
                <w:b/>
                <w:lang w:val="ru-RU"/>
              </w:rPr>
              <w:lastRenderedPageBreak/>
              <w:t>Экзаменационный тест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b/>
                <w:lang w:val="ru-RU"/>
              </w:rPr>
              <w:lastRenderedPageBreak/>
              <w:t>Вариант № 3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jc w:val="center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  <w:tcBorders>
              <w:top w:val="single" w:sz="4" w:space="0" w:color="auto"/>
            </w:tcBorders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lastRenderedPageBreak/>
              <w:t xml:space="preserve">1. </w:t>
            </w:r>
            <w:r w:rsidRPr="00DC2F01">
              <w:rPr>
                <w:lang w:val="ru-RU"/>
              </w:rPr>
              <w:t>Число, каких элементарных частиц является определяющим для понятия «ион»:</w:t>
            </w:r>
          </w:p>
          <w:p w:rsidR="00DC2F01" w:rsidRDefault="00DC2F01" w:rsidP="00494884">
            <w:r>
              <w:t xml:space="preserve">1)протоны;   </w:t>
            </w:r>
          </w:p>
          <w:p w:rsidR="00DC2F01" w:rsidRDefault="00DC2F01" w:rsidP="00494884">
            <w:r>
              <w:t xml:space="preserve">2)нейтроны;   </w:t>
            </w:r>
          </w:p>
          <w:p w:rsidR="00DC2F01" w:rsidRDefault="00DC2F01" w:rsidP="00494884">
            <w:r>
              <w:t>3)электроны.</w:t>
            </w:r>
          </w:p>
          <w:p w:rsidR="00DC2F01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2. </w:t>
            </w:r>
            <w:r w:rsidRPr="00DC2F01">
              <w:rPr>
                <w:lang w:val="ru-RU"/>
              </w:rPr>
              <w:t xml:space="preserve">Атомы элементов, имеющие одинаковое число валентных </w:t>
            </w:r>
            <w:proofErr w:type="gramStart"/>
            <w:r w:rsidRPr="00DC2F01">
              <w:rPr>
                <w:lang w:val="ru-RU"/>
              </w:rPr>
              <w:t>электронов,  расположены</w:t>
            </w:r>
            <w:proofErr w:type="gramEnd"/>
            <w:r w:rsidRPr="00DC2F01">
              <w:rPr>
                <w:lang w:val="ru-RU"/>
              </w:rPr>
              <w:t>:</w:t>
            </w:r>
          </w:p>
          <w:p w:rsidR="00DC2F01" w:rsidRPr="00DC2F01" w:rsidRDefault="00DC2F01" w:rsidP="000D3AEE">
            <w:pPr>
              <w:numPr>
                <w:ilvl w:val="0"/>
                <w:numId w:val="118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в одной группе периодической системы;</w:t>
            </w:r>
          </w:p>
          <w:p w:rsidR="00DC2F01" w:rsidRPr="00DC2F01" w:rsidRDefault="00DC2F01" w:rsidP="000D3AEE">
            <w:pPr>
              <w:numPr>
                <w:ilvl w:val="0"/>
                <w:numId w:val="118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в одном периоде периодической системы;</w:t>
            </w:r>
          </w:p>
          <w:p w:rsidR="00DC2F01" w:rsidRPr="00DC2F01" w:rsidRDefault="00DC2F01" w:rsidP="000D3AEE">
            <w:pPr>
              <w:numPr>
                <w:ilvl w:val="0"/>
                <w:numId w:val="118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DC2F01">
              <w:rPr>
                <w:lang w:val="ru-RU"/>
              </w:rPr>
              <w:t>в одной подгруппе периодической системы.</w:t>
            </w:r>
          </w:p>
          <w:p w:rsidR="00DC2F01" w:rsidRPr="00DC2F01" w:rsidRDefault="00DC2F01" w:rsidP="00494884">
            <w:pPr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3. </w:t>
            </w:r>
            <w:r w:rsidRPr="00DC2F01">
              <w:rPr>
                <w:lang w:val="ru-RU"/>
              </w:rPr>
              <w:t>Высший гидроксид хрома: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     1) проявляет кислотные свойства</w:t>
            </w:r>
            <w:r w:rsidRPr="00FA34E7">
              <w:rPr>
                <w:position w:val="-10"/>
              </w:rPr>
              <w:object w:dxaOrig="180" w:dyaOrig="340">
                <v:shape id="_x0000_i1214" type="#_x0000_t75" style="width:9pt;height:17.25pt" o:ole="">
                  <v:imagedata r:id="rId189" o:title=""/>
                </v:shape>
                <o:OLEObject Type="Embed" ProgID="Equation.3" ShapeID="_x0000_i1214" DrawAspect="Content" ObjectID="_1841053959" r:id="rId336"/>
              </w:objec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     2) проявляет основные свойства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     3) проявляет амфотерные свойства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     Ответ подтвердите, составив уравнение реакций:</w:t>
            </w:r>
          </w:p>
          <w:p w:rsidR="00DC2F01" w:rsidRDefault="00DC2F01" w:rsidP="00494884">
            <w:r>
              <w:t>1)</w:t>
            </w:r>
          </w:p>
          <w:p w:rsidR="00DC2F01" w:rsidRDefault="00DC2F01" w:rsidP="00494884">
            <w:r>
              <w:t>2)</w:t>
            </w:r>
          </w:p>
          <w:p w:rsidR="00DC2F01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proofErr w:type="gramStart"/>
            <w:r w:rsidRPr="00DC2F01">
              <w:rPr>
                <w:bCs/>
                <w:iCs/>
                <w:lang w:val="ru-RU"/>
              </w:rPr>
              <w:t>4</w:t>
            </w:r>
            <w:r w:rsidRPr="00DC2F01">
              <w:rPr>
                <w:sz w:val="28"/>
                <w:lang w:val="ru-RU"/>
              </w:rPr>
              <w:t xml:space="preserve"> .</w:t>
            </w:r>
            <w:proofErr w:type="gramEnd"/>
            <w:r w:rsidRPr="00DC2F01">
              <w:rPr>
                <w:sz w:val="28"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Для проведения реакций по схеме: </w:t>
            </w:r>
            <w:r>
              <w:t>MgCl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 </w:t>
            </w:r>
            <w:r w:rsidRPr="00FA34E7">
              <w:rPr>
                <w:position w:val="-6"/>
              </w:rPr>
              <w:object w:dxaOrig="300" w:dyaOrig="220">
                <v:shape id="_x0000_i1215" type="#_x0000_t75" style="width:15.75pt;height:12.75pt" o:ole="">
                  <v:imagedata r:id="rId93" o:title=""/>
                </v:shape>
                <o:OLEObject Type="Embed" ProgID="Equation.3" ShapeID="_x0000_i1215" DrawAspect="Content" ObjectID="_1841053960" r:id="rId337"/>
              </w:object>
            </w:r>
            <w:r w:rsidRPr="00DC2F01">
              <w:rPr>
                <w:lang w:val="ru-RU"/>
              </w:rPr>
              <w:t xml:space="preserve"> </w:t>
            </w:r>
            <w:r w:rsidRPr="00FA34E7">
              <w:t>MgCO</w:t>
            </w:r>
            <w:r w:rsidRPr="00DC2F01">
              <w:rPr>
                <w:vertAlign w:val="subscript"/>
                <w:lang w:val="ru-RU"/>
              </w:rPr>
              <w:t>3</w:t>
            </w:r>
            <w:r w:rsidRPr="00FA34E7">
              <w:rPr>
                <w:position w:val="-6"/>
              </w:rPr>
              <w:object w:dxaOrig="300" w:dyaOrig="220">
                <v:shape id="_x0000_i1216" type="#_x0000_t75" style="width:15.75pt;height:10.5pt" o:ole="">
                  <v:imagedata r:id="rId95" o:title=""/>
                </v:shape>
                <o:OLEObject Type="Embed" ProgID="Equation.3" ShapeID="_x0000_i1216" DrawAspect="Content" ObjectID="_1841053961" r:id="rId338"/>
              </w:object>
            </w:r>
            <w:r w:rsidRPr="00DC2F01">
              <w:rPr>
                <w:lang w:val="ru-RU"/>
              </w:rPr>
              <w:t xml:space="preserve"> </w:t>
            </w:r>
            <w:r w:rsidRPr="00FA34E7">
              <w:t>CO</w:t>
            </w:r>
            <w:r w:rsidRPr="00DC2F01">
              <w:rPr>
                <w:vertAlign w:val="subscript"/>
                <w:lang w:val="ru-RU"/>
              </w:rPr>
              <w:t xml:space="preserve">2  </w:t>
            </w:r>
            <w:r w:rsidRPr="00DC2F01">
              <w:rPr>
                <w:lang w:val="ru-RU"/>
              </w:rPr>
              <w:t>набор реактивов и условий соответственно: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1) </w:t>
            </w:r>
            <w:r w:rsidRPr="00FA34E7"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С</w:t>
            </w:r>
            <w:r w:rsidRPr="00FA34E7">
              <w:t>O</w:t>
            </w:r>
            <w:proofErr w:type="gramStart"/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;   </w:t>
            </w:r>
            <w:proofErr w:type="gramEnd"/>
            <w:r w:rsidRPr="00DC2F01">
              <w:rPr>
                <w:lang w:val="ru-RU"/>
              </w:rPr>
              <w:t>температура</w:t>
            </w:r>
            <w:r w:rsidRPr="00DC2F01">
              <w:rPr>
                <w:lang w:val="ru-RU"/>
              </w:rPr>
              <w:tab/>
            </w:r>
            <w:r w:rsidRPr="00DC2F01">
              <w:rPr>
                <w:lang w:val="ru-RU"/>
              </w:rPr>
              <w:tab/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2) </w:t>
            </w:r>
            <w:r>
              <w:t>HCl</w:t>
            </w:r>
            <w:r w:rsidRPr="00DC2F01">
              <w:rPr>
                <w:lang w:val="ru-RU"/>
              </w:rPr>
              <w:t xml:space="preserve">; температура;   </w:t>
            </w:r>
            <w:r w:rsidRPr="00DC2F01">
              <w:rPr>
                <w:lang w:val="ru-RU"/>
              </w:rPr>
              <w:tab/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3) </w:t>
            </w:r>
            <w:r w:rsidRPr="00FA34E7">
              <w:t>Na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С</w:t>
            </w:r>
            <w:r w:rsidRPr="00FA34E7">
              <w:t>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>; температура</w:t>
            </w:r>
          </w:p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bCs/>
                <w:iCs/>
                <w:lang w:val="ru-RU"/>
              </w:rPr>
              <w:t>5.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 </w:t>
            </w:r>
            <w:r w:rsidRPr="00DC2F01">
              <w:rPr>
                <w:lang w:val="ru-RU"/>
              </w:rPr>
              <w:t>Атом азота в молекуле аммиака имеет …</w:t>
            </w:r>
          </w:p>
          <w:p w:rsidR="00DC2F01" w:rsidRDefault="00DC2F01" w:rsidP="000D3AEE">
            <w:pPr>
              <w:numPr>
                <w:ilvl w:val="0"/>
                <w:numId w:val="119"/>
              </w:numPr>
              <w:spacing w:line="240" w:lineRule="auto"/>
            </w:pPr>
            <w:r w:rsidRPr="00DC2F01">
              <w:rPr>
                <w:lang w:val="ru-RU"/>
              </w:rPr>
              <w:t xml:space="preserve">Три </w:t>
            </w:r>
            <w:r>
              <w:rPr>
                <w:position w:val="-10"/>
              </w:rPr>
              <w:object w:dxaOrig="400" w:dyaOrig="360">
                <v:shape id="_x0000_i1217" type="#_x0000_t75" style="width:20.25pt;height:18pt" o:ole="">
                  <v:imagedata r:id="rId101" o:title=""/>
                </v:shape>
                <o:OLEObject Type="Embed" ProgID="Equation.3" ShapeID="_x0000_i1217" DrawAspect="Content" ObjectID="_1841053962" r:id="rId339"/>
              </w:object>
            </w:r>
            <w:r w:rsidRPr="00DC2F01">
              <w:rPr>
                <w:lang w:val="ru-RU"/>
              </w:rPr>
              <w:t xml:space="preserve">– гибридные орбитали и одну негибридную </w:t>
            </w:r>
            <w:r>
              <w:rPr>
                <w:position w:val="-10"/>
              </w:rPr>
              <w:object w:dxaOrig="360" w:dyaOrig="320">
                <v:shape id="_x0000_i1218" type="#_x0000_t75" style="width:18pt;height:15.75pt" o:ole="">
                  <v:imagedata r:id="rId103" o:title=""/>
                </v:shape>
                <o:OLEObject Type="Embed" ProgID="Equation.3" ShapeID="_x0000_i1218" DrawAspect="Content" ObjectID="_1841053963" r:id="rId340"/>
              </w:object>
            </w:r>
            <w:r>
              <w:t>- орбиталь;</w:t>
            </w:r>
          </w:p>
          <w:p w:rsidR="00DC2F01" w:rsidRDefault="00DC2F01" w:rsidP="000D3AEE">
            <w:pPr>
              <w:numPr>
                <w:ilvl w:val="0"/>
                <w:numId w:val="119"/>
              </w:numPr>
              <w:spacing w:line="240" w:lineRule="auto"/>
            </w:pPr>
            <w:r>
              <w:t xml:space="preserve">Четыре </w:t>
            </w:r>
            <w:r>
              <w:rPr>
                <w:position w:val="-10"/>
              </w:rPr>
              <w:object w:dxaOrig="380" w:dyaOrig="360">
                <v:shape id="_x0000_i1219" type="#_x0000_t75" style="width:18.75pt;height:18pt" o:ole="">
                  <v:imagedata r:id="rId105" o:title=""/>
                </v:shape>
                <o:OLEObject Type="Embed" ProgID="Equation.3" ShapeID="_x0000_i1219" DrawAspect="Content" ObjectID="_1841053964" r:id="rId341"/>
              </w:object>
            </w:r>
            <w:r>
              <w:t>-гибридные орбитали;</w:t>
            </w:r>
          </w:p>
          <w:p w:rsidR="00DC2F01" w:rsidRPr="00E72CFB" w:rsidRDefault="00DC2F01" w:rsidP="000D3AEE">
            <w:pPr>
              <w:numPr>
                <w:ilvl w:val="0"/>
                <w:numId w:val="119"/>
              </w:numPr>
              <w:spacing w:line="240" w:lineRule="auto"/>
            </w:pPr>
            <w:r w:rsidRPr="00DC2F01">
              <w:rPr>
                <w:lang w:val="ru-RU"/>
              </w:rPr>
              <w:t xml:space="preserve">Три </w:t>
            </w:r>
            <w:r>
              <w:rPr>
                <w:position w:val="-10"/>
              </w:rPr>
              <w:object w:dxaOrig="380" w:dyaOrig="360">
                <v:shape id="_x0000_i1220" type="#_x0000_t75" style="width:18.75pt;height:18pt" o:ole="">
                  <v:imagedata r:id="rId107" o:title=""/>
                </v:shape>
                <o:OLEObject Type="Embed" ProgID="Equation.3" ShapeID="_x0000_i1220" DrawAspect="Content" ObjectID="_1841053965" r:id="rId342"/>
              </w:object>
            </w:r>
            <w:r w:rsidRPr="00DC2F01">
              <w:rPr>
                <w:lang w:val="ru-RU"/>
              </w:rPr>
              <w:t xml:space="preserve">-гибридные орбитали и одну негибридную </w:t>
            </w:r>
            <w:r>
              <w:rPr>
                <w:position w:val="-10"/>
              </w:rPr>
              <w:object w:dxaOrig="360" w:dyaOrig="320">
                <v:shape id="_x0000_i1221" type="#_x0000_t75" style="width:18pt;height:15.75pt" o:ole="">
                  <v:imagedata r:id="rId109" o:title=""/>
                </v:shape>
                <o:OLEObject Type="Embed" ProgID="Equation.3" ShapeID="_x0000_i1221" DrawAspect="Content" ObjectID="_1841053966" r:id="rId343"/>
              </w:object>
            </w:r>
            <w:r>
              <w:t>-орбиталь.</w:t>
            </w:r>
          </w:p>
          <w:p w:rsidR="00DC2F01" w:rsidRDefault="00DC2F01" w:rsidP="00494884">
            <w:pPr>
              <w:ind w:left="720"/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Default="00DC2F01" w:rsidP="00494884">
            <w:r w:rsidRPr="00DC2F01">
              <w:rPr>
                <w:bCs/>
                <w:iCs/>
                <w:lang w:val="ru-RU"/>
              </w:rPr>
              <w:t>6.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В зависимости от способности химической системы к обмену энергией и веществом с </w:t>
            </w:r>
            <w:r w:rsidRPr="00DC2F01">
              <w:rPr>
                <w:lang w:val="ru-RU"/>
              </w:rPr>
              <w:lastRenderedPageBreak/>
              <w:t xml:space="preserve">окружающей средой, различают три типа систем: открытые, закрытые, изолированные. </w:t>
            </w:r>
            <w:r>
              <w:t>Закрытая система с окружающей ее средой …</w:t>
            </w:r>
          </w:p>
          <w:p w:rsidR="00DC2F01" w:rsidRPr="00DC2F01" w:rsidRDefault="00DC2F01" w:rsidP="000D3AEE">
            <w:pPr>
              <w:numPr>
                <w:ilvl w:val="0"/>
                <w:numId w:val="120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Обменивается энергией, но не обменивается веществом</w:t>
            </w:r>
          </w:p>
          <w:p w:rsidR="00DC2F01" w:rsidRPr="00DC2F01" w:rsidRDefault="00DC2F01" w:rsidP="000D3AEE">
            <w:pPr>
              <w:numPr>
                <w:ilvl w:val="0"/>
                <w:numId w:val="120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Обменивается веществом, но не обменивается энергией</w:t>
            </w:r>
          </w:p>
          <w:p w:rsidR="00DC2F01" w:rsidRPr="00E72CFB" w:rsidRDefault="00DC2F01" w:rsidP="000D3AEE">
            <w:pPr>
              <w:numPr>
                <w:ilvl w:val="0"/>
                <w:numId w:val="120"/>
              </w:numPr>
              <w:spacing w:line="240" w:lineRule="auto"/>
            </w:pPr>
            <w:r>
              <w:t>Обменивается энергией и веществом</w:t>
            </w:r>
          </w:p>
          <w:p w:rsidR="00DC2F01" w:rsidRDefault="00DC2F01" w:rsidP="00494884">
            <w:pPr>
              <w:ind w:left="720"/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lastRenderedPageBreak/>
              <w:t>7.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Назовите физическое явление, не сопровождающееся изменением энтальпии:</w:t>
            </w:r>
          </w:p>
          <w:p w:rsidR="00DC2F01" w:rsidRPr="00DC2F01" w:rsidRDefault="00DC2F01" w:rsidP="00494884">
            <w:pPr>
              <w:ind w:left="360"/>
              <w:rPr>
                <w:lang w:val="ru-RU"/>
              </w:rPr>
            </w:pPr>
            <w:r w:rsidRPr="00DC2F01">
              <w:rPr>
                <w:lang w:val="ru-RU"/>
              </w:rPr>
              <w:t xml:space="preserve">1) Растворение соли в воде;    </w:t>
            </w:r>
          </w:p>
          <w:p w:rsidR="00DC2F01" w:rsidRPr="00DC2F01" w:rsidRDefault="00DC2F01" w:rsidP="00494884">
            <w:pPr>
              <w:ind w:left="360"/>
              <w:rPr>
                <w:lang w:val="ru-RU"/>
              </w:rPr>
            </w:pPr>
            <w:r w:rsidRPr="00DC2F01">
              <w:rPr>
                <w:lang w:val="ru-RU"/>
              </w:rPr>
              <w:t xml:space="preserve">2) Плавление льда;    </w:t>
            </w:r>
          </w:p>
          <w:p w:rsidR="00DC2F01" w:rsidRDefault="00DC2F01" w:rsidP="00494884">
            <w:pPr>
              <w:ind w:left="360"/>
            </w:pPr>
            <w:r>
              <w:t>3) Интерференция света</w:t>
            </w:r>
          </w:p>
          <w:p w:rsidR="00DC2F01" w:rsidRDefault="00DC2F01" w:rsidP="00494884">
            <w:pPr>
              <w:ind w:left="360"/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8. </w:t>
            </w:r>
            <w:r w:rsidRPr="00DC2F01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222" type="#_x0000_t75" style="width:23.25pt;height:15.75pt" o:ole="">
                  <v:imagedata r:id="rId157" o:title=""/>
                </v:shape>
                <o:OLEObject Type="Embed" ProgID="Equation.3" ShapeID="_x0000_i1222" DrawAspect="Content" ObjectID="_1841053967" r:id="rId344"/>
              </w:object>
            </w:r>
            <w:r w:rsidRPr="00DC2F01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2560" w:dyaOrig="380">
                <v:shape id="_x0000_i1223" type="#_x0000_t75" style="width:128.25pt;height:18.75pt" o:ole="">
                  <v:imagedata r:id="rId345" o:title=""/>
                </v:shape>
                <o:OLEObject Type="Embed" ProgID="Equation.3" ShapeID="_x0000_i1223" DrawAspect="Content" ObjectID="_1841053968" r:id="rId346"/>
              </w:object>
            </w:r>
          </w:p>
          <w:p w:rsidR="00DC2F01" w:rsidRDefault="00DC2F01" w:rsidP="000D3AEE">
            <w:pPr>
              <w:numPr>
                <w:ilvl w:val="0"/>
                <w:numId w:val="126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1224" type="#_x0000_t75" style="width:36.75pt;height:14.25pt" o:ole="">
                  <v:imagedata r:id="rId283" o:title=""/>
                </v:shape>
                <o:OLEObject Type="Embed" ProgID="Equation.3" ShapeID="_x0000_i1224" DrawAspect="Content" ObjectID="_1841053969" r:id="rId347"/>
              </w:object>
            </w:r>
          </w:p>
          <w:p w:rsidR="00DC2F01" w:rsidRDefault="00DC2F01" w:rsidP="000D3AEE">
            <w:pPr>
              <w:numPr>
                <w:ilvl w:val="0"/>
                <w:numId w:val="126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1225" type="#_x0000_t75" style="width:36.75pt;height:14.25pt" o:ole="">
                  <v:imagedata r:id="rId285" o:title=""/>
                </v:shape>
                <o:OLEObject Type="Embed" ProgID="Equation.3" ShapeID="_x0000_i1225" DrawAspect="Content" ObjectID="_1841053970" r:id="rId348"/>
              </w:object>
            </w:r>
          </w:p>
          <w:p w:rsidR="00DC2F01" w:rsidRDefault="00DC2F01" w:rsidP="000D3AEE">
            <w:pPr>
              <w:numPr>
                <w:ilvl w:val="0"/>
                <w:numId w:val="126"/>
              </w:numPr>
              <w:spacing w:line="240" w:lineRule="auto"/>
            </w:pPr>
            <w:r>
              <w:rPr>
                <w:position w:val="-6"/>
              </w:rPr>
              <w:object w:dxaOrig="740" w:dyaOrig="280">
                <v:shape id="_x0000_i1226" type="#_x0000_t75" style="width:36.75pt;height:14.25pt" o:ole="">
                  <v:imagedata r:id="rId315" o:title=""/>
                </v:shape>
                <o:OLEObject Type="Embed" ProgID="Equation.3" ShapeID="_x0000_i1226" DrawAspect="Content" ObjectID="_1841053971" r:id="rId349"/>
              </w:object>
            </w:r>
          </w:p>
          <w:p w:rsidR="00DC2F01" w:rsidRDefault="00DC2F01" w:rsidP="00494884">
            <w:pPr>
              <w:ind w:left="360"/>
            </w:pPr>
          </w:p>
          <w:p w:rsidR="00DC2F01" w:rsidRDefault="00DC2F01" w:rsidP="00494884">
            <w:pPr>
              <w:ind w:left="360"/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1B6ED6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9.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При образовании 1 моль </w:t>
            </w:r>
            <w:r>
              <w:rPr>
                <w:position w:val="-6"/>
              </w:rPr>
              <w:object w:dxaOrig="499" w:dyaOrig="279">
                <v:shape id="_x0000_i1227" type="#_x0000_t75" style="width:25.5pt;height:14.25pt" o:ole="">
                  <v:imagedata r:id="rId128" o:title=""/>
                </v:shape>
                <o:OLEObject Type="Embed" ProgID="Equation.3" ShapeID="_x0000_i1227" DrawAspect="Content" ObjectID="_1841053972" r:id="rId350"/>
              </w:object>
            </w:r>
            <w:r w:rsidRPr="00DC2F01">
              <w:rPr>
                <w:lang w:val="ru-RU"/>
              </w:rPr>
              <w:t xml:space="preserve">, из простых веществ выделилось 92,3 кДж тепла. </w:t>
            </w:r>
            <w:r w:rsidRPr="001B6ED6">
              <w:rPr>
                <w:lang w:val="ru-RU"/>
              </w:rPr>
              <w:t xml:space="preserve">Сколько выделилось теплоты, если прореагировало </w:t>
            </w:r>
            <w:smartTag w:uri="urn:schemas-microsoft-com:office:smarttags" w:element="metricconverter">
              <w:smartTagPr>
                <w:attr w:name="ProductID" w:val="11,2 л"/>
              </w:smartTagPr>
              <w:r w:rsidRPr="001B6ED6">
                <w:rPr>
                  <w:lang w:val="ru-RU"/>
                </w:rPr>
                <w:t>11,2 л</w:t>
              </w:r>
            </w:smartTag>
            <w:r w:rsidRPr="001B6ED6">
              <w:rPr>
                <w:lang w:val="ru-RU"/>
              </w:rPr>
              <w:t xml:space="preserve"> </w:t>
            </w:r>
            <w:r>
              <w:rPr>
                <w:position w:val="-10"/>
              </w:rPr>
              <w:object w:dxaOrig="360" w:dyaOrig="340">
                <v:shape id="_x0000_i1228" type="#_x0000_t75" style="width:18pt;height:17.25pt" o:ole="">
                  <v:imagedata r:id="rId351" o:title=""/>
                </v:shape>
                <o:OLEObject Type="Embed" ProgID="Equation.3" ShapeID="_x0000_i1228" DrawAspect="Content" ObjectID="_1841053973" r:id="rId352"/>
              </w:object>
            </w:r>
            <w:r w:rsidRPr="001B6ED6">
              <w:rPr>
                <w:lang w:val="ru-RU"/>
              </w:rPr>
              <w:t>?</w:t>
            </w:r>
          </w:p>
          <w:p w:rsidR="00DC2F01" w:rsidRPr="001B6ED6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10.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 xml:space="preserve">Во сколько раз изменится скорость реакции, описываемой уравнением </w:t>
            </w:r>
          </w:p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</w:t>
            </w:r>
            <w:r w:rsidRPr="00DC2F01">
              <w:rPr>
                <w:szCs w:val="28"/>
                <w:vertAlign w:val="subscript"/>
                <w:lang w:val="ru-RU"/>
              </w:rPr>
              <w:t>(т)</w:t>
            </w:r>
            <w:r w:rsidRPr="00DC2F01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N</w:t>
            </w:r>
            <w:r w:rsidRPr="00DC2F01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O</w:t>
            </w:r>
            <w:r w:rsidRPr="00DC2F01">
              <w:rPr>
                <w:szCs w:val="28"/>
                <w:vertAlign w:val="subscript"/>
                <w:lang w:val="ru-RU"/>
              </w:rPr>
              <w:t>(г)</w:t>
            </w:r>
            <w:r w:rsidRPr="00DC2F01">
              <w:rPr>
                <w:szCs w:val="28"/>
                <w:lang w:val="ru-RU"/>
              </w:rPr>
              <w:t xml:space="preserve"> = </w:t>
            </w:r>
            <w:r>
              <w:rPr>
                <w:szCs w:val="28"/>
              </w:rPr>
              <w:t>CO</w:t>
            </w:r>
            <w:r w:rsidRPr="00DC2F01">
              <w:rPr>
                <w:szCs w:val="28"/>
                <w:vertAlign w:val="subscript"/>
                <w:lang w:val="ru-RU"/>
              </w:rPr>
              <w:t>2(г)</w:t>
            </w:r>
            <w:r w:rsidRPr="00DC2F01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N</w:t>
            </w:r>
            <w:r w:rsidRPr="00DC2F01">
              <w:rPr>
                <w:szCs w:val="28"/>
                <w:vertAlign w:val="subscript"/>
                <w:lang w:val="ru-RU"/>
              </w:rPr>
              <w:t>2(г)</w:t>
            </w:r>
            <w:r w:rsidRPr="00DC2F01">
              <w:rPr>
                <w:szCs w:val="28"/>
                <w:lang w:val="ru-RU"/>
              </w:rPr>
              <w:t>, если давление в системе увеличить в 5 раз?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11. </w:t>
            </w:r>
            <w:r w:rsidRPr="00DC2F01">
              <w:rPr>
                <w:szCs w:val="28"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 Дана реакция: 4</w:t>
            </w:r>
            <w:r>
              <w:t>Fe</w:t>
            </w:r>
            <w:r w:rsidRPr="00DC2F01">
              <w:rPr>
                <w:lang w:val="ru-RU"/>
              </w:rPr>
              <w:t>(к)+3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(г)=2</w:t>
            </w:r>
            <w:r>
              <w:t>Fe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>(к).  Какой вид имеет выражение скорости прямой реакции?</w:t>
            </w:r>
          </w:p>
          <w:p w:rsidR="00DC2F01" w:rsidRDefault="00DC2F01" w:rsidP="00494884">
            <w:r>
              <w:t xml:space="preserve">1) </w:t>
            </w:r>
            <w:r w:rsidRPr="00845DFE">
              <w:rPr>
                <w:position w:val="-10"/>
              </w:rPr>
              <w:object w:dxaOrig="1540" w:dyaOrig="380">
                <v:shape id="_x0000_i1229" type="#_x0000_t75" style="width:78pt;height:18.75pt" o:ole="">
                  <v:imagedata r:id="rId353" o:title=""/>
                </v:shape>
                <o:OLEObject Type="Embed" ProgID="Equation.3" ShapeID="_x0000_i1229" DrawAspect="Content" ObjectID="_1841053974" r:id="rId354"/>
              </w:object>
            </w:r>
            <w:r>
              <w:t xml:space="preserve"> ;  </w:t>
            </w:r>
          </w:p>
          <w:p w:rsidR="00DC2F01" w:rsidRDefault="00DC2F01" w:rsidP="00494884">
            <w:pPr>
              <w:rPr>
                <w:szCs w:val="28"/>
              </w:rPr>
            </w:pPr>
            <w:r>
              <w:t xml:space="preserve">2) </w:t>
            </w:r>
            <w:r w:rsidRPr="00845DFE">
              <w:rPr>
                <w:position w:val="-10"/>
              </w:rPr>
              <w:object w:dxaOrig="1040" w:dyaOrig="380">
                <v:shape id="_x0000_i1230" type="#_x0000_t75" style="width:51.75pt;height:18.75pt" o:ole="">
                  <v:imagedata r:id="rId355" o:title=""/>
                </v:shape>
                <o:OLEObject Type="Embed" ProgID="Equation.3" ShapeID="_x0000_i1230" DrawAspect="Content" ObjectID="_1841053975" r:id="rId356"/>
              </w:object>
            </w:r>
            <w:r>
              <w:rPr>
                <w:szCs w:val="28"/>
              </w:rPr>
              <w:t xml:space="preserve"> ;   </w:t>
            </w:r>
          </w:p>
          <w:p w:rsidR="00DC2F01" w:rsidRDefault="00DC2F01" w:rsidP="00494884">
            <w:pPr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Pr="00845DFE">
              <w:rPr>
                <w:position w:val="-10"/>
              </w:rPr>
              <w:object w:dxaOrig="1040" w:dyaOrig="380">
                <v:shape id="_x0000_i1231" type="#_x0000_t75" style="width:51.75pt;height:18.75pt" o:ole="">
                  <v:imagedata r:id="rId357" o:title=""/>
                </v:shape>
                <o:OLEObject Type="Embed" ProgID="Equation.3" ShapeID="_x0000_i1231" DrawAspect="Content" ObjectID="_1841053976" r:id="rId358"/>
              </w:object>
            </w:r>
            <w:r>
              <w:t xml:space="preserve">  </w:t>
            </w:r>
          </w:p>
          <w:p w:rsidR="00DC2F01" w:rsidRDefault="00DC2F01" w:rsidP="00494884">
            <w:pPr>
              <w:ind w:left="420"/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12.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rFonts w:cs="Times New Roman CYR"/>
                <w:szCs w:val="28"/>
                <w:lang w:val="ru-RU"/>
              </w:rPr>
              <w:t xml:space="preserve">Какие изменения произойдут в равновесной системе </w:t>
            </w:r>
            <w:r>
              <w:rPr>
                <w:szCs w:val="28"/>
              </w:rPr>
              <w:t>CaCO</w:t>
            </w:r>
            <w:r w:rsidRPr="00DC2F01">
              <w:rPr>
                <w:szCs w:val="28"/>
                <w:vertAlign w:val="subscript"/>
                <w:lang w:val="ru-RU"/>
              </w:rPr>
              <w:t>3</w:t>
            </w:r>
            <w:r w:rsidRPr="00DC2F01">
              <w:rPr>
                <w:szCs w:val="28"/>
                <w:lang w:val="ru-RU"/>
              </w:rPr>
              <w:t>(</w:t>
            </w:r>
            <w:r w:rsidRPr="00DC2F01">
              <w:rPr>
                <w:rFonts w:cs="Times New Roman CYR"/>
                <w:szCs w:val="28"/>
                <w:lang w:val="ru-RU"/>
              </w:rPr>
              <w:t>т) ↔ СО</w:t>
            </w:r>
            <w:r w:rsidRPr="00DC2F01">
              <w:rPr>
                <w:rFonts w:cs="Times New Roman CYR"/>
                <w:szCs w:val="28"/>
                <w:vertAlign w:val="subscript"/>
                <w:lang w:val="ru-RU"/>
              </w:rPr>
              <w:t>2</w:t>
            </w:r>
            <w:r w:rsidRPr="00DC2F01">
              <w:rPr>
                <w:szCs w:val="28"/>
                <w:lang w:val="ru-RU"/>
              </w:rPr>
              <w:t xml:space="preserve"> </w:t>
            </w:r>
            <w:r w:rsidRPr="00DC2F01">
              <w:rPr>
                <w:rFonts w:cs="Times New Roman CYR"/>
                <w:szCs w:val="28"/>
                <w:lang w:val="ru-RU"/>
              </w:rPr>
              <w:t xml:space="preserve">(г) + СаО(т) – </w:t>
            </w:r>
            <w:r>
              <w:rPr>
                <w:szCs w:val="28"/>
              </w:rPr>
              <w:t>Q</w:t>
            </w:r>
          </w:p>
          <w:p w:rsidR="00DC2F01" w:rsidRPr="00DC2F01" w:rsidRDefault="00DC2F01" w:rsidP="00494884">
            <w:pPr>
              <w:widowControl w:val="0"/>
              <w:rPr>
                <w:rFonts w:cs="Times New Roman CYR"/>
                <w:szCs w:val="28"/>
                <w:lang w:val="ru-RU"/>
              </w:rPr>
            </w:pPr>
            <w:r w:rsidRPr="00DC2F01">
              <w:rPr>
                <w:rFonts w:cs="Times New Roman CYR"/>
                <w:szCs w:val="28"/>
                <w:lang w:val="ru-RU"/>
              </w:rPr>
              <w:t>при понижении температуры?</w:t>
            </w:r>
          </w:p>
          <w:p w:rsidR="00DC2F01" w:rsidRPr="00DC2F01" w:rsidRDefault="00DC2F01" w:rsidP="00494884">
            <w:pPr>
              <w:widowControl w:val="0"/>
              <w:rPr>
                <w:rFonts w:cs="Arial CYR"/>
                <w:szCs w:val="28"/>
                <w:lang w:val="ru-RU"/>
              </w:rPr>
            </w:pPr>
            <w:r w:rsidRPr="00DC2F01">
              <w:rPr>
                <w:rFonts w:cs="Arial CYR"/>
                <w:szCs w:val="28"/>
                <w:lang w:val="ru-RU"/>
              </w:rPr>
              <w:t xml:space="preserve">1) равновесие сместится влево;  </w:t>
            </w:r>
          </w:p>
          <w:p w:rsidR="00DC2F01" w:rsidRPr="00DC2F01" w:rsidRDefault="00DC2F01" w:rsidP="00494884">
            <w:pPr>
              <w:widowControl w:val="0"/>
              <w:rPr>
                <w:rFonts w:cs="Arial CYR"/>
                <w:szCs w:val="28"/>
                <w:lang w:val="ru-RU"/>
              </w:rPr>
            </w:pPr>
            <w:r w:rsidRPr="00DC2F01">
              <w:rPr>
                <w:rFonts w:cs="Arial CYR"/>
                <w:szCs w:val="28"/>
                <w:lang w:val="ru-RU"/>
              </w:rPr>
              <w:t xml:space="preserve">2) равновесие не сместится;  </w:t>
            </w:r>
          </w:p>
          <w:p w:rsidR="00DC2F01" w:rsidRPr="00DC2F01" w:rsidRDefault="00DC2F01" w:rsidP="00494884">
            <w:pPr>
              <w:widowControl w:val="0"/>
              <w:rPr>
                <w:rFonts w:cs="Arial CYR"/>
                <w:szCs w:val="28"/>
                <w:lang w:val="ru-RU"/>
              </w:rPr>
            </w:pPr>
            <w:r w:rsidRPr="00DC2F01">
              <w:rPr>
                <w:rFonts w:cs="Arial CYR"/>
                <w:szCs w:val="28"/>
                <w:lang w:val="ru-RU"/>
              </w:rPr>
              <w:lastRenderedPageBreak/>
              <w:t>3) равновесие сместится вправо</w:t>
            </w:r>
          </w:p>
          <w:p w:rsidR="00DC2F01" w:rsidRPr="00DC2F01" w:rsidRDefault="00DC2F01" w:rsidP="00494884">
            <w:pPr>
              <w:ind w:left="360"/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lastRenderedPageBreak/>
              <w:t>13.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Сильные электролиты (</w:t>
            </w:r>
            <w:r w:rsidRPr="00DC2F01">
              <w:rPr>
                <w:b/>
                <w:sz w:val="28"/>
                <w:szCs w:val="28"/>
                <w:lang w:val="ru-RU"/>
              </w:rPr>
              <w:t>выберите неверное утверждение</w:t>
            </w:r>
            <w:r w:rsidRPr="00DC2F01">
              <w:rPr>
                <w:lang w:val="ru-RU"/>
              </w:rPr>
              <w:t>):</w:t>
            </w:r>
          </w:p>
          <w:p w:rsidR="00DC2F01" w:rsidRPr="00DC2F01" w:rsidRDefault="00DC2F01" w:rsidP="000D3AEE">
            <w:pPr>
              <w:numPr>
                <w:ilvl w:val="0"/>
                <w:numId w:val="121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 xml:space="preserve">в растворе полностью </w:t>
            </w:r>
            <w:proofErr w:type="gramStart"/>
            <w:r w:rsidRPr="00DC2F01">
              <w:rPr>
                <w:lang w:val="ru-RU"/>
              </w:rPr>
              <w:t>диссоциируют  на</w:t>
            </w:r>
            <w:proofErr w:type="gramEnd"/>
            <w:r w:rsidRPr="00DC2F01">
              <w:rPr>
                <w:lang w:val="ru-RU"/>
              </w:rPr>
              <w:t xml:space="preserve"> ионы; </w:t>
            </w:r>
          </w:p>
          <w:p w:rsidR="00DC2F01" w:rsidRDefault="00DC2F01" w:rsidP="000D3AEE">
            <w:pPr>
              <w:numPr>
                <w:ilvl w:val="0"/>
                <w:numId w:val="121"/>
              </w:numPr>
              <w:spacing w:line="240" w:lineRule="auto"/>
            </w:pPr>
            <w:r>
              <w:t>диссоциируют обратимо и ступенчато;</w:t>
            </w:r>
          </w:p>
          <w:p w:rsidR="00DC2F01" w:rsidRPr="00DC2F01" w:rsidRDefault="00DC2F01" w:rsidP="000D3AEE">
            <w:pPr>
              <w:numPr>
                <w:ilvl w:val="0"/>
                <w:numId w:val="121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имеют степень диссоциации, близкую к 100%.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14.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Осмотическое </w:t>
            </w:r>
            <w:proofErr w:type="gramStart"/>
            <w:r w:rsidRPr="00DC2F01">
              <w:rPr>
                <w:lang w:val="ru-RU"/>
              </w:rPr>
              <w:t>давление  0</w:t>
            </w:r>
            <w:proofErr w:type="gramEnd"/>
            <w:r w:rsidRPr="00DC2F01">
              <w:rPr>
                <w:lang w:val="ru-RU"/>
              </w:rPr>
              <w:t>,5</w:t>
            </w:r>
            <w:r>
              <w:t> </w:t>
            </w:r>
            <w:r w:rsidRPr="00DC2F01">
              <w:rPr>
                <w:lang w:val="ru-RU"/>
              </w:rPr>
              <w:t xml:space="preserve">М раствора неэлектролита при нагревании от </w:t>
            </w:r>
            <w:smartTag w:uri="urn:schemas-microsoft-com:office:smarttags" w:element="metricconverter">
              <w:smartTagPr>
                <w:attr w:name="ProductID" w:val="25ﾰC"/>
              </w:smartTagPr>
              <w:r w:rsidRPr="00DC2F01">
                <w:rPr>
                  <w:lang w:val="ru-RU"/>
                </w:rPr>
                <w:t>25°</w:t>
              </w:r>
              <w:r>
                <w:t>C</w:t>
              </w:r>
            </w:smartTag>
            <w:r w:rsidRPr="00DC2F01">
              <w:rPr>
                <w:lang w:val="ru-RU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75ﾰC"/>
              </w:smartTagPr>
              <w:r w:rsidRPr="00DC2F01">
                <w:rPr>
                  <w:lang w:val="ru-RU"/>
                </w:rPr>
                <w:t>75°</w:t>
              </w:r>
              <w:r>
                <w:t>C</w:t>
              </w:r>
            </w:smartTag>
            <w:r w:rsidRPr="00DC2F01">
              <w:rPr>
                <w:lang w:val="ru-RU"/>
              </w:rPr>
              <w:t xml:space="preserve"> изменяется на …, кПа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15.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Раствор, содержащий 5,4</w:t>
            </w:r>
            <w:r>
              <w:t> </w:t>
            </w:r>
            <w:r w:rsidRPr="00DC2F01">
              <w:rPr>
                <w:lang w:val="ru-RU"/>
              </w:rPr>
              <w:t xml:space="preserve">г неэлектролита в </w:t>
            </w:r>
            <w:smartTag w:uri="urn:schemas-microsoft-com:office:smarttags" w:element="metricconverter">
              <w:smartTagPr>
                <w:attr w:name="ProductID" w:val="200 г"/>
              </w:smartTagPr>
              <w:r w:rsidRPr="00DC2F01">
                <w:rPr>
                  <w:lang w:val="ru-RU"/>
                </w:rPr>
                <w:t>200</w:t>
              </w:r>
              <w:r>
                <w:t> </w:t>
              </w:r>
              <w:r w:rsidRPr="00DC2F01">
                <w:rPr>
                  <w:lang w:val="ru-RU"/>
                </w:rPr>
                <w:t>г</w:t>
              </w:r>
            </w:smartTag>
            <w:r w:rsidRPr="00DC2F01">
              <w:rPr>
                <w:lang w:val="ru-RU"/>
              </w:rPr>
              <w:t xml:space="preserve"> </w:t>
            </w:r>
            <w:proofErr w:type="gramStart"/>
            <w:r w:rsidRPr="00DC2F01">
              <w:rPr>
                <w:lang w:val="ru-RU"/>
              </w:rPr>
              <w:t>воды</w:t>
            </w:r>
            <w:proofErr w:type="gramEnd"/>
            <w:r w:rsidRPr="00DC2F01">
              <w:rPr>
                <w:lang w:val="ru-RU"/>
              </w:rPr>
              <w:t xml:space="preserve"> кипит при 100,078</w:t>
            </w:r>
            <w:r w:rsidRPr="00DC2F01">
              <w:rPr>
                <w:vertAlign w:val="superscript"/>
                <w:lang w:val="ru-RU"/>
              </w:rPr>
              <w:t>о</w:t>
            </w:r>
            <w:r w:rsidRPr="00DC2F01">
              <w:rPr>
                <w:lang w:val="ru-RU"/>
              </w:rPr>
              <w:t xml:space="preserve">С. </w:t>
            </w:r>
          </w:p>
          <w:p w:rsidR="00DC2F01" w:rsidRPr="00DC2F01" w:rsidRDefault="00DC2F01" w:rsidP="00494884">
            <w:pPr>
              <w:tabs>
                <w:tab w:val="left" w:pos="3805"/>
              </w:tabs>
              <w:rPr>
                <w:lang w:val="ru-RU"/>
              </w:rPr>
            </w:pPr>
            <w:r w:rsidRPr="00DC2F01">
              <w:rPr>
                <w:lang w:val="ru-RU"/>
              </w:rPr>
              <w:t>(К</w:t>
            </w:r>
            <w:r>
              <w:rPr>
                <w:vertAlign w:val="subscript"/>
              </w:rPr>
              <w:t>H</w:t>
            </w:r>
            <w:r w:rsidRPr="00DC2F01">
              <w:rPr>
                <w:position w:val="-4"/>
                <w:vertAlign w:val="subscript"/>
                <w:lang w:val="ru-RU"/>
              </w:rPr>
              <w:t>2</w:t>
            </w:r>
            <w:r>
              <w:rPr>
                <w:vertAlign w:val="subscript"/>
              </w:rPr>
              <w:t>O </w:t>
            </w:r>
            <w:r w:rsidRPr="00DC2F01">
              <w:rPr>
                <w:lang w:val="ru-RU"/>
              </w:rPr>
              <w:t>=</w:t>
            </w:r>
            <w:r>
              <w:t> </w:t>
            </w:r>
            <w:r w:rsidRPr="00DC2F01">
              <w:rPr>
                <w:lang w:val="ru-RU"/>
              </w:rPr>
              <w:t xml:space="preserve">0,52 </w:t>
            </w:r>
            <w:r>
              <w:rPr>
                <w:position w:val="-24"/>
              </w:rPr>
              <w:object w:dxaOrig="980" w:dyaOrig="620">
                <v:shape id="_x0000_i1232" type="#_x0000_t75" style="width:48.75pt;height:30pt" o:ole="">
                  <v:imagedata r:id="rId359" o:title=""/>
                </v:shape>
                <o:OLEObject Type="Embed" ProgID="Equation.3" ShapeID="_x0000_i1232" DrawAspect="Content" ObjectID="_1841053977" r:id="rId360"/>
              </w:object>
            </w:r>
            <w:r w:rsidRPr="00DC2F01">
              <w:rPr>
                <w:lang w:val="ru-RU"/>
              </w:rPr>
              <w:t xml:space="preserve">), молярная масса вещества равна…., г/моль. </w:t>
            </w:r>
          </w:p>
          <w:p w:rsidR="00DC2F01" w:rsidRPr="00DC2F01" w:rsidRDefault="00DC2F01" w:rsidP="00494884">
            <w:pPr>
              <w:tabs>
                <w:tab w:val="left" w:pos="3805"/>
              </w:tabs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16.  </w:t>
            </w:r>
            <w:proofErr w:type="gramStart"/>
            <w:r w:rsidRPr="00DC2F01">
              <w:rPr>
                <w:lang w:val="ru-RU"/>
              </w:rPr>
              <w:t>Нейтральный  раствор</w:t>
            </w:r>
            <w:proofErr w:type="gramEnd"/>
            <w:r w:rsidRPr="00DC2F01">
              <w:rPr>
                <w:lang w:val="ru-RU"/>
              </w:rPr>
              <w:t xml:space="preserve"> получают при растворении воде:</w:t>
            </w:r>
          </w:p>
          <w:p w:rsidR="00DC2F01" w:rsidRPr="00DC2F01" w:rsidRDefault="00DC2F01" w:rsidP="00494884">
            <w:pPr>
              <w:ind w:left="180"/>
              <w:rPr>
                <w:lang w:val="ru-RU"/>
              </w:rPr>
            </w:pPr>
          </w:p>
          <w:p w:rsidR="00DC2F01" w:rsidRPr="00DC2F01" w:rsidRDefault="00DC2F01" w:rsidP="00494884">
            <w:pPr>
              <w:tabs>
                <w:tab w:val="left" w:pos="720"/>
                <w:tab w:val="num" w:pos="1800"/>
              </w:tabs>
              <w:ind w:left="757"/>
              <w:rPr>
                <w:lang w:val="ru-RU"/>
              </w:rPr>
            </w:pPr>
            <w:r w:rsidRPr="00DC2F01">
              <w:rPr>
                <w:lang w:val="ru-RU"/>
              </w:rPr>
              <w:t xml:space="preserve">1) </w:t>
            </w:r>
            <w:r>
              <w:t>KNO</w:t>
            </w:r>
            <w:r w:rsidRPr="00DC2F01">
              <w:rPr>
                <w:szCs w:val="14"/>
                <w:vertAlign w:val="subscript"/>
                <w:lang w:val="ru-RU"/>
              </w:rPr>
              <w:t xml:space="preserve">2          </w:t>
            </w:r>
            <w:r w:rsidRPr="00DC2F01">
              <w:rPr>
                <w:lang w:val="ru-RU"/>
              </w:rPr>
              <w:t xml:space="preserve">                    </w:t>
            </w:r>
          </w:p>
          <w:p w:rsidR="00DC2F01" w:rsidRPr="00DC2F01" w:rsidRDefault="00DC2F01" w:rsidP="00494884">
            <w:pPr>
              <w:tabs>
                <w:tab w:val="left" w:pos="720"/>
                <w:tab w:val="num" w:pos="1800"/>
              </w:tabs>
              <w:ind w:left="757"/>
              <w:rPr>
                <w:lang w:val="ru-RU"/>
              </w:rPr>
            </w:pPr>
            <w:r w:rsidRPr="00DC2F01">
              <w:rPr>
                <w:lang w:val="ru-RU"/>
              </w:rPr>
              <w:t>2)</w:t>
            </w:r>
            <w:r>
              <w:t>MnCl</w:t>
            </w:r>
            <w:r w:rsidRPr="00DC2F01">
              <w:rPr>
                <w:szCs w:val="14"/>
                <w:vertAlign w:val="subscript"/>
                <w:lang w:val="ru-RU"/>
              </w:rPr>
              <w:t xml:space="preserve">2                               </w:t>
            </w:r>
          </w:p>
          <w:p w:rsidR="00DC2F01" w:rsidRPr="00DC2F01" w:rsidRDefault="00DC2F01" w:rsidP="00494884">
            <w:pPr>
              <w:tabs>
                <w:tab w:val="left" w:pos="720"/>
                <w:tab w:val="num" w:pos="1800"/>
              </w:tabs>
              <w:ind w:left="757"/>
              <w:rPr>
                <w:lang w:val="ru-RU"/>
              </w:rPr>
            </w:pPr>
            <w:r w:rsidRPr="00DC2F01">
              <w:rPr>
                <w:lang w:val="ru-RU"/>
              </w:rPr>
              <w:t>3)</w:t>
            </w:r>
            <w:r>
              <w:t>Ba</w:t>
            </w:r>
            <w:r w:rsidRPr="00DC2F01">
              <w:rPr>
                <w:lang w:val="ru-RU"/>
              </w:rPr>
              <w:t>(</w:t>
            </w:r>
            <w:r>
              <w:t>NO</w:t>
            </w:r>
            <w:r w:rsidRPr="00DC2F01">
              <w:rPr>
                <w:szCs w:val="14"/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>)</w:t>
            </w:r>
            <w:r w:rsidRPr="00DC2F01">
              <w:rPr>
                <w:szCs w:val="14"/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;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Ответ подтвердите, составив уравнение реакции: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17.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 xml:space="preserve">Чему </w:t>
            </w:r>
            <w:proofErr w:type="gramStart"/>
            <w:r w:rsidRPr="00DC2F01">
              <w:rPr>
                <w:szCs w:val="28"/>
                <w:lang w:val="ru-RU"/>
              </w:rPr>
              <w:t xml:space="preserve">равен  </w:t>
            </w:r>
            <w:r>
              <w:rPr>
                <w:szCs w:val="28"/>
              </w:rPr>
              <w:t>pH</w:t>
            </w:r>
            <w:proofErr w:type="gramEnd"/>
            <w:r w:rsidRPr="00DC2F01">
              <w:rPr>
                <w:szCs w:val="28"/>
                <w:lang w:val="ru-RU"/>
              </w:rPr>
              <w:t xml:space="preserve">  </w:t>
            </w:r>
            <w:smartTag w:uri="urn:schemas-microsoft-com:office:smarttags" w:element="metricconverter">
              <w:smartTagPr>
                <w:attr w:name="ProductID" w:val="0,01 М"/>
              </w:smartTagPr>
              <w:r w:rsidRPr="00DC2F01">
                <w:rPr>
                  <w:szCs w:val="28"/>
                  <w:lang w:val="ru-RU"/>
                </w:rPr>
                <w:t>0,01 М</w:t>
              </w:r>
            </w:smartTag>
            <w:r w:rsidRPr="00DC2F01">
              <w:rPr>
                <w:szCs w:val="28"/>
                <w:lang w:val="ru-RU"/>
              </w:rPr>
              <w:t xml:space="preserve"> раствора </w:t>
            </w:r>
            <w:r>
              <w:rPr>
                <w:szCs w:val="28"/>
              </w:rPr>
              <w:t>HNO</w:t>
            </w:r>
            <w:r w:rsidRPr="00DC2F01">
              <w:rPr>
                <w:szCs w:val="14"/>
                <w:vertAlign w:val="subscript"/>
                <w:lang w:val="ru-RU"/>
              </w:rPr>
              <w:t>3</w:t>
            </w:r>
            <w:r w:rsidRPr="00DC2F01">
              <w:rPr>
                <w:szCs w:val="28"/>
                <w:lang w:val="ru-RU"/>
              </w:rPr>
              <w:t xml:space="preserve">: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18.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 xml:space="preserve">В </w:t>
            </w:r>
            <w:smartTag w:uri="urn:schemas-microsoft-com:office:smarttags" w:element="metricconverter">
              <w:smartTagPr>
                <w:attr w:name="ProductID" w:val="450 г"/>
              </w:smartTagPr>
              <w:r w:rsidRPr="00DC2F01">
                <w:rPr>
                  <w:szCs w:val="28"/>
                  <w:lang w:val="ru-RU"/>
                </w:rPr>
                <w:t>450 г</w:t>
              </w:r>
            </w:smartTag>
            <w:r w:rsidRPr="00DC2F01">
              <w:rPr>
                <w:szCs w:val="28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DC2F01">
                <w:rPr>
                  <w:szCs w:val="28"/>
                  <w:lang w:val="ru-RU"/>
                </w:rPr>
                <w:t>50 г</w:t>
              </w:r>
            </w:smartTag>
            <w:r w:rsidRPr="00DC2F01">
              <w:rPr>
                <w:szCs w:val="28"/>
                <w:lang w:val="ru-RU"/>
              </w:rPr>
              <w:t xml:space="preserve"> соли. Массовая доля соли в полученном растворе равна…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19.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 xml:space="preserve">Масса </w:t>
            </w:r>
            <w:r>
              <w:rPr>
                <w:szCs w:val="28"/>
              </w:rPr>
              <w:t>NaOH</w:t>
            </w:r>
            <w:r w:rsidRPr="00DC2F01">
              <w:rPr>
                <w:szCs w:val="28"/>
                <w:lang w:val="ru-RU"/>
              </w:rPr>
              <w:t xml:space="preserve"> в </w:t>
            </w:r>
            <w:smartTag w:uri="urn:schemas-microsoft-com:office:smarttags" w:element="metricconverter">
              <w:smartTagPr>
                <w:attr w:name="ProductID" w:val="0,2 л"/>
              </w:smartTagPr>
              <w:r w:rsidRPr="00DC2F01">
                <w:rPr>
                  <w:szCs w:val="28"/>
                  <w:lang w:val="ru-RU"/>
                </w:rPr>
                <w:t>0,2 л</w:t>
              </w:r>
            </w:smartTag>
            <w:r w:rsidRPr="00DC2F01">
              <w:rPr>
                <w:szCs w:val="28"/>
                <w:lang w:val="ru-RU"/>
              </w:rPr>
              <w:t xml:space="preserve"> раствора с концентрацией </w:t>
            </w:r>
            <w:smartTag w:uri="urn:schemas-microsoft-com:office:smarttags" w:element="metricconverter">
              <w:smartTagPr>
                <w:attr w:name="ProductID" w:val="0,2 М"/>
              </w:smartTagPr>
              <w:r w:rsidRPr="00DC2F01">
                <w:rPr>
                  <w:szCs w:val="28"/>
                  <w:lang w:val="ru-RU"/>
                </w:rPr>
                <w:t>0,2 М</w:t>
              </w:r>
            </w:smartTag>
            <w:r w:rsidRPr="00DC2F01">
              <w:rPr>
                <w:szCs w:val="28"/>
                <w:lang w:val="ru-RU"/>
              </w:rPr>
              <w:t xml:space="preserve"> равна… г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20.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Процесс поглощения одного вещества другим называется</w:t>
            </w:r>
          </w:p>
          <w:p w:rsidR="00DC2F01" w:rsidRDefault="00DC2F01" w:rsidP="00494884">
            <w:r>
              <w:t>1) абсорбцией</w:t>
            </w:r>
            <w:r>
              <w:tab/>
            </w:r>
          </w:p>
          <w:p w:rsidR="00DC2F01" w:rsidRDefault="00DC2F01" w:rsidP="00494884">
            <w:r>
              <w:t>2) адсорбцией</w:t>
            </w:r>
            <w:r>
              <w:tab/>
            </w:r>
          </w:p>
          <w:p w:rsidR="00DC2F01" w:rsidRDefault="00DC2F01" w:rsidP="00494884">
            <w:r>
              <w:t xml:space="preserve">3) десорбцией     </w:t>
            </w:r>
          </w:p>
          <w:p w:rsidR="00DC2F01" w:rsidRDefault="00DC2F01" w:rsidP="00494884"/>
        </w:tc>
      </w:tr>
      <w:tr w:rsidR="00DC2F01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bCs/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21.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bCs/>
                <w:szCs w:val="28"/>
                <w:lang w:val="ru-RU"/>
              </w:rPr>
              <w:t xml:space="preserve">Какая реакция </w:t>
            </w:r>
            <w:r w:rsidRPr="00DC2F01">
              <w:rPr>
                <w:b/>
                <w:bCs/>
                <w:sz w:val="28"/>
                <w:szCs w:val="28"/>
                <w:lang w:val="ru-RU"/>
              </w:rPr>
              <w:t>не</w:t>
            </w:r>
            <w:r w:rsidRPr="00DC2F01">
              <w:rPr>
                <w:bCs/>
                <w:szCs w:val="28"/>
                <w:lang w:val="ru-RU"/>
              </w:rPr>
              <w:t xml:space="preserve"> относится к окислительно– восстановительным:</w:t>
            </w:r>
          </w:p>
          <w:p w:rsidR="00DC2F01" w:rsidRDefault="00DC2F01" w:rsidP="000D3AEE">
            <w:pPr>
              <w:numPr>
                <w:ilvl w:val="0"/>
                <w:numId w:val="122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NH</w:t>
            </w:r>
            <w:r>
              <w:rPr>
                <w:bCs/>
                <w:szCs w:val="28"/>
                <w:vertAlign w:val="subscript"/>
              </w:rPr>
              <w:t>4</w:t>
            </w:r>
            <w:r>
              <w:rPr>
                <w:bCs/>
                <w:szCs w:val="28"/>
              </w:rPr>
              <w:t>Cl → NH</w:t>
            </w:r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</w:rPr>
              <w:t xml:space="preserve"> +HCl</w:t>
            </w:r>
          </w:p>
          <w:p w:rsidR="00DC2F01" w:rsidRDefault="00DC2F01" w:rsidP="000D3AEE">
            <w:pPr>
              <w:numPr>
                <w:ilvl w:val="0"/>
                <w:numId w:val="122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NH</w:t>
            </w:r>
            <w:r>
              <w:rPr>
                <w:bCs/>
                <w:szCs w:val="28"/>
                <w:vertAlign w:val="subscript"/>
              </w:rPr>
              <w:t>4</w:t>
            </w:r>
            <w:r>
              <w:rPr>
                <w:bCs/>
                <w:szCs w:val="28"/>
              </w:rPr>
              <w:t xml:space="preserve"> NO</w:t>
            </w:r>
            <w:proofErr w:type="gramStart"/>
            <w:r>
              <w:rPr>
                <w:bCs/>
                <w:szCs w:val="28"/>
                <w:vertAlign w:val="subscript"/>
              </w:rPr>
              <w:t xml:space="preserve">2  </w:t>
            </w:r>
            <w:r>
              <w:rPr>
                <w:bCs/>
                <w:szCs w:val="28"/>
              </w:rPr>
              <w:t>→</w:t>
            </w:r>
            <w:proofErr w:type="gramEnd"/>
            <w:r>
              <w:rPr>
                <w:bCs/>
                <w:szCs w:val="28"/>
                <w:vertAlign w:val="subscript"/>
              </w:rPr>
              <w:t xml:space="preserve">  </w:t>
            </w:r>
            <w:r>
              <w:rPr>
                <w:bCs/>
                <w:szCs w:val="28"/>
              </w:rPr>
              <w:t>N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+2H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O</w:t>
            </w:r>
          </w:p>
          <w:p w:rsidR="00DC2F01" w:rsidRDefault="00DC2F01" w:rsidP="000D3AEE">
            <w:pPr>
              <w:numPr>
                <w:ilvl w:val="0"/>
                <w:numId w:val="122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lastRenderedPageBreak/>
              <w:t>2NaNO</w:t>
            </w:r>
            <w:proofErr w:type="gramStart"/>
            <w:r>
              <w:rPr>
                <w:bCs/>
                <w:szCs w:val="28"/>
                <w:vertAlign w:val="subscript"/>
              </w:rPr>
              <w:t xml:space="preserve">3  </w:t>
            </w:r>
            <w:r>
              <w:rPr>
                <w:bCs/>
                <w:szCs w:val="28"/>
              </w:rPr>
              <w:t>→</w:t>
            </w:r>
            <w:proofErr w:type="gramEnd"/>
            <w:r>
              <w:rPr>
                <w:bCs/>
                <w:szCs w:val="28"/>
                <w:vertAlign w:val="subscript"/>
              </w:rPr>
              <w:t xml:space="preserve"> </w:t>
            </w:r>
            <w:r>
              <w:rPr>
                <w:bCs/>
                <w:szCs w:val="28"/>
              </w:rPr>
              <w:t>2NaNO</w:t>
            </w:r>
            <w:r>
              <w:rPr>
                <w:bCs/>
                <w:szCs w:val="28"/>
                <w:vertAlign w:val="subscript"/>
              </w:rPr>
              <w:t>2</w:t>
            </w:r>
            <w:r>
              <w:rPr>
                <w:bCs/>
                <w:szCs w:val="28"/>
              </w:rPr>
              <w:t>+O</w:t>
            </w:r>
            <w:r>
              <w:rPr>
                <w:bCs/>
                <w:szCs w:val="28"/>
                <w:vertAlign w:val="subscript"/>
              </w:rPr>
              <w:t>2</w:t>
            </w:r>
          </w:p>
          <w:p w:rsidR="00DC2F01" w:rsidRDefault="00DC2F01" w:rsidP="00494884"/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lastRenderedPageBreak/>
              <w:t xml:space="preserve">22. </w:t>
            </w:r>
            <w:r w:rsidRPr="00DC2F01">
              <w:rPr>
                <w:lang w:val="ru-RU"/>
              </w:rPr>
              <w:t xml:space="preserve">Из предложенных соединений </w:t>
            </w:r>
            <w:r w:rsidRPr="000E52FE">
              <w:t>Cl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, </w:t>
            </w:r>
            <w:r w:rsidRPr="000E52FE">
              <w:t>HNO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, </w:t>
            </w:r>
            <w:r w:rsidRPr="000E52FE">
              <w:t>FeCl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, </w:t>
            </w:r>
            <w:r w:rsidRPr="000E52FE">
              <w:t>I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 выберите окислитель для окисления </w:t>
            </w:r>
            <w:r w:rsidRPr="000E52FE">
              <w:t>SeO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 до </w:t>
            </w:r>
            <w:r w:rsidRPr="000E52FE">
              <w:t>K</w:t>
            </w:r>
            <w:r w:rsidRPr="00DC2F01">
              <w:rPr>
                <w:vertAlign w:val="subscript"/>
                <w:lang w:val="ru-RU"/>
              </w:rPr>
              <w:t>2</w:t>
            </w:r>
            <w:r w:rsidRPr="000E52FE">
              <w:t>SeO</w:t>
            </w:r>
            <w:r w:rsidRPr="00DC2F01">
              <w:rPr>
                <w:vertAlign w:val="subscript"/>
                <w:lang w:val="ru-RU"/>
              </w:rPr>
              <w:t>4</w:t>
            </w:r>
            <w:r w:rsidRPr="00DC2F01">
              <w:rPr>
                <w:lang w:val="ru-RU"/>
              </w:rPr>
              <w:t xml:space="preserve">, если </w:t>
            </w:r>
            <w:r>
              <w:rPr>
                <w:position w:val="-10"/>
              </w:rPr>
              <w:object w:dxaOrig="2360" w:dyaOrig="360">
                <v:shape id="_x0000_i1233" type="#_x0000_t75" style="width:117.75pt;height:18pt" o:ole="" fillcolor="window">
                  <v:imagedata r:id="rId361" o:title=""/>
                </v:shape>
                <o:OLEObject Type="Embed" ProgID="Equation.3" ShapeID="_x0000_i1233" DrawAspect="Content" ObjectID="_1841053978" r:id="rId362"/>
              </w:object>
            </w:r>
            <w:r w:rsidRPr="00DC2F01">
              <w:rPr>
                <w:lang w:val="ru-RU"/>
              </w:rPr>
              <w:t xml:space="preserve">   </w:t>
            </w:r>
            <w:r>
              <w:rPr>
                <w:position w:val="-10"/>
              </w:rPr>
              <w:object w:dxaOrig="1960" w:dyaOrig="360">
                <v:shape id="_x0000_i1234" type="#_x0000_t75" style="width:98.25pt;height:18pt" o:ole="" fillcolor="window">
                  <v:imagedata r:id="rId363" o:title=""/>
                </v:shape>
                <o:OLEObject Type="Embed" ProgID="Equation.3" ShapeID="_x0000_i1234" DrawAspect="Content" ObjectID="_1841053979" r:id="rId364"/>
              </w:object>
            </w:r>
            <w:r w:rsidRPr="00DC2F01">
              <w:rPr>
                <w:lang w:val="ru-RU"/>
              </w:rPr>
              <w:t xml:space="preserve">  </w:t>
            </w:r>
            <w:r>
              <w:rPr>
                <w:position w:val="-12"/>
              </w:rPr>
              <w:object w:dxaOrig="2140" w:dyaOrig="380">
                <v:shape id="_x0000_i1235" type="#_x0000_t75" style="width:107.25pt;height:18.75pt" o:ole="" fillcolor="window">
                  <v:imagedata r:id="rId365" o:title=""/>
                </v:shape>
                <o:OLEObject Type="Embed" ProgID="Equation.3" ShapeID="_x0000_i1235" DrawAspect="Content" ObjectID="_1841053980" r:id="rId366"/>
              </w:object>
            </w:r>
            <w:r w:rsidRPr="00DC2F01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1760" w:dyaOrig="360">
                <v:shape id="_x0000_i1236" type="#_x0000_t75" style="width:87.75pt;height:18pt" o:ole="" fillcolor="window">
                  <v:imagedata r:id="rId367" o:title=""/>
                </v:shape>
                <o:OLEObject Type="Embed" ProgID="Equation.3" ShapeID="_x0000_i1236" DrawAspect="Content" ObjectID="_1841053981" r:id="rId368"/>
              </w:object>
            </w:r>
            <w:r w:rsidRPr="00DC2F01">
              <w:rPr>
                <w:lang w:val="ru-RU"/>
              </w:rPr>
              <w:t xml:space="preserve">  </w:t>
            </w:r>
            <w:r>
              <w:rPr>
                <w:position w:val="-10"/>
              </w:rPr>
              <w:object w:dxaOrig="2220" w:dyaOrig="360">
                <v:shape id="_x0000_i1237" type="#_x0000_t75" style="width:111pt;height:18pt" o:ole="" fillcolor="window">
                  <v:imagedata r:id="rId369" o:title=""/>
                </v:shape>
                <o:OLEObject Type="Embed" ProgID="Equation.3" ShapeID="_x0000_i1237" DrawAspect="Content" ObjectID="_1841053982" r:id="rId370"/>
              </w:object>
            </w:r>
          </w:p>
          <w:p w:rsidR="00DC2F01" w:rsidRPr="00DC2F01" w:rsidRDefault="00DC2F01" w:rsidP="00494884">
            <w:pPr>
              <w:ind w:left="1080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845DFE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23. </w:t>
            </w:r>
            <w:r w:rsidRPr="00DC2F01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DC2F01" w:rsidRPr="002A60E6" w:rsidRDefault="00DC2F01" w:rsidP="00494884">
            <w:pPr>
              <w:ind w:left="360"/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2A60E6">
              <w:rPr>
                <w:szCs w:val="24"/>
              </w:rPr>
              <w:t>) Cr</w:t>
            </w:r>
            <w:r w:rsidRPr="002A60E6">
              <w:rPr>
                <w:szCs w:val="24"/>
                <w:vertAlign w:val="superscript"/>
              </w:rPr>
              <w:t>3+</w:t>
            </w:r>
            <w:r w:rsidRPr="002A60E6">
              <w:rPr>
                <w:szCs w:val="24"/>
              </w:rPr>
              <w:t xml:space="preserve">      </w:t>
            </w:r>
            <w:r>
              <w:rPr>
                <w:szCs w:val="24"/>
              </w:rPr>
              <w:t>2</w:t>
            </w:r>
            <w:r w:rsidRPr="002A60E6">
              <w:rPr>
                <w:szCs w:val="24"/>
              </w:rPr>
              <w:t>) S</w:t>
            </w:r>
            <w:r w:rsidRPr="002A60E6">
              <w:rPr>
                <w:szCs w:val="24"/>
                <w:vertAlign w:val="superscript"/>
              </w:rPr>
              <w:t>2-</w:t>
            </w:r>
            <w:r w:rsidRPr="002A60E6">
              <w:rPr>
                <w:szCs w:val="24"/>
              </w:rPr>
              <w:t xml:space="preserve">      </w:t>
            </w:r>
            <w:r>
              <w:rPr>
                <w:szCs w:val="24"/>
              </w:rPr>
              <w:t>3</w:t>
            </w:r>
            <w:r w:rsidRPr="002A60E6">
              <w:rPr>
                <w:szCs w:val="24"/>
              </w:rPr>
              <w:t xml:space="preserve">) Br </w:t>
            </w:r>
            <w:r w:rsidRPr="002A60E6">
              <w:rPr>
                <w:szCs w:val="24"/>
                <w:vertAlign w:val="superscript"/>
              </w:rPr>
              <w:t xml:space="preserve">- </w:t>
            </w:r>
            <w:r>
              <w:rPr>
                <w:szCs w:val="24"/>
              </w:rPr>
              <w:t xml:space="preserve">    </w:t>
            </w:r>
          </w:p>
          <w:p w:rsidR="00DC2F01" w:rsidRPr="00845DFE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24.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Можно ли проводить электролиз воды:</w:t>
            </w:r>
          </w:p>
          <w:p w:rsidR="00DC2F01" w:rsidRPr="00DC2F01" w:rsidRDefault="00DC2F01" w:rsidP="000D3AEE">
            <w:pPr>
              <w:numPr>
                <w:ilvl w:val="0"/>
                <w:numId w:val="123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Можно, т.к, вода диссоциирует с образованием воды ионов Н</w:t>
            </w:r>
            <w:proofErr w:type="gramStart"/>
            <w:r w:rsidRPr="00DC2F01">
              <w:rPr>
                <w:vertAlign w:val="superscript"/>
                <w:lang w:val="ru-RU"/>
              </w:rPr>
              <w:t xml:space="preserve">+  </w:t>
            </w:r>
            <w:r w:rsidRPr="00DC2F01">
              <w:rPr>
                <w:lang w:val="ru-RU"/>
              </w:rPr>
              <w:t>ОН</w:t>
            </w:r>
            <w:proofErr w:type="gramEnd"/>
            <w:r w:rsidRPr="00DC2F01">
              <w:rPr>
                <w:vertAlign w:val="superscript"/>
                <w:lang w:val="ru-RU"/>
              </w:rPr>
              <w:t>-</w:t>
            </w:r>
            <w:r w:rsidRPr="00DC2F01">
              <w:rPr>
                <w:lang w:val="ru-RU"/>
              </w:rPr>
              <w:t>;</w:t>
            </w:r>
          </w:p>
          <w:p w:rsidR="00DC2F01" w:rsidRPr="00DC2F01" w:rsidRDefault="00DC2F01" w:rsidP="000D3AEE">
            <w:pPr>
              <w:numPr>
                <w:ilvl w:val="0"/>
                <w:numId w:val="123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Можно, если добавить электролит, увеличивающий электропроводность раствора;</w:t>
            </w:r>
          </w:p>
          <w:p w:rsidR="00DC2F01" w:rsidRPr="00DC2F01" w:rsidRDefault="00DC2F01" w:rsidP="000D3AEE">
            <w:pPr>
              <w:numPr>
                <w:ilvl w:val="0"/>
                <w:numId w:val="123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Нельзя, т.к. молекулы воды на ионы не диссоцируют.</w:t>
            </w:r>
          </w:p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25. </w:t>
            </w:r>
            <w:r w:rsidRPr="00DC2F01">
              <w:rPr>
                <w:lang w:val="ru-RU"/>
              </w:rPr>
              <w:t xml:space="preserve">Вычислите массу серебра, выделившуюся при пропускании через раствор нитрата серебра тока в 8 </w:t>
            </w:r>
            <w:proofErr w:type="gramStart"/>
            <w:r w:rsidRPr="00DC2F01">
              <w:rPr>
                <w:lang w:val="ru-RU"/>
              </w:rPr>
              <w:t>А</w:t>
            </w:r>
            <w:proofErr w:type="gramEnd"/>
            <w:r w:rsidRPr="00DC2F01">
              <w:rPr>
                <w:lang w:val="ru-RU"/>
              </w:rPr>
              <w:t xml:space="preserve"> в течении 15 мин.</w:t>
            </w:r>
          </w:p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845DFE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26. </w:t>
            </w:r>
            <w:r w:rsidRPr="00DC2F01">
              <w:rPr>
                <w:lang w:val="ru-RU"/>
              </w:rPr>
              <w:t>Какие процессы будут протекать на никелевом аноде при электролизе водного раствора сульфата калия?</w:t>
            </w:r>
          </w:p>
          <w:p w:rsidR="00DC2F01" w:rsidRDefault="00DC2F01" w:rsidP="000D3AEE">
            <w:pPr>
              <w:numPr>
                <w:ilvl w:val="0"/>
                <w:numId w:val="124"/>
              </w:numPr>
              <w:spacing w:line="240" w:lineRule="auto"/>
            </w:pPr>
            <w:r>
              <w:rPr>
                <w:position w:val="-12"/>
              </w:rPr>
              <w:object w:dxaOrig="1980" w:dyaOrig="380">
                <v:shape id="_x0000_i1238" type="#_x0000_t75" style="width:99pt;height:18.75pt" o:ole="">
                  <v:imagedata r:id="rId228" o:title=""/>
                </v:shape>
                <o:OLEObject Type="Embed" ProgID="Equation.3" ShapeID="_x0000_i1238" DrawAspect="Content" ObjectID="_1841053983" r:id="rId371"/>
              </w:object>
            </w:r>
          </w:p>
          <w:p w:rsidR="00DC2F01" w:rsidRDefault="00DC2F01" w:rsidP="000D3AEE">
            <w:pPr>
              <w:numPr>
                <w:ilvl w:val="0"/>
                <w:numId w:val="124"/>
              </w:numPr>
              <w:spacing w:line="240" w:lineRule="auto"/>
            </w:pPr>
            <w:r>
              <w:rPr>
                <w:position w:val="-10"/>
              </w:rPr>
              <w:object w:dxaOrig="2420" w:dyaOrig="360">
                <v:shape id="_x0000_i1239" type="#_x0000_t75" style="width:120.75pt;height:18pt" o:ole="">
                  <v:imagedata r:id="rId230" o:title=""/>
                </v:shape>
                <o:OLEObject Type="Embed" ProgID="Equation.3" ShapeID="_x0000_i1239" DrawAspect="Content" ObjectID="_1841053984" r:id="rId372"/>
              </w:object>
            </w:r>
          </w:p>
          <w:p w:rsidR="00DC2F01" w:rsidRPr="001B1BB0" w:rsidRDefault="00DC2F01" w:rsidP="000D3AEE">
            <w:pPr>
              <w:numPr>
                <w:ilvl w:val="0"/>
                <w:numId w:val="124"/>
              </w:numPr>
              <w:spacing w:line="240" w:lineRule="auto"/>
              <w:rPr>
                <w:b/>
                <w:bCs/>
                <w:i/>
                <w:iCs/>
              </w:rPr>
            </w:pPr>
            <w:r>
              <w:rPr>
                <w:position w:val="-6"/>
              </w:rPr>
              <w:object w:dxaOrig="1680" w:dyaOrig="320">
                <v:shape id="_x0000_i1240" type="#_x0000_t75" style="width:84pt;height:15.75pt" o:ole="">
                  <v:imagedata r:id="rId373" o:title=""/>
                </v:shape>
                <o:OLEObject Type="Embed" ProgID="Equation.3" ShapeID="_x0000_i1240" DrawAspect="Content" ObjectID="_1841053985" r:id="rId374"/>
              </w:object>
            </w:r>
            <w:r>
              <w:t xml:space="preserve">     </w:t>
            </w:r>
          </w:p>
          <w:p w:rsidR="00DC2F01" w:rsidRPr="00845DFE" w:rsidRDefault="00DC2F01" w:rsidP="00494884">
            <w:pPr>
              <w:ind w:left="720"/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27.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Какова структура уровня </w:t>
            </w:r>
            <w:r>
              <w:t>n</w:t>
            </w:r>
            <w:r w:rsidRPr="00DC2F01">
              <w:rPr>
                <w:lang w:val="ru-RU"/>
              </w:rPr>
              <w:t>=4 атома молибдена?</w:t>
            </w:r>
          </w:p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845DFE" w:rsidTr="00494884">
        <w:trPr>
          <w:gridAfter w:val="1"/>
          <w:wAfter w:w="142" w:type="dxa"/>
        </w:trPr>
        <w:tc>
          <w:tcPr>
            <w:tcW w:w="10348" w:type="dxa"/>
            <w:gridSpan w:val="5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28. </w:t>
            </w:r>
            <w:r w:rsidRPr="00DC2F01">
              <w:rPr>
                <w:lang w:val="ru-RU"/>
              </w:rPr>
              <w:t xml:space="preserve">По какой из указанных схем может пойти реакция образования </w:t>
            </w:r>
            <w:r>
              <w:t>Cr</w:t>
            </w:r>
            <w:r w:rsidRPr="00DC2F01">
              <w:rPr>
                <w:lang w:val="ru-RU"/>
              </w:rPr>
              <w:t>(</w:t>
            </w:r>
            <w:r>
              <w:t>OH</w:t>
            </w:r>
            <w:r w:rsidRPr="00DC2F01">
              <w:rPr>
                <w:lang w:val="ru-RU"/>
              </w:rPr>
              <w:t>)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>:</w:t>
            </w:r>
          </w:p>
          <w:p w:rsidR="00DC2F01" w:rsidRDefault="00DC2F01" w:rsidP="000D3AEE">
            <w:pPr>
              <w:numPr>
                <w:ilvl w:val="0"/>
                <w:numId w:val="127"/>
              </w:numPr>
              <w:spacing w:line="240" w:lineRule="auto"/>
            </w:pPr>
            <w:r>
              <w:rPr>
                <w:position w:val="-10"/>
              </w:rPr>
              <w:object w:dxaOrig="1320" w:dyaOrig="340">
                <v:shape id="_x0000_i1241" type="#_x0000_t75" style="width:66pt;height:17.25pt" o:ole="">
                  <v:imagedata r:id="rId375" o:title=""/>
                </v:shape>
                <o:OLEObject Type="Embed" ProgID="Equation.3" ShapeID="_x0000_i1241" DrawAspect="Content" ObjectID="_1841053986" r:id="rId376"/>
              </w:object>
            </w:r>
            <w:r>
              <w:t xml:space="preserve"> </w:t>
            </w:r>
          </w:p>
          <w:p w:rsidR="00DC2F01" w:rsidRDefault="00DC2F01" w:rsidP="000D3AEE">
            <w:pPr>
              <w:numPr>
                <w:ilvl w:val="0"/>
                <w:numId w:val="127"/>
              </w:numPr>
              <w:spacing w:line="240" w:lineRule="auto"/>
            </w:pPr>
            <w:r>
              <w:rPr>
                <w:position w:val="-12"/>
              </w:rPr>
              <w:object w:dxaOrig="1840" w:dyaOrig="360">
                <v:shape id="_x0000_i1242" type="#_x0000_t75" style="width:92.25pt;height:18pt" o:ole="">
                  <v:imagedata r:id="rId377" o:title=""/>
                </v:shape>
                <o:OLEObject Type="Embed" ProgID="Equation.3" ShapeID="_x0000_i1242" DrawAspect="Content" ObjectID="_1841053987" r:id="rId378"/>
              </w:object>
            </w:r>
          </w:p>
          <w:p w:rsidR="00DC2F01" w:rsidRDefault="00DC2F01" w:rsidP="000D3AEE">
            <w:pPr>
              <w:numPr>
                <w:ilvl w:val="0"/>
                <w:numId w:val="127"/>
              </w:numPr>
              <w:spacing w:line="240" w:lineRule="auto"/>
            </w:pPr>
            <w:r>
              <w:rPr>
                <w:position w:val="-12"/>
              </w:rPr>
              <w:object w:dxaOrig="1660" w:dyaOrig="360">
                <v:shape id="_x0000_i1243" type="#_x0000_t75" style="width:82.5pt;height:18pt" o:ole="">
                  <v:imagedata r:id="rId379" o:title=""/>
                </v:shape>
                <o:OLEObject Type="Embed" ProgID="Equation.3" ShapeID="_x0000_i1243" DrawAspect="Content" ObjectID="_1841053988" r:id="rId380"/>
              </w:object>
            </w:r>
          </w:p>
          <w:p w:rsidR="00DC2F01" w:rsidRPr="00845DFE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845DFE" w:rsidTr="00494884">
        <w:trPr>
          <w:gridAfter w:val="1"/>
          <w:wAfter w:w="142" w:type="dxa"/>
        </w:trPr>
        <w:tc>
          <w:tcPr>
            <w:tcW w:w="10348" w:type="dxa"/>
            <w:gridSpan w:val="5"/>
            <w:tcBorders>
              <w:bottom w:val="single" w:sz="4" w:space="0" w:color="auto"/>
            </w:tcBorders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29. </w:t>
            </w:r>
            <w:r w:rsidRPr="00DC2F01">
              <w:rPr>
                <w:szCs w:val="28"/>
                <w:lang w:val="ru-RU"/>
              </w:rPr>
              <w:t>Присутствие ионов кальция в водном растворе можно обнаружить с помощью ионов</w:t>
            </w:r>
          </w:p>
          <w:p w:rsidR="00DC2F01" w:rsidRDefault="00DC2F01" w:rsidP="000D3AEE">
            <w:pPr>
              <w:numPr>
                <w:ilvl w:val="0"/>
                <w:numId w:val="125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OH</w:t>
            </w:r>
            <w:r>
              <w:rPr>
                <w:szCs w:val="28"/>
                <w:vertAlign w:val="superscript"/>
              </w:rPr>
              <w:t>-</w:t>
            </w:r>
            <w:r>
              <w:rPr>
                <w:szCs w:val="28"/>
              </w:rPr>
              <w:t xml:space="preserve"> </w:t>
            </w:r>
          </w:p>
          <w:p w:rsidR="00DC2F01" w:rsidRDefault="00DC2F01" w:rsidP="000D3AEE">
            <w:pPr>
              <w:numPr>
                <w:ilvl w:val="0"/>
                <w:numId w:val="125"/>
              </w:numPr>
              <w:spacing w:line="240" w:lineRule="auto"/>
              <w:rPr>
                <w:bCs/>
                <w:szCs w:val="28"/>
              </w:rPr>
            </w:pPr>
            <w:r>
              <w:rPr>
                <w:bCs/>
                <w:szCs w:val="28"/>
              </w:rPr>
              <w:t>CO</w:t>
            </w:r>
            <w:r>
              <w:rPr>
                <w:bCs/>
                <w:szCs w:val="28"/>
                <w:vertAlign w:val="subscript"/>
              </w:rPr>
              <w:t>3</w:t>
            </w:r>
            <w:r>
              <w:rPr>
                <w:bCs/>
                <w:szCs w:val="28"/>
                <w:vertAlign w:val="superscript"/>
              </w:rPr>
              <w:t>2-</w:t>
            </w:r>
          </w:p>
          <w:p w:rsidR="00DC2F01" w:rsidRDefault="00DC2F01" w:rsidP="000D3AEE">
            <w:pPr>
              <w:numPr>
                <w:ilvl w:val="0"/>
                <w:numId w:val="125"/>
              </w:numPr>
              <w:spacing w:line="240" w:lineRule="auto"/>
              <w:rPr>
                <w:szCs w:val="28"/>
              </w:rPr>
            </w:pPr>
            <w:r>
              <w:rPr>
                <w:szCs w:val="28"/>
              </w:rPr>
              <w:t>SO</w:t>
            </w:r>
            <w:r>
              <w:rPr>
                <w:szCs w:val="28"/>
                <w:vertAlign w:val="subscript"/>
              </w:rPr>
              <w:t>4</w:t>
            </w:r>
            <w:r>
              <w:rPr>
                <w:szCs w:val="28"/>
                <w:vertAlign w:val="superscript"/>
              </w:rPr>
              <w:t>2-</w:t>
            </w:r>
          </w:p>
          <w:p w:rsidR="00DC2F01" w:rsidRPr="00845DFE" w:rsidRDefault="00DC2F01" w:rsidP="00494884">
            <w:pPr>
              <w:ind w:left="720"/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rPr>
          <w:gridAfter w:val="1"/>
          <w:wAfter w:w="142" w:type="dxa"/>
        </w:trPr>
        <w:tc>
          <w:tcPr>
            <w:tcW w:w="10348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DC2F01" w:rsidRPr="007E47E5" w:rsidRDefault="00DC2F01" w:rsidP="00494884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DC2F0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DC2F0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Утверждено на заседании кафедры: ЭБЖиФ протокол от «03» декабря 2025 г. № 4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21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83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b/>
                <w:lang w:val="ru-RU"/>
              </w:rPr>
            </w:pPr>
            <w:r w:rsidRPr="00DC2F01">
              <w:rPr>
                <w:b/>
                <w:lang w:val="ru-RU"/>
              </w:rPr>
              <w:t>Экзаменационный тест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b/>
                <w:lang w:val="ru-RU"/>
              </w:rPr>
              <w:t>Вариант № 4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jc w:val="center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Tr="00494884">
        <w:tc>
          <w:tcPr>
            <w:tcW w:w="10490" w:type="dxa"/>
            <w:gridSpan w:val="6"/>
            <w:tcBorders>
              <w:top w:val="single" w:sz="4" w:space="0" w:color="auto"/>
            </w:tcBorders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1</w:t>
            </w:r>
            <w:r w:rsidRPr="00DC2F01">
              <w:rPr>
                <w:b/>
                <w:i/>
                <w:lang w:val="ru-RU"/>
              </w:rPr>
              <w:t xml:space="preserve">. </w:t>
            </w:r>
            <w:proofErr w:type="gramStart"/>
            <w:r w:rsidRPr="00DC2F01">
              <w:rPr>
                <w:lang w:val="ru-RU"/>
              </w:rPr>
              <w:t>Число,  каких</w:t>
            </w:r>
            <w:proofErr w:type="gramEnd"/>
            <w:r w:rsidRPr="00DC2F01">
              <w:rPr>
                <w:lang w:val="ru-RU"/>
              </w:rPr>
              <w:t xml:space="preserve"> элементарных частиц является определяющим для понятия «химический элемент»:</w:t>
            </w:r>
          </w:p>
          <w:p w:rsidR="00DC2F01" w:rsidRPr="00E87D27" w:rsidRDefault="00DC2F01" w:rsidP="00494884">
            <w:r w:rsidRPr="00DC2F01">
              <w:rPr>
                <w:lang w:val="ru-RU"/>
              </w:rPr>
              <w:t xml:space="preserve">   </w:t>
            </w:r>
            <w:r>
              <w:t xml:space="preserve">1) </w:t>
            </w:r>
            <w:proofErr w:type="gramStart"/>
            <w:r w:rsidRPr="00E87D27">
              <w:t xml:space="preserve">протоны;  </w:t>
            </w:r>
            <w:r>
              <w:t xml:space="preserve"> </w:t>
            </w:r>
            <w:proofErr w:type="gramEnd"/>
            <w:r>
              <w:t xml:space="preserve">      </w:t>
            </w:r>
            <w:r w:rsidRPr="00E87D27">
              <w:t xml:space="preserve">2)нейтроны;  </w:t>
            </w:r>
            <w:r>
              <w:t xml:space="preserve">              </w:t>
            </w:r>
            <w:r w:rsidRPr="00E87D27">
              <w:t>3)электроны.</w:t>
            </w:r>
          </w:p>
          <w:p w:rsidR="00DC2F01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E87D27" w:rsidRDefault="00DC2F01" w:rsidP="00494884">
            <w:pPr>
              <w:tabs>
                <w:tab w:val="left" w:pos="540"/>
              </w:tabs>
              <w:ind w:hanging="540"/>
            </w:pPr>
            <w:r w:rsidRPr="00DC2F01">
              <w:rPr>
                <w:lang w:val="ru-RU"/>
              </w:rPr>
              <w:t xml:space="preserve">2. Атом, какого элемента имеет электронную конфигурацию   </w:t>
            </w:r>
            <w:r w:rsidRPr="00E87D27">
              <w:t>1s</w:t>
            </w:r>
            <w:r w:rsidRPr="00E87D27">
              <w:rPr>
                <w:vertAlign w:val="superscript"/>
              </w:rPr>
              <w:t>2</w:t>
            </w:r>
            <w:r w:rsidRPr="00E87D27">
              <w:t>2s</w:t>
            </w:r>
            <w:r w:rsidRPr="00E87D27">
              <w:rPr>
                <w:vertAlign w:val="superscript"/>
              </w:rPr>
              <w:t>2</w:t>
            </w:r>
            <w:r w:rsidRPr="00E87D27">
              <w:t>2p</w:t>
            </w:r>
            <w:r w:rsidRPr="00E87D27">
              <w:rPr>
                <w:vertAlign w:val="superscript"/>
              </w:rPr>
              <w:t>6</w:t>
            </w:r>
            <w:r w:rsidRPr="00E87D27">
              <w:t>3s</w:t>
            </w:r>
            <w:r w:rsidRPr="00E87D27">
              <w:rPr>
                <w:vertAlign w:val="superscript"/>
              </w:rPr>
              <w:t>2</w:t>
            </w:r>
            <w:r w:rsidRPr="00E87D27">
              <w:t>3p</w:t>
            </w:r>
            <w:r w:rsidRPr="00E87D27">
              <w:rPr>
                <w:vertAlign w:val="superscript"/>
              </w:rPr>
              <w:t>6</w:t>
            </w:r>
            <w:r w:rsidRPr="00E87D27">
              <w:t>4s</w:t>
            </w:r>
            <w:r w:rsidRPr="00E87D27">
              <w:rPr>
                <w:vertAlign w:val="superscript"/>
              </w:rPr>
              <w:t>1</w:t>
            </w:r>
            <w:r w:rsidRPr="00E87D27">
              <w:t>:</w:t>
            </w:r>
          </w:p>
          <w:p w:rsidR="00DC2F01" w:rsidRPr="00E87D27" w:rsidRDefault="00DC2F01" w:rsidP="00494884">
            <w:r w:rsidRPr="00E87D27">
              <w:t>1)</w:t>
            </w:r>
            <w:proofErr w:type="gramStart"/>
            <w:r w:rsidRPr="00E87D27">
              <w:t xml:space="preserve">Na;   </w:t>
            </w:r>
            <w:proofErr w:type="gramEnd"/>
            <w:r w:rsidRPr="00E87D27">
              <w:t xml:space="preserve">    2)K;    3)Ca.</w:t>
            </w:r>
          </w:p>
          <w:p w:rsidR="00DC2F01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E87D27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3. Газ образуется при взаимодействии в растворе:</w:t>
            </w:r>
          </w:p>
          <w:p w:rsidR="00DC2F01" w:rsidRPr="00DC2F01" w:rsidRDefault="00DC2F01" w:rsidP="00494884">
            <w:pPr>
              <w:rPr>
                <w:sz w:val="28"/>
                <w:lang w:val="ru-RU"/>
              </w:rPr>
            </w:pPr>
            <w:r w:rsidRPr="00DC2F01">
              <w:rPr>
                <w:lang w:val="ru-RU"/>
              </w:rPr>
              <w:t xml:space="preserve">      1) </w:t>
            </w:r>
            <w:r w:rsidRPr="00E87D27">
              <w:t>NaC</w:t>
            </w:r>
            <w:r>
              <w:t>l</w:t>
            </w:r>
            <w:r w:rsidRPr="00DC2F01">
              <w:rPr>
                <w:lang w:val="ru-RU"/>
              </w:rPr>
              <w:t xml:space="preserve"> с </w:t>
            </w:r>
            <w:r w:rsidRPr="00E87D27">
              <w:t>Li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С</w:t>
            </w:r>
            <w:r w:rsidRPr="00E87D27">
              <w:t>O</w:t>
            </w:r>
            <w:proofErr w:type="gramStart"/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>;  2</w:t>
            </w:r>
            <w:proofErr w:type="gramEnd"/>
            <w:r w:rsidRPr="00DC2F01">
              <w:rPr>
                <w:lang w:val="ru-RU"/>
              </w:rPr>
              <w:t xml:space="preserve">) </w:t>
            </w:r>
            <w:r w:rsidRPr="00E87D27">
              <w:t>Li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С</w:t>
            </w:r>
            <w:r w:rsidRPr="00E87D27">
              <w:t>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 </w:t>
            </w:r>
            <w:r w:rsidRPr="00E87D27">
              <w:t>c</w:t>
            </w:r>
            <w:r w:rsidRPr="00DC2F01">
              <w:rPr>
                <w:lang w:val="ru-RU"/>
              </w:rPr>
              <w:t xml:space="preserve"> </w:t>
            </w:r>
            <w:r>
              <w:t>HCl</w:t>
            </w:r>
            <w:r w:rsidRPr="00DC2F01">
              <w:rPr>
                <w:lang w:val="ru-RU"/>
              </w:rPr>
              <w:t xml:space="preserve">;   3) </w:t>
            </w:r>
            <w:r>
              <w:t>NaCl</w:t>
            </w:r>
            <w:r w:rsidRPr="00E87D27">
              <w:t>O</w:t>
            </w:r>
            <w:r w:rsidRPr="00DC2F01">
              <w:rPr>
                <w:lang w:val="ru-RU"/>
              </w:rPr>
              <w:t xml:space="preserve"> </w:t>
            </w:r>
            <w:r w:rsidRPr="00E87D27">
              <w:t>c</w:t>
            </w:r>
            <w:r w:rsidRPr="00DC2F01">
              <w:rPr>
                <w:lang w:val="ru-RU"/>
              </w:rPr>
              <w:t xml:space="preserve"> </w:t>
            </w:r>
            <w:r w:rsidRPr="00E87D27">
              <w:t>K</w:t>
            </w:r>
            <w:r w:rsidRPr="00DC2F01">
              <w:rPr>
                <w:vertAlign w:val="subscript"/>
                <w:lang w:val="ru-RU"/>
              </w:rPr>
              <w:t>2</w:t>
            </w:r>
            <w:r w:rsidRPr="00E87D27">
              <w:t>C</w:t>
            </w:r>
            <w:r w:rsidRPr="00DC2F01">
              <w:rPr>
                <w:lang w:val="ru-RU"/>
              </w:rPr>
              <w:t>О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vertAlign w:val="subscript"/>
                <w:lang w:val="ru-RU"/>
              </w:rPr>
              <w:tab/>
            </w:r>
            <w:r w:rsidRPr="00DC2F01">
              <w:rPr>
                <w:sz w:val="28"/>
                <w:vertAlign w:val="subscript"/>
                <w:lang w:val="ru-RU"/>
              </w:rPr>
              <w:tab/>
            </w:r>
            <w:r w:rsidRPr="00DC2F01">
              <w:rPr>
                <w:sz w:val="28"/>
                <w:vertAlign w:val="subscript"/>
                <w:lang w:val="ru-RU"/>
              </w:rPr>
              <w:tab/>
              <w:t xml:space="preserve">              </w:t>
            </w:r>
          </w:p>
          <w:p w:rsidR="00DC2F01" w:rsidRPr="00E87D27" w:rsidRDefault="00DC2F01" w:rsidP="00494884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Составьте уравнение реакции:</w:t>
            </w:r>
          </w:p>
          <w:p w:rsidR="00DC2F01" w:rsidRPr="00E87D27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E87D27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4. Гидроксид калия в растворе реагирует по отдельности с веществами:</w:t>
            </w:r>
          </w:p>
          <w:p w:rsidR="00DC2F01" w:rsidRPr="00E87D27" w:rsidRDefault="00DC2F01" w:rsidP="00494884">
            <w:r w:rsidRPr="00DC2F01">
              <w:rPr>
                <w:lang w:val="ru-RU"/>
              </w:rPr>
              <w:t xml:space="preserve">    </w:t>
            </w:r>
            <w:r w:rsidRPr="00E87D27">
              <w:t>1) HNO</w:t>
            </w:r>
            <w:r w:rsidRPr="00E87D27">
              <w:rPr>
                <w:vertAlign w:val="subscript"/>
              </w:rPr>
              <w:t>3</w:t>
            </w:r>
            <w:r>
              <w:t xml:space="preserve">, </w:t>
            </w:r>
            <w:proofErr w:type="gramStart"/>
            <w:r>
              <w:t>CuO</w:t>
            </w:r>
            <w:r w:rsidRPr="00E87D27">
              <w:t xml:space="preserve">;   </w:t>
            </w:r>
            <w:proofErr w:type="gramEnd"/>
            <w:r w:rsidRPr="00E87D27">
              <w:t xml:space="preserve">      2) Al, Zn(OH)</w:t>
            </w:r>
            <w:r w:rsidRPr="00E87D27">
              <w:rPr>
                <w:vertAlign w:val="subscript"/>
              </w:rPr>
              <w:t>2</w:t>
            </w:r>
            <w:r w:rsidRPr="00E87D27">
              <w:t>;          3) Zn, SO</w:t>
            </w:r>
            <w:r w:rsidRPr="00E87D27">
              <w:rPr>
                <w:vertAlign w:val="subscript"/>
              </w:rPr>
              <w:t>2</w:t>
            </w:r>
            <w:r w:rsidRPr="00E87D27">
              <w:t xml:space="preserve">                       </w:t>
            </w:r>
          </w:p>
          <w:p w:rsidR="00DC2F01" w:rsidRPr="00E87D27" w:rsidRDefault="00DC2F01" w:rsidP="00494884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Составьте уравнение реакции:</w:t>
            </w:r>
          </w:p>
          <w:p w:rsidR="00DC2F01" w:rsidRPr="00E87D27" w:rsidRDefault="00DC2F01" w:rsidP="00494884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1)</w:t>
            </w:r>
          </w:p>
          <w:p w:rsidR="00DC2F01" w:rsidRDefault="00DC2F01" w:rsidP="00494884">
            <w:pPr>
              <w:rPr>
                <w:bCs/>
                <w:iCs/>
              </w:rPr>
            </w:pPr>
            <w:r w:rsidRPr="00E87D27">
              <w:rPr>
                <w:bCs/>
                <w:iCs/>
              </w:rPr>
              <w:t>2)</w:t>
            </w:r>
          </w:p>
          <w:p w:rsidR="00DC2F01" w:rsidRPr="00E87D27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5.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Атом кислорода в молекуле воды находится в … состоянии.</w:t>
            </w:r>
          </w:p>
          <w:p w:rsidR="00DC2F01" w:rsidRDefault="00DC2F01" w:rsidP="000D3AEE">
            <w:pPr>
              <w:numPr>
                <w:ilvl w:val="0"/>
                <w:numId w:val="128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440" w:dyaOrig="360">
                <v:shape id="_x0000_i1244" type="#_x0000_t75" style="width:21.75pt;height:18pt" o:ole="">
                  <v:imagedata r:id="rId111" o:title=""/>
                </v:shape>
                <o:OLEObject Type="Embed" ProgID="Equation.3" ShapeID="_x0000_i1244" DrawAspect="Content" ObjectID="_1841053989" r:id="rId381"/>
              </w:object>
            </w:r>
            <w:r>
              <w:t>- гибридном</w:t>
            </w:r>
          </w:p>
          <w:p w:rsidR="00DC2F01" w:rsidRDefault="00DC2F01" w:rsidP="000D3AEE">
            <w:pPr>
              <w:numPr>
                <w:ilvl w:val="0"/>
                <w:numId w:val="128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300" w:dyaOrig="260">
                <v:shape id="_x0000_i1245" type="#_x0000_t75" style="width:15.75pt;height:12.75pt" o:ole="">
                  <v:imagedata r:id="rId113" o:title=""/>
                </v:shape>
                <o:OLEObject Type="Embed" ProgID="Equation.3" ShapeID="_x0000_i1245" DrawAspect="Content" ObjectID="_1841053990" r:id="rId382"/>
              </w:object>
            </w:r>
            <w:r>
              <w:t>- гибридном</w:t>
            </w:r>
          </w:p>
          <w:p w:rsidR="00DC2F01" w:rsidRPr="006663BA" w:rsidRDefault="00DC2F01" w:rsidP="000D3AEE">
            <w:pPr>
              <w:numPr>
                <w:ilvl w:val="0"/>
                <w:numId w:val="128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400" w:dyaOrig="360">
                <v:shape id="_x0000_i1246" type="#_x0000_t75" style="width:20.25pt;height:18pt" o:ole="">
                  <v:imagedata r:id="rId115" o:title=""/>
                </v:shape>
                <o:OLEObject Type="Embed" ProgID="Equation.3" ShapeID="_x0000_i1246" DrawAspect="Content" ObjectID="_1841053991" r:id="rId383"/>
              </w:object>
            </w:r>
            <w:r>
              <w:t>- гибридном.</w:t>
            </w:r>
          </w:p>
          <w:p w:rsidR="00DC2F01" w:rsidRDefault="00DC2F01" w:rsidP="00494884"/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6.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Первый закон (первое начало) термодинамики записывается так:</w:t>
            </w:r>
          </w:p>
          <w:p w:rsidR="00DC2F01" w:rsidRDefault="00DC2F01" w:rsidP="00494884">
            <w:pPr>
              <w:rPr>
                <w:position w:val="-10"/>
              </w:rPr>
            </w:pPr>
            <w:r>
              <w:rPr>
                <w:position w:val="-10"/>
              </w:rPr>
              <w:lastRenderedPageBreak/>
              <w:t xml:space="preserve">1)  </w:t>
            </w:r>
            <w:r>
              <w:rPr>
                <w:position w:val="-10"/>
              </w:rPr>
              <w:object w:dxaOrig="1060" w:dyaOrig="320">
                <v:shape id="_x0000_i1247" type="#_x0000_t75" style="width:53.25pt;height:15.75pt" o:ole="">
                  <v:imagedata r:id="rId117" o:title=""/>
                </v:shape>
                <o:OLEObject Type="Embed" ProgID="Equation.3" ShapeID="_x0000_i1247" DrawAspect="Content" ObjectID="_1841053992" r:id="rId384"/>
              </w:object>
            </w:r>
            <w:r>
              <w:rPr>
                <w:position w:val="-10"/>
              </w:rPr>
              <w:t xml:space="preserve">;    </w:t>
            </w:r>
          </w:p>
          <w:p w:rsidR="00DC2F01" w:rsidRDefault="00DC2F01" w:rsidP="00494884">
            <w:pPr>
              <w:rPr>
                <w:position w:val="-10"/>
              </w:rPr>
            </w:pPr>
            <w:r>
              <w:rPr>
                <w:position w:val="-10"/>
              </w:rPr>
              <w:t xml:space="preserve">2) </w:t>
            </w:r>
            <w:r>
              <w:rPr>
                <w:position w:val="-10"/>
              </w:rPr>
              <w:object w:dxaOrig="1279" w:dyaOrig="540">
                <v:shape id="_x0000_i1248" type="#_x0000_t75" style="width:63.75pt;height:27pt" o:ole="">
                  <v:imagedata r:id="rId119" o:title=""/>
                </v:shape>
                <o:OLEObject Type="Embed" ProgID="Equation.3" ShapeID="_x0000_i1248" DrawAspect="Content" ObjectID="_1841053993" r:id="rId385"/>
              </w:object>
            </w:r>
            <w:r>
              <w:rPr>
                <w:position w:val="-10"/>
              </w:rPr>
              <w:t xml:space="preserve">;     </w:t>
            </w:r>
          </w:p>
          <w:p w:rsidR="00DC2F01" w:rsidRDefault="00DC2F01" w:rsidP="00494884">
            <w:r>
              <w:rPr>
                <w:position w:val="-10"/>
              </w:rPr>
              <w:t xml:space="preserve">3) </w:t>
            </w:r>
            <w:r>
              <w:rPr>
                <w:position w:val="-10"/>
              </w:rPr>
              <w:object w:dxaOrig="1240" w:dyaOrig="320">
                <v:shape id="_x0000_i1249" type="#_x0000_t75" style="width:62.25pt;height:15.75pt" o:ole="">
                  <v:imagedata r:id="rId121" o:title=""/>
                </v:shape>
                <o:OLEObject Type="Embed" ProgID="Equation.3" ShapeID="_x0000_i1249" DrawAspect="Content" ObjectID="_1841053994" r:id="rId386"/>
              </w:object>
            </w: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lastRenderedPageBreak/>
              <w:t>7.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Для следующих реакций указать правильное соотношение энтальпий:</w:t>
            </w:r>
          </w:p>
          <w:p w:rsidR="00DC2F01" w:rsidRDefault="00DC2F01" w:rsidP="00494884">
            <w:r>
              <w:rPr>
                <w:position w:val="-14"/>
              </w:rPr>
              <w:object w:dxaOrig="3560" w:dyaOrig="380">
                <v:shape id="_x0000_i1250" type="#_x0000_t75" style="width:177.75pt;height:18.75pt" o:ole="">
                  <v:imagedata r:id="rId132" o:title=""/>
                </v:shape>
                <o:OLEObject Type="Embed" ProgID="Equation.3" ShapeID="_x0000_i1250" DrawAspect="Content" ObjectID="_1841053995" r:id="rId387"/>
              </w:object>
            </w:r>
            <w:r>
              <w:t xml:space="preserve">;          </w:t>
            </w:r>
            <w:r>
              <w:rPr>
                <w:position w:val="-10"/>
              </w:rPr>
              <w:object w:dxaOrig="480" w:dyaOrig="340">
                <v:shape id="_x0000_i1251" type="#_x0000_t75" style="width:24pt;height:17.25pt" o:ole="">
                  <v:imagedata r:id="rId134" o:title=""/>
                </v:shape>
                <o:OLEObject Type="Embed" ProgID="Equation.3" ShapeID="_x0000_i1251" DrawAspect="Content" ObjectID="_1841053996" r:id="rId388"/>
              </w:object>
            </w:r>
          </w:p>
          <w:p w:rsidR="00DC2F01" w:rsidRDefault="00DC2F01" w:rsidP="00494884">
            <w:r w:rsidRPr="001A1CBE">
              <w:rPr>
                <w:position w:val="-14"/>
              </w:rPr>
              <w:object w:dxaOrig="4140" w:dyaOrig="380">
                <v:shape id="_x0000_i1252" type="#_x0000_t75" style="width:207pt;height:18.75pt" o:ole="">
                  <v:imagedata r:id="rId389" o:title=""/>
                </v:shape>
                <o:OLEObject Type="Embed" ProgID="Equation.3" ShapeID="_x0000_i1252" DrawAspect="Content" ObjectID="_1841053997" r:id="rId390"/>
              </w:object>
            </w:r>
            <w:r>
              <w:t xml:space="preserve">;      </w:t>
            </w:r>
            <w:r>
              <w:rPr>
                <w:position w:val="-10"/>
              </w:rPr>
              <w:object w:dxaOrig="499" w:dyaOrig="340">
                <v:shape id="_x0000_i1253" type="#_x0000_t75" style="width:25.5pt;height:17.25pt" o:ole="">
                  <v:imagedata r:id="rId138" o:title=""/>
                </v:shape>
                <o:OLEObject Type="Embed" ProgID="Equation.3" ShapeID="_x0000_i1253" DrawAspect="Content" ObjectID="_1841053998" r:id="rId391"/>
              </w:object>
            </w:r>
          </w:p>
          <w:p w:rsidR="00DC2F01" w:rsidRDefault="00DC2F01" w:rsidP="00494884">
            <w:pPr>
              <w:rPr>
                <w:position w:val="-10"/>
              </w:rPr>
            </w:pPr>
            <w:r>
              <w:t xml:space="preserve">1) </w:t>
            </w:r>
            <w:r>
              <w:rPr>
                <w:position w:val="-10"/>
              </w:rPr>
              <w:object w:dxaOrig="1179" w:dyaOrig="340">
                <v:shape id="_x0000_i1254" type="#_x0000_t75" style="width:59.25pt;height:17.25pt" o:ole="">
                  <v:imagedata r:id="rId392" o:title=""/>
                </v:shape>
                <o:OLEObject Type="Embed" ProgID="Equation.3" ShapeID="_x0000_i1254" DrawAspect="Content" ObjectID="_1841053999" r:id="rId393"/>
              </w:object>
            </w:r>
            <w:r>
              <w:t xml:space="preserve">     2) </w:t>
            </w:r>
            <w:r>
              <w:rPr>
                <w:position w:val="-10"/>
              </w:rPr>
              <w:object w:dxaOrig="1179" w:dyaOrig="340">
                <v:shape id="_x0000_i1255" type="#_x0000_t75" style="width:59.25pt;height:17.25pt" o:ole="">
                  <v:imagedata r:id="rId394" o:title=""/>
                </v:shape>
                <o:OLEObject Type="Embed" ProgID="Equation.3" ShapeID="_x0000_i1255" DrawAspect="Content" ObjectID="_1841054000" r:id="rId395"/>
              </w:object>
            </w:r>
            <w:r>
              <w:rPr>
                <w:position w:val="-10"/>
              </w:rPr>
              <w:t xml:space="preserve">        </w:t>
            </w:r>
            <w:r>
              <w:t xml:space="preserve"> 3) </w:t>
            </w:r>
            <w:r>
              <w:rPr>
                <w:position w:val="-10"/>
              </w:rPr>
              <w:object w:dxaOrig="1579" w:dyaOrig="340">
                <v:shape id="_x0000_i1256" type="#_x0000_t75" style="width:78.75pt;height:17.25pt" o:ole="">
                  <v:imagedata r:id="rId396" o:title=""/>
                </v:shape>
                <o:OLEObject Type="Embed" ProgID="Equation.3" ShapeID="_x0000_i1256" DrawAspect="Content" ObjectID="_1841054001" r:id="rId397"/>
              </w:object>
            </w:r>
            <w:r>
              <w:rPr>
                <w:position w:val="-10"/>
              </w:rPr>
              <w:t xml:space="preserve"> </w:t>
            </w:r>
          </w:p>
          <w:p w:rsidR="00DC2F01" w:rsidRDefault="00DC2F01" w:rsidP="00494884"/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8.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257" type="#_x0000_t75" style="width:23.25pt;height:15.75pt" o:ole="">
                  <v:imagedata r:id="rId157" o:title=""/>
                </v:shape>
                <o:OLEObject Type="Embed" ProgID="Equation.3" ShapeID="_x0000_i1257" DrawAspect="Content" ObjectID="_1841054002" r:id="rId398"/>
              </w:object>
            </w:r>
            <w:r w:rsidRPr="00DC2F01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3820" w:dyaOrig="380">
                <v:shape id="_x0000_i1258" type="#_x0000_t75" style="width:190.5pt;height:18.75pt" o:ole="">
                  <v:imagedata r:id="rId168" o:title=""/>
                </v:shape>
                <o:OLEObject Type="Embed" ProgID="Equation.3" ShapeID="_x0000_i1258" DrawAspect="Content" ObjectID="_1841054003" r:id="rId399"/>
              </w:object>
            </w:r>
          </w:p>
          <w:p w:rsidR="00DC2F01" w:rsidRDefault="00DC2F01" w:rsidP="00494884">
            <w:r>
              <w:rPr>
                <w:position w:val="-6"/>
              </w:rPr>
              <w:t xml:space="preserve">1)  </w:t>
            </w:r>
            <w:r>
              <w:rPr>
                <w:position w:val="-6"/>
              </w:rPr>
              <w:object w:dxaOrig="740" w:dyaOrig="280">
                <v:shape id="_x0000_i1259" type="#_x0000_t75" style="width:36.75pt;height:14.25pt" o:ole="">
                  <v:imagedata r:id="rId283" o:title=""/>
                </v:shape>
                <o:OLEObject Type="Embed" ProgID="Equation.3" ShapeID="_x0000_i1259" DrawAspect="Content" ObjectID="_1841054004" r:id="rId400"/>
              </w:object>
            </w:r>
            <w:r>
              <w:rPr>
                <w:position w:val="-6"/>
              </w:rPr>
              <w:t xml:space="preserve">;    2) </w:t>
            </w:r>
            <w:r>
              <w:rPr>
                <w:position w:val="-6"/>
              </w:rPr>
              <w:object w:dxaOrig="740" w:dyaOrig="280">
                <v:shape id="_x0000_i1260" type="#_x0000_t75" style="width:36.75pt;height:14.25pt" o:ole="">
                  <v:imagedata r:id="rId285" o:title=""/>
                </v:shape>
                <o:OLEObject Type="Embed" ProgID="Equation.3" ShapeID="_x0000_i1260" DrawAspect="Content" ObjectID="_1841054005" r:id="rId401"/>
              </w:object>
            </w:r>
            <w:r>
              <w:rPr>
                <w:position w:val="-6"/>
              </w:rPr>
              <w:t xml:space="preserve">;   3) </w:t>
            </w:r>
            <w:r>
              <w:rPr>
                <w:position w:val="-6"/>
              </w:rPr>
              <w:object w:dxaOrig="1139" w:dyaOrig="280">
                <v:shape id="_x0000_i1261" type="#_x0000_t75" style="width:56.25pt;height:14.25pt" o:ole="">
                  <v:imagedata r:id="rId402" o:title=""/>
                </v:shape>
                <o:OLEObject Type="Embed" ProgID="Equation.3" ShapeID="_x0000_i1261" DrawAspect="Content" ObjectID="_1841054006" r:id="rId403"/>
              </w:object>
            </w: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1B6ED6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9.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При восстановлении </w:t>
            </w:r>
            <w:smartTag w:uri="urn:schemas-microsoft-com:office:smarttags" w:element="metricconverter">
              <w:smartTagPr>
                <w:attr w:name="ProductID" w:val="12,7 г"/>
              </w:smartTagPr>
              <w:r w:rsidRPr="00DC2F01">
                <w:rPr>
                  <w:lang w:val="ru-RU"/>
                </w:rPr>
                <w:t>12,7 г</w:t>
              </w:r>
            </w:smartTag>
            <w:r w:rsidRPr="00DC2F01">
              <w:rPr>
                <w:lang w:val="ru-RU"/>
              </w:rPr>
              <w:t xml:space="preserve">. оксида меди (11) углем (с образованием </w:t>
            </w:r>
            <w:r>
              <w:rPr>
                <w:position w:val="-6"/>
              </w:rPr>
              <w:object w:dxaOrig="399" w:dyaOrig="280">
                <v:shape id="_x0000_i1262" type="#_x0000_t75" style="width:20.25pt;height:14.25pt" o:ole="">
                  <v:imagedata r:id="rId126" o:title=""/>
                </v:shape>
                <o:OLEObject Type="Embed" ProgID="Equation.3" ShapeID="_x0000_i1262" DrawAspect="Content" ObjectID="_1841054007" r:id="rId404"/>
              </w:object>
            </w:r>
            <w:r w:rsidRPr="00DC2F01">
              <w:rPr>
                <w:lang w:val="ru-RU"/>
              </w:rPr>
              <w:t xml:space="preserve">) поглощается 8,24 кДж теплоты. </w:t>
            </w:r>
            <w:r w:rsidRPr="001B6ED6">
              <w:rPr>
                <w:lang w:val="ru-RU"/>
              </w:rPr>
              <w:t>Определить сколько потребуется теплоты для восстановления 1 моль оксида меди (11).</w:t>
            </w:r>
          </w:p>
          <w:p w:rsidR="00DC2F01" w:rsidRPr="001B6ED6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10.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 xml:space="preserve">Как изменится скорость реакции, уравнение которой </w:t>
            </w:r>
            <w:r>
              <w:rPr>
                <w:szCs w:val="28"/>
              </w:rPr>
              <w:t>CO</w:t>
            </w:r>
            <w:r w:rsidRPr="00DC2F01">
              <w:rPr>
                <w:szCs w:val="28"/>
                <w:lang w:val="ru-RU"/>
              </w:rPr>
              <w:t xml:space="preserve"> + 2</w:t>
            </w:r>
            <w:r>
              <w:rPr>
                <w:szCs w:val="28"/>
              </w:rPr>
              <w:t>H</w:t>
            </w:r>
            <w:r w:rsidRPr="00DC2F01">
              <w:rPr>
                <w:szCs w:val="28"/>
                <w:vertAlign w:val="subscript"/>
                <w:lang w:val="ru-RU"/>
              </w:rPr>
              <w:t>2</w:t>
            </w:r>
            <w:r w:rsidRPr="00DC2F01">
              <w:rPr>
                <w:szCs w:val="28"/>
                <w:lang w:val="ru-RU"/>
              </w:rPr>
              <w:t xml:space="preserve"> → </w:t>
            </w:r>
            <w:r>
              <w:rPr>
                <w:szCs w:val="28"/>
              </w:rPr>
              <w:t>CH</w:t>
            </w:r>
            <w:r w:rsidRPr="00DC2F01">
              <w:rPr>
                <w:szCs w:val="28"/>
                <w:vertAlign w:val="subscript"/>
                <w:lang w:val="ru-RU"/>
              </w:rPr>
              <w:t>3</w:t>
            </w:r>
            <w:r>
              <w:rPr>
                <w:szCs w:val="28"/>
              </w:rPr>
              <w:t>OH</w:t>
            </w:r>
            <w:r w:rsidRPr="00DC2F01">
              <w:rPr>
                <w:szCs w:val="28"/>
                <w:lang w:val="ru-RU"/>
              </w:rPr>
              <w:t>, при уменьшении давления в реагирующей системе в 4 раза?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11.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>Как повлияет на находящуюся в равновесии систему, уравнение которой</w:t>
            </w:r>
          </w:p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szCs w:val="28"/>
                <w:lang w:val="ru-RU"/>
              </w:rPr>
              <w:tab/>
            </w:r>
            <w:r w:rsidRPr="00DC2F01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CH</w:t>
            </w:r>
            <w:r w:rsidRPr="00DC2F01">
              <w:rPr>
                <w:szCs w:val="28"/>
                <w:vertAlign w:val="subscript"/>
                <w:lang w:val="ru-RU"/>
              </w:rPr>
              <w:t xml:space="preserve">4(г) </w:t>
            </w:r>
            <w:r w:rsidRPr="00DC2F01">
              <w:rPr>
                <w:szCs w:val="28"/>
                <w:lang w:val="ru-RU"/>
              </w:rPr>
              <w:t>+ 4</w:t>
            </w:r>
            <w:r>
              <w:rPr>
                <w:szCs w:val="28"/>
              </w:rPr>
              <w:t>S</w:t>
            </w:r>
            <w:r w:rsidRPr="00DC2F01">
              <w:rPr>
                <w:szCs w:val="28"/>
                <w:vertAlign w:val="subscript"/>
                <w:lang w:val="ru-RU"/>
              </w:rPr>
              <w:t xml:space="preserve">(ж) </w:t>
            </w:r>
            <w:r w:rsidRPr="00DC2F01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S</w:t>
            </w:r>
            <w:r w:rsidRPr="00DC2F01">
              <w:rPr>
                <w:szCs w:val="28"/>
                <w:vertAlign w:val="subscript"/>
                <w:lang w:val="ru-RU"/>
              </w:rPr>
              <w:t xml:space="preserve">2(г) </w:t>
            </w:r>
            <w:r w:rsidRPr="00DC2F01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H</w:t>
            </w:r>
            <w:r w:rsidRPr="00DC2F01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S</w:t>
            </w:r>
            <w:r w:rsidRPr="00DC2F01">
              <w:rPr>
                <w:szCs w:val="28"/>
                <w:vertAlign w:val="subscript"/>
                <w:lang w:val="ru-RU"/>
              </w:rPr>
              <w:t xml:space="preserve">(г) </w:t>
            </w:r>
            <w:r w:rsidRPr="00DC2F01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DC2F01">
              <w:rPr>
                <w:szCs w:val="28"/>
                <w:lang w:val="ru-RU"/>
              </w:rPr>
              <w:t xml:space="preserve"> увеличение концентрации сероводорода?</w:t>
            </w:r>
          </w:p>
          <w:p w:rsidR="00DC2F01" w:rsidRDefault="00DC2F01" w:rsidP="000D3AEE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DC2F01" w:rsidRDefault="00DC2F01" w:rsidP="000D3AEE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вправо</w:t>
            </w:r>
          </w:p>
          <w:p w:rsidR="00DC2F01" w:rsidRDefault="00DC2F01" w:rsidP="000D3AEE">
            <w:pPr>
              <w:numPr>
                <w:ilvl w:val="0"/>
                <w:numId w:val="43"/>
              </w:numPr>
              <w:spacing w:line="24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DC2F01" w:rsidRDefault="00DC2F01" w:rsidP="00494884"/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12.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Дана </w:t>
            </w:r>
            <w:proofErr w:type="gramStart"/>
            <w:r w:rsidRPr="00DC2F01">
              <w:rPr>
                <w:lang w:val="ru-RU"/>
              </w:rPr>
              <w:t>реакция:  4</w:t>
            </w:r>
            <w:proofErr w:type="gramEnd"/>
            <w:r w:rsidRPr="00DC2F01">
              <w:rPr>
                <w:lang w:val="ru-RU"/>
              </w:rPr>
              <w:t>НС</w:t>
            </w:r>
            <w:r>
              <w:t>l</w:t>
            </w:r>
            <w:r w:rsidRPr="00DC2F01">
              <w:rPr>
                <w:vertAlign w:val="subscript"/>
                <w:lang w:val="ru-RU"/>
              </w:rPr>
              <w:t>(г)</w:t>
            </w:r>
            <w:r w:rsidRPr="00DC2F01">
              <w:rPr>
                <w:lang w:val="ru-RU"/>
              </w:rPr>
              <w:t xml:space="preserve"> +О</w:t>
            </w:r>
            <w:r w:rsidRPr="00DC2F01">
              <w:rPr>
                <w:vertAlign w:val="subscript"/>
                <w:lang w:val="ru-RU"/>
              </w:rPr>
              <w:t>2(г)</w:t>
            </w:r>
            <w:r w:rsidRPr="00DC2F01">
              <w:rPr>
                <w:lang w:val="ru-RU"/>
              </w:rPr>
              <w:t xml:space="preserve">  </w:t>
            </w:r>
            <w:r w:rsidRPr="00DC2F01">
              <w:rPr>
                <w:rFonts w:ascii="Lucida Sans Unicode" w:hAnsi="Lucida Sans Unicode"/>
                <w:lang w:val="ru-RU"/>
              </w:rPr>
              <w:t>⇄</w:t>
            </w:r>
            <w:r w:rsidRPr="00DC2F01">
              <w:rPr>
                <w:lang w:val="ru-RU"/>
              </w:rPr>
              <w:t xml:space="preserve">  2С</w:t>
            </w:r>
            <w:r>
              <w:t>l</w:t>
            </w:r>
            <w:r w:rsidRPr="00DC2F01">
              <w:rPr>
                <w:vertAlign w:val="subscript"/>
                <w:lang w:val="ru-RU"/>
              </w:rPr>
              <w:t>2 (г)</w:t>
            </w:r>
            <w:r w:rsidRPr="00DC2F01">
              <w:rPr>
                <w:lang w:val="ru-RU"/>
              </w:rPr>
              <w:t xml:space="preserve"> +2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(г)</w:t>
            </w:r>
            <w:r w:rsidRPr="00DC2F01">
              <w:rPr>
                <w:lang w:val="ru-RU"/>
              </w:rPr>
              <w:t>. Какое значение имеет константа равновесия, если равновесные концентрации равны (моль/л</w:t>
            </w:r>
            <w:proofErr w:type="gramStart"/>
            <w:r w:rsidRPr="00DC2F01">
              <w:rPr>
                <w:lang w:val="ru-RU"/>
              </w:rPr>
              <w:t>):  [</w:t>
            </w:r>
            <w:proofErr w:type="gramEnd"/>
            <w:r>
              <w:t>HCl</w:t>
            </w:r>
            <w:r w:rsidRPr="00DC2F01">
              <w:rPr>
                <w:lang w:val="ru-RU"/>
              </w:rPr>
              <w:t>]=0,1;   [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]=0,2;  [</w:t>
            </w:r>
            <w:r>
              <w:t>Cl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]=0,2;  [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2</w:t>
            </w:r>
            <w:r>
              <w:t>O</w:t>
            </w:r>
            <w:r w:rsidRPr="00DC2F01">
              <w:rPr>
                <w:lang w:val="ru-RU"/>
              </w:rPr>
              <w:t>]=0,1.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   </w:t>
            </w:r>
            <w:r w:rsidRPr="00DC2F01">
              <w:rPr>
                <w:rFonts w:cs="Arial CYR"/>
                <w:szCs w:val="28"/>
                <w:lang w:val="ru-RU"/>
              </w:rPr>
              <w:tab/>
            </w:r>
          </w:p>
        </w:tc>
      </w:tr>
      <w:tr w:rsidR="00DC2F01" w:rsidRPr="00077469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 xml:space="preserve">13. </w:t>
            </w:r>
            <w:r w:rsidRPr="00DC2F01">
              <w:rPr>
                <w:lang w:val="ru-RU"/>
              </w:rPr>
              <w:t>Исходя из данных о растворимости веществ, определите, в каком случае выпадения осадка не происходит:</w:t>
            </w:r>
          </w:p>
          <w:p w:rsidR="00DC2F01" w:rsidRDefault="00DC2F01" w:rsidP="00494884">
            <w:r>
              <w:t>1)AgNO</w:t>
            </w:r>
            <w:r>
              <w:rPr>
                <w:vertAlign w:val="subscript"/>
              </w:rPr>
              <w:t>3</w:t>
            </w:r>
            <w:r>
              <w:t>+NaCl →</w:t>
            </w:r>
            <w:r w:rsidRPr="001A1CBE">
              <w:t xml:space="preserve">         </w:t>
            </w:r>
          </w:p>
          <w:p w:rsidR="00DC2F01" w:rsidRDefault="00DC2F01" w:rsidP="00494884">
            <w:r w:rsidRPr="001A1CBE">
              <w:t>2</w:t>
            </w:r>
            <w:r>
              <w:t>) CuCl</w:t>
            </w:r>
            <w:r>
              <w:rPr>
                <w:vertAlign w:val="subscript"/>
              </w:rPr>
              <w:t>2</w:t>
            </w:r>
            <w:r>
              <w:t>+NaOH →</w:t>
            </w:r>
            <w:r w:rsidRPr="001A1CBE">
              <w:t xml:space="preserve">             </w:t>
            </w:r>
          </w:p>
          <w:p w:rsidR="00DC2F01" w:rsidRDefault="00DC2F01" w:rsidP="00494884">
            <w:r w:rsidRPr="001A1CBE">
              <w:lastRenderedPageBreak/>
              <w:t xml:space="preserve">3) </w:t>
            </w:r>
            <w:r>
              <w:t>MnSO</w:t>
            </w:r>
            <w:r>
              <w:rPr>
                <w:vertAlign w:val="subscript"/>
              </w:rPr>
              <w:t xml:space="preserve">4 </w:t>
            </w:r>
            <w:r>
              <w:t>+NaI</w:t>
            </w:r>
          </w:p>
          <w:p w:rsidR="00DC2F01" w:rsidRPr="001A1CBE" w:rsidRDefault="00DC2F01" w:rsidP="00494884"/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lastRenderedPageBreak/>
              <w:t xml:space="preserve">14. </w:t>
            </w:r>
            <w:r w:rsidRPr="00DC2F01">
              <w:rPr>
                <w:lang w:val="ru-RU"/>
              </w:rPr>
              <w:t>Осмотическое давление раствора глюкозы (</w:t>
            </w:r>
            <w:r>
              <w:t>C</w:t>
            </w:r>
            <w:r w:rsidRPr="00DC2F01">
              <w:rPr>
                <w:vertAlign w:val="subscript"/>
                <w:lang w:val="ru-RU"/>
              </w:rPr>
              <w:t>6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12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6</w:t>
            </w:r>
            <w:proofErr w:type="gramStart"/>
            <w:r w:rsidRPr="00DC2F01">
              <w:rPr>
                <w:lang w:val="ru-RU"/>
              </w:rPr>
              <w:t>) ,содержащего</w:t>
            </w:r>
            <w:proofErr w:type="gramEnd"/>
            <w:r w:rsidRPr="00DC2F01">
              <w:rPr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72 г"/>
              </w:smartTagPr>
              <w:r w:rsidRPr="00DC2F01">
                <w:rPr>
                  <w:lang w:val="ru-RU"/>
                </w:rPr>
                <w:t>72</w:t>
              </w:r>
              <w:r>
                <w:t> </w:t>
              </w:r>
              <w:r w:rsidRPr="00DC2F01">
                <w:rPr>
                  <w:lang w:val="ru-RU"/>
                </w:rPr>
                <w:t>г</w:t>
              </w:r>
            </w:smartTag>
            <w:r w:rsidRPr="00DC2F01">
              <w:rPr>
                <w:lang w:val="ru-RU"/>
              </w:rPr>
              <w:t xml:space="preserve"> вещества в </w:t>
            </w:r>
            <w:smartTag w:uri="urn:schemas-microsoft-com:office:smarttags" w:element="metricconverter">
              <w:smartTagPr>
                <w:attr w:name="ProductID" w:val="1 л"/>
              </w:smartTagPr>
              <w:r w:rsidRPr="00DC2F01">
                <w:rPr>
                  <w:lang w:val="ru-RU"/>
                </w:rPr>
                <w:t>1</w:t>
              </w:r>
              <w:r>
                <w:t> </w:t>
              </w:r>
              <w:r w:rsidRPr="00DC2F01">
                <w:rPr>
                  <w:lang w:val="ru-RU"/>
                </w:rPr>
                <w:t>л</w:t>
              </w:r>
            </w:smartTag>
            <w:r w:rsidRPr="00DC2F01">
              <w:rPr>
                <w:lang w:val="ru-RU"/>
              </w:rPr>
              <w:t xml:space="preserve"> раствора  при </w:t>
            </w:r>
            <w:smartTag w:uri="urn:schemas-microsoft-com:office:smarttags" w:element="metricconverter">
              <w:smartTagPr>
                <w:attr w:name="ProductID" w:val="20ﾰC"/>
              </w:smartTagPr>
              <w:r w:rsidRPr="00DC2F01">
                <w:rPr>
                  <w:lang w:val="ru-RU"/>
                </w:rPr>
                <w:t>20°</w:t>
              </w:r>
              <w:r>
                <w:t>C</w:t>
              </w:r>
            </w:smartTag>
            <w:r w:rsidRPr="00DC2F01">
              <w:rPr>
                <w:lang w:val="ru-RU"/>
              </w:rPr>
              <w:t xml:space="preserve"> составляет…, (кПа)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15.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Температура кристаллизации 10% раствора глицерина </w:t>
            </w:r>
            <w:r>
              <w:t>C</w:t>
            </w:r>
            <w:r w:rsidRPr="00DC2F01">
              <w:rPr>
                <w:vertAlign w:val="subscript"/>
                <w:lang w:val="ru-RU"/>
              </w:rPr>
              <w:t>3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8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 в воде</w:t>
            </w:r>
            <w:r w:rsidRPr="00DC2F01">
              <w:rPr>
                <w:sz w:val="22"/>
                <w:lang w:val="ru-RU"/>
              </w:rPr>
              <w:t>(К</w:t>
            </w:r>
            <w:r>
              <w:rPr>
                <w:sz w:val="22"/>
                <w:vertAlign w:val="subscript"/>
              </w:rPr>
              <w:t>H</w:t>
            </w:r>
            <w:r w:rsidRPr="00DC2F01">
              <w:rPr>
                <w:position w:val="-4"/>
                <w:sz w:val="22"/>
                <w:vertAlign w:val="subscript"/>
                <w:lang w:val="ru-RU"/>
              </w:rPr>
              <w:t>2</w:t>
            </w:r>
            <w:r>
              <w:rPr>
                <w:sz w:val="22"/>
                <w:vertAlign w:val="subscript"/>
              </w:rPr>
              <w:t>O</w:t>
            </w:r>
            <w:r>
              <w:rPr>
                <w:sz w:val="22"/>
              </w:rPr>
              <w:t> </w:t>
            </w:r>
            <w:r w:rsidRPr="00DC2F01">
              <w:rPr>
                <w:sz w:val="22"/>
                <w:lang w:val="ru-RU"/>
              </w:rPr>
              <w:t>=</w:t>
            </w:r>
            <w:r>
              <w:rPr>
                <w:sz w:val="22"/>
              </w:rPr>
              <w:t> </w:t>
            </w:r>
            <w:r w:rsidRPr="00DC2F01">
              <w:rPr>
                <w:sz w:val="22"/>
                <w:lang w:val="ru-RU"/>
              </w:rPr>
              <w:t>1,86</w:t>
            </w:r>
            <w:r>
              <w:rPr>
                <w:position w:val="-24"/>
                <w:sz w:val="22"/>
              </w:rPr>
              <w:object w:dxaOrig="1020" w:dyaOrig="620">
                <v:shape id="_x0000_i1263" type="#_x0000_t75" style="width:51.75pt;height:30pt" o:ole="">
                  <v:imagedata r:id="rId291" o:title=""/>
                </v:shape>
                <o:OLEObject Type="Embed" ProgID="Equation.3" ShapeID="_x0000_i1263" DrawAspect="Content" ObjectID="_1841054008" r:id="rId405"/>
              </w:object>
            </w:r>
            <w:r>
              <w:rPr>
                <w:position w:val="-10"/>
                <w:sz w:val="22"/>
              </w:rPr>
              <w:object w:dxaOrig="180" w:dyaOrig="340">
                <v:shape id="_x0000_i1264" type="#_x0000_t75" style="width:9pt;height:17.25pt" o:ole="">
                  <v:imagedata r:id="rId189" o:title=""/>
                </v:shape>
                <o:OLEObject Type="Embed" ProgID="Equation.3" ShapeID="_x0000_i1264" DrawAspect="Content" ObjectID="_1841054009" r:id="rId406"/>
              </w:object>
            </w:r>
            <w:r w:rsidRPr="00DC2F01">
              <w:rPr>
                <w:sz w:val="22"/>
                <w:lang w:val="ru-RU"/>
              </w:rPr>
              <w:t>)</w:t>
            </w:r>
            <w:r w:rsidRPr="00DC2F01">
              <w:rPr>
                <w:lang w:val="ru-RU"/>
              </w:rPr>
              <w:t xml:space="preserve"> составляет…, °С 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16.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Из приведённых ниже солей, по катиону гидролизуется соль: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1) </w:t>
            </w:r>
            <w:r>
              <w:t>CH</w:t>
            </w:r>
            <w:r w:rsidRPr="00DC2F01">
              <w:rPr>
                <w:szCs w:val="14"/>
                <w:vertAlign w:val="subscript"/>
                <w:lang w:val="ru-RU"/>
              </w:rPr>
              <w:t>3</w:t>
            </w:r>
            <w:r>
              <w:t>COOK</w:t>
            </w:r>
            <w:r w:rsidRPr="00DC2F01">
              <w:rPr>
                <w:lang w:val="ru-RU"/>
              </w:rPr>
              <w:t xml:space="preserve">                    </w:t>
            </w:r>
          </w:p>
          <w:p w:rsidR="00DC2F01" w:rsidRPr="00DC2F01" w:rsidRDefault="00DC2F01" w:rsidP="00494884">
            <w:pPr>
              <w:rPr>
                <w:szCs w:val="14"/>
                <w:vertAlign w:val="subscript"/>
                <w:lang w:val="ru-RU"/>
              </w:rPr>
            </w:pPr>
            <w:r w:rsidRPr="00DC2F01">
              <w:rPr>
                <w:lang w:val="ru-RU"/>
              </w:rPr>
              <w:t xml:space="preserve"> 2) </w:t>
            </w:r>
            <w:r>
              <w:t>ZnCl</w:t>
            </w:r>
            <w:r w:rsidRPr="00DC2F01">
              <w:rPr>
                <w:szCs w:val="14"/>
                <w:vertAlign w:val="subscript"/>
                <w:lang w:val="ru-RU"/>
              </w:rPr>
              <w:t xml:space="preserve">2                           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3) </w:t>
            </w:r>
            <w:r>
              <w:t>Ca</w:t>
            </w:r>
            <w:r w:rsidRPr="00DC2F01">
              <w:rPr>
                <w:lang w:val="ru-RU"/>
              </w:rPr>
              <w:t>(</w:t>
            </w:r>
            <w:r>
              <w:t>NO</w:t>
            </w:r>
            <w:r w:rsidRPr="00DC2F01">
              <w:rPr>
                <w:szCs w:val="14"/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>).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Ответ подтвердите, составив уравнение реакции: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17.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>
              <w:rPr>
                <w:szCs w:val="28"/>
              </w:rPr>
              <w:t>pH</w:t>
            </w:r>
            <w:r w:rsidRPr="00DC2F01">
              <w:rPr>
                <w:szCs w:val="28"/>
                <w:lang w:val="ru-RU"/>
              </w:rPr>
              <w:t xml:space="preserve"> </w:t>
            </w:r>
            <w:smartTag w:uri="urn:schemas-microsoft-com:office:smarttags" w:element="metricconverter">
              <w:smartTagPr>
                <w:attr w:name="ProductID" w:val="0.01 М"/>
              </w:smartTagPr>
              <w:r w:rsidRPr="00DC2F01">
                <w:rPr>
                  <w:szCs w:val="28"/>
                  <w:lang w:val="ru-RU"/>
                </w:rPr>
                <w:t>0.01 М</w:t>
              </w:r>
            </w:smartTag>
            <w:r w:rsidRPr="00DC2F01">
              <w:rPr>
                <w:szCs w:val="28"/>
                <w:lang w:val="ru-RU"/>
              </w:rPr>
              <w:t xml:space="preserve"> раствора </w:t>
            </w:r>
            <w:r>
              <w:rPr>
                <w:szCs w:val="28"/>
              </w:rPr>
              <w:t>KOH</w:t>
            </w:r>
            <w:r w:rsidRPr="00DC2F01">
              <w:rPr>
                <w:szCs w:val="28"/>
                <w:lang w:val="ru-RU"/>
              </w:rPr>
              <w:t xml:space="preserve"> равен ….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tabs>
                <w:tab w:val="left" w:pos="1068"/>
              </w:tabs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18.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 xml:space="preserve">Масса воды и соли, необходимые для приготовления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DC2F01">
                <w:rPr>
                  <w:szCs w:val="28"/>
                  <w:lang w:val="ru-RU"/>
                </w:rPr>
                <w:t>50 г</w:t>
              </w:r>
            </w:smartTag>
            <w:r w:rsidRPr="00DC2F01">
              <w:rPr>
                <w:szCs w:val="28"/>
                <w:lang w:val="ru-RU"/>
              </w:rPr>
              <w:t xml:space="preserve"> раствора с массовой долей 10% равны…, г</w:t>
            </w:r>
          </w:p>
          <w:p w:rsidR="00DC2F01" w:rsidRPr="00DC2F01" w:rsidRDefault="00DC2F01" w:rsidP="00494884">
            <w:pPr>
              <w:tabs>
                <w:tab w:val="left" w:pos="1068"/>
              </w:tabs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19. </w:t>
            </w:r>
            <w:r w:rsidRPr="00DC2F01">
              <w:rPr>
                <w:szCs w:val="28"/>
                <w:lang w:val="ru-RU"/>
              </w:rPr>
              <w:t xml:space="preserve">Нормальмость раствора </w:t>
            </w:r>
            <w:r>
              <w:rPr>
                <w:szCs w:val="28"/>
              </w:rPr>
              <w:t>FeCl</w:t>
            </w:r>
            <w:proofErr w:type="gramStart"/>
            <w:r w:rsidRPr="00DC2F01">
              <w:rPr>
                <w:szCs w:val="28"/>
                <w:vertAlign w:val="subscript"/>
                <w:lang w:val="ru-RU"/>
              </w:rPr>
              <w:t>3</w:t>
            </w:r>
            <w:r w:rsidRPr="00DC2F01">
              <w:rPr>
                <w:szCs w:val="28"/>
                <w:lang w:val="ru-RU"/>
              </w:rPr>
              <w:t xml:space="preserve"> ,</w:t>
            </w:r>
            <w:proofErr w:type="gramEnd"/>
            <w:r w:rsidRPr="00DC2F01">
              <w:rPr>
                <w:szCs w:val="28"/>
                <w:lang w:val="ru-RU"/>
              </w:rPr>
              <w:t xml:space="preserve"> содержащего в </w:t>
            </w:r>
            <w:smartTag w:uri="urn:schemas-microsoft-com:office:smarttags" w:element="metricconverter">
              <w:smartTagPr>
                <w:attr w:name="ProductID" w:val="0,3 л"/>
              </w:smartTagPr>
              <w:r w:rsidRPr="00DC2F01">
                <w:rPr>
                  <w:szCs w:val="28"/>
                  <w:lang w:val="ru-RU"/>
                </w:rPr>
                <w:t>0,3 л</w:t>
              </w:r>
            </w:smartTag>
            <w:r w:rsidRPr="00DC2F01">
              <w:rPr>
                <w:szCs w:val="28"/>
                <w:lang w:val="ru-RU"/>
              </w:rPr>
              <w:t xml:space="preserve"> раствора </w:t>
            </w:r>
            <w:smartTag w:uri="urn:schemas-microsoft-com:office:smarttags" w:element="metricconverter">
              <w:smartTagPr>
                <w:attr w:name="ProductID" w:val="32,44 г"/>
              </w:smartTagPr>
              <w:r w:rsidRPr="00DC2F01">
                <w:rPr>
                  <w:szCs w:val="28"/>
                  <w:lang w:val="ru-RU"/>
                </w:rPr>
                <w:t>32,44 г</w:t>
              </w:r>
            </w:smartTag>
            <w:r w:rsidRPr="00DC2F01">
              <w:rPr>
                <w:szCs w:val="28"/>
                <w:lang w:val="ru-RU"/>
              </w:rPr>
              <w:t xml:space="preserve"> соли равна…, н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20.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Вещество, на поверхности которого происходит адсорбция называется…</w:t>
            </w:r>
          </w:p>
          <w:p w:rsidR="00DC2F01" w:rsidRDefault="00DC2F01" w:rsidP="00494884">
            <w:r>
              <w:t>1) адсорбтив</w:t>
            </w:r>
            <w:r>
              <w:tab/>
            </w:r>
            <w:r>
              <w:tab/>
              <w:t>2) адсорбат</w:t>
            </w:r>
            <w:r>
              <w:tab/>
            </w:r>
            <w:r>
              <w:tab/>
              <w:t>3) адсорбент</w:t>
            </w:r>
            <w:r>
              <w:tab/>
            </w:r>
            <w:r>
              <w:tab/>
            </w:r>
          </w:p>
          <w:p w:rsidR="00DC2F01" w:rsidRDefault="00DC2F01" w:rsidP="00494884"/>
        </w:tc>
      </w:tr>
      <w:tr w:rsidR="00DC2F01" w:rsidTr="00494884">
        <w:tc>
          <w:tcPr>
            <w:tcW w:w="10490" w:type="dxa"/>
            <w:gridSpan w:val="6"/>
          </w:tcPr>
          <w:p w:rsidR="00DC2F01" w:rsidRDefault="00DC2F01" w:rsidP="00494884"/>
        </w:tc>
      </w:tr>
      <w:tr w:rsidR="00DC2F01" w:rsidRPr="00077469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21.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>Два вещества, взаимодействие между которыми относится к окислительно - восстановительным реакциям соединения – это …</w:t>
            </w:r>
          </w:p>
          <w:p w:rsidR="00DC2F01" w:rsidRDefault="00DC2F01" w:rsidP="00494884">
            <w:pPr>
              <w:rPr>
                <w:szCs w:val="28"/>
              </w:rPr>
            </w:pPr>
            <w:r w:rsidRPr="00C34045">
              <w:rPr>
                <w:szCs w:val="28"/>
              </w:rPr>
              <w:t xml:space="preserve">1) </w:t>
            </w:r>
            <w:r>
              <w:rPr>
                <w:szCs w:val="28"/>
              </w:rPr>
              <w:t>H</w:t>
            </w:r>
            <w:r w:rsidRPr="00C34045"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>O</w:t>
            </w:r>
            <w:r w:rsidRPr="00C34045">
              <w:rPr>
                <w:szCs w:val="28"/>
              </w:rPr>
              <w:t xml:space="preserve">, </w:t>
            </w:r>
            <w:proofErr w:type="gramStart"/>
            <w:r>
              <w:rPr>
                <w:szCs w:val="28"/>
              </w:rPr>
              <w:t>CaO</w:t>
            </w:r>
            <w:r w:rsidRPr="00FF21EE">
              <w:rPr>
                <w:szCs w:val="28"/>
              </w:rPr>
              <w:t xml:space="preserve">;   </w:t>
            </w:r>
            <w:proofErr w:type="gramEnd"/>
            <w:r w:rsidRPr="00FF21EE">
              <w:rPr>
                <w:szCs w:val="28"/>
              </w:rPr>
              <w:t xml:space="preserve">    2) </w:t>
            </w:r>
            <w:r>
              <w:rPr>
                <w:szCs w:val="28"/>
              </w:rPr>
              <w:t>NaI, Br</w:t>
            </w:r>
            <w:r>
              <w:rPr>
                <w:szCs w:val="28"/>
                <w:vertAlign w:val="subscript"/>
              </w:rPr>
              <w:t>2</w:t>
            </w:r>
            <w:r w:rsidRPr="00FF21EE">
              <w:rPr>
                <w:szCs w:val="28"/>
              </w:rPr>
              <w:t xml:space="preserve">  ;   3) </w:t>
            </w:r>
            <w:r>
              <w:rPr>
                <w:szCs w:val="28"/>
              </w:rPr>
              <w:t>H</w:t>
            </w:r>
            <w:r>
              <w:rPr>
                <w:szCs w:val="28"/>
                <w:vertAlign w:val="subscript"/>
              </w:rPr>
              <w:t>2</w:t>
            </w:r>
            <w:r>
              <w:rPr>
                <w:szCs w:val="28"/>
              </w:rPr>
              <w:t>O, Ca</w:t>
            </w:r>
          </w:p>
          <w:p w:rsidR="00DC2F01" w:rsidRPr="00B77B36" w:rsidRDefault="00DC2F01" w:rsidP="00494884"/>
        </w:tc>
      </w:tr>
      <w:tr w:rsidR="00DC2F01" w:rsidRPr="00077469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/>
                <w:iCs/>
                <w:lang w:val="ru-RU"/>
              </w:rPr>
              <w:t>22.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Составьте электронные уравнения полуреакций и расставьте коэффициенты:</w:t>
            </w:r>
          </w:p>
          <w:p w:rsidR="00DC2F01" w:rsidRPr="00B77B36" w:rsidRDefault="00DC2F01" w:rsidP="00494884">
            <w:r w:rsidRPr="00FF21EE">
              <w:t>K</w:t>
            </w:r>
            <w:r w:rsidRPr="00B77B36">
              <w:rPr>
                <w:vertAlign w:val="subscript"/>
              </w:rPr>
              <w:t>2</w:t>
            </w:r>
            <w:r w:rsidRPr="00FF21EE">
              <w:t>S</w:t>
            </w:r>
            <w:r w:rsidRPr="00B77B36">
              <w:t>+</w:t>
            </w:r>
            <w:r w:rsidRPr="00FF21EE">
              <w:t>K</w:t>
            </w:r>
            <w:r w:rsidRPr="00B77B36">
              <w:rPr>
                <w:vertAlign w:val="subscript"/>
              </w:rPr>
              <w:t>2</w:t>
            </w:r>
            <w:r w:rsidRPr="00FF21EE">
              <w:t>MnO</w:t>
            </w:r>
            <w:r w:rsidRPr="00B77B36">
              <w:rPr>
                <w:vertAlign w:val="subscript"/>
              </w:rPr>
              <w:t>4</w:t>
            </w:r>
            <w:r w:rsidRPr="00B77B36">
              <w:t>+</w:t>
            </w:r>
            <w:r w:rsidRPr="00FF21EE">
              <w:t>H</w:t>
            </w:r>
            <w:r w:rsidRPr="00B77B36">
              <w:rPr>
                <w:vertAlign w:val="subscript"/>
              </w:rPr>
              <w:t>2</w:t>
            </w:r>
            <w:r w:rsidRPr="00FF21EE">
              <w:t>O</w:t>
            </w:r>
            <w:r w:rsidRPr="00B77B36">
              <w:t xml:space="preserve"> </w:t>
            </w:r>
            <w:r w:rsidRPr="00B77B36">
              <w:rPr>
                <w:rFonts w:ascii="Lucida Sans Unicode" w:hAnsi="Lucida Sans Unicode"/>
              </w:rPr>
              <w:t>→</w:t>
            </w:r>
            <w:r w:rsidRPr="00FF21EE">
              <w:t>S</w:t>
            </w:r>
            <w:r w:rsidRPr="00B77B36">
              <w:rPr>
                <w:vertAlign w:val="subscript"/>
              </w:rPr>
              <w:t xml:space="preserve"> </w:t>
            </w:r>
            <w:r w:rsidRPr="00B77B36">
              <w:t>+</w:t>
            </w:r>
            <w:r w:rsidRPr="00FF21EE">
              <w:t>MnO</w:t>
            </w:r>
            <w:r w:rsidRPr="00B77B36">
              <w:rPr>
                <w:vertAlign w:val="subscript"/>
              </w:rPr>
              <w:t>2</w:t>
            </w:r>
            <w:r w:rsidRPr="00B77B36">
              <w:rPr>
                <w:vertAlign w:val="superscript"/>
              </w:rPr>
              <w:t xml:space="preserve"> </w:t>
            </w:r>
            <w:r w:rsidRPr="00B77B36">
              <w:t>+…</w:t>
            </w:r>
          </w:p>
          <w:p w:rsidR="00DC2F01" w:rsidRPr="00EE3843" w:rsidRDefault="00DC2F01" w:rsidP="00494884"/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lastRenderedPageBreak/>
              <w:t>23.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>Вычислить Е (ЭДС)</w:t>
            </w:r>
            <w:r w:rsidRPr="00DC2F01">
              <w:rPr>
                <w:lang w:val="ru-RU"/>
              </w:rPr>
              <w:t xml:space="preserve"> гальванического элемента в (В), состоящего из платинового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C2F01">
                <w:rPr>
                  <w:lang w:val="ru-RU"/>
                </w:rPr>
                <w:t>1 М</w:t>
              </w:r>
            </w:smartTag>
            <w:r w:rsidRPr="00DC2F01">
              <w:rPr>
                <w:lang w:val="ru-RU"/>
              </w:rPr>
              <w:t xml:space="preserve"> раствор </w:t>
            </w:r>
            <w:r>
              <w:t>PtCl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 и алюминиевого электрода, погруженного в </w:t>
            </w:r>
            <w:smartTag w:uri="urn:schemas-microsoft-com:office:smarttags" w:element="metricconverter">
              <w:smartTagPr>
                <w:attr w:name="ProductID" w:val="1 М"/>
              </w:smartTagPr>
              <w:r w:rsidRPr="00DC2F01">
                <w:rPr>
                  <w:lang w:val="ru-RU"/>
                </w:rPr>
                <w:t>1 М</w:t>
              </w:r>
            </w:smartTag>
            <w:r w:rsidRPr="00DC2F01">
              <w:rPr>
                <w:lang w:val="ru-RU"/>
              </w:rPr>
              <w:t xml:space="preserve"> раствор </w:t>
            </w:r>
            <w:r>
              <w:t>AlCl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, если </w:t>
            </w:r>
            <w:r>
              <w:rPr>
                <w:position w:val="-10"/>
              </w:rPr>
              <w:object w:dxaOrig="300" w:dyaOrig="360">
                <v:shape id="_x0000_i1265" type="#_x0000_t75" style="width:15.75pt;height:18pt" o:ole="" fillcolor="window">
                  <v:imagedata r:id="rId212" o:title=""/>
                </v:shape>
                <o:OLEObject Type="Embed" ProgID="Equation.3" ShapeID="_x0000_i1265" DrawAspect="Content" ObjectID="_1841054010" r:id="rId407"/>
              </w:object>
            </w:r>
            <w:r>
              <w:t>Al</w:t>
            </w:r>
            <w:r w:rsidRPr="00DC2F01">
              <w:rPr>
                <w:vertAlign w:val="superscript"/>
                <w:lang w:val="ru-RU"/>
              </w:rPr>
              <w:t>3+</w:t>
            </w:r>
            <w:r w:rsidRPr="00DC2F01">
              <w:rPr>
                <w:lang w:val="ru-RU"/>
              </w:rPr>
              <w:t>/</w:t>
            </w:r>
            <w:r>
              <w:t>Al</w:t>
            </w:r>
            <w:r w:rsidRPr="00DC2F01">
              <w:rPr>
                <w:lang w:val="ru-RU"/>
              </w:rPr>
              <w:t>=-1,660</w:t>
            </w:r>
            <w:r>
              <w:t>B</w:t>
            </w:r>
            <w:r w:rsidRPr="00DC2F01">
              <w:rPr>
                <w:lang w:val="ru-RU"/>
              </w:rPr>
              <w:t xml:space="preserve">; </w:t>
            </w:r>
            <w:r>
              <w:rPr>
                <w:position w:val="-10"/>
              </w:rPr>
              <w:object w:dxaOrig="300" w:dyaOrig="360">
                <v:shape id="_x0000_i1266" type="#_x0000_t75" style="width:15.75pt;height:18pt" o:ole="" fillcolor="window">
                  <v:imagedata r:id="rId212" o:title=""/>
                </v:shape>
                <o:OLEObject Type="Embed" ProgID="Equation.3" ShapeID="_x0000_i1266" DrawAspect="Content" ObjectID="_1841054011" r:id="rId408"/>
              </w:object>
            </w:r>
            <w:r>
              <w:t>Pt</w:t>
            </w:r>
            <w:r w:rsidRPr="00DC2F01">
              <w:rPr>
                <w:vertAlign w:val="superscript"/>
                <w:lang w:val="ru-RU"/>
              </w:rPr>
              <w:t>+2</w:t>
            </w:r>
            <w:r w:rsidRPr="00DC2F01">
              <w:rPr>
                <w:lang w:val="ru-RU"/>
              </w:rPr>
              <w:t>/</w:t>
            </w:r>
            <w:r>
              <w:t>Pt</w:t>
            </w:r>
            <w:r w:rsidRPr="00DC2F01">
              <w:rPr>
                <w:lang w:val="ru-RU"/>
              </w:rPr>
              <w:t>=+1,20</w:t>
            </w:r>
            <w:r>
              <w:t>B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Default="00DC2F01" w:rsidP="00494884">
            <w:r w:rsidRPr="00F21C20">
              <w:rPr>
                <w:bCs/>
                <w:iCs/>
              </w:rPr>
              <w:t>2</w:t>
            </w:r>
            <w:r>
              <w:rPr>
                <w:bCs/>
                <w:iCs/>
              </w:rPr>
              <w:t>4</w:t>
            </w:r>
            <w:r w:rsidRPr="00F21C20">
              <w:rPr>
                <w:bCs/>
                <w:iCs/>
              </w:rPr>
              <w:t>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Растворимый анод – это:</w:t>
            </w:r>
          </w:p>
          <w:p w:rsidR="00DC2F01" w:rsidRPr="00DC2F01" w:rsidRDefault="00DC2F01" w:rsidP="000D3AEE">
            <w:pPr>
              <w:numPr>
                <w:ilvl w:val="0"/>
                <w:numId w:val="44"/>
              </w:numPr>
              <w:spacing w:line="240" w:lineRule="auto"/>
              <w:ind w:left="0"/>
              <w:rPr>
                <w:lang w:val="ru-RU"/>
              </w:rPr>
            </w:pPr>
            <w:r w:rsidRPr="00DC2F01">
              <w:rPr>
                <w:lang w:val="ru-RU"/>
              </w:rPr>
              <w:t>Анод, состоящий из материала, хорошо растворяющегося в воде;</w:t>
            </w:r>
          </w:p>
          <w:p w:rsidR="00DC2F01" w:rsidRPr="00DC2F01" w:rsidRDefault="00DC2F01" w:rsidP="000D3AEE">
            <w:pPr>
              <w:numPr>
                <w:ilvl w:val="0"/>
                <w:numId w:val="44"/>
              </w:numPr>
              <w:spacing w:line="240" w:lineRule="auto"/>
              <w:ind w:left="0"/>
              <w:rPr>
                <w:lang w:val="ru-RU"/>
              </w:rPr>
            </w:pPr>
            <w:r w:rsidRPr="00DC2F01">
              <w:rPr>
                <w:lang w:val="ru-RU"/>
              </w:rPr>
              <w:t>Анод, состоящий из металлов, способных растворятся в процессе электролиза;</w:t>
            </w:r>
          </w:p>
          <w:p w:rsidR="00DC2F01" w:rsidRPr="00DC2F01" w:rsidRDefault="00DC2F01" w:rsidP="000D3AEE">
            <w:pPr>
              <w:numPr>
                <w:ilvl w:val="0"/>
                <w:numId w:val="44"/>
              </w:numPr>
              <w:spacing w:line="240" w:lineRule="auto"/>
              <w:ind w:left="0"/>
              <w:rPr>
                <w:lang w:val="ru-RU"/>
              </w:rPr>
            </w:pPr>
            <w:r w:rsidRPr="00DC2F01">
              <w:rPr>
                <w:lang w:val="ru-RU"/>
              </w:rPr>
              <w:t>Анод, находящийся в жидком агрегатном состоянии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25.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Определите силу тока, если за 40 мин электролиза раствора серной кислоты выделился водород (н.у) объемом </w:t>
            </w:r>
            <w:smartTag w:uri="urn:schemas-microsoft-com:office:smarttags" w:element="metricconverter">
              <w:smartTagPr>
                <w:attr w:name="ProductID" w:val="0,48 л"/>
              </w:smartTagPr>
              <w:r w:rsidRPr="00DC2F01">
                <w:rPr>
                  <w:lang w:val="ru-RU"/>
                </w:rPr>
                <w:t>0,48 л</w:t>
              </w:r>
            </w:smartTag>
            <w:r w:rsidRPr="00DC2F01">
              <w:rPr>
                <w:lang w:val="ru-RU"/>
              </w:rPr>
              <w:t>.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Cs/>
                <w:lang w:val="ru-RU"/>
              </w:rPr>
              <w:t>26.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Какие процессы будут протекать на платиновом катоде при электролизе водного раствора нитрата меди?</w:t>
            </w:r>
          </w:p>
          <w:p w:rsidR="00DC2F01" w:rsidRDefault="00DC2F01" w:rsidP="000D3AEE">
            <w:pPr>
              <w:numPr>
                <w:ilvl w:val="0"/>
                <w:numId w:val="45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6"/>
              </w:rPr>
              <w:object w:dxaOrig="1679" w:dyaOrig="320">
                <v:shape id="_x0000_i1267" type="#_x0000_t75" style="width:84pt;height:15.75pt" o:ole="">
                  <v:imagedata r:id="rId251" o:title=""/>
                </v:shape>
                <o:OLEObject Type="Embed" ProgID="Equation.3" ShapeID="_x0000_i1267" DrawAspect="Content" ObjectID="_1841054012" r:id="rId409"/>
              </w:object>
            </w:r>
          </w:p>
          <w:p w:rsidR="00DC2F01" w:rsidRDefault="00DC2F01" w:rsidP="000D3AEE">
            <w:pPr>
              <w:numPr>
                <w:ilvl w:val="0"/>
                <w:numId w:val="45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14"/>
              </w:rPr>
              <w:object w:dxaOrig="3400" w:dyaOrig="400">
                <v:shape id="_x0000_i1268" type="#_x0000_t75" style="width:170.25pt;height:20.25pt" o:ole="">
                  <v:imagedata r:id="rId236" o:title=""/>
                </v:shape>
                <o:OLEObject Type="Embed" ProgID="Equation.3" ShapeID="_x0000_i1268" DrawAspect="Content" ObjectID="_1841054013" r:id="rId410"/>
              </w:object>
            </w:r>
          </w:p>
          <w:p w:rsidR="00DC2F01" w:rsidRDefault="00DC2F01" w:rsidP="000D3AEE">
            <w:pPr>
              <w:numPr>
                <w:ilvl w:val="0"/>
                <w:numId w:val="45"/>
              </w:numPr>
              <w:tabs>
                <w:tab w:val="clear" w:pos="644"/>
                <w:tab w:val="num" w:pos="720"/>
              </w:tabs>
              <w:spacing w:line="240" w:lineRule="auto"/>
              <w:ind w:left="0"/>
            </w:pPr>
            <w:r>
              <w:rPr>
                <w:position w:val="-10"/>
              </w:rPr>
              <w:object w:dxaOrig="2620" w:dyaOrig="360">
                <v:shape id="_x0000_i1269" type="#_x0000_t75" style="width:131.25pt;height:18pt" o:ole="">
                  <v:imagedata r:id="rId238" o:title=""/>
                </v:shape>
                <o:OLEObject Type="Embed" ProgID="Equation.3" ShapeID="_x0000_i1269" DrawAspect="Content" ObjectID="_1841054014" r:id="rId411"/>
              </w:object>
            </w:r>
            <w:r>
              <w:t xml:space="preserve"> </w:t>
            </w:r>
          </w:p>
          <w:p w:rsidR="00DC2F01" w:rsidRDefault="00DC2F01" w:rsidP="00494884"/>
        </w:tc>
      </w:tr>
      <w:tr w:rsidR="00DC2F01" w:rsidRPr="003A20E9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27. </w:t>
            </w:r>
            <w:r w:rsidRPr="00DC2F01">
              <w:rPr>
                <w:lang w:val="ru-RU"/>
              </w:rPr>
              <w:t>Укажите соединение, которое не может образовывать марганец?</w:t>
            </w:r>
          </w:p>
          <w:p w:rsidR="00DC2F01" w:rsidRDefault="00DC2F01" w:rsidP="000D3AEE">
            <w:pPr>
              <w:numPr>
                <w:ilvl w:val="0"/>
                <w:numId w:val="105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1040" w:dyaOrig="340">
                <v:shape id="_x0000_i1270" type="#_x0000_t75" style="width:51.75pt;height:17.25pt" o:ole="">
                  <v:imagedata r:id="rId412" o:title=""/>
                </v:shape>
                <o:OLEObject Type="Embed" ProgID="Equation.3" ShapeID="_x0000_i1270" DrawAspect="Content" ObjectID="_1841054015" r:id="rId413"/>
              </w:object>
            </w:r>
            <w:r>
              <w:t xml:space="preserve">; </w:t>
            </w:r>
          </w:p>
          <w:p w:rsidR="00DC2F01" w:rsidRDefault="00DC2F01" w:rsidP="000D3AEE">
            <w:pPr>
              <w:numPr>
                <w:ilvl w:val="0"/>
                <w:numId w:val="105"/>
              </w:numPr>
              <w:spacing w:line="240" w:lineRule="auto"/>
              <w:ind w:left="0"/>
            </w:pPr>
            <w:r>
              <w:rPr>
                <w:position w:val="-10"/>
              </w:rPr>
              <w:object w:dxaOrig="920" w:dyaOrig="340">
                <v:shape id="_x0000_i1271" type="#_x0000_t75" style="width:45.75pt;height:17.25pt" o:ole="">
                  <v:imagedata r:id="rId414" o:title=""/>
                </v:shape>
                <o:OLEObject Type="Embed" ProgID="Equation.3" ShapeID="_x0000_i1271" DrawAspect="Content" ObjectID="_1841054016" r:id="rId415"/>
              </w:object>
            </w:r>
            <w:r>
              <w:t xml:space="preserve">; </w:t>
            </w:r>
          </w:p>
          <w:p w:rsidR="00DC2F01" w:rsidRPr="003A20E9" w:rsidRDefault="00DC2F01" w:rsidP="000D3AEE">
            <w:pPr>
              <w:numPr>
                <w:ilvl w:val="0"/>
                <w:numId w:val="105"/>
              </w:numPr>
              <w:spacing w:line="240" w:lineRule="auto"/>
              <w:ind w:left="0"/>
            </w:pPr>
            <w:r>
              <w:rPr>
                <w:position w:val="-12"/>
              </w:rPr>
              <w:object w:dxaOrig="1020" w:dyaOrig="360">
                <v:shape id="_x0000_i1272" type="#_x0000_t75" style="width:51.75pt;height:18.75pt" o:ole="">
                  <v:imagedata r:id="rId416" o:title=""/>
                </v:shape>
                <o:OLEObject Type="Embed" ProgID="Equation.3" ShapeID="_x0000_i1272" DrawAspect="Content" ObjectID="_1841054017" r:id="rId417"/>
              </w:object>
            </w:r>
          </w:p>
        </w:tc>
      </w:tr>
      <w:tr w:rsidR="00DC2F01" w:rsidRPr="007C21DD" w:rsidTr="00494884">
        <w:tc>
          <w:tcPr>
            <w:tcW w:w="10490" w:type="dxa"/>
            <w:gridSpan w:val="6"/>
            <w:tcBorders>
              <w:bottom w:val="nil"/>
            </w:tcBorders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28.  </w:t>
            </w:r>
            <w:r w:rsidRPr="00DC2F01">
              <w:rPr>
                <w:lang w:val="ru-RU"/>
              </w:rPr>
              <w:t>Какие продукты образуются при растворении алюминия в водном растворе щелочи?</w:t>
            </w:r>
          </w:p>
          <w:p w:rsidR="00DC2F01" w:rsidRPr="00B77B36" w:rsidRDefault="00DC2F01" w:rsidP="00494884">
            <w:r w:rsidRPr="001F0F4B">
              <w:t>1) Na[Al(OH)</w:t>
            </w:r>
            <w:r w:rsidRPr="001F0F4B">
              <w:rPr>
                <w:vertAlign w:val="subscript"/>
              </w:rPr>
              <w:t>4</w:t>
            </w:r>
            <w:r w:rsidRPr="001F0F4B">
              <w:t>] + H</w:t>
            </w:r>
            <w:r w:rsidRPr="001F0F4B">
              <w:rPr>
                <w:vertAlign w:val="subscript"/>
              </w:rPr>
              <w:t>2</w:t>
            </w:r>
            <w:r w:rsidRPr="001F0F4B">
              <w:tab/>
            </w:r>
            <w:r w:rsidRPr="001F0F4B">
              <w:tab/>
            </w:r>
          </w:p>
          <w:p w:rsidR="00DC2F01" w:rsidRPr="001F0F4B" w:rsidRDefault="00DC2F01" w:rsidP="00494884">
            <w:r w:rsidRPr="001F0F4B">
              <w:t>2) Al(OH)</w:t>
            </w:r>
            <w:r w:rsidRPr="001F0F4B">
              <w:rPr>
                <w:vertAlign w:val="subscript"/>
              </w:rPr>
              <w:t>3</w:t>
            </w:r>
            <w:r w:rsidRPr="001F0F4B">
              <w:t xml:space="preserve"> + H</w:t>
            </w:r>
            <w:r w:rsidRPr="001F0F4B">
              <w:rPr>
                <w:vertAlign w:val="subscript"/>
              </w:rPr>
              <w:t>2</w:t>
            </w:r>
            <w:r w:rsidRPr="001F0F4B">
              <w:t>;</w:t>
            </w:r>
          </w:p>
          <w:p w:rsidR="00DC2F01" w:rsidRDefault="00DC2F01" w:rsidP="00494884">
            <w:r w:rsidRPr="001F0F4B">
              <w:t>3) NaAlO</w:t>
            </w:r>
            <w:r w:rsidRPr="001F0F4B">
              <w:rPr>
                <w:vertAlign w:val="subscript"/>
              </w:rPr>
              <w:t>2</w:t>
            </w:r>
            <w:r w:rsidRPr="001F0F4B">
              <w:t xml:space="preserve"> + H</w:t>
            </w:r>
            <w:r w:rsidRPr="001F0F4B">
              <w:rPr>
                <w:vertAlign w:val="subscript"/>
              </w:rPr>
              <w:t>2</w:t>
            </w:r>
            <w:r w:rsidRPr="007C21DD">
              <w:tab/>
            </w:r>
          </w:p>
          <w:p w:rsidR="00DC2F01" w:rsidRPr="007C21DD" w:rsidRDefault="00DC2F01" w:rsidP="00494884">
            <w:r w:rsidRPr="007C21DD">
              <w:tab/>
            </w:r>
            <w:r w:rsidRPr="007C21DD">
              <w:tab/>
            </w:r>
          </w:p>
        </w:tc>
      </w:tr>
      <w:tr w:rsidR="00DC2F01" w:rsidTr="00494884">
        <w:tc>
          <w:tcPr>
            <w:tcW w:w="10490" w:type="dxa"/>
            <w:gridSpan w:val="6"/>
            <w:tcBorders>
              <w:top w:val="nil"/>
              <w:bottom w:val="single" w:sz="4" w:space="0" w:color="auto"/>
            </w:tcBorders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29. </w:t>
            </w:r>
            <w:r w:rsidRPr="00DC2F01">
              <w:rPr>
                <w:szCs w:val="28"/>
                <w:lang w:val="ru-RU"/>
              </w:rPr>
              <w:t>Присутствие сульфат-ионов в водном растворе можно обнаружить с помощью ионов</w:t>
            </w:r>
          </w:p>
          <w:p w:rsidR="00DC2F01" w:rsidRDefault="00DC2F01" w:rsidP="000D3AEE">
            <w:pPr>
              <w:numPr>
                <w:ilvl w:val="0"/>
                <w:numId w:val="129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Zn</w:t>
            </w:r>
            <w:r>
              <w:rPr>
                <w:szCs w:val="28"/>
                <w:vertAlign w:val="superscript"/>
              </w:rPr>
              <w:t>2+</w:t>
            </w:r>
          </w:p>
          <w:p w:rsidR="00DC2F01" w:rsidRDefault="00DC2F01" w:rsidP="000D3AEE">
            <w:pPr>
              <w:numPr>
                <w:ilvl w:val="0"/>
                <w:numId w:val="129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Ca</w:t>
            </w:r>
            <w:r>
              <w:rPr>
                <w:szCs w:val="28"/>
                <w:vertAlign w:val="superscript"/>
              </w:rPr>
              <w:t>2+</w:t>
            </w:r>
          </w:p>
          <w:p w:rsidR="00DC2F01" w:rsidRDefault="00DC2F01" w:rsidP="000D3AEE">
            <w:pPr>
              <w:numPr>
                <w:ilvl w:val="0"/>
                <w:numId w:val="129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szCs w:val="28"/>
              </w:rPr>
              <w:t>Ba</w:t>
            </w:r>
            <w:r>
              <w:rPr>
                <w:szCs w:val="28"/>
                <w:vertAlign w:val="superscript"/>
              </w:rPr>
              <w:t>2+</w:t>
            </w:r>
          </w:p>
          <w:p w:rsidR="00DC2F01" w:rsidRDefault="00DC2F01" w:rsidP="00494884"/>
        </w:tc>
      </w:tr>
      <w:tr w:rsidR="00DC2F01" w:rsidRPr="001B6ED6" w:rsidTr="00494884">
        <w:tc>
          <w:tcPr>
            <w:tcW w:w="10490" w:type="dxa"/>
            <w:gridSpan w:val="6"/>
            <w:tcBorders>
              <w:top w:val="single" w:sz="4" w:space="0" w:color="auto"/>
            </w:tcBorders>
          </w:tcPr>
          <w:p w:rsidR="00DC2F01" w:rsidRPr="007E47E5" w:rsidRDefault="00DC2F01" w:rsidP="00494884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DC2F0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DC2F0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DC2F01" w:rsidRPr="00DC2F01" w:rsidRDefault="00DC2F01" w:rsidP="00494884">
            <w:pPr>
              <w:rPr>
                <w:sz w:val="12"/>
                <w:lang w:val="ru-RU"/>
              </w:rPr>
            </w:pPr>
            <w:r w:rsidRPr="00DC2F01">
              <w:rPr>
                <w:sz w:val="12"/>
                <w:lang w:val="ru-RU"/>
              </w:rPr>
              <w:t xml:space="preserve">                                                 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Утверждено на заседании кафедры: ЭБЖиФ протокол от «03» декабря 2025 г. № 4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Заведующий кафедрой   ЭБЖиФ                      ________________________              Никифорова В.А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22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Минобрнауки России 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lang w:val="ru-RU"/>
              </w:rPr>
              <w:t xml:space="preserve">ФГБОУ ВО </w:t>
            </w:r>
          </w:p>
          <w:p w:rsidR="00DC2F01" w:rsidRPr="00DC2F01" w:rsidRDefault="00DC2F01" w:rsidP="00494884">
            <w:pPr>
              <w:jc w:val="center"/>
              <w:rPr>
                <w:b/>
                <w:bCs/>
                <w:i/>
                <w:iCs/>
                <w:lang w:val="ru-RU"/>
              </w:rPr>
            </w:pPr>
            <w:r w:rsidRPr="00DC2F01">
              <w:rPr>
                <w:lang w:val="ru-RU"/>
              </w:rPr>
              <w:t>«БрГУ»</w:t>
            </w:r>
          </w:p>
        </w:tc>
        <w:tc>
          <w:tcPr>
            <w:tcW w:w="82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F01" w:rsidRPr="00DC2F01" w:rsidRDefault="00DC2F01" w:rsidP="00494884">
            <w:pPr>
              <w:jc w:val="center"/>
              <w:rPr>
                <w:b/>
                <w:lang w:val="ru-RU"/>
              </w:rPr>
            </w:pPr>
            <w:r w:rsidRPr="00DC2F01">
              <w:rPr>
                <w:b/>
                <w:lang w:val="ru-RU"/>
              </w:rPr>
              <w:t>Экзаменационный тест</w:t>
            </w:r>
          </w:p>
          <w:p w:rsidR="00DC2F01" w:rsidRPr="00DC2F01" w:rsidRDefault="00DC2F01" w:rsidP="00494884">
            <w:pPr>
              <w:jc w:val="center"/>
              <w:rPr>
                <w:lang w:val="ru-RU"/>
              </w:rPr>
            </w:pPr>
            <w:r w:rsidRPr="00DC2F01">
              <w:rPr>
                <w:b/>
                <w:lang w:val="ru-RU"/>
              </w:rPr>
              <w:t>Вариант № 5</w:t>
            </w:r>
          </w:p>
          <w:p w:rsidR="00DC2F01" w:rsidRPr="00DC2F01" w:rsidRDefault="00DC2F01" w:rsidP="00494884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 дисциплине </w:t>
            </w:r>
            <w:r w:rsidRPr="00DC2F01">
              <w:rPr>
                <w:rFonts w:ascii="Times New Roman" w:hAnsi="Times New Roman" w:cs="Times New Roman"/>
                <w:color w:val="auto"/>
                <w:sz w:val="24"/>
                <w:szCs w:val="24"/>
                <w:u w:val="single"/>
                <w:lang w:val="ru-RU"/>
              </w:rPr>
              <w:t>химические основы экологии (2 семестр)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направление подготовки 05.03.06 </w:t>
            </w:r>
            <w:r w:rsidRPr="00DC2F01">
              <w:rPr>
                <w:szCs w:val="24"/>
                <w:lang w:val="ru-RU"/>
              </w:rPr>
              <w:t>Экология и природопользование</w:t>
            </w:r>
          </w:p>
          <w:p w:rsidR="00DC2F01" w:rsidRPr="00DC2F01" w:rsidRDefault="00DC2F01" w:rsidP="00494884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профиль подготовки</w:t>
            </w:r>
            <w:r w:rsidRPr="00DC2F01">
              <w:rPr>
                <w:szCs w:val="24"/>
                <w:lang w:val="ru-RU"/>
              </w:rPr>
              <w:t xml:space="preserve"> Экологическая безопасность и охрана труда</w:t>
            </w:r>
          </w:p>
          <w:p w:rsidR="00DC2F01" w:rsidRPr="00DC2F01" w:rsidRDefault="00DC2F01" w:rsidP="00494884">
            <w:pPr>
              <w:jc w:val="center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  <w:tcBorders>
              <w:top w:val="single" w:sz="4" w:space="0" w:color="auto"/>
            </w:tcBorders>
          </w:tcPr>
          <w:p w:rsidR="00DC2F01" w:rsidRPr="00EC35AD" w:rsidRDefault="00DC2F01" w:rsidP="00494884">
            <w:pPr>
              <w:pStyle w:val="38"/>
              <w:ind w:left="360" w:hanging="315"/>
              <w:rPr>
                <w:sz w:val="24"/>
              </w:rPr>
            </w:pPr>
            <w:r w:rsidRPr="00EC35AD">
              <w:rPr>
                <w:sz w:val="24"/>
              </w:rPr>
              <w:t>Атомы элементов, имеющие сходное электронное строение последнего уровня, расположены:</w:t>
            </w:r>
          </w:p>
          <w:p w:rsidR="00DC2F01" w:rsidRPr="00DC2F01" w:rsidRDefault="00DC2F01" w:rsidP="000D3AEE">
            <w:pPr>
              <w:numPr>
                <w:ilvl w:val="0"/>
                <w:numId w:val="46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в одной группе периодической системы;</w:t>
            </w:r>
          </w:p>
          <w:p w:rsidR="00DC2F01" w:rsidRPr="00DC2F01" w:rsidRDefault="00DC2F01" w:rsidP="000D3AEE">
            <w:pPr>
              <w:numPr>
                <w:ilvl w:val="0"/>
                <w:numId w:val="46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в одном периоде периодической системы;</w:t>
            </w:r>
          </w:p>
          <w:p w:rsidR="00DC2F01" w:rsidRPr="00DC2F01" w:rsidRDefault="00DC2F01" w:rsidP="000D3AEE">
            <w:pPr>
              <w:numPr>
                <w:ilvl w:val="0"/>
                <w:numId w:val="46"/>
              </w:numPr>
              <w:spacing w:line="240" w:lineRule="auto"/>
              <w:rPr>
                <w:b/>
                <w:bCs/>
                <w:i/>
                <w:iCs/>
                <w:lang w:val="ru-RU"/>
              </w:rPr>
            </w:pPr>
            <w:r w:rsidRPr="00DC2F01">
              <w:rPr>
                <w:lang w:val="ru-RU"/>
              </w:rPr>
              <w:t>в одной подгруппе периодической системы.</w:t>
            </w:r>
          </w:p>
          <w:p w:rsidR="00DC2F01" w:rsidRPr="00DC2F01" w:rsidRDefault="00DC2F01" w:rsidP="00494884">
            <w:pPr>
              <w:ind w:left="720"/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EC35AD" w:rsidTr="00494884">
        <w:tc>
          <w:tcPr>
            <w:tcW w:w="10490" w:type="dxa"/>
            <w:gridSpan w:val="6"/>
          </w:tcPr>
          <w:p w:rsidR="00DC2F01" w:rsidRPr="009711D0" w:rsidRDefault="00DC2F01" w:rsidP="00494884">
            <w:pPr>
              <w:pStyle w:val="affc"/>
              <w:spacing w:after="0"/>
              <w:ind w:left="284" w:hanging="284"/>
              <w:rPr>
                <w:bCs/>
              </w:rPr>
            </w:pPr>
            <w:r w:rsidRPr="001D6BC8">
              <w:rPr>
                <w:b/>
                <w:bCs/>
                <w:iCs/>
              </w:rPr>
              <w:t>2.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Cs/>
              </w:rPr>
              <w:t>Неме</w:t>
            </w:r>
            <w:r w:rsidRPr="009711D0">
              <w:rPr>
                <w:bCs/>
              </w:rPr>
              <w:t xml:space="preserve">таллический характер свойств элементов в </w:t>
            </w:r>
            <w:proofErr w:type="gramStart"/>
            <w:r w:rsidRPr="009711D0">
              <w:rPr>
                <w:bCs/>
              </w:rPr>
              <w:t xml:space="preserve">ряду  </w:t>
            </w:r>
            <w:r w:rsidRPr="009711D0">
              <w:rPr>
                <w:bCs/>
                <w:lang w:val="en-US"/>
              </w:rPr>
              <w:t>N</w:t>
            </w:r>
            <w:proofErr w:type="gramEnd"/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P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As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Sb</w:t>
            </w:r>
            <w:r w:rsidRPr="009711D0">
              <w:rPr>
                <w:bCs/>
              </w:rPr>
              <w:t xml:space="preserve">  -</w:t>
            </w:r>
            <w:r w:rsidRPr="009711D0">
              <w:rPr>
                <w:bCs/>
                <w:lang w:val="en-US"/>
              </w:rPr>
              <w:t>Bi</w:t>
            </w:r>
            <w:r w:rsidRPr="009711D0">
              <w:rPr>
                <w:bCs/>
              </w:rPr>
              <w:t>:</w:t>
            </w:r>
          </w:p>
          <w:p w:rsidR="00DC2F01" w:rsidRDefault="00DC2F01" w:rsidP="00494884">
            <w:pPr>
              <w:ind w:left="1440" w:hanging="360"/>
            </w:pPr>
            <w:r w:rsidRPr="00EC35AD">
              <w:t xml:space="preserve">1) уменьшается; </w:t>
            </w:r>
          </w:p>
          <w:p w:rsidR="00DC2F01" w:rsidRDefault="00DC2F01" w:rsidP="00494884">
            <w:pPr>
              <w:ind w:left="1440" w:hanging="360"/>
            </w:pPr>
            <w:r w:rsidRPr="00EC35AD">
              <w:t xml:space="preserve">2) возрастает;  </w:t>
            </w:r>
          </w:p>
          <w:p w:rsidR="00DC2F01" w:rsidRPr="00EC35AD" w:rsidRDefault="00DC2F01" w:rsidP="00494884">
            <w:pPr>
              <w:ind w:left="1440" w:hanging="360"/>
            </w:pPr>
            <w:r w:rsidRPr="00EC35AD">
              <w:t>3) не изменяется.</w:t>
            </w:r>
          </w:p>
          <w:p w:rsidR="00DC2F01" w:rsidRPr="00EC35AD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3.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Взаимодействием какой пары веществ можно получить сульфит натрия: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     1) раствора гидроксида натрия и оксида серы (</w:t>
            </w:r>
            <w:r w:rsidRPr="00EC35AD">
              <w:t>VI</w:t>
            </w:r>
            <w:r w:rsidRPr="00DC2F01">
              <w:rPr>
                <w:lang w:val="ru-RU"/>
              </w:rPr>
              <w:t>)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     2) оксида натрия и оксида серы (</w:t>
            </w:r>
            <w:r w:rsidRPr="00EC35AD">
              <w:t>IV</w:t>
            </w:r>
            <w:r w:rsidRPr="00DC2F01">
              <w:rPr>
                <w:lang w:val="ru-RU"/>
              </w:rPr>
              <w:t>)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     3) серной кислоты и хлорида натрия</w:t>
            </w:r>
          </w:p>
          <w:p w:rsidR="00DC2F01" w:rsidRPr="00DC2F01" w:rsidRDefault="00DC2F01" w:rsidP="00494884">
            <w:pPr>
              <w:rPr>
                <w:bCs/>
                <w:iCs/>
                <w:lang w:val="ru-RU"/>
              </w:rPr>
            </w:pPr>
            <w:r w:rsidRPr="00DC2F01">
              <w:rPr>
                <w:lang w:val="ru-RU"/>
              </w:rPr>
              <w:t xml:space="preserve">     </w:t>
            </w:r>
            <w:r w:rsidRPr="00DC2F01">
              <w:rPr>
                <w:bCs/>
                <w:iCs/>
                <w:lang w:val="ru-RU"/>
              </w:rPr>
              <w:t>Составьте уравнение реакции:</w:t>
            </w:r>
          </w:p>
          <w:p w:rsidR="00DC2F01" w:rsidRPr="00DC2F01" w:rsidRDefault="00DC2F01" w:rsidP="00494884">
            <w:pPr>
              <w:rPr>
                <w:b/>
                <w:bCs/>
                <w:i/>
                <w:iCs/>
                <w:lang w:val="ru-RU"/>
              </w:rPr>
            </w:pPr>
          </w:p>
        </w:tc>
      </w:tr>
      <w:tr w:rsidR="00DC2F01" w:rsidRPr="009711D0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lang w:val="ru-RU"/>
              </w:rPr>
              <w:t>4.</w:t>
            </w:r>
            <w:r w:rsidRPr="00DC2F01">
              <w:rPr>
                <w:b/>
                <w:i/>
                <w:lang w:val="ru-RU"/>
              </w:rPr>
              <w:t xml:space="preserve"> </w:t>
            </w:r>
            <w:r w:rsidRPr="00DC2F01">
              <w:rPr>
                <w:lang w:val="ru-RU"/>
              </w:rPr>
              <w:t>Кислотными оксидами являются:</w:t>
            </w:r>
          </w:p>
          <w:p w:rsidR="00DC2F01" w:rsidRPr="00DC2F01" w:rsidRDefault="00DC2F01" w:rsidP="00494884">
            <w:pPr>
              <w:rPr>
                <w:vertAlign w:val="subscript"/>
                <w:lang w:val="ru-RU"/>
              </w:rPr>
            </w:pPr>
            <w:r w:rsidRPr="00DC2F01">
              <w:rPr>
                <w:lang w:val="ru-RU"/>
              </w:rPr>
              <w:t xml:space="preserve">1) </w:t>
            </w:r>
            <w:r w:rsidRPr="00EC35AD">
              <w:t>NO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, </w:t>
            </w:r>
            <w:r>
              <w:t>C</w:t>
            </w:r>
            <w:r w:rsidRPr="00EC35AD">
              <w:t>O</w:t>
            </w:r>
            <w:r w:rsidRPr="00DC2F01">
              <w:rPr>
                <w:lang w:val="ru-RU"/>
              </w:rPr>
              <w:t xml:space="preserve">; </w:t>
            </w:r>
            <w:r w:rsidRPr="00DC2F01">
              <w:rPr>
                <w:vertAlign w:val="subscript"/>
                <w:lang w:val="ru-RU"/>
              </w:rPr>
              <w:t xml:space="preserve">              </w:t>
            </w:r>
          </w:p>
          <w:p w:rsidR="00DC2F01" w:rsidRPr="00DC2F01" w:rsidRDefault="00DC2F01" w:rsidP="00494884">
            <w:pPr>
              <w:rPr>
                <w:vertAlign w:val="subscript"/>
                <w:lang w:val="ru-RU"/>
              </w:rPr>
            </w:pPr>
            <w:r w:rsidRPr="00DC2F01">
              <w:rPr>
                <w:lang w:val="ru-RU"/>
              </w:rPr>
              <w:t xml:space="preserve">2) </w:t>
            </w:r>
            <w:r w:rsidRPr="00EC35AD">
              <w:t>CO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, </w:t>
            </w:r>
            <w:r w:rsidRPr="00EC35AD">
              <w:t>N</w:t>
            </w:r>
            <w:r w:rsidRPr="00DC2F01">
              <w:rPr>
                <w:vertAlign w:val="subscript"/>
                <w:lang w:val="ru-RU"/>
              </w:rPr>
              <w:t>2</w:t>
            </w:r>
            <w:r w:rsidRPr="00EC35AD">
              <w:t>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;      </w:t>
            </w:r>
            <w:r w:rsidRPr="00DC2F01">
              <w:rPr>
                <w:vertAlign w:val="subscript"/>
                <w:lang w:val="ru-RU"/>
              </w:rPr>
              <w:t xml:space="preserve">        </w:t>
            </w:r>
          </w:p>
          <w:p w:rsidR="00DC2F01" w:rsidRPr="00DC2F01" w:rsidRDefault="00DC2F01" w:rsidP="00494884">
            <w:pPr>
              <w:rPr>
                <w:vertAlign w:val="subscript"/>
                <w:lang w:val="ru-RU"/>
              </w:rPr>
            </w:pPr>
            <w:r w:rsidRPr="00DC2F01">
              <w:rPr>
                <w:lang w:val="ru-RU"/>
              </w:rPr>
              <w:t xml:space="preserve">3) </w:t>
            </w:r>
            <w:r w:rsidRPr="00EC35AD">
              <w:t>CO</w:t>
            </w:r>
            <w:r w:rsidRPr="00DC2F01">
              <w:rPr>
                <w:lang w:val="ru-RU"/>
              </w:rPr>
              <w:t xml:space="preserve">, </w:t>
            </w:r>
            <w:r w:rsidRPr="00EC35AD">
              <w:t>P</w:t>
            </w:r>
            <w:r w:rsidRPr="00DC2F01">
              <w:rPr>
                <w:vertAlign w:val="subscript"/>
                <w:lang w:val="ru-RU"/>
              </w:rPr>
              <w:t>2</w:t>
            </w:r>
            <w:r w:rsidRPr="00EC35AD">
              <w:t>O</w:t>
            </w:r>
            <w:r w:rsidRPr="00DC2F01">
              <w:rPr>
                <w:vertAlign w:val="subscript"/>
                <w:lang w:val="ru-RU"/>
              </w:rPr>
              <w:t xml:space="preserve">5                     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Составьте уравнения реакций, подтв</w:t>
            </w:r>
            <w:r w:rsidRPr="00DC2F01">
              <w:rPr>
                <w:lang w:val="ru-RU"/>
              </w:rPr>
              <w:t>ерждающие эти свойства</w:t>
            </w:r>
          </w:p>
          <w:p w:rsidR="00DC2F01" w:rsidRPr="00E7400B" w:rsidRDefault="00DC2F01" w:rsidP="00494884">
            <w:pPr>
              <w:rPr>
                <w:bCs/>
                <w:iCs/>
              </w:rPr>
            </w:pPr>
            <w:r w:rsidRPr="00E7400B">
              <w:rPr>
                <w:bCs/>
                <w:iCs/>
              </w:rPr>
              <w:t>1)</w:t>
            </w:r>
          </w:p>
          <w:p w:rsidR="00DC2F01" w:rsidRDefault="00DC2F01" w:rsidP="00494884">
            <w:pPr>
              <w:rPr>
                <w:bCs/>
                <w:iCs/>
              </w:rPr>
            </w:pPr>
            <w:r w:rsidRPr="00E7400B">
              <w:rPr>
                <w:bCs/>
                <w:iCs/>
              </w:rPr>
              <w:t>2)</w:t>
            </w:r>
          </w:p>
          <w:p w:rsidR="00DC2F01" w:rsidRPr="009711D0" w:rsidRDefault="00DC2F01" w:rsidP="00494884">
            <w:pPr>
              <w:rPr>
                <w:b/>
                <w:bCs/>
                <w:i/>
                <w:iCs/>
              </w:rPr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Default="00DC2F01" w:rsidP="00494884">
            <w:r w:rsidRPr="001D6BC8">
              <w:rPr>
                <w:bCs/>
                <w:iCs/>
              </w:rPr>
              <w:lastRenderedPageBreak/>
              <w:t>5.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Гибридизация орбиталей – это …</w:t>
            </w:r>
          </w:p>
          <w:p w:rsidR="00DC2F01" w:rsidRPr="00DC2F01" w:rsidRDefault="00DC2F01" w:rsidP="000D3AEE">
            <w:pPr>
              <w:numPr>
                <w:ilvl w:val="0"/>
                <w:numId w:val="47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Модель, для объяснения пространственного строения молекул;</w:t>
            </w:r>
          </w:p>
          <w:p w:rsidR="00DC2F01" w:rsidRPr="00DC2F01" w:rsidRDefault="00DC2F01" w:rsidP="000D3AEE">
            <w:pPr>
              <w:numPr>
                <w:ilvl w:val="0"/>
                <w:numId w:val="47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Физическое явление, которое заключается в изменении формы электронных облаков при образовании химической связи;</w:t>
            </w:r>
          </w:p>
          <w:p w:rsidR="00DC2F01" w:rsidRDefault="00DC2F01" w:rsidP="000D3AEE">
            <w:pPr>
              <w:numPr>
                <w:ilvl w:val="0"/>
                <w:numId w:val="47"/>
              </w:numPr>
              <w:spacing w:line="240" w:lineRule="auto"/>
            </w:pPr>
            <w:r>
              <w:t>Процесс образования молекулярных орбиталей;</w:t>
            </w:r>
          </w:p>
          <w:p w:rsidR="00DC2F01" w:rsidRDefault="00DC2F01" w:rsidP="00494884">
            <w:pPr>
              <w:ind w:left="360"/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Default="00DC2F01" w:rsidP="00494884">
            <w:r w:rsidRPr="001D6BC8">
              <w:rPr>
                <w:bCs/>
                <w:iCs/>
              </w:rPr>
              <w:t>6.</w:t>
            </w:r>
            <w:r>
              <w:rPr>
                <w:b/>
                <w:bCs/>
                <w:i/>
                <w:iCs/>
              </w:rPr>
              <w:t xml:space="preserve"> </w:t>
            </w:r>
            <w:r>
              <w:t>Сформулируйте первый закон термодинамики:</w:t>
            </w:r>
          </w:p>
          <w:p w:rsidR="00DC2F01" w:rsidRPr="00DC2F01" w:rsidRDefault="00DC2F01" w:rsidP="000D3AEE">
            <w:pPr>
              <w:numPr>
                <w:ilvl w:val="0"/>
                <w:numId w:val="48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Скорость химической реакции определяется энергией активации данной реакции</w:t>
            </w:r>
          </w:p>
          <w:p w:rsidR="00DC2F01" w:rsidRPr="00DC2F01" w:rsidRDefault="00DC2F01" w:rsidP="000D3AEE">
            <w:pPr>
              <w:numPr>
                <w:ilvl w:val="0"/>
                <w:numId w:val="48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Физические величины, однозначно определяющие состояние системы, являются функциями состояния системы.</w:t>
            </w:r>
          </w:p>
          <w:p w:rsidR="00DC2F01" w:rsidRPr="00DC2F01" w:rsidRDefault="00DC2F01" w:rsidP="000D3AEE">
            <w:pPr>
              <w:numPr>
                <w:ilvl w:val="0"/>
                <w:numId w:val="48"/>
              </w:numPr>
              <w:spacing w:line="240" w:lineRule="auto"/>
              <w:rPr>
                <w:lang w:val="ru-RU"/>
              </w:rPr>
            </w:pPr>
            <w:r w:rsidRPr="00DC2F01">
              <w:rPr>
                <w:lang w:val="ru-RU"/>
              </w:rPr>
              <w:t>Сумма изменений внутренней энергии и совершенной системой (или над системой) работы равна сообщенной (или выделенной) теплоте</w:t>
            </w:r>
          </w:p>
          <w:p w:rsidR="00DC2F01" w:rsidRPr="00DC2F01" w:rsidRDefault="00DC2F01" w:rsidP="00494884">
            <w:pPr>
              <w:ind w:left="360"/>
              <w:rPr>
                <w:lang w:val="ru-RU"/>
              </w:rPr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7.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Для следующих реакций указать правильное соотношение энтальпий:</w:t>
            </w:r>
          </w:p>
          <w:p w:rsidR="00DC2F01" w:rsidRDefault="00DC2F01" w:rsidP="00494884">
            <w:r>
              <w:rPr>
                <w:position w:val="-14"/>
              </w:rPr>
              <w:object w:dxaOrig="3560" w:dyaOrig="380">
                <v:shape id="_x0000_i1273" type="#_x0000_t75" style="width:177.75pt;height:18.75pt" o:ole="">
                  <v:imagedata r:id="rId132" o:title=""/>
                </v:shape>
                <o:OLEObject Type="Embed" ProgID="Equation.3" ShapeID="_x0000_i1273" DrawAspect="Content" ObjectID="_1841054018" r:id="rId418"/>
              </w:object>
            </w:r>
            <w:r>
              <w:t xml:space="preserve">;          </w:t>
            </w:r>
            <w:r>
              <w:rPr>
                <w:position w:val="-10"/>
              </w:rPr>
              <w:object w:dxaOrig="480" w:dyaOrig="340">
                <v:shape id="_x0000_i1274" type="#_x0000_t75" style="width:24pt;height:17.25pt" o:ole="">
                  <v:imagedata r:id="rId134" o:title=""/>
                </v:shape>
                <o:OLEObject Type="Embed" ProgID="Equation.3" ShapeID="_x0000_i1274" DrawAspect="Content" ObjectID="_1841054019" r:id="rId419"/>
              </w:object>
            </w:r>
          </w:p>
          <w:p w:rsidR="00DC2F01" w:rsidRDefault="00DC2F01" w:rsidP="00494884">
            <w:r w:rsidRPr="00E7400B">
              <w:rPr>
                <w:position w:val="-16"/>
              </w:rPr>
              <w:object w:dxaOrig="4580" w:dyaOrig="400">
                <v:shape id="_x0000_i1275" type="#_x0000_t75" style="width:228.75pt;height:19.5pt" o:ole="">
                  <v:imagedata r:id="rId142" o:title=""/>
                </v:shape>
                <o:OLEObject Type="Embed" ProgID="Equation.3" ShapeID="_x0000_i1275" DrawAspect="Content" ObjectID="_1841054020" r:id="rId420"/>
              </w:object>
            </w:r>
            <w:r>
              <w:t xml:space="preserve">;      </w:t>
            </w:r>
            <w:r>
              <w:rPr>
                <w:position w:val="-10"/>
              </w:rPr>
              <w:object w:dxaOrig="499" w:dyaOrig="340">
                <v:shape id="_x0000_i1276" type="#_x0000_t75" style="width:24.75pt;height:17.25pt" o:ole="">
                  <v:imagedata r:id="rId138" o:title=""/>
                </v:shape>
                <o:OLEObject Type="Embed" ProgID="Equation.3" ShapeID="_x0000_i1276" DrawAspect="Content" ObjectID="_1841054021" r:id="rId421"/>
              </w:object>
            </w:r>
          </w:p>
          <w:p w:rsidR="00DC2F01" w:rsidRDefault="00DC2F01" w:rsidP="000D3AEE">
            <w:pPr>
              <w:numPr>
                <w:ilvl w:val="0"/>
                <w:numId w:val="130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1277" type="#_x0000_t75" style="width:59.25pt;height:17.25pt" o:ole="">
                  <v:imagedata r:id="rId422" o:title=""/>
                </v:shape>
                <o:OLEObject Type="Embed" ProgID="Equation.3" ShapeID="_x0000_i1277" DrawAspect="Content" ObjectID="_1841054022" r:id="rId423"/>
              </w:object>
            </w:r>
          </w:p>
          <w:p w:rsidR="00DC2F01" w:rsidRDefault="00DC2F01" w:rsidP="000D3AEE">
            <w:pPr>
              <w:numPr>
                <w:ilvl w:val="0"/>
                <w:numId w:val="130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1278" type="#_x0000_t75" style="width:59.25pt;height:17.25pt" o:ole="">
                  <v:imagedata r:id="rId392" o:title=""/>
                </v:shape>
                <o:OLEObject Type="Embed" ProgID="Equation.3" ShapeID="_x0000_i1278" DrawAspect="Content" ObjectID="_1841054023" r:id="rId424"/>
              </w:object>
            </w:r>
          </w:p>
          <w:p w:rsidR="00DC2F01" w:rsidRDefault="00DC2F01" w:rsidP="000D3AEE">
            <w:pPr>
              <w:numPr>
                <w:ilvl w:val="0"/>
                <w:numId w:val="130"/>
              </w:numPr>
              <w:spacing w:line="240" w:lineRule="auto"/>
            </w:pPr>
            <w:r>
              <w:rPr>
                <w:position w:val="-10"/>
              </w:rPr>
              <w:object w:dxaOrig="1179" w:dyaOrig="340">
                <v:shape id="_x0000_i1279" type="#_x0000_t75" style="width:59.25pt;height:17.25pt" o:ole="">
                  <v:imagedata r:id="rId394" o:title=""/>
                </v:shape>
                <o:OLEObject Type="Embed" ProgID="Equation.3" ShapeID="_x0000_i1279" DrawAspect="Content" ObjectID="_1841054024" r:id="rId425"/>
              </w:object>
            </w: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8.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Не производя вычислений, установить значение </w:t>
            </w:r>
            <w:r>
              <w:rPr>
                <w:position w:val="-6"/>
              </w:rPr>
              <w:object w:dxaOrig="460" w:dyaOrig="320">
                <v:shape id="_x0000_i1280" type="#_x0000_t75" style="width:23.25pt;height:15.75pt" o:ole="">
                  <v:imagedata r:id="rId157" o:title=""/>
                </v:shape>
                <o:OLEObject Type="Embed" ProgID="Equation.3" ShapeID="_x0000_i1280" DrawAspect="Content" ObjectID="_1841054025" r:id="rId426"/>
              </w:object>
            </w:r>
            <w:r w:rsidRPr="00DC2F01">
              <w:rPr>
                <w:lang w:val="ru-RU"/>
              </w:rPr>
              <w:t xml:space="preserve">для следующего процесса: </w:t>
            </w:r>
            <w:r>
              <w:rPr>
                <w:position w:val="-14"/>
              </w:rPr>
              <w:object w:dxaOrig="4160" w:dyaOrig="380">
                <v:shape id="_x0000_i1281" type="#_x0000_t75" style="width:207.75pt;height:18.75pt" o:ole="">
                  <v:imagedata r:id="rId159" o:title=""/>
                </v:shape>
                <o:OLEObject Type="Embed" ProgID="Equation.3" ShapeID="_x0000_i1281" DrawAspect="Content" ObjectID="_1841054026" r:id="rId427"/>
              </w:object>
            </w:r>
          </w:p>
          <w:p w:rsidR="00DC2F01" w:rsidRDefault="00DC2F01" w:rsidP="00494884">
            <w:pPr>
              <w:ind w:left="360"/>
            </w:pPr>
            <w:r>
              <w:rPr>
                <w:position w:val="-6"/>
              </w:rPr>
              <w:t>1)</w:t>
            </w:r>
            <w:r>
              <w:rPr>
                <w:position w:val="-6"/>
              </w:rPr>
              <w:object w:dxaOrig="740" w:dyaOrig="280">
                <v:shape id="_x0000_i1282" type="#_x0000_t75" style="width:36.75pt;height:14.25pt" o:ole="">
                  <v:imagedata r:id="rId283" o:title=""/>
                </v:shape>
                <o:OLEObject Type="Embed" ProgID="Equation.3" ShapeID="_x0000_i1282" DrawAspect="Content" ObjectID="_1841054027" r:id="rId428"/>
              </w:object>
            </w:r>
            <w:r>
              <w:rPr>
                <w:position w:val="-6"/>
              </w:rPr>
              <w:t xml:space="preserve">  2) </w:t>
            </w:r>
            <w:r>
              <w:rPr>
                <w:position w:val="-6"/>
              </w:rPr>
              <w:object w:dxaOrig="740" w:dyaOrig="280">
                <v:shape id="_x0000_i1283" type="#_x0000_t75" style="width:36.75pt;height:14.25pt" o:ole="">
                  <v:imagedata r:id="rId285" o:title=""/>
                </v:shape>
                <o:OLEObject Type="Embed" ProgID="Equation.3" ShapeID="_x0000_i1283" DrawAspect="Content" ObjectID="_1841054028" r:id="rId429"/>
              </w:object>
            </w:r>
            <w:r>
              <w:rPr>
                <w:position w:val="-6"/>
              </w:rPr>
              <w:t xml:space="preserve">   3) </w:t>
            </w:r>
            <w:r>
              <w:rPr>
                <w:position w:val="-6"/>
              </w:rPr>
              <w:object w:dxaOrig="740" w:dyaOrig="280">
                <v:shape id="_x0000_i1284" type="#_x0000_t75" style="width:36.75pt;height:14.25pt" o:ole="">
                  <v:imagedata r:id="rId315" o:title=""/>
                </v:shape>
                <o:OLEObject Type="Embed" ProgID="Equation.3" ShapeID="_x0000_i1284" DrawAspect="Content" ObjectID="_1841054029" r:id="rId430"/>
              </w:object>
            </w:r>
          </w:p>
          <w:p w:rsidR="00DC2F01" w:rsidRDefault="00DC2F01" w:rsidP="00494884">
            <w:pPr>
              <w:ind w:left="360"/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Default="00DC2F01" w:rsidP="00494884">
            <w:r w:rsidRPr="00DC2F01">
              <w:rPr>
                <w:bCs/>
                <w:iCs/>
                <w:lang w:val="ru-RU"/>
              </w:rPr>
              <w:t>9.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При сгорании 1 моль углерода до углекислого газа выделяется 395 кДж теплоты. </w:t>
            </w:r>
            <w:r>
              <w:t>Сколько углерода (г) было сожжено, если выделилось 1580 кДж тепла?</w:t>
            </w:r>
          </w:p>
          <w:p w:rsidR="00DC2F01" w:rsidRDefault="00DC2F01" w:rsidP="00494884">
            <w:pPr>
              <w:ind w:left="360"/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Default="00DC2F01" w:rsidP="00494884">
            <w:r w:rsidRPr="00DC2F01">
              <w:rPr>
                <w:bCs/>
                <w:iCs/>
                <w:lang w:val="ru-RU"/>
              </w:rPr>
              <w:t>10.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 xml:space="preserve">В реакции, схема которой А + 2В = С, концентрацию вещества А уменьшили в 2 раза, а концентрацию вещества </w:t>
            </w:r>
            <w:proofErr w:type="gramStart"/>
            <w:r w:rsidRPr="00DC2F01">
              <w:rPr>
                <w:szCs w:val="28"/>
                <w:lang w:val="ru-RU"/>
              </w:rPr>
              <w:t>В увеличили</w:t>
            </w:r>
            <w:proofErr w:type="gramEnd"/>
            <w:r w:rsidRPr="00DC2F01">
              <w:rPr>
                <w:szCs w:val="28"/>
                <w:lang w:val="ru-RU"/>
              </w:rPr>
              <w:t xml:space="preserve"> в 3 раза. </w:t>
            </w:r>
            <w:r>
              <w:rPr>
                <w:szCs w:val="28"/>
              </w:rPr>
              <w:t>Как изменится при этом скорость реакции?</w:t>
            </w:r>
          </w:p>
          <w:p w:rsidR="00DC2F01" w:rsidRDefault="00DC2F01" w:rsidP="00494884">
            <w:pPr>
              <w:ind w:left="360"/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11.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>Как повлияет на находящуюся в равновесии систему, уравнение которой</w:t>
            </w:r>
          </w:p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szCs w:val="28"/>
                <w:lang w:val="ru-RU"/>
              </w:rPr>
              <w:tab/>
            </w:r>
            <w:r w:rsidRPr="00DC2F01">
              <w:rPr>
                <w:szCs w:val="28"/>
                <w:lang w:val="ru-RU"/>
              </w:rPr>
              <w:tab/>
            </w:r>
            <w:r>
              <w:rPr>
                <w:szCs w:val="28"/>
              </w:rPr>
              <w:t>CH</w:t>
            </w:r>
            <w:r w:rsidRPr="00DC2F01">
              <w:rPr>
                <w:szCs w:val="28"/>
                <w:vertAlign w:val="subscript"/>
                <w:lang w:val="ru-RU"/>
              </w:rPr>
              <w:t xml:space="preserve">4(г) </w:t>
            </w:r>
            <w:r w:rsidRPr="00DC2F01">
              <w:rPr>
                <w:szCs w:val="28"/>
                <w:lang w:val="ru-RU"/>
              </w:rPr>
              <w:t>+ 4</w:t>
            </w:r>
            <w:r>
              <w:rPr>
                <w:szCs w:val="28"/>
              </w:rPr>
              <w:t>S</w:t>
            </w:r>
            <w:r w:rsidRPr="00DC2F01">
              <w:rPr>
                <w:szCs w:val="28"/>
                <w:vertAlign w:val="subscript"/>
                <w:lang w:val="ru-RU"/>
              </w:rPr>
              <w:t xml:space="preserve">(ж) </w:t>
            </w:r>
            <w:r w:rsidRPr="00DC2F01">
              <w:rPr>
                <w:szCs w:val="28"/>
                <w:lang w:val="ru-RU"/>
              </w:rPr>
              <w:t>↔ С</w:t>
            </w:r>
            <w:r>
              <w:rPr>
                <w:szCs w:val="28"/>
              </w:rPr>
              <w:t>S</w:t>
            </w:r>
            <w:r w:rsidRPr="00DC2F01">
              <w:rPr>
                <w:szCs w:val="28"/>
                <w:vertAlign w:val="subscript"/>
                <w:lang w:val="ru-RU"/>
              </w:rPr>
              <w:t xml:space="preserve">2(г) </w:t>
            </w:r>
            <w:r w:rsidRPr="00DC2F01">
              <w:rPr>
                <w:szCs w:val="28"/>
                <w:lang w:val="ru-RU"/>
              </w:rPr>
              <w:t>+ 2</w:t>
            </w:r>
            <w:r>
              <w:rPr>
                <w:szCs w:val="28"/>
              </w:rPr>
              <w:t>H</w:t>
            </w:r>
            <w:r w:rsidRPr="00DC2F01">
              <w:rPr>
                <w:szCs w:val="28"/>
                <w:vertAlign w:val="subscript"/>
                <w:lang w:val="ru-RU"/>
              </w:rPr>
              <w:t>2</w:t>
            </w:r>
            <w:r>
              <w:rPr>
                <w:szCs w:val="28"/>
              </w:rPr>
              <w:t>S</w:t>
            </w:r>
            <w:r w:rsidRPr="00DC2F01">
              <w:rPr>
                <w:szCs w:val="28"/>
                <w:vertAlign w:val="subscript"/>
                <w:lang w:val="ru-RU"/>
              </w:rPr>
              <w:t xml:space="preserve">(г) </w:t>
            </w:r>
            <w:r w:rsidRPr="00DC2F01">
              <w:rPr>
                <w:szCs w:val="28"/>
                <w:lang w:val="ru-RU"/>
              </w:rPr>
              <w:t xml:space="preserve">+ </w:t>
            </w:r>
            <w:r>
              <w:rPr>
                <w:szCs w:val="28"/>
              </w:rPr>
              <w:t>Q</w:t>
            </w:r>
            <w:r w:rsidRPr="00DC2F01">
              <w:rPr>
                <w:szCs w:val="28"/>
                <w:lang w:val="ru-RU"/>
              </w:rPr>
              <w:t>: дополнительное введение серы?</w:t>
            </w:r>
          </w:p>
          <w:p w:rsidR="00DC2F01" w:rsidRDefault="00DC2F01" w:rsidP="000D3AEE">
            <w:pPr>
              <w:numPr>
                <w:ilvl w:val="0"/>
                <w:numId w:val="49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влево</w:t>
            </w:r>
          </w:p>
          <w:p w:rsidR="00DC2F01" w:rsidRDefault="00DC2F01" w:rsidP="000D3AEE">
            <w:pPr>
              <w:numPr>
                <w:ilvl w:val="0"/>
                <w:numId w:val="49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сместится вправо</w:t>
            </w:r>
          </w:p>
          <w:p w:rsidR="00DC2F01" w:rsidRDefault="00DC2F01" w:rsidP="000D3AEE">
            <w:pPr>
              <w:numPr>
                <w:ilvl w:val="0"/>
                <w:numId w:val="49"/>
              </w:numPr>
              <w:tabs>
                <w:tab w:val="num" w:pos="1514"/>
              </w:tabs>
              <w:spacing w:line="240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равновесие не сместится</w:t>
            </w:r>
          </w:p>
          <w:p w:rsidR="00DC2F01" w:rsidRDefault="00DC2F01" w:rsidP="00494884">
            <w:pPr>
              <w:ind w:left="360"/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12. </w:t>
            </w:r>
            <w:r w:rsidRPr="00DC2F01">
              <w:rPr>
                <w:lang w:val="ru-RU"/>
              </w:rPr>
              <w:t xml:space="preserve">Дана </w:t>
            </w:r>
            <w:proofErr w:type="gramStart"/>
            <w:r w:rsidRPr="00DC2F01">
              <w:rPr>
                <w:lang w:val="ru-RU"/>
              </w:rPr>
              <w:t>реакция:  3</w:t>
            </w:r>
            <w:proofErr w:type="gramEnd"/>
            <w:r>
              <w:t>Fe</w:t>
            </w:r>
            <w:r w:rsidRPr="00DC2F01">
              <w:rPr>
                <w:lang w:val="ru-RU"/>
              </w:rPr>
              <w:t>(т)+4Н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О(г)   </w:t>
            </w:r>
            <w:r w:rsidRPr="00DC2F01">
              <w:rPr>
                <w:rFonts w:ascii="Lucida Sans Unicode" w:hAnsi="Lucida Sans Unicode"/>
                <w:lang w:val="ru-RU"/>
              </w:rPr>
              <w:t>⇄</w:t>
            </w:r>
            <w:r w:rsidRPr="00DC2F01">
              <w:rPr>
                <w:lang w:val="ru-RU"/>
              </w:rPr>
              <w:t xml:space="preserve">  </w:t>
            </w:r>
            <w:r>
              <w:t>Fe</w:t>
            </w:r>
            <w:r w:rsidRPr="00DC2F01">
              <w:rPr>
                <w:vertAlign w:val="subscript"/>
                <w:lang w:val="ru-RU"/>
              </w:rPr>
              <w:t>3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4</w:t>
            </w:r>
            <w:r w:rsidRPr="00DC2F01">
              <w:rPr>
                <w:lang w:val="ru-RU"/>
              </w:rPr>
              <w:t>(т) +4Н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>(г). Какой вид имеет выражение константы равновесия?</w:t>
            </w:r>
          </w:p>
          <w:p w:rsidR="00DC2F01" w:rsidRDefault="00DC2F01" w:rsidP="00494884">
            <w:pPr>
              <w:widowControl w:val="0"/>
            </w:pPr>
            <w:r>
              <w:lastRenderedPageBreak/>
              <w:t xml:space="preserve">1) </w:t>
            </w:r>
            <w:r w:rsidRPr="009711D0">
              <w:rPr>
                <w:position w:val="-32"/>
              </w:rPr>
              <w:object w:dxaOrig="1280" w:dyaOrig="760">
                <v:shape id="_x0000_i1285" type="#_x0000_t75" style="width:63.75pt;height:38.25pt" o:ole="">
                  <v:imagedata r:id="rId179" o:title=""/>
                </v:shape>
                <o:OLEObject Type="Embed" ProgID="Equation.3" ShapeID="_x0000_i1285" DrawAspect="Content" ObjectID="_1841054030" r:id="rId431"/>
              </w:object>
            </w:r>
            <w:r>
              <w:t xml:space="preserve">;    2) </w:t>
            </w:r>
            <w:r w:rsidRPr="009711D0">
              <w:rPr>
                <w:position w:val="-32"/>
              </w:rPr>
              <w:object w:dxaOrig="1120" w:dyaOrig="760">
                <v:shape id="_x0000_i1286" type="#_x0000_t75" style="width:56.25pt;height:38.25pt" o:ole="">
                  <v:imagedata r:id="rId181" o:title=""/>
                </v:shape>
                <o:OLEObject Type="Embed" ProgID="Equation.3" ShapeID="_x0000_i1286" DrawAspect="Content" ObjectID="_1841054031" r:id="rId432"/>
              </w:object>
            </w:r>
            <w:r>
              <w:t xml:space="preserve">;       3) </w:t>
            </w:r>
            <w:r w:rsidRPr="00E7400B">
              <w:rPr>
                <w:position w:val="-32"/>
              </w:rPr>
              <w:object w:dxaOrig="1280" w:dyaOrig="760">
                <v:shape id="_x0000_i1287" type="#_x0000_t75" style="width:63.75pt;height:38.25pt" o:ole="">
                  <v:imagedata r:id="rId183" o:title=""/>
                </v:shape>
                <o:OLEObject Type="Embed" ProgID="Equation.3" ShapeID="_x0000_i1287" DrawAspect="Content" ObjectID="_1841054032" r:id="rId433"/>
              </w:object>
            </w:r>
          </w:p>
          <w:p w:rsidR="00DC2F01" w:rsidRDefault="00DC2F01" w:rsidP="00494884">
            <w:pPr>
              <w:widowControl w:val="0"/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lastRenderedPageBreak/>
              <w:t>13.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Какая реакция обмена идет с выделением газа:</w:t>
            </w:r>
          </w:p>
          <w:p w:rsidR="00DC2F01" w:rsidRPr="00F56263" w:rsidRDefault="00DC2F01" w:rsidP="000D3AEE">
            <w:pPr>
              <w:numPr>
                <w:ilvl w:val="0"/>
                <w:numId w:val="50"/>
              </w:numPr>
              <w:spacing w:line="240" w:lineRule="auto"/>
            </w:pPr>
            <w:r>
              <w:t>CaCl</w:t>
            </w:r>
            <w:r w:rsidRPr="00F56263">
              <w:rPr>
                <w:vertAlign w:val="subscript"/>
              </w:rPr>
              <w:t>2</w:t>
            </w:r>
            <w:r w:rsidRPr="00F56263">
              <w:t>+</w:t>
            </w:r>
            <w:r>
              <w:t>Na</w:t>
            </w:r>
            <w:r w:rsidRPr="00F56263">
              <w:rPr>
                <w:vertAlign w:val="subscript"/>
              </w:rPr>
              <w:t>2</w:t>
            </w:r>
            <w:r>
              <w:t>CO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DC2F01" w:rsidRPr="00F56263" w:rsidRDefault="00DC2F01" w:rsidP="000D3AEE">
            <w:pPr>
              <w:numPr>
                <w:ilvl w:val="0"/>
                <w:numId w:val="50"/>
              </w:numPr>
              <w:spacing w:line="240" w:lineRule="auto"/>
            </w:pPr>
            <w:r>
              <w:t>MgCO</w:t>
            </w:r>
            <w:r w:rsidRPr="00F56263">
              <w:rPr>
                <w:vertAlign w:val="subscript"/>
              </w:rPr>
              <w:t>3</w:t>
            </w:r>
            <w:r w:rsidRPr="00F56263">
              <w:t>+</w:t>
            </w:r>
            <w:r>
              <w:t>HNO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DC2F01" w:rsidRPr="00F56263" w:rsidRDefault="00DC2F01" w:rsidP="000D3AEE">
            <w:pPr>
              <w:numPr>
                <w:ilvl w:val="0"/>
                <w:numId w:val="50"/>
              </w:numPr>
              <w:spacing w:line="240" w:lineRule="auto"/>
            </w:pPr>
            <w:r>
              <w:t>K</w:t>
            </w:r>
            <w:r w:rsidRPr="00F56263">
              <w:rPr>
                <w:vertAlign w:val="subscript"/>
              </w:rPr>
              <w:t>2</w:t>
            </w:r>
            <w:r>
              <w:t>CO</w:t>
            </w:r>
            <w:r w:rsidRPr="00F56263">
              <w:rPr>
                <w:vertAlign w:val="subscript"/>
              </w:rPr>
              <w:t>3</w:t>
            </w:r>
            <w:r w:rsidRPr="00F56263">
              <w:t>+</w:t>
            </w:r>
            <w:r>
              <w:t>H</w:t>
            </w:r>
            <w:r w:rsidRPr="00F56263">
              <w:rPr>
                <w:vertAlign w:val="subscript"/>
              </w:rPr>
              <w:t>2</w:t>
            </w:r>
            <w:r>
              <w:t>SiO</w:t>
            </w:r>
            <w:r w:rsidRPr="00F56263">
              <w:rPr>
                <w:vertAlign w:val="subscript"/>
              </w:rPr>
              <w:t>3</w:t>
            </w:r>
            <w:r w:rsidRPr="00F56263">
              <w:t>→</w:t>
            </w:r>
          </w:p>
          <w:p w:rsidR="00DC2F01" w:rsidRDefault="00DC2F01" w:rsidP="00494884"/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14.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При </w:t>
            </w:r>
            <w:smartTag w:uri="urn:schemas-microsoft-com:office:smarttags" w:element="metricconverter">
              <w:smartTagPr>
                <w:attr w:name="ProductID" w:val="20°C"/>
              </w:smartTagPr>
              <w:r w:rsidRPr="00DC2F01">
                <w:rPr>
                  <w:lang w:val="ru-RU"/>
                </w:rPr>
                <w:t>20°</w:t>
              </w:r>
              <w:r>
                <w:t>C</w:t>
              </w:r>
            </w:smartTag>
            <w:r w:rsidRPr="00DC2F01">
              <w:rPr>
                <w:lang w:val="ru-RU"/>
              </w:rPr>
              <w:t xml:space="preserve"> осмотическое давление раствора равно 438</w:t>
            </w:r>
            <w:r>
              <w:t> </w:t>
            </w:r>
            <w:r w:rsidRPr="00DC2F01">
              <w:rPr>
                <w:lang w:val="ru-RU"/>
              </w:rPr>
              <w:t xml:space="preserve">кПа. Если раствор разбавить в три раза, а температуру повысить до </w:t>
            </w:r>
            <w:smartTag w:uri="urn:schemas-microsoft-com:office:smarttags" w:element="metricconverter">
              <w:smartTagPr>
                <w:attr w:name="ProductID" w:val="40°C"/>
              </w:smartTagPr>
              <w:r w:rsidRPr="00DC2F01">
                <w:rPr>
                  <w:lang w:val="ru-RU"/>
                </w:rPr>
                <w:t>40°</w:t>
              </w:r>
              <w:r>
                <w:t>C</w:t>
              </w:r>
            </w:smartTag>
            <w:r w:rsidRPr="00DC2F01">
              <w:rPr>
                <w:lang w:val="ru-RU"/>
              </w:rPr>
              <w:t>, осмотическое давление будет равно</w:t>
            </w:r>
            <w:proofErr w:type="gramStart"/>
            <w:r w:rsidRPr="00DC2F01">
              <w:rPr>
                <w:lang w:val="ru-RU"/>
              </w:rPr>
              <w:t>…,кПа</w:t>
            </w:r>
            <w:proofErr w:type="gramEnd"/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15.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 xml:space="preserve">Температура замерзания 15 % водного раствора </w:t>
            </w:r>
            <w:proofErr w:type="gramStart"/>
            <w:r w:rsidRPr="00DC2F01">
              <w:rPr>
                <w:lang w:val="ru-RU"/>
              </w:rPr>
              <w:t>глицерина  (</w:t>
            </w:r>
            <w:proofErr w:type="gramEnd"/>
            <w:r>
              <w:t>C</w:t>
            </w:r>
            <w:r w:rsidRPr="00DC2F01">
              <w:rPr>
                <w:vertAlign w:val="subscript"/>
                <w:lang w:val="ru-RU"/>
              </w:rPr>
              <w:t>3</w:t>
            </w:r>
            <w:r>
              <w:t>H</w:t>
            </w:r>
            <w:r w:rsidRPr="00DC2F01">
              <w:rPr>
                <w:vertAlign w:val="subscript"/>
                <w:lang w:val="ru-RU"/>
              </w:rPr>
              <w:t>8</w:t>
            </w:r>
            <w:r>
              <w:t>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>) равна…,°</w:t>
            </w:r>
            <w:r>
              <w:t>C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16.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Из приведённых ниже солей по аниону гидролизуется:</w:t>
            </w:r>
          </w:p>
          <w:p w:rsidR="00DC2F01" w:rsidRPr="00DC2F01" w:rsidRDefault="00DC2F01" w:rsidP="00494884">
            <w:pPr>
              <w:rPr>
                <w:szCs w:val="14"/>
                <w:vertAlign w:val="subscript"/>
                <w:lang w:val="ru-RU"/>
              </w:rPr>
            </w:pPr>
            <w:r w:rsidRPr="00DC2F01">
              <w:rPr>
                <w:lang w:val="ru-RU"/>
              </w:rPr>
              <w:t xml:space="preserve">1) </w:t>
            </w:r>
            <w:r>
              <w:t>KNO</w:t>
            </w:r>
            <w:r w:rsidRPr="00DC2F01">
              <w:rPr>
                <w:szCs w:val="14"/>
                <w:vertAlign w:val="subscript"/>
                <w:lang w:val="ru-RU"/>
              </w:rPr>
              <w:t xml:space="preserve">3               </w:t>
            </w:r>
            <w:r w:rsidRPr="00DC2F01">
              <w:rPr>
                <w:lang w:val="ru-RU"/>
              </w:rPr>
              <w:t xml:space="preserve">2) </w:t>
            </w:r>
            <w:r>
              <w:t>CuSO</w:t>
            </w:r>
            <w:r w:rsidRPr="00DC2F01">
              <w:rPr>
                <w:szCs w:val="16"/>
                <w:vertAlign w:val="subscript"/>
                <w:lang w:val="ru-RU"/>
              </w:rPr>
              <w:t xml:space="preserve">4                              </w:t>
            </w:r>
            <w:r w:rsidRPr="00DC2F01">
              <w:rPr>
                <w:lang w:val="ru-RU"/>
              </w:rPr>
              <w:t xml:space="preserve">3) </w:t>
            </w:r>
            <w:r>
              <w:t>Na</w:t>
            </w:r>
            <w:r w:rsidRPr="00DC2F01">
              <w:rPr>
                <w:szCs w:val="14"/>
                <w:vertAlign w:val="subscript"/>
                <w:lang w:val="ru-RU"/>
              </w:rPr>
              <w:t>2</w:t>
            </w:r>
            <w:r>
              <w:t>SO</w:t>
            </w:r>
            <w:r w:rsidRPr="00DC2F01">
              <w:rPr>
                <w:szCs w:val="14"/>
                <w:vertAlign w:val="subscript"/>
                <w:lang w:val="ru-RU"/>
              </w:rPr>
              <w:t>3</w:t>
            </w:r>
          </w:p>
          <w:p w:rsidR="00DC2F01" w:rsidRPr="00DC2F01" w:rsidRDefault="00DC2F01" w:rsidP="00494884">
            <w:pPr>
              <w:rPr>
                <w:szCs w:val="14"/>
                <w:lang w:val="ru-RU"/>
              </w:rPr>
            </w:pPr>
            <w:r w:rsidRPr="00DC2F01">
              <w:rPr>
                <w:szCs w:val="14"/>
                <w:lang w:val="ru-RU"/>
              </w:rPr>
              <w:t>Ответ подтвердите, составив уравнение реакции: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17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DC2F01">
              <w:rPr>
                <w:szCs w:val="28"/>
                <w:lang w:val="ru-RU"/>
              </w:rPr>
              <w:t xml:space="preserve">Масса раствора (с массовой долей 25%), содержащего </w:t>
            </w:r>
            <w:smartTag w:uri="urn:schemas-microsoft-com:office:smarttags" w:element="metricconverter">
              <w:smartTagPr>
                <w:attr w:name="ProductID" w:val="87,5 г"/>
              </w:smartTagPr>
              <w:r w:rsidRPr="00DC2F01">
                <w:rPr>
                  <w:szCs w:val="28"/>
                  <w:lang w:val="ru-RU"/>
                </w:rPr>
                <w:t xml:space="preserve">87,5 </w:t>
              </w:r>
              <w:proofErr w:type="gramStart"/>
              <w:r w:rsidRPr="00DC2F01">
                <w:rPr>
                  <w:szCs w:val="28"/>
                  <w:lang w:val="ru-RU"/>
                </w:rPr>
                <w:t>г</w:t>
              </w:r>
            </w:smartTag>
            <w:r w:rsidRPr="00DC2F01">
              <w:rPr>
                <w:szCs w:val="28"/>
                <w:lang w:val="ru-RU"/>
              </w:rPr>
              <w:t xml:space="preserve">  соли</w:t>
            </w:r>
            <w:proofErr w:type="gramEnd"/>
            <w:r w:rsidRPr="00DC2F01">
              <w:rPr>
                <w:szCs w:val="28"/>
                <w:lang w:val="ru-RU"/>
              </w:rPr>
              <w:t xml:space="preserve"> равна _________.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Default="00DC2F01" w:rsidP="00494884">
            <w:pPr>
              <w:rPr>
                <w:szCs w:val="28"/>
              </w:rPr>
            </w:pPr>
            <w:r w:rsidRPr="00DC2F01">
              <w:rPr>
                <w:bCs/>
                <w:iCs/>
                <w:lang w:val="ru-RU"/>
              </w:rPr>
              <w:t>18.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 xml:space="preserve">На нейтрализацию 30 мл р-ра </w:t>
            </w:r>
            <w:proofErr w:type="gramStart"/>
            <w:r w:rsidRPr="00DC2F01">
              <w:rPr>
                <w:szCs w:val="28"/>
                <w:lang w:val="ru-RU"/>
              </w:rPr>
              <w:t>щелочи  с</w:t>
            </w:r>
            <w:proofErr w:type="gramEnd"/>
            <w:r w:rsidRPr="00DC2F01">
              <w:rPr>
                <w:szCs w:val="28"/>
                <w:lang w:val="ru-RU"/>
              </w:rPr>
              <w:t xml:space="preserve"> концентрацией 0,1н требуется 12 мл кислоты. </w:t>
            </w:r>
            <w:r>
              <w:rPr>
                <w:szCs w:val="28"/>
              </w:rPr>
              <w:t>Нормальность раствора кислоты равна ______, н</w:t>
            </w:r>
          </w:p>
          <w:p w:rsidR="00DC2F01" w:rsidRDefault="00DC2F01" w:rsidP="00494884"/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19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DC2F01">
              <w:rPr>
                <w:lang w:val="ru-RU"/>
              </w:rPr>
              <w:t>Чтобы вызвать коагуляцию необходимо…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1) увеличить заряд гранул</w:t>
            </w:r>
            <w:r w:rsidRPr="00DC2F01">
              <w:rPr>
                <w:lang w:val="ru-RU"/>
              </w:rPr>
              <w:tab/>
              <w:t xml:space="preserve"> 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2) добавить электролит</w:t>
            </w:r>
            <w:r w:rsidRPr="00DC2F01">
              <w:rPr>
                <w:lang w:val="ru-RU"/>
              </w:rPr>
              <w:tab/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3) уменьшить степень дисперсности частиц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20.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Среди приведенных веществ дисперсной системой называется…</w:t>
            </w:r>
          </w:p>
          <w:p w:rsidR="00DC2F01" w:rsidRDefault="00DC2F01" w:rsidP="00494884">
            <w:r>
              <w:t>1) соленый раствор</w:t>
            </w:r>
            <w:r>
              <w:tab/>
            </w:r>
            <w:r>
              <w:tab/>
            </w:r>
          </w:p>
          <w:p w:rsidR="00DC2F01" w:rsidRDefault="00DC2F01" w:rsidP="00494884">
            <w:r>
              <w:t xml:space="preserve">2) минеральная вода </w:t>
            </w:r>
            <w:r>
              <w:tab/>
            </w:r>
          </w:p>
          <w:p w:rsidR="00DC2F01" w:rsidRDefault="00DC2F01" w:rsidP="00494884">
            <w:r>
              <w:t>3) молоко</w:t>
            </w:r>
          </w:p>
          <w:p w:rsidR="00DC2F01" w:rsidRDefault="00DC2F01" w:rsidP="00494884"/>
        </w:tc>
      </w:tr>
      <w:tr w:rsidR="00DC2F01" w:rsidRPr="0030017F" w:rsidTr="00494884">
        <w:tc>
          <w:tcPr>
            <w:tcW w:w="10490" w:type="dxa"/>
            <w:gridSpan w:val="6"/>
          </w:tcPr>
          <w:p w:rsidR="00DC2F01" w:rsidRPr="0030017F" w:rsidRDefault="00DC2F01" w:rsidP="00494884">
            <w:r>
              <w:t xml:space="preserve"> </w:t>
            </w: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21.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lang w:val="ru-RU"/>
              </w:rPr>
              <w:t>Какая из приведенных реакций окислительно-восстановительная?</w:t>
            </w:r>
          </w:p>
          <w:p w:rsidR="00DC2F01" w:rsidRPr="0030017F" w:rsidRDefault="00DC2F01" w:rsidP="000D3AEE">
            <w:pPr>
              <w:numPr>
                <w:ilvl w:val="0"/>
                <w:numId w:val="51"/>
              </w:numPr>
              <w:spacing w:line="240" w:lineRule="auto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 </w:t>
            </w:r>
            <w:r w:rsidRPr="0030017F">
              <w:rPr>
                <w:szCs w:val="24"/>
              </w:rPr>
              <w:t>Mg(OH)Cl+HCl=MgCl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DC2F01" w:rsidRPr="0030017F" w:rsidRDefault="00DC2F01" w:rsidP="000D3AEE">
            <w:pPr>
              <w:numPr>
                <w:ilvl w:val="0"/>
                <w:numId w:val="51"/>
              </w:numPr>
              <w:spacing w:line="240" w:lineRule="auto"/>
              <w:rPr>
                <w:szCs w:val="24"/>
              </w:rPr>
            </w:pPr>
            <w:r w:rsidRPr="0030017F">
              <w:rPr>
                <w:szCs w:val="24"/>
              </w:rPr>
              <w:lastRenderedPageBreak/>
              <w:t xml:space="preserve"> NaOH+HCl=NaCl+H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DC2F01" w:rsidRPr="0030017F" w:rsidRDefault="00DC2F01" w:rsidP="000D3AEE">
            <w:pPr>
              <w:numPr>
                <w:ilvl w:val="0"/>
                <w:numId w:val="51"/>
              </w:numPr>
              <w:spacing w:line="240" w:lineRule="auto"/>
              <w:rPr>
                <w:szCs w:val="24"/>
              </w:rPr>
            </w:pPr>
            <w:r w:rsidRPr="0030017F">
              <w:rPr>
                <w:szCs w:val="24"/>
              </w:rPr>
              <w:t xml:space="preserve"> 8HI+H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SO</w:t>
            </w:r>
            <w:r w:rsidRPr="0030017F">
              <w:rPr>
                <w:szCs w:val="24"/>
                <w:vertAlign w:val="subscript"/>
              </w:rPr>
              <w:t>4</w:t>
            </w:r>
            <w:r w:rsidRPr="0030017F">
              <w:rPr>
                <w:szCs w:val="24"/>
              </w:rPr>
              <w:t>=4I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+H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S+4H</w:t>
            </w:r>
            <w:r w:rsidRPr="0030017F">
              <w:rPr>
                <w:szCs w:val="24"/>
                <w:vertAlign w:val="subscript"/>
              </w:rPr>
              <w:t>2</w:t>
            </w:r>
            <w:r w:rsidRPr="0030017F">
              <w:rPr>
                <w:szCs w:val="24"/>
              </w:rPr>
              <w:t>O</w:t>
            </w:r>
          </w:p>
          <w:p w:rsidR="00DC2F01" w:rsidRDefault="00DC2F01" w:rsidP="00494884">
            <w:pPr>
              <w:ind w:left="360"/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lastRenderedPageBreak/>
              <w:t xml:space="preserve"> </w:t>
            </w:r>
            <w:r w:rsidRPr="00DC2F01">
              <w:rPr>
                <w:bCs/>
                <w:iCs/>
                <w:lang w:val="ru-RU"/>
              </w:rPr>
              <w:t>22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DC2F01">
              <w:rPr>
                <w:lang w:val="ru-RU"/>
              </w:rPr>
              <w:t>Какой из перечисленных ионов может быть только восстановителем?</w:t>
            </w:r>
          </w:p>
          <w:p w:rsidR="00DC2F01" w:rsidRPr="00AB3D66" w:rsidRDefault="00DC2F01" w:rsidP="00494884">
            <w:pPr>
              <w:ind w:left="360"/>
              <w:rPr>
                <w:szCs w:val="24"/>
              </w:rPr>
            </w:pPr>
            <w:r w:rsidRPr="00AB3D66">
              <w:rPr>
                <w:szCs w:val="24"/>
              </w:rPr>
              <w:t>1) SO</w:t>
            </w:r>
            <w:r w:rsidRPr="00AB3D66">
              <w:rPr>
                <w:szCs w:val="24"/>
                <w:vertAlign w:val="subscript"/>
              </w:rPr>
              <w:t>4</w:t>
            </w:r>
            <w:r w:rsidRPr="00AB3D66">
              <w:rPr>
                <w:szCs w:val="24"/>
                <w:vertAlign w:val="superscript"/>
              </w:rPr>
              <w:t>2-</w:t>
            </w:r>
            <w:proofErr w:type="gramStart"/>
            <w:r>
              <w:rPr>
                <w:szCs w:val="24"/>
              </w:rPr>
              <w:t xml:space="preserve"> </w:t>
            </w:r>
            <w:r w:rsidRPr="00AB3D66">
              <w:rPr>
                <w:szCs w:val="24"/>
              </w:rPr>
              <w:t xml:space="preserve"> </w:t>
            </w:r>
            <w:r>
              <w:rPr>
                <w:szCs w:val="24"/>
              </w:rPr>
              <w:t>;</w:t>
            </w:r>
            <w:proofErr w:type="gramEnd"/>
            <w:r>
              <w:rPr>
                <w:szCs w:val="24"/>
              </w:rPr>
              <w:t xml:space="preserve">   </w:t>
            </w:r>
            <w:r w:rsidRPr="00AB3D66">
              <w:rPr>
                <w:szCs w:val="24"/>
              </w:rPr>
              <w:t>2) S</w:t>
            </w:r>
            <w:r w:rsidRPr="00AB3D66"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 xml:space="preserve"> ;  </w:t>
            </w:r>
            <w:r w:rsidRPr="00AB3D66">
              <w:rPr>
                <w:szCs w:val="24"/>
              </w:rPr>
              <w:t>3) Fe</w:t>
            </w:r>
            <w:r w:rsidRPr="00AB3D66">
              <w:rPr>
                <w:szCs w:val="24"/>
                <w:vertAlign w:val="superscript"/>
              </w:rPr>
              <w:t xml:space="preserve">3+ </w:t>
            </w:r>
            <w:r w:rsidRPr="00AB3D66">
              <w:rPr>
                <w:szCs w:val="24"/>
              </w:rPr>
              <w:t xml:space="preserve">    </w:t>
            </w:r>
          </w:p>
          <w:p w:rsidR="00DC2F01" w:rsidRDefault="00DC2F01" w:rsidP="00494884"/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b/>
                <w:sz w:val="28"/>
                <w:szCs w:val="28"/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23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DC2F01">
              <w:rPr>
                <w:lang w:val="ru-RU"/>
              </w:rPr>
              <w:t xml:space="preserve">Из предложенных соединений </w:t>
            </w:r>
            <w:r w:rsidRPr="00F56263">
              <w:t>KClO</w:t>
            </w:r>
            <w:r w:rsidRPr="00DC2F01">
              <w:rPr>
                <w:vertAlign w:val="subscript"/>
                <w:lang w:val="ru-RU"/>
              </w:rPr>
              <w:t>3</w:t>
            </w:r>
            <w:r w:rsidRPr="00DC2F01">
              <w:rPr>
                <w:lang w:val="ru-RU"/>
              </w:rPr>
              <w:t xml:space="preserve">, </w:t>
            </w:r>
            <w:r w:rsidRPr="00F56263">
              <w:t>SO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, </w:t>
            </w:r>
            <w:r w:rsidRPr="00F56263">
              <w:t>CuCl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, </w:t>
            </w:r>
            <w:r w:rsidRPr="00F56263">
              <w:t>SnCl</w:t>
            </w:r>
            <w:proofErr w:type="gramStart"/>
            <w:r w:rsidRPr="00DC2F01">
              <w:rPr>
                <w:vertAlign w:val="subscript"/>
                <w:lang w:val="ru-RU"/>
              </w:rPr>
              <w:t xml:space="preserve">4 </w:t>
            </w:r>
            <w:r w:rsidRPr="00DC2F01">
              <w:rPr>
                <w:lang w:val="ru-RU"/>
              </w:rPr>
              <w:t xml:space="preserve"> выберите</w:t>
            </w:r>
            <w:proofErr w:type="gramEnd"/>
            <w:r w:rsidRPr="00DC2F01">
              <w:rPr>
                <w:lang w:val="ru-RU"/>
              </w:rPr>
              <w:t xml:space="preserve"> окислитель для окисления </w:t>
            </w:r>
            <w:r w:rsidRPr="00F56263">
              <w:t>Te</w:t>
            </w:r>
            <w:r w:rsidRPr="00DC2F01">
              <w:rPr>
                <w:lang w:val="ru-RU"/>
              </w:rPr>
              <w:t xml:space="preserve"> до </w:t>
            </w:r>
            <w:r w:rsidRPr="00F56263">
              <w:t>TeO</w:t>
            </w:r>
            <w:r w:rsidRPr="00DC2F01">
              <w:rPr>
                <w:vertAlign w:val="subscript"/>
                <w:lang w:val="ru-RU"/>
              </w:rPr>
              <w:t>2</w:t>
            </w:r>
            <w:r w:rsidRPr="00DC2F01">
              <w:rPr>
                <w:lang w:val="ru-RU"/>
              </w:rPr>
              <w:t xml:space="preserve">.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040" w:dyaOrig="360">
                <v:shape id="_x0000_i1288" type="#_x0000_t75" style="width:101.25pt;height:18.75pt" o:ole="" fillcolor="window">
                  <v:imagedata r:id="rId194" o:title=""/>
                </v:shape>
                <o:OLEObject Type="Embed" ProgID="Equation.3" ShapeID="_x0000_i1288" DrawAspect="Content" ObjectID="_1841054033" r:id="rId434"/>
              </w:object>
            </w:r>
            <w:r w:rsidRPr="00DC2F01">
              <w:rPr>
                <w:b/>
                <w:sz w:val="28"/>
                <w:szCs w:val="28"/>
                <w:lang w:val="ru-RU"/>
              </w:rPr>
              <w:t xml:space="preserve">   </w:t>
            </w:r>
            <w:r w:rsidRPr="00AB3D66">
              <w:rPr>
                <w:b/>
                <w:position w:val="-12"/>
                <w:sz w:val="28"/>
                <w:szCs w:val="28"/>
              </w:rPr>
              <w:object w:dxaOrig="2160" w:dyaOrig="380">
                <v:shape id="_x0000_i1289" type="#_x0000_t75" style="width:108pt;height:18.75pt" o:ole="" fillcolor="window">
                  <v:imagedata r:id="rId196" o:title=""/>
                </v:shape>
                <o:OLEObject Type="Embed" ProgID="Equation.3" ShapeID="_x0000_i1289" DrawAspect="Content" ObjectID="_1841054034" r:id="rId435"/>
              </w:object>
            </w:r>
            <w:r w:rsidRPr="00DC2F01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1880" w:dyaOrig="360">
                <v:shape id="_x0000_i1290" type="#_x0000_t75" style="width:93.75pt;height:18.75pt" o:ole="" fillcolor="window">
                  <v:imagedata r:id="rId198" o:title=""/>
                </v:shape>
                <o:OLEObject Type="Embed" ProgID="Equation.3" ShapeID="_x0000_i1290" DrawAspect="Content" ObjectID="_1841054035" r:id="rId436"/>
              </w:object>
            </w:r>
            <w:r w:rsidRPr="00DC2F01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100" w:dyaOrig="360">
                <v:shape id="_x0000_i1291" type="#_x0000_t75" style="width:105pt;height:18.75pt" o:ole="" fillcolor="window">
                  <v:imagedata r:id="rId200" o:title=""/>
                </v:shape>
                <o:OLEObject Type="Embed" ProgID="Equation.3" ShapeID="_x0000_i1291" DrawAspect="Content" ObjectID="_1841054036" r:id="rId437"/>
              </w:object>
            </w:r>
            <w:r w:rsidRPr="00DC2F01">
              <w:rPr>
                <w:b/>
                <w:sz w:val="28"/>
                <w:szCs w:val="28"/>
                <w:lang w:val="ru-RU"/>
              </w:rPr>
              <w:t xml:space="preserve">  </w:t>
            </w:r>
            <w:r w:rsidRPr="00AB3D66">
              <w:rPr>
                <w:b/>
                <w:position w:val="-10"/>
                <w:sz w:val="28"/>
                <w:szCs w:val="28"/>
              </w:rPr>
              <w:object w:dxaOrig="2180" w:dyaOrig="360">
                <v:shape id="_x0000_i1292" type="#_x0000_t75" style="width:108.75pt;height:18.75pt" o:ole="" fillcolor="window">
                  <v:imagedata r:id="rId438" o:title=""/>
                </v:shape>
                <o:OLEObject Type="Embed" ProgID="Equation.3" ShapeID="_x0000_i1292" DrawAspect="Content" ObjectID="_1841054037" r:id="rId439"/>
              </w:objec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24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. </w:t>
            </w:r>
            <w:r w:rsidRPr="00DC2F01">
              <w:rPr>
                <w:lang w:val="ru-RU"/>
              </w:rPr>
              <w:t>На катоде обычно протекают процессы:</w:t>
            </w:r>
          </w:p>
          <w:p w:rsidR="00DC2F01" w:rsidRDefault="00DC2F01" w:rsidP="000D3AEE">
            <w:pPr>
              <w:numPr>
                <w:ilvl w:val="0"/>
                <w:numId w:val="132"/>
              </w:numPr>
              <w:spacing w:line="240" w:lineRule="auto"/>
            </w:pPr>
            <w:r>
              <w:t>Окисления;</w:t>
            </w:r>
          </w:p>
          <w:p w:rsidR="00DC2F01" w:rsidRDefault="00DC2F01" w:rsidP="000D3AEE">
            <w:pPr>
              <w:numPr>
                <w:ilvl w:val="0"/>
                <w:numId w:val="132"/>
              </w:numPr>
              <w:spacing w:line="240" w:lineRule="auto"/>
            </w:pPr>
            <w:r>
              <w:t>Восстановления;</w:t>
            </w:r>
          </w:p>
          <w:p w:rsidR="00DC2F01" w:rsidRDefault="00DC2F01" w:rsidP="000D3AEE">
            <w:pPr>
              <w:numPr>
                <w:ilvl w:val="0"/>
                <w:numId w:val="132"/>
              </w:numPr>
              <w:spacing w:line="240" w:lineRule="auto"/>
            </w:pPr>
            <w:r>
              <w:t>Диссоциации электролитов на ионы.</w:t>
            </w:r>
          </w:p>
          <w:p w:rsidR="00DC2F01" w:rsidRDefault="00DC2F01" w:rsidP="00494884">
            <w:pPr>
              <w:ind w:left="720"/>
            </w:pPr>
          </w:p>
        </w:tc>
      </w:tr>
      <w:tr w:rsidR="00DC2F01" w:rsidTr="00494884">
        <w:tc>
          <w:tcPr>
            <w:tcW w:w="10490" w:type="dxa"/>
            <w:gridSpan w:val="6"/>
          </w:tcPr>
          <w:p w:rsidR="00DC2F01" w:rsidRDefault="00DC2F01" w:rsidP="00494884">
            <w:r w:rsidRPr="00DC2F01">
              <w:rPr>
                <w:bCs/>
                <w:iCs/>
                <w:lang w:val="ru-RU"/>
              </w:rPr>
              <w:t xml:space="preserve">5 </w:t>
            </w:r>
            <w:r w:rsidRPr="00DC2F01">
              <w:rPr>
                <w:lang w:val="ru-RU"/>
              </w:rPr>
              <w:t>Ток одинаковой силы пропущен через растворы сульфата ртути (</w:t>
            </w:r>
            <w:r>
              <w:t>II</w:t>
            </w:r>
            <w:r w:rsidRPr="00DC2F01">
              <w:rPr>
                <w:lang w:val="ru-RU"/>
              </w:rPr>
              <w:t xml:space="preserve">) нитрата серебра. </w:t>
            </w:r>
            <w:r>
              <w:t xml:space="preserve">При электролизе выделилось </w:t>
            </w:r>
            <w:smartTag w:uri="urn:schemas-microsoft-com:office:smarttags" w:element="metricconverter">
              <w:smartTagPr>
                <w:attr w:name="ProductID" w:val="0,2 г"/>
              </w:smartTagPr>
              <w:r>
                <w:t>0,2 г</w:t>
              </w:r>
            </w:smartTag>
            <w:r>
              <w:t>. ртути. Сколько выделилось серебра?</w:t>
            </w:r>
          </w:p>
          <w:p w:rsidR="00DC2F01" w:rsidRDefault="00DC2F01" w:rsidP="00494884"/>
        </w:tc>
      </w:tr>
      <w:tr w:rsidR="00DC2F01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/>
                <w:bCs/>
                <w:iCs/>
                <w:lang w:val="ru-RU"/>
              </w:rPr>
              <w:t xml:space="preserve">26. </w:t>
            </w:r>
            <w:r w:rsidRPr="00DC2F01">
              <w:rPr>
                <w:lang w:val="ru-RU"/>
              </w:rPr>
              <w:t>Какие процессы будут протекать на платиновом аноде при электролизе водного раствора нитрита меди?</w:t>
            </w:r>
          </w:p>
          <w:p w:rsidR="00DC2F01" w:rsidRDefault="00DC2F01" w:rsidP="000D3AEE">
            <w:pPr>
              <w:numPr>
                <w:ilvl w:val="0"/>
                <w:numId w:val="52"/>
              </w:numPr>
              <w:spacing w:line="240" w:lineRule="auto"/>
            </w:pPr>
            <w:r>
              <w:rPr>
                <w:position w:val="-12"/>
              </w:rPr>
              <w:object w:dxaOrig="3200" w:dyaOrig="380">
                <v:shape id="_x0000_i1293" type="#_x0000_t75" style="width:159.75pt;height:18.75pt" o:ole="">
                  <v:imagedata r:id="rId246" o:title=""/>
                </v:shape>
                <o:OLEObject Type="Embed" ProgID="Equation.3" ShapeID="_x0000_i1293" DrawAspect="Content" ObjectID="_1841054038" r:id="rId440"/>
              </w:object>
            </w:r>
          </w:p>
          <w:p w:rsidR="00DC2F01" w:rsidRDefault="00DC2F01" w:rsidP="000D3AEE">
            <w:pPr>
              <w:numPr>
                <w:ilvl w:val="0"/>
                <w:numId w:val="52"/>
              </w:numPr>
              <w:spacing w:line="240" w:lineRule="auto"/>
            </w:pPr>
            <w:r>
              <w:rPr>
                <w:position w:val="-10"/>
              </w:rPr>
              <w:object w:dxaOrig="2420" w:dyaOrig="360">
                <v:shape id="_x0000_i1294" type="#_x0000_t75" style="width:120.75pt;height:18.75pt" o:ole="">
                  <v:imagedata r:id="rId230" o:title=""/>
                </v:shape>
                <o:OLEObject Type="Embed" ProgID="Equation.3" ShapeID="_x0000_i1294" DrawAspect="Content" ObjectID="_1841054039" r:id="rId441"/>
              </w:object>
            </w:r>
            <w:r>
              <w:t xml:space="preserve"> </w:t>
            </w:r>
          </w:p>
          <w:p w:rsidR="00DC2F01" w:rsidRDefault="00DC2F01" w:rsidP="000D3AEE">
            <w:pPr>
              <w:numPr>
                <w:ilvl w:val="0"/>
                <w:numId w:val="52"/>
              </w:numPr>
              <w:spacing w:line="240" w:lineRule="auto"/>
            </w:pPr>
            <w:r>
              <w:rPr>
                <w:position w:val="-6"/>
              </w:rPr>
              <w:object w:dxaOrig="1660" w:dyaOrig="320">
                <v:shape id="_x0000_i1295" type="#_x0000_t75" style="width:83.25pt;height:15.75pt" o:ole="">
                  <v:imagedata r:id="rId249" o:title=""/>
                </v:shape>
                <o:OLEObject Type="Embed" ProgID="Equation.3" ShapeID="_x0000_i1295" DrawAspect="Content" ObjectID="_1841054040" r:id="rId442"/>
              </w:object>
            </w:r>
          </w:p>
          <w:p w:rsidR="00DC2F01" w:rsidRDefault="00DC2F01" w:rsidP="00494884"/>
        </w:tc>
      </w:tr>
      <w:tr w:rsidR="00DC2F01" w:rsidRPr="001B6ED6" w:rsidTr="00494884">
        <w:tc>
          <w:tcPr>
            <w:tcW w:w="10490" w:type="dxa"/>
            <w:gridSpan w:val="6"/>
          </w:tcPr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 xml:space="preserve">27. </w:t>
            </w:r>
            <w:r w:rsidRPr="00DC2F01">
              <w:rPr>
                <w:lang w:val="ru-RU"/>
              </w:rPr>
              <w:t xml:space="preserve">Ион какого элемент имеет на предпоследнем энергетическом уровне </w:t>
            </w:r>
            <w:r>
              <w:rPr>
                <w:position w:val="-10"/>
              </w:rPr>
              <w:object w:dxaOrig="1200" w:dyaOrig="360">
                <v:shape id="_x0000_i1296" type="#_x0000_t75" style="width:60pt;height:18.75pt" o:ole="">
                  <v:imagedata r:id="rId443" o:title=""/>
                </v:shape>
                <o:OLEObject Type="Embed" ProgID="Equation.3" ShapeID="_x0000_i1296" DrawAspect="Content" ObjectID="_1841054041" r:id="rId444"/>
              </w:object>
            </w:r>
            <w:r w:rsidRPr="00DC2F01">
              <w:rPr>
                <w:lang w:val="ru-RU"/>
              </w:rPr>
              <w:t>- электроны?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  <w:tr w:rsidR="00DC2F01" w:rsidTr="00494884">
        <w:tc>
          <w:tcPr>
            <w:tcW w:w="10490" w:type="dxa"/>
            <w:gridSpan w:val="6"/>
            <w:tcBorders>
              <w:bottom w:val="nil"/>
            </w:tcBorders>
          </w:tcPr>
          <w:p w:rsidR="00DC2F01" w:rsidRPr="00DC2F01" w:rsidRDefault="00DC2F01" w:rsidP="00494884">
            <w:pPr>
              <w:pStyle w:val="23"/>
              <w:rPr>
                <w:lang w:val="ru-RU"/>
              </w:rPr>
            </w:pPr>
            <w:r w:rsidRPr="00DC2F01">
              <w:rPr>
                <w:bCs/>
                <w:iCs/>
                <w:lang w:val="ru-RU"/>
              </w:rPr>
              <w:t>28. П</w:t>
            </w:r>
            <w:r w:rsidRPr="00DC2F01">
              <w:rPr>
                <w:lang w:val="ru-RU"/>
              </w:rPr>
              <w:t>родукты, образующиеся при растворении никеля в разбавленной азотной кислоте…</w:t>
            </w:r>
          </w:p>
          <w:p w:rsidR="00DC2F01" w:rsidRPr="00D23257" w:rsidRDefault="00DC2F01" w:rsidP="000D3AEE">
            <w:pPr>
              <w:numPr>
                <w:ilvl w:val="0"/>
                <w:numId w:val="106"/>
              </w:numPr>
              <w:spacing w:line="240" w:lineRule="auto"/>
              <w:jc w:val="both"/>
            </w:pPr>
            <w:r w:rsidRPr="00D23257">
              <w:t>Ni(NO</w:t>
            </w:r>
            <w:r w:rsidRPr="00D23257">
              <w:rPr>
                <w:vertAlign w:val="subscript"/>
              </w:rPr>
              <w:t>3</w:t>
            </w:r>
            <w:r w:rsidRPr="00D23257">
              <w:t>)</w:t>
            </w:r>
            <w:r w:rsidRPr="00D23257">
              <w:rPr>
                <w:vertAlign w:val="subscript"/>
              </w:rPr>
              <w:t>2</w:t>
            </w:r>
            <w:r w:rsidRPr="00D23257">
              <w:t>+ NO + H</w:t>
            </w:r>
            <w:r w:rsidRPr="00D23257">
              <w:rPr>
                <w:vertAlign w:val="subscript"/>
              </w:rPr>
              <w:t>2</w:t>
            </w:r>
            <w:r w:rsidRPr="00D23257">
              <w:t>O;</w:t>
            </w:r>
            <w:r w:rsidRPr="00D23257">
              <w:tab/>
            </w:r>
          </w:p>
          <w:p w:rsidR="00DC2F01" w:rsidRPr="00D23257" w:rsidRDefault="00DC2F01" w:rsidP="000D3AEE">
            <w:pPr>
              <w:numPr>
                <w:ilvl w:val="0"/>
                <w:numId w:val="106"/>
              </w:numPr>
              <w:spacing w:line="240" w:lineRule="auto"/>
              <w:jc w:val="both"/>
            </w:pPr>
            <w:r w:rsidRPr="00D23257">
              <w:t>Ni(NO</w:t>
            </w:r>
            <w:r w:rsidRPr="00D23257">
              <w:rPr>
                <w:vertAlign w:val="subscript"/>
              </w:rPr>
              <w:t>3</w:t>
            </w:r>
            <w:r w:rsidRPr="00D23257">
              <w:t>)</w:t>
            </w:r>
            <w:r w:rsidRPr="00D23257">
              <w:rPr>
                <w:vertAlign w:val="subscript"/>
              </w:rPr>
              <w:t>2</w:t>
            </w:r>
            <w:r w:rsidRPr="00D23257">
              <w:t>+ NO</w:t>
            </w:r>
            <w:r w:rsidRPr="00D23257">
              <w:rPr>
                <w:vertAlign w:val="subscript"/>
              </w:rPr>
              <w:t>2</w:t>
            </w:r>
            <w:r w:rsidRPr="00D23257">
              <w:t>+ H</w:t>
            </w:r>
            <w:r w:rsidRPr="00D23257">
              <w:rPr>
                <w:vertAlign w:val="subscript"/>
              </w:rPr>
              <w:t>2</w:t>
            </w:r>
            <w:r w:rsidRPr="00D23257">
              <w:t>O;</w:t>
            </w:r>
            <w:r w:rsidRPr="00D23257">
              <w:tab/>
            </w:r>
            <w:r w:rsidRPr="00D23257">
              <w:tab/>
            </w:r>
            <w:r w:rsidRPr="00D23257">
              <w:tab/>
            </w:r>
          </w:p>
          <w:p w:rsidR="00DC2F01" w:rsidRDefault="00DC2F01" w:rsidP="000D3AEE">
            <w:pPr>
              <w:numPr>
                <w:ilvl w:val="0"/>
                <w:numId w:val="106"/>
              </w:numPr>
              <w:spacing w:line="240" w:lineRule="auto"/>
              <w:jc w:val="both"/>
            </w:pPr>
            <w:r w:rsidRPr="007E64D4">
              <w:t>Ni(NO</w:t>
            </w:r>
            <w:r w:rsidRPr="007E64D4">
              <w:rPr>
                <w:vertAlign w:val="subscript"/>
              </w:rPr>
              <w:t>3</w:t>
            </w:r>
            <w:r w:rsidRPr="007E64D4">
              <w:t>)</w:t>
            </w:r>
            <w:r w:rsidRPr="007E64D4">
              <w:rPr>
                <w:vertAlign w:val="subscript"/>
              </w:rPr>
              <w:t>2</w:t>
            </w:r>
            <w:r w:rsidRPr="007E64D4">
              <w:t>+ N</w:t>
            </w:r>
            <w:r w:rsidRPr="007E64D4">
              <w:rPr>
                <w:vertAlign w:val="subscript"/>
              </w:rPr>
              <w:t>2</w:t>
            </w:r>
            <w:r w:rsidRPr="007E64D4">
              <w:t xml:space="preserve">+ </w:t>
            </w:r>
            <w:proofErr w:type="gramStart"/>
            <w:r w:rsidRPr="007E64D4">
              <w:t>H</w:t>
            </w:r>
            <w:r w:rsidRPr="007E64D4">
              <w:rPr>
                <w:vertAlign w:val="subscript"/>
              </w:rPr>
              <w:t>2</w:t>
            </w:r>
            <w:r w:rsidRPr="007E64D4">
              <w:t>O;.</w:t>
            </w:r>
            <w:proofErr w:type="gramEnd"/>
          </w:p>
          <w:p w:rsidR="00DC2F01" w:rsidRDefault="00DC2F01" w:rsidP="00494884">
            <w:pPr>
              <w:ind w:left="1080"/>
            </w:pPr>
          </w:p>
        </w:tc>
      </w:tr>
      <w:tr w:rsidR="00DC2F01" w:rsidTr="00494884">
        <w:tc>
          <w:tcPr>
            <w:tcW w:w="10490" w:type="dxa"/>
            <w:gridSpan w:val="6"/>
            <w:tcBorders>
              <w:top w:val="nil"/>
              <w:bottom w:val="single" w:sz="4" w:space="0" w:color="auto"/>
            </w:tcBorders>
          </w:tcPr>
          <w:p w:rsidR="00DC2F01" w:rsidRPr="00DC2F01" w:rsidRDefault="00DC2F01" w:rsidP="00494884">
            <w:pPr>
              <w:rPr>
                <w:szCs w:val="28"/>
                <w:lang w:val="ru-RU"/>
              </w:rPr>
            </w:pPr>
            <w:r w:rsidRPr="00DC2F01">
              <w:rPr>
                <w:b/>
                <w:bCs/>
                <w:i/>
                <w:iCs/>
                <w:lang w:val="ru-RU"/>
              </w:rPr>
              <w:t>29</w:t>
            </w:r>
            <w:r w:rsidRPr="00DC2F01">
              <w:rPr>
                <w:bCs/>
                <w:iCs/>
                <w:lang w:val="ru-RU"/>
              </w:rPr>
              <w:t>.</w:t>
            </w:r>
            <w:r w:rsidRPr="00DC2F01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DC2F01">
              <w:rPr>
                <w:szCs w:val="28"/>
                <w:lang w:val="ru-RU"/>
              </w:rPr>
              <w:t>Присутствие ионов серебра в водном растворе можно обнаружить с помощью ионов ….</w:t>
            </w:r>
          </w:p>
          <w:p w:rsidR="00DC2F01" w:rsidRPr="007E64D4" w:rsidRDefault="00DC2F01" w:rsidP="000D3AEE">
            <w:pPr>
              <w:numPr>
                <w:ilvl w:val="0"/>
                <w:numId w:val="131"/>
              </w:numPr>
              <w:spacing w:line="240" w:lineRule="auto"/>
              <w:rPr>
                <w:b/>
                <w:bCs/>
                <w:i/>
                <w:iCs/>
              </w:rPr>
            </w:pPr>
            <w:r w:rsidRPr="007E64D4">
              <w:rPr>
                <w:szCs w:val="28"/>
              </w:rPr>
              <w:t>Cl</w:t>
            </w:r>
            <w:r w:rsidRPr="007E64D4">
              <w:rPr>
                <w:szCs w:val="28"/>
                <w:vertAlign w:val="superscript"/>
              </w:rPr>
              <w:t>-</w:t>
            </w:r>
            <w:r w:rsidRPr="007E64D4">
              <w:rPr>
                <w:szCs w:val="28"/>
              </w:rPr>
              <w:t xml:space="preserve"> </w:t>
            </w:r>
            <w:proofErr w:type="gramStart"/>
            <w:r w:rsidRPr="007E64D4">
              <w:rPr>
                <w:szCs w:val="28"/>
              </w:rPr>
              <w:t xml:space="preserve">  ;</w:t>
            </w:r>
            <w:proofErr w:type="gramEnd"/>
            <w:r w:rsidRPr="007E64D4">
              <w:rPr>
                <w:szCs w:val="28"/>
              </w:rPr>
              <w:t xml:space="preserve"> 2) NO</w:t>
            </w:r>
            <w:r w:rsidRPr="007E64D4">
              <w:rPr>
                <w:szCs w:val="28"/>
                <w:vertAlign w:val="subscript"/>
              </w:rPr>
              <w:t>3</w:t>
            </w:r>
            <w:r w:rsidRPr="007E64D4">
              <w:rPr>
                <w:szCs w:val="28"/>
                <w:vertAlign w:val="superscript"/>
              </w:rPr>
              <w:t xml:space="preserve">- </w:t>
            </w:r>
            <w:r w:rsidRPr="007E64D4">
              <w:rPr>
                <w:szCs w:val="28"/>
              </w:rPr>
              <w:t xml:space="preserve">   3) H</w:t>
            </w:r>
            <w:r w:rsidRPr="007E64D4">
              <w:rPr>
                <w:szCs w:val="28"/>
                <w:vertAlign w:val="superscript"/>
              </w:rPr>
              <w:t>+</w:t>
            </w:r>
          </w:p>
          <w:p w:rsidR="00DC2F01" w:rsidRDefault="00DC2F01" w:rsidP="00494884">
            <w:pPr>
              <w:ind w:left="1080"/>
            </w:pPr>
          </w:p>
        </w:tc>
      </w:tr>
      <w:tr w:rsidR="00DC2F01" w:rsidRPr="001B6ED6" w:rsidTr="00494884">
        <w:tc>
          <w:tcPr>
            <w:tcW w:w="10490" w:type="dxa"/>
            <w:gridSpan w:val="6"/>
            <w:tcBorders>
              <w:top w:val="single" w:sz="4" w:space="0" w:color="auto"/>
            </w:tcBorders>
          </w:tcPr>
          <w:p w:rsidR="00DC2F01" w:rsidRPr="007E47E5" w:rsidRDefault="00DC2F01" w:rsidP="00494884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sz w:val="24"/>
                <w:szCs w:val="24"/>
              </w:rPr>
            </w:pPr>
          </w:p>
          <w:p w:rsidR="00DC2F01" w:rsidRPr="00DC2F01" w:rsidRDefault="00DC2F01" w:rsidP="00494884">
            <w:pPr>
              <w:pStyle w:val="21"/>
              <w:spacing w:before="0" w:line="240" w:lineRule="auto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u-RU"/>
              </w:rPr>
            </w:pP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Тест </w:t>
            </w:r>
            <w:proofErr w:type="gramStart"/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составил:</w:t>
            </w:r>
            <w:r w:rsidRPr="00DC2F0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</w:t>
            </w: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доцент</w:t>
            </w:r>
            <w:proofErr w:type="gramEnd"/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Pr="00DC2F01">
              <w:rPr>
                <w:rFonts w:ascii="Times New Roman" w:hAnsi="Times New Roman"/>
                <w:color w:val="auto"/>
                <w:sz w:val="24"/>
                <w:szCs w:val="24"/>
                <w:lang w:val="ru-RU"/>
              </w:rPr>
              <w:t xml:space="preserve">      ____________________   </w:t>
            </w:r>
            <w:r w:rsidRPr="00DC2F01">
              <w:rPr>
                <w:rFonts w:ascii="Times New Roman" w:hAnsi="Times New Roman"/>
                <w:i/>
                <w:color w:val="auto"/>
                <w:sz w:val="24"/>
                <w:szCs w:val="24"/>
                <w:lang w:val="ru-RU"/>
              </w:rPr>
              <w:t>Лапина С.Ф.</w:t>
            </w:r>
          </w:p>
          <w:p w:rsidR="00DC2F01" w:rsidRPr="00DC2F01" w:rsidRDefault="00DC2F01" w:rsidP="00494884">
            <w:pPr>
              <w:rPr>
                <w:sz w:val="12"/>
                <w:lang w:val="ru-RU"/>
              </w:rPr>
            </w:pPr>
            <w:r w:rsidRPr="00DC2F01">
              <w:rPr>
                <w:sz w:val="12"/>
                <w:lang w:val="ru-RU"/>
              </w:rPr>
              <w:t xml:space="preserve">                                                 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>Утверждено на заседании кафедры: ЭБЖиФ протокол от «03» декабря 2025 г. № 4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lang w:val="ru-RU"/>
              </w:rPr>
              <w:t xml:space="preserve">Заведующий кафедрой   ЭБЖиФ             ________________________              Никифорова В.А 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</w:p>
        </w:tc>
      </w:tr>
    </w:tbl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ind w:firstLine="360"/>
        <w:jc w:val="center"/>
        <w:rPr>
          <w:szCs w:val="24"/>
          <w:lang w:val="ru-RU"/>
        </w:rPr>
      </w:pPr>
      <w:r w:rsidRPr="00DC2F01">
        <w:rPr>
          <w:szCs w:val="24"/>
          <w:lang w:val="ru-RU"/>
        </w:rPr>
        <w:t xml:space="preserve">Критерии оценки экзамена в тестовой форме </w:t>
      </w:r>
    </w:p>
    <w:p w:rsidR="00DC2F01" w:rsidRPr="00DC2F01" w:rsidRDefault="00DC2F01" w:rsidP="00DC2F01">
      <w:pPr>
        <w:ind w:firstLine="360"/>
        <w:jc w:val="center"/>
        <w:rPr>
          <w:szCs w:val="24"/>
          <w:lang w:val="ru-RU"/>
        </w:rPr>
      </w:pPr>
    </w:p>
    <w:tbl>
      <w:tblPr>
        <w:tblStyle w:val="aff0"/>
        <w:tblW w:w="9900" w:type="dxa"/>
        <w:tblInd w:w="288" w:type="dxa"/>
        <w:tblLook w:val="01E0" w:firstRow="1" w:lastRow="1" w:firstColumn="1" w:lastColumn="1" w:noHBand="0" w:noVBand="0"/>
      </w:tblPr>
      <w:tblGrid>
        <w:gridCol w:w="2697"/>
        <w:gridCol w:w="7203"/>
      </w:tblGrid>
      <w:tr w:rsidR="00DC2F01" w:rsidRPr="0080580E" w:rsidTr="00494884">
        <w:tc>
          <w:tcPr>
            <w:tcW w:w="2697" w:type="dxa"/>
            <w:vAlign w:val="center"/>
          </w:tcPr>
          <w:p w:rsidR="00DC2F01" w:rsidRPr="0080580E" w:rsidRDefault="00DC2F01" w:rsidP="00494884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О</w:t>
            </w:r>
            <w:r w:rsidRPr="0080580E">
              <w:rPr>
                <w:b/>
                <w:szCs w:val="24"/>
              </w:rPr>
              <w:t>ценка</w:t>
            </w:r>
          </w:p>
        </w:tc>
        <w:tc>
          <w:tcPr>
            <w:tcW w:w="7203" w:type="dxa"/>
            <w:vAlign w:val="center"/>
          </w:tcPr>
          <w:p w:rsidR="00DC2F01" w:rsidRPr="0080580E" w:rsidRDefault="00DC2F01" w:rsidP="00494884">
            <w:pPr>
              <w:jc w:val="center"/>
              <w:rPr>
                <w:b/>
                <w:szCs w:val="24"/>
              </w:rPr>
            </w:pPr>
            <w:r w:rsidRPr="0080580E">
              <w:rPr>
                <w:b/>
                <w:szCs w:val="24"/>
              </w:rPr>
              <w:t>Критерии</w:t>
            </w:r>
          </w:p>
        </w:tc>
      </w:tr>
      <w:tr w:rsidR="00DC2F01" w:rsidTr="00494884">
        <w:tc>
          <w:tcPr>
            <w:tcW w:w="2697" w:type="dxa"/>
          </w:tcPr>
          <w:p w:rsidR="00DC2F01" w:rsidRPr="00466B68" w:rsidRDefault="00DC2F01" w:rsidP="00494884">
            <w:pPr>
              <w:jc w:val="center"/>
              <w:rPr>
                <w:szCs w:val="24"/>
              </w:rPr>
            </w:pPr>
            <w:r w:rsidRPr="00466B68">
              <w:rPr>
                <w:szCs w:val="24"/>
              </w:rPr>
              <w:t>отлично</w:t>
            </w:r>
          </w:p>
        </w:tc>
        <w:tc>
          <w:tcPr>
            <w:tcW w:w="7203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90 – 100 % тестовых заданий выполнено правильно</w:t>
            </w:r>
          </w:p>
        </w:tc>
      </w:tr>
      <w:tr w:rsidR="00DC2F01" w:rsidTr="00494884">
        <w:tc>
          <w:tcPr>
            <w:tcW w:w="2697" w:type="dxa"/>
          </w:tcPr>
          <w:p w:rsidR="00DC2F01" w:rsidRPr="00466B68" w:rsidRDefault="00DC2F01" w:rsidP="00494884">
            <w:pPr>
              <w:jc w:val="center"/>
              <w:rPr>
                <w:szCs w:val="24"/>
              </w:rPr>
            </w:pPr>
            <w:r w:rsidRPr="00466B68">
              <w:rPr>
                <w:szCs w:val="24"/>
              </w:rPr>
              <w:t>хорошо</w:t>
            </w:r>
          </w:p>
        </w:tc>
        <w:tc>
          <w:tcPr>
            <w:tcW w:w="7203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70 – 89 тестовых заданий выполнено правильно</w:t>
            </w:r>
          </w:p>
        </w:tc>
      </w:tr>
      <w:tr w:rsidR="00DC2F01" w:rsidTr="00494884">
        <w:tc>
          <w:tcPr>
            <w:tcW w:w="2697" w:type="dxa"/>
          </w:tcPr>
          <w:p w:rsidR="00DC2F01" w:rsidRPr="00466B68" w:rsidRDefault="00DC2F01" w:rsidP="00494884">
            <w:pPr>
              <w:jc w:val="center"/>
              <w:rPr>
                <w:szCs w:val="24"/>
              </w:rPr>
            </w:pPr>
            <w:r w:rsidRPr="00466B68">
              <w:rPr>
                <w:szCs w:val="24"/>
              </w:rPr>
              <w:t>удовлетворительно</w:t>
            </w:r>
          </w:p>
        </w:tc>
        <w:tc>
          <w:tcPr>
            <w:tcW w:w="7203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50 – 69 % тестовых заданий выполнено правильно</w:t>
            </w:r>
          </w:p>
        </w:tc>
      </w:tr>
      <w:tr w:rsidR="00DC2F01" w:rsidRPr="001B6ED6" w:rsidTr="00494884">
        <w:tc>
          <w:tcPr>
            <w:tcW w:w="2697" w:type="dxa"/>
          </w:tcPr>
          <w:p w:rsidR="00DC2F01" w:rsidRPr="00466B68" w:rsidRDefault="00DC2F01" w:rsidP="00494884">
            <w:pPr>
              <w:jc w:val="center"/>
              <w:rPr>
                <w:szCs w:val="24"/>
              </w:rPr>
            </w:pPr>
            <w:r w:rsidRPr="00466B68">
              <w:rPr>
                <w:szCs w:val="24"/>
              </w:rPr>
              <w:t>неудовлетворительно</w:t>
            </w:r>
          </w:p>
        </w:tc>
        <w:tc>
          <w:tcPr>
            <w:tcW w:w="7203" w:type="dxa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менее 50 % тесовых заданий выполнен правильно</w:t>
            </w:r>
          </w:p>
        </w:tc>
      </w:tr>
    </w:tbl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rPr>
          <w:lang w:val="ru-RU"/>
        </w:rPr>
      </w:pPr>
    </w:p>
    <w:p w:rsidR="00DC2F01" w:rsidRDefault="00DC2F01" w:rsidP="00DC2F01">
      <w:pPr>
        <w:pStyle w:val="affe"/>
      </w:pPr>
      <w:r>
        <w:rPr>
          <w:noProof/>
        </w:rPr>
        <w:lastRenderedPageBreak/>
        <w:drawing>
          <wp:inline distT="0" distB="0" distL="0" distR="0" wp14:anchorId="2E55FAD6" wp14:editId="3384B710">
            <wp:extent cx="6402949" cy="8660219"/>
            <wp:effectExtent l="0" t="0" r="0" b="0"/>
            <wp:docPr id="1" name="Рисунок 1" descr="C:\Users\1\Desktop\ФОС новые  2024-2025 уч.год\Документы по ФОС 2024-2025\2025-12-05_09-10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6" descr="C:\Users\1\Desktop\ФОС новые  2024-2025 уч.год\Документы по ФОС 2024-2025\2025-12-05_09-10-22.png"/>
                    <pic:cNvPicPr>
                      <a:picLocks noChangeAspect="1" noChangeArrowheads="1"/>
                    </pic:cNvPicPr>
                  </pic:nvPicPr>
                  <pic:blipFill>
                    <a:blip r:embed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425" cy="8686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szCs w:val="24"/>
          <w:lang w:val="ru-RU"/>
        </w:rPr>
        <w:lastRenderedPageBreak/>
        <w:t>Составитель:</w:t>
      </w:r>
    </w:p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szCs w:val="24"/>
          <w:lang w:val="ru-RU"/>
        </w:rPr>
        <w:t>1. Лапина Светлана Федоровна, доцент, к.фарм.н. __________________________________</w:t>
      </w:r>
    </w:p>
    <w:p w:rsidR="00DC2F01" w:rsidRPr="00DC2F01" w:rsidRDefault="00DC2F01" w:rsidP="00DC2F01">
      <w:pPr>
        <w:pStyle w:val="ae"/>
        <w:rPr>
          <w:szCs w:val="24"/>
          <w:lang w:val="ru-RU"/>
        </w:rPr>
      </w:pPr>
    </w:p>
    <w:p w:rsidR="00DC2F01" w:rsidRPr="00DC2F01" w:rsidRDefault="00DC2F01" w:rsidP="00DC2F01">
      <w:pPr>
        <w:pStyle w:val="ae"/>
        <w:rPr>
          <w:szCs w:val="24"/>
          <w:lang w:val="ru-RU"/>
        </w:rPr>
      </w:pPr>
      <w:r w:rsidRPr="00DC2F01">
        <w:rPr>
          <w:szCs w:val="24"/>
          <w:lang w:val="ru-RU"/>
        </w:rPr>
        <w:t>«03» декабря 2025 г.</w:t>
      </w:r>
    </w:p>
    <w:p w:rsidR="00DC2F01" w:rsidRPr="00DC2F01" w:rsidRDefault="00DC2F01" w:rsidP="00DC2F01">
      <w:pPr>
        <w:rPr>
          <w:lang w:val="ru-RU"/>
        </w:rPr>
      </w:pPr>
    </w:p>
    <w:p w:rsidR="00DC2F01" w:rsidRPr="00DC2F01" w:rsidRDefault="00DC2F01" w:rsidP="00DC2F01">
      <w:pPr>
        <w:ind w:left="20"/>
        <w:jc w:val="center"/>
        <w:rPr>
          <w:b/>
          <w:sz w:val="28"/>
          <w:szCs w:val="28"/>
          <w:u w:val="single"/>
          <w:lang w:val="ru-RU"/>
        </w:rPr>
      </w:pPr>
      <w:r w:rsidRPr="00DC2F01">
        <w:rPr>
          <w:b/>
          <w:sz w:val="28"/>
          <w:szCs w:val="28"/>
          <w:u w:val="single"/>
          <w:lang w:val="ru-RU"/>
        </w:rPr>
        <w:t>Комплект оценочных средств для диагностического дисциплинарного тестирования</w:t>
      </w:r>
    </w:p>
    <w:p w:rsidR="00DC2F01" w:rsidRPr="00DC2F01" w:rsidRDefault="00DC2F01" w:rsidP="00DC2F01">
      <w:pPr>
        <w:ind w:left="20"/>
        <w:jc w:val="center"/>
        <w:rPr>
          <w:b/>
          <w:sz w:val="28"/>
          <w:szCs w:val="28"/>
          <w:lang w:val="ru-RU"/>
        </w:rPr>
      </w:pPr>
    </w:p>
    <w:p w:rsidR="00DC2F01" w:rsidRPr="00DC2F01" w:rsidRDefault="00DC2F01" w:rsidP="00DC2F01">
      <w:pPr>
        <w:spacing w:line="240" w:lineRule="auto"/>
        <w:jc w:val="center"/>
        <w:rPr>
          <w:b/>
          <w:bCs/>
          <w:szCs w:val="24"/>
          <w:lang w:val="ru-RU"/>
        </w:rPr>
      </w:pPr>
      <w:r w:rsidRPr="00DC2F01">
        <w:rPr>
          <w:b/>
          <w:bCs/>
          <w:szCs w:val="24"/>
          <w:lang w:val="ru-RU"/>
        </w:rPr>
        <w:t>Оценочные средства</w:t>
      </w:r>
    </w:p>
    <w:p w:rsidR="00DC2F01" w:rsidRPr="00DC2F01" w:rsidRDefault="00DC2F01" w:rsidP="00DC2F01">
      <w:pPr>
        <w:spacing w:line="240" w:lineRule="auto"/>
        <w:jc w:val="center"/>
        <w:rPr>
          <w:b/>
          <w:bCs/>
          <w:szCs w:val="24"/>
          <w:lang w:val="ru-RU"/>
        </w:rPr>
      </w:pPr>
      <w:r w:rsidRPr="00DC2F01">
        <w:rPr>
          <w:b/>
          <w:bCs/>
          <w:szCs w:val="24"/>
          <w:lang w:val="ru-RU"/>
        </w:rPr>
        <w:t>для диагностического дисциплинарного тестирования</w:t>
      </w:r>
    </w:p>
    <w:p w:rsidR="00DC2F01" w:rsidRPr="00DC2F01" w:rsidRDefault="00DC2F01" w:rsidP="00DC2F01">
      <w:pPr>
        <w:spacing w:line="240" w:lineRule="auto"/>
        <w:rPr>
          <w:szCs w:val="24"/>
          <w:lang w:val="ru-RU"/>
        </w:rPr>
      </w:pPr>
      <w:r w:rsidRPr="00DC2F01">
        <w:rPr>
          <w:szCs w:val="24"/>
          <w:lang w:val="ru-RU"/>
        </w:rPr>
        <w:t>по компетенции ОПК-1: Способен применять базовые знания фундаментальных разделов наук о Земле, естественно-научного и математического циклов при решении задач в области экологии и природопользования</w:t>
      </w:r>
    </w:p>
    <w:p w:rsidR="00DC2F01" w:rsidRPr="00DC2F01" w:rsidRDefault="00DC2F01" w:rsidP="00DC2F01">
      <w:pPr>
        <w:rPr>
          <w:szCs w:val="24"/>
          <w:lang w:val="ru-RU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487"/>
        <w:gridCol w:w="5418"/>
      </w:tblGrid>
      <w:tr w:rsidR="00DC2F01" w:rsidRPr="001B6ED6" w:rsidTr="00494884">
        <w:tc>
          <w:tcPr>
            <w:tcW w:w="4672" w:type="dxa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b/>
                <w:bCs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5642" w:type="dxa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b/>
                <w:bCs/>
                <w:szCs w:val="24"/>
                <w:lang w:val="ru-RU"/>
              </w:rPr>
              <w:t>Планируемые результаты обучения по дисциплине</w:t>
            </w:r>
          </w:p>
        </w:tc>
      </w:tr>
      <w:tr w:rsidR="00DC2F01" w:rsidRPr="001B6ED6" w:rsidTr="00494884">
        <w:tc>
          <w:tcPr>
            <w:tcW w:w="4672" w:type="dxa"/>
          </w:tcPr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ОПК -1.1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Применяет базовые знания фундаментальных разделов естественных наук при решении задач в профессиональной деятельности</w:t>
            </w:r>
          </w:p>
        </w:tc>
        <w:tc>
          <w:tcPr>
            <w:tcW w:w="5642" w:type="dxa"/>
          </w:tcPr>
          <w:p w:rsidR="00DC2F01" w:rsidRPr="00DC2F01" w:rsidRDefault="00DC2F01" w:rsidP="00494884">
            <w:pPr>
              <w:pStyle w:val="21"/>
              <w:spacing w:before="0" w:line="240" w:lineRule="auto"/>
              <w:outlineLvl w:val="1"/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lang w:val="ru-RU"/>
              </w:rPr>
              <w:t xml:space="preserve">знать: </w:t>
            </w:r>
            <w:r w:rsidRPr="00DC2F01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базовые положения фундаментальных разделов химии в </w:t>
            </w:r>
            <w:r w:rsidRPr="00DC2F01">
              <w:rPr>
                <w:rFonts w:ascii="Times New Roman" w:hAnsi="Times New Roman" w:cs="Times New Roman"/>
                <w:b w:val="0"/>
                <w:color w:val="auto"/>
                <w:szCs w:val="24"/>
                <w:lang w:val="ru-RU"/>
              </w:rPr>
              <w:t>объеме, необходимом для освоения химических основ экологии и природопользования.</w:t>
            </w:r>
            <w:r w:rsidRPr="00DC2F01">
              <w:rPr>
                <w:rFonts w:ascii="Times New Roman" w:hAnsi="Times New Roman" w:cs="Times New Roman"/>
                <w:color w:val="auto"/>
                <w:lang w:val="ru-RU"/>
              </w:rPr>
              <w:t xml:space="preserve"> </w:t>
            </w:r>
          </w:p>
          <w:p w:rsidR="00DC2F01" w:rsidRPr="00DC2F01" w:rsidRDefault="00DC2F01" w:rsidP="00494884">
            <w:pPr>
              <w:pStyle w:val="21"/>
              <w:spacing w:before="0" w:line="240" w:lineRule="auto"/>
              <w:outlineLvl w:val="1"/>
              <w:rPr>
                <w:rFonts w:ascii="Times New Roman" w:hAnsi="Times New Roman" w:cs="Times New Roman"/>
                <w:b w:val="0"/>
                <w:color w:val="auto"/>
                <w:lang w:val="ru-RU"/>
              </w:rPr>
            </w:pPr>
            <w:r w:rsidRPr="00DC2F01">
              <w:rPr>
                <w:rFonts w:ascii="Times New Roman" w:hAnsi="Times New Roman" w:cs="Times New Roman"/>
                <w:color w:val="auto"/>
                <w:lang w:val="ru-RU"/>
              </w:rPr>
              <w:t xml:space="preserve">уметь: </w:t>
            </w:r>
            <w:r w:rsidRPr="00DC2F01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>использовать профессионально профилированные знания основных разделов химии для решения экологических проблем, связанных с загрязнением окружающей среды.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владеть:</w:t>
            </w:r>
            <w:r w:rsidRPr="00DC2F01">
              <w:rPr>
                <w:szCs w:val="24"/>
                <w:lang w:val="ru-RU"/>
              </w:rPr>
              <w:t xml:space="preserve"> навыками проведения химического эксперимента в объеме необходимом для решения профессиональных в области экологии и природопользования</w:t>
            </w:r>
          </w:p>
          <w:p w:rsidR="00DC2F01" w:rsidRPr="00DC2F01" w:rsidRDefault="00DC2F01" w:rsidP="00494884">
            <w:pPr>
              <w:spacing w:line="240" w:lineRule="auto"/>
              <w:rPr>
                <w:szCs w:val="24"/>
                <w:lang w:val="ru-RU"/>
              </w:rPr>
            </w:pPr>
          </w:p>
        </w:tc>
      </w:tr>
    </w:tbl>
    <w:p w:rsidR="00DC2F01" w:rsidRPr="00DC2F01" w:rsidRDefault="00DC2F01" w:rsidP="00DC2F01">
      <w:pPr>
        <w:spacing w:line="240" w:lineRule="auto"/>
        <w:rPr>
          <w:rFonts w:ascii="TimesNewRomanPSMT" w:hAnsi="TimesNewRomanPSMT" w:cs="TimesNewRomanPSMT"/>
          <w:szCs w:val="24"/>
          <w:lang w:val="ru-RU"/>
        </w:rPr>
      </w:pPr>
    </w:p>
    <w:p w:rsidR="00DC2F01" w:rsidRPr="00DC2F01" w:rsidRDefault="00DC2F01" w:rsidP="00DC2F01">
      <w:pPr>
        <w:jc w:val="center"/>
        <w:rPr>
          <w:i/>
          <w:szCs w:val="24"/>
          <w:lang w:val="ru-RU"/>
        </w:rPr>
      </w:pPr>
      <w:r w:rsidRPr="00DC2F01">
        <w:rPr>
          <w:b/>
          <w:bCs/>
          <w:szCs w:val="24"/>
          <w:lang w:val="ru-RU"/>
        </w:rPr>
        <w:t>Распределение заданий по типам и уровням сложности</w:t>
      </w:r>
    </w:p>
    <w:p w:rsidR="00DC2F01" w:rsidRPr="00DC2F01" w:rsidRDefault="00DC2F01" w:rsidP="00DC2F01">
      <w:pPr>
        <w:jc w:val="center"/>
        <w:rPr>
          <w:i/>
          <w:szCs w:val="24"/>
          <w:lang w:val="ru-RU"/>
        </w:rPr>
      </w:pPr>
      <w:r w:rsidRPr="00DC2F01">
        <w:rPr>
          <w:i/>
          <w:szCs w:val="24"/>
          <w:lang w:val="ru-RU"/>
        </w:rPr>
        <w:t>Распределение заданий по типам и уровням сложности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565"/>
        <w:gridCol w:w="1622"/>
        <w:gridCol w:w="3921"/>
        <w:gridCol w:w="2797"/>
      </w:tblGrid>
      <w:tr w:rsidR="00DC2F01" w:rsidTr="00494884">
        <w:tc>
          <w:tcPr>
            <w:tcW w:w="1565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Индикатор компетенции</w:t>
            </w:r>
          </w:p>
        </w:tc>
        <w:tc>
          <w:tcPr>
            <w:tcW w:w="1622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Уровень сложности задания</w:t>
            </w:r>
          </w:p>
        </w:tc>
        <w:tc>
          <w:tcPr>
            <w:tcW w:w="3979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Тип задания</w:t>
            </w:r>
          </w:p>
        </w:tc>
        <w:tc>
          <w:tcPr>
            <w:tcW w:w="3148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Количество заданий</w:t>
            </w:r>
          </w:p>
        </w:tc>
      </w:tr>
      <w:tr w:rsidR="00DC2F01" w:rsidTr="00494884">
        <w:tc>
          <w:tcPr>
            <w:tcW w:w="10314" w:type="dxa"/>
            <w:gridSpan w:val="4"/>
          </w:tcPr>
          <w:p w:rsidR="00DC2F01" w:rsidRPr="004D00E1" w:rsidRDefault="00DC2F01" w:rsidP="00494884">
            <w:pPr>
              <w:jc w:val="center"/>
              <w:rPr>
                <w:szCs w:val="24"/>
              </w:rPr>
            </w:pPr>
            <w:r w:rsidRPr="004D00E1">
              <w:rPr>
                <w:szCs w:val="24"/>
              </w:rPr>
              <w:t xml:space="preserve">Семестр </w:t>
            </w:r>
            <w:r>
              <w:rPr>
                <w:szCs w:val="24"/>
              </w:rPr>
              <w:t xml:space="preserve"> 1</w:t>
            </w:r>
          </w:p>
        </w:tc>
      </w:tr>
      <w:tr w:rsidR="00DC2F01" w:rsidTr="00494884">
        <w:tc>
          <w:tcPr>
            <w:tcW w:w="1565" w:type="dxa"/>
            <w:vMerge w:val="restart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ОПК - 1.1</w:t>
            </w:r>
          </w:p>
        </w:tc>
        <w:tc>
          <w:tcPr>
            <w:tcW w:w="1622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Базовый </w:t>
            </w:r>
          </w:p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(20 %)</w:t>
            </w:r>
          </w:p>
        </w:tc>
        <w:tc>
          <w:tcPr>
            <w:tcW w:w="3979" w:type="dxa"/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 выбором одного ответа/нескольких ответов</w:t>
            </w:r>
          </w:p>
        </w:tc>
        <w:tc>
          <w:tcPr>
            <w:tcW w:w="3148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</w:tr>
      <w:tr w:rsidR="00DC2F01" w:rsidTr="00494884">
        <w:tc>
          <w:tcPr>
            <w:tcW w:w="1565" w:type="dxa"/>
            <w:vMerge/>
          </w:tcPr>
          <w:p w:rsidR="00DC2F01" w:rsidRDefault="00DC2F01" w:rsidP="00494884">
            <w:pPr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Повышенный</w:t>
            </w:r>
            <w:r>
              <w:rPr>
                <w:szCs w:val="24"/>
              </w:rPr>
              <w:t xml:space="preserve"> (70 %)</w:t>
            </w:r>
          </w:p>
        </w:tc>
        <w:tc>
          <w:tcPr>
            <w:tcW w:w="3979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 w:rsidRPr="004D00E1">
              <w:rPr>
                <w:szCs w:val="24"/>
              </w:rPr>
              <w:t>на установление последовательности/соответствия</w:t>
            </w:r>
          </w:p>
        </w:tc>
        <w:tc>
          <w:tcPr>
            <w:tcW w:w="3148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</w:tr>
      <w:tr w:rsidR="00DC2F01" w:rsidTr="00494884">
        <w:tc>
          <w:tcPr>
            <w:tcW w:w="1565" w:type="dxa"/>
            <w:vMerge/>
          </w:tcPr>
          <w:p w:rsidR="00DC2F01" w:rsidRDefault="00DC2F01" w:rsidP="00494884">
            <w:pPr>
              <w:jc w:val="center"/>
              <w:rPr>
                <w:szCs w:val="24"/>
              </w:rPr>
            </w:pPr>
          </w:p>
        </w:tc>
        <w:tc>
          <w:tcPr>
            <w:tcW w:w="1622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Высокий (10 %)</w:t>
            </w:r>
          </w:p>
        </w:tc>
        <w:tc>
          <w:tcPr>
            <w:tcW w:w="3979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с развернутым ответом</w:t>
            </w:r>
          </w:p>
        </w:tc>
        <w:tc>
          <w:tcPr>
            <w:tcW w:w="3148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</w:tr>
      <w:tr w:rsidR="00DC2F01" w:rsidTr="00494884">
        <w:tc>
          <w:tcPr>
            <w:tcW w:w="7166" w:type="dxa"/>
            <w:gridSpan w:val="3"/>
          </w:tcPr>
          <w:p w:rsidR="00DC2F01" w:rsidRPr="00791B26" w:rsidRDefault="00DC2F01" w:rsidP="00494884">
            <w:pPr>
              <w:jc w:val="right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Итого для ОПК – 1.1 </w:t>
            </w:r>
          </w:p>
        </w:tc>
        <w:tc>
          <w:tcPr>
            <w:tcW w:w="3148" w:type="dxa"/>
          </w:tcPr>
          <w:p w:rsidR="00DC2F01" w:rsidRPr="00791B26" w:rsidRDefault="00DC2F01" w:rsidP="00494884">
            <w:pPr>
              <w:jc w:val="center"/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50</w:t>
            </w:r>
          </w:p>
        </w:tc>
      </w:tr>
    </w:tbl>
    <w:p w:rsidR="00DC2F01" w:rsidRDefault="00DC2F01" w:rsidP="00DC2F01">
      <w:pPr>
        <w:jc w:val="center"/>
        <w:rPr>
          <w:szCs w:val="24"/>
        </w:rPr>
      </w:pPr>
    </w:p>
    <w:p w:rsidR="00DC2F01" w:rsidRPr="00791B26" w:rsidRDefault="00DC2F01" w:rsidP="00DC2F01">
      <w:pPr>
        <w:jc w:val="center"/>
        <w:rPr>
          <w:b/>
          <w:szCs w:val="24"/>
        </w:rPr>
      </w:pPr>
      <w:r w:rsidRPr="00791B26">
        <w:rPr>
          <w:b/>
          <w:szCs w:val="24"/>
        </w:rPr>
        <w:t>Комплект тестовых заданий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511"/>
        <w:gridCol w:w="2305"/>
        <w:gridCol w:w="2509"/>
        <w:gridCol w:w="2580"/>
      </w:tblGrid>
      <w:tr w:rsidR="00DC2F01" w:rsidRPr="004D00E1" w:rsidTr="00494884">
        <w:trPr>
          <w:trHeight w:val="184"/>
        </w:trPr>
        <w:tc>
          <w:tcPr>
            <w:tcW w:w="2511" w:type="dxa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Индикатор</w:t>
            </w:r>
          </w:p>
        </w:tc>
        <w:tc>
          <w:tcPr>
            <w:tcW w:w="2305" w:type="dxa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ОПК – 1.1</w:t>
            </w:r>
          </w:p>
        </w:tc>
        <w:tc>
          <w:tcPr>
            <w:tcW w:w="2509" w:type="dxa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Семестр </w:t>
            </w:r>
          </w:p>
        </w:tc>
        <w:tc>
          <w:tcPr>
            <w:tcW w:w="2989" w:type="dxa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1</w:t>
            </w:r>
          </w:p>
        </w:tc>
      </w:tr>
      <w:tr w:rsidR="00DC2F01" w:rsidRPr="004D00E1" w:rsidTr="00494884">
        <w:trPr>
          <w:trHeight w:val="182"/>
        </w:trPr>
        <w:tc>
          <w:tcPr>
            <w:tcW w:w="4816" w:type="dxa"/>
            <w:gridSpan w:val="2"/>
          </w:tcPr>
          <w:p w:rsidR="00DC2F01" w:rsidRPr="00791B26" w:rsidRDefault="00DC2F01" w:rsidP="00494884">
            <w:pPr>
              <w:tabs>
                <w:tab w:val="left" w:pos="3393"/>
              </w:tabs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Уровень сложности</w:t>
            </w:r>
          </w:p>
        </w:tc>
        <w:tc>
          <w:tcPr>
            <w:tcW w:w="5498" w:type="dxa"/>
            <w:gridSpan w:val="2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Базовый</w:t>
            </w:r>
          </w:p>
        </w:tc>
      </w:tr>
      <w:tr w:rsidR="00DC2F01" w:rsidRPr="001B6ED6" w:rsidTr="00494884">
        <w:trPr>
          <w:trHeight w:val="182"/>
        </w:trPr>
        <w:tc>
          <w:tcPr>
            <w:tcW w:w="4816" w:type="dxa"/>
            <w:gridSpan w:val="2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Тип задания</w:t>
            </w:r>
          </w:p>
        </w:tc>
        <w:tc>
          <w:tcPr>
            <w:tcW w:w="5498" w:type="dxa"/>
            <w:gridSpan w:val="2"/>
          </w:tcPr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Задания с выбором одного ответа/нескольких ответов</w:t>
            </w:r>
          </w:p>
        </w:tc>
      </w:tr>
      <w:tr w:rsidR="00DC2F01" w:rsidRPr="001B6ED6" w:rsidTr="00494884">
        <w:trPr>
          <w:trHeight w:val="182"/>
        </w:trPr>
        <w:tc>
          <w:tcPr>
            <w:tcW w:w="4816" w:type="dxa"/>
            <w:gridSpan w:val="2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Инструкция</w:t>
            </w:r>
          </w:p>
        </w:tc>
        <w:tc>
          <w:tcPr>
            <w:tcW w:w="5498" w:type="dxa"/>
            <w:gridSpan w:val="2"/>
          </w:tcPr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укажите один вариант ответа/не менее двух вариантов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1. Укажите один из вариантов ответа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Число, каких элементарных частиц является определяющим для понятия «химический элемент»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proofErr w:type="gramStart"/>
            <w:r w:rsidRPr="00DC2F01">
              <w:rPr>
                <w:b/>
                <w:szCs w:val="24"/>
                <w:lang w:val="ru-RU"/>
              </w:rPr>
              <w:t>А)протоны</w:t>
            </w:r>
            <w:proofErr w:type="gramEnd"/>
            <w:r w:rsidRPr="00DC2F01">
              <w:rPr>
                <w:szCs w:val="24"/>
                <w:lang w:val="ru-RU"/>
              </w:rPr>
              <w:t xml:space="preserve">;  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proofErr w:type="gramStart"/>
            <w:r w:rsidRPr="00DC2F01">
              <w:rPr>
                <w:szCs w:val="24"/>
                <w:lang w:val="ru-RU"/>
              </w:rPr>
              <w:t>Б)нейтроны</w:t>
            </w:r>
            <w:proofErr w:type="gramEnd"/>
            <w:r w:rsidRPr="00DC2F01">
              <w:rPr>
                <w:szCs w:val="24"/>
                <w:lang w:val="ru-RU"/>
              </w:rPr>
              <w:t xml:space="preserve">;  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proofErr w:type="gramStart"/>
            <w:r w:rsidRPr="00DC2F01">
              <w:rPr>
                <w:szCs w:val="24"/>
                <w:lang w:val="ru-RU"/>
              </w:rPr>
              <w:t>В)электроны</w:t>
            </w:r>
            <w:proofErr w:type="gramEnd"/>
            <w:r w:rsidRPr="00DC2F01">
              <w:rPr>
                <w:szCs w:val="24"/>
                <w:lang w:val="ru-RU"/>
              </w:rPr>
              <w:t>;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Г) ионы.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2. Укажите один из вариантов ответа</w:t>
            </w:r>
          </w:p>
          <w:p w:rsidR="00DC2F01" w:rsidRPr="00DC2F01" w:rsidRDefault="00DC2F01" w:rsidP="00494884">
            <w:pPr>
              <w:tabs>
                <w:tab w:val="left" w:pos="540"/>
              </w:tabs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Число каких элементарных частиц </w:t>
            </w:r>
            <w:proofErr w:type="gramStart"/>
            <w:r w:rsidRPr="00DC2F01">
              <w:rPr>
                <w:szCs w:val="24"/>
                <w:lang w:val="ru-RU"/>
              </w:rPr>
              <w:t>является  определяющим</w:t>
            </w:r>
            <w:proofErr w:type="gramEnd"/>
            <w:r w:rsidRPr="00DC2F01">
              <w:rPr>
                <w:szCs w:val="24"/>
                <w:lang w:val="ru-RU"/>
              </w:rPr>
              <w:t xml:space="preserve"> для понятия «изотоп»: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proofErr w:type="gramStart"/>
            <w:r w:rsidRPr="00DC2F01">
              <w:rPr>
                <w:szCs w:val="24"/>
                <w:lang w:val="ru-RU"/>
              </w:rPr>
              <w:t>А)протоны</w:t>
            </w:r>
            <w:proofErr w:type="gramEnd"/>
            <w:r w:rsidRPr="00DC2F01">
              <w:rPr>
                <w:szCs w:val="24"/>
                <w:lang w:val="ru-RU"/>
              </w:rPr>
              <w:t xml:space="preserve">;  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proofErr w:type="gramStart"/>
            <w:r w:rsidRPr="00DC2F01">
              <w:rPr>
                <w:b/>
                <w:szCs w:val="24"/>
                <w:lang w:val="ru-RU"/>
              </w:rPr>
              <w:t>Б)нейтроны</w:t>
            </w:r>
            <w:proofErr w:type="gramEnd"/>
            <w:r w:rsidRPr="00DC2F01">
              <w:rPr>
                <w:szCs w:val="24"/>
                <w:lang w:val="ru-RU"/>
              </w:rPr>
              <w:t xml:space="preserve">;  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proofErr w:type="gramStart"/>
            <w:r w:rsidRPr="00DC2F01">
              <w:rPr>
                <w:szCs w:val="24"/>
                <w:lang w:val="ru-RU"/>
              </w:rPr>
              <w:t>В)электроны</w:t>
            </w:r>
            <w:proofErr w:type="gramEnd"/>
            <w:r w:rsidRPr="00DC2F01">
              <w:rPr>
                <w:szCs w:val="24"/>
                <w:lang w:val="ru-RU"/>
              </w:rPr>
              <w:t>;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Г) ионы.</w:t>
            </w:r>
          </w:p>
        </w:tc>
      </w:tr>
      <w:tr w:rsidR="00DC2F01" w:rsidRPr="00077469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3. Укажите один из вариантов ответа</w:t>
            </w:r>
          </w:p>
          <w:p w:rsidR="00DC2F01" w:rsidRPr="004D00E1" w:rsidRDefault="00DC2F01" w:rsidP="00494884">
            <w:pPr>
              <w:pStyle w:val="2d"/>
              <w:ind w:left="0"/>
            </w:pPr>
            <w:r w:rsidRPr="004D00E1">
              <w:t>Исходя из данных о растворимости веществ, определите, в каком случае выпадения осадка не происходит:</w:t>
            </w:r>
          </w:p>
          <w:p w:rsidR="00DC2F01" w:rsidRPr="00DC2F01" w:rsidRDefault="00DC2F01" w:rsidP="00494884">
            <w:pPr>
              <w:tabs>
                <w:tab w:val="left" w:pos="838"/>
              </w:tabs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А) </w:t>
            </w:r>
            <w:r w:rsidRPr="004D00E1">
              <w:rPr>
                <w:szCs w:val="24"/>
              </w:rPr>
              <w:t>AgNO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  <w:r w:rsidRPr="00DC2F01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NaCl</w:t>
            </w:r>
            <w:r w:rsidRPr="00DC2F01">
              <w:rPr>
                <w:szCs w:val="24"/>
                <w:lang w:val="ru-RU"/>
              </w:rPr>
              <w:t xml:space="preserve"> →         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CuCl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DC2F01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NaOH</w:t>
            </w:r>
            <w:r w:rsidRPr="00DC2F01">
              <w:rPr>
                <w:szCs w:val="24"/>
                <w:lang w:val="ru-RU"/>
              </w:rPr>
              <w:t xml:space="preserve"> →</w:t>
            </w:r>
          </w:p>
          <w:p w:rsidR="00DC2F01" w:rsidRPr="00756FBF" w:rsidRDefault="00DC2F01" w:rsidP="00494884">
            <w:pPr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В</w:t>
            </w:r>
            <w:r w:rsidRPr="00756FBF">
              <w:rPr>
                <w:b/>
                <w:szCs w:val="24"/>
              </w:rPr>
              <w:t xml:space="preserve">) </w:t>
            </w:r>
            <w:r w:rsidRPr="004D00E1">
              <w:rPr>
                <w:b/>
                <w:szCs w:val="24"/>
              </w:rPr>
              <w:t>MnSO</w:t>
            </w:r>
            <w:r w:rsidRPr="00756FBF">
              <w:rPr>
                <w:b/>
                <w:szCs w:val="24"/>
                <w:vertAlign w:val="subscript"/>
              </w:rPr>
              <w:t xml:space="preserve">4 </w:t>
            </w:r>
            <w:r w:rsidRPr="00756FBF">
              <w:rPr>
                <w:b/>
                <w:szCs w:val="24"/>
              </w:rPr>
              <w:t>+</w:t>
            </w:r>
            <w:r w:rsidRPr="004D00E1">
              <w:rPr>
                <w:b/>
                <w:szCs w:val="24"/>
              </w:rPr>
              <w:t>NaI</w:t>
            </w:r>
            <w:r w:rsidRPr="00756FBF">
              <w:rPr>
                <w:b/>
                <w:szCs w:val="24"/>
              </w:rPr>
              <w:t>→</w:t>
            </w:r>
          </w:p>
          <w:p w:rsidR="00DC2F01" w:rsidRPr="00756FBF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lastRenderedPageBreak/>
              <w:t>Г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BaCl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K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>4. Укажите один из вариантов ответа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Из приведённых ниже солей по аниону гидролизуется</w:t>
            </w:r>
          </w:p>
          <w:p w:rsidR="00DC2F01" w:rsidRPr="004D00E1" w:rsidRDefault="00DC2F01" w:rsidP="00494884">
            <w:pPr>
              <w:tabs>
                <w:tab w:val="left" w:pos="720"/>
              </w:tabs>
              <w:rPr>
                <w:szCs w:val="24"/>
              </w:rPr>
            </w:pPr>
            <w:r w:rsidRPr="004D00E1">
              <w:rPr>
                <w:szCs w:val="24"/>
              </w:rPr>
              <w:t>А) KNO</w:t>
            </w:r>
            <w:r w:rsidRPr="004D00E1">
              <w:rPr>
                <w:szCs w:val="24"/>
                <w:vertAlign w:val="subscript"/>
              </w:rPr>
              <w:t xml:space="preserve">3  </w:t>
            </w:r>
          </w:p>
          <w:p w:rsidR="00DC2F01" w:rsidRPr="004D00E1" w:rsidRDefault="00DC2F01" w:rsidP="00494884">
            <w:pPr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CuSO</w:t>
            </w:r>
            <w:r w:rsidRPr="004D00E1">
              <w:rPr>
                <w:b/>
                <w:szCs w:val="24"/>
                <w:vertAlign w:val="subscript"/>
              </w:rPr>
              <w:t>4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В) 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Г) BaCl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5. Укажите один из вариантов ответа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Из приведённых ниже солей по катиону гидролизуется</w:t>
            </w:r>
          </w:p>
          <w:p w:rsidR="00DC2F01" w:rsidRPr="00756FBF" w:rsidRDefault="00DC2F01" w:rsidP="00494884">
            <w:pPr>
              <w:tabs>
                <w:tab w:val="left" w:pos="720"/>
              </w:tabs>
              <w:rPr>
                <w:szCs w:val="24"/>
              </w:rPr>
            </w:pPr>
            <w:r w:rsidRPr="004D00E1">
              <w:rPr>
                <w:szCs w:val="24"/>
              </w:rPr>
              <w:t>А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KNO</w:t>
            </w:r>
            <w:r w:rsidRPr="00756FBF">
              <w:rPr>
                <w:szCs w:val="24"/>
                <w:vertAlign w:val="subscript"/>
              </w:rPr>
              <w:t xml:space="preserve">3  </w:t>
            </w:r>
          </w:p>
          <w:p w:rsidR="00DC2F01" w:rsidRPr="00756FBF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Б</w:t>
            </w:r>
            <w:r w:rsidRPr="00756FBF">
              <w:rPr>
                <w:szCs w:val="24"/>
              </w:rPr>
              <w:t xml:space="preserve">) </w:t>
            </w:r>
            <w:r w:rsidRPr="004D00E1">
              <w:rPr>
                <w:szCs w:val="24"/>
              </w:rPr>
              <w:t>CuSO</w:t>
            </w:r>
            <w:r w:rsidRPr="00756FBF">
              <w:rPr>
                <w:szCs w:val="24"/>
                <w:vertAlign w:val="subscript"/>
              </w:rPr>
              <w:t>4</w:t>
            </w:r>
          </w:p>
          <w:p w:rsidR="00DC2F01" w:rsidRPr="00756FBF" w:rsidRDefault="00DC2F01" w:rsidP="00494884">
            <w:pPr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В</w:t>
            </w:r>
            <w:r w:rsidRPr="00756FBF">
              <w:rPr>
                <w:b/>
                <w:szCs w:val="24"/>
              </w:rPr>
              <w:t xml:space="preserve">) </w:t>
            </w:r>
            <w:r w:rsidRPr="004D00E1">
              <w:rPr>
                <w:b/>
                <w:szCs w:val="24"/>
              </w:rPr>
              <w:t>Na</w:t>
            </w:r>
            <w:r w:rsidRPr="00756FBF">
              <w:rPr>
                <w:b/>
                <w:szCs w:val="24"/>
                <w:vertAlign w:val="subscript"/>
              </w:rPr>
              <w:t>2</w:t>
            </w:r>
            <w:r w:rsidRPr="004D00E1">
              <w:rPr>
                <w:b/>
                <w:szCs w:val="24"/>
              </w:rPr>
              <w:t>SO</w:t>
            </w:r>
            <w:r w:rsidRPr="00756FBF">
              <w:rPr>
                <w:b/>
                <w:szCs w:val="24"/>
                <w:vertAlign w:val="subscript"/>
              </w:rPr>
              <w:t>3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Г) BaCl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DC2F01" w:rsidRPr="001B6ED6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6. Укажите не менее двух вариантов ответа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Пропущенными веществами в уравнении реакции </w:t>
            </w:r>
            <w:r w:rsidRPr="004D00E1">
              <w:rPr>
                <w:szCs w:val="24"/>
              </w:rPr>
              <w:t>K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  <w:proofErr w:type="gramStart"/>
            <w:r w:rsidRPr="00DC2F01">
              <w:rPr>
                <w:szCs w:val="24"/>
                <w:lang w:val="ru-RU"/>
              </w:rPr>
              <w:t>+….</w:t>
            </w:r>
            <w:proofErr w:type="gramEnd"/>
            <w:r w:rsidRPr="00DC2F01">
              <w:rPr>
                <w:szCs w:val="24"/>
                <w:lang w:val="ru-RU"/>
              </w:rPr>
              <w:t>→</w:t>
            </w:r>
            <w:r w:rsidRPr="004D00E1">
              <w:rPr>
                <w:szCs w:val="24"/>
              </w:rPr>
              <w:t>KCl</w:t>
            </w:r>
            <w:r w:rsidRPr="00DC2F01">
              <w:rPr>
                <w:szCs w:val="24"/>
                <w:lang w:val="ru-RU"/>
              </w:rPr>
              <w:t>+…+</w:t>
            </w:r>
            <w:r w:rsidRPr="004D00E1"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являются 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А) </w:t>
            </w:r>
            <w:proofErr w:type="gramStart"/>
            <w:r w:rsidRPr="004D00E1">
              <w:rPr>
                <w:b/>
                <w:szCs w:val="24"/>
              </w:rPr>
              <w:t>HCl</w:t>
            </w:r>
            <w:r w:rsidRPr="00DC2F01">
              <w:rPr>
                <w:b/>
                <w:szCs w:val="24"/>
                <w:lang w:val="ru-RU"/>
              </w:rPr>
              <w:t xml:space="preserve">  и</w:t>
            </w:r>
            <w:proofErr w:type="gramEnd"/>
            <w:r w:rsidRPr="00DC2F01">
              <w:rPr>
                <w:b/>
                <w:szCs w:val="24"/>
                <w:lang w:val="ru-RU"/>
              </w:rPr>
              <w:t xml:space="preserve"> </w:t>
            </w:r>
            <w:r w:rsidRPr="004D00E1">
              <w:rPr>
                <w:b/>
                <w:szCs w:val="24"/>
              </w:rPr>
              <w:t>CO</w:t>
            </w:r>
            <w:r w:rsidRPr="00DC2F01">
              <w:rPr>
                <w:b/>
                <w:szCs w:val="24"/>
                <w:vertAlign w:val="subscript"/>
                <w:lang w:val="ru-RU"/>
              </w:rPr>
              <w:t>2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  <w:r w:rsidRPr="00DC2F01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В) </w:t>
            </w:r>
            <w:r w:rsidRPr="004D00E1">
              <w:rPr>
                <w:szCs w:val="24"/>
              </w:rPr>
              <w:t>HNO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  <w:r w:rsidRPr="00DC2F01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N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Г) </w:t>
            </w:r>
            <w:r w:rsidRPr="004D00E1"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DC2F01">
              <w:rPr>
                <w:szCs w:val="24"/>
                <w:lang w:val="ru-RU"/>
              </w:rPr>
              <w:t xml:space="preserve"> и </w:t>
            </w:r>
            <w:r w:rsidRPr="004D00E1">
              <w:rPr>
                <w:szCs w:val="24"/>
              </w:rPr>
              <w:t>SO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color w:val="000000"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7. </w:t>
            </w:r>
            <w:r w:rsidRPr="00DC2F01">
              <w:rPr>
                <w:color w:val="000000"/>
                <w:szCs w:val="24"/>
                <w:lang w:val="ru-RU"/>
              </w:rPr>
              <w:t>Из числа указанных в ряду элементов выберите два элемента, которые проявляют низшую степень окисления, равную –4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А) Р</w:t>
            </w:r>
          </w:p>
          <w:p w:rsidR="00DC2F01" w:rsidRPr="004D00E1" w:rsidRDefault="00DC2F01" w:rsidP="00494884">
            <w:pPr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С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В) N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b/>
                <w:szCs w:val="24"/>
              </w:rPr>
              <w:t>Г) Si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4D00E1" w:rsidRDefault="00DC2F01" w:rsidP="00494884">
            <w:pPr>
              <w:rPr>
                <w:color w:val="000000"/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8. </w:t>
            </w:r>
            <w:r w:rsidRPr="00DC2F01">
              <w:rPr>
                <w:color w:val="000000"/>
                <w:szCs w:val="24"/>
                <w:lang w:val="ru-RU"/>
              </w:rPr>
              <w:t>Из числа ука</w:t>
            </w:r>
            <w:r w:rsidRPr="00DC2F01">
              <w:rPr>
                <w:color w:val="000000"/>
                <w:szCs w:val="24"/>
                <w:lang w:val="ru-RU"/>
              </w:rPr>
              <w:softHyphen/>
              <w:t>зан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ных в ряду эле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мен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тов вы</w:t>
            </w:r>
            <w:r w:rsidRPr="00DC2F01">
              <w:rPr>
                <w:color w:val="000000"/>
                <w:szCs w:val="24"/>
                <w:lang w:val="ru-RU"/>
              </w:rPr>
              <w:softHyphen/>
              <w:t>бе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те два эле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мен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та, ко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рые про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яв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ля</w:t>
            </w:r>
            <w:r w:rsidRPr="00DC2F01">
              <w:rPr>
                <w:color w:val="000000"/>
                <w:szCs w:val="24"/>
                <w:lang w:val="ru-RU"/>
              </w:rPr>
              <w:softHyphen/>
              <w:t>ют высшую сте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пень окис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ния, 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 xml:space="preserve">ную </w:t>
            </w:r>
            <w:r w:rsidRPr="004D00E1">
              <w:rPr>
                <w:color w:val="000000"/>
                <w:szCs w:val="24"/>
              </w:rPr>
              <w:t>+1.</w:t>
            </w:r>
          </w:p>
          <w:p w:rsidR="00DC2F01" w:rsidRPr="004D00E1" w:rsidRDefault="00DC2F01" w:rsidP="00494884">
            <w:pPr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А) Na</w:t>
            </w:r>
          </w:p>
          <w:p w:rsidR="00DC2F01" w:rsidRPr="004D00E1" w:rsidRDefault="00DC2F01" w:rsidP="00494884">
            <w:pPr>
              <w:rPr>
                <w:b/>
                <w:szCs w:val="24"/>
              </w:rPr>
            </w:pPr>
            <w:r w:rsidRPr="004D00E1">
              <w:rPr>
                <w:b/>
                <w:szCs w:val="24"/>
              </w:rPr>
              <w:t>Б) Li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В) Mg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Г) Ba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9. </w:t>
            </w:r>
            <w:r w:rsidRPr="00DC2F01">
              <w:rPr>
                <w:color w:val="000000"/>
                <w:szCs w:val="24"/>
                <w:lang w:val="ru-RU"/>
              </w:rPr>
              <w:t xml:space="preserve">Из предложенного перечня выберите два соединения, в которых присутствует ионная </w:t>
            </w:r>
            <w:r w:rsidRPr="00DC2F01">
              <w:rPr>
                <w:color w:val="000000"/>
                <w:szCs w:val="24"/>
                <w:lang w:val="ru-RU"/>
              </w:rPr>
              <w:lastRenderedPageBreak/>
              <w:t>химическая связь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А) </w:t>
            </w:r>
            <w:r w:rsidRPr="004D00E1">
              <w:rPr>
                <w:szCs w:val="24"/>
              </w:rPr>
              <w:t>Cl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Б) </w:t>
            </w:r>
            <w:r w:rsidRPr="004D00E1">
              <w:rPr>
                <w:b/>
                <w:szCs w:val="24"/>
              </w:rPr>
              <w:t>NaBr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В) </w:t>
            </w:r>
            <w:r w:rsidRPr="004D00E1"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b/>
                <w:szCs w:val="24"/>
              </w:rPr>
              <w:t>Г) Na</w:t>
            </w:r>
            <w:r w:rsidRPr="004D00E1">
              <w:rPr>
                <w:b/>
                <w:szCs w:val="24"/>
                <w:vertAlign w:val="subscript"/>
              </w:rPr>
              <w:t>2</w:t>
            </w:r>
            <w:r w:rsidRPr="004D00E1">
              <w:rPr>
                <w:b/>
                <w:szCs w:val="24"/>
              </w:rPr>
              <w:t>O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color w:val="000000"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 xml:space="preserve">10.  </w:t>
            </w:r>
            <w:r w:rsidRPr="00DC2F01">
              <w:rPr>
                <w:color w:val="000000"/>
                <w:szCs w:val="24"/>
                <w:lang w:val="ru-RU"/>
              </w:rPr>
              <w:t>Из предложенного перечня выберите два вещества, в которых присутствует ко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ва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лент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ная свя</w:t>
            </w:r>
            <w:r w:rsidRPr="00DC2F01">
              <w:rPr>
                <w:color w:val="000000"/>
                <w:szCs w:val="24"/>
                <w:lang w:val="ru-RU"/>
              </w:rPr>
              <w:softHyphen/>
              <w:t>зь.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А) </w:t>
            </w:r>
            <w:r w:rsidRPr="004D00E1">
              <w:rPr>
                <w:b/>
                <w:szCs w:val="24"/>
              </w:rPr>
              <w:t>Cl</w:t>
            </w:r>
            <w:r w:rsidRPr="00DC2F01">
              <w:rPr>
                <w:b/>
                <w:szCs w:val="24"/>
                <w:vertAlign w:val="subscript"/>
                <w:lang w:val="ru-RU"/>
              </w:rPr>
              <w:t>2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Б) </w:t>
            </w:r>
            <w:r w:rsidRPr="004D00E1">
              <w:rPr>
                <w:szCs w:val="24"/>
              </w:rPr>
              <w:t>NaBr</w:t>
            </w:r>
          </w:p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 xml:space="preserve">В) </w:t>
            </w:r>
            <w:r w:rsidRPr="004D00E1">
              <w:rPr>
                <w:b/>
                <w:szCs w:val="24"/>
              </w:rPr>
              <w:t>H</w:t>
            </w:r>
            <w:r w:rsidRPr="00DC2F01">
              <w:rPr>
                <w:b/>
                <w:szCs w:val="24"/>
                <w:vertAlign w:val="subscript"/>
                <w:lang w:val="ru-RU"/>
              </w:rPr>
              <w:t>2</w:t>
            </w:r>
            <w:r w:rsidRPr="004D00E1">
              <w:rPr>
                <w:b/>
                <w:szCs w:val="24"/>
              </w:rPr>
              <w:t>S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Г)</w:t>
            </w:r>
            <w:r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O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4D00E1" w:rsidRDefault="00DC2F01" w:rsidP="00494884">
            <w:pPr>
              <w:rPr>
                <w:szCs w:val="24"/>
              </w:rPr>
            </w:pPr>
          </w:p>
        </w:tc>
      </w:tr>
      <w:tr w:rsidR="00DC2F01" w:rsidRPr="00791B26" w:rsidTr="00494884">
        <w:trPr>
          <w:trHeight w:val="184"/>
        </w:trPr>
        <w:tc>
          <w:tcPr>
            <w:tcW w:w="2511" w:type="dxa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Индикатор</w:t>
            </w:r>
          </w:p>
        </w:tc>
        <w:tc>
          <w:tcPr>
            <w:tcW w:w="2305" w:type="dxa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ОПК – 1.1</w:t>
            </w:r>
          </w:p>
        </w:tc>
        <w:tc>
          <w:tcPr>
            <w:tcW w:w="2509" w:type="dxa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 xml:space="preserve">Семестр </w:t>
            </w:r>
          </w:p>
        </w:tc>
        <w:tc>
          <w:tcPr>
            <w:tcW w:w="2989" w:type="dxa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1</w:t>
            </w:r>
          </w:p>
        </w:tc>
      </w:tr>
      <w:tr w:rsidR="00DC2F01" w:rsidRPr="00791B26" w:rsidTr="00494884">
        <w:trPr>
          <w:trHeight w:val="182"/>
        </w:trPr>
        <w:tc>
          <w:tcPr>
            <w:tcW w:w="4816" w:type="dxa"/>
            <w:gridSpan w:val="2"/>
          </w:tcPr>
          <w:p w:rsidR="00DC2F01" w:rsidRPr="00791B26" w:rsidRDefault="00DC2F01" w:rsidP="00494884">
            <w:pPr>
              <w:tabs>
                <w:tab w:val="left" w:pos="3393"/>
              </w:tabs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Уровень сложности</w:t>
            </w:r>
          </w:p>
        </w:tc>
        <w:tc>
          <w:tcPr>
            <w:tcW w:w="5498" w:type="dxa"/>
            <w:gridSpan w:val="2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Повышенный</w:t>
            </w:r>
          </w:p>
        </w:tc>
      </w:tr>
      <w:tr w:rsidR="00DC2F01" w:rsidRPr="001B6ED6" w:rsidTr="00494884">
        <w:trPr>
          <w:trHeight w:val="182"/>
        </w:trPr>
        <w:tc>
          <w:tcPr>
            <w:tcW w:w="4816" w:type="dxa"/>
            <w:gridSpan w:val="2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Тип задания</w:t>
            </w:r>
          </w:p>
        </w:tc>
        <w:tc>
          <w:tcPr>
            <w:tcW w:w="5498" w:type="dxa"/>
            <w:gridSpan w:val="2"/>
          </w:tcPr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Задания на установление последовательности/соответствия</w:t>
            </w:r>
          </w:p>
        </w:tc>
      </w:tr>
      <w:tr w:rsidR="00DC2F01" w:rsidRPr="001B6ED6" w:rsidTr="00494884">
        <w:trPr>
          <w:trHeight w:val="182"/>
        </w:trPr>
        <w:tc>
          <w:tcPr>
            <w:tcW w:w="4816" w:type="dxa"/>
            <w:gridSpan w:val="2"/>
          </w:tcPr>
          <w:p w:rsidR="00DC2F01" w:rsidRPr="00791B26" w:rsidRDefault="00DC2F01" w:rsidP="00494884">
            <w:pPr>
              <w:rPr>
                <w:b/>
                <w:szCs w:val="24"/>
              </w:rPr>
            </w:pPr>
            <w:r w:rsidRPr="00791B26">
              <w:rPr>
                <w:b/>
                <w:szCs w:val="24"/>
              </w:rPr>
              <w:t>Инструкция</w:t>
            </w:r>
          </w:p>
        </w:tc>
        <w:tc>
          <w:tcPr>
            <w:tcW w:w="5498" w:type="dxa"/>
            <w:gridSpan w:val="2"/>
          </w:tcPr>
          <w:p w:rsidR="00DC2F01" w:rsidRPr="00DC2F01" w:rsidRDefault="00DC2F01" w:rsidP="00494884">
            <w:pPr>
              <w:rPr>
                <w:b/>
                <w:szCs w:val="24"/>
                <w:lang w:val="ru-RU"/>
              </w:rPr>
            </w:pPr>
            <w:r w:rsidRPr="00DC2F01">
              <w:rPr>
                <w:b/>
                <w:szCs w:val="24"/>
                <w:lang w:val="ru-RU"/>
              </w:rPr>
              <w:t>Установите последовательность элементов/соответствие между объектами задания и вариантами ответа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11.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2s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2p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3s</w:t>
            </w:r>
          </w:p>
          <w:p w:rsidR="00DC2F01" w:rsidRDefault="00DC2F01" w:rsidP="000D3AEE">
            <w:pPr>
              <w:pStyle w:val="ae"/>
              <w:numPr>
                <w:ilvl w:val="0"/>
                <w:numId w:val="6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3p </w:t>
            </w:r>
          </w:p>
          <w:p w:rsidR="00DC2F01" w:rsidRPr="004D00E1" w:rsidRDefault="00DC2F01" w:rsidP="00494884">
            <w:pPr>
              <w:pStyle w:val="ae"/>
              <w:rPr>
                <w:szCs w:val="24"/>
              </w:rPr>
            </w:pP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12.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4s 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3d 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4p 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5s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13. Укажите в какой последовательности, согласно принципу минимума энергии, будут заполняться электронные подуровни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6s 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5d   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4f 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lastRenderedPageBreak/>
              <w:t>6p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>14.  Расположите вещества в следующем порядке: кислотный оксид, кислота, соль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 xml:space="preserve"> 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H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4D00E1">
              <w:rPr>
                <w:szCs w:val="24"/>
                <w:vertAlign w:val="subscript"/>
              </w:rPr>
              <w:t>3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15. Расположите вещества в следующем порядке: основной оксид, основание, соль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O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Cu(OH)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BaCl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DC2F01" w:rsidRPr="004D00E1" w:rsidRDefault="00DC2F01" w:rsidP="00494884">
            <w:pPr>
              <w:rPr>
                <w:szCs w:val="24"/>
              </w:rPr>
            </w:pP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16.  Расположите вещества в следующем порядке: кислая соль, средняя соль, основная соль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Гидросульфат натрия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Хлорид бария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Гидроксокарбонат меди.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color w:val="000000"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17. </w:t>
            </w:r>
            <w:r w:rsidRPr="00DC2F01">
              <w:rPr>
                <w:color w:val="000000"/>
                <w:szCs w:val="24"/>
                <w:lang w:val="ru-RU"/>
              </w:rPr>
              <w:t>Расположите химические элементы в порядке возрастания их металлических свойств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Кремний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Магний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Натрий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color w:val="000000"/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18. </w:t>
            </w:r>
            <w:r w:rsidRPr="00DC2F01">
              <w:rPr>
                <w:color w:val="000000"/>
                <w:szCs w:val="24"/>
                <w:lang w:val="ru-RU"/>
              </w:rPr>
              <w:t>Рас</w:t>
            </w:r>
            <w:r w:rsidRPr="00DC2F01">
              <w:rPr>
                <w:color w:val="000000"/>
                <w:szCs w:val="24"/>
                <w:lang w:val="ru-RU"/>
              </w:rPr>
              <w:softHyphen/>
              <w:t>по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жи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мен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ряд</w:t>
            </w:r>
            <w:r w:rsidRPr="00DC2F01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рас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та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ния их ме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тал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ских свойств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0"/>
              </w:numPr>
              <w:spacing w:line="240" w:lineRule="auto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 </w:t>
            </w:r>
            <w:r w:rsidRPr="004D00E1">
              <w:rPr>
                <w:szCs w:val="24"/>
              </w:rPr>
              <w:t>Алюминий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Магний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0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Натрий</w:t>
            </w:r>
          </w:p>
          <w:p w:rsidR="00DC2F01" w:rsidRPr="004D00E1" w:rsidRDefault="00DC2F01" w:rsidP="00494884">
            <w:pPr>
              <w:rPr>
                <w:szCs w:val="24"/>
              </w:rPr>
            </w:pP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color w:val="000000"/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19. Рас</w:t>
            </w:r>
            <w:r w:rsidRPr="00DC2F01">
              <w:rPr>
                <w:color w:val="000000"/>
                <w:szCs w:val="24"/>
                <w:lang w:val="ru-RU"/>
              </w:rPr>
              <w:softHyphen/>
              <w:t>по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жи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мен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ряд</w:t>
            </w:r>
            <w:r w:rsidRPr="00DC2F01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рас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та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ния их неме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тал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ских свойств.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9"/>
              </w:numPr>
              <w:spacing w:line="240" w:lineRule="auto"/>
              <w:rPr>
                <w:szCs w:val="24"/>
              </w:rPr>
            </w:pPr>
            <w:r w:rsidRPr="00DC2F01">
              <w:rPr>
                <w:szCs w:val="24"/>
                <w:lang w:val="ru-RU"/>
              </w:rPr>
              <w:t xml:space="preserve"> </w:t>
            </w:r>
            <w:r w:rsidRPr="004D00E1">
              <w:rPr>
                <w:szCs w:val="24"/>
              </w:rPr>
              <w:t>Магний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Кремний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9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Хлор</w:t>
            </w:r>
          </w:p>
          <w:p w:rsidR="00DC2F01" w:rsidRPr="004D00E1" w:rsidRDefault="00DC2F01" w:rsidP="00494884">
            <w:pPr>
              <w:rPr>
                <w:szCs w:val="24"/>
              </w:rPr>
            </w:pP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color w:val="000000"/>
                <w:szCs w:val="24"/>
                <w:lang w:val="ru-RU"/>
              </w:rPr>
            </w:pPr>
            <w:r w:rsidRPr="00DC2F01">
              <w:rPr>
                <w:color w:val="000000"/>
                <w:szCs w:val="24"/>
                <w:lang w:val="ru-RU"/>
              </w:rPr>
              <w:t>20. Рас</w:t>
            </w:r>
            <w:r w:rsidRPr="00DC2F01">
              <w:rPr>
                <w:color w:val="000000"/>
                <w:szCs w:val="24"/>
                <w:lang w:val="ru-RU"/>
              </w:rPr>
              <w:softHyphen/>
              <w:t>по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жи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те химические эле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мен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ты в по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ряд</w:t>
            </w:r>
            <w:r w:rsidRPr="00DC2F01">
              <w:rPr>
                <w:color w:val="000000"/>
                <w:szCs w:val="24"/>
                <w:lang w:val="ru-RU"/>
              </w:rPr>
              <w:softHyphen/>
              <w:t>ке воз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рас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та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ния их неме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тал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ских свойств.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8"/>
              </w:numPr>
              <w:spacing w:line="240" w:lineRule="auto"/>
              <w:jc w:val="both"/>
              <w:rPr>
                <w:szCs w:val="24"/>
              </w:rPr>
            </w:pPr>
            <w:r w:rsidRPr="004D00E1">
              <w:rPr>
                <w:szCs w:val="24"/>
              </w:rPr>
              <w:t>Калий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Мышьяк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6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 xml:space="preserve"> Бром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21. Расположите химические элементы в порядке возрастания их атомных радиусов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1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22. Расположите химические элементы в порядке возрастания их атомных радиусов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Se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2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Te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23. Расположите химические элементы в порядке убывания их атомных радиусов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Al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P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3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Cl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>24. Расположите химические элементы в порядке убывания их атомных радиусов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In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Sb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4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I</w:t>
            </w:r>
          </w:p>
        </w:tc>
      </w:tr>
      <w:tr w:rsidR="00DC2F01" w:rsidRPr="004D00E1" w:rsidTr="00494884">
        <w:tc>
          <w:tcPr>
            <w:tcW w:w="10314" w:type="dxa"/>
            <w:gridSpan w:val="4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25. Расположите химические элементы в порядке возрастания их энергии ионизации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Mg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5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Al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bottom w:val="single" w:sz="4" w:space="0" w:color="auto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26. Расположите химические элементы в порядке убывания их энергии ионизации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6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K</w:t>
            </w:r>
          </w:p>
          <w:p w:rsidR="00DC2F01" w:rsidRPr="004D00E1" w:rsidRDefault="00DC2F01" w:rsidP="00494884">
            <w:pPr>
              <w:rPr>
                <w:szCs w:val="24"/>
              </w:rPr>
            </w:pP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27. Установите соответствие между формулой соли и продуктами электролиза водного раствора этой соли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Формула соли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1 </w:t>
            </w:r>
            <w:r w:rsidRPr="004D00E1">
              <w:rPr>
                <w:szCs w:val="24"/>
              </w:rPr>
              <w:t>KCl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2 </w:t>
            </w:r>
            <w:r w:rsidRPr="004D00E1">
              <w:rPr>
                <w:szCs w:val="24"/>
              </w:rPr>
              <w:t>Na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  <w:r w:rsidRPr="004D00E1">
              <w:rPr>
                <w:szCs w:val="24"/>
              </w:rPr>
              <w:t>PO</w:t>
            </w:r>
            <w:r w:rsidRPr="00DC2F01">
              <w:rPr>
                <w:szCs w:val="24"/>
                <w:vertAlign w:val="subscript"/>
                <w:lang w:val="ru-RU"/>
              </w:rPr>
              <w:t>4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 </w:t>
            </w:r>
            <w:r w:rsidRPr="004D00E1">
              <w:rPr>
                <w:szCs w:val="24"/>
              </w:rPr>
              <w:t>Cu</w:t>
            </w:r>
            <w:r w:rsidRPr="00DC2F01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NO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  <w:r w:rsidRPr="00DC2F01">
              <w:rPr>
                <w:szCs w:val="24"/>
                <w:lang w:val="ru-RU"/>
              </w:rPr>
              <w:t>)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Продукты электролиза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Cu</w:t>
            </w:r>
            <w:r w:rsidRPr="00DC2F01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Б. </w:t>
            </w:r>
            <w:r w:rsidRPr="004D00E1"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DC2F01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В. H</w:t>
            </w:r>
            <w:proofErr w:type="gramStart"/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,Cl</w:t>
            </w:r>
            <w:proofErr w:type="gramEnd"/>
            <w:r w:rsidRPr="004D00E1">
              <w:rPr>
                <w:szCs w:val="24"/>
                <w:vertAlign w:val="subscript"/>
              </w:rPr>
              <w:t>2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Г. Cu, NO</w:t>
            </w:r>
            <w:r w:rsidRPr="004D00E1">
              <w:rPr>
                <w:szCs w:val="24"/>
                <w:vertAlign w:val="subscript"/>
              </w:rPr>
              <w:t>2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  <w:bottom w:val="single" w:sz="4" w:space="0" w:color="auto"/>
            </w:tcBorders>
          </w:tcPr>
          <w:p w:rsidR="00DC2F01" w:rsidRPr="00756FBF" w:rsidRDefault="00DC2F01" w:rsidP="00494884">
            <w:pPr>
              <w:rPr>
                <w:b/>
                <w:szCs w:val="24"/>
              </w:rPr>
            </w:pPr>
            <w:r w:rsidRPr="00756FBF">
              <w:rPr>
                <w:b/>
                <w:szCs w:val="24"/>
              </w:rPr>
              <w:t>1В, 2Б, 3А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28. Установите соответствие между формулой соли и продуктами электролиза водного раствора этой соли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Формула соли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NaI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AgNO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K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SO</w:t>
            </w:r>
            <w:r w:rsidRPr="00DC2F01">
              <w:rPr>
                <w:szCs w:val="24"/>
                <w:vertAlign w:val="subscript"/>
                <w:lang w:val="ru-RU"/>
              </w:rPr>
              <w:t>4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Продукты электролиза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Ag</w:t>
            </w:r>
            <w:r w:rsidRPr="00DC2F01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Б. </w:t>
            </w:r>
            <w:r w:rsidRPr="004D00E1"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DC2F01">
              <w:rPr>
                <w:szCs w:val="24"/>
                <w:lang w:val="ru-RU"/>
              </w:rPr>
              <w:t xml:space="preserve">, </w:t>
            </w:r>
            <w:r w:rsidRPr="004D00E1"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K, SO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DC2F01" w:rsidRPr="00756FBF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Г. H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 xml:space="preserve">, </w:t>
            </w:r>
            <w:r w:rsidRPr="004D00E1">
              <w:rPr>
                <w:szCs w:val="24"/>
              </w:rPr>
              <w:t>I</w:t>
            </w:r>
            <w:r w:rsidRPr="00756FBF">
              <w:rPr>
                <w:szCs w:val="24"/>
                <w:vertAlign w:val="subscript"/>
              </w:rPr>
              <w:t>2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756FBF" w:rsidRDefault="00DC2F01" w:rsidP="00494884">
            <w:pPr>
              <w:rPr>
                <w:b/>
                <w:szCs w:val="24"/>
              </w:rPr>
            </w:pPr>
            <w:r w:rsidRPr="00756FBF">
              <w:rPr>
                <w:b/>
                <w:szCs w:val="24"/>
              </w:rPr>
              <w:t>1Г, 2А, 3Б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29. Установите соответствие между молекулярным и ионным уравнением реакции</w:t>
            </w:r>
          </w:p>
        </w:tc>
      </w:tr>
      <w:tr w:rsidR="00DC2F01" w:rsidRPr="007D41C0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Молекулярное уравнение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1. С</w:t>
            </w:r>
            <w:r w:rsidRPr="004D00E1">
              <w:rPr>
                <w:szCs w:val="24"/>
              </w:rPr>
              <w:t>u</w:t>
            </w:r>
            <w:r w:rsidRPr="00DC2F01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OH</w:t>
            </w:r>
            <w:r w:rsidRPr="00DC2F01">
              <w:rPr>
                <w:szCs w:val="24"/>
                <w:lang w:val="ru-RU"/>
              </w:rPr>
              <w:t>)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DC2F01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HCl</w:t>
            </w:r>
            <w:r w:rsidRPr="00DC2F01">
              <w:rPr>
                <w:szCs w:val="24"/>
                <w:lang w:val="ru-RU"/>
              </w:rPr>
              <w:t>→</w:t>
            </w:r>
          </w:p>
          <w:p w:rsidR="00DC2F01" w:rsidRPr="00756FBF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2. BaCl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+Na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→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3. H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KOH</w:t>
            </w:r>
            <w:r>
              <w:rPr>
                <w:szCs w:val="24"/>
              </w:rPr>
              <w:t>→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Ионное уравнение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А. </w:t>
            </w:r>
            <w:r>
              <w:rPr>
                <w:szCs w:val="24"/>
              </w:rPr>
              <w:t>Ba</w:t>
            </w:r>
            <w:r w:rsidRPr="00DC2F01">
              <w:rPr>
                <w:szCs w:val="24"/>
                <w:vertAlign w:val="superscript"/>
                <w:lang w:val="ru-RU"/>
              </w:rPr>
              <w:t>2+</w:t>
            </w:r>
            <w:r w:rsidRPr="00DC2F01">
              <w:rPr>
                <w:szCs w:val="24"/>
                <w:lang w:val="ru-RU"/>
              </w:rPr>
              <w:t>+</w:t>
            </w:r>
            <w:r w:rsidRPr="004D00E1">
              <w:rPr>
                <w:szCs w:val="24"/>
              </w:rPr>
              <w:t>SO</w:t>
            </w:r>
            <w:r w:rsidRPr="00DC2F01">
              <w:rPr>
                <w:szCs w:val="24"/>
                <w:vertAlign w:val="subscript"/>
                <w:lang w:val="ru-RU"/>
              </w:rPr>
              <w:t>4</w:t>
            </w:r>
            <w:r w:rsidRPr="00DC2F01">
              <w:rPr>
                <w:szCs w:val="24"/>
                <w:vertAlign w:val="superscript"/>
                <w:lang w:val="ru-RU"/>
              </w:rPr>
              <w:t>2-</w:t>
            </w:r>
            <w:r w:rsidRPr="00DC2F01">
              <w:rPr>
                <w:szCs w:val="24"/>
                <w:lang w:val="ru-RU"/>
              </w:rPr>
              <w:t xml:space="preserve">→ </w:t>
            </w:r>
            <w:r>
              <w:rPr>
                <w:szCs w:val="24"/>
              </w:rPr>
              <w:t>Ba</w:t>
            </w:r>
            <w:r w:rsidRPr="004D00E1">
              <w:rPr>
                <w:szCs w:val="24"/>
              </w:rPr>
              <w:t>SO</w:t>
            </w:r>
            <w:r w:rsidRPr="00DC2F01">
              <w:rPr>
                <w:szCs w:val="24"/>
                <w:vertAlign w:val="subscript"/>
                <w:lang w:val="ru-RU"/>
              </w:rPr>
              <w:t>4</w:t>
            </w:r>
            <w:r w:rsidRPr="00DC2F01">
              <w:rPr>
                <w:szCs w:val="24"/>
                <w:lang w:val="ru-RU"/>
              </w:rPr>
              <w:t>↓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Б. С</w:t>
            </w:r>
            <w:r w:rsidRPr="004D00E1">
              <w:rPr>
                <w:szCs w:val="24"/>
              </w:rPr>
              <w:t>u</w:t>
            </w:r>
            <w:r w:rsidRPr="00DC2F01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OH</w:t>
            </w:r>
            <w:r w:rsidRPr="00DC2F01">
              <w:rPr>
                <w:szCs w:val="24"/>
                <w:lang w:val="ru-RU"/>
              </w:rPr>
              <w:t>)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DC2F01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H</w:t>
            </w:r>
            <w:r w:rsidRPr="00DC2F01">
              <w:rPr>
                <w:szCs w:val="24"/>
                <w:vertAlign w:val="superscript"/>
                <w:lang w:val="ru-RU"/>
              </w:rPr>
              <w:t>+</w:t>
            </w:r>
            <w:r w:rsidRPr="00DC2F01">
              <w:rPr>
                <w:szCs w:val="24"/>
                <w:lang w:val="ru-RU"/>
              </w:rPr>
              <w:t>→</w:t>
            </w:r>
            <w:r>
              <w:rPr>
                <w:szCs w:val="24"/>
              </w:rPr>
              <w:t>Cu</w:t>
            </w:r>
            <w:r w:rsidRPr="00DC2F01">
              <w:rPr>
                <w:szCs w:val="24"/>
                <w:vertAlign w:val="superscript"/>
                <w:lang w:val="ru-RU"/>
              </w:rPr>
              <w:t>2+</w:t>
            </w:r>
            <w:r w:rsidRPr="00DC2F01">
              <w:rPr>
                <w:szCs w:val="24"/>
                <w:lang w:val="ru-RU"/>
              </w:rPr>
              <w:t>+2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В. </w:t>
            </w:r>
            <w:r>
              <w:rPr>
                <w:szCs w:val="24"/>
              </w:rPr>
              <w:t>Ba</w:t>
            </w:r>
            <w:r w:rsidRPr="00DC2F01">
              <w:rPr>
                <w:szCs w:val="24"/>
                <w:vertAlign w:val="superscript"/>
                <w:lang w:val="ru-RU"/>
              </w:rPr>
              <w:t>2+</w:t>
            </w:r>
            <w:r w:rsidRPr="00DC2F01">
              <w:rPr>
                <w:szCs w:val="24"/>
                <w:lang w:val="ru-RU"/>
              </w:rPr>
              <w:t>+С</w:t>
            </w:r>
            <w:r w:rsidRPr="004D00E1"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  <w:r w:rsidRPr="00DC2F01">
              <w:rPr>
                <w:szCs w:val="24"/>
                <w:vertAlign w:val="superscript"/>
                <w:lang w:val="ru-RU"/>
              </w:rPr>
              <w:t>2-</w:t>
            </w:r>
            <w:r w:rsidRPr="00DC2F01">
              <w:rPr>
                <w:szCs w:val="24"/>
                <w:lang w:val="ru-RU"/>
              </w:rPr>
              <w:t xml:space="preserve">→ </w:t>
            </w:r>
            <w:r>
              <w:rPr>
                <w:szCs w:val="24"/>
              </w:rPr>
              <w:t>Ba</w:t>
            </w:r>
            <w:r w:rsidRPr="00DC2F01">
              <w:rPr>
                <w:szCs w:val="24"/>
                <w:lang w:val="ru-RU"/>
              </w:rPr>
              <w:t>С</w:t>
            </w:r>
            <w:r w:rsidRPr="004D00E1">
              <w:rPr>
                <w:szCs w:val="24"/>
              </w:rPr>
              <w:t>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  <w:r w:rsidRPr="00DC2F01">
              <w:rPr>
                <w:szCs w:val="24"/>
                <w:lang w:val="ru-RU"/>
              </w:rPr>
              <w:t>↓</w:t>
            </w:r>
          </w:p>
          <w:p w:rsidR="00DC2F01" w:rsidRPr="007D41C0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D41C0">
              <w:rPr>
                <w:szCs w:val="24"/>
              </w:rPr>
              <w:t>.</w:t>
            </w:r>
            <w:r>
              <w:rPr>
                <w:szCs w:val="24"/>
              </w:rPr>
              <w:t xml:space="preserve"> 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7D41C0" w:rsidRDefault="00DC2F01" w:rsidP="0049488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7D41C0">
              <w:rPr>
                <w:b/>
                <w:szCs w:val="24"/>
              </w:rPr>
              <w:t>1Б, 2A, 3Г</w:t>
            </w:r>
            <w:r>
              <w:rPr>
                <w:b/>
                <w:szCs w:val="24"/>
              </w:rPr>
              <w:t>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>30. Установите соответствие между молекулярным и ионным уравнением реакции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756FBF" w:rsidRDefault="00DC2F01" w:rsidP="00494884">
            <w:pPr>
              <w:rPr>
                <w:szCs w:val="24"/>
                <w:u w:val="single"/>
              </w:rPr>
            </w:pPr>
            <w:r w:rsidRPr="00756FBF">
              <w:rPr>
                <w:szCs w:val="24"/>
                <w:u w:val="single"/>
              </w:rPr>
              <w:t>Молекулярное уравнение</w:t>
            </w:r>
          </w:p>
          <w:p w:rsidR="00DC2F01" w:rsidRPr="00756FBF" w:rsidRDefault="00DC2F01" w:rsidP="000D3AEE">
            <w:pPr>
              <w:pStyle w:val="ae"/>
              <w:numPr>
                <w:ilvl w:val="0"/>
                <w:numId w:val="7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AgNO</w:t>
            </w:r>
            <w:r w:rsidRPr="00756FBF">
              <w:rPr>
                <w:szCs w:val="24"/>
                <w:vertAlign w:val="subscript"/>
              </w:rPr>
              <w:t>3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KCl</w:t>
            </w:r>
            <w:r>
              <w:rPr>
                <w:szCs w:val="24"/>
              </w:rPr>
              <w:t>→</w:t>
            </w:r>
          </w:p>
          <w:p w:rsidR="00DC2F01" w:rsidRPr="00756FBF" w:rsidRDefault="00DC2F01" w:rsidP="000D3AEE">
            <w:pPr>
              <w:pStyle w:val="ae"/>
              <w:numPr>
                <w:ilvl w:val="0"/>
                <w:numId w:val="7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HCl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NaOH</w:t>
            </w:r>
            <w:r>
              <w:rPr>
                <w:szCs w:val="24"/>
              </w:rPr>
              <w:t>→</w:t>
            </w:r>
          </w:p>
          <w:p w:rsidR="00DC2F01" w:rsidRPr="00756FBF" w:rsidRDefault="00DC2F01" w:rsidP="000D3AEE">
            <w:pPr>
              <w:pStyle w:val="ae"/>
              <w:numPr>
                <w:ilvl w:val="0"/>
                <w:numId w:val="77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756FBF">
              <w:rPr>
                <w:szCs w:val="24"/>
                <w:vertAlign w:val="subscript"/>
              </w:rPr>
              <w:t>3</w:t>
            </w:r>
            <w:r w:rsidRPr="00756FBF">
              <w:rPr>
                <w:szCs w:val="24"/>
              </w:rPr>
              <w:t>+</w:t>
            </w:r>
            <w:r w:rsidRPr="004D00E1">
              <w:rPr>
                <w:szCs w:val="24"/>
              </w:rPr>
              <w:t>MgCl</w:t>
            </w:r>
            <w:r w:rsidRPr="00756FBF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→</w:t>
            </w:r>
          </w:p>
          <w:p w:rsidR="00DC2F01" w:rsidRPr="00756FBF" w:rsidRDefault="00DC2F01" w:rsidP="00494884">
            <w:pPr>
              <w:rPr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756FBF" w:rsidRDefault="00DC2F01" w:rsidP="00494884">
            <w:pPr>
              <w:rPr>
                <w:szCs w:val="24"/>
                <w:u w:val="single"/>
              </w:rPr>
            </w:pPr>
            <w:r w:rsidRPr="00756FBF">
              <w:rPr>
                <w:szCs w:val="24"/>
                <w:u w:val="single"/>
              </w:rPr>
              <w:t>Ионное уравнение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А</w:t>
            </w:r>
            <w:r>
              <w:rPr>
                <w:szCs w:val="24"/>
              </w:rPr>
              <w:t>. 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 w:rsidRPr="004D00E1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  <w:p w:rsidR="00DC2F01" w:rsidRPr="007D41C0" w:rsidRDefault="00DC2F01" w:rsidP="00494884">
            <w:pPr>
              <w:rPr>
                <w:szCs w:val="24"/>
              </w:rPr>
            </w:pPr>
            <w:r w:rsidRPr="007D41C0">
              <w:rPr>
                <w:szCs w:val="24"/>
              </w:rPr>
              <w:t>Б. CO</w:t>
            </w:r>
            <w:r w:rsidRPr="007D41C0">
              <w:rPr>
                <w:szCs w:val="24"/>
                <w:vertAlign w:val="subscript"/>
              </w:rPr>
              <w:t>3</w:t>
            </w:r>
            <w:r w:rsidRPr="007D41C0">
              <w:rPr>
                <w:szCs w:val="24"/>
                <w:vertAlign w:val="superscript"/>
              </w:rPr>
              <w:t>2-</w:t>
            </w:r>
            <w:r w:rsidRPr="007D41C0">
              <w:rPr>
                <w:szCs w:val="24"/>
              </w:rPr>
              <w:t>+Mg</w:t>
            </w:r>
            <w:r w:rsidRPr="007D41C0">
              <w:rPr>
                <w:szCs w:val="24"/>
                <w:vertAlign w:val="superscript"/>
              </w:rPr>
              <w:t>2+</w:t>
            </w:r>
            <w:r w:rsidRPr="007D41C0">
              <w:rPr>
                <w:szCs w:val="24"/>
              </w:rPr>
              <w:t>→Mg CO</w:t>
            </w:r>
            <w:r w:rsidRPr="007D41C0"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↓</w:t>
            </w:r>
          </w:p>
          <w:p w:rsidR="00DC2F01" w:rsidRDefault="00DC2F01" w:rsidP="00494884">
            <w:pPr>
              <w:rPr>
                <w:szCs w:val="24"/>
              </w:rPr>
            </w:pPr>
            <w:r w:rsidRPr="007D41C0">
              <w:rPr>
                <w:szCs w:val="24"/>
              </w:rPr>
              <w:t xml:space="preserve">В. </w:t>
            </w:r>
            <w:r>
              <w:rPr>
                <w:szCs w:val="24"/>
              </w:rPr>
              <w:t>Ag</w:t>
            </w:r>
            <w:r w:rsidRPr="007D41C0">
              <w:rPr>
                <w:szCs w:val="24"/>
                <w:vertAlign w:val="superscript"/>
              </w:rPr>
              <w:t>+</w:t>
            </w:r>
            <w:r w:rsidRPr="007D41C0">
              <w:rPr>
                <w:szCs w:val="24"/>
              </w:rPr>
              <w:t>+Cl</w:t>
            </w:r>
            <w:r w:rsidRPr="007D41C0">
              <w:rPr>
                <w:szCs w:val="24"/>
                <w:vertAlign w:val="superscript"/>
              </w:rPr>
              <w:t>-</w:t>
            </w:r>
            <w:r w:rsidRPr="007D41C0"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Ag</w:t>
            </w:r>
            <w:r w:rsidRPr="004D00E1">
              <w:rPr>
                <w:szCs w:val="24"/>
              </w:rPr>
              <w:t>Cl</w:t>
            </w:r>
            <w:r>
              <w:rPr>
                <w:szCs w:val="24"/>
              </w:rPr>
              <w:t>↓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Г. Ba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+С</w:t>
            </w:r>
            <w:r w:rsidRPr="004D00E1">
              <w:rPr>
                <w:szCs w:val="24"/>
              </w:rPr>
              <w:t>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BaС</w:t>
            </w:r>
            <w:r w:rsidRPr="004D00E1">
              <w:rPr>
                <w:szCs w:val="24"/>
              </w:rPr>
              <w:t>O</w:t>
            </w:r>
            <w:r>
              <w:rPr>
                <w:szCs w:val="24"/>
                <w:vertAlign w:val="subscript"/>
              </w:rPr>
              <w:t>3</w:t>
            </w:r>
            <w:r>
              <w:rPr>
                <w:szCs w:val="24"/>
              </w:rPr>
              <w:t>↓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7D41C0" w:rsidRDefault="00DC2F01" w:rsidP="0049488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7D41C0">
              <w:rPr>
                <w:b/>
                <w:szCs w:val="24"/>
              </w:rPr>
              <w:t>1В, 2А, 3Б</w:t>
            </w:r>
            <w:r>
              <w:rPr>
                <w:b/>
                <w:szCs w:val="24"/>
              </w:rPr>
              <w:t>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31. Установите соответствие между молекулярным и ионным уравнением реакции</w:t>
            </w:r>
          </w:p>
        </w:tc>
      </w:tr>
      <w:tr w:rsidR="00DC2F01" w:rsidRPr="00077469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Молекулярное уравнение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1. С</w:t>
            </w:r>
            <w:r w:rsidRPr="004D00E1">
              <w:rPr>
                <w:szCs w:val="24"/>
              </w:rPr>
              <w:t>u</w:t>
            </w:r>
            <w:r>
              <w:rPr>
                <w:szCs w:val="24"/>
              </w:rPr>
              <w:t>SO</w:t>
            </w:r>
            <w:r w:rsidRPr="00DC2F01">
              <w:rPr>
                <w:szCs w:val="24"/>
                <w:vertAlign w:val="subscript"/>
                <w:lang w:val="ru-RU"/>
              </w:rPr>
              <w:t>4</w:t>
            </w:r>
            <w:r w:rsidRPr="00DC2F01">
              <w:rPr>
                <w:szCs w:val="24"/>
                <w:lang w:val="ru-RU"/>
              </w:rPr>
              <w:t>+2</w:t>
            </w:r>
            <w:r w:rsidRPr="004D00E1">
              <w:rPr>
                <w:szCs w:val="24"/>
              </w:rPr>
              <w:t>NaOH</w:t>
            </w:r>
            <w:r w:rsidRPr="00DC2F01">
              <w:rPr>
                <w:szCs w:val="24"/>
                <w:lang w:val="ru-RU"/>
              </w:rPr>
              <w:t>→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2. </w:t>
            </w:r>
            <w:r w:rsidRPr="00756FBF">
              <w:rPr>
                <w:szCs w:val="24"/>
              </w:rPr>
              <w:t>Na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756FBF"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  <w:r w:rsidRPr="00DC2F01">
              <w:rPr>
                <w:szCs w:val="24"/>
                <w:lang w:val="ru-RU"/>
              </w:rPr>
              <w:t>+2Н</w:t>
            </w:r>
            <w:r w:rsidRPr="00756FBF">
              <w:rPr>
                <w:szCs w:val="24"/>
              </w:rPr>
              <w:t>Cl</w:t>
            </w:r>
            <w:r w:rsidRPr="00DC2F01">
              <w:rPr>
                <w:szCs w:val="24"/>
                <w:lang w:val="ru-RU"/>
              </w:rPr>
              <w:t>→</w:t>
            </w:r>
          </w:p>
          <w:p w:rsidR="00DC2F01" w:rsidRPr="007D41C0" w:rsidRDefault="00DC2F01" w:rsidP="00494884">
            <w:pPr>
              <w:rPr>
                <w:szCs w:val="24"/>
              </w:rPr>
            </w:pPr>
            <w:r w:rsidRPr="007D41C0">
              <w:rPr>
                <w:szCs w:val="24"/>
              </w:rPr>
              <w:t>3.</w:t>
            </w:r>
            <w:r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BaCl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+Na</w:t>
            </w:r>
            <w:r w:rsidRPr="00756FBF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→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Ионное уравнение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А. </w:t>
            </w:r>
            <w:r w:rsidRPr="00756FBF"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  <w:r w:rsidRPr="00DC2F01">
              <w:rPr>
                <w:szCs w:val="24"/>
                <w:vertAlign w:val="superscript"/>
                <w:lang w:val="ru-RU"/>
              </w:rPr>
              <w:t>2-</w:t>
            </w:r>
            <w:r w:rsidRPr="00DC2F01">
              <w:rPr>
                <w:szCs w:val="24"/>
                <w:lang w:val="ru-RU"/>
              </w:rPr>
              <w:t>+2Н</w:t>
            </w:r>
            <w:r w:rsidRPr="00DC2F01">
              <w:rPr>
                <w:szCs w:val="24"/>
                <w:vertAlign w:val="superscript"/>
                <w:lang w:val="ru-RU"/>
              </w:rPr>
              <w:t>+</w:t>
            </w:r>
            <w:r w:rsidRPr="00DC2F01">
              <w:rPr>
                <w:szCs w:val="24"/>
                <w:lang w:val="ru-RU"/>
              </w:rPr>
              <w:t>→СО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DC2F01">
              <w:rPr>
                <w:szCs w:val="24"/>
                <w:lang w:val="ru-RU"/>
              </w:rPr>
              <w:t xml:space="preserve">↑+ </w:t>
            </w:r>
            <w:r>
              <w:rPr>
                <w:szCs w:val="24"/>
              </w:rPr>
              <w:t>H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O</w:t>
            </w:r>
          </w:p>
          <w:p w:rsidR="00DC2F01" w:rsidRPr="007D41C0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Б</w:t>
            </w:r>
            <w:r w:rsidRPr="007D41C0">
              <w:rPr>
                <w:szCs w:val="24"/>
              </w:rPr>
              <w:t>.</w:t>
            </w:r>
            <w:r>
              <w:rPr>
                <w:szCs w:val="24"/>
              </w:rPr>
              <w:t xml:space="preserve"> Ba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  <w:vertAlign w:val="superscript"/>
              </w:rPr>
              <w:t>2-</w:t>
            </w:r>
            <w:r>
              <w:rPr>
                <w:szCs w:val="24"/>
              </w:rPr>
              <w:t>→</w:t>
            </w:r>
            <w:r w:rsidRPr="004D00E1">
              <w:rPr>
                <w:szCs w:val="24"/>
              </w:rPr>
              <w:t xml:space="preserve"> </w:t>
            </w:r>
            <w:r>
              <w:rPr>
                <w:szCs w:val="24"/>
              </w:rPr>
              <w:t>Ba</w:t>
            </w:r>
            <w:r w:rsidRPr="004D00E1">
              <w:rPr>
                <w:szCs w:val="24"/>
              </w:rPr>
              <w:t>SO</w:t>
            </w:r>
            <w:r w:rsidRPr="00756FBF">
              <w:rPr>
                <w:szCs w:val="24"/>
                <w:vertAlign w:val="subscript"/>
              </w:rPr>
              <w:t>4</w:t>
            </w:r>
            <w:r>
              <w:rPr>
                <w:szCs w:val="24"/>
              </w:rPr>
              <w:t>↓</w:t>
            </w:r>
          </w:p>
          <w:p w:rsidR="00DC2F01" w:rsidRPr="007D41C0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 w:rsidRPr="007D41C0"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>Сu</w:t>
            </w:r>
            <w:r>
              <w:rPr>
                <w:szCs w:val="24"/>
              </w:rPr>
              <w:t>SO</w:t>
            </w:r>
            <w:r w:rsidRPr="007D41C0">
              <w:rPr>
                <w:szCs w:val="24"/>
                <w:vertAlign w:val="subscript"/>
              </w:rPr>
              <w:t>4</w:t>
            </w:r>
            <w:r w:rsidRPr="007D41C0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OH</w:t>
            </w:r>
            <w:r w:rsidRPr="007D41C0">
              <w:rPr>
                <w:szCs w:val="24"/>
                <w:vertAlign w:val="superscript"/>
              </w:rPr>
              <w:t>-</w:t>
            </w:r>
            <w:r>
              <w:rPr>
                <w:szCs w:val="24"/>
              </w:rPr>
              <w:t>→</w:t>
            </w:r>
            <w:r w:rsidRPr="007D41C0">
              <w:rPr>
                <w:szCs w:val="24"/>
              </w:rPr>
              <w:t xml:space="preserve"> </w:t>
            </w:r>
            <w:r w:rsidRPr="004D00E1">
              <w:rPr>
                <w:szCs w:val="24"/>
              </w:rPr>
              <w:t>Сu</w:t>
            </w:r>
            <w:r w:rsidRPr="00756FBF">
              <w:rPr>
                <w:szCs w:val="24"/>
              </w:rPr>
              <w:t>(</w:t>
            </w:r>
            <w:r w:rsidRPr="004D00E1">
              <w:rPr>
                <w:szCs w:val="24"/>
              </w:rPr>
              <w:t>OH</w:t>
            </w:r>
            <w:r w:rsidRPr="00756FBF">
              <w:rPr>
                <w:szCs w:val="24"/>
              </w:rPr>
              <w:t>)</w:t>
            </w:r>
            <w:r w:rsidRPr="00756FBF">
              <w:rPr>
                <w:szCs w:val="24"/>
                <w:vertAlign w:val="subscript"/>
              </w:rPr>
              <w:t>2</w:t>
            </w:r>
            <w:r>
              <w:rPr>
                <w:szCs w:val="24"/>
                <w:vertAlign w:val="subscript"/>
              </w:rPr>
              <w:t>↓</w:t>
            </w:r>
          </w:p>
          <w:p w:rsidR="00DC2F01" w:rsidRPr="007D41C0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7D41C0"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>Сu</w:t>
            </w:r>
            <w:r w:rsidRPr="00756FBF">
              <w:rPr>
                <w:szCs w:val="24"/>
              </w:rPr>
              <w:t>(</w:t>
            </w:r>
            <w:r w:rsidRPr="004D00E1">
              <w:rPr>
                <w:szCs w:val="24"/>
              </w:rPr>
              <w:t>OH</w:t>
            </w:r>
            <w:r w:rsidRPr="00756FBF">
              <w:rPr>
                <w:szCs w:val="24"/>
              </w:rPr>
              <w:t>)</w:t>
            </w:r>
            <w:r w:rsidRPr="00756FBF">
              <w:rPr>
                <w:szCs w:val="24"/>
                <w:vertAlign w:val="subscript"/>
              </w:rPr>
              <w:t>2</w:t>
            </w:r>
            <w:r w:rsidRPr="00756FBF">
              <w:rPr>
                <w:szCs w:val="24"/>
              </w:rPr>
              <w:t>+</w:t>
            </w: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H</w:t>
            </w:r>
            <w:r w:rsidRPr="007D41C0">
              <w:rPr>
                <w:szCs w:val="24"/>
                <w:vertAlign w:val="superscript"/>
              </w:rPr>
              <w:t>+</w:t>
            </w:r>
            <w:r>
              <w:rPr>
                <w:szCs w:val="24"/>
              </w:rPr>
              <w:t>→Cu</w:t>
            </w:r>
            <w:r w:rsidRPr="007D41C0">
              <w:rPr>
                <w:szCs w:val="24"/>
                <w:vertAlign w:val="superscript"/>
              </w:rPr>
              <w:t>2+</w:t>
            </w:r>
            <w:r>
              <w:rPr>
                <w:szCs w:val="24"/>
              </w:rPr>
              <w:t>+2H</w:t>
            </w:r>
            <w:r w:rsidRPr="007D41C0">
              <w:rPr>
                <w:szCs w:val="24"/>
                <w:vertAlign w:val="subscript"/>
              </w:rPr>
              <w:t>2</w:t>
            </w:r>
            <w:r>
              <w:rPr>
                <w:szCs w:val="24"/>
              </w:rPr>
              <w:t>O</w:t>
            </w:r>
          </w:p>
        </w:tc>
      </w:tr>
      <w:tr w:rsidR="00DC2F01" w:rsidRPr="007D41C0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7D41C0" w:rsidRDefault="00DC2F01" w:rsidP="00494884">
            <w:pPr>
              <w:rPr>
                <w:b/>
                <w:szCs w:val="24"/>
              </w:rPr>
            </w:pPr>
            <w:r w:rsidRPr="007D41C0">
              <w:rPr>
                <w:b/>
                <w:szCs w:val="24"/>
              </w:rPr>
              <w:t>(1В, 2А, 3Б)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32 </w:t>
            </w:r>
            <w:r w:rsidRPr="00DC2F01">
              <w:rPr>
                <w:color w:val="000000"/>
                <w:szCs w:val="24"/>
                <w:lang w:val="ru-RU"/>
              </w:rPr>
              <w:t>Установите соответствие между формулой соли и продуктом, образующимся на инертном аноде при электролизе ее водного раствора</w:t>
            </w:r>
          </w:p>
        </w:tc>
      </w:tr>
      <w:tr w:rsidR="00DC2F01" w:rsidRPr="00077469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Формула соли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1. К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CO</w:t>
            </w:r>
            <w:r w:rsidRPr="00DC2F01">
              <w:rPr>
                <w:szCs w:val="24"/>
                <w:vertAlign w:val="subscript"/>
                <w:lang w:val="ru-RU"/>
              </w:rPr>
              <w:t>3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Na</w:t>
            </w:r>
            <w:r w:rsidRPr="00DC2F01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MgSO</w:t>
            </w:r>
            <w:r w:rsidRPr="00DC2F01">
              <w:rPr>
                <w:szCs w:val="24"/>
                <w:vertAlign w:val="subscript"/>
                <w:lang w:val="ru-RU"/>
              </w:rPr>
              <w:t>4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4. </w:t>
            </w:r>
            <w:r w:rsidRPr="004D00E1">
              <w:rPr>
                <w:szCs w:val="24"/>
              </w:rPr>
              <w:t>CuBr</w:t>
            </w:r>
            <w:r w:rsidRPr="00DC2F01">
              <w:rPr>
                <w:szCs w:val="24"/>
                <w:vertAlign w:val="subscript"/>
                <w:lang w:val="ru-RU"/>
              </w:rPr>
              <w:t xml:space="preserve">2 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color w:val="000000"/>
                <w:szCs w:val="24"/>
                <w:u w:val="single"/>
                <w:lang w:val="ru-RU"/>
              </w:rPr>
              <w:t>Продукт электролиза на аноде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А. </w:t>
            </w:r>
            <w:r w:rsidRPr="004D00E1">
              <w:rPr>
                <w:szCs w:val="24"/>
              </w:rPr>
              <w:t>HBr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Б. Cu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В. O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Г. Br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Д. S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4D00E1" w:rsidRDefault="00DC2F01" w:rsidP="0049488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(</w:t>
            </w:r>
            <w:r w:rsidRPr="004D00E1">
              <w:rPr>
                <w:b/>
                <w:szCs w:val="24"/>
              </w:rPr>
              <w:t>1B, 2Д, 3В, 4Г</w:t>
            </w:r>
            <w:r>
              <w:rPr>
                <w:b/>
                <w:szCs w:val="24"/>
              </w:rPr>
              <w:t>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33 Установите соответствие между молекулярным и ионным уравнением реакции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4D00E1" w:rsidRDefault="00DC2F01" w:rsidP="00494884">
            <w:pPr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Формула соли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CuSO</w:t>
            </w:r>
            <w:r w:rsidRPr="004D00E1">
              <w:rPr>
                <w:szCs w:val="24"/>
                <w:vertAlign w:val="subscript"/>
              </w:rPr>
              <w:t>4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AgF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Ba(OH)</w:t>
            </w:r>
            <w:r w:rsidRPr="004D00E1">
              <w:rPr>
                <w:szCs w:val="24"/>
                <w:vertAlign w:val="subscript"/>
              </w:rPr>
              <w:t>2</w:t>
            </w:r>
          </w:p>
          <w:p w:rsidR="00DC2F01" w:rsidRPr="004D00E1" w:rsidRDefault="00DC2F01" w:rsidP="000D3AEE">
            <w:pPr>
              <w:pStyle w:val="ae"/>
              <w:numPr>
                <w:ilvl w:val="0"/>
                <w:numId w:val="78"/>
              </w:numPr>
              <w:spacing w:line="240" w:lineRule="auto"/>
              <w:rPr>
                <w:szCs w:val="24"/>
              </w:rPr>
            </w:pPr>
            <w:r w:rsidRPr="004D00E1">
              <w:rPr>
                <w:szCs w:val="24"/>
              </w:rPr>
              <w:t>LiOH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4D00E1" w:rsidRDefault="00DC2F01" w:rsidP="00494884">
            <w:pPr>
              <w:rPr>
                <w:szCs w:val="24"/>
                <w:u w:val="single"/>
              </w:rPr>
            </w:pPr>
            <w:proofErr w:type="gramStart"/>
            <w:r w:rsidRPr="004D00E1">
              <w:rPr>
                <w:color w:val="000000"/>
                <w:szCs w:val="24"/>
                <w:u w:val="single"/>
              </w:rPr>
              <w:t>Продукт  электролиза</w:t>
            </w:r>
            <w:proofErr w:type="gramEnd"/>
            <w:r w:rsidRPr="004D00E1">
              <w:rPr>
                <w:color w:val="000000"/>
                <w:szCs w:val="24"/>
                <w:u w:val="single"/>
              </w:rPr>
              <w:t xml:space="preserve"> на катоде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А. H2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Б. Ba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В. Cu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Г. O2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Д. Ag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4D00E1" w:rsidRDefault="00DC2F01" w:rsidP="00494884">
            <w:pPr>
              <w:rPr>
                <w:b/>
                <w:color w:val="000000"/>
                <w:szCs w:val="24"/>
                <w:u w:val="single"/>
              </w:rPr>
            </w:pPr>
            <w:r>
              <w:rPr>
                <w:b/>
                <w:szCs w:val="24"/>
              </w:rPr>
              <w:t>(</w:t>
            </w:r>
            <w:r w:rsidRPr="004D00E1">
              <w:rPr>
                <w:b/>
                <w:szCs w:val="24"/>
              </w:rPr>
              <w:t>1В, 2Д, 3А, 4А</w:t>
            </w:r>
            <w:r>
              <w:rPr>
                <w:b/>
                <w:szCs w:val="24"/>
              </w:rPr>
              <w:t>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34 </w:t>
            </w:r>
            <w:r w:rsidRPr="00DC2F01">
              <w:rPr>
                <w:color w:val="000000"/>
                <w:szCs w:val="24"/>
                <w:lang w:val="ru-RU"/>
              </w:rPr>
              <w:t>Установите со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от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вет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ак</w:t>
            </w:r>
            <w:r w:rsidRPr="00DC2F01">
              <w:rPr>
                <w:color w:val="000000"/>
                <w:szCs w:val="24"/>
                <w:lang w:val="ru-RU"/>
              </w:rPr>
              <w:softHyphen/>
              <w:t>ции и на</w:t>
            </w:r>
            <w:r w:rsidRPr="00DC2F01">
              <w:rPr>
                <w:color w:val="000000"/>
                <w:szCs w:val="24"/>
                <w:lang w:val="ru-RU"/>
              </w:rPr>
              <w:softHyphen/>
              <w:t>прав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ем сме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ще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ния хи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ско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го 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сия при уве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нии дав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ния в системе</w:t>
            </w:r>
          </w:p>
        </w:tc>
      </w:tr>
      <w:tr w:rsidR="00DC2F01" w:rsidRPr="001B6ED6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4D00E1" w:rsidRDefault="00DC2F01" w:rsidP="00494884">
            <w:pPr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DC2F01" w:rsidRPr="004D00E1" w:rsidRDefault="00DC2F01" w:rsidP="00494884">
            <w:pPr>
              <w:rPr>
                <w:szCs w:val="24"/>
              </w:rPr>
            </w:pP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szCs w:val="24"/>
              </w:rPr>
              <w:t xml:space="preserve">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056FBA0E" wp14:editId="2A416B60">
                  <wp:extent cx="2441575" cy="182880"/>
                  <wp:effectExtent l="0" t="0" r="0" b="7620"/>
                  <wp:docPr id="3" name="Рисунок 3" descr="https://ege.sdamgia.ru/formula/8c/8c4755937baf623c49f3e011dd99697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ege.sdamgia.ru/formula/8c/8c4755937baf623c49f3e011dd99697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157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AC115DF" wp14:editId="4C70D73D">
                  <wp:extent cx="2377440" cy="182880"/>
                  <wp:effectExtent l="0" t="0" r="3810" b="7620"/>
                  <wp:docPr id="6" name="Рисунок 6" descr="https://ege.sdamgia.ru/formula/9a/9aff0b2cefb86c78f2205d8b04743110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s://ege.sdamgia.ru/formula/9a/9aff0b2cefb86c78f2205d8b04743110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77440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1FFE2717" wp14:editId="742E4E5B">
                  <wp:extent cx="2359025" cy="182880"/>
                  <wp:effectExtent l="0" t="0" r="3175" b="7620"/>
                  <wp:docPr id="7" name="Рисунок 7" descr="https://ege.sdamgia.ru/formula/8c/8c5064240116fce2902b8716b5e139a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s://ege.sdamgia.ru/formula/8c/8c5064240116fce2902b8716b5e139a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59025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szCs w:val="24"/>
              </w:rPr>
              <w:t xml:space="preserve">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F80F152" wp14:editId="00B69ECD">
                  <wp:extent cx="2534022" cy="179092"/>
                  <wp:effectExtent l="0" t="0" r="0" b="0"/>
                  <wp:docPr id="8" name="Рисунок 8" descr="https://ege.sdamgia.ru/formula/e8/e86e565dd9de9846eb48e26d3f7179e5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s://ege.sdamgia.ru/formula/e8/e86e565dd9de9846eb48e26d3f7179e5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872" cy="181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lastRenderedPageBreak/>
              <w:t xml:space="preserve">Направление смещения химического </w:t>
            </w:r>
            <w:r w:rsidRPr="00DC2F01">
              <w:rPr>
                <w:szCs w:val="24"/>
                <w:u w:val="single"/>
                <w:lang w:val="ru-RU"/>
              </w:rPr>
              <w:lastRenderedPageBreak/>
              <w:t>равновесия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А. в сторону продуктов реакции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Б. в сторону исходных веществ</w:t>
            </w:r>
          </w:p>
          <w:p w:rsidR="00DC2F01" w:rsidRPr="00DC2F01" w:rsidRDefault="00DC2F01" w:rsidP="00494884">
            <w:pPr>
              <w:rPr>
                <w:lang w:val="ru-RU"/>
              </w:rPr>
            </w:pPr>
            <w:r w:rsidRPr="00DC2F01">
              <w:rPr>
                <w:szCs w:val="24"/>
                <w:lang w:val="ru-RU"/>
              </w:rPr>
              <w:t>В. не смещается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  <w:bottom w:val="single" w:sz="4" w:space="0" w:color="auto"/>
            </w:tcBorders>
          </w:tcPr>
          <w:p w:rsidR="00DC2F01" w:rsidRPr="00ED3AF8" w:rsidRDefault="00DC2F01" w:rsidP="0049488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(</w:t>
            </w:r>
            <w:r w:rsidRPr="00ED3AF8">
              <w:rPr>
                <w:b/>
                <w:szCs w:val="24"/>
              </w:rPr>
              <w:t>1А, 2А, 3В, 4В</w:t>
            </w:r>
            <w:r>
              <w:rPr>
                <w:b/>
                <w:szCs w:val="24"/>
              </w:rPr>
              <w:t>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35 </w:t>
            </w:r>
            <w:r w:rsidRPr="00DC2F01">
              <w:rPr>
                <w:color w:val="000000"/>
                <w:szCs w:val="24"/>
                <w:lang w:val="ru-RU"/>
              </w:rPr>
              <w:t>Установите со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от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вет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ак</w:t>
            </w:r>
            <w:r w:rsidRPr="00DC2F01">
              <w:rPr>
                <w:color w:val="000000"/>
                <w:szCs w:val="24"/>
                <w:lang w:val="ru-RU"/>
              </w:rPr>
              <w:softHyphen/>
              <w:t>ции и на</w:t>
            </w:r>
            <w:r w:rsidRPr="00DC2F01">
              <w:rPr>
                <w:color w:val="000000"/>
                <w:szCs w:val="24"/>
                <w:lang w:val="ru-RU"/>
              </w:rPr>
              <w:softHyphen/>
              <w:t>прав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ем сме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ще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ния хи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ско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го 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сия при уве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нии дав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ле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ния в системе</w:t>
            </w:r>
          </w:p>
        </w:tc>
      </w:tr>
      <w:tr w:rsidR="00DC2F01" w:rsidRPr="001B6ED6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4D00E1" w:rsidRDefault="00DC2F01" w:rsidP="00494884">
            <w:pPr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szCs w:val="24"/>
              </w:rPr>
              <w:t xml:space="preserve">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78F6C0F0" wp14:editId="2D54A64F">
                  <wp:extent cx="2921328" cy="176530"/>
                  <wp:effectExtent l="0" t="0" r="0" b="0"/>
                  <wp:docPr id="52" name="Рисунок 52" descr="https://ege.sdamgia.ru/formula/c5/c573ca18022f77897614416f25b7a3e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ege.sdamgia.ru/formula/c5/c573ca18022f77897614416f25b7a3e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025" cy="182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4D00E1">
              <w:rPr>
                <w:szCs w:val="24"/>
              </w:rPr>
              <w:t>.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37CF21A" wp14:editId="0B609B47">
                  <wp:extent cx="2587625" cy="191770"/>
                  <wp:effectExtent l="0" t="0" r="3175" b="0"/>
                  <wp:docPr id="51" name="Рисунок 51" descr="https://ege.sdamgia.ru/formula/f7/f77b7ee88a044d65e46f3b4429eebadb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ege.sdamgia.ru/formula/f7/f77b7ee88a044d65e46f3b4429eebadb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762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</w:t>
            </w:r>
            <w:r w:rsidRPr="004D00E1">
              <w:rPr>
                <w:szCs w:val="24"/>
              </w:rPr>
              <w:t>.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14319F61" wp14:editId="4EBC02A3">
                  <wp:extent cx="2725797" cy="160655"/>
                  <wp:effectExtent l="0" t="0" r="0" b="0"/>
                  <wp:docPr id="50" name="Рисунок 50" descr="https://ege.sdamgia.ru/formula/ac/ac8e8e337aa76ec40c94e7214a3f4837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s://ege.sdamgia.ru/formula/ac/ac8e8e337aa76ec40c94e7214a3f4837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817" cy="1710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  <w:r w:rsidRPr="004D00E1">
              <w:rPr>
                <w:szCs w:val="24"/>
              </w:rPr>
              <w:t>.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1DBDFC1C" wp14:editId="1C7D904C">
                  <wp:extent cx="2419810" cy="161321"/>
                  <wp:effectExtent l="0" t="0" r="0" b="0"/>
                  <wp:docPr id="49" name="Рисунок 49" descr="https://ege.sdamgia.ru/formula/52/52f5efb517bbb65e357eb92e53a9ff2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s://ege.sdamgia.ru/formula/52/52f5efb517bbb65e357eb92e53a9ff2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5848" cy="171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Направление смещения химического равновесия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А. в сторону продуктов реакции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Б. в сторону исходных веществ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В. не смещается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ED3AF8" w:rsidRDefault="00DC2F01" w:rsidP="00494884">
            <w:pPr>
              <w:rPr>
                <w:b/>
                <w:szCs w:val="24"/>
              </w:rPr>
            </w:pPr>
            <w:r w:rsidRPr="00ED3AF8">
              <w:rPr>
                <w:b/>
                <w:szCs w:val="24"/>
              </w:rPr>
              <w:t>(1В, 2Б, 3В, 4А)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36 </w:t>
            </w:r>
            <w:r w:rsidRPr="00DC2F01">
              <w:rPr>
                <w:color w:val="000000"/>
                <w:szCs w:val="24"/>
                <w:lang w:val="ru-RU"/>
              </w:rPr>
              <w:t>Установите со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от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вет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ак</w:t>
            </w:r>
            <w:r w:rsidRPr="00DC2F01">
              <w:rPr>
                <w:color w:val="000000"/>
                <w:szCs w:val="24"/>
                <w:lang w:val="ru-RU"/>
              </w:rPr>
              <w:softHyphen/>
              <w:t>ции и из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ем условий, ко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рое при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дит к сме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ще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нию 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сия в сто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ну продуктов: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4D00E1" w:rsidRDefault="00DC2F01" w:rsidP="00494884">
            <w:pPr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noProof/>
                <w:color w:val="000000"/>
                <w:szCs w:val="24"/>
              </w:rPr>
              <w:t>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18156A16" wp14:editId="0893837F">
                  <wp:extent cx="2672066" cy="167005"/>
                  <wp:effectExtent l="0" t="0" r="0" b="4445"/>
                  <wp:docPr id="24" name="Рисунок 24" descr="https://ege.sdamgia.ru/formula/70/701934c29e758e4542fe595679bc5973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s://ege.sdamgia.ru/formula/70/701934c29e758e4542fe595679bc5973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3235" cy="1758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1E2846C7" wp14:editId="0A2FF725">
                  <wp:extent cx="2145533" cy="144474"/>
                  <wp:effectExtent l="0" t="0" r="0" b="8255"/>
                  <wp:docPr id="23" name="Рисунок 23" descr="https://ege.sdamgia.ru/formula/0d/0d93a5bcefee594066d2d0e9309618f4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s://ege.sdamgia.ru/formula/0d/0d93a5bcefee594066d2d0e9309618f4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7641" cy="176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6D28F86B" wp14:editId="57CF00A1">
                  <wp:extent cx="2468709" cy="157356"/>
                  <wp:effectExtent l="0" t="0" r="0" b="0"/>
                  <wp:docPr id="22" name="Рисунок 22" descr="https://ege.sdamgia.ru/formula/d8/d82daaf051577a88d8730196fc11b6ee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s://ege.sdamgia.ru/formula/d8/d82daaf051577a88d8730196fc11b6ee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109" cy="1766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3B57FFB9" wp14:editId="39FA30E0">
                  <wp:extent cx="2326702" cy="141429"/>
                  <wp:effectExtent l="0" t="0" r="0" b="0"/>
                  <wp:docPr id="21" name="Рисунок 21" descr="https://ege.sdamgia.ru/formula/43/43c54d121a350fd331f8b35c3bb5c58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s://ege.sdamgia.ru/formula/43/43c54d121a350fd331f8b35c3bb5c58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2272" cy="164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Равновесие смещается в сторону продуктов реакции при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А. повышении давления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Б. понижении давления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В</w:t>
            </w:r>
            <w:r w:rsidRPr="004D00E1">
              <w:rPr>
                <w:szCs w:val="24"/>
              </w:rPr>
              <w:t>. нагревании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F1537D" w:rsidRDefault="00DC2F01" w:rsidP="00494884">
            <w:pPr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(1А, 2В, 3А, 4Б)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37 </w:t>
            </w:r>
            <w:r w:rsidRPr="00DC2F01">
              <w:rPr>
                <w:color w:val="000000"/>
                <w:szCs w:val="24"/>
                <w:lang w:val="ru-RU"/>
              </w:rPr>
              <w:t>Установите со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от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вет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ствие между урав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ем хи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че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ской ре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ак</w:t>
            </w:r>
            <w:r w:rsidRPr="00DC2F01">
              <w:rPr>
                <w:color w:val="000000"/>
                <w:szCs w:val="24"/>
                <w:lang w:val="ru-RU"/>
              </w:rPr>
              <w:softHyphen/>
              <w:t>ции и из</w:t>
            </w:r>
            <w:r w:rsidRPr="00DC2F01">
              <w:rPr>
                <w:color w:val="000000"/>
                <w:szCs w:val="24"/>
                <w:lang w:val="ru-RU"/>
              </w:rPr>
              <w:softHyphen/>
              <w:t>ме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ем условий, ко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то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рое при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дит к сме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ще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нию рав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ве</w:t>
            </w:r>
            <w:r w:rsidRPr="00DC2F01">
              <w:rPr>
                <w:color w:val="000000"/>
                <w:szCs w:val="24"/>
                <w:lang w:val="ru-RU"/>
              </w:rPr>
              <w:softHyphen/>
              <w:t>сия в сто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ро</w:t>
            </w:r>
            <w:r w:rsidRPr="00DC2F01">
              <w:rPr>
                <w:color w:val="000000"/>
                <w:szCs w:val="24"/>
                <w:lang w:val="ru-RU"/>
              </w:rPr>
              <w:softHyphen/>
              <w:t>ну продуктов:</w:t>
            </w:r>
          </w:p>
        </w:tc>
      </w:tr>
      <w:tr w:rsidR="00DC2F01" w:rsidRPr="001B6ED6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4D00E1" w:rsidRDefault="00DC2F01" w:rsidP="00494884">
            <w:pPr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Уравнение реакции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 xml:space="preserve">1.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4E31E4F4" wp14:editId="6B294DD6">
                  <wp:extent cx="2058905" cy="146014"/>
                  <wp:effectExtent l="0" t="0" r="0" b="6985"/>
                  <wp:docPr id="28" name="Рисунок 28" descr="https://ege.sdamgia.ru/formula/76/767a0ebc80196f7109fb2983196c960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s://ege.sdamgia.ru/formula/76/767a0ebc80196f7109fb2983196c960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6535" cy="157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 xml:space="preserve">2.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2A9C0BD8" wp14:editId="3F7F361C">
                  <wp:extent cx="2401492" cy="146874"/>
                  <wp:effectExtent l="0" t="0" r="0" b="5715"/>
                  <wp:docPr id="27" name="Рисунок 27" descr="https://ege.sdamgia.ru/formula/16/16c3084f2fc50caa0c376eefa13e07bc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s://ege.sdamgia.ru/formula/16/16c3084f2fc50caa0c376eefa13e07bc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140" cy="16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 xml:space="preserve">3. 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0E4BA572" wp14:editId="0716AEA8">
                  <wp:extent cx="2309940" cy="151471"/>
                  <wp:effectExtent l="0" t="0" r="0" b="1270"/>
                  <wp:docPr id="26" name="Рисунок 26" descr="https://ege.sdamgia.ru/formula/20/2021cf1b324603ec77d8b6c01425938d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s://ege.sdamgia.ru/formula/20/2021cf1b324603ec77d8b6c01425938d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279" cy="166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4.</w:t>
            </w:r>
            <w:r w:rsidRPr="004D00E1">
              <w:rPr>
                <w:noProof/>
                <w:color w:val="000000"/>
                <w:szCs w:val="24"/>
                <w:lang w:val="ru-RU" w:eastAsia="ru-RU"/>
              </w:rPr>
              <w:drawing>
                <wp:inline distT="0" distB="0" distL="0" distR="0" wp14:anchorId="0C3704E7" wp14:editId="35C3C94A">
                  <wp:extent cx="2732431" cy="158849"/>
                  <wp:effectExtent l="0" t="0" r="0" b="0"/>
                  <wp:docPr id="25" name="Рисунок 25" descr="https://ege.sdamgia.ru/formula/f5/f5af0f58cc56b77bc4a11d488e1071aa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s://ege.sdamgia.ru/formula/f5/f5af0f58cc56b77bc4a11d488e1071aap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331" cy="170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lastRenderedPageBreak/>
              <w:t>Равновесие смещается в сторону продуктов реакции при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А. охлаждении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Б. повышении давления</w:t>
            </w:r>
          </w:p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lang w:val="ru-RU"/>
              </w:rPr>
              <w:t>В. понижении давления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F1537D" w:rsidRDefault="00DC2F01" w:rsidP="00494884">
            <w:pPr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lastRenderedPageBreak/>
              <w:t>(1А, 2В, 3А, 4В)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38 </w:t>
            </w:r>
            <w:r w:rsidRPr="00DC2F01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Название соли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1. нитрат натрия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2. фосфат натрия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F1537D">
              <w:rPr>
                <w:szCs w:val="24"/>
              </w:rPr>
              <w:t>3</w:t>
            </w:r>
            <w:r>
              <w:rPr>
                <w:szCs w:val="24"/>
              </w:rPr>
              <w:t xml:space="preserve">. </w:t>
            </w:r>
            <w:r w:rsidRPr="004D00E1">
              <w:rPr>
                <w:szCs w:val="24"/>
              </w:rPr>
              <w:t xml:space="preserve">сульфат </w:t>
            </w:r>
            <w:r>
              <w:rPr>
                <w:szCs w:val="24"/>
              </w:rPr>
              <w:t>алюминия</w:t>
            </w:r>
          </w:p>
          <w:p w:rsidR="00DC2F01" w:rsidRPr="004D00E1" w:rsidRDefault="00DC2F01" w:rsidP="00494884">
            <w:pPr>
              <w:rPr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А. </w:t>
            </w:r>
            <w:r w:rsidRPr="00DC2F01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Б. </w:t>
            </w:r>
            <w:r w:rsidRPr="00DC2F01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В.</w:t>
            </w:r>
            <w:r w:rsidRPr="00DC2F01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F1537D" w:rsidRDefault="00DC2F01" w:rsidP="00494884">
            <w:pPr>
              <w:rPr>
                <w:b/>
                <w:szCs w:val="24"/>
              </w:rPr>
            </w:pPr>
            <w:r w:rsidRPr="00F1537D">
              <w:rPr>
                <w:b/>
                <w:szCs w:val="24"/>
              </w:rPr>
              <w:t>(1Г, 2Б, 3А)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39 </w:t>
            </w:r>
            <w:r w:rsidRPr="00DC2F01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Название соли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1. ацетат аммония 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2. карбонат натрия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F1537D">
              <w:rPr>
                <w:szCs w:val="24"/>
              </w:rPr>
              <w:t>3</w:t>
            </w:r>
            <w:r>
              <w:rPr>
                <w:szCs w:val="24"/>
              </w:rPr>
              <w:t>. хлорид цинка</w:t>
            </w:r>
          </w:p>
          <w:p w:rsidR="00DC2F01" w:rsidRPr="004D00E1" w:rsidRDefault="00DC2F01" w:rsidP="00494884">
            <w:pPr>
              <w:rPr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А. </w:t>
            </w:r>
            <w:r w:rsidRPr="00DC2F01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Б. </w:t>
            </w:r>
            <w:r w:rsidRPr="00DC2F01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В.</w:t>
            </w:r>
            <w:r w:rsidRPr="00DC2F01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DC2F01" w:rsidRPr="00BA04A5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BA04A5" w:rsidRDefault="00DC2F01" w:rsidP="00494884">
            <w:pPr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(1В, 2Б, 3А)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40 </w:t>
            </w:r>
            <w:r w:rsidRPr="00DC2F01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791B26" w:rsidRDefault="00DC2F01" w:rsidP="00494884">
            <w:pPr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Формулой</w:t>
            </w:r>
            <w:r w:rsidRPr="00791B26">
              <w:rPr>
                <w:szCs w:val="24"/>
                <w:u w:val="single"/>
              </w:rPr>
              <w:t xml:space="preserve"> </w:t>
            </w:r>
            <w:r w:rsidRPr="004D00E1">
              <w:rPr>
                <w:szCs w:val="24"/>
                <w:u w:val="single"/>
              </w:rPr>
              <w:t>соли</w:t>
            </w:r>
          </w:p>
          <w:p w:rsidR="00DC2F01" w:rsidRPr="00791B26" w:rsidRDefault="00DC2F01" w:rsidP="00494884">
            <w:pPr>
              <w:rPr>
                <w:szCs w:val="24"/>
              </w:rPr>
            </w:pPr>
            <w:r w:rsidRPr="00791B26">
              <w:rPr>
                <w:szCs w:val="24"/>
              </w:rPr>
              <w:t xml:space="preserve">1. </w:t>
            </w:r>
            <w:r w:rsidRPr="004D00E1">
              <w:rPr>
                <w:szCs w:val="24"/>
              </w:rPr>
              <w:t>Al</w:t>
            </w:r>
            <w:r w:rsidRPr="00791B26">
              <w:rPr>
                <w:szCs w:val="24"/>
              </w:rPr>
              <w:t>(</w:t>
            </w:r>
            <w:r w:rsidRPr="004D00E1">
              <w:rPr>
                <w:szCs w:val="24"/>
              </w:rPr>
              <w:t>NO</w:t>
            </w:r>
            <w:r w:rsidRPr="00791B26">
              <w:rPr>
                <w:szCs w:val="24"/>
                <w:vertAlign w:val="subscript"/>
              </w:rPr>
              <w:t>3</w:t>
            </w:r>
            <w:r w:rsidRPr="00791B26">
              <w:rPr>
                <w:szCs w:val="24"/>
              </w:rPr>
              <w:t>)</w:t>
            </w:r>
            <w:r w:rsidRPr="00791B26">
              <w:rPr>
                <w:szCs w:val="24"/>
                <w:vertAlign w:val="subscript"/>
              </w:rPr>
              <w:t>3</w:t>
            </w:r>
          </w:p>
          <w:p w:rsidR="00DC2F01" w:rsidRPr="00791B26" w:rsidRDefault="00DC2F01" w:rsidP="00494884">
            <w:pPr>
              <w:rPr>
                <w:szCs w:val="24"/>
              </w:rPr>
            </w:pPr>
            <w:r w:rsidRPr="00791B26">
              <w:rPr>
                <w:szCs w:val="24"/>
              </w:rPr>
              <w:t xml:space="preserve">2. </w:t>
            </w:r>
            <w:r w:rsidRPr="004D00E1">
              <w:rPr>
                <w:szCs w:val="24"/>
              </w:rPr>
              <w:t>K</w:t>
            </w:r>
            <w:r w:rsidRPr="00791B26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791B26">
              <w:rPr>
                <w:szCs w:val="24"/>
                <w:vertAlign w:val="subscript"/>
              </w:rPr>
              <w:t>4</w:t>
            </w:r>
          </w:p>
          <w:p w:rsidR="00DC2F01" w:rsidRPr="00791B26" w:rsidRDefault="00DC2F01" w:rsidP="00494884">
            <w:pPr>
              <w:rPr>
                <w:szCs w:val="24"/>
              </w:rPr>
            </w:pPr>
            <w:r w:rsidRPr="00791B26">
              <w:rPr>
                <w:szCs w:val="24"/>
              </w:rPr>
              <w:t>3. (</w:t>
            </w:r>
            <w:r w:rsidRPr="004D00E1">
              <w:rPr>
                <w:szCs w:val="24"/>
              </w:rPr>
              <w:t>NH</w:t>
            </w:r>
            <w:r w:rsidRPr="00791B26">
              <w:rPr>
                <w:szCs w:val="24"/>
                <w:vertAlign w:val="subscript"/>
              </w:rPr>
              <w:t>4</w:t>
            </w:r>
            <w:r w:rsidRPr="00791B26">
              <w:rPr>
                <w:szCs w:val="24"/>
              </w:rPr>
              <w:t>)</w:t>
            </w:r>
            <w:r w:rsidRPr="00791B26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CO</w:t>
            </w:r>
            <w:r w:rsidRPr="00791B26">
              <w:rPr>
                <w:szCs w:val="24"/>
                <w:vertAlign w:val="subscript"/>
              </w:rPr>
              <w:t>3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DC2F01" w:rsidRDefault="00DC2F01" w:rsidP="00494884">
            <w:pPr>
              <w:rPr>
                <w:szCs w:val="24"/>
                <w:u w:val="single"/>
                <w:lang w:val="ru-RU"/>
              </w:rPr>
            </w:pPr>
            <w:r w:rsidRPr="00DC2F01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А. </w:t>
            </w:r>
            <w:r w:rsidRPr="00DC2F01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 xml:space="preserve">Б. </w:t>
            </w:r>
            <w:r w:rsidRPr="00DC2F01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В.</w:t>
            </w:r>
            <w:r w:rsidRPr="00DC2F01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DC2F01" w:rsidRPr="00BA04A5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BA04A5" w:rsidRDefault="00DC2F01" w:rsidP="00494884">
            <w:pPr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2Г, 3В)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41. </w:t>
            </w:r>
            <w:r w:rsidRPr="000D3AEE">
              <w:rPr>
                <w:color w:val="000000"/>
                <w:szCs w:val="24"/>
                <w:lang w:val="ru-RU"/>
              </w:rPr>
              <w:t>Установите соответствие между названием соли и ее отношением к гидролизу: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u w:val="single"/>
                <w:lang w:val="ru-RU"/>
              </w:rPr>
            </w:pPr>
            <w:r w:rsidRPr="000D3AEE">
              <w:rPr>
                <w:szCs w:val="24"/>
                <w:u w:val="single"/>
                <w:lang w:val="ru-RU"/>
              </w:rPr>
              <w:t>Формулой соли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NaNO</w:t>
            </w:r>
            <w:r w:rsidRPr="000D3AEE">
              <w:rPr>
                <w:szCs w:val="24"/>
                <w:vertAlign w:val="subscript"/>
                <w:lang w:val="ru-RU"/>
              </w:rPr>
              <w:t>3</w:t>
            </w:r>
          </w:p>
          <w:p w:rsidR="00DC2F01" w:rsidRPr="000D3AEE" w:rsidRDefault="00DC2F01" w:rsidP="00494884">
            <w:pPr>
              <w:tabs>
                <w:tab w:val="left" w:pos="720"/>
              </w:tabs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Cu</w:t>
            </w:r>
            <w:r w:rsidRPr="000D3AEE">
              <w:rPr>
                <w:szCs w:val="24"/>
                <w:lang w:val="ru-RU"/>
              </w:rPr>
              <w:t>(</w:t>
            </w:r>
            <w:r w:rsidRPr="004D00E1">
              <w:rPr>
                <w:szCs w:val="24"/>
              </w:rPr>
              <w:t>NO</w:t>
            </w:r>
            <w:r w:rsidRPr="000D3AEE">
              <w:rPr>
                <w:szCs w:val="24"/>
                <w:vertAlign w:val="subscript"/>
                <w:lang w:val="ru-RU"/>
              </w:rPr>
              <w:t>3</w:t>
            </w:r>
            <w:r w:rsidRPr="000D3AEE">
              <w:rPr>
                <w:szCs w:val="24"/>
                <w:lang w:val="ru-RU"/>
              </w:rPr>
              <w:t>)</w:t>
            </w:r>
            <w:r w:rsidRPr="000D3AEE">
              <w:rPr>
                <w:szCs w:val="24"/>
                <w:vertAlign w:val="subscript"/>
                <w:lang w:val="ru-RU"/>
              </w:rPr>
              <w:t>2</w:t>
            </w:r>
          </w:p>
          <w:p w:rsidR="00DC2F01" w:rsidRPr="004D00E1" w:rsidRDefault="00DC2F01" w:rsidP="00494884">
            <w:pPr>
              <w:tabs>
                <w:tab w:val="left" w:pos="720"/>
              </w:tabs>
              <w:rPr>
                <w:szCs w:val="24"/>
              </w:rPr>
            </w:pPr>
            <w:r w:rsidRPr="004D00E1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Na</w:t>
            </w:r>
            <w:r w:rsidRPr="004D00E1">
              <w:rPr>
                <w:szCs w:val="24"/>
                <w:vertAlign w:val="subscript"/>
              </w:rPr>
              <w:t>2</w:t>
            </w:r>
            <w:r w:rsidRPr="004D00E1">
              <w:rPr>
                <w:szCs w:val="24"/>
              </w:rPr>
              <w:t>SO</w:t>
            </w:r>
            <w:r w:rsidRPr="004D00E1">
              <w:rPr>
                <w:szCs w:val="24"/>
                <w:vertAlign w:val="subscript"/>
              </w:rPr>
              <w:t>3</w:t>
            </w:r>
          </w:p>
          <w:p w:rsidR="00DC2F01" w:rsidRPr="004D00E1" w:rsidRDefault="00DC2F01" w:rsidP="00494884">
            <w:pPr>
              <w:tabs>
                <w:tab w:val="left" w:pos="720"/>
              </w:tabs>
              <w:rPr>
                <w:szCs w:val="24"/>
              </w:rPr>
            </w:pP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u w:val="single"/>
                <w:lang w:val="ru-RU"/>
              </w:rPr>
            </w:pPr>
            <w:r w:rsidRPr="000D3AEE">
              <w:rPr>
                <w:szCs w:val="24"/>
                <w:u w:val="single"/>
                <w:lang w:val="ru-RU"/>
              </w:rPr>
              <w:t>Отношение к гидролизу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А. </w:t>
            </w:r>
            <w:r w:rsidRPr="000D3AEE">
              <w:rPr>
                <w:color w:val="000000"/>
                <w:szCs w:val="24"/>
                <w:lang w:val="ru-RU"/>
              </w:rPr>
              <w:t>гидролизуется по катиону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Б. </w:t>
            </w:r>
            <w:r w:rsidRPr="000D3AEE">
              <w:rPr>
                <w:color w:val="000000"/>
                <w:szCs w:val="24"/>
                <w:lang w:val="ru-RU"/>
              </w:rPr>
              <w:t>гидролизуется по аниону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В.</w:t>
            </w:r>
            <w:r w:rsidRPr="000D3AEE">
              <w:rPr>
                <w:color w:val="000000"/>
                <w:szCs w:val="24"/>
                <w:lang w:val="ru-RU"/>
              </w:rPr>
              <w:t xml:space="preserve"> гидролизуется по катиону и аниону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не подвергается гидролизу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BA04A5" w:rsidRDefault="00DC2F01" w:rsidP="00494884">
            <w:pPr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(1Г, 2А, 3Б)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42. Установите соответствие между формулой вещества и классом неорганического соединения, к которому это вещество принадлежит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u w:val="single"/>
                <w:lang w:val="ru-RU"/>
              </w:rPr>
            </w:pPr>
            <w:r w:rsidRPr="000D3AEE">
              <w:rPr>
                <w:szCs w:val="24"/>
                <w:u w:val="single"/>
                <w:lang w:val="ru-RU"/>
              </w:rPr>
              <w:t>Формула вещества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lastRenderedPageBreak/>
              <w:t>1.</w:t>
            </w:r>
            <w:r w:rsidRPr="000D3AEE">
              <w:rPr>
                <w:noProof/>
                <w:color w:val="000000"/>
                <w:szCs w:val="24"/>
                <w:lang w:val="ru-RU"/>
              </w:rPr>
              <w:t xml:space="preserve"> </w:t>
            </w:r>
            <w:r w:rsidRPr="004D00E1">
              <w:rPr>
                <w:noProof/>
                <w:color w:val="000000"/>
                <w:szCs w:val="24"/>
              </w:rPr>
              <w:t>NH</w:t>
            </w:r>
            <w:r w:rsidRPr="000D3AEE">
              <w:rPr>
                <w:noProof/>
                <w:color w:val="000000"/>
                <w:szCs w:val="24"/>
                <w:vertAlign w:val="subscript"/>
                <w:lang w:val="ru-RU"/>
              </w:rPr>
              <w:t>4</w:t>
            </w:r>
            <w:r w:rsidRPr="004D00E1">
              <w:rPr>
                <w:noProof/>
                <w:color w:val="000000"/>
                <w:szCs w:val="24"/>
              </w:rPr>
              <w:t>HCO</w:t>
            </w:r>
            <w:r w:rsidRPr="000D3AEE">
              <w:rPr>
                <w:noProof/>
                <w:color w:val="000000"/>
                <w:szCs w:val="24"/>
                <w:vertAlign w:val="subscript"/>
                <w:lang w:val="ru-RU"/>
              </w:rPr>
              <w:t>3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KF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NO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u w:val="single"/>
                <w:lang w:val="ru-RU"/>
              </w:rPr>
            </w:pPr>
            <w:r w:rsidRPr="000D3AEE">
              <w:rPr>
                <w:szCs w:val="24"/>
                <w:u w:val="single"/>
                <w:lang w:val="ru-RU"/>
              </w:rPr>
              <w:lastRenderedPageBreak/>
              <w:t>Класс неорганического соединения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lastRenderedPageBreak/>
              <w:t>А. соль средняя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Б. оксид кислотный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В. оксид несолеобразующийся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соль кислая 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BA04A5" w:rsidRDefault="00DC2F01" w:rsidP="00494884">
            <w:pPr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lastRenderedPageBreak/>
              <w:t>(1Г, 2А, 3В)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43 Установите соответствие между формулой вещества и классом неорганического соединения, к которому это вещество принадлежит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u w:val="single"/>
                <w:lang w:val="ru-RU"/>
              </w:rPr>
            </w:pPr>
            <w:r w:rsidRPr="000D3AEE">
              <w:rPr>
                <w:szCs w:val="24"/>
                <w:u w:val="single"/>
                <w:lang w:val="ru-RU"/>
              </w:rPr>
              <w:t>Формула вещества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1. </w:t>
            </w:r>
            <w:r w:rsidRPr="004D00E1">
              <w:rPr>
                <w:szCs w:val="24"/>
              </w:rPr>
              <w:t>Li</w:t>
            </w:r>
            <w:r w:rsidRPr="000D3AEE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0D3AEE">
              <w:rPr>
                <w:szCs w:val="24"/>
                <w:vertAlign w:val="subscript"/>
                <w:lang w:val="ru-RU"/>
              </w:rPr>
              <w:t>2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2. </w:t>
            </w:r>
            <w:r w:rsidRPr="004D00E1">
              <w:rPr>
                <w:szCs w:val="24"/>
              </w:rPr>
              <w:t>P</w:t>
            </w:r>
            <w:r w:rsidRPr="000D3AEE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0D3AEE">
              <w:rPr>
                <w:szCs w:val="24"/>
                <w:vertAlign w:val="subscript"/>
                <w:lang w:val="ru-RU"/>
              </w:rPr>
              <w:t>5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3. </w:t>
            </w:r>
            <w:r w:rsidRPr="004D00E1">
              <w:rPr>
                <w:szCs w:val="24"/>
              </w:rPr>
              <w:t>Al</w:t>
            </w:r>
            <w:r w:rsidRPr="000D3AEE">
              <w:rPr>
                <w:szCs w:val="24"/>
                <w:vertAlign w:val="subscript"/>
                <w:lang w:val="ru-RU"/>
              </w:rPr>
              <w:t>2</w:t>
            </w:r>
            <w:r w:rsidRPr="004D00E1">
              <w:rPr>
                <w:szCs w:val="24"/>
              </w:rPr>
              <w:t>O</w:t>
            </w:r>
            <w:r w:rsidRPr="000D3AEE">
              <w:rPr>
                <w:szCs w:val="24"/>
                <w:vertAlign w:val="subscript"/>
                <w:lang w:val="ru-RU"/>
              </w:rPr>
              <w:t>3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u w:val="single"/>
                <w:lang w:val="ru-RU"/>
              </w:rPr>
            </w:pPr>
            <w:r w:rsidRPr="000D3AEE">
              <w:rPr>
                <w:szCs w:val="24"/>
                <w:u w:val="single"/>
                <w:lang w:val="ru-RU"/>
              </w:rPr>
              <w:t>Класс неорганического соединения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А. основной оксид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Б. амфотерный оксид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В. кислотный оксид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>
              <w:rPr>
                <w:szCs w:val="24"/>
              </w:rPr>
              <w:t>.</w:t>
            </w:r>
            <w:r w:rsidRPr="004D00E1">
              <w:rPr>
                <w:szCs w:val="24"/>
              </w:rPr>
              <w:t xml:space="preserve"> пероксид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BA04A5" w:rsidRDefault="00DC2F01" w:rsidP="00494884">
            <w:pPr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2В, 3Б)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44  Установите соответствие между химическим элементом и  электронной конфигурацией его атома</w:t>
            </w:r>
          </w:p>
        </w:tc>
      </w:tr>
      <w:tr w:rsidR="00DC2F01" w:rsidRPr="004D00E1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u w:val="single"/>
                <w:lang w:val="ru-RU"/>
              </w:rPr>
            </w:pPr>
            <w:r w:rsidRPr="000D3AEE">
              <w:rPr>
                <w:szCs w:val="24"/>
                <w:u w:val="single"/>
                <w:lang w:val="ru-RU"/>
              </w:rPr>
              <w:t>Химический элемент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1. натрий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2. хлор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3. углерод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u w:val="single"/>
                <w:lang w:val="ru-RU"/>
              </w:rPr>
            </w:pPr>
            <w:r w:rsidRPr="000D3AEE">
              <w:rPr>
                <w:szCs w:val="24"/>
                <w:u w:val="single"/>
                <w:lang w:val="ru-RU"/>
              </w:rPr>
              <w:t>Электронная конфигурация атома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А. 1</w:t>
            </w:r>
            <w:r w:rsidRPr="004D00E1">
              <w:rPr>
                <w:szCs w:val="24"/>
              </w:rPr>
              <w:t>s</w:t>
            </w:r>
            <w:r w:rsidRPr="000D3AEE">
              <w:rPr>
                <w:szCs w:val="24"/>
                <w:vertAlign w:val="superscript"/>
                <w:lang w:val="ru-RU"/>
              </w:rPr>
              <w:t>2</w:t>
            </w:r>
            <w:r w:rsidRPr="000D3AEE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0D3AEE">
              <w:rPr>
                <w:szCs w:val="24"/>
                <w:vertAlign w:val="superscript"/>
                <w:lang w:val="ru-RU"/>
              </w:rPr>
              <w:t>2</w:t>
            </w:r>
            <w:r w:rsidRPr="000D3AEE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p</w:t>
            </w:r>
            <w:r w:rsidRPr="000D3AEE">
              <w:rPr>
                <w:szCs w:val="24"/>
                <w:vertAlign w:val="superscript"/>
                <w:lang w:val="ru-RU"/>
              </w:rPr>
              <w:t>4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Б. 1</w:t>
            </w:r>
            <w:r w:rsidRPr="004D00E1">
              <w:rPr>
                <w:szCs w:val="24"/>
              </w:rPr>
              <w:t>s</w:t>
            </w:r>
            <w:r w:rsidRPr="000D3AEE">
              <w:rPr>
                <w:szCs w:val="24"/>
                <w:vertAlign w:val="superscript"/>
                <w:lang w:val="ru-RU"/>
              </w:rPr>
              <w:t>2</w:t>
            </w:r>
            <w:r w:rsidRPr="000D3AEE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s</w:t>
            </w:r>
            <w:r w:rsidRPr="000D3AEE">
              <w:rPr>
                <w:szCs w:val="24"/>
                <w:vertAlign w:val="superscript"/>
                <w:lang w:val="ru-RU"/>
              </w:rPr>
              <w:t>2</w:t>
            </w:r>
            <w:r w:rsidRPr="000D3AEE">
              <w:rPr>
                <w:szCs w:val="24"/>
                <w:lang w:val="ru-RU"/>
              </w:rPr>
              <w:t>2</w:t>
            </w:r>
            <w:r w:rsidRPr="004D00E1">
              <w:rPr>
                <w:szCs w:val="24"/>
              </w:rPr>
              <w:t>p</w:t>
            </w:r>
            <w:r w:rsidRPr="000D3AEE">
              <w:rPr>
                <w:szCs w:val="24"/>
                <w:vertAlign w:val="superscript"/>
                <w:lang w:val="ru-RU"/>
              </w:rPr>
              <w:t>6</w:t>
            </w:r>
            <w:r w:rsidRPr="000D3AEE">
              <w:rPr>
                <w:szCs w:val="24"/>
                <w:lang w:val="ru-RU"/>
              </w:rPr>
              <w:t>3</w:t>
            </w:r>
            <w:r w:rsidRPr="004D00E1">
              <w:rPr>
                <w:szCs w:val="24"/>
              </w:rPr>
              <w:t>s</w:t>
            </w:r>
            <w:r w:rsidRPr="000D3AEE">
              <w:rPr>
                <w:szCs w:val="24"/>
                <w:vertAlign w:val="superscript"/>
                <w:lang w:val="ru-RU"/>
              </w:rPr>
              <w:t>1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В.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5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</w:p>
        </w:tc>
      </w:tr>
      <w:tr w:rsidR="00DC2F01" w:rsidRPr="004D00E1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BA04A5" w:rsidRDefault="00DC2F01" w:rsidP="00494884">
            <w:pPr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(1Б, 2В, 3А)</w:t>
            </w:r>
          </w:p>
        </w:tc>
      </w:tr>
      <w:tr w:rsidR="00DC2F01" w:rsidRPr="001B6ED6" w:rsidTr="00494884">
        <w:tc>
          <w:tcPr>
            <w:tcW w:w="10314" w:type="dxa"/>
            <w:gridSpan w:val="4"/>
            <w:tcBorders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45 Установите соответствие между химическим элементом и его электронной конфигурацией</w:t>
            </w:r>
          </w:p>
        </w:tc>
      </w:tr>
      <w:tr w:rsidR="00DC2F01" w:rsidRPr="00BA04A5" w:rsidTr="00494884">
        <w:tc>
          <w:tcPr>
            <w:tcW w:w="4816" w:type="dxa"/>
            <w:gridSpan w:val="2"/>
            <w:tcBorders>
              <w:top w:val="nil"/>
              <w:bottom w:val="nil"/>
            </w:tcBorders>
          </w:tcPr>
          <w:p w:rsidR="00DC2F01" w:rsidRPr="000D3AEE" w:rsidRDefault="00DC2F01" w:rsidP="00494884">
            <w:pPr>
              <w:rPr>
                <w:szCs w:val="24"/>
                <w:u w:val="single"/>
                <w:lang w:val="ru-RU"/>
              </w:rPr>
            </w:pPr>
            <w:r w:rsidRPr="000D3AEE">
              <w:rPr>
                <w:szCs w:val="24"/>
                <w:u w:val="single"/>
                <w:lang w:val="ru-RU"/>
              </w:rPr>
              <w:t>Химический элемент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1. калий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2. бром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3. скандий</w:t>
            </w:r>
          </w:p>
        </w:tc>
        <w:tc>
          <w:tcPr>
            <w:tcW w:w="5498" w:type="dxa"/>
            <w:gridSpan w:val="2"/>
            <w:tcBorders>
              <w:top w:val="nil"/>
              <w:bottom w:val="nil"/>
            </w:tcBorders>
          </w:tcPr>
          <w:p w:rsidR="00DC2F01" w:rsidRPr="004D00E1" w:rsidRDefault="00DC2F01" w:rsidP="00494884">
            <w:pPr>
              <w:rPr>
                <w:szCs w:val="24"/>
                <w:u w:val="single"/>
              </w:rPr>
            </w:pPr>
            <w:r w:rsidRPr="004D00E1">
              <w:rPr>
                <w:szCs w:val="24"/>
                <w:u w:val="single"/>
              </w:rPr>
              <w:t>Электронная конфигурация атома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А.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4s</w:t>
            </w:r>
            <w:r w:rsidRPr="004D00E1">
              <w:rPr>
                <w:szCs w:val="24"/>
                <w:vertAlign w:val="superscript"/>
              </w:rPr>
              <w:t>1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Б. 1s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2p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3s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3p</w:t>
            </w:r>
            <w:r w:rsidRPr="004D00E1">
              <w:rPr>
                <w:szCs w:val="24"/>
                <w:vertAlign w:val="superscript"/>
              </w:rPr>
              <w:t>6</w:t>
            </w:r>
            <w:r w:rsidRPr="004D00E1">
              <w:rPr>
                <w:szCs w:val="24"/>
              </w:rPr>
              <w:t>4s</w:t>
            </w:r>
            <w:r w:rsidRPr="004D00E1">
              <w:rPr>
                <w:szCs w:val="24"/>
                <w:vertAlign w:val="superscript"/>
              </w:rPr>
              <w:t>2</w:t>
            </w:r>
            <w:r w:rsidRPr="004D00E1">
              <w:rPr>
                <w:szCs w:val="24"/>
              </w:rPr>
              <w:t>3d</w:t>
            </w:r>
            <w:r w:rsidRPr="004D00E1">
              <w:rPr>
                <w:szCs w:val="24"/>
                <w:vertAlign w:val="superscript"/>
              </w:rPr>
              <w:t>10</w:t>
            </w:r>
            <w:r w:rsidRPr="004D00E1">
              <w:rPr>
                <w:szCs w:val="24"/>
              </w:rPr>
              <w:t>4p</w:t>
            </w:r>
            <w:r w:rsidRPr="004D00E1">
              <w:rPr>
                <w:szCs w:val="24"/>
                <w:vertAlign w:val="superscript"/>
              </w:rPr>
              <w:t>5</w:t>
            </w:r>
          </w:p>
          <w:p w:rsidR="00DC2F01" w:rsidRPr="00BA04A5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В</w:t>
            </w:r>
            <w:r w:rsidRPr="00BA04A5">
              <w:rPr>
                <w:szCs w:val="24"/>
              </w:rPr>
              <w:t>.1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4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</w:p>
          <w:p w:rsidR="00DC2F01" w:rsidRPr="00BA04A5" w:rsidRDefault="00DC2F01" w:rsidP="00494884">
            <w:pPr>
              <w:rPr>
                <w:szCs w:val="24"/>
              </w:rPr>
            </w:pPr>
            <w:r w:rsidRPr="004D00E1">
              <w:rPr>
                <w:szCs w:val="24"/>
              </w:rPr>
              <w:t>Г</w:t>
            </w:r>
            <w:r w:rsidRPr="00BA04A5">
              <w:rPr>
                <w:szCs w:val="24"/>
              </w:rPr>
              <w:t>. 1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2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2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p</w:t>
            </w:r>
            <w:r w:rsidRPr="00BA04A5">
              <w:rPr>
                <w:szCs w:val="24"/>
                <w:vertAlign w:val="superscript"/>
              </w:rPr>
              <w:t>6</w:t>
            </w:r>
            <w:r w:rsidRPr="00BA04A5">
              <w:rPr>
                <w:szCs w:val="24"/>
              </w:rPr>
              <w:t>4</w:t>
            </w:r>
            <w:r w:rsidRPr="004D00E1">
              <w:rPr>
                <w:szCs w:val="24"/>
              </w:rPr>
              <w:t>s</w:t>
            </w:r>
            <w:r w:rsidRPr="00BA04A5">
              <w:rPr>
                <w:szCs w:val="24"/>
                <w:vertAlign w:val="superscript"/>
              </w:rPr>
              <w:t>1</w:t>
            </w:r>
            <w:r w:rsidRPr="00BA04A5">
              <w:rPr>
                <w:szCs w:val="24"/>
              </w:rPr>
              <w:t>3</w:t>
            </w:r>
            <w:r w:rsidRPr="004D00E1">
              <w:rPr>
                <w:szCs w:val="24"/>
              </w:rPr>
              <w:t>d</w:t>
            </w:r>
            <w:r w:rsidRPr="00BA04A5">
              <w:rPr>
                <w:szCs w:val="24"/>
                <w:vertAlign w:val="superscript"/>
              </w:rPr>
              <w:t>1</w:t>
            </w:r>
          </w:p>
        </w:tc>
      </w:tr>
      <w:tr w:rsidR="00DC2F01" w:rsidRPr="00BA04A5" w:rsidTr="00494884">
        <w:tc>
          <w:tcPr>
            <w:tcW w:w="10314" w:type="dxa"/>
            <w:gridSpan w:val="4"/>
            <w:tcBorders>
              <w:top w:val="nil"/>
            </w:tcBorders>
          </w:tcPr>
          <w:p w:rsidR="00DC2F01" w:rsidRPr="00BA04A5" w:rsidRDefault="00DC2F01" w:rsidP="00494884">
            <w:pPr>
              <w:rPr>
                <w:b/>
                <w:szCs w:val="24"/>
              </w:rPr>
            </w:pPr>
            <w:r w:rsidRPr="00BA04A5">
              <w:rPr>
                <w:b/>
                <w:szCs w:val="24"/>
              </w:rPr>
              <w:t>(1А, 2Б, 3Г)</w:t>
            </w:r>
          </w:p>
        </w:tc>
      </w:tr>
      <w:tr w:rsidR="00DC2F01" w:rsidRPr="004D00E1" w:rsidTr="00494884">
        <w:trPr>
          <w:trHeight w:val="184"/>
        </w:trPr>
        <w:tc>
          <w:tcPr>
            <w:tcW w:w="10314" w:type="dxa"/>
            <w:gridSpan w:val="4"/>
          </w:tcPr>
          <w:p w:rsidR="00DC2F01" w:rsidRPr="004D00E1" w:rsidRDefault="00DC2F01" w:rsidP="00494884">
            <w:pPr>
              <w:rPr>
                <w:szCs w:val="24"/>
              </w:rPr>
            </w:pPr>
          </w:p>
        </w:tc>
      </w:tr>
      <w:tr w:rsidR="00DC2F01" w:rsidRPr="004D00E1" w:rsidTr="00494884">
        <w:trPr>
          <w:trHeight w:val="182"/>
        </w:trPr>
        <w:tc>
          <w:tcPr>
            <w:tcW w:w="4816" w:type="dxa"/>
            <w:gridSpan w:val="2"/>
          </w:tcPr>
          <w:p w:rsidR="00DC2F01" w:rsidRPr="00FC0892" w:rsidRDefault="00DC2F01" w:rsidP="00494884">
            <w:pPr>
              <w:tabs>
                <w:tab w:val="left" w:pos="3393"/>
              </w:tabs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Уровень сложности</w:t>
            </w:r>
          </w:p>
        </w:tc>
        <w:tc>
          <w:tcPr>
            <w:tcW w:w="5498" w:type="dxa"/>
            <w:gridSpan w:val="2"/>
          </w:tcPr>
          <w:p w:rsidR="00DC2F01" w:rsidRPr="00FC0892" w:rsidRDefault="00DC2F01" w:rsidP="00494884">
            <w:pPr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Высокий</w:t>
            </w:r>
          </w:p>
        </w:tc>
      </w:tr>
      <w:tr w:rsidR="00DC2F01" w:rsidRPr="004D00E1" w:rsidTr="00494884">
        <w:trPr>
          <w:trHeight w:val="182"/>
        </w:trPr>
        <w:tc>
          <w:tcPr>
            <w:tcW w:w="4816" w:type="dxa"/>
            <w:gridSpan w:val="2"/>
          </w:tcPr>
          <w:p w:rsidR="00DC2F01" w:rsidRPr="00FC0892" w:rsidRDefault="00DC2F01" w:rsidP="00494884">
            <w:pPr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Тип задания</w:t>
            </w:r>
          </w:p>
        </w:tc>
        <w:tc>
          <w:tcPr>
            <w:tcW w:w="5498" w:type="dxa"/>
            <w:gridSpan w:val="2"/>
          </w:tcPr>
          <w:p w:rsidR="00DC2F01" w:rsidRPr="00FC0892" w:rsidRDefault="00DC2F01" w:rsidP="00494884">
            <w:pPr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Задания с развернутым ответом</w:t>
            </w:r>
          </w:p>
        </w:tc>
      </w:tr>
      <w:tr w:rsidR="00DC2F01" w:rsidRPr="004D00E1" w:rsidTr="00494884">
        <w:trPr>
          <w:trHeight w:val="182"/>
        </w:trPr>
        <w:tc>
          <w:tcPr>
            <w:tcW w:w="4816" w:type="dxa"/>
            <w:gridSpan w:val="2"/>
          </w:tcPr>
          <w:p w:rsidR="00DC2F01" w:rsidRPr="00FC0892" w:rsidRDefault="00DC2F01" w:rsidP="00494884">
            <w:pPr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Инструкция</w:t>
            </w:r>
          </w:p>
        </w:tc>
        <w:tc>
          <w:tcPr>
            <w:tcW w:w="5498" w:type="dxa"/>
            <w:gridSpan w:val="2"/>
          </w:tcPr>
          <w:p w:rsidR="00DC2F01" w:rsidRPr="00FC0892" w:rsidRDefault="00DC2F01" w:rsidP="00494884">
            <w:pPr>
              <w:rPr>
                <w:b/>
                <w:szCs w:val="24"/>
              </w:rPr>
            </w:pPr>
            <w:r w:rsidRPr="00FC0892">
              <w:rPr>
                <w:b/>
                <w:szCs w:val="24"/>
              </w:rPr>
              <w:t>введите развернутый обоснованный ответ</w:t>
            </w:r>
          </w:p>
        </w:tc>
      </w:tr>
      <w:tr w:rsidR="00DC2F01" w:rsidRPr="004D00E1" w:rsidTr="00494884">
        <w:trPr>
          <w:trHeight w:val="182"/>
        </w:trPr>
        <w:tc>
          <w:tcPr>
            <w:tcW w:w="10314" w:type="dxa"/>
            <w:gridSpan w:val="4"/>
          </w:tcPr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46. Введите развернутый обоснованный ответ.</w:t>
            </w:r>
          </w:p>
          <w:p w:rsidR="00DC2F01" w:rsidRDefault="00DC2F01" w:rsidP="00494884">
            <w:pPr>
              <w:rPr>
                <w:szCs w:val="24"/>
              </w:rPr>
            </w:pPr>
            <w:r w:rsidRPr="000D3AEE">
              <w:rPr>
                <w:szCs w:val="24"/>
                <w:lang w:val="ru-RU"/>
              </w:rPr>
              <w:lastRenderedPageBreak/>
              <w:t xml:space="preserve">В </w:t>
            </w:r>
            <w:smartTag w:uri="urn:schemas-microsoft-com:office:smarttags" w:element="metricconverter">
              <w:smartTagPr>
                <w:attr w:name="ProductID" w:val="240 г"/>
              </w:smartTagPr>
              <w:r w:rsidRPr="000D3AEE">
                <w:rPr>
                  <w:szCs w:val="24"/>
                  <w:lang w:val="ru-RU"/>
                </w:rPr>
                <w:t>240 г</w:t>
              </w:r>
            </w:smartTag>
            <w:r w:rsidRPr="000D3AEE">
              <w:rPr>
                <w:szCs w:val="24"/>
                <w:lang w:val="ru-RU"/>
              </w:rPr>
              <w:t xml:space="preserve"> воды растворили </w:t>
            </w:r>
            <w:smartTag w:uri="urn:schemas-microsoft-com:office:smarttags" w:element="metricconverter">
              <w:smartTagPr>
                <w:attr w:name="ProductID" w:val="60 г"/>
              </w:smartTagPr>
              <w:r w:rsidRPr="000D3AEE">
                <w:rPr>
                  <w:szCs w:val="24"/>
                  <w:lang w:val="ru-RU"/>
                </w:rPr>
                <w:t>60 г</w:t>
              </w:r>
            </w:smartTag>
            <w:r w:rsidRPr="000D3AEE">
              <w:rPr>
                <w:szCs w:val="24"/>
                <w:lang w:val="ru-RU"/>
              </w:rPr>
              <w:t xml:space="preserve"> соли. Массовая доля </w:t>
            </w:r>
            <w:proofErr w:type="gramStart"/>
            <w:r w:rsidRPr="000D3AEE">
              <w:rPr>
                <w:szCs w:val="24"/>
                <w:lang w:val="ru-RU"/>
              </w:rPr>
              <w:t>соли  в</w:t>
            </w:r>
            <w:proofErr w:type="gramEnd"/>
            <w:r w:rsidRPr="000D3AEE">
              <w:rPr>
                <w:szCs w:val="24"/>
                <w:lang w:val="ru-RU"/>
              </w:rPr>
              <w:t xml:space="preserve"> полученном растворе равна… </w:t>
            </w:r>
            <w:r w:rsidRPr="004D00E1">
              <w:rPr>
                <w:szCs w:val="24"/>
              </w:rPr>
              <w:t>%</w:t>
            </w:r>
            <w:r>
              <w:rPr>
                <w:szCs w:val="24"/>
              </w:rPr>
              <w:t>.</w:t>
            </w:r>
          </w:p>
          <w:p w:rsidR="00DC2F01" w:rsidRPr="00BA04A5" w:rsidRDefault="00DC2F01" w:rsidP="00494884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</w:t>
            </w:r>
            <w:r w:rsidRPr="00BA04A5">
              <w:rPr>
                <w:b/>
                <w:szCs w:val="24"/>
              </w:rPr>
              <w:t>(20)</w:t>
            </w:r>
          </w:p>
        </w:tc>
      </w:tr>
      <w:tr w:rsidR="00DC2F01" w:rsidRPr="004D00E1" w:rsidTr="00494884">
        <w:trPr>
          <w:trHeight w:val="182"/>
        </w:trPr>
        <w:tc>
          <w:tcPr>
            <w:tcW w:w="10314" w:type="dxa"/>
            <w:gridSpan w:val="4"/>
          </w:tcPr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lastRenderedPageBreak/>
              <w:t>47. Введите развернутый обоснованный ответ.</w:t>
            </w:r>
          </w:p>
          <w:p w:rsidR="00DC2F01" w:rsidRPr="000D3AEE" w:rsidRDefault="00DC2F01" w:rsidP="00494884">
            <w:pPr>
              <w:tabs>
                <w:tab w:val="left" w:pos="3350"/>
              </w:tabs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Раствор, содержащий </w:t>
            </w:r>
            <w:smartTag w:uri="urn:schemas-microsoft-com:office:smarttags" w:element="metricconverter">
              <w:smartTagPr>
                <w:attr w:name="ProductID" w:val="72 г"/>
              </w:smartTagPr>
              <w:r w:rsidRPr="000D3AEE">
                <w:rPr>
                  <w:szCs w:val="24"/>
                  <w:lang w:val="ru-RU"/>
                </w:rPr>
                <w:t>72 г</w:t>
              </w:r>
            </w:smartTag>
            <w:r w:rsidRPr="000D3AEE">
              <w:rPr>
                <w:szCs w:val="24"/>
                <w:lang w:val="ru-RU"/>
              </w:rPr>
              <w:t xml:space="preserve"> сахарозы(</w:t>
            </w:r>
            <w:r w:rsidRPr="004D00E1">
              <w:rPr>
                <w:szCs w:val="24"/>
              </w:rPr>
              <w:t>C</w:t>
            </w:r>
            <w:r w:rsidRPr="000D3AEE">
              <w:rPr>
                <w:szCs w:val="24"/>
                <w:vertAlign w:val="subscript"/>
                <w:lang w:val="ru-RU"/>
              </w:rPr>
              <w:t>12</w:t>
            </w:r>
            <w:r w:rsidRPr="004D00E1">
              <w:rPr>
                <w:szCs w:val="24"/>
              </w:rPr>
              <w:t>H</w:t>
            </w:r>
            <w:r w:rsidRPr="000D3AEE">
              <w:rPr>
                <w:szCs w:val="24"/>
                <w:vertAlign w:val="subscript"/>
                <w:lang w:val="ru-RU"/>
              </w:rPr>
              <w:t>22</w:t>
            </w:r>
            <w:r w:rsidRPr="004D00E1">
              <w:rPr>
                <w:szCs w:val="24"/>
              </w:rPr>
              <w:t>O</w:t>
            </w:r>
            <w:r w:rsidRPr="000D3AEE">
              <w:rPr>
                <w:szCs w:val="24"/>
                <w:vertAlign w:val="subscript"/>
                <w:lang w:val="ru-RU"/>
              </w:rPr>
              <w:t>11</w:t>
            </w:r>
            <w:r w:rsidRPr="000D3AEE">
              <w:rPr>
                <w:szCs w:val="24"/>
                <w:lang w:val="ru-RU"/>
              </w:rPr>
              <w:t xml:space="preserve">) в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0D3AEE">
                <w:rPr>
                  <w:szCs w:val="24"/>
                  <w:lang w:val="ru-RU"/>
                </w:rPr>
                <w:t>1 л</w:t>
              </w:r>
            </w:smartTag>
            <w:r w:rsidRPr="000D3AEE">
              <w:rPr>
                <w:szCs w:val="24"/>
                <w:lang w:val="ru-RU"/>
              </w:rPr>
              <w:t xml:space="preserve"> раствора при 20</w:t>
            </w:r>
            <w:r w:rsidRPr="000D3AEE">
              <w:rPr>
                <w:szCs w:val="24"/>
                <w:vertAlign w:val="superscript"/>
                <w:lang w:val="ru-RU"/>
              </w:rPr>
              <w:t>о</w:t>
            </w:r>
            <w:r w:rsidRPr="000D3AEE">
              <w:rPr>
                <w:szCs w:val="24"/>
                <w:lang w:val="ru-RU"/>
              </w:rPr>
              <w:t>С имеет осмотическое давление… кПа.</w:t>
            </w:r>
          </w:p>
          <w:p w:rsidR="00DC2F01" w:rsidRPr="0096537A" w:rsidRDefault="00DC2F01" w:rsidP="00494884">
            <w:pPr>
              <w:tabs>
                <w:tab w:val="left" w:pos="3350"/>
              </w:tabs>
              <w:rPr>
                <w:b/>
                <w:szCs w:val="24"/>
              </w:rPr>
            </w:pPr>
            <w:r w:rsidRPr="0096537A">
              <w:rPr>
                <w:b/>
                <w:szCs w:val="24"/>
              </w:rPr>
              <w:t>(223,7)</w:t>
            </w:r>
          </w:p>
        </w:tc>
      </w:tr>
      <w:tr w:rsidR="00DC2F01" w:rsidRPr="004D00E1" w:rsidTr="00494884">
        <w:trPr>
          <w:trHeight w:val="182"/>
        </w:trPr>
        <w:tc>
          <w:tcPr>
            <w:tcW w:w="10314" w:type="dxa"/>
            <w:gridSpan w:val="4"/>
          </w:tcPr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48. Введите развернутый обоснованный ответ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proofErr w:type="gramStart"/>
            <w:r w:rsidRPr="004D00E1">
              <w:rPr>
                <w:szCs w:val="24"/>
              </w:rPr>
              <w:t>pH</w:t>
            </w:r>
            <w:r w:rsidRPr="000D3AEE">
              <w:rPr>
                <w:szCs w:val="24"/>
                <w:lang w:val="ru-RU"/>
              </w:rPr>
              <w:t xml:space="preserve">  0</w:t>
            </w:r>
            <w:proofErr w:type="gramEnd"/>
            <w:r w:rsidRPr="000D3AEE">
              <w:rPr>
                <w:szCs w:val="24"/>
                <w:lang w:val="ru-RU"/>
              </w:rPr>
              <w:t>,05 моль/дм</w:t>
            </w:r>
            <w:r w:rsidRPr="000D3AEE">
              <w:rPr>
                <w:szCs w:val="24"/>
                <w:vertAlign w:val="superscript"/>
                <w:lang w:val="ru-RU"/>
              </w:rPr>
              <w:t>3</w:t>
            </w:r>
            <w:r w:rsidRPr="000D3AEE">
              <w:rPr>
                <w:szCs w:val="24"/>
                <w:lang w:val="ru-RU"/>
              </w:rPr>
              <w:t xml:space="preserve"> раствора </w:t>
            </w:r>
            <w:r w:rsidRPr="004D00E1">
              <w:rPr>
                <w:szCs w:val="24"/>
              </w:rPr>
              <w:t>H</w:t>
            </w:r>
            <w:r w:rsidRPr="000D3AEE">
              <w:rPr>
                <w:szCs w:val="24"/>
                <w:vertAlign w:val="subscript"/>
                <w:lang w:val="ru-RU"/>
              </w:rPr>
              <w:t>2</w:t>
            </w:r>
            <w:r>
              <w:rPr>
                <w:szCs w:val="24"/>
              </w:rPr>
              <w:t>SO</w:t>
            </w:r>
            <w:r w:rsidRPr="000D3AEE">
              <w:rPr>
                <w:szCs w:val="24"/>
                <w:vertAlign w:val="subscript"/>
                <w:lang w:val="ru-RU"/>
              </w:rPr>
              <w:t>4</w:t>
            </w:r>
            <w:r w:rsidRPr="000D3AEE">
              <w:rPr>
                <w:szCs w:val="24"/>
                <w:lang w:val="ru-RU"/>
              </w:rPr>
              <w:t xml:space="preserve"> равна ….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r>
              <w:rPr>
                <w:b/>
                <w:szCs w:val="24"/>
              </w:rPr>
              <w:t>1</w:t>
            </w:r>
            <w:r>
              <w:rPr>
                <w:szCs w:val="24"/>
              </w:rPr>
              <w:t>)</w:t>
            </w:r>
          </w:p>
        </w:tc>
      </w:tr>
      <w:tr w:rsidR="00DC2F01" w:rsidRPr="004D00E1" w:rsidTr="00494884">
        <w:trPr>
          <w:trHeight w:val="182"/>
        </w:trPr>
        <w:tc>
          <w:tcPr>
            <w:tcW w:w="10314" w:type="dxa"/>
            <w:gridSpan w:val="4"/>
          </w:tcPr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49. Введите развернутый обоснованный ответ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proofErr w:type="gramStart"/>
            <w:r w:rsidRPr="004D00E1">
              <w:rPr>
                <w:szCs w:val="24"/>
              </w:rPr>
              <w:t>pH</w:t>
            </w:r>
            <w:r w:rsidRPr="000D3AEE">
              <w:rPr>
                <w:szCs w:val="24"/>
                <w:lang w:val="ru-RU"/>
              </w:rPr>
              <w:t xml:space="preserve">  0</w:t>
            </w:r>
            <w:proofErr w:type="gramEnd"/>
            <w:r w:rsidRPr="000D3AEE">
              <w:rPr>
                <w:szCs w:val="24"/>
                <w:lang w:val="ru-RU"/>
              </w:rPr>
              <w:t>,01 моль/дм</w:t>
            </w:r>
            <w:r w:rsidRPr="000D3AEE">
              <w:rPr>
                <w:szCs w:val="24"/>
                <w:vertAlign w:val="superscript"/>
                <w:lang w:val="ru-RU"/>
              </w:rPr>
              <w:t>3</w:t>
            </w:r>
            <w:r w:rsidRPr="000D3AEE">
              <w:rPr>
                <w:szCs w:val="24"/>
                <w:lang w:val="ru-RU"/>
              </w:rPr>
              <w:t xml:space="preserve"> раствора </w:t>
            </w:r>
            <w:r w:rsidRPr="004D00E1">
              <w:rPr>
                <w:szCs w:val="24"/>
              </w:rPr>
              <w:t>HCl</w:t>
            </w:r>
            <w:r w:rsidRPr="000D3AEE">
              <w:rPr>
                <w:szCs w:val="24"/>
                <w:lang w:val="ru-RU"/>
              </w:rPr>
              <w:t xml:space="preserve"> равна ….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r w:rsidRPr="0096537A">
              <w:rPr>
                <w:b/>
                <w:szCs w:val="24"/>
              </w:rPr>
              <w:t>2</w:t>
            </w:r>
            <w:r>
              <w:rPr>
                <w:szCs w:val="24"/>
              </w:rPr>
              <w:t>)</w:t>
            </w:r>
          </w:p>
        </w:tc>
      </w:tr>
      <w:tr w:rsidR="00DC2F01" w:rsidRPr="004D00E1" w:rsidTr="00494884">
        <w:trPr>
          <w:trHeight w:val="182"/>
        </w:trPr>
        <w:tc>
          <w:tcPr>
            <w:tcW w:w="10314" w:type="dxa"/>
            <w:gridSpan w:val="4"/>
          </w:tcPr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>50. Введите развернутый обоснованный ответ</w:t>
            </w:r>
          </w:p>
          <w:p w:rsidR="00DC2F01" w:rsidRPr="000D3AEE" w:rsidRDefault="00DC2F01" w:rsidP="00494884">
            <w:pPr>
              <w:rPr>
                <w:szCs w:val="24"/>
                <w:lang w:val="ru-RU"/>
              </w:rPr>
            </w:pPr>
            <w:r w:rsidRPr="000D3AEE">
              <w:rPr>
                <w:szCs w:val="24"/>
                <w:lang w:val="ru-RU"/>
              </w:rPr>
              <w:t xml:space="preserve">Масса воды и соли, необходимые для приготовления 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0D3AEE">
                <w:rPr>
                  <w:szCs w:val="24"/>
                  <w:lang w:val="ru-RU"/>
                </w:rPr>
                <w:t>50 г</w:t>
              </w:r>
            </w:smartTag>
            <w:r w:rsidRPr="000D3AEE">
              <w:rPr>
                <w:szCs w:val="24"/>
                <w:lang w:val="ru-RU"/>
              </w:rPr>
              <w:t xml:space="preserve"> раствора с массовой долей 10% равны … и … г.</w:t>
            </w:r>
          </w:p>
          <w:p w:rsidR="00DC2F01" w:rsidRPr="004D00E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(45 и 5)</w:t>
            </w:r>
          </w:p>
        </w:tc>
      </w:tr>
    </w:tbl>
    <w:p w:rsidR="00DC2F01" w:rsidRDefault="00DC2F01" w:rsidP="00DC2F01">
      <w:pPr>
        <w:rPr>
          <w:szCs w:val="24"/>
        </w:rPr>
      </w:pPr>
    </w:p>
    <w:p w:rsidR="00DC2F01" w:rsidRDefault="00DC2F01" w:rsidP="00DC2F01">
      <w:pPr>
        <w:jc w:val="center"/>
        <w:rPr>
          <w:szCs w:val="24"/>
        </w:rPr>
      </w:pPr>
      <w:r w:rsidRPr="00C42B2F">
        <w:rPr>
          <w:b/>
          <w:szCs w:val="24"/>
        </w:rPr>
        <w:t>Ключи правильных ответов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980"/>
        <w:gridCol w:w="2692"/>
        <w:gridCol w:w="2127"/>
        <w:gridCol w:w="2337"/>
      </w:tblGrid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2692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Верный ответ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Верный ответ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Pr="004D00E1">
              <w:rPr>
                <w:b/>
                <w:szCs w:val="24"/>
              </w:rPr>
              <w:t xml:space="preserve"> </w:t>
            </w:r>
          </w:p>
        </w:tc>
        <w:tc>
          <w:tcPr>
            <w:tcW w:w="2692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b/>
                <w:szCs w:val="24"/>
              </w:rPr>
              <w:t>А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123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</w:p>
        </w:tc>
        <w:tc>
          <w:tcPr>
            <w:tcW w:w="2692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Б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1В, 2Б, 3А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 xml:space="preserve">3 </w:t>
            </w:r>
          </w:p>
        </w:tc>
        <w:tc>
          <w:tcPr>
            <w:tcW w:w="2692" w:type="dxa"/>
          </w:tcPr>
          <w:p w:rsidR="00DC2F01" w:rsidRPr="00562796" w:rsidRDefault="00DC2F01" w:rsidP="00494884">
            <w:pPr>
              <w:rPr>
                <w:szCs w:val="24"/>
              </w:rPr>
            </w:pPr>
            <w:r>
              <w:rPr>
                <w:b/>
                <w:szCs w:val="24"/>
              </w:rPr>
              <w:t>В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28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1Г, 2А, 3Б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692" w:type="dxa"/>
          </w:tcPr>
          <w:p w:rsidR="00DC2F01" w:rsidRPr="00562796" w:rsidRDefault="00DC2F01" w:rsidP="00494884">
            <w:pPr>
              <w:rPr>
                <w:szCs w:val="24"/>
              </w:rPr>
            </w:pPr>
            <w:r>
              <w:rPr>
                <w:b/>
                <w:szCs w:val="24"/>
              </w:rPr>
              <w:t>В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1Б, 2A, 3Г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692" w:type="dxa"/>
          </w:tcPr>
          <w:p w:rsidR="00DC2F01" w:rsidRPr="00562796" w:rsidRDefault="00DC2F01" w:rsidP="00494884">
            <w:pPr>
              <w:rPr>
                <w:szCs w:val="24"/>
              </w:rPr>
            </w:pPr>
            <w:r>
              <w:rPr>
                <w:b/>
                <w:szCs w:val="24"/>
              </w:rPr>
              <w:t>Б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1В, 2А, 3Б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692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А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1В, 2А, 3Б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692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Б,Г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32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1B, 2Д, 3В, 4Г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692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А,Б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33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1В, 2Д, 3А, 4А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692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Б,Г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1А, 2А, 3В, 4В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35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1В, 2Б, 3В, 4А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36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1А, 2В, 3А, 4Б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37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1А, 2В, 3А, 4В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1234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38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1Г, 2Б, 3А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39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1В, 2Б, 3А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lastRenderedPageBreak/>
              <w:t>15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40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tabs>
                <w:tab w:val="left" w:pos="500"/>
              </w:tabs>
              <w:rPr>
                <w:szCs w:val="24"/>
              </w:rPr>
            </w:pPr>
            <w:r w:rsidRPr="00CF5C61">
              <w:rPr>
                <w:szCs w:val="24"/>
              </w:rPr>
              <w:t>1А, 2Г, 3В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16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41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1Г, 2А, 3Б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42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1Г, 2А, 3В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43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1А, 2В, 3Б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44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1Б, 2В, 3А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692" w:type="dxa"/>
          </w:tcPr>
          <w:p w:rsidR="00DC2F01" w:rsidRPr="001756C5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45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1А, 2Б, 3Г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692" w:type="dxa"/>
          </w:tcPr>
          <w:p w:rsidR="00DC2F01" w:rsidRPr="008234DE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20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692" w:type="dxa"/>
          </w:tcPr>
          <w:p w:rsidR="00DC2F01" w:rsidRPr="008234DE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47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223,7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692" w:type="dxa"/>
          </w:tcPr>
          <w:p w:rsidR="00DC2F01" w:rsidRPr="008234DE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48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1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692" w:type="dxa"/>
          </w:tcPr>
          <w:p w:rsidR="00DC2F01" w:rsidRPr="008234DE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49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2</w:t>
            </w:r>
          </w:p>
        </w:tc>
      </w:tr>
      <w:tr w:rsidR="00DC2F01" w:rsidTr="00494884">
        <w:tc>
          <w:tcPr>
            <w:tcW w:w="1980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25</w:t>
            </w:r>
          </w:p>
        </w:tc>
        <w:tc>
          <w:tcPr>
            <w:tcW w:w="2692" w:type="dxa"/>
          </w:tcPr>
          <w:p w:rsidR="00DC2F01" w:rsidRPr="008234DE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123</w:t>
            </w:r>
          </w:p>
        </w:tc>
        <w:tc>
          <w:tcPr>
            <w:tcW w:w="212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50</w:t>
            </w:r>
          </w:p>
        </w:tc>
        <w:tc>
          <w:tcPr>
            <w:tcW w:w="2337" w:type="dxa"/>
          </w:tcPr>
          <w:p w:rsidR="00DC2F01" w:rsidRPr="00CF5C61" w:rsidRDefault="00DC2F01" w:rsidP="00494884">
            <w:pPr>
              <w:rPr>
                <w:szCs w:val="24"/>
              </w:rPr>
            </w:pPr>
            <w:r w:rsidRPr="00CF5C61">
              <w:rPr>
                <w:szCs w:val="24"/>
              </w:rPr>
              <w:t>(45 и 5)</w:t>
            </w:r>
          </w:p>
        </w:tc>
      </w:tr>
    </w:tbl>
    <w:p w:rsidR="00DC2F01" w:rsidRDefault="00DC2F01" w:rsidP="00DC2F01">
      <w:pPr>
        <w:rPr>
          <w:szCs w:val="24"/>
        </w:rPr>
      </w:pPr>
    </w:p>
    <w:p w:rsidR="00DC2F01" w:rsidRPr="00DC2F01" w:rsidRDefault="00DC2F01" w:rsidP="00DC2F01">
      <w:pPr>
        <w:jc w:val="center"/>
        <w:rPr>
          <w:szCs w:val="24"/>
          <w:lang w:val="ru-RU"/>
        </w:rPr>
      </w:pPr>
      <w:r w:rsidRPr="00DC2F01">
        <w:rPr>
          <w:szCs w:val="24"/>
          <w:lang w:val="ru-RU"/>
        </w:rPr>
        <w:t>Описание дополнительных материалов и оборудования, необходимых для выполнения тестовых заданий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814"/>
      </w:tblGrid>
      <w:tr w:rsidR="00DC2F01" w:rsidRPr="001B6ED6" w:rsidTr="00494884">
        <w:tc>
          <w:tcPr>
            <w:tcW w:w="4531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Номер задания</w:t>
            </w:r>
          </w:p>
        </w:tc>
        <w:tc>
          <w:tcPr>
            <w:tcW w:w="4814" w:type="dxa"/>
          </w:tcPr>
          <w:p w:rsidR="00DC2F01" w:rsidRPr="00DC2F01" w:rsidRDefault="00DC2F01" w:rsidP="00494884">
            <w:pPr>
              <w:jc w:val="center"/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Перечень материалов и оборудования, необходимых для выполнения тестовых заданий</w:t>
            </w:r>
          </w:p>
        </w:tc>
      </w:tr>
      <w:tr w:rsidR="00DC2F01" w:rsidRPr="001B6ED6" w:rsidTr="00494884">
        <w:tc>
          <w:tcPr>
            <w:tcW w:w="4531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1,2, 7-10, 11-13, 17-26, 44, 45</w:t>
            </w:r>
          </w:p>
        </w:tc>
        <w:tc>
          <w:tcPr>
            <w:tcW w:w="4814" w:type="dxa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Периодическая система химических элементов Д.И. Менделеева</w:t>
            </w:r>
          </w:p>
        </w:tc>
      </w:tr>
      <w:tr w:rsidR="00DC2F01" w:rsidTr="00494884">
        <w:tc>
          <w:tcPr>
            <w:tcW w:w="4531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3-6, 29-31, 38-41</w:t>
            </w:r>
          </w:p>
        </w:tc>
        <w:tc>
          <w:tcPr>
            <w:tcW w:w="4814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Таблица растворимости</w:t>
            </w:r>
          </w:p>
        </w:tc>
      </w:tr>
      <w:tr w:rsidR="00DC2F01" w:rsidTr="00494884">
        <w:tc>
          <w:tcPr>
            <w:tcW w:w="4531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27, 28, 32, 33</w:t>
            </w:r>
          </w:p>
        </w:tc>
        <w:tc>
          <w:tcPr>
            <w:tcW w:w="4814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Электрохимический ряд напряжения металлов</w:t>
            </w:r>
          </w:p>
        </w:tc>
      </w:tr>
    </w:tbl>
    <w:p w:rsidR="00DC2F01" w:rsidRDefault="00DC2F01" w:rsidP="00DC2F01">
      <w:pPr>
        <w:rPr>
          <w:szCs w:val="24"/>
        </w:rPr>
      </w:pPr>
      <w:r>
        <w:rPr>
          <w:szCs w:val="24"/>
        </w:rPr>
        <w:t xml:space="preserve">Критерии оценки тестовых заданий 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377"/>
        <w:gridCol w:w="3762"/>
        <w:gridCol w:w="3206"/>
      </w:tblGrid>
      <w:tr w:rsidR="00DC2F01" w:rsidTr="00494884">
        <w:tc>
          <w:tcPr>
            <w:tcW w:w="237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Результат оценивания</w:t>
            </w:r>
          </w:p>
        </w:tc>
        <w:tc>
          <w:tcPr>
            <w:tcW w:w="3762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Тип задания</w:t>
            </w:r>
          </w:p>
        </w:tc>
        <w:tc>
          <w:tcPr>
            <w:tcW w:w="3206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Критерии</w:t>
            </w:r>
          </w:p>
        </w:tc>
      </w:tr>
      <w:tr w:rsidR="00DC2F01" w:rsidRPr="001B6ED6" w:rsidTr="00494884">
        <w:tc>
          <w:tcPr>
            <w:tcW w:w="2377" w:type="dxa"/>
            <w:vMerge w:val="restart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верно</w:t>
            </w:r>
          </w:p>
        </w:tc>
        <w:tc>
          <w:tcPr>
            <w:tcW w:w="3762" w:type="dxa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3206" w:type="dxa"/>
            <w:vMerge w:val="restart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Полное совпадение с верным ответом</w:t>
            </w:r>
          </w:p>
        </w:tc>
      </w:tr>
      <w:tr w:rsidR="00DC2F01" w:rsidTr="00494884">
        <w:tc>
          <w:tcPr>
            <w:tcW w:w="2377" w:type="dxa"/>
            <w:vMerge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</w:p>
        </w:tc>
        <w:tc>
          <w:tcPr>
            <w:tcW w:w="3762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на установление последовательности/соответствия</w:t>
            </w:r>
          </w:p>
        </w:tc>
        <w:tc>
          <w:tcPr>
            <w:tcW w:w="3206" w:type="dxa"/>
            <w:vMerge/>
          </w:tcPr>
          <w:p w:rsidR="00DC2F01" w:rsidRDefault="00DC2F01" w:rsidP="00494884">
            <w:pPr>
              <w:rPr>
                <w:szCs w:val="24"/>
              </w:rPr>
            </w:pPr>
          </w:p>
        </w:tc>
      </w:tr>
      <w:tr w:rsidR="00DC2F01" w:rsidTr="00494884">
        <w:tc>
          <w:tcPr>
            <w:tcW w:w="2377" w:type="dxa"/>
            <w:vMerge/>
          </w:tcPr>
          <w:p w:rsidR="00DC2F01" w:rsidRDefault="00DC2F01" w:rsidP="00494884">
            <w:pPr>
              <w:rPr>
                <w:szCs w:val="24"/>
              </w:rPr>
            </w:pPr>
          </w:p>
        </w:tc>
        <w:tc>
          <w:tcPr>
            <w:tcW w:w="3762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с развернутым ответом</w:t>
            </w:r>
          </w:p>
        </w:tc>
        <w:tc>
          <w:tcPr>
            <w:tcW w:w="3206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Сопоставить с эталонным ответом</w:t>
            </w:r>
          </w:p>
        </w:tc>
      </w:tr>
      <w:tr w:rsidR="00DC2F01" w:rsidRPr="001B6ED6" w:rsidTr="00494884">
        <w:tc>
          <w:tcPr>
            <w:tcW w:w="2377" w:type="dxa"/>
          </w:tcPr>
          <w:p w:rsidR="00DC2F01" w:rsidRDefault="00DC2F01" w:rsidP="00494884">
            <w:pPr>
              <w:rPr>
                <w:szCs w:val="24"/>
              </w:rPr>
            </w:pPr>
            <w:r>
              <w:rPr>
                <w:szCs w:val="24"/>
              </w:rPr>
              <w:t>неверно</w:t>
            </w:r>
          </w:p>
        </w:tc>
        <w:tc>
          <w:tcPr>
            <w:tcW w:w="3762" w:type="dxa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 выбором одного/нескольких ответов;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>на установление последовательности/соответствия;</w:t>
            </w:r>
          </w:p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t>с развернутым ответом</w:t>
            </w:r>
          </w:p>
        </w:tc>
        <w:tc>
          <w:tcPr>
            <w:tcW w:w="3206" w:type="dxa"/>
          </w:tcPr>
          <w:p w:rsidR="00DC2F01" w:rsidRPr="00DC2F01" w:rsidRDefault="00DC2F01" w:rsidP="00494884">
            <w:pPr>
              <w:rPr>
                <w:szCs w:val="24"/>
                <w:lang w:val="ru-RU"/>
              </w:rPr>
            </w:pPr>
            <w:r w:rsidRPr="00DC2F01">
              <w:rPr>
                <w:szCs w:val="24"/>
                <w:lang w:val="ru-RU"/>
              </w:rPr>
              <w:lastRenderedPageBreak/>
              <w:t>Допущены ошибки или ответ отсутствует</w:t>
            </w:r>
          </w:p>
        </w:tc>
      </w:tr>
    </w:tbl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szCs w:val="24"/>
          <w:lang w:val="ru-RU"/>
        </w:rPr>
        <w:lastRenderedPageBreak/>
        <w:t>Шкала оценивания результатов компьютерного тестирования обучающихся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DC2F01" w:rsidTr="00494884">
        <w:tc>
          <w:tcPr>
            <w:tcW w:w="4672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Оценка</w:t>
            </w:r>
          </w:p>
        </w:tc>
        <w:tc>
          <w:tcPr>
            <w:tcW w:w="4673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Процент верных ответов</w:t>
            </w:r>
          </w:p>
        </w:tc>
      </w:tr>
      <w:tr w:rsidR="00DC2F01" w:rsidTr="00494884">
        <w:tc>
          <w:tcPr>
            <w:tcW w:w="4672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отлично</w:t>
            </w:r>
          </w:p>
        </w:tc>
        <w:tc>
          <w:tcPr>
            <w:tcW w:w="4673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91-100</w:t>
            </w:r>
          </w:p>
        </w:tc>
      </w:tr>
      <w:tr w:rsidR="00DC2F01" w:rsidTr="00494884">
        <w:tc>
          <w:tcPr>
            <w:tcW w:w="4672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хорошо</w:t>
            </w:r>
          </w:p>
        </w:tc>
        <w:tc>
          <w:tcPr>
            <w:tcW w:w="4673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80-90</w:t>
            </w:r>
          </w:p>
        </w:tc>
      </w:tr>
      <w:tr w:rsidR="00DC2F01" w:rsidTr="00494884">
        <w:tc>
          <w:tcPr>
            <w:tcW w:w="4672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удовлетворительно</w:t>
            </w:r>
          </w:p>
        </w:tc>
        <w:tc>
          <w:tcPr>
            <w:tcW w:w="4673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60-79</w:t>
            </w:r>
          </w:p>
        </w:tc>
      </w:tr>
      <w:tr w:rsidR="00DC2F01" w:rsidTr="00494884">
        <w:tc>
          <w:tcPr>
            <w:tcW w:w="4672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неудовлетворительно</w:t>
            </w:r>
          </w:p>
        </w:tc>
        <w:tc>
          <w:tcPr>
            <w:tcW w:w="4673" w:type="dxa"/>
          </w:tcPr>
          <w:p w:rsidR="00DC2F01" w:rsidRDefault="00DC2F01" w:rsidP="0049488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менее 60</w:t>
            </w:r>
          </w:p>
        </w:tc>
      </w:tr>
    </w:tbl>
    <w:p w:rsidR="00DC2F01" w:rsidRPr="00DC2F01" w:rsidRDefault="00DC2F01" w:rsidP="00DC2F01">
      <w:pPr>
        <w:rPr>
          <w:szCs w:val="24"/>
          <w:lang w:val="ru-RU"/>
        </w:rPr>
      </w:pPr>
      <w:r w:rsidRPr="00DC2F01">
        <w:rPr>
          <w:szCs w:val="24"/>
          <w:lang w:val="ru-RU"/>
        </w:rPr>
        <w:t>Составитель:</w:t>
      </w:r>
    </w:p>
    <w:p w:rsidR="00DC2F01" w:rsidRPr="001B6ED6" w:rsidRDefault="00DC2F01" w:rsidP="00DC2F01">
      <w:pPr>
        <w:rPr>
          <w:szCs w:val="24"/>
          <w:lang w:val="ru-RU"/>
        </w:rPr>
      </w:pPr>
      <w:r w:rsidRPr="00DC2F01">
        <w:rPr>
          <w:szCs w:val="24"/>
          <w:lang w:val="ru-RU"/>
        </w:rPr>
        <w:t xml:space="preserve">1. С.Ф. Лапина, доцент каф. </w:t>
      </w:r>
      <w:r w:rsidRPr="001B6ED6">
        <w:rPr>
          <w:szCs w:val="24"/>
          <w:lang w:val="ru-RU"/>
        </w:rPr>
        <w:t>ЭБЖиФ, к.фарм.н.             _______________________</w:t>
      </w:r>
    </w:p>
    <w:p w:rsidR="00DC2F01" w:rsidRPr="001B6ED6" w:rsidRDefault="00DC2F01" w:rsidP="00DC2F01">
      <w:pPr>
        <w:pStyle w:val="ae"/>
        <w:rPr>
          <w:szCs w:val="24"/>
          <w:lang w:val="ru-RU"/>
        </w:rPr>
      </w:pPr>
    </w:p>
    <w:p w:rsidR="00DC2F01" w:rsidRPr="00DC2F01" w:rsidRDefault="00DC2F01" w:rsidP="00DC2F01">
      <w:pPr>
        <w:pStyle w:val="ae"/>
        <w:rPr>
          <w:szCs w:val="24"/>
          <w:lang w:val="ru-RU"/>
        </w:rPr>
      </w:pPr>
      <w:r w:rsidRPr="00DC2F01">
        <w:rPr>
          <w:szCs w:val="24"/>
          <w:lang w:val="ru-RU"/>
        </w:rPr>
        <w:t>«03» декабря 2025 г.</w:t>
      </w:r>
    </w:p>
    <w:p w:rsidR="00DC2F01" w:rsidRDefault="00DC2F01">
      <w:pPr>
        <w:rPr>
          <w:lang w:val="ru-RU"/>
        </w:rPr>
      </w:pPr>
    </w:p>
    <w:p w:rsidR="00DC2F01" w:rsidRDefault="00DC2F01">
      <w:pPr>
        <w:rPr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Default="000D3AEE" w:rsidP="000D3AEE">
      <w:pPr>
        <w:pStyle w:val="21"/>
        <w:keepNext w:val="0"/>
        <w:widowControl w:val="0"/>
        <w:ind w:firstLine="425"/>
        <w:rPr>
          <w:rFonts w:ascii="Time Roman" w:hAnsi="Time Roman"/>
          <w:szCs w:val="24"/>
          <w:lang w:val="ru-RU"/>
        </w:rPr>
      </w:pPr>
    </w:p>
    <w:p w:rsidR="000D3AEE" w:rsidRPr="000D3AEE" w:rsidRDefault="000D3AEE" w:rsidP="000D3AEE">
      <w:pPr>
        <w:pStyle w:val="21"/>
        <w:keepNext w:val="0"/>
        <w:widowControl w:val="0"/>
        <w:spacing w:line="240" w:lineRule="auto"/>
        <w:ind w:firstLine="425"/>
        <w:jc w:val="center"/>
        <w:rPr>
          <w:rFonts w:ascii="Time Roman" w:hAnsi="Time Roman"/>
          <w:i/>
          <w:color w:val="auto"/>
          <w:szCs w:val="24"/>
          <w:lang w:val="ru-RU"/>
        </w:rPr>
      </w:pPr>
      <w:r w:rsidRPr="000D3AEE">
        <w:rPr>
          <w:rFonts w:ascii="Time Roman" w:hAnsi="Time Roman"/>
          <w:color w:val="auto"/>
          <w:szCs w:val="24"/>
          <w:lang w:val="ru-RU"/>
        </w:rPr>
        <w:lastRenderedPageBreak/>
        <w:t>ПРОТОКОЛ О ДОПОЛНЕНИЯХ И ИЗМЕНЕНИЯХ В ФОС</w:t>
      </w:r>
    </w:p>
    <w:p w:rsidR="000D3AEE" w:rsidRPr="000D3AEE" w:rsidRDefault="000D3AEE" w:rsidP="000D3AEE">
      <w:pPr>
        <w:pStyle w:val="21"/>
        <w:keepNext w:val="0"/>
        <w:widowControl w:val="0"/>
        <w:spacing w:line="240" w:lineRule="auto"/>
        <w:ind w:firstLine="425"/>
        <w:jc w:val="center"/>
        <w:rPr>
          <w:rFonts w:ascii="Time Roman" w:hAnsi="Time Roman"/>
          <w:i/>
          <w:color w:val="auto"/>
          <w:szCs w:val="24"/>
          <w:lang w:val="ru-RU"/>
        </w:rPr>
      </w:pPr>
      <w:r w:rsidRPr="000D3AEE">
        <w:rPr>
          <w:rFonts w:ascii="Time Roman" w:hAnsi="Time Roman"/>
          <w:color w:val="auto"/>
          <w:szCs w:val="24"/>
          <w:lang w:val="ru-RU"/>
        </w:rPr>
        <w:t>Протокол о дополнениях и изменениях в ФОС</w:t>
      </w:r>
    </w:p>
    <w:p w:rsidR="000D3AEE" w:rsidRPr="000D3AEE" w:rsidRDefault="000D3AEE" w:rsidP="000D3AEE">
      <w:pPr>
        <w:pStyle w:val="21"/>
        <w:keepNext w:val="0"/>
        <w:widowControl w:val="0"/>
        <w:spacing w:line="240" w:lineRule="auto"/>
        <w:ind w:firstLine="425"/>
        <w:jc w:val="center"/>
        <w:rPr>
          <w:rFonts w:ascii="Time Roman" w:hAnsi="Time Roman"/>
          <w:i/>
          <w:color w:val="auto"/>
          <w:szCs w:val="24"/>
          <w:lang w:val="ru-RU"/>
        </w:rPr>
      </w:pPr>
      <w:r w:rsidRPr="000D3AEE">
        <w:rPr>
          <w:rFonts w:ascii="Time Roman" w:hAnsi="Time Roman"/>
          <w:color w:val="auto"/>
          <w:szCs w:val="24"/>
          <w:lang w:val="ru-RU"/>
        </w:rPr>
        <w:t xml:space="preserve">на  </w:t>
      </w:r>
      <w:r w:rsidRPr="000D3AEE">
        <w:rPr>
          <w:rFonts w:ascii="Time Roman" w:hAnsi="Time Roman"/>
          <w:b w:val="0"/>
          <w:color w:val="auto"/>
          <w:szCs w:val="24"/>
          <w:lang w:val="ru-RU"/>
        </w:rPr>
        <w:t xml:space="preserve"> </w:t>
      </w:r>
      <w:r w:rsidRPr="000D3AEE">
        <w:rPr>
          <w:rFonts w:ascii="Time Roman" w:hAnsi="Time Roman"/>
          <w:color w:val="auto"/>
          <w:szCs w:val="24"/>
          <w:lang w:val="ru-RU"/>
        </w:rPr>
        <w:t>20___-20__</w:t>
      </w:r>
      <w:proofErr w:type="gramStart"/>
      <w:r w:rsidRPr="000D3AEE">
        <w:rPr>
          <w:rFonts w:ascii="Time Roman" w:hAnsi="Time Roman"/>
          <w:color w:val="auto"/>
          <w:szCs w:val="24"/>
          <w:lang w:val="ru-RU"/>
        </w:rPr>
        <w:t xml:space="preserve">_ </w:t>
      </w:r>
      <w:r w:rsidRPr="000D3AEE">
        <w:rPr>
          <w:rFonts w:ascii="Time Roman" w:hAnsi="Time Roman"/>
          <w:b w:val="0"/>
          <w:color w:val="auto"/>
          <w:szCs w:val="24"/>
          <w:lang w:val="ru-RU"/>
        </w:rPr>
        <w:t xml:space="preserve"> </w:t>
      </w:r>
      <w:r w:rsidRPr="000D3AEE">
        <w:rPr>
          <w:rFonts w:ascii="Time Roman" w:hAnsi="Time Roman"/>
          <w:color w:val="auto"/>
          <w:szCs w:val="24"/>
          <w:lang w:val="ru-RU"/>
        </w:rPr>
        <w:t>учебный</w:t>
      </w:r>
      <w:proofErr w:type="gramEnd"/>
      <w:r w:rsidRPr="000D3AEE">
        <w:rPr>
          <w:rFonts w:ascii="Time Roman" w:hAnsi="Time Roman"/>
          <w:color w:val="auto"/>
          <w:szCs w:val="24"/>
          <w:lang w:val="ru-RU"/>
        </w:rPr>
        <w:t xml:space="preserve"> год</w:t>
      </w:r>
    </w:p>
    <w:p w:rsidR="000D3AEE" w:rsidRPr="000D3AEE" w:rsidRDefault="000D3AEE" w:rsidP="000D3AEE">
      <w:pPr>
        <w:widowControl w:val="0"/>
        <w:jc w:val="right"/>
        <w:rPr>
          <w:rFonts w:ascii="Time Roman" w:hAnsi="Time Roman"/>
          <w:i/>
          <w:szCs w:val="24"/>
          <w:lang w:val="ru-RU"/>
        </w:rPr>
      </w:pPr>
    </w:p>
    <w:p w:rsidR="000D3AEE" w:rsidRPr="000D3AEE" w:rsidRDefault="000D3AEE" w:rsidP="000D3AEE">
      <w:pPr>
        <w:widowControl w:val="0"/>
        <w:ind w:left="360" w:hanging="360"/>
        <w:rPr>
          <w:rFonts w:ascii="Time Roman" w:hAnsi="Time Roman"/>
          <w:i/>
          <w:szCs w:val="24"/>
          <w:lang w:val="ru-RU"/>
        </w:rPr>
      </w:pPr>
      <w:r w:rsidRPr="000D3AEE">
        <w:rPr>
          <w:rFonts w:ascii="Time Roman" w:hAnsi="Time Roman"/>
          <w:b/>
          <w:szCs w:val="24"/>
          <w:lang w:val="ru-RU"/>
        </w:rPr>
        <w:t xml:space="preserve">1. </w:t>
      </w:r>
      <w:r w:rsidRPr="000D3AEE">
        <w:rPr>
          <w:rFonts w:ascii="Time Roman" w:hAnsi="Time Roman"/>
          <w:szCs w:val="24"/>
          <w:lang w:val="ru-RU"/>
        </w:rPr>
        <w:t>В фонд оценочных средств по дисциплине/практике вносятся следующие дополнения:</w:t>
      </w:r>
    </w:p>
    <w:p w:rsidR="000D3AEE" w:rsidRPr="000D3AEE" w:rsidRDefault="000D3AEE" w:rsidP="000D3AEE">
      <w:pPr>
        <w:widowControl w:val="0"/>
        <w:rPr>
          <w:rFonts w:ascii="Time Roman" w:hAnsi="Time Roman"/>
          <w:szCs w:val="24"/>
          <w:lang w:val="ru-RU"/>
        </w:rPr>
      </w:pPr>
      <w:r w:rsidRPr="000D3AEE">
        <w:rPr>
          <w:rFonts w:ascii="Time Roman" w:hAnsi="Time Roman"/>
          <w:szCs w:val="24"/>
          <w:lang w:val="ru-RU"/>
        </w:rPr>
        <w:t>_____________________________________________________________________________</w:t>
      </w:r>
    </w:p>
    <w:p w:rsidR="000D3AEE" w:rsidRPr="000D3AEE" w:rsidRDefault="000D3AEE" w:rsidP="000D3AEE">
      <w:pPr>
        <w:widowControl w:val="0"/>
        <w:spacing w:after="120"/>
        <w:rPr>
          <w:rFonts w:ascii="Time Roman" w:hAnsi="Time Roman"/>
          <w:b/>
          <w:szCs w:val="24"/>
          <w:lang w:val="ru-RU"/>
        </w:rPr>
      </w:pPr>
      <w:r w:rsidRPr="000D3AEE">
        <w:rPr>
          <w:rFonts w:ascii="Time Roman" w:hAnsi="Time Roman"/>
          <w:b/>
          <w:szCs w:val="24"/>
          <w:lang w:val="ru-RU"/>
        </w:rPr>
        <w:t>________________________________________________________________________________</w:t>
      </w:r>
    </w:p>
    <w:p w:rsidR="000D3AEE" w:rsidRPr="000D3AEE" w:rsidRDefault="000D3AEE" w:rsidP="000D3AEE">
      <w:pPr>
        <w:widowControl w:val="0"/>
        <w:spacing w:after="120"/>
        <w:rPr>
          <w:rFonts w:ascii="Time Roman" w:hAnsi="Time Roman"/>
          <w:szCs w:val="24"/>
          <w:lang w:val="ru-RU"/>
        </w:rPr>
      </w:pPr>
      <w:r w:rsidRPr="000D3AEE">
        <w:rPr>
          <w:rFonts w:ascii="Time Roman" w:hAnsi="Time Roman"/>
          <w:b/>
          <w:szCs w:val="24"/>
          <w:lang w:val="ru-RU"/>
        </w:rPr>
        <w:t>2.</w:t>
      </w:r>
      <w:r w:rsidRPr="000D3AEE">
        <w:rPr>
          <w:rFonts w:ascii="Time Roman" w:hAnsi="Time Roman"/>
          <w:szCs w:val="24"/>
          <w:lang w:val="ru-RU"/>
        </w:rPr>
        <w:t xml:space="preserve"> В фонд оценочных средств по дисциплине/практике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0D3AEE" w:rsidRPr="001B6ED6" w:rsidTr="00494884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AEE" w:rsidRPr="000D3AEE" w:rsidRDefault="000D3AEE" w:rsidP="00494884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0D3AEE" w:rsidRPr="001B6ED6" w:rsidTr="0049488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AEE" w:rsidRPr="000D3AEE" w:rsidRDefault="000D3AEE" w:rsidP="00494884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  <w:tr w:rsidR="000D3AEE" w:rsidRPr="001B6ED6" w:rsidTr="00494884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D3AEE" w:rsidRPr="000D3AEE" w:rsidRDefault="000D3AEE" w:rsidP="00494884">
            <w:pPr>
              <w:widowControl w:val="0"/>
              <w:rPr>
                <w:rFonts w:ascii="Time Roman" w:hAnsi="Time Roman"/>
                <w:szCs w:val="24"/>
                <w:lang w:val="ru-RU"/>
              </w:rPr>
            </w:pPr>
          </w:p>
        </w:tc>
      </w:tr>
    </w:tbl>
    <w:p w:rsidR="000D3AEE" w:rsidRPr="000D3AEE" w:rsidRDefault="000D3AEE" w:rsidP="000D3AEE">
      <w:pPr>
        <w:widowControl w:val="0"/>
        <w:rPr>
          <w:rFonts w:ascii="Time Roman" w:hAnsi="Time Roman"/>
          <w:szCs w:val="24"/>
          <w:lang w:val="ru-RU"/>
        </w:rPr>
      </w:pPr>
    </w:p>
    <w:p w:rsidR="000D3AEE" w:rsidRPr="000D3AEE" w:rsidRDefault="000D3AEE" w:rsidP="000D3AEE">
      <w:pPr>
        <w:widowControl w:val="0"/>
        <w:rPr>
          <w:rFonts w:ascii="Time Roman" w:hAnsi="Time Roman"/>
          <w:szCs w:val="24"/>
          <w:lang w:val="ru-RU"/>
        </w:rPr>
      </w:pPr>
    </w:p>
    <w:p w:rsidR="000D3AEE" w:rsidRPr="000D3AEE" w:rsidRDefault="000D3AEE" w:rsidP="000D3AEE">
      <w:pPr>
        <w:pStyle w:val="31"/>
        <w:keepNext w:val="0"/>
        <w:widowControl w:val="0"/>
        <w:rPr>
          <w:rFonts w:ascii="Time Roman" w:hAnsi="Time Roman"/>
          <w:b w:val="0"/>
          <w:szCs w:val="24"/>
          <w:lang w:val="ru-RU"/>
        </w:rPr>
      </w:pPr>
      <w:proofErr w:type="gramStart"/>
      <w:r w:rsidRPr="000D3AEE">
        <w:rPr>
          <w:rFonts w:ascii="Time Roman" w:hAnsi="Time Roman"/>
          <w:szCs w:val="24"/>
          <w:lang w:val="ru-RU"/>
        </w:rPr>
        <w:t>Протокол  заседания</w:t>
      </w:r>
      <w:proofErr w:type="gramEnd"/>
      <w:r w:rsidRPr="000D3AEE">
        <w:rPr>
          <w:rFonts w:ascii="Time Roman" w:hAnsi="Time Roman"/>
          <w:szCs w:val="24"/>
          <w:lang w:val="ru-RU"/>
        </w:rPr>
        <w:t xml:space="preserve"> кафедры </w:t>
      </w:r>
      <w:r w:rsidRPr="000D3AEE">
        <w:rPr>
          <w:szCs w:val="24"/>
          <w:lang w:val="ru-RU"/>
        </w:rPr>
        <w:t>№</w:t>
      </w:r>
      <w:r w:rsidRPr="000D3AEE">
        <w:rPr>
          <w:rFonts w:ascii="Time Roman" w:hAnsi="Time Roman"/>
          <w:szCs w:val="24"/>
          <w:lang w:val="ru-RU"/>
        </w:rPr>
        <w:t xml:space="preserve">____ от «___» __________ 20 ___ г., </w:t>
      </w:r>
    </w:p>
    <w:p w:rsidR="000D3AEE" w:rsidRPr="0086560D" w:rsidRDefault="000D3AEE" w:rsidP="000D3AEE">
      <w:pPr>
        <w:widowControl w:val="0"/>
        <w:ind w:firstLine="708"/>
        <w:rPr>
          <w:rFonts w:ascii="Time Roman" w:hAnsi="Time Roman"/>
          <w:i/>
          <w:szCs w:val="24"/>
          <w:vertAlign w:val="superscript"/>
        </w:rPr>
      </w:pPr>
      <w:r w:rsidRPr="000D3AEE">
        <w:rPr>
          <w:rFonts w:ascii="Time Roman" w:hAnsi="Time Roman"/>
          <w:i/>
          <w:szCs w:val="24"/>
          <w:vertAlign w:val="superscript"/>
          <w:lang w:val="ru-RU"/>
        </w:rPr>
        <w:t xml:space="preserve">                    </w:t>
      </w:r>
      <w:r w:rsidRPr="0086560D">
        <w:rPr>
          <w:rFonts w:ascii="Time Roman" w:hAnsi="Time Roman"/>
          <w:i/>
          <w:szCs w:val="24"/>
          <w:vertAlign w:val="superscript"/>
        </w:rPr>
        <w:t>(разработчик)</w:t>
      </w:r>
    </w:p>
    <w:p w:rsidR="000D3AEE" w:rsidRPr="0086560D" w:rsidRDefault="000D3AEE" w:rsidP="000D3AEE">
      <w:pPr>
        <w:widowControl w:val="0"/>
        <w:rPr>
          <w:rFonts w:ascii="Time Roman" w:hAnsi="Time Roman"/>
          <w:szCs w:val="24"/>
          <w:vertAlign w:val="superscript"/>
        </w:rPr>
      </w:pPr>
    </w:p>
    <w:p w:rsidR="000D3AEE" w:rsidRPr="0086560D" w:rsidRDefault="000D3AEE" w:rsidP="000D3AEE">
      <w:pPr>
        <w:widowControl w:val="0"/>
        <w:rPr>
          <w:rFonts w:ascii="Time Roman" w:hAnsi="Time Roman"/>
          <w:szCs w:val="24"/>
        </w:rPr>
      </w:pPr>
      <w:r w:rsidRPr="0086560D">
        <w:rPr>
          <w:rFonts w:ascii="Time Roman" w:hAnsi="Time Roman"/>
          <w:szCs w:val="24"/>
        </w:rPr>
        <w:t xml:space="preserve">Заведующий </w:t>
      </w:r>
      <w:proofErr w:type="gramStart"/>
      <w:r w:rsidRPr="0086560D">
        <w:rPr>
          <w:rFonts w:ascii="Time Roman" w:hAnsi="Time Roman"/>
          <w:szCs w:val="24"/>
        </w:rPr>
        <w:t>кафедрой  _</w:t>
      </w:r>
      <w:proofErr w:type="gramEnd"/>
      <w:r w:rsidRPr="0086560D">
        <w:rPr>
          <w:rFonts w:ascii="Time Roman" w:hAnsi="Time Roman"/>
          <w:szCs w:val="24"/>
        </w:rPr>
        <w:t xml:space="preserve">____________________  </w:t>
      </w:r>
      <w:r w:rsidRPr="0086560D">
        <w:rPr>
          <w:rFonts w:ascii="Time Roman" w:hAnsi="Time Roman"/>
          <w:szCs w:val="24"/>
        </w:rPr>
        <w:tab/>
      </w:r>
      <w:r w:rsidRPr="0086560D">
        <w:rPr>
          <w:rFonts w:ascii="Time Roman" w:hAnsi="Time Roman"/>
          <w:szCs w:val="24"/>
        </w:rPr>
        <w:tab/>
        <w:t>______________________</w:t>
      </w:r>
    </w:p>
    <w:p w:rsidR="000D3AEE" w:rsidRDefault="000D3AEE" w:rsidP="000D3AEE">
      <w:pPr>
        <w:rPr>
          <w:b/>
          <w:szCs w:val="24"/>
        </w:rPr>
      </w:pPr>
    </w:p>
    <w:p w:rsidR="000D3AEE" w:rsidRDefault="000D3AEE" w:rsidP="000D3AEE">
      <w:pPr>
        <w:rPr>
          <w:b/>
          <w:szCs w:val="24"/>
        </w:rPr>
      </w:pPr>
    </w:p>
    <w:p w:rsidR="000D3AEE" w:rsidRPr="00C922CC" w:rsidRDefault="000D3AEE" w:rsidP="000D3AEE">
      <w:pPr>
        <w:ind w:firstLine="175"/>
      </w:pPr>
    </w:p>
    <w:p w:rsidR="000D3AEE" w:rsidRDefault="000D3AEE" w:rsidP="000D3AEE">
      <w:pPr>
        <w:pStyle w:val="affc"/>
        <w:widowControl w:val="0"/>
      </w:pPr>
    </w:p>
    <w:p w:rsidR="00DC2F01" w:rsidRPr="00AE7E94" w:rsidRDefault="00DC2F01">
      <w:pPr>
        <w:rPr>
          <w:lang w:val="ru-RU"/>
        </w:rPr>
      </w:pPr>
    </w:p>
    <w:sectPr w:rsidR="00DC2F01" w:rsidRPr="00AE7E94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0862EB"/>
    <w:multiLevelType w:val="hybridMultilevel"/>
    <w:tmpl w:val="0C0CA2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12B7F82"/>
    <w:multiLevelType w:val="hybridMultilevel"/>
    <w:tmpl w:val="E85259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872238"/>
    <w:multiLevelType w:val="hybridMultilevel"/>
    <w:tmpl w:val="5B680A50"/>
    <w:lvl w:ilvl="0" w:tplc="DCA2B9A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2D14A86"/>
    <w:multiLevelType w:val="hybridMultilevel"/>
    <w:tmpl w:val="82F6A526"/>
    <w:lvl w:ilvl="0" w:tplc="C5E20D12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379A75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8"/>
        <w:szCs w:val="28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3480754"/>
    <w:multiLevelType w:val="hybridMultilevel"/>
    <w:tmpl w:val="A0789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394783C"/>
    <w:multiLevelType w:val="hybridMultilevel"/>
    <w:tmpl w:val="EFE2316E"/>
    <w:lvl w:ilvl="0" w:tplc="B75CB7A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2" w15:restartNumberingAfterBreak="0">
    <w:nsid w:val="03E929A6"/>
    <w:multiLevelType w:val="hybridMultilevel"/>
    <w:tmpl w:val="3A868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5316325"/>
    <w:multiLevelType w:val="hybridMultilevel"/>
    <w:tmpl w:val="CE042A72"/>
    <w:lvl w:ilvl="0" w:tplc="B358ACDC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07894A42"/>
    <w:multiLevelType w:val="hybridMultilevel"/>
    <w:tmpl w:val="F8581042"/>
    <w:lvl w:ilvl="0" w:tplc="0E7AB8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88F184E"/>
    <w:multiLevelType w:val="hybridMultilevel"/>
    <w:tmpl w:val="869EDA98"/>
    <w:lvl w:ilvl="0" w:tplc="85D6D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8F24BFD"/>
    <w:multiLevelType w:val="hybridMultilevel"/>
    <w:tmpl w:val="A1305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06335D"/>
    <w:multiLevelType w:val="hybridMultilevel"/>
    <w:tmpl w:val="79D0B1E8"/>
    <w:lvl w:ilvl="0" w:tplc="B75CB7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B352C42"/>
    <w:multiLevelType w:val="hybridMultilevel"/>
    <w:tmpl w:val="381E63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0B4C1AC4"/>
    <w:multiLevelType w:val="hybridMultilevel"/>
    <w:tmpl w:val="DFA09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C52DFB"/>
    <w:multiLevelType w:val="hybridMultilevel"/>
    <w:tmpl w:val="37EEF8D8"/>
    <w:lvl w:ilvl="0" w:tplc="1F045FE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CED1CF1"/>
    <w:multiLevelType w:val="hybridMultilevel"/>
    <w:tmpl w:val="BC7EAD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E6B629F"/>
    <w:multiLevelType w:val="hybridMultilevel"/>
    <w:tmpl w:val="BF8C17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F026224"/>
    <w:multiLevelType w:val="hybridMultilevel"/>
    <w:tmpl w:val="39585118"/>
    <w:lvl w:ilvl="0" w:tplc="62EA3F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7F044EF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0DF7F18"/>
    <w:multiLevelType w:val="hybridMultilevel"/>
    <w:tmpl w:val="FF92462A"/>
    <w:lvl w:ilvl="0" w:tplc="2E68AC7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1DC66DC"/>
    <w:multiLevelType w:val="hybridMultilevel"/>
    <w:tmpl w:val="D94CB7DC"/>
    <w:lvl w:ilvl="0" w:tplc="1BFE2B1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</w:rPr>
    </w:lvl>
    <w:lvl w:ilvl="1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2A20CB8"/>
    <w:multiLevelType w:val="hybridMultilevel"/>
    <w:tmpl w:val="3F203EF6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1360062D"/>
    <w:multiLevelType w:val="hybridMultilevel"/>
    <w:tmpl w:val="34C822F6"/>
    <w:lvl w:ilvl="0" w:tplc="C5E20D12">
      <w:start w:val="2"/>
      <w:numFmt w:val="decimal"/>
      <w:lvlText w:val="%1."/>
      <w:lvlJc w:val="left"/>
      <w:pPr>
        <w:tabs>
          <w:tab w:val="num" w:pos="870"/>
        </w:tabs>
        <w:ind w:left="870" w:hanging="51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36E137E"/>
    <w:multiLevelType w:val="hybridMultilevel"/>
    <w:tmpl w:val="A6AEF0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43B5370"/>
    <w:multiLevelType w:val="hybridMultilevel"/>
    <w:tmpl w:val="831439F4"/>
    <w:lvl w:ilvl="0" w:tplc="C4DEFF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9AF41B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48"/>
        <w:szCs w:val="48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50B7D9A"/>
    <w:multiLevelType w:val="hybridMultilevel"/>
    <w:tmpl w:val="9BF46378"/>
    <w:lvl w:ilvl="0" w:tplc="009CB1AA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57A29DF"/>
    <w:multiLevelType w:val="hybridMultilevel"/>
    <w:tmpl w:val="51D015F0"/>
    <w:lvl w:ilvl="0" w:tplc="1716EDF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7F044EF6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58B33DE"/>
    <w:multiLevelType w:val="hybridMultilevel"/>
    <w:tmpl w:val="3C002B14"/>
    <w:lvl w:ilvl="0" w:tplc="01405AE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68B75CD"/>
    <w:multiLevelType w:val="hybridMultilevel"/>
    <w:tmpl w:val="75E42908"/>
    <w:lvl w:ilvl="0" w:tplc="8E0CD30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17F11EAA"/>
    <w:multiLevelType w:val="hybridMultilevel"/>
    <w:tmpl w:val="BBB6D44C"/>
    <w:lvl w:ilvl="0" w:tplc="F9E8EE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91A4322"/>
    <w:multiLevelType w:val="hybridMultilevel"/>
    <w:tmpl w:val="5C48B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92D1A41"/>
    <w:multiLevelType w:val="hybridMultilevel"/>
    <w:tmpl w:val="781AF43A"/>
    <w:lvl w:ilvl="0" w:tplc="368CE5A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9772B19"/>
    <w:multiLevelType w:val="hybridMultilevel"/>
    <w:tmpl w:val="35A0A02A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8" w15:restartNumberingAfterBreak="0">
    <w:nsid w:val="19C843DB"/>
    <w:multiLevelType w:val="hybridMultilevel"/>
    <w:tmpl w:val="99A858A6"/>
    <w:lvl w:ilvl="0" w:tplc="B75CB7A6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A2D68EA"/>
    <w:multiLevelType w:val="hybridMultilevel"/>
    <w:tmpl w:val="00BEF912"/>
    <w:lvl w:ilvl="0" w:tplc="C038D65C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A51484D"/>
    <w:multiLevelType w:val="hybridMultilevel"/>
    <w:tmpl w:val="886CF6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A985CB4"/>
    <w:multiLevelType w:val="hybridMultilevel"/>
    <w:tmpl w:val="5F0CE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AC64E85"/>
    <w:multiLevelType w:val="hybridMultilevel"/>
    <w:tmpl w:val="F3CC7B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1B6D5564"/>
    <w:multiLevelType w:val="hybridMultilevel"/>
    <w:tmpl w:val="35069B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1E3D34AB"/>
    <w:multiLevelType w:val="hybridMultilevel"/>
    <w:tmpl w:val="8DF801EA"/>
    <w:lvl w:ilvl="0" w:tplc="C5D8848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E513687"/>
    <w:multiLevelType w:val="hybridMultilevel"/>
    <w:tmpl w:val="758AA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0757048"/>
    <w:multiLevelType w:val="hybridMultilevel"/>
    <w:tmpl w:val="8800E9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0811E7A"/>
    <w:multiLevelType w:val="hybridMultilevel"/>
    <w:tmpl w:val="DEEA53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1A61B5C"/>
    <w:multiLevelType w:val="hybridMultilevel"/>
    <w:tmpl w:val="12B031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21B1342B"/>
    <w:multiLevelType w:val="hybridMultilevel"/>
    <w:tmpl w:val="B8C27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246036F9"/>
    <w:multiLevelType w:val="hybridMultilevel"/>
    <w:tmpl w:val="F9BC6B92"/>
    <w:lvl w:ilvl="0" w:tplc="534CFD5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1" w15:restartNumberingAfterBreak="0">
    <w:nsid w:val="25417151"/>
    <w:multiLevelType w:val="hybridMultilevel"/>
    <w:tmpl w:val="5A4A3368"/>
    <w:lvl w:ilvl="0" w:tplc="A2841C8E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2" w15:restartNumberingAfterBreak="0">
    <w:nsid w:val="254D3662"/>
    <w:multiLevelType w:val="hybridMultilevel"/>
    <w:tmpl w:val="0BFE50AE"/>
    <w:lvl w:ilvl="0" w:tplc="C672AF9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6DC6E7B"/>
    <w:multiLevelType w:val="hybridMultilevel"/>
    <w:tmpl w:val="6EC886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7B57C45"/>
    <w:multiLevelType w:val="hybridMultilevel"/>
    <w:tmpl w:val="48180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29D9250E"/>
    <w:multiLevelType w:val="singleLevel"/>
    <w:tmpl w:val="685855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6" w15:restartNumberingAfterBreak="0">
    <w:nsid w:val="2C68562F"/>
    <w:multiLevelType w:val="hybridMultilevel"/>
    <w:tmpl w:val="4844DBDC"/>
    <w:lvl w:ilvl="0" w:tplc="B48AC87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7" w15:restartNumberingAfterBreak="0">
    <w:nsid w:val="2D17092A"/>
    <w:multiLevelType w:val="hybridMultilevel"/>
    <w:tmpl w:val="6A0818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D84528D"/>
    <w:multiLevelType w:val="hybridMultilevel"/>
    <w:tmpl w:val="FF60A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E48341D"/>
    <w:multiLevelType w:val="multilevel"/>
    <w:tmpl w:val="8B3CED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0" w15:restartNumberingAfterBreak="0">
    <w:nsid w:val="2E5E109F"/>
    <w:multiLevelType w:val="hybridMultilevel"/>
    <w:tmpl w:val="C532C5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2F4820EA"/>
    <w:multiLevelType w:val="hybridMultilevel"/>
    <w:tmpl w:val="BC688A8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308F2CA7"/>
    <w:multiLevelType w:val="hybridMultilevel"/>
    <w:tmpl w:val="6F020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0D21413"/>
    <w:multiLevelType w:val="hybridMultilevel"/>
    <w:tmpl w:val="811EE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31E729D8"/>
    <w:multiLevelType w:val="hybridMultilevel"/>
    <w:tmpl w:val="915E4B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3213C5C"/>
    <w:multiLevelType w:val="hybridMultilevel"/>
    <w:tmpl w:val="6F440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5803620"/>
    <w:multiLevelType w:val="hybridMultilevel"/>
    <w:tmpl w:val="197E38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7223FFE"/>
    <w:multiLevelType w:val="hybridMultilevel"/>
    <w:tmpl w:val="6DA60662"/>
    <w:lvl w:ilvl="0" w:tplc="B75CB7A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38542E92"/>
    <w:multiLevelType w:val="hybridMultilevel"/>
    <w:tmpl w:val="10F04B2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9" w15:restartNumberingAfterBreak="0">
    <w:nsid w:val="39F22E6A"/>
    <w:multiLevelType w:val="hybridMultilevel"/>
    <w:tmpl w:val="B5CAA64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A99408D"/>
    <w:multiLevelType w:val="hybridMultilevel"/>
    <w:tmpl w:val="2E4220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3B417F0A"/>
    <w:multiLevelType w:val="hybridMultilevel"/>
    <w:tmpl w:val="3E721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C5F3BEB"/>
    <w:multiLevelType w:val="hybridMultilevel"/>
    <w:tmpl w:val="540CAB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3FB964C7"/>
    <w:multiLevelType w:val="hybridMultilevel"/>
    <w:tmpl w:val="FCFE5F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3FE573BB"/>
    <w:multiLevelType w:val="hybridMultilevel"/>
    <w:tmpl w:val="9EAC9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FE73841"/>
    <w:multiLevelType w:val="hybridMultilevel"/>
    <w:tmpl w:val="95E855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30A2B5B"/>
    <w:multiLevelType w:val="hybridMultilevel"/>
    <w:tmpl w:val="FCD622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350284B"/>
    <w:multiLevelType w:val="hybridMultilevel"/>
    <w:tmpl w:val="ABA8D7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3606A6E"/>
    <w:multiLevelType w:val="hybridMultilevel"/>
    <w:tmpl w:val="26A0103C"/>
    <w:lvl w:ilvl="0" w:tplc="6B6A28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437057DF"/>
    <w:multiLevelType w:val="hybridMultilevel"/>
    <w:tmpl w:val="7E0AC2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3EA355D"/>
    <w:multiLevelType w:val="hybridMultilevel"/>
    <w:tmpl w:val="D0F82FA6"/>
    <w:lvl w:ilvl="0" w:tplc="4E1CF80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45C96EB2"/>
    <w:multiLevelType w:val="hybridMultilevel"/>
    <w:tmpl w:val="62561A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87037D4"/>
    <w:multiLevelType w:val="hybridMultilevel"/>
    <w:tmpl w:val="28DA79FC"/>
    <w:lvl w:ilvl="0" w:tplc="2DD247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4A9D3689"/>
    <w:multiLevelType w:val="hybridMultilevel"/>
    <w:tmpl w:val="5E348FDC"/>
    <w:lvl w:ilvl="0" w:tplc="1B76FD4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5" w15:restartNumberingAfterBreak="0">
    <w:nsid w:val="4AA30D80"/>
    <w:multiLevelType w:val="hybridMultilevel"/>
    <w:tmpl w:val="8E8646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4B6A6F22"/>
    <w:multiLevelType w:val="hybridMultilevel"/>
    <w:tmpl w:val="0D46B0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4BEC4FFC"/>
    <w:multiLevelType w:val="hybridMultilevel"/>
    <w:tmpl w:val="638C9262"/>
    <w:lvl w:ilvl="0" w:tplc="229AD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4C406D0B"/>
    <w:multiLevelType w:val="hybridMultilevel"/>
    <w:tmpl w:val="24B20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CB50840"/>
    <w:multiLevelType w:val="multilevel"/>
    <w:tmpl w:val="192E53F2"/>
    <w:lvl w:ilvl="0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0" w15:restartNumberingAfterBreak="0">
    <w:nsid w:val="4D2A7A19"/>
    <w:multiLevelType w:val="hybridMultilevel"/>
    <w:tmpl w:val="3F1EBE32"/>
    <w:lvl w:ilvl="0" w:tplc="012C47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4D351D48"/>
    <w:multiLevelType w:val="hybridMultilevel"/>
    <w:tmpl w:val="387A06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4DA8631B"/>
    <w:multiLevelType w:val="hybridMultilevel"/>
    <w:tmpl w:val="84D8E2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4F0D6EFA"/>
    <w:multiLevelType w:val="hybridMultilevel"/>
    <w:tmpl w:val="97D89D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50C425D2"/>
    <w:multiLevelType w:val="hybridMultilevel"/>
    <w:tmpl w:val="497C91DC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5" w15:restartNumberingAfterBreak="0">
    <w:nsid w:val="50D82FAD"/>
    <w:multiLevelType w:val="hybridMultilevel"/>
    <w:tmpl w:val="A328C6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11138D5"/>
    <w:multiLevelType w:val="hybridMultilevel"/>
    <w:tmpl w:val="614403B4"/>
    <w:lvl w:ilvl="0" w:tplc="45A6626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2E73E5E"/>
    <w:multiLevelType w:val="hybridMultilevel"/>
    <w:tmpl w:val="D72647B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538D7EEA"/>
    <w:multiLevelType w:val="hybridMultilevel"/>
    <w:tmpl w:val="671E51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55EE54C9"/>
    <w:multiLevelType w:val="hybridMultilevel"/>
    <w:tmpl w:val="1624A042"/>
    <w:lvl w:ilvl="0" w:tplc="A64E98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7D96620"/>
    <w:multiLevelType w:val="hybridMultilevel"/>
    <w:tmpl w:val="9E489E6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5803368F"/>
    <w:multiLevelType w:val="hybridMultilevel"/>
    <w:tmpl w:val="3DD684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9333562"/>
    <w:multiLevelType w:val="hybridMultilevel"/>
    <w:tmpl w:val="47A610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5D9C71E5"/>
    <w:multiLevelType w:val="hybridMultilevel"/>
    <w:tmpl w:val="C7A485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E164971"/>
    <w:multiLevelType w:val="hybridMultilevel"/>
    <w:tmpl w:val="75C210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5E9A0F40"/>
    <w:multiLevelType w:val="singleLevel"/>
    <w:tmpl w:val="62E8EE5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06" w15:restartNumberingAfterBreak="0">
    <w:nsid w:val="61501168"/>
    <w:multiLevelType w:val="hybridMultilevel"/>
    <w:tmpl w:val="E9004C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621350ED"/>
    <w:multiLevelType w:val="hybridMultilevel"/>
    <w:tmpl w:val="95B27B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27A1F10"/>
    <w:multiLevelType w:val="hybridMultilevel"/>
    <w:tmpl w:val="B2143F80"/>
    <w:lvl w:ilvl="0" w:tplc="61B286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9" w15:restartNumberingAfterBreak="0">
    <w:nsid w:val="63B2740D"/>
    <w:multiLevelType w:val="hybridMultilevel"/>
    <w:tmpl w:val="2EC242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7074FBA"/>
    <w:multiLevelType w:val="hybridMultilevel"/>
    <w:tmpl w:val="C2560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67D17E71"/>
    <w:multiLevelType w:val="hybridMultilevel"/>
    <w:tmpl w:val="602CF9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683B5D0E"/>
    <w:multiLevelType w:val="hybridMultilevel"/>
    <w:tmpl w:val="5E78A3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686F3593"/>
    <w:multiLevelType w:val="hybridMultilevel"/>
    <w:tmpl w:val="F6E0799E"/>
    <w:lvl w:ilvl="0" w:tplc="166EE00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AF211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15" w15:restartNumberingAfterBreak="0">
    <w:nsid w:val="6CAF4290"/>
    <w:multiLevelType w:val="hybridMultilevel"/>
    <w:tmpl w:val="13D2A0AC"/>
    <w:lvl w:ilvl="0" w:tplc="5D96C1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6D424D0D"/>
    <w:multiLevelType w:val="hybridMultilevel"/>
    <w:tmpl w:val="F82431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6F183385"/>
    <w:multiLevelType w:val="hybridMultilevel"/>
    <w:tmpl w:val="3A926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6F8D4ACF"/>
    <w:multiLevelType w:val="hybridMultilevel"/>
    <w:tmpl w:val="278EEF9C"/>
    <w:lvl w:ilvl="0" w:tplc="C1C41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6F987CFA"/>
    <w:multiLevelType w:val="hybridMultilevel"/>
    <w:tmpl w:val="3FFAE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FC51780"/>
    <w:multiLevelType w:val="hybridMultilevel"/>
    <w:tmpl w:val="2ADC8842"/>
    <w:lvl w:ilvl="0" w:tplc="B60099B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21" w15:restartNumberingAfterBreak="0">
    <w:nsid w:val="761B2EC3"/>
    <w:multiLevelType w:val="hybridMultilevel"/>
    <w:tmpl w:val="4BAED7D4"/>
    <w:lvl w:ilvl="0" w:tplc="9EBC0F1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76560061"/>
    <w:multiLevelType w:val="hybridMultilevel"/>
    <w:tmpl w:val="420C51A8"/>
    <w:lvl w:ilvl="0" w:tplc="FA0080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74273E3"/>
    <w:multiLevelType w:val="hybridMultilevel"/>
    <w:tmpl w:val="00C25C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78011A30"/>
    <w:multiLevelType w:val="hybridMultilevel"/>
    <w:tmpl w:val="EDD236DA"/>
    <w:lvl w:ilvl="0" w:tplc="C62648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87D2A8B"/>
    <w:multiLevelType w:val="hybridMultilevel"/>
    <w:tmpl w:val="77545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8A10166"/>
    <w:multiLevelType w:val="hybridMultilevel"/>
    <w:tmpl w:val="8F787750"/>
    <w:lvl w:ilvl="0" w:tplc="98BCE778">
      <w:start w:val="1"/>
      <w:numFmt w:val="decimal"/>
      <w:lvlText w:val="%1."/>
      <w:lvlJc w:val="left"/>
      <w:pPr>
        <w:tabs>
          <w:tab w:val="num" w:pos="467"/>
        </w:tabs>
        <w:ind w:left="46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799E7424"/>
    <w:multiLevelType w:val="hybridMultilevel"/>
    <w:tmpl w:val="90E4120A"/>
    <w:lvl w:ilvl="0" w:tplc="6526DD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8" w15:restartNumberingAfterBreak="0">
    <w:nsid w:val="7B1D6454"/>
    <w:multiLevelType w:val="hybridMultilevel"/>
    <w:tmpl w:val="96B64BF2"/>
    <w:lvl w:ilvl="0" w:tplc="12D49E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7BF960CA"/>
    <w:multiLevelType w:val="hybridMultilevel"/>
    <w:tmpl w:val="455A11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7E624A86"/>
    <w:multiLevelType w:val="hybridMultilevel"/>
    <w:tmpl w:val="D93EC822"/>
    <w:lvl w:ilvl="0" w:tplc="74764B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7FF81C30"/>
    <w:multiLevelType w:val="hybridMultilevel"/>
    <w:tmpl w:val="2C728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125"/>
  </w:num>
  <w:num w:numId="8">
    <w:abstractNumId w:val="81"/>
  </w:num>
  <w:num w:numId="9">
    <w:abstractNumId w:val="56"/>
  </w:num>
  <w:num w:numId="10">
    <w:abstractNumId w:val="84"/>
  </w:num>
  <w:num w:numId="11">
    <w:abstractNumId w:val="71"/>
  </w:num>
  <w:num w:numId="12">
    <w:abstractNumId w:val="89"/>
  </w:num>
  <w:num w:numId="13">
    <w:abstractNumId w:val="75"/>
  </w:num>
  <w:num w:numId="14">
    <w:abstractNumId w:val="103"/>
  </w:num>
  <w:num w:numId="15">
    <w:abstractNumId w:val="58"/>
  </w:num>
  <w:num w:numId="1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76"/>
  </w:num>
  <w:num w:numId="38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12"/>
  </w:num>
  <w:num w:numId="40">
    <w:abstractNumId w:val="11"/>
  </w:num>
  <w:num w:numId="41">
    <w:abstractNumId w:val="115"/>
  </w:num>
  <w:num w:numId="42">
    <w:abstractNumId w:val="28"/>
  </w:num>
  <w:num w:numId="43">
    <w:abstractNumId w:val="26"/>
  </w:num>
  <w:num w:numId="44">
    <w:abstractNumId w:val="100"/>
  </w:num>
  <w:num w:numId="45">
    <w:abstractNumId w:val="37"/>
  </w:num>
  <w:num w:numId="46">
    <w:abstractNumId w:val="8"/>
  </w:num>
  <w:num w:numId="47">
    <w:abstractNumId w:val="32"/>
  </w:num>
  <w:num w:numId="48">
    <w:abstractNumId w:val="127"/>
  </w:num>
  <w:num w:numId="49">
    <w:abstractNumId w:val="13"/>
  </w:num>
  <w:num w:numId="50">
    <w:abstractNumId w:val="51"/>
  </w:num>
  <w:num w:numId="51">
    <w:abstractNumId w:val="105"/>
  </w:num>
  <w:num w:numId="52">
    <w:abstractNumId w:val="44"/>
  </w:num>
  <w:num w:numId="53">
    <w:abstractNumId w:val="31"/>
  </w:num>
  <w:num w:numId="54">
    <w:abstractNumId w:val="97"/>
  </w:num>
  <w:num w:numId="55">
    <w:abstractNumId w:val="108"/>
  </w:num>
  <w:num w:numId="56">
    <w:abstractNumId w:val="50"/>
  </w:num>
  <w:num w:numId="57">
    <w:abstractNumId w:val="55"/>
  </w:num>
  <w:num w:numId="58">
    <w:abstractNumId w:val="52"/>
  </w:num>
  <w:num w:numId="59">
    <w:abstractNumId w:val="59"/>
  </w:num>
  <w:num w:numId="60">
    <w:abstractNumId w:val="96"/>
  </w:num>
  <w:num w:numId="61">
    <w:abstractNumId w:val="107"/>
  </w:num>
  <w:num w:numId="62">
    <w:abstractNumId w:val="47"/>
  </w:num>
  <w:num w:numId="63">
    <w:abstractNumId w:val="101"/>
  </w:num>
  <w:num w:numId="64">
    <w:abstractNumId w:val="74"/>
  </w:num>
  <w:num w:numId="65">
    <w:abstractNumId w:val="77"/>
  </w:num>
  <w:num w:numId="66">
    <w:abstractNumId w:val="57"/>
  </w:num>
  <w:num w:numId="67">
    <w:abstractNumId w:val="119"/>
  </w:num>
  <w:num w:numId="68">
    <w:abstractNumId w:val="131"/>
  </w:num>
  <w:num w:numId="69">
    <w:abstractNumId w:val="45"/>
  </w:num>
  <w:num w:numId="70">
    <w:abstractNumId w:val="35"/>
  </w:num>
  <w:num w:numId="71">
    <w:abstractNumId w:val="117"/>
  </w:num>
  <w:num w:numId="72">
    <w:abstractNumId w:val="109"/>
  </w:num>
  <w:num w:numId="73">
    <w:abstractNumId w:val="19"/>
  </w:num>
  <w:num w:numId="74">
    <w:abstractNumId w:val="129"/>
  </w:num>
  <w:num w:numId="75">
    <w:abstractNumId w:val="65"/>
  </w:num>
  <w:num w:numId="76">
    <w:abstractNumId w:val="88"/>
  </w:num>
  <w:num w:numId="77">
    <w:abstractNumId w:val="16"/>
  </w:num>
  <w:num w:numId="78">
    <w:abstractNumId w:val="12"/>
  </w:num>
  <w:num w:numId="79">
    <w:abstractNumId w:val="79"/>
  </w:num>
  <w:num w:numId="80">
    <w:abstractNumId w:val="118"/>
  </w:num>
  <w:num w:numId="81">
    <w:abstractNumId w:val="92"/>
  </w:num>
  <w:num w:numId="82">
    <w:abstractNumId w:val="102"/>
  </w:num>
  <w:num w:numId="83">
    <w:abstractNumId w:val="114"/>
  </w:num>
  <w:num w:numId="84">
    <w:abstractNumId w:val="43"/>
  </w:num>
  <w:num w:numId="85">
    <w:abstractNumId w:val="60"/>
  </w:num>
  <w:num w:numId="86">
    <w:abstractNumId w:val="70"/>
  </w:num>
  <w:num w:numId="87">
    <w:abstractNumId w:val="49"/>
  </w:num>
  <w:num w:numId="88">
    <w:abstractNumId w:val="78"/>
  </w:num>
  <w:num w:numId="89">
    <w:abstractNumId w:val="123"/>
  </w:num>
  <w:num w:numId="90">
    <w:abstractNumId w:val="48"/>
  </w:num>
  <w:num w:numId="91">
    <w:abstractNumId w:val="86"/>
  </w:num>
  <w:num w:numId="92">
    <w:abstractNumId w:val="73"/>
  </w:num>
  <w:num w:numId="93">
    <w:abstractNumId w:val="116"/>
  </w:num>
  <w:num w:numId="94">
    <w:abstractNumId w:val="106"/>
  </w:num>
  <w:num w:numId="95">
    <w:abstractNumId w:val="46"/>
  </w:num>
  <w:num w:numId="96">
    <w:abstractNumId w:val="15"/>
  </w:num>
  <w:num w:numId="97">
    <w:abstractNumId w:val="110"/>
  </w:num>
  <w:num w:numId="98">
    <w:abstractNumId w:val="54"/>
  </w:num>
  <w:num w:numId="99">
    <w:abstractNumId w:val="18"/>
  </w:num>
  <w:num w:numId="100">
    <w:abstractNumId w:val="63"/>
  </w:num>
  <w:num w:numId="101">
    <w:abstractNumId w:val="42"/>
  </w:num>
  <w:num w:numId="102">
    <w:abstractNumId w:val="104"/>
  </w:num>
  <w:num w:numId="103">
    <w:abstractNumId w:val="98"/>
  </w:num>
  <w:num w:numId="104">
    <w:abstractNumId w:val="90"/>
  </w:num>
  <w:num w:numId="105">
    <w:abstractNumId w:val="82"/>
  </w:num>
  <w:num w:numId="106">
    <w:abstractNumId w:val="38"/>
  </w:num>
  <w:num w:numId="107">
    <w:abstractNumId w:val="99"/>
  </w:num>
  <w:num w:numId="108">
    <w:abstractNumId w:val="120"/>
  </w:num>
  <w:num w:numId="109">
    <w:abstractNumId w:val="128"/>
  </w:num>
  <w:num w:numId="110">
    <w:abstractNumId w:val="24"/>
  </w:num>
  <w:num w:numId="111">
    <w:abstractNumId w:val="34"/>
  </w:num>
  <w:num w:numId="112">
    <w:abstractNumId w:val="67"/>
  </w:num>
  <w:num w:numId="113">
    <w:abstractNumId w:val="61"/>
  </w:num>
  <w:num w:numId="114">
    <w:abstractNumId w:val="23"/>
  </w:num>
  <w:num w:numId="115">
    <w:abstractNumId w:val="14"/>
  </w:num>
  <w:num w:numId="116">
    <w:abstractNumId w:val="69"/>
  </w:num>
  <w:num w:numId="117">
    <w:abstractNumId w:val="64"/>
  </w:num>
  <w:num w:numId="118">
    <w:abstractNumId w:val="130"/>
  </w:num>
  <w:num w:numId="119">
    <w:abstractNumId w:val="20"/>
  </w:num>
  <w:num w:numId="120">
    <w:abstractNumId w:val="17"/>
  </w:num>
  <w:num w:numId="121">
    <w:abstractNumId w:val="121"/>
  </w:num>
  <w:num w:numId="122">
    <w:abstractNumId w:val="29"/>
  </w:num>
  <w:num w:numId="123">
    <w:abstractNumId w:val="113"/>
  </w:num>
  <w:num w:numId="124">
    <w:abstractNumId w:val="83"/>
  </w:num>
  <w:num w:numId="125">
    <w:abstractNumId w:val="80"/>
  </w:num>
  <w:num w:numId="126">
    <w:abstractNumId w:val="68"/>
  </w:num>
  <w:num w:numId="127">
    <w:abstractNumId w:val="22"/>
  </w:num>
  <w:num w:numId="128">
    <w:abstractNumId w:val="94"/>
  </w:num>
  <w:num w:numId="129">
    <w:abstractNumId w:val="124"/>
  </w:num>
  <w:num w:numId="130">
    <w:abstractNumId w:val="33"/>
  </w:num>
  <w:num w:numId="131">
    <w:abstractNumId w:val="25"/>
  </w:num>
  <w:num w:numId="132">
    <w:abstractNumId w:val="122"/>
  </w:num>
  <w:numIdMacAtCleanup w:val="1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3AEE"/>
    <w:rsid w:val="0015074B"/>
    <w:rsid w:val="001B6ED6"/>
    <w:rsid w:val="0029639D"/>
    <w:rsid w:val="00326F90"/>
    <w:rsid w:val="005D06C3"/>
    <w:rsid w:val="00AA1D8D"/>
    <w:rsid w:val="00AE7E94"/>
    <w:rsid w:val="00B47730"/>
    <w:rsid w:val="00CB0664"/>
    <w:rsid w:val="00DC2F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298"/>
    <o:shapelayout v:ext="edit">
      <o:idmap v:ext="edit" data="1"/>
    </o:shapelayout>
  </w:shapeDefaults>
  <w:decimalSymbol w:val=","/>
  <w:listSeparator w:val=";"/>
  <w14:docId w14:val="62320BA6"/>
  <w14:defaultImageDpi w14:val="300"/>
  <w15:docId w15:val="{6570D52F-4931-42D9-AB37-C17F815F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rsid w:val="00AA1D8D"/>
  </w:style>
  <w:style w:type="paragraph" w:styleId="23">
    <w:name w:val="Body Text 2"/>
    <w:basedOn w:val="a1"/>
    <w:link w:val="24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AA1D8D"/>
  </w:style>
  <w:style w:type="paragraph" w:styleId="33">
    <w:name w:val="Body Text 3"/>
    <w:basedOn w:val="a1"/>
    <w:link w:val="34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ff8">
    <w:name w:val="Основной б.о."/>
    <w:basedOn w:val="a1"/>
    <w:next w:val="a1"/>
    <w:rsid w:val="00DC2F01"/>
    <w:pPr>
      <w:spacing w:line="240" w:lineRule="auto"/>
      <w:jc w:val="both"/>
    </w:pPr>
    <w:rPr>
      <w:rFonts w:eastAsia="Times New Roman" w:cs="Times New Roman"/>
      <w:sz w:val="28"/>
      <w:szCs w:val="20"/>
      <w:lang w:val="ru-RU" w:eastAsia="ru-RU"/>
    </w:rPr>
  </w:style>
  <w:style w:type="paragraph" w:customStyle="1" w:styleId="14">
    <w:name w:val="Обычный1"/>
    <w:rsid w:val="00DC2F0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customStyle="1" w:styleId="bold">
    <w:name w:val="bold"/>
    <w:basedOn w:val="a2"/>
    <w:rsid w:val="00DC2F01"/>
  </w:style>
  <w:style w:type="character" w:styleId="aff9">
    <w:name w:val="Placeholder Text"/>
    <w:basedOn w:val="a2"/>
    <w:uiPriority w:val="99"/>
    <w:semiHidden/>
    <w:rsid w:val="00DC2F01"/>
    <w:rPr>
      <w:color w:val="808080"/>
    </w:rPr>
  </w:style>
  <w:style w:type="paragraph" w:styleId="affa">
    <w:name w:val="Balloon Text"/>
    <w:basedOn w:val="a1"/>
    <w:link w:val="affb"/>
    <w:uiPriority w:val="99"/>
    <w:unhideWhenUsed/>
    <w:rsid w:val="00DC2F01"/>
    <w:pPr>
      <w:overflowPunct w:val="0"/>
      <w:autoSpaceDE w:val="0"/>
      <w:autoSpaceDN w:val="0"/>
      <w:adjustRightInd w:val="0"/>
      <w:spacing w:line="240" w:lineRule="auto"/>
      <w:jc w:val="both"/>
      <w:textAlignment w:val="baseline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ffb">
    <w:name w:val="Текст выноски Знак"/>
    <w:basedOn w:val="a2"/>
    <w:link w:val="affa"/>
    <w:uiPriority w:val="99"/>
    <w:rsid w:val="00DC2F01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2c">
    <w:name w:val="Обычный2"/>
    <w:rsid w:val="00DC2F01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fc">
    <w:name w:val="Body Text Indent"/>
    <w:basedOn w:val="a1"/>
    <w:link w:val="affd"/>
    <w:uiPriority w:val="99"/>
    <w:unhideWhenUsed/>
    <w:rsid w:val="00DC2F01"/>
    <w:pPr>
      <w:overflowPunct w:val="0"/>
      <w:autoSpaceDE w:val="0"/>
      <w:autoSpaceDN w:val="0"/>
      <w:adjustRightInd w:val="0"/>
      <w:spacing w:after="120" w:line="288" w:lineRule="auto"/>
      <w:ind w:left="283"/>
      <w:jc w:val="both"/>
      <w:textAlignment w:val="baseline"/>
    </w:pPr>
    <w:rPr>
      <w:rFonts w:eastAsia="Times New Roman" w:cs="Times New Roman"/>
      <w:szCs w:val="20"/>
      <w:lang w:val="ru-RU" w:eastAsia="ru-RU"/>
    </w:rPr>
  </w:style>
  <w:style w:type="character" w:customStyle="1" w:styleId="affd">
    <w:name w:val="Основной текст с отступом Знак"/>
    <w:basedOn w:val="a2"/>
    <w:link w:val="affc"/>
    <w:uiPriority w:val="99"/>
    <w:rsid w:val="00DC2F01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38">
    <w:name w:val="Body Text Indent 3"/>
    <w:basedOn w:val="a1"/>
    <w:link w:val="39"/>
    <w:unhideWhenUsed/>
    <w:rsid w:val="00DC2F01"/>
    <w:pPr>
      <w:overflowPunct w:val="0"/>
      <w:autoSpaceDE w:val="0"/>
      <w:autoSpaceDN w:val="0"/>
      <w:adjustRightInd w:val="0"/>
      <w:spacing w:after="120" w:line="288" w:lineRule="auto"/>
      <w:ind w:left="283"/>
      <w:jc w:val="both"/>
      <w:textAlignment w:val="baseline"/>
    </w:pPr>
    <w:rPr>
      <w:rFonts w:eastAsia="Times New Roman" w:cs="Times New Roman"/>
      <w:sz w:val="16"/>
      <w:szCs w:val="16"/>
      <w:lang w:val="ru-RU" w:eastAsia="ru-RU"/>
    </w:rPr>
  </w:style>
  <w:style w:type="character" w:customStyle="1" w:styleId="39">
    <w:name w:val="Основной текст с отступом 3 Знак"/>
    <w:basedOn w:val="a2"/>
    <w:link w:val="38"/>
    <w:rsid w:val="00DC2F01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41">
    <w:name w:val="Основной текст (4)"/>
    <w:basedOn w:val="a2"/>
    <w:rsid w:val="00DC2F01"/>
    <w:rPr>
      <w:b/>
      <w:bCs/>
      <w:i/>
      <w:iCs/>
      <w:sz w:val="22"/>
      <w:szCs w:val="22"/>
      <w:shd w:val="clear" w:color="auto" w:fill="FFFFFF"/>
      <w:lang w:bidi="ar-SA"/>
    </w:rPr>
  </w:style>
  <w:style w:type="paragraph" w:styleId="2d">
    <w:name w:val="Body Text Indent 2"/>
    <w:basedOn w:val="a1"/>
    <w:link w:val="2e"/>
    <w:unhideWhenUsed/>
    <w:rsid w:val="00DC2F01"/>
    <w:pPr>
      <w:overflowPunct w:val="0"/>
      <w:autoSpaceDE w:val="0"/>
      <w:autoSpaceDN w:val="0"/>
      <w:adjustRightInd w:val="0"/>
      <w:spacing w:after="120" w:line="480" w:lineRule="auto"/>
      <w:ind w:left="283"/>
      <w:jc w:val="both"/>
      <w:textAlignment w:val="baseline"/>
    </w:pPr>
    <w:rPr>
      <w:rFonts w:eastAsia="Times New Roman" w:cs="Times New Roman"/>
      <w:szCs w:val="20"/>
      <w:lang w:val="ru-RU" w:eastAsia="ru-RU"/>
    </w:rPr>
  </w:style>
  <w:style w:type="character" w:customStyle="1" w:styleId="2e">
    <w:name w:val="Основной текст с отступом 2 Знак"/>
    <w:basedOn w:val="a2"/>
    <w:link w:val="2d"/>
    <w:rsid w:val="00DC2F01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ffe">
    <w:name w:val="Normal (Web)"/>
    <w:basedOn w:val="a1"/>
    <w:unhideWhenUsed/>
    <w:rsid w:val="00DC2F01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ru-RU" w:eastAsia="ru-RU"/>
    </w:rPr>
  </w:style>
  <w:style w:type="character" w:customStyle="1" w:styleId="42">
    <w:name w:val="Основной текст (4)_"/>
    <w:link w:val="410"/>
    <w:rsid w:val="00DC2F01"/>
    <w:rPr>
      <w:b/>
      <w:bCs/>
      <w:i/>
      <w:iCs/>
      <w:shd w:val="clear" w:color="auto" w:fill="FFFFFF"/>
    </w:rPr>
  </w:style>
  <w:style w:type="paragraph" w:customStyle="1" w:styleId="410">
    <w:name w:val="Основной текст (4)1"/>
    <w:basedOn w:val="a1"/>
    <w:link w:val="42"/>
    <w:rsid w:val="00DC2F01"/>
    <w:pPr>
      <w:widowControl w:val="0"/>
      <w:shd w:val="clear" w:color="auto" w:fill="FFFFFF"/>
      <w:spacing w:before="120" w:line="236" w:lineRule="exact"/>
      <w:ind w:hanging="1180"/>
      <w:jc w:val="both"/>
    </w:pPr>
    <w:rPr>
      <w:rFonts w:asciiTheme="minorHAnsi" w:hAnsiTheme="minorHAnsi"/>
      <w:b/>
      <w:bCs/>
      <w:i/>
      <w:iCs/>
      <w:sz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99" Type="http://schemas.openxmlformats.org/officeDocument/2006/relationships/image" Target="media/image133.wmf"/><Relationship Id="rId21" Type="http://schemas.openxmlformats.org/officeDocument/2006/relationships/oleObject" Target="embeddings/oleObject9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75.wmf"/><Relationship Id="rId324" Type="http://schemas.openxmlformats.org/officeDocument/2006/relationships/oleObject" Target="embeddings/oleObject181.bin"/><Relationship Id="rId366" Type="http://schemas.openxmlformats.org/officeDocument/2006/relationships/oleObject" Target="embeddings/oleObject211.bin"/><Relationship Id="rId170" Type="http://schemas.openxmlformats.org/officeDocument/2006/relationships/oleObject" Target="embeddings/oleObject87.bin"/><Relationship Id="rId226" Type="http://schemas.openxmlformats.org/officeDocument/2006/relationships/oleObject" Target="embeddings/oleObject118.bin"/><Relationship Id="rId433" Type="http://schemas.openxmlformats.org/officeDocument/2006/relationships/oleObject" Target="embeddings/oleObject263.bin"/><Relationship Id="rId268" Type="http://schemas.openxmlformats.org/officeDocument/2006/relationships/oleObject" Target="embeddings/oleObject141.bin"/><Relationship Id="rId32" Type="http://schemas.openxmlformats.org/officeDocument/2006/relationships/image" Target="media/image13.wmf"/><Relationship Id="rId74" Type="http://schemas.openxmlformats.org/officeDocument/2006/relationships/image" Target="media/image34.wmf"/><Relationship Id="rId128" Type="http://schemas.openxmlformats.org/officeDocument/2006/relationships/image" Target="media/image61.wmf"/><Relationship Id="rId335" Type="http://schemas.openxmlformats.org/officeDocument/2006/relationships/oleObject" Target="embeddings/oleObject189.bin"/><Relationship Id="rId377" Type="http://schemas.openxmlformats.org/officeDocument/2006/relationships/image" Target="media/image155.wmf"/><Relationship Id="rId5" Type="http://schemas.openxmlformats.org/officeDocument/2006/relationships/webSettings" Target="webSettings.xml"/><Relationship Id="rId181" Type="http://schemas.openxmlformats.org/officeDocument/2006/relationships/image" Target="media/image84.wmf"/><Relationship Id="rId237" Type="http://schemas.openxmlformats.org/officeDocument/2006/relationships/oleObject" Target="embeddings/oleObject124.bin"/><Relationship Id="rId402" Type="http://schemas.openxmlformats.org/officeDocument/2006/relationships/image" Target="media/image161.wmf"/><Relationship Id="rId279" Type="http://schemas.openxmlformats.org/officeDocument/2006/relationships/image" Target="media/image128.wmf"/><Relationship Id="rId444" Type="http://schemas.openxmlformats.org/officeDocument/2006/relationships/oleObject" Target="embeddings/oleObject272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68.bin"/><Relationship Id="rId290" Type="http://schemas.openxmlformats.org/officeDocument/2006/relationships/oleObject" Target="embeddings/oleObject154.bin"/><Relationship Id="rId304" Type="http://schemas.openxmlformats.org/officeDocument/2006/relationships/oleObject" Target="embeddings/oleObject164.bin"/><Relationship Id="rId346" Type="http://schemas.openxmlformats.org/officeDocument/2006/relationships/oleObject" Target="embeddings/oleObject199.bin"/><Relationship Id="rId388" Type="http://schemas.openxmlformats.org/officeDocument/2006/relationships/oleObject" Target="embeddings/oleObject227.bin"/><Relationship Id="rId85" Type="http://schemas.openxmlformats.org/officeDocument/2006/relationships/oleObject" Target="embeddings/oleObject41.bin"/><Relationship Id="rId150" Type="http://schemas.openxmlformats.org/officeDocument/2006/relationships/oleObject" Target="embeddings/oleObject75.bin"/><Relationship Id="rId192" Type="http://schemas.openxmlformats.org/officeDocument/2006/relationships/oleObject" Target="embeddings/oleObject98.bin"/><Relationship Id="rId206" Type="http://schemas.openxmlformats.org/officeDocument/2006/relationships/image" Target="media/image96.wmf"/><Relationship Id="rId413" Type="http://schemas.openxmlformats.org/officeDocument/2006/relationships/oleObject" Target="embeddings/oleObject246.bin"/><Relationship Id="rId248" Type="http://schemas.openxmlformats.org/officeDocument/2006/relationships/oleObject" Target="embeddings/oleObject130.bin"/><Relationship Id="rId455" Type="http://schemas.openxmlformats.org/officeDocument/2006/relationships/image" Target="media/image178.png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2.bin"/><Relationship Id="rId315" Type="http://schemas.openxmlformats.org/officeDocument/2006/relationships/image" Target="media/image138.wmf"/><Relationship Id="rId357" Type="http://schemas.openxmlformats.org/officeDocument/2006/relationships/image" Target="media/image146.wmf"/><Relationship Id="rId54" Type="http://schemas.openxmlformats.org/officeDocument/2006/relationships/image" Target="media/image24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1.bin"/><Relationship Id="rId217" Type="http://schemas.openxmlformats.org/officeDocument/2006/relationships/image" Target="media/image100.wmf"/><Relationship Id="rId399" Type="http://schemas.openxmlformats.org/officeDocument/2006/relationships/oleObject" Target="embeddings/oleObject234.bin"/><Relationship Id="rId259" Type="http://schemas.openxmlformats.org/officeDocument/2006/relationships/image" Target="media/image118.wmf"/><Relationship Id="rId424" Type="http://schemas.openxmlformats.org/officeDocument/2006/relationships/oleObject" Target="embeddings/oleObject254.bin"/><Relationship Id="rId23" Type="http://schemas.openxmlformats.org/officeDocument/2006/relationships/oleObject" Target="embeddings/oleObject10.bin"/><Relationship Id="rId119" Type="http://schemas.openxmlformats.org/officeDocument/2006/relationships/image" Target="media/image57.wmf"/><Relationship Id="rId270" Type="http://schemas.openxmlformats.org/officeDocument/2006/relationships/oleObject" Target="embeddings/oleObject142.bin"/><Relationship Id="rId326" Type="http://schemas.openxmlformats.org/officeDocument/2006/relationships/oleObject" Target="embeddings/oleObject183.bin"/><Relationship Id="rId65" Type="http://schemas.openxmlformats.org/officeDocument/2006/relationships/oleObject" Target="embeddings/oleObject31.bin"/><Relationship Id="rId130" Type="http://schemas.openxmlformats.org/officeDocument/2006/relationships/image" Target="media/image62.wmf"/><Relationship Id="rId368" Type="http://schemas.openxmlformats.org/officeDocument/2006/relationships/oleObject" Target="embeddings/oleObject212.bin"/><Relationship Id="rId172" Type="http://schemas.openxmlformats.org/officeDocument/2006/relationships/oleObject" Target="embeddings/oleObject88.bin"/><Relationship Id="rId228" Type="http://schemas.openxmlformats.org/officeDocument/2006/relationships/image" Target="media/image104.wmf"/><Relationship Id="rId435" Type="http://schemas.openxmlformats.org/officeDocument/2006/relationships/oleObject" Target="embeddings/oleObject265.bin"/><Relationship Id="rId281" Type="http://schemas.openxmlformats.org/officeDocument/2006/relationships/oleObject" Target="embeddings/oleObject148.bin"/><Relationship Id="rId337" Type="http://schemas.openxmlformats.org/officeDocument/2006/relationships/oleObject" Target="embeddings/oleObject191.bin"/><Relationship Id="rId34" Type="http://schemas.openxmlformats.org/officeDocument/2006/relationships/image" Target="media/image14.wmf"/><Relationship Id="rId76" Type="http://schemas.openxmlformats.org/officeDocument/2006/relationships/image" Target="media/image35.wmf"/><Relationship Id="rId141" Type="http://schemas.openxmlformats.org/officeDocument/2006/relationships/oleObject" Target="embeddings/oleObject70.bin"/><Relationship Id="rId379" Type="http://schemas.openxmlformats.org/officeDocument/2006/relationships/image" Target="media/image156.wmf"/><Relationship Id="rId7" Type="http://schemas.openxmlformats.org/officeDocument/2006/relationships/oleObject" Target="embeddings/oleObject1.bin"/><Relationship Id="rId183" Type="http://schemas.openxmlformats.org/officeDocument/2006/relationships/image" Target="media/image85.wmf"/><Relationship Id="rId239" Type="http://schemas.openxmlformats.org/officeDocument/2006/relationships/oleObject" Target="embeddings/oleObject125.bin"/><Relationship Id="rId390" Type="http://schemas.openxmlformats.org/officeDocument/2006/relationships/oleObject" Target="embeddings/oleObject228.bin"/><Relationship Id="rId404" Type="http://schemas.openxmlformats.org/officeDocument/2006/relationships/oleObject" Target="embeddings/oleObject238.bin"/><Relationship Id="rId446" Type="http://schemas.openxmlformats.org/officeDocument/2006/relationships/image" Target="media/image169.png"/><Relationship Id="rId250" Type="http://schemas.openxmlformats.org/officeDocument/2006/relationships/oleObject" Target="embeddings/oleObject131.bin"/><Relationship Id="rId292" Type="http://schemas.openxmlformats.org/officeDocument/2006/relationships/oleObject" Target="embeddings/oleObject155.bin"/><Relationship Id="rId306" Type="http://schemas.openxmlformats.org/officeDocument/2006/relationships/oleObject" Target="embeddings/oleObject165.bin"/><Relationship Id="rId45" Type="http://schemas.openxmlformats.org/officeDocument/2006/relationships/oleObject" Target="embeddings/oleObject21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3.bin"/><Relationship Id="rId348" Type="http://schemas.openxmlformats.org/officeDocument/2006/relationships/oleObject" Target="embeddings/oleObject201.bin"/><Relationship Id="rId152" Type="http://schemas.openxmlformats.org/officeDocument/2006/relationships/oleObject" Target="embeddings/oleObject76.bin"/><Relationship Id="rId194" Type="http://schemas.openxmlformats.org/officeDocument/2006/relationships/image" Target="media/image90.wmf"/><Relationship Id="rId208" Type="http://schemas.openxmlformats.org/officeDocument/2006/relationships/image" Target="media/image97.wmf"/><Relationship Id="rId415" Type="http://schemas.openxmlformats.org/officeDocument/2006/relationships/oleObject" Target="embeddings/oleObject247.bin"/><Relationship Id="rId457" Type="http://schemas.openxmlformats.org/officeDocument/2006/relationships/image" Target="media/image180.png"/><Relationship Id="rId261" Type="http://schemas.openxmlformats.org/officeDocument/2006/relationships/image" Target="media/image119.wmf"/><Relationship Id="rId14" Type="http://schemas.openxmlformats.org/officeDocument/2006/relationships/oleObject" Target="embeddings/oleObject5.bin"/><Relationship Id="rId56" Type="http://schemas.openxmlformats.org/officeDocument/2006/relationships/image" Target="media/image25.wmf"/><Relationship Id="rId317" Type="http://schemas.openxmlformats.org/officeDocument/2006/relationships/oleObject" Target="embeddings/oleObject174.bin"/><Relationship Id="rId359" Type="http://schemas.openxmlformats.org/officeDocument/2006/relationships/image" Target="media/image147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8.wmf"/><Relationship Id="rId163" Type="http://schemas.openxmlformats.org/officeDocument/2006/relationships/oleObject" Target="embeddings/oleObject82.bin"/><Relationship Id="rId219" Type="http://schemas.openxmlformats.org/officeDocument/2006/relationships/image" Target="media/image101.wmf"/><Relationship Id="rId370" Type="http://schemas.openxmlformats.org/officeDocument/2006/relationships/oleObject" Target="embeddings/oleObject213.bin"/><Relationship Id="rId426" Type="http://schemas.openxmlformats.org/officeDocument/2006/relationships/oleObject" Target="embeddings/oleObject256.bin"/><Relationship Id="rId230" Type="http://schemas.openxmlformats.org/officeDocument/2006/relationships/image" Target="media/image105.wmf"/><Relationship Id="rId25" Type="http://schemas.openxmlformats.org/officeDocument/2006/relationships/oleObject" Target="embeddings/oleObject11.bin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43.bin"/><Relationship Id="rId328" Type="http://schemas.openxmlformats.org/officeDocument/2006/relationships/oleObject" Target="embeddings/oleObject185.bin"/><Relationship Id="rId132" Type="http://schemas.openxmlformats.org/officeDocument/2006/relationships/image" Target="media/image63.wmf"/><Relationship Id="rId174" Type="http://schemas.openxmlformats.org/officeDocument/2006/relationships/oleObject" Target="embeddings/oleObject89.bin"/><Relationship Id="rId381" Type="http://schemas.openxmlformats.org/officeDocument/2006/relationships/oleObject" Target="embeddings/oleObject220.bin"/><Relationship Id="rId241" Type="http://schemas.openxmlformats.org/officeDocument/2006/relationships/oleObject" Target="embeddings/oleObject126.bin"/><Relationship Id="rId437" Type="http://schemas.openxmlformats.org/officeDocument/2006/relationships/oleObject" Target="embeddings/oleObject267.bin"/><Relationship Id="rId36" Type="http://schemas.openxmlformats.org/officeDocument/2006/relationships/image" Target="media/image15.wmf"/><Relationship Id="rId283" Type="http://schemas.openxmlformats.org/officeDocument/2006/relationships/image" Target="media/image129.wmf"/><Relationship Id="rId339" Type="http://schemas.openxmlformats.org/officeDocument/2006/relationships/oleObject" Target="embeddings/oleObject193.bin"/><Relationship Id="rId78" Type="http://schemas.openxmlformats.org/officeDocument/2006/relationships/image" Target="media/image36.wmf"/><Relationship Id="rId101" Type="http://schemas.openxmlformats.org/officeDocument/2006/relationships/image" Target="media/image48.wmf"/><Relationship Id="rId143" Type="http://schemas.openxmlformats.org/officeDocument/2006/relationships/oleObject" Target="embeddings/oleObject71.bin"/><Relationship Id="rId185" Type="http://schemas.openxmlformats.org/officeDocument/2006/relationships/image" Target="media/image86.wmf"/><Relationship Id="rId350" Type="http://schemas.openxmlformats.org/officeDocument/2006/relationships/oleObject" Target="embeddings/oleObject203.bin"/><Relationship Id="rId406" Type="http://schemas.openxmlformats.org/officeDocument/2006/relationships/oleObject" Target="embeddings/oleObject240.bin"/><Relationship Id="rId9" Type="http://schemas.openxmlformats.org/officeDocument/2006/relationships/oleObject" Target="embeddings/oleObject2.bin"/><Relationship Id="rId210" Type="http://schemas.openxmlformats.org/officeDocument/2006/relationships/image" Target="media/image98.wmf"/><Relationship Id="rId392" Type="http://schemas.openxmlformats.org/officeDocument/2006/relationships/image" Target="media/image158.wmf"/><Relationship Id="rId448" Type="http://schemas.openxmlformats.org/officeDocument/2006/relationships/image" Target="media/image171.png"/><Relationship Id="rId252" Type="http://schemas.openxmlformats.org/officeDocument/2006/relationships/oleObject" Target="embeddings/oleObject132.bin"/><Relationship Id="rId294" Type="http://schemas.openxmlformats.org/officeDocument/2006/relationships/oleObject" Target="embeddings/oleObject157.bin"/><Relationship Id="rId308" Type="http://schemas.openxmlformats.org/officeDocument/2006/relationships/oleObject" Target="embeddings/oleObject166.bin"/><Relationship Id="rId47" Type="http://schemas.openxmlformats.org/officeDocument/2006/relationships/oleObject" Target="embeddings/oleObject22.bin"/><Relationship Id="rId89" Type="http://schemas.openxmlformats.org/officeDocument/2006/relationships/oleObject" Target="embeddings/oleObject43.bin"/><Relationship Id="rId112" Type="http://schemas.openxmlformats.org/officeDocument/2006/relationships/oleObject" Target="embeddings/oleObject54.bin"/><Relationship Id="rId154" Type="http://schemas.openxmlformats.org/officeDocument/2006/relationships/oleObject" Target="embeddings/oleObject77.bin"/><Relationship Id="rId361" Type="http://schemas.openxmlformats.org/officeDocument/2006/relationships/image" Target="media/image148.wmf"/><Relationship Id="rId196" Type="http://schemas.openxmlformats.org/officeDocument/2006/relationships/image" Target="media/image91.wmf"/><Relationship Id="rId417" Type="http://schemas.openxmlformats.org/officeDocument/2006/relationships/oleObject" Target="embeddings/oleObject248.bin"/><Relationship Id="rId459" Type="http://schemas.openxmlformats.org/officeDocument/2006/relationships/image" Target="media/image182.png"/><Relationship Id="rId16" Type="http://schemas.openxmlformats.org/officeDocument/2006/relationships/image" Target="media/image5.wmf"/><Relationship Id="rId221" Type="http://schemas.openxmlformats.org/officeDocument/2006/relationships/oleObject" Target="embeddings/oleObject115.bin"/><Relationship Id="rId263" Type="http://schemas.openxmlformats.org/officeDocument/2006/relationships/image" Target="media/image120.wmf"/><Relationship Id="rId319" Type="http://schemas.openxmlformats.org/officeDocument/2006/relationships/oleObject" Target="embeddings/oleObject176.bin"/><Relationship Id="rId58" Type="http://schemas.openxmlformats.org/officeDocument/2006/relationships/image" Target="media/image26.wmf"/><Relationship Id="rId123" Type="http://schemas.openxmlformats.org/officeDocument/2006/relationships/image" Target="media/image59.wmf"/><Relationship Id="rId330" Type="http://schemas.openxmlformats.org/officeDocument/2006/relationships/image" Target="media/image139.wmf"/><Relationship Id="rId165" Type="http://schemas.openxmlformats.org/officeDocument/2006/relationships/image" Target="media/image77.wmf"/><Relationship Id="rId372" Type="http://schemas.openxmlformats.org/officeDocument/2006/relationships/oleObject" Target="embeddings/oleObject215.bin"/><Relationship Id="rId428" Type="http://schemas.openxmlformats.org/officeDocument/2006/relationships/oleObject" Target="embeddings/oleObject258.bin"/><Relationship Id="rId232" Type="http://schemas.openxmlformats.org/officeDocument/2006/relationships/image" Target="media/image106.wmf"/><Relationship Id="rId274" Type="http://schemas.openxmlformats.org/officeDocument/2006/relationships/oleObject" Target="embeddings/oleObject144.bin"/><Relationship Id="rId27" Type="http://schemas.openxmlformats.org/officeDocument/2006/relationships/oleObject" Target="embeddings/oleObject12.bin"/><Relationship Id="rId69" Type="http://schemas.openxmlformats.org/officeDocument/2006/relationships/oleObject" Target="embeddings/oleObject33.bin"/><Relationship Id="rId134" Type="http://schemas.openxmlformats.org/officeDocument/2006/relationships/image" Target="media/image64.wmf"/><Relationship Id="rId80" Type="http://schemas.openxmlformats.org/officeDocument/2006/relationships/image" Target="media/image37.wmf"/><Relationship Id="rId176" Type="http://schemas.openxmlformats.org/officeDocument/2006/relationships/oleObject" Target="embeddings/oleObject90.bin"/><Relationship Id="rId341" Type="http://schemas.openxmlformats.org/officeDocument/2006/relationships/oleObject" Target="embeddings/oleObject195.bin"/><Relationship Id="rId383" Type="http://schemas.openxmlformats.org/officeDocument/2006/relationships/oleObject" Target="embeddings/oleObject222.bin"/><Relationship Id="rId439" Type="http://schemas.openxmlformats.org/officeDocument/2006/relationships/oleObject" Target="embeddings/oleObject268.bin"/><Relationship Id="rId201" Type="http://schemas.openxmlformats.org/officeDocument/2006/relationships/oleObject" Target="embeddings/oleObject103.bin"/><Relationship Id="rId243" Type="http://schemas.openxmlformats.org/officeDocument/2006/relationships/oleObject" Target="embeddings/oleObject127.bin"/><Relationship Id="rId285" Type="http://schemas.openxmlformats.org/officeDocument/2006/relationships/image" Target="media/image130.wmf"/><Relationship Id="rId450" Type="http://schemas.openxmlformats.org/officeDocument/2006/relationships/image" Target="media/image173.png"/><Relationship Id="rId38" Type="http://schemas.openxmlformats.org/officeDocument/2006/relationships/image" Target="media/image16.wmf"/><Relationship Id="rId103" Type="http://schemas.openxmlformats.org/officeDocument/2006/relationships/image" Target="media/image49.wmf"/><Relationship Id="rId310" Type="http://schemas.openxmlformats.org/officeDocument/2006/relationships/oleObject" Target="embeddings/oleObject168.bin"/><Relationship Id="rId91" Type="http://schemas.openxmlformats.org/officeDocument/2006/relationships/oleObject" Target="embeddings/oleObject44.bin"/><Relationship Id="rId145" Type="http://schemas.openxmlformats.org/officeDocument/2006/relationships/image" Target="media/image68.wmf"/><Relationship Id="rId187" Type="http://schemas.openxmlformats.org/officeDocument/2006/relationships/image" Target="media/image87.wmf"/><Relationship Id="rId352" Type="http://schemas.openxmlformats.org/officeDocument/2006/relationships/oleObject" Target="embeddings/oleObject204.bin"/><Relationship Id="rId394" Type="http://schemas.openxmlformats.org/officeDocument/2006/relationships/image" Target="media/image159.wmf"/><Relationship Id="rId408" Type="http://schemas.openxmlformats.org/officeDocument/2006/relationships/oleObject" Target="embeddings/oleObject242.bin"/><Relationship Id="rId212" Type="http://schemas.openxmlformats.org/officeDocument/2006/relationships/image" Target="media/image99.wmf"/><Relationship Id="rId254" Type="http://schemas.openxmlformats.org/officeDocument/2006/relationships/oleObject" Target="embeddings/oleObject134.bin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55.bin"/><Relationship Id="rId296" Type="http://schemas.openxmlformats.org/officeDocument/2006/relationships/oleObject" Target="embeddings/oleObject159.bin"/><Relationship Id="rId461" Type="http://schemas.openxmlformats.org/officeDocument/2006/relationships/image" Target="media/image184.png"/><Relationship Id="rId60" Type="http://schemas.openxmlformats.org/officeDocument/2006/relationships/image" Target="media/image27.wmf"/><Relationship Id="rId156" Type="http://schemas.openxmlformats.org/officeDocument/2006/relationships/oleObject" Target="embeddings/oleObject78.bin"/><Relationship Id="rId198" Type="http://schemas.openxmlformats.org/officeDocument/2006/relationships/image" Target="media/image92.wmf"/><Relationship Id="rId321" Type="http://schemas.openxmlformats.org/officeDocument/2006/relationships/oleObject" Target="embeddings/oleObject178.bin"/><Relationship Id="rId363" Type="http://schemas.openxmlformats.org/officeDocument/2006/relationships/image" Target="media/image149.wmf"/><Relationship Id="rId419" Type="http://schemas.openxmlformats.org/officeDocument/2006/relationships/oleObject" Target="embeddings/oleObject250.bin"/><Relationship Id="rId223" Type="http://schemas.openxmlformats.org/officeDocument/2006/relationships/image" Target="media/image102.wmf"/><Relationship Id="rId430" Type="http://schemas.openxmlformats.org/officeDocument/2006/relationships/oleObject" Target="embeddings/oleObject260.bin"/><Relationship Id="rId18" Type="http://schemas.openxmlformats.org/officeDocument/2006/relationships/image" Target="media/image6.wmf"/><Relationship Id="rId265" Type="http://schemas.openxmlformats.org/officeDocument/2006/relationships/image" Target="media/image121.wmf"/><Relationship Id="rId125" Type="http://schemas.openxmlformats.org/officeDocument/2006/relationships/oleObject" Target="embeddings/oleObject61.bin"/><Relationship Id="rId167" Type="http://schemas.openxmlformats.org/officeDocument/2006/relationships/oleObject" Target="embeddings/oleObject85.bin"/><Relationship Id="rId332" Type="http://schemas.openxmlformats.org/officeDocument/2006/relationships/image" Target="media/image140.wmf"/><Relationship Id="rId374" Type="http://schemas.openxmlformats.org/officeDocument/2006/relationships/oleObject" Target="embeddings/oleObject216.bin"/><Relationship Id="rId71" Type="http://schemas.openxmlformats.org/officeDocument/2006/relationships/oleObject" Target="embeddings/oleObject34.bin"/><Relationship Id="rId234" Type="http://schemas.openxmlformats.org/officeDocument/2006/relationships/image" Target="media/image107.wmf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76" Type="http://schemas.openxmlformats.org/officeDocument/2006/relationships/oleObject" Target="embeddings/oleObject145.bin"/><Relationship Id="rId441" Type="http://schemas.openxmlformats.org/officeDocument/2006/relationships/oleObject" Target="embeddings/oleObject270.bin"/><Relationship Id="rId40" Type="http://schemas.openxmlformats.org/officeDocument/2006/relationships/image" Target="media/image17.wmf"/><Relationship Id="rId115" Type="http://schemas.openxmlformats.org/officeDocument/2006/relationships/image" Target="media/image55.wmf"/><Relationship Id="rId136" Type="http://schemas.openxmlformats.org/officeDocument/2006/relationships/image" Target="media/image65.wmf"/><Relationship Id="rId157" Type="http://schemas.openxmlformats.org/officeDocument/2006/relationships/image" Target="media/image74.wmf"/><Relationship Id="rId178" Type="http://schemas.openxmlformats.org/officeDocument/2006/relationships/oleObject" Target="embeddings/oleObject91.bin"/><Relationship Id="rId301" Type="http://schemas.openxmlformats.org/officeDocument/2006/relationships/image" Target="media/image134.wmf"/><Relationship Id="rId322" Type="http://schemas.openxmlformats.org/officeDocument/2006/relationships/oleObject" Target="embeddings/oleObject179.bin"/><Relationship Id="rId343" Type="http://schemas.openxmlformats.org/officeDocument/2006/relationships/oleObject" Target="embeddings/oleObject197.bin"/><Relationship Id="rId364" Type="http://schemas.openxmlformats.org/officeDocument/2006/relationships/oleObject" Target="embeddings/oleObject210.bin"/><Relationship Id="rId61" Type="http://schemas.openxmlformats.org/officeDocument/2006/relationships/oleObject" Target="embeddings/oleObject29.bin"/><Relationship Id="rId82" Type="http://schemas.openxmlformats.org/officeDocument/2006/relationships/image" Target="media/image38.wmf"/><Relationship Id="rId199" Type="http://schemas.openxmlformats.org/officeDocument/2006/relationships/oleObject" Target="embeddings/oleObject102.bin"/><Relationship Id="rId203" Type="http://schemas.openxmlformats.org/officeDocument/2006/relationships/oleObject" Target="embeddings/oleObject104.bin"/><Relationship Id="rId385" Type="http://schemas.openxmlformats.org/officeDocument/2006/relationships/oleObject" Target="embeddings/oleObject224.bin"/><Relationship Id="rId19" Type="http://schemas.openxmlformats.org/officeDocument/2006/relationships/oleObject" Target="embeddings/oleObject8.bin"/><Relationship Id="rId224" Type="http://schemas.openxmlformats.org/officeDocument/2006/relationships/oleObject" Target="embeddings/oleObject117.bin"/><Relationship Id="rId245" Type="http://schemas.openxmlformats.org/officeDocument/2006/relationships/oleObject" Target="embeddings/oleObject128.bin"/><Relationship Id="rId266" Type="http://schemas.openxmlformats.org/officeDocument/2006/relationships/oleObject" Target="embeddings/oleObject140.bin"/><Relationship Id="rId287" Type="http://schemas.openxmlformats.org/officeDocument/2006/relationships/image" Target="media/image131.wmf"/><Relationship Id="rId410" Type="http://schemas.openxmlformats.org/officeDocument/2006/relationships/oleObject" Target="embeddings/oleObject244.bin"/><Relationship Id="rId431" Type="http://schemas.openxmlformats.org/officeDocument/2006/relationships/oleObject" Target="embeddings/oleObject261.bin"/><Relationship Id="rId452" Type="http://schemas.openxmlformats.org/officeDocument/2006/relationships/image" Target="media/image175.png"/><Relationship Id="rId30" Type="http://schemas.openxmlformats.org/officeDocument/2006/relationships/image" Target="media/image12.wmf"/><Relationship Id="rId105" Type="http://schemas.openxmlformats.org/officeDocument/2006/relationships/image" Target="media/image50.wmf"/><Relationship Id="rId126" Type="http://schemas.openxmlformats.org/officeDocument/2006/relationships/image" Target="media/image60.wmf"/><Relationship Id="rId147" Type="http://schemas.openxmlformats.org/officeDocument/2006/relationships/image" Target="media/image69.wmf"/><Relationship Id="rId168" Type="http://schemas.openxmlformats.org/officeDocument/2006/relationships/image" Target="media/image78.wmf"/><Relationship Id="rId312" Type="http://schemas.openxmlformats.org/officeDocument/2006/relationships/oleObject" Target="embeddings/oleObject170.bin"/><Relationship Id="rId333" Type="http://schemas.openxmlformats.org/officeDocument/2006/relationships/oleObject" Target="embeddings/oleObject188.bin"/><Relationship Id="rId354" Type="http://schemas.openxmlformats.org/officeDocument/2006/relationships/oleObject" Target="embeddings/oleObject205.bin"/><Relationship Id="rId51" Type="http://schemas.openxmlformats.org/officeDocument/2006/relationships/oleObject" Target="embeddings/oleObject24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189" Type="http://schemas.openxmlformats.org/officeDocument/2006/relationships/image" Target="media/image88.wmf"/><Relationship Id="rId375" Type="http://schemas.openxmlformats.org/officeDocument/2006/relationships/image" Target="media/image154.wmf"/><Relationship Id="rId396" Type="http://schemas.openxmlformats.org/officeDocument/2006/relationships/image" Target="media/image160.wmf"/><Relationship Id="rId3" Type="http://schemas.openxmlformats.org/officeDocument/2006/relationships/styles" Target="styles.xml"/><Relationship Id="rId214" Type="http://schemas.openxmlformats.org/officeDocument/2006/relationships/oleObject" Target="embeddings/oleObject110.bin"/><Relationship Id="rId235" Type="http://schemas.openxmlformats.org/officeDocument/2006/relationships/oleObject" Target="embeddings/oleObject123.bin"/><Relationship Id="rId256" Type="http://schemas.openxmlformats.org/officeDocument/2006/relationships/oleObject" Target="embeddings/oleObject135.bin"/><Relationship Id="rId277" Type="http://schemas.openxmlformats.org/officeDocument/2006/relationships/image" Target="media/image127.wmf"/><Relationship Id="rId298" Type="http://schemas.openxmlformats.org/officeDocument/2006/relationships/oleObject" Target="embeddings/oleObject161.bin"/><Relationship Id="rId400" Type="http://schemas.openxmlformats.org/officeDocument/2006/relationships/oleObject" Target="embeddings/oleObject235.bin"/><Relationship Id="rId421" Type="http://schemas.openxmlformats.org/officeDocument/2006/relationships/oleObject" Target="embeddings/oleObject252.bin"/><Relationship Id="rId442" Type="http://schemas.openxmlformats.org/officeDocument/2006/relationships/oleObject" Target="embeddings/oleObject271.bin"/><Relationship Id="rId463" Type="http://schemas.openxmlformats.org/officeDocument/2006/relationships/theme" Target="theme/theme1.xml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oleObject" Target="embeddings/oleObject79.bin"/><Relationship Id="rId302" Type="http://schemas.openxmlformats.org/officeDocument/2006/relationships/oleObject" Target="embeddings/oleObject163.bin"/><Relationship Id="rId323" Type="http://schemas.openxmlformats.org/officeDocument/2006/relationships/oleObject" Target="embeddings/oleObject180.bin"/><Relationship Id="rId344" Type="http://schemas.openxmlformats.org/officeDocument/2006/relationships/oleObject" Target="embeddings/oleObject198.bin"/><Relationship Id="rId20" Type="http://schemas.openxmlformats.org/officeDocument/2006/relationships/image" Target="media/image7.wmf"/><Relationship Id="rId41" Type="http://schemas.openxmlformats.org/officeDocument/2006/relationships/oleObject" Target="embeddings/oleObject19.bin"/><Relationship Id="rId62" Type="http://schemas.openxmlformats.org/officeDocument/2006/relationships/image" Target="media/image28.wmf"/><Relationship Id="rId83" Type="http://schemas.openxmlformats.org/officeDocument/2006/relationships/oleObject" Target="embeddings/oleObject40.bin"/><Relationship Id="rId179" Type="http://schemas.openxmlformats.org/officeDocument/2006/relationships/image" Target="media/image83.wmf"/><Relationship Id="rId365" Type="http://schemas.openxmlformats.org/officeDocument/2006/relationships/image" Target="media/image150.wmf"/><Relationship Id="rId386" Type="http://schemas.openxmlformats.org/officeDocument/2006/relationships/oleObject" Target="embeddings/oleObject225.bin"/><Relationship Id="rId190" Type="http://schemas.openxmlformats.org/officeDocument/2006/relationships/oleObject" Target="embeddings/oleObject97.bin"/><Relationship Id="rId204" Type="http://schemas.openxmlformats.org/officeDocument/2006/relationships/image" Target="media/image95.wmf"/><Relationship Id="rId225" Type="http://schemas.openxmlformats.org/officeDocument/2006/relationships/image" Target="media/image103.wmf"/><Relationship Id="rId246" Type="http://schemas.openxmlformats.org/officeDocument/2006/relationships/image" Target="media/image113.wmf"/><Relationship Id="rId267" Type="http://schemas.openxmlformats.org/officeDocument/2006/relationships/image" Target="media/image122.wmf"/><Relationship Id="rId288" Type="http://schemas.openxmlformats.org/officeDocument/2006/relationships/oleObject" Target="embeddings/oleObject152.bin"/><Relationship Id="rId411" Type="http://schemas.openxmlformats.org/officeDocument/2006/relationships/oleObject" Target="embeddings/oleObject245.bin"/><Relationship Id="rId432" Type="http://schemas.openxmlformats.org/officeDocument/2006/relationships/oleObject" Target="embeddings/oleObject262.bin"/><Relationship Id="rId453" Type="http://schemas.openxmlformats.org/officeDocument/2006/relationships/image" Target="media/image176.png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313" Type="http://schemas.openxmlformats.org/officeDocument/2006/relationships/oleObject" Target="embeddings/oleObject171.bin"/><Relationship Id="rId10" Type="http://schemas.openxmlformats.org/officeDocument/2006/relationships/image" Target="media/image3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5.bin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4.bin"/><Relationship Id="rId169" Type="http://schemas.openxmlformats.org/officeDocument/2006/relationships/oleObject" Target="embeddings/oleObject86.bin"/><Relationship Id="rId334" Type="http://schemas.openxmlformats.org/officeDocument/2006/relationships/image" Target="media/image141.wmf"/><Relationship Id="rId355" Type="http://schemas.openxmlformats.org/officeDocument/2006/relationships/image" Target="media/image145.wmf"/><Relationship Id="rId376" Type="http://schemas.openxmlformats.org/officeDocument/2006/relationships/oleObject" Target="embeddings/oleObject217.bin"/><Relationship Id="rId397" Type="http://schemas.openxmlformats.org/officeDocument/2006/relationships/oleObject" Target="embeddings/oleObject232.bin"/><Relationship Id="rId4" Type="http://schemas.openxmlformats.org/officeDocument/2006/relationships/settings" Target="settings.xml"/><Relationship Id="rId180" Type="http://schemas.openxmlformats.org/officeDocument/2006/relationships/oleObject" Target="embeddings/oleObject92.bin"/><Relationship Id="rId215" Type="http://schemas.openxmlformats.org/officeDocument/2006/relationships/oleObject" Target="embeddings/oleObject111.bin"/><Relationship Id="rId236" Type="http://schemas.openxmlformats.org/officeDocument/2006/relationships/image" Target="media/image108.wmf"/><Relationship Id="rId257" Type="http://schemas.openxmlformats.org/officeDocument/2006/relationships/image" Target="media/image117.wmf"/><Relationship Id="rId278" Type="http://schemas.openxmlformats.org/officeDocument/2006/relationships/oleObject" Target="embeddings/oleObject146.bin"/><Relationship Id="rId401" Type="http://schemas.openxmlformats.org/officeDocument/2006/relationships/oleObject" Target="embeddings/oleObject236.bin"/><Relationship Id="rId422" Type="http://schemas.openxmlformats.org/officeDocument/2006/relationships/image" Target="media/image165.wmf"/><Relationship Id="rId443" Type="http://schemas.openxmlformats.org/officeDocument/2006/relationships/image" Target="media/image167.wmf"/><Relationship Id="rId303" Type="http://schemas.openxmlformats.org/officeDocument/2006/relationships/image" Target="media/image135.wmf"/><Relationship Id="rId42" Type="http://schemas.openxmlformats.org/officeDocument/2006/relationships/image" Target="media/image18.wmf"/><Relationship Id="rId84" Type="http://schemas.openxmlformats.org/officeDocument/2006/relationships/image" Target="media/image39.wmf"/><Relationship Id="rId138" Type="http://schemas.openxmlformats.org/officeDocument/2006/relationships/image" Target="media/image66.wmf"/><Relationship Id="rId345" Type="http://schemas.openxmlformats.org/officeDocument/2006/relationships/image" Target="media/image142.wmf"/><Relationship Id="rId387" Type="http://schemas.openxmlformats.org/officeDocument/2006/relationships/oleObject" Target="embeddings/oleObject226.bin"/><Relationship Id="rId191" Type="http://schemas.openxmlformats.org/officeDocument/2006/relationships/image" Target="media/image89.wmf"/><Relationship Id="rId205" Type="http://schemas.openxmlformats.org/officeDocument/2006/relationships/oleObject" Target="embeddings/oleObject105.bin"/><Relationship Id="rId247" Type="http://schemas.openxmlformats.org/officeDocument/2006/relationships/oleObject" Target="embeddings/oleObject129.bin"/><Relationship Id="rId412" Type="http://schemas.openxmlformats.org/officeDocument/2006/relationships/image" Target="media/image162.wmf"/><Relationship Id="rId107" Type="http://schemas.openxmlformats.org/officeDocument/2006/relationships/image" Target="media/image51.wmf"/><Relationship Id="rId289" Type="http://schemas.openxmlformats.org/officeDocument/2006/relationships/oleObject" Target="embeddings/oleObject153.bin"/><Relationship Id="rId454" Type="http://schemas.openxmlformats.org/officeDocument/2006/relationships/image" Target="media/image177.png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5.bin"/><Relationship Id="rId149" Type="http://schemas.openxmlformats.org/officeDocument/2006/relationships/image" Target="media/image70.wmf"/><Relationship Id="rId314" Type="http://schemas.openxmlformats.org/officeDocument/2006/relationships/oleObject" Target="embeddings/oleObject172.bin"/><Relationship Id="rId356" Type="http://schemas.openxmlformats.org/officeDocument/2006/relationships/oleObject" Target="embeddings/oleObject206.bin"/><Relationship Id="rId398" Type="http://schemas.openxmlformats.org/officeDocument/2006/relationships/oleObject" Target="embeddings/oleObject233.bin"/><Relationship Id="rId95" Type="http://schemas.openxmlformats.org/officeDocument/2006/relationships/image" Target="media/image45.wmf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12.bin"/><Relationship Id="rId423" Type="http://schemas.openxmlformats.org/officeDocument/2006/relationships/oleObject" Target="embeddings/oleObject253.bin"/><Relationship Id="rId258" Type="http://schemas.openxmlformats.org/officeDocument/2006/relationships/oleObject" Target="embeddings/oleObject136.bin"/><Relationship Id="rId22" Type="http://schemas.openxmlformats.org/officeDocument/2006/relationships/image" Target="media/image8.wmf"/><Relationship Id="rId64" Type="http://schemas.openxmlformats.org/officeDocument/2006/relationships/image" Target="media/image29.wmf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82.bin"/><Relationship Id="rId367" Type="http://schemas.openxmlformats.org/officeDocument/2006/relationships/image" Target="media/image151.wmf"/><Relationship Id="rId171" Type="http://schemas.openxmlformats.org/officeDocument/2006/relationships/image" Target="media/image79.wmf"/><Relationship Id="rId227" Type="http://schemas.openxmlformats.org/officeDocument/2006/relationships/oleObject" Target="embeddings/oleObject119.bin"/><Relationship Id="rId269" Type="http://schemas.openxmlformats.org/officeDocument/2006/relationships/image" Target="media/image123.wmf"/><Relationship Id="rId434" Type="http://schemas.openxmlformats.org/officeDocument/2006/relationships/oleObject" Target="embeddings/oleObject264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3.bin"/><Relationship Id="rId280" Type="http://schemas.openxmlformats.org/officeDocument/2006/relationships/oleObject" Target="embeddings/oleObject147.bin"/><Relationship Id="rId336" Type="http://schemas.openxmlformats.org/officeDocument/2006/relationships/oleObject" Target="embeddings/oleObject190.bin"/><Relationship Id="rId75" Type="http://schemas.openxmlformats.org/officeDocument/2006/relationships/oleObject" Target="embeddings/oleObject36.bin"/><Relationship Id="rId140" Type="http://schemas.openxmlformats.org/officeDocument/2006/relationships/oleObject" Target="embeddings/oleObject69.bin"/><Relationship Id="rId182" Type="http://schemas.openxmlformats.org/officeDocument/2006/relationships/oleObject" Target="embeddings/oleObject93.bin"/><Relationship Id="rId378" Type="http://schemas.openxmlformats.org/officeDocument/2006/relationships/oleObject" Target="embeddings/oleObject218.bin"/><Relationship Id="rId403" Type="http://schemas.openxmlformats.org/officeDocument/2006/relationships/oleObject" Target="embeddings/oleObject237.bin"/><Relationship Id="rId6" Type="http://schemas.openxmlformats.org/officeDocument/2006/relationships/image" Target="media/image1.wmf"/><Relationship Id="rId238" Type="http://schemas.openxmlformats.org/officeDocument/2006/relationships/image" Target="media/image109.wmf"/><Relationship Id="rId445" Type="http://schemas.openxmlformats.org/officeDocument/2006/relationships/image" Target="media/image168.png"/><Relationship Id="rId291" Type="http://schemas.openxmlformats.org/officeDocument/2006/relationships/image" Target="media/image132.wmf"/><Relationship Id="rId305" Type="http://schemas.openxmlformats.org/officeDocument/2006/relationships/image" Target="media/image136.wmf"/><Relationship Id="rId347" Type="http://schemas.openxmlformats.org/officeDocument/2006/relationships/oleObject" Target="embeddings/oleObject200.bin"/><Relationship Id="rId44" Type="http://schemas.openxmlformats.org/officeDocument/2006/relationships/image" Target="media/image19.wmf"/><Relationship Id="rId86" Type="http://schemas.openxmlformats.org/officeDocument/2006/relationships/image" Target="media/image40.wmf"/><Relationship Id="rId151" Type="http://schemas.openxmlformats.org/officeDocument/2006/relationships/image" Target="media/image71.wmf"/><Relationship Id="rId389" Type="http://schemas.openxmlformats.org/officeDocument/2006/relationships/image" Target="media/image157.wmf"/><Relationship Id="rId193" Type="http://schemas.openxmlformats.org/officeDocument/2006/relationships/oleObject" Target="embeddings/oleObject99.bin"/><Relationship Id="rId207" Type="http://schemas.openxmlformats.org/officeDocument/2006/relationships/oleObject" Target="embeddings/oleObject106.bin"/><Relationship Id="rId249" Type="http://schemas.openxmlformats.org/officeDocument/2006/relationships/image" Target="media/image114.wmf"/><Relationship Id="rId414" Type="http://schemas.openxmlformats.org/officeDocument/2006/relationships/image" Target="media/image163.wmf"/><Relationship Id="rId456" Type="http://schemas.openxmlformats.org/officeDocument/2006/relationships/image" Target="media/image179.png"/><Relationship Id="rId13" Type="http://schemas.openxmlformats.org/officeDocument/2006/relationships/image" Target="media/image4.wmf"/><Relationship Id="rId109" Type="http://schemas.openxmlformats.org/officeDocument/2006/relationships/image" Target="media/image52.wmf"/><Relationship Id="rId260" Type="http://schemas.openxmlformats.org/officeDocument/2006/relationships/oleObject" Target="embeddings/oleObject137.bin"/><Relationship Id="rId316" Type="http://schemas.openxmlformats.org/officeDocument/2006/relationships/oleObject" Target="embeddings/oleObject173.bin"/><Relationship Id="rId55" Type="http://schemas.openxmlformats.org/officeDocument/2006/relationships/oleObject" Target="embeddings/oleObject26.bin"/><Relationship Id="rId97" Type="http://schemas.openxmlformats.org/officeDocument/2006/relationships/image" Target="media/image46.wmf"/><Relationship Id="rId120" Type="http://schemas.openxmlformats.org/officeDocument/2006/relationships/oleObject" Target="embeddings/oleObject58.bin"/><Relationship Id="rId358" Type="http://schemas.openxmlformats.org/officeDocument/2006/relationships/oleObject" Target="embeddings/oleObject207.bin"/><Relationship Id="rId162" Type="http://schemas.openxmlformats.org/officeDocument/2006/relationships/image" Target="media/image76.wmf"/><Relationship Id="rId218" Type="http://schemas.openxmlformats.org/officeDocument/2006/relationships/oleObject" Target="embeddings/oleObject113.bin"/><Relationship Id="rId425" Type="http://schemas.openxmlformats.org/officeDocument/2006/relationships/oleObject" Target="embeddings/oleObject255.bin"/><Relationship Id="rId271" Type="http://schemas.openxmlformats.org/officeDocument/2006/relationships/image" Target="media/image124.wmf"/><Relationship Id="rId24" Type="http://schemas.openxmlformats.org/officeDocument/2006/relationships/image" Target="media/image9.wmf"/><Relationship Id="rId66" Type="http://schemas.openxmlformats.org/officeDocument/2006/relationships/image" Target="media/image30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84.bin"/><Relationship Id="rId369" Type="http://schemas.openxmlformats.org/officeDocument/2006/relationships/image" Target="media/image152.wmf"/><Relationship Id="rId173" Type="http://schemas.openxmlformats.org/officeDocument/2006/relationships/image" Target="media/image80.wmf"/><Relationship Id="rId229" Type="http://schemas.openxmlformats.org/officeDocument/2006/relationships/oleObject" Target="embeddings/oleObject120.bin"/><Relationship Id="rId380" Type="http://schemas.openxmlformats.org/officeDocument/2006/relationships/oleObject" Target="embeddings/oleObject219.bin"/><Relationship Id="rId436" Type="http://schemas.openxmlformats.org/officeDocument/2006/relationships/oleObject" Target="embeddings/oleObject266.bin"/><Relationship Id="rId240" Type="http://schemas.openxmlformats.org/officeDocument/2006/relationships/image" Target="media/image110.wmf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7.bin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9.bin"/><Relationship Id="rId338" Type="http://schemas.openxmlformats.org/officeDocument/2006/relationships/oleObject" Target="embeddings/oleObject192.bin"/><Relationship Id="rId8" Type="http://schemas.openxmlformats.org/officeDocument/2006/relationships/image" Target="media/image2.wmf"/><Relationship Id="rId142" Type="http://schemas.openxmlformats.org/officeDocument/2006/relationships/image" Target="media/image67.wmf"/><Relationship Id="rId184" Type="http://schemas.openxmlformats.org/officeDocument/2006/relationships/oleObject" Target="embeddings/oleObject94.bin"/><Relationship Id="rId391" Type="http://schemas.openxmlformats.org/officeDocument/2006/relationships/oleObject" Target="embeddings/oleObject229.bin"/><Relationship Id="rId405" Type="http://schemas.openxmlformats.org/officeDocument/2006/relationships/oleObject" Target="embeddings/oleObject239.bin"/><Relationship Id="rId447" Type="http://schemas.openxmlformats.org/officeDocument/2006/relationships/image" Target="media/image170.png"/><Relationship Id="rId251" Type="http://schemas.openxmlformats.org/officeDocument/2006/relationships/image" Target="media/image115.wmf"/><Relationship Id="rId46" Type="http://schemas.openxmlformats.org/officeDocument/2006/relationships/image" Target="media/image20.wmf"/><Relationship Id="rId293" Type="http://schemas.openxmlformats.org/officeDocument/2006/relationships/oleObject" Target="embeddings/oleObject156.bin"/><Relationship Id="rId307" Type="http://schemas.openxmlformats.org/officeDocument/2006/relationships/image" Target="media/image137.wmf"/><Relationship Id="rId349" Type="http://schemas.openxmlformats.org/officeDocument/2006/relationships/oleObject" Target="embeddings/oleObject202.bin"/><Relationship Id="rId88" Type="http://schemas.openxmlformats.org/officeDocument/2006/relationships/image" Target="media/image41.wmf"/><Relationship Id="rId111" Type="http://schemas.openxmlformats.org/officeDocument/2006/relationships/image" Target="media/image53.wmf"/><Relationship Id="rId153" Type="http://schemas.openxmlformats.org/officeDocument/2006/relationships/image" Target="media/image72.wmf"/><Relationship Id="rId195" Type="http://schemas.openxmlformats.org/officeDocument/2006/relationships/oleObject" Target="embeddings/oleObject100.bin"/><Relationship Id="rId209" Type="http://schemas.openxmlformats.org/officeDocument/2006/relationships/oleObject" Target="embeddings/oleObject107.bin"/><Relationship Id="rId360" Type="http://schemas.openxmlformats.org/officeDocument/2006/relationships/oleObject" Target="embeddings/oleObject208.bin"/><Relationship Id="rId416" Type="http://schemas.openxmlformats.org/officeDocument/2006/relationships/image" Target="media/image164.wmf"/><Relationship Id="rId220" Type="http://schemas.openxmlformats.org/officeDocument/2006/relationships/oleObject" Target="embeddings/oleObject114.bin"/><Relationship Id="rId458" Type="http://schemas.openxmlformats.org/officeDocument/2006/relationships/image" Target="media/image181.png"/><Relationship Id="rId15" Type="http://schemas.openxmlformats.org/officeDocument/2006/relationships/oleObject" Target="embeddings/oleObject6.bin"/><Relationship Id="rId57" Type="http://schemas.openxmlformats.org/officeDocument/2006/relationships/oleObject" Target="embeddings/oleObject27.bin"/><Relationship Id="rId262" Type="http://schemas.openxmlformats.org/officeDocument/2006/relationships/oleObject" Target="embeddings/oleObject138.bin"/><Relationship Id="rId318" Type="http://schemas.openxmlformats.org/officeDocument/2006/relationships/oleObject" Target="embeddings/oleObject175.bin"/><Relationship Id="rId99" Type="http://schemas.openxmlformats.org/officeDocument/2006/relationships/image" Target="media/image47.wmf"/><Relationship Id="rId122" Type="http://schemas.openxmlformats.org/officeDocument/2006/relationships/oleObject" Target="embeddings/oleObject59.bin"/><Relationship Id="rId164" Type="http://schemas.openxmlformats.org/officeDocument/2006/relationships/oleObject" Target="embeddings/oleObject83.bin"/><Relationship Id="rId371" Type="http://schemas.openxmlformats.org/officeDocument/2006/relationships/oleObject" Target="embeddings/oleObject214.bin"/><Relationship Id="rId427" Type="http://schemas.openxmlformats.org/officeDocument/2006/relationships/oleObject" Target="embeddings/oleObject257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21.bin"/><Relationship Id="rId273" Type="http://schemas.openxmlformats.org/officeDocument/2006/relationships/image" Target="media/image125.wmf"/><Relationship Id="rId329" Type="http://schemas.openxmlformats.org/officeDocument/2006/relationships/oleObject" Target="embeddings/oleObject186.bin"/><Relationship Id="rId68" Type="http://schemas.openxmlformats.org/officeDocument/2006/relationships/image" Target="media/image31.wmf"/><Relationship Id="rId133" Type="http://schemas.openxmlformats.org/officeDocument/2006/relationships/oleObject" Target="embeddings/oleObject65.bin"/><Relationship Id="rId175" Type="http://schemas.openxmlformats.org/officeDocument/2006/relationships/image" Target="media/image81.wmf"/><Relationship Id="rId340" Type="http://schemas.openxmlformats.org/officeDocument/2006/relationships/oleObject" Target="embeddings/oleObject194.bin"/><Relationship Id="rId200" Type="http://schemas.openxmlformats.org/officeDocument/2006/relationships/image" Target="media/image93.wmf"/><Relationship Id="rId382" Type="http://schemas.openxmlformats.org/officeDocument/2006/relationships/oleObject" Target="embeddings/oleObject221.bin"/><Relationship Id="rId438" Type="http://schemas.openxmlformats.org/officeDocument/2006/relationships/image" Target="media/image166.wmf"/><Relationship Id="rId242" Type="http://schemas.openxmlformats.org/officeDocument/2006/relationships/image" Target="media/image111.wmf"/><Relationship Id="rId284" Type="http://schemas.openxmlformats.org/officeDocument/2006/relationships/oleObject" Target="embeddings/oleObject150.bin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49.bin"/><Relationship Id="rId144" Type="http://schemas.openxmlformats.org/officeDocument/2006/relationships/oleObject" Target="embeddings/oleObject72.bin"/><Relationship Id="rId90" Type="http://schemas.openxmlformats.org/officeDocument/2006/relationships/image" Target="media/image42.wmf"/><Relationship Id="rId186" Type="http://schemas.openxmlformats.org/officeDocument/2006/relationships/oleObject" Target="embeddings/oleObject95.bin"/><Relationship Id="rId351" Type="http://schemas.openxmlformats.org/officeDocument/2006/relationships/image" Target="media/image143.wmf"/><Relationship Id="rId393" Type="http://schemas.openxmlformats.org/officeDocument/2006/relationships/oleObject" Target="embeddings/oleObject230.bin"/><Relationship Id="rId407" Type="http://schemas.openxmlformats.org/officeDocument/2006/relationships/oleObject" Target="embeddings/oleObject241.bin"/><Relationship Id="rId449" Type="http://schemas.openxmlformats.org/officeDocument/2006/relationships/image" Target="media/image172.png"/><Relationship Id="rId211" Type="http://schemas.openxmlformats.org/officeDocument/2006/relationships/oleObject" Target="embeddings/oleObject108.bin"/><Relationship Id="rId253" Type="http://schemas.openxmlformats.org/officeDocument/2006/relationships/oleObject" Target="embeddings/oleObject133.bin"/><Relationship Id="rId295" Type="http://schemas.openxmlformats.org/officeDocument/2006/relationships/oleObject" Target="embeddings/oleObject158.bin"/><Relationship Id="rId309" Type="http://schemas.openxmlformats.org/officeDocument/2006/relationships/oleObject" Target="embeddings/oleObject167.bin"/><Relationship Id="rId460" Type="http://schemas.openxmlformats.org/officeDocument/2006/relationships/image" Target="media/image183.png"/><Relationship Id="rId48" Type="http://schemas.openxmlformats.org/officeDocument/2006/relationships/image" Target="media/image21.wmf"/><Relationship Id="rId113" Type="http://schemas.openxmlformats.org/officeDocument/2006/relationships/image" Target="media/image54.wmf"/><Relationship Id="rId320" Type="http://schemas.openxmlformats.org/officeDocument/2006/relationships/oleObject" Target="embeddings/oleObject177.bin"/><Relationship Id="rId155" Type="http://schemas.openxmlformats.org/officeDocument/2006/relationships/image" Target="media/image73.wmf"/><Relationship Id="rId197" Type="http://schemas.openxmlformats.org/officeDocument/2006/relationships/oleObject" Target="embeddings/oleObject101.bin"/><Relationship Id="rId362" Type="http://schemas.openxmlformats.org/officeDocument/2006/relationships/oleObject" Target="embeddings/oleObject209.bin"/><Relationship Id="rId418" Type="http://schemas.openxmlformats.org/officeDocument/2006/relationships/oleObject" Target="embeddings/oleObject249.bin"/><Relationship Id="rId222" Type="http://schemas.openxmlformats.org/officeDocument/2006/relationships/oleObject" Target="embeddings/oleObject116.bin"/><Relationship Id="rId264" Type="http://schemas.openxmlformats.org/officeDocument/2006/relationships/oleObject" Target="embeddings/oleObject139.bin"/><Relationship Id="rId17" Type="http://schemas.openxmlformats.org/officeDocument/2006/relationships/oleObject" Target="embeddings/oleObject7.bin"/><Relationship Id="rId59" Type="http://schemas.openxmlformats.org/officeDocument/2006/relationships/oleObject" Target="embeddings/oleObject28.bin"/><Relationship Id="rId124" Type="http://schemas.openxmlformats.org/officeDocument/2006/relationships/oleObject" Target="embeddings/oleObject60.bin"/><Relationship Id="rId70" Type="http://schemas.openxmlformats.org/officeDocument/2006/relationships/image" Target="media/image32.wmf"/><Relationship Id="rId166" Type="http://schemas.openxmlformats.org/officeDocument/2006/relationships/oleObject" Target="embeddings/oleObject84.bin"/><Relationship Id="rId331" Type="http://schemas.openxmlformats.org/officeDocument/2006/relationships/oleObject" Target="embeddings/oleObject187.bin"/><Relationship Id="rId373" Type="http://schemas.openxmlformats.org/officeDocument/2006/relationships/image" Target="media/image153.wmf"/><Relationship Id="rId429" Type="http://schemas.openxmlformats.org/officeDocument/2006/relationships/oleObject" Target="embeddings/oleObject259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2.bin"/><Relationship Id="rId440" Type="http://schemas.openxmlformats.org/officeDocument/2006/relationships/oleObject" Target="embeddings/oleObject269.bin"/><Relationship Id="rId28" Type="http://schemas.openxmlformats.org/officeDocument/2006/relationships/image" Target="media/image11.wmf"/><Relationship Id="rId275" Type="http://schemas.openxmlformats.org/officeDocument/2006/relationships/image" Target="media/image126.wmf"/><Relationship Id="rId300" Type="http://schemas.openxmlformats.org/officeDocument/2006/relationships/oleObject" Target="embeddings/oleObject162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77" Type="http://schemas.openxmlformats.org/officeDocument/2006/relationships/image" Target="media/image82.wmf"/><Relationship Id="rId342" Type="http://schemas.openxmlformats.org/officeDocument/2006/relationships/oleObject" Target="embeddings/oleObject196.bin"/><Relationship Id="rId384" Type="http://schemas.openxmlformats.org/officeDocument/2006/relationships/oleObject" Target="embeddings/oleObject223.bin"/><Relationship Id="rId202" Type="http://schemas.openxmlformats.org/officeDocument/2006/relationships/image" Target="media/image94.wmf"/><Relationship Id="rId244" Type="http://schemas.openxmlformats.org/officeDocument/2006/relationships/image" Target="media/image112.wmf"/><Relationship Id="rId39" Type="http://schemas.openxmlformats.org/officeDocument/2006/relationships/oleObject" Target="embeddings/oleObject18.bin"/><Relationship Id="rId286" Type="http://schemas.openxmlformats.org/officeDocument/2006/relationships/oleObject" Target="embeddings/oleObject151.bin"/><Relationship Id="rId451" Type="http://schemas.openxmlformats.org/officeDocument/2006/relationships/image" Target="media/image174.png"/><Relationship Id="rId50" Type="http://schemas.openxmlformats.org/officeDocument/2006/relationships/image" Target="media/image22.wmf"/><Relationship Id="rId104" Type="http://schemas.openxmlformats.org/officeDocument/2006/relationships/oleObject" Target="embeddings/oleObject50.bin"/><Relationship Id="rId146" Type="http://schemas.openxmlformats.org/officeDocument/2006/relationships/oleObject" Target="embeddings/oleObject73.bin"/><Relationship Id="rId188" Type="http://schemas.openxmlformats.org/officeDocument/2006/relationships/oleObject" Target="embeddings/oleObject96.bin"/><Relationship Id="rId311" Type="http://schemas.openxmlformats.org/officeDocument/2006/relationships/oleObject" Target="embeddings/oleObject169.bin"/><Relationship Id="rId353" Type="http://schemas.openxmlformats.org/officeDocument/2006/relationships/image" Target="media/image144.wmf"/><Relationship Id="rId395" Type="http://schemas.openxmlformats.org/officeDocument/2006/relationships/oleObject" Target="embeddings/oleObject231.bin"/><Relationship Id="rId409" Type="http://schemas.openxmlformats.org/officeDocument/2006/relationships/oleObject" Target="embeddings/oleObject243.bin"/><Relationship Id="rId92" Type="http://schemas.openxmlformats.org/officeDocument/2006/relationships/image" Target="media/image43.png"/><Relationship Id="rId213" Type="http://schemas.openxmlformats.org/officeDocument/2006/relationships/oleObject" Target="embeddings/oleObject109.bin"/><Relationship Id="rId420" Type="http://schemas.openxmlformats.org/officeDocument/2006/relationships/oleObject" Target="embeddings/oleObject251.bin"/><Relationship Id="rId255" Type="http://schemas.openxmlformats.org/officeDocument/2006/relationships/image" Target="media/image116.wmf"/><Relationship Id="rId297" Type="http://schemas.openxmlformats.org/officeDocument/2006/relationships/oleObject" Target="embeddings/oleObject160.bin"/><Relationship Id="rId46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81AACB-AD70-4D20-BE12-A52BB9E8D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113</Pages>
  <Words>24106</Words>
  <Characters>137410</Characters>
  <Application>Microsoft Office Word</Application>
  <DocSecurity>0</DocSecurity>
  <Lines>1145</Lines>
  <Paragraphs>322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161194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LapinaSF</cp:lastModifiedBy>
  <cp:revision>5</cp:revision>
  <cp:lastPrinted>2026-05-23T06:51:00Z</cp:lastPrinted>
  <dcterms:created xsi:type="dcterms:W3CDTF">2013-12-23T23:15:00Z</dcterms:created>
  <dcterms:modified xsi:type="dcterms:W3CDTF">2026-05-23T06:54:00Z</dcterms:modified>
  <cp:category/>
</cp:coreProperties>
</file>