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9CD53" w14:textId="77777777" w:rsidR="00AA7298" w:rsidRPr="00DF7487" w:rsidRDefault="0049455B">
      <w:pPr>
        <w:spacing w:line="240" w:lineRule="auto"/>
        <w:jc w:val="center"/>
        <w:rPr>
          <w:lang w:val="ru-RU"/>
        </w:rPr>
      </w:pPr>
      <w:r w:rsidRPr="00DF7487">
        <w:rPr>
          <w:sz w:val="20"/>
          <w:lang w:val="ru-RU"/>
        </w:rPr>
        <w:t>МИНИСТЕРСТВО НАУКИ И ВЫСШЕГО ОБРАЗОВАНИЯ РОССИЙСКОЙ ФЕДЕРАЦИИ</w:t>
      </w:r>
    </w:p>
    <w:p w14:paraId="51F69E0D" w14:textId="77777777" w:rsidR="00AA7298" w:rsidRPr="00DF7487" w:rsidRDefault="0049455B">
      <w:pPr>
        <w:spacing w:line="240" w:lineRule="auto"/>
        <w:jc w:val="center"/>
        <w:rPr>
          <w:lang w:val="ru-RU"/>
        </w:rPr>
      </w:pPr>
      <w:r w:rsidRPr="00DF7487">
        <w:rPr>
          <w:lang w:val="ru-RU"/>
        </w:rPr>
        <w:br/>
        <w:t>ФЕДЕРАЛЬНОЕ ГОСУДАРСТВЕННОЕ БЮДЖЕТНОЕ</w:t>
      </w:r>
      <w:r w:rsidRPr="00DF7487">
        <w:rPr>
          <w:lang w:val="ru-RU"/>
        </w:rPr>
        <w:br/>
        <w:t>ОБРАЗОВАТЕЛЬНОЕ УЧРЕЖДЕНИЕ ВЫСШЕГО ОБРАЗОВАНИЯ</w:t>
      </w:r>
    </w:p>
    <w:p w14:paraId="7D1A3BB3" w14:textId="77777777" w:rsidR="00AA7298" w:rsidRPr="00DF7487" w:rsidRDefault="0049455B">
      <w:pPr>
        <w:spacing w:line="240" w:lineRule="auto"/>
        <w:jc w:val="center"/>
        <w:rPr>
          <w:lang w:val="ru-RU"/>
        </w:rPr>
      </w:pPr>
      <w:r w:rsidRPr="00DF7487">
        <w:rPr>
          <w:b/>
          <w:lang w:val="ru-RU"/>
        </w:rPr>
        <w:br/>
        <w:t>«БРАТСКИЙ ГОСУДАРСТВЕННЫЙ УНИВЕРСИТЕТ»</w:t>
      </w:r>
    </w:p>
    <w:p w14:paraId="72714034" w14:textId="77777777" w:rsidR="00AA7298" w:rsidRPr="00DF7487" w:rsidRDefault="0049455B">
      <w:pPr>
        <w:spacing w:line="240" w:lineRule="auto"/>
        <w:jc w:val="center"/>
        <w:rPr>
          <w:lang w:val="ru-RU"/>
        </w:rPr>
      </w:pP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</w:r>
      <w:r w:rsidRPr="00DF7487">
        <w:rPr>
          <w:b/>
          <w:sz w:val="28"/>
          <w:lang w:val="ru-RU"/>
        </w:rPr>
        <w:br/>
        <w:t xml:space="preserve">ФОНД </w:t>
      </w:r>
      <w:r w:rsidRPr="00DF7487">
        <w:rPr>
          <w:b/>
          <w:sz w:val="28"/>
          <w:lang w:val="ru-RU"/>
        </w:rPr>
        <w:br/>
        <w:t>ОЦЕНОЧНЫХ СРЕДСТВ</w:t>
      </w:r>
    </w:p>
    <w:p w14:paraId="7DB90698" w14:textId="77777777" w:rsidR="00AA7298" w:rsidRPr="00DF7487" w:rsidRDefault="00AA7298">
      <w:pPr>
        <w:rPr>
          <w:lang w:val="ru-RU"/>
        </w:rPr>
      </w:pPr>
    </w:p>
    <w:p w14:paraId="3E3EF13A" w14:textId="77777777" w:rsidR="00AA7298" w:rsidRPr="00DF7487" w:rsidRDefault="0049455B">
      <w:pPr>
        <w:jc w:val="center"/>
        <w:rPr>
          <w:lang w:val="ru-RU"/>
        </w:rPr>
      </w:pPr>
      <w:r w:rsidRPr="00DF7487">
        <w:rPr>
          <w:lang w:val="ru-RU"/>
        </w:rPr>
        <w:t xml:space="preserve">по дисциплине </w:t>
      </w:r>
      <w:r w:rsidRPr="00DF7487">
        <w:rPr>
          <w:lang w:val="ru-RU"/>
        </w:rPr>
        <w:br/>
        <w:t>Б1.О.07.02 Физическая культура и спорт</w:t>
      </w:r>
      <w:r w:rsidRPr="00DF7487">
        <w:rPr>
          <w:lang w:val="ru-RU"/>
        </w:rPr>
        <w:br/>
      </w:r>
    </w:p>
    <w:p w14:paraId="0FB9093A" w14:textId="77777777" w:rsidR="00AA7298" w:rsidRPr="00DF7487" w:rsidRDefault="0049455B">
      <w:pPr>
        <w:rPr>
          <w:lang w:val="ru-RU"/>
        </w:rPr>
      </w:pPr>
      <w:r w:rsidRPr="00DF7487">
        <w:rPr>
          <w:lang w:val="ru-RU"/>
        </w:rPr>
        <w:t>Направление подготовки 08.03.01 Строительство</w:t>
      </w:r>
      <w:r w:rsidRPr="00DF7487">
        <w:rPr>
          <w:lang w:val="ru-RU"/>
        </w:rPr>
        <w:br/>
      </w:r>
    </w:p>
    <w:p w14:paraId="48A3B0AA" w14:textId="77777777" w:rsidR="00AA7298" w:rsidRPr="00DF7487" w:rsidRDefault="0049455B">
      <w:pPr>
        <w:rPr>
          <w:lang w:val="ru-RU"/>
        </w:rPr>
      </w:pPr>
      <w:r w:rsidRPr="00DF7487">
        <w:rPr>
          <w:lang w:val="ru-RU"/>
        </w:rPr>
        <w:t>Профиль подготовки Промышленное и гражданское строительство</w:t>
      </w:r>
      <w:r w:rsidRPr="00DF7487">
        <w:rPr>
          <w:lang w:val="ru-RU"/>
        </w:rPr>
        <w:br/>
      </w:r>
    </w:p>
    <w:p w14:paraId="4ABD453F" w14:textId="77777777" w:rsidR="00AA7298" w:rsidRPr="00DF7487" w:rsidRDefault="0049455B">
      <w:pPr>
        <w:rPr>
          <w:lang w:val="ru-RU"/>
        </w:rPr>
      </w:pPr>
      <w:r w:rsidRPr="00DF7487">
        <w:rPr>
          <w:lang w:val="ru-RU"/>
        </w:rPr>
        <w:t>Квалификация бакалавр</w:t>
      </w:r>
      <w:r w:rsidRPr="00DF7487">
        <w:rPr>
          <w:lang w:val="ru-RU"/>
        </w:rPr>
        <w:br/>
      </w:r>
    </w:p>
    <w:p w14:paraId="5A165368" w14:textId="77777777" w:rsidR="00AA7298" w:rsidRPr="00DF7487" w:rsidRDefault="0049455B">
      <w:pPr>
        <w:rPr>
          <w:lang w:val="ru-RU"/>
        </w:rPr>
      </w:pPr>
      <w:r w:rsidRPr="00DF7487">
        <w:rPr>
          <w:lang w:val="ru-RU"/>
        </w:rPr>
        <w:t>Год начала подготовки 2025</w:t>
      </w:r>
      <w:r w:rsidRPr="00DF7487">
        <w:rPr>
          <w:lang w:val="ru-RU"/>
        </w:rPr>
        <w:br/>
      </w:r>
    </w:p>
    <w:p w14:paraId="258AAE99" w14:textId="77777777" w:rsidR="00AA7298" w:rsidRPr="00DF7487" w:rsidRDefault="0049455B">
      <w:pPr>
        <w:rPr>
          <w:lang w:val="ru-RU"/>
        </w:rPr>
      </w:pPr>
      <w:r w:rsidRPr="00DF7487">
        <w:rPr>
          <w:lang w:val="ru-RU"/>
        </w:rPr>
        <w:br w:type="page"/>
      </w:r>
    </w:p>
    <w:p w14:paraId="5458FA0C" w14:textId="77777777" w:rsidR="00AA7298" w:rsidRPr="00DF7487" w:rsidRDefault="0049455B">
      <w:pPr>
        <w:rPr>
          <w:lang w:val="ru-RU"/>
        </w:rPr>
      </w:pPr>
      <w:r w:rsidRPr="00DF7487">
        <w:rPr>
          <w:lang w:val="ru-RU"/>
        </w:rPr>
        <w:lastRenderedPageBreak/>
        <w:t xml:space="preserve">Составитель: </w:t>
      </w:r>
      <w:r w:rsidRPr="00DF7487">
        <w:rPr>
          <w:lang w:val="ru-RU"/>
        </w:rPr>
        <w:br/>
        <w:t>Галин Д.А.</w:t>
      </w:r>
      <w:r w:rsidRPr="00DF7487">
        <w:rPr>
          <w:lang w:val="ru-RU"/>
        </w:rPr>
        <w:tab/>
      </w:r>
      <w:r w:rsidRPr="00DF7487">
        <w:rPr>
          <w:lang w:val="ru-RU"/>
        </w:rPr>
        <w:tab/>
      </w:r>
      <w:r w:rsidRPr="00DF7487">
        <w:rPr>
          <w:lang w:val="ru-RU"/>
        </w:rPr>
        <w:tab/>
      </w:r>
      <w:r w:rsidRPr="00DF7487">
        <w:rPr>
          <w:lang w:val="ru-RU"/>
        </w:rPr>
        <w:tab/>
        <w:t>________________</w:t>
      </w:r>
      <w:r w:rsidRPr="00DF7487">
        <w:rPr>
          <w:lang w:val="ru-RU"/>
        </w:rPr>
        <w:br/>
      </w:r>
    </w:p>
    <w:p w14:paraId="747D8FB9" w14:textId="45EA31C6" w:rsidR="00AA7298" w:rsidRPr="00DF7487" w:rsidRDefault="004320D8">
      <w:pPr>
        <w:rPr>
          <w:lang w:val="ru-RU"/>
        </w:rPr>
      </w:pPr>
      <w:r w:rsidRPr="00604E68">
        <w:rPr>
          <w:lang w:val="ru-RU"/>
        </w:rPr>
        <w:t>Одобрено на заседании кафедры экологии, безопасности жизнедеятельности и физической культуры</w:t>
      </w:r>
      <w:r w:rsidRPr="00604E68">
        <w:rPr>
          <w:lang w:val="ru-RU"/>
        </w:rPr>
        <w:br/>
      </w:r>
      <w:r>
        <w:rPr>
          <w:lang w:val="ru-RU"/>
        </w:rPr>
        <w:t>«22» апреля 2026 г., протокол № 9</w:t>
      </w:r>
      <w:r w:rsidRPr="00040A8C">
        <w:rPr>
          <w:lang w:val="ru-RU"/>
        </w:rPr>
        <w:br/>
      </w:r>
      <w:r w:rsidR="0049455B" w:rsidRPr="00DF7487">
        <w:rPr>
          <w:lang w:val="ru-RU"/>
        </w:rPr>
        <w:br/>
      </w:r>
      <w:r w:rsidR="00114EE2" w:rsidRPr="001F1F32">
        <w:rPr>
          <w:lang w:val="ru-RU"/>
        </w:rPr>
        <w:t xml:space="preserve">Заведующий кафедрой </w:t>
      </w:r>
      <w:r w:rsidR="00114EE2" w:rsidRPr="001F1F32">
        <w:rPr>
          <w:lang w:val="ru-RU"/>
        </w:rPr>
        <w:br/>
        <w:t>экологии, безопасности жизнедеятельности и физической культуры</w:t>
      </w:r>
      <w:r w:rsidR="00114EE2" w:rsidRPr="001F1F32">
        <w:rPr>
          <w:lang w:val="ru-RU"/>
        </w:rPr>
        <w:tab/>
      </w:r>
      <w:r w:rsidR="00114EE2" w:rsidRPr="001F1F32">
        <w:rPr>
          <w:lang w:val="ru-RU"/>
        </w:rPr>
        <w:tab/>
        <w:t>____________ В.А. Никиф</w:t>
      </w:r>
      <w:r w:rsidR="006C220D">
        <w:rPr>
          <w:lang w:val="ru-RU"/>
        </w:rPr>
        <w:t>о</w:t>
      </w:r>
      <w:r w:rsidR="00114EE2" w:rsidRPr="001F1F32">
        <w:rPr>
          <w:lang w:val="ru-RU"/>
        </w:rPr>
        <w:t>рова</w:t>
      </w:r>
      <w:r w:rsidR="00114EE2" w:rsidRPr="00040A8C">
        <w:rPr>
          <w:lang w:val="ru-RU"/>
        </w:rPr>
        <w:br/>
      </w:r>
      <w:r w:rsidR="0049455B" w:rsidRPr="00DF7487">
        <w:rPr>
          <w:lang w:val="ru-RU"/>
        </w:rPr>
        <w:br/>
      </w:r>
      <w:r w:rsidR="0049455B" w:rsidRPr="00DF7487">
        <w:rPr>
          <w:lang w:val="ru-RU"/>
        </w:rPr>
        <w:br/>
      </w:r>
    </w:p>
    <w:p w14:paraId="0FFFA598" w14:textId="77777777" w:rsidR="00AA7298" w:rsidRDefault="0049455B">
      <w:pPr>
        <w:rPr>
          <w:lang w:val="ru-RU"/>
        </w:rPr>
      </w:pPr>
      <w:r w:rsidRPr="00DF7487">
        <w:rPr>
          <w:lang w:val="ru-RU"/>
        </w:rPr>
        <w:t>Председатель методической комиссии факультета экономики и строительства</w:t>
      </w:r>
      <w:r w:rsidRPr="00DF7487">
        <w:rPr>
          <w:lang w:val="ru-RU"/>
        </w:rPr>
        <w:br/>
        <w:t>_____________   Грудистова Е.Г.</w:t>
      </w:r>
      <w:r w:rsidRPr="00DF7487">
        <w:rPr>
          <w:lang w:val="ru-RU"/>
        </w:rPr>
        <w:br/>
      </w:r>
      <w:r w:rsidRPr="00DF7487">
        <w:rPr>
          <w:lang w:val="ru-RU"/>
        </w:rPr>
        <w:br/>
      </w:r>
      <w:r w:rsidR="00DF7487" w:rsidRPr="007C20F5">
        <w:rPr>
          <w:lang w:val="ru-RU"/>
        </w:rPr>
        <w:t>«</w:t>
      </w:r>
      <w:r w:rsidR="00DF7487">
        <w:rPr>
          <w:lang w:val="ru-RU"/>
        </w:rPr>
        <w:t>27</w:t>
      </w:r>
      <w:r w:rsidR="00DF7487" w:rsidRPr="007C20F5">
        <w:rPr>
          <w:lang w:val="ru-RU"/>
        </w:rPr>
        <w:t>» ап</w:t>
      </w:r>
      <w:r w:rsidR="00DF7487">
        <w:rPr>
          <w:lang w:val="ru-RU"/>
        </w:rPr>
        <w:t>реля 2026г., протокол № 8</w:t>
      </w:r>
      <w:r w:rsidRPr="00DF7487">
        <w:rPr>
          <w:lang w:val="ru-RU"/>
        </w:rPr>
        <w:br/>
      </w:r>
      <w:r w:rsidRPr="00DF7487">
        <w:rPr>
          <w:lang w:val="ru-RU"/>
        </w:rPr>
        <w:br/>
      </w:r>
      <w:r w:rsidRPr="00DF7487">
        <w:rPr>
          <w:lang w:val="ru-RU"/>
        </w:rPr>
        <w:br/>
        <w:t>Ответственный за реализацию ОПОП</w:t>
      </w:r>
      <w:r w:rsidRPr="00DF7487">
        <w:rPr>
          <w:lang w:val="ru-RU"/>
        </w:rPr>
        <w:tab/>
        <w:t>________________ И.В. Дудина</w:t>
      </w:r>
      <w:r w:rsidRPr="00DF7487">
        <w:rPr>
          <w:lang w:val="ru-RU"/>
        </w:rPr>
        <w:br/>
      </w:r>
    </w:p>
    <w:p w14:paraId="5D807595" w14:textId="77777777" w:rsidR="0049455B" w:rsidRDefault="0049455B">
      <w:pPr>
        <w:rPr>
          <w:lang w:val="ru-RU"/>
        </w:rPr>
      </w:pPr>
    </w:p>
    <w:p w14:paraId="242BCC44" w14:textId="77777777" w:rsidR="0049455B" w:rsidRDefault="0049455B">
      <w:pPr>
        <w:rPr>
          <w:lang w:val="ru-RU"/>
        </w:rPr>
      </w:pPr>
    </w:p>
    <w:p w14:paraId="3F481F33" w14:textId="77777777" w:rsidR="0049455B" w:rsidRDefault="0049455B">
      <w:pPr>
        <w:rPr>
          <w:lang w:val="ru-RU"/>
        </w:rPr>
      </w:pPr>
    </w:p>
    <w:p w14:paraId="4CE1C0D7" w14:textId="77777777" w:rsidR="0049455B" w:rsidRDefault="0049455B">
      <w:pPr>
        <w:rPr>
          <w:lang w:val="ru-RU"/>
        </w:rPr>
      </w:pPr>
    </w:p>
    <w:p w14:paraId="0BAFE5BB" w14:textId="77777777" w:rsidR="0049455B" w:rsidRDefault="0049455B">
      <w:pPr>
        <w:rPr>
          <w:lang w:val="ru-RU"/>
        </w:rPr>
      </w:pPr>
    </w:p>
    <w:p w14:paraId="760CE071" w14:textId="77777777" w:rsidR="0049455B" w:rsidRDefault="0049455B">
      <w:pPr>
        <w:rPr>
          <w:lang w:val="ru-RU"/>
        </w:rPr>
      </w:pPr>
    </w:p>
    <w:p w14:paraId="670B4104" w14:textId="77777777" w:rsidR="0049455B" w:rsidRDefault="0049455B">
      <w:pPr>
        <w:rPr>
          <w:lang w:val="ru-RU"/>
        </w:rPr>
      </w:pPr>
    </w:p>
    <w:p w14:paraId="35CA1AEF" w14:textId="77777777" w:rsidR="0049455B" w:rsidRDefault="0049455B">
      <w:pPr>
        <w:rPr>
          <w:lang w:val="ru-RU"/>
        </w:rPr>
      </w:pPr>
    </w:p>
    <w:p w14:paraId="25780C8E" w14:textId="77777777" w:rsidR="0049455B" w:rsidRDefault="0049455B">
      <w:pPr>
        <w:rPr>
          <w:lang w:val="ru-RU"/>
        </w:rPr>
      </w:pPr>
    </w:p>
    <w:p w14:paraId="0986733D" w14:textId="77777777" w:rsidR="0049455B" w:rsidRDefault="0049455B">
      <w:pPr>
        <w:rPr>
          <w:lang w:val="ru-RU"/>
        </w:rPr>
      </w:pPr>
    </w:p>
    <w:p w14:paraId="05FFA1DD" w14:textId="77777777" w:rsidR="0049455B" w:rsidRDefault="0049455B">
      <w:pPr>
        <w:rPr>
          <w:lang w:val="ru-RU"/>
        </w:rPr>
      </w:pPr>
    </w:p>
    <w:p w14:paraId="3AF13F54" w14:textId="77777777" w:rsidR="0049455B" w:rsidRDefault="0049455B">
      <w:pPr>
        <w:rPr>
          <w:lang w:val="ru-RU"/>
        </w:rPr>
      </w:pPr>
    </w:p>
    <w:p w14:paraId="54173B27" w14:textId="77777777" w:rsidR="0049455B" w:rsidRDefault="0049455B">
      <w:pPr>
        <w:rPr>
          <w:lang w:val="ru-RU"/>
        </w:rPr>
      </w:pPr>
    </w:p>
    <w:p w14:paraId="1A452581" w14:textId="77777777" w:rsidR="0049455B" w:rsidRDefault="0049455B">
      <w:pPr>
        <w:rPr>
          <w:lang w:val="ru-RU"/>
        </w:rPr>
      </w:pPr>
    </w:p>
    <w:p w14:paraId="69BC93A3" w14:textId="77777777" w:rsidR="0049455B" w:rsidRDefault="0049455B">
      <w:pPr>
        <w:rPr>
          <w:lang w:val="ru-RU"/>
        </w:rPr>
      </w:pPr>
    </w:p>
    <w:p w14:paraId="0278C2E3" w14:textId="77777777" w:rsidR="0049455B" w:rsidRDefault="0049455B">
      <w:pPr>
        <w:rPr>
          <w:lang w:val="ru-RU"/>
        </w:rPr>
      </w:pPr>
    </w:p>
    <w:p w14:paraId="6DD93CCD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Паспорт</w:t>
      </w:r>
    </w:p>
    <w:p w14:paraId="41FE8979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Фонда оценочных средств</w:t>
      </w:r>
    </w:p>
    <w:p w14:paraId="5CECC13F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1BE6302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 xml:space="preserve">по дисциплине </w:t>
      </w:r>
      <w:r w:rsidRPr="007C20F5">
        <w:rPr>
          <w:rFonts w:eastAsia="Calibri" w:cs="Times New Roman"/>
          <w:b/>
          <w:szCs w:val="24"/>
          <w:lang w:val="ru-RU" w:eastAsia="ru-RU"/>
        </w:rPr>
        <w:t>Б1.О.07.02  Физическая культура и спорт</w:t>
      </w:r>
    </w:p>
    <w:p w14:paraId="7FE90463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295A40CE" w14:textId="77777777" w:rsidR="0049455B" w:rsidRPr="007C20F5" w:rsidRDefault="0049455B" w:rsidP="0049455B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14:paraId="0674EC8A" w14:textId="77777777" w:rsidR="0049455B" w:rsidRPr="007C20F5" w:rsidRDefault="0049455B" w:rsidP="0049455B">
      <w:pPr>
        <w:spacing w:line="240" w:lineRule="auto"/>
        <w:jc w:val="both"/>
        <w:rPr>
          <w:rFonts w:eastAsia="Calibri" w:cs="Times New Roman"/>
          <w:b/>
          <w:color w:val="000000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1.</w:t>
      </w:r>
      <w:r w:rsidRPr="007C20F5">
        <w:rPr>
          <w:rFonts w:eastAsia="Calibri" w:cs="Times New Roman"/>
          <w:b/>
          <w:szCs w:val="24"/>
          <w:lang w:val="ru-RU" w:eastAsia="ru-RU"/>
        </w:rPr>
        <w:t xml:space="preserve"> </w:t>
      </w:r>
      <w:r w:rsidRPr="007C20F5">
        <w:rPr>
          <w:rFonts w:eastAsia="Calibri" w:cs="Times New Roman"/>
          <w:szCs w:val="24"/>
          <w:lang w:val="ru-RU" w:eastAsia="ru-RU"/>
        </w:rPr>
        <w:t xml:space="preserve">УК-7. </w:t>
      </w:r>
      <w:r w:rsidRPr="007C20F5">
        <w:rPr>
          <w:rFonts w:eastAsia="Calibri" w:cs="Times New Roman"/>
          <w:color w:val="000000"/>
          <w:szCs w:val="24"/>
          <w:lang w:val="ru-RU" w:eastAsia="ru-RU"/>
        </w:rPr>
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4EA32B78" w14:textId="77777777" w:rsidR="0049455B" w:rsidRPr="007C20F5" w:rsidRDefault="0049455B" w:rsidP="0049455B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Индикаторы: 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</w:r>
    </w:p>
    <w:p w14:paraId="64C7836B" w14:textId="77777777" w:rsidR="0049455B" w:rsidRPr="007C20F5" w:rsidRDefault="0049455B" w:rsidP="0049455B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УК-7.2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деятельности.</w:t>
      </w:r>
    </w:p>
    <w:p w14:paraId="55097E21" w14:textId="77777777" w:rsidR="0049455B" w:rsidRPr="007C20F5" w:rsidRDefault="0049455B" w:rsidP="0049455B">
      <w:pPr>
        <w:spacing w:line="240" w:lineRule="auto"/>
        <w:jc w:val="both"/>
        <w:rPr>
          <w:rFonts w:eastAsia="Calibri" w:cs="Times New Roman"/>
          <w:color w:val="00B0F0"/>
          <w:szCs w:val="24"/>
          <w:lang w:val="ru-RU"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1984"/>
        <w:gridCol w:w="1531"/>
        <w:gridCol w:w="1984"/>
        <w:gridCol w:w="2269"/>
      </w:tblGrid>
      <w:tr w:rsidR="0049455B" w:rsidRPr="007C20F5" w14:paraId="1009612E" w14:textId="77777777" w:rsidTr="001D15A8">
        <w:tc>
          <w:tcPr>
            <w:tcW w:w="2154" w:type="dxa"/>
            <w:vAlign w:val="center"/>
          </w:tcPr>
          <w:p w14:paraId="6838A52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Раздел</w:t>
            </w:r>
          </w:p>
        </w:tc>
        <w:tc>
          <w:tcPr>
            <w:tcW w:w="1984" w:type="dxa"/>
            <w:vAlign w:val="center"/>
          </w:tcPr>
          <w:p w14:paraId="6024E25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Тема</w:t>
            </w:r>
          </w:p>
        </w:tc>
        <w:tc>
          <w:tcPr>
            <w:tcW w:w="1531" w:type="dxa"/>
          </w:tcPr>
          <w:p w14:paraId="020B481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Код индикатора</w:t>
            </w:r>
          </w:p>
        </w:tc>
        <w:tc>
          <w:tcPr>
            <w:tcW w:w="1984" w:type="dxa"/>
            <w:vAlign w:val="center"/>
          </w:tcPr>
          <w:p w14:paraId="05DA890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14:paraId="2BC8B5F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Форма оценки</w:t>
            </w:r>
          </w:p>
          <w:p w14:paraId="4DFA2B2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(ТК, ПА, ДТ)</w:t>
            </w:r>
          </w:p>
        </w:tc>
        <w:tc>
          <w:tcPr>
            <w:tcW w:w="2269" w:type="dxa"/>
            <w:vAlign w:val="center"/>
          </w:tcPr>
          <w:p w14:paraId="11554A2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ФОС</w:t>
            </w:r>
          </w:p>
        </w:tc>
      </w:tr>
      <w:tr w:rsidR="0049455B" w:rsidRPr="007C20F5" w14:paraId="013963F1" w14:textId="77777777" w:rsidTr="001D15A8">
        <w:tc>
          <w:tcPr>
            <w:tcW w:w="2154" w:type="dxa"/>
            <w:vAlign w:val="center"/>
          </w:tcPr>
          <w:p w14:paraId="52E1D3F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  <w:tc>
          <w:tcPr>
            <w:tcW w:w="1984" w:type="dxa"/>
            <w:vAlign w:val="center"/>
          </w:tcPr>
          <w:p w14:paraId="3C8E662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531" w:type="dxa"/>
          </w:tcPr>
          <w:p w14:paraId="3DF2C15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984" w:type="dxa"/>
            <w:vAlign w:val="center"/>
          </w:tcPr>
          <w:p w14:paraId="24EEE24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2269" w:type="dxa"/>
            <w:vAlign w:val="center"/>
          </w:tcPr>
          <w:p w14:paraId="7B6C34F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</w:tr>
      <w:tr w:rsidR="0049455B" w:rsidRPr="007C20F5" w14:paraId="0918CE64" w14:textId="77777777" w:rsidTr="001D15A8">
        <w:trPr>
          <w:trHeight w:val="248"/>
        </w:trPr>
        <w:tc>
          <w:tcPr>
            <w:tcW w:w="2154" w:type="dxa"/>
            <w:vMerge w:val="restart"/>
          </w:tcPr>
          <w:p w14:paraId="11BBD79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1. Физическая</w:t>
            </w:r>
          </w:p>
          <w:p w14:paraId="6E4B6B5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14:paraId="5E60DA2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общекультурной</w:t>
            </w:r>
          </w:p>
          <w:p w14:paraId="449D022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подготовке обучающихся</w:t>
            </w:r>
          </w:p>
          <w:p w14:paraId="5669382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1D9D59F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3891FC8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5390A02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6E5DCAD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1F3B9AE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14:paraId="4CB2996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14:paraId="7AB436E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6EAAE2A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14:paraId="2CC61D6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4763A2B5" w14:textId="77777777" w:rsidR="0049455B" w:rsidRPr="007C20F5" w:rsidRDefault="0049455B" w:rsidP="001D15A8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14:paraId="5465D7DD" w14:textId="77777777" w:rsidR="0049455B" w:rsidRPr="007C20F5" w:rsidRDefault="0049455B" w:rsidP="001D15A8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62171884" w14:textId="77777777" w:rsidR="0049455B" w:rsidRPr="007C20F5" w:rsidRDefault="0049455B" w:rsidP="001D15A8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14:paraId="2B147AFD" w14:textId="77777777" w:rsidR="0049455B" w:rsidRPr="007C20F5" w:rsidRDefault="0049455B" w:rsidP="001D15A8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14:paraId="4BBEF92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786829D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14:paraId="4F195E6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1B46FAF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0D16D15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Вопросы к зачету 1-13</w:t>
            </w:r>
          </w:p>
          <w:p w14:paraId="3F6AAB6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7A3DBD3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14:paraId="2D9004E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455B" w:rsidRPr="007C20F5" w14:paraId="6AD371CB" w14:textId="77777777" w:rsidTr="001D15A8">
        <w:trPr>
          <w:trHeight w:val="251"/>
        </w:trPr>
        <w:tc>
          <w:tcPr>
            <w:tcW w:w="2154" w:type="dxa"/>
            <w:vMerge/>
          </w:tcPr>
          <w:p w14:paraId="17B275D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345FBD0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57E496E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777E0D6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39D63C4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455B" w:rsidRPr="007C20F5" w14:paraId="6026DA97" w14:textId="77777777" w:rsidTr="001D15A8">
        <w:tc>
          <w:tcPr>
            <w:tcW w:w="2154" w:type="dxa"/>
            <w:vMerge/>
          </w:tcPr>
          <w:p w14:paraId="4CC1583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3061AC9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2E27E83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4C035B8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37DACE3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455B" w:rsidRPr="007C20F5" w14:paraId="0F02A9B6" w14:textId="77777777" w:rsidTr="001D15A8">
        <w:tc>
          <w:tcPr>
            <w:tcW w:w="2154" w:type="dxa"/>
            <w:vMerge/>
          </w:tcPr>
          <w:p w14:paraId="4D9CCA4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1309674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6ACAF17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069D6B2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602538D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455B" w:rsidRPr="007C20F5" w14:paraId="21D8C453" w14:textId="77777777" w:rsidTr="001D15A8">
        <w:tc>
          <w:tcPr>
            <w:tcW w:w="2154" w:type="dxa"/>
            <w:vMerge/>
          </w:tcPr>
          <w:p w14:paraId="74356C8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09166D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2522F9E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49D91A4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28D22B6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455B" w:rsidRPr="007C20F5" w14:paraId="39F8DC55" w14:textId="77777777" w:rsidTr="001D15A8">
        <w:tc>
          <w:tcPr>
            <w:tcW w:w="2154" w:type="dxa"/>
            <w:vMerge/>
          </w:tcPr>
          <w:p w14:paraId="13F061D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07E57B9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09C2786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0492555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CE00A5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455B" w:rsidRPr="007C20F5" w14:paraId="1CF0AB3F" w14:textId="77777777" w:rsidTr="001D15A8">
        <w:tc>
          <w:tcPr>
            <w:tcW w:w="2154" w:type="dxa"/>
            <w:vMerge w:val="restart"/>
            <w:tcBorders>
              <w:top w:val="nil"/>
            </w:tcBorders>
          </w:tcPr>
          <w:p w14:paraId="1B297C2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2. Физическая</w:t>
            </w:r>
          </w:p>
          <w:p w14:paraId="218BA9E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14:paraId="0601A0F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профессиональной</w:t>
            </w:r>
          </w:p>
          <w:p w14:paraId="0788F75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деятельности</w:t>
            </w:r>
          </w:p>
        </w:tc>
        <w:tc>
          <w:tcPr>
            <w:tcW w:w="1984" w:type="dxa"/>
          </w:tcPr>
          <w:p w14:paraId="2C86067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2CB2199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14:paraId="478C3E9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14:paraId="6A4B3D4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637A3BE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14:paraId="635A1EA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1357F7C5" w14:textId="77777777" w:rsidR="0049455B" w:rsidRPr="007C20F5" w:rsidRDefault="0049455B" w:rsidP="001D15A8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14:paraId="30C8EC07" w14:textId="77777777" w:rsidR="0049455B" w:rsidRPr="007C20F5" w:rsidRDefault="0049455B" w:rsidP="001D15A8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27138982" w14:textId="77777777" w:rsidR="0049455B" w:rsidRPr="007C20F5" w:rsidRDefault="0049455B" w:rsidP="001D15A8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14:paraId="338F0636" w14:textId="77777777" w:rsidR="0049455B" w:rsidRPr="007C20F5" w:rsidRDefault="0049455B" w:rsidP="001D15A8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14:paraId="10EE121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1839F43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14:paraId="025A003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51C67CC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46AE508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Вопросы к зачету 14-22</w:t>
            </w:r>
          </w:p>
          <w:p w14:paraId="285491F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4F71077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14:paraId="3E389D2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455B" w:rsidRPr="007C20F5" w14:paraId="586B7B39" w14:textId="77777777" w:rsidTr="001D15A8">
        <w:tc>
          <w:tcPr>
            <w:tcW w:w="2154" w:type="dxa"/>
            <w:vMerge/>
          </w:tcPr>
          <w:p w14:paraId="57E6427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37909A0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4171233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2C6071F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0B01A03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455B" w:rsidRPr="007C20F5" w14:paraId="70D3D6FB" w14:textId="77777777" w:rsidTr="001D15A8">
        <w:tc>
          <w:tcPr>
            <w:tcW w:w="2154" w:type="dxa"/>
            <w:vMerge/>
          </w:tcPr>
          <w:p w14:paraId="2E632A7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2D614BF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08ABD45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42FDDB6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1FD606E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455B" w:rsidRPr="007C20F5" w14:paraId="43D7D50A" w14:textId="77777777" w:rsidTr="001D15A8">
        <w:tc>
          <w:tcPr>
            <w:tcW w:w="2154" w:type="dxa"/>
            <w:vMerge/>
          </w:tcPr>
          <w:p w14:paraId="09EB602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25D5AE7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1191BD7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1F1ED36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CA0E75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455B" w:rsidRPr="007C20F5" w14:paraId="546521E0" w14:textId="77777777" w:rsidTr="001D15A8">
        <w:tc>
          <w:tcPr>
            <w:tcW w:w="2154" w:type="dxa"/>
            <w:vMerge/>
          </w:tcPr>
          <w:p w14:paraId="4A14B1C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16F514A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53254F8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596A107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5505A3A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455B" w:rsidRPr="007C20F5" w14:paraId="2AAEA2CC" w14:textId="77777777" w:rsidTr="001D15A8">
        <w:tc>
          <w:tcPr>
            <w:tcW w:w="2154" w:type="dxa"/>
            <w:vMerge/>
          </w:tcPr>
          <w:p w14:paraId="46D17C2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6D94754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736301F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384F92B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5FBB2CB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</w:tbl>
    <w:p w14:paraId="08A848CD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eastAsia="ru-RU"/>
        </w:rPr>
      </w:pPr>
    </w:p>
    <w:p w14:paraId="3AFD8809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2B589783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0B9590E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619A271B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71DB196A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7D6ADE4E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7DF5EA2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F3E2FEA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2FC0ED4A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75BFC16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3EE2A76B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83D7C08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9CBEF50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6FA89093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30BF404E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Контрольные тесты по разделам</w:t>
      </w:r>
    </w:p>
    <w:p w14:paraId="3412AF34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14:paraId="4BD82094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 xml:space="preserve">1.Спортивные игры: </w:t>
      </w:r>
    </w:p>
    <w:p w14:paraId="3D669A91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Волейбол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455B" w:rsidRPr="007C20F5" w14:paraId="310572D2" w14:textId="77777777" w:rsidTr="001D15A8">
        <w:tc>
          <w:tcPr>
            <w:tcW w:w="1008" w:type="dxa"/>
          </w:tcPr>
          <w:p w14:paraId="24448D7C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74F49B98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6702165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56201F2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2959398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F008F4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3385D9E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40EDBBBB" w14:textId="77777777" w:rsidTr="001D15A8">
        <w:tc>
          <w:tcPr>
            <w:tcW w:w="1008" w:type="dxa"/>
          </w:tcPr>
          <w:p w14:paraId="3912BE7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1F212BA7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5694726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17F5668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3C6B411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79AC75A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682A7C4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49455B" w:rsidRPr="007C20F5" w14:paraId="42B589C8" w14:textId="77777777" w:rsidTr="001D15A8">
        <w:tc>
          <w:tcPr>
            <w:tcW w:w="1008" w:type="dxa"/>
          </w:tcPr>
          <w:p w14:paraId="7B47C0E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0AC08B88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17B58EA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2B2DDFD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19F08EF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3CA9C0D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5757146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49455B" w:rsidRPr="007C20F5" w14:paraId="79F39491" w14:textId="77777777" w:rsidTr="001D15A8">
        <w:tc>
          <w:tcPr>
            <w:tcW w:w="1008" w:type="dxa"/>
          </w:tcPr>
          <w:p w14:paraId="49738E8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712EC453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</w:tcPr>
          <w:p w14:paraId="2A2E9FB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040" w:type="dxa"/>
          </w:tcPr>
          <w:p w14:paraId="59B1D0D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7" w:type="dxa"/>
          </w:tcPr>
          <w:p w14:paraId="15A501F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764986B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8" w:type="dxa"/>
          </w:tcPr>
          <w:p w14:paraId="7DC1415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</w:tr>
      <w:tr w:rsidR="0049455B" w:rsidRPr="007C20F5" w14:paraId="129C5DA3" w14:textId="77777777" w:rsidTr="001D15A8">
        <w:tc>
          <w:tcPr>
            <w:tcW w:w="1008" w:type="dxa"/>
          </w:tcPr>
          <w:p w14:paraId="10977E4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1ED45086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</w:tcPr>
          <w:p w14:paraId="5221D94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7799664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52F500A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1C26676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085A7DE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49455B" w:rsidRPr="007C20F5" w14:paraId="16BEEC62" w14:textId="77777777" w:rsidTr="001D15A8">
        <w:tc>
          <w:tcPr>
            <w:tcW w:w="1008" w:type="dxa"/>
          </w:tcPr>
          <w:p w14:paraId="13C0E67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6A566288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0F0EEC8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4A959B5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6875225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70B30CE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200263E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357F3B2D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6D0E0370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Волейбол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455B" w:rsidRPr="007C20F5" w14:paraId="6CEC6724" w14:textId="77777777" w:rsidTr="001D15A8">
        <w:tc>
          <w:tcPr>
            <w:tcW w:w="1008" w:type="dxa"/>
          </w:tcPr>
          <w:p w14:paraId="4DA6D493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1435F308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4B9356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00426C7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0F46CB3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9EE141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D85467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2E093FED" w14:textId="77777777" w:rsidTr="001D15A8">
        <w:tc>
          <w:tcPr>
            <w:tcW w:w="1008" w:type="dxa"/>
          </w:tcPr>
          <w:p w14:paraId="443DC73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11105BA1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3B97F06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4EED784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072B263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1D66B6B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087C926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49455B" w:rsidRPr="007C20F5" w14:paraId="2432054F" w14:textId="77777777" w:rsidTr="001D15A8">
        <w:tc>
          <w:tcPr>
            <w:tcW w:w="1008" w:type="dxa"/>
          </w:tcPr>
          <w:p w14:paraId="33E63E0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22E5EDE8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</w:p>
        </w:tc>
        <w:tc>
          <w:tcPr>
            <w:tcW w:w="900" w:type="dxa"/>
          </w:tcPr>
          <w:p w14:paraId="69E4979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0197C86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36EF133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0CC221D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E99252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49455B" w:rsidRPr="007C20F5" w14:paraId="61C4BD8F" w14:textId="77777777" w:rsidTr="001D15A8">
        <w:tc>
          <w:tcPr>
            <w:tcW w:w="1008" w:type="dxa"/>
          </w:tcPr>
          <w:p w14:paraId="2E02628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2C8A5259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</w:tcPr>
          <w:p w14:paraId="5185E57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40" w:type="dxa"/>
          </w:tcPr>
          <w:p w14:paraId="18C1DF5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7" w:type="dxa"/>
          </w:tcPr>
          <w:p w14:paraId="60A24B9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308" w:type="dxa"/>
          </w:tcPr>
          <w:p w14:paraId="4D3B067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6C750EC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49455B" w:rsidRPr="007C20F5" w14:paraId="526423FC" w14:textId="77777777" w:rsidTr="001D15A8">
        <w:tc>
          <w:tcPr>
            <w:tcW w:w="1008" w:type="dxa"/>
          </w:tcPr>
          <w:p w14:paraId="53A90C1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174097FC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</w:tcPr>
          <w:p w14:paraId="24134DA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1397C95B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411463E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464A59F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D69E43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49455B" w:rsidRPr="007C20F5" w14:paraId="00B03CB1" w14:textId="77777777" w:rsidTr="001D15A8">
        <w:tc>
          <w:tcPr>
            <w:tcW w:w="1008" w:type="dxa"/>
          </w:tcPr>
          <w:p w14:paraId="66C561D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3D48945C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247059E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040" w:type="dxa"/>
          </w:tcPr>
          <w:p w14:paraId="05369E0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1B5976F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5234D3D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4FAED1B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</w:tbl>
    <w:p w14:paraId="0414F24D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2A01698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Баскетбол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455B" w:rsidRPr="007C20F5" w14:paraId="0A4FD2CC" w14:textId="77777777" w:rsidTr="001D15A8">
        <w:tc>
          <w:tcPr>
            <w:tcW w:w="1008" w:type="dxa"/>
          </w:tcPr>
          <w:p w14:paraId="428F810B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165669EA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0C29E8D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3ED52CE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1327B23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4ECD93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3D553E9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37B7657B" w14:textId="77777777" w:rsidTr="001D15A8">
        <w:tc>
          <w:tcPr>
            <w:tcW w:w="1008" w:type="dxa"/>
          </w:tcPr>
          <w:p w14:paraId="335693B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1B6D580E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4CD7C7A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0D1274A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1813277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31DD6AB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1654366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49455B" w:rsidRPr="007C20F5" w14:paraId="24D4E530" w14:textId="77777777" w:rsidTr="001D15A8">
        <w:tc>
          <w:tcPr>
            <w:tcW w:w="1008" w:type="dxa"/>
          </w:tcPr>
          <w:p w14:paraId="11BD00A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1ACE6F11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7C87B0B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7C928E7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1D70DB3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0D97121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779EDEC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49455B" w:rsidRPr="007C20F5" w14:paraId="2CC09AB0" w14:textId="77777777" w:rsidTr="001D15A8">
        <w:tc>
          <w:tcPr>
            <w:tcW w:w="1008" w:type="dxa"/>
          </w:tcPr>
          <w:p w14:paraId="1669302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5C68966A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</w:p>
        </w:tc>
        <w:tc>
          <w:tcPr>
            <w:tcW w:w="900" w:type="dxa"/>
          </w:tcPr>
          <w:p w14:paraId="335F495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040" w:type="dxa"/>
          </w:tcPr>
          <w:p w14:paraId="698D202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7" w:type="dxa"/>
          </w:tcPr>
          <w:p w14:paraId="6616CBE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3988FE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1308" w:type="dxa"/>
          </w:tcPr>
          <w:p w14:paraId="5ED5022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0</w:t>
            </w:r>
          </w:p>
        </w:tc>
      </w:tr>
      <w:tr w:rsidR="0049455B" w:rsidRPr="007C20F5" w14:paraId="02F59DBC" w14:textId="77777777" w:rsidTr="001D15A8">
        <w:tc>
          <w:tcPr>
            <w:tcW w:w="1008" w:type="dxa"/>
          </w:tcPr>
          <w:p w14:paraId="73FB29D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05808655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Ведение мяча ,два 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шага,бросок</w:t>
            </w:r>
            <w:proofErr w:type="spellEnd"/>
          </w:p>
        </w:tc>
        <w:tc>
          <w:tcPr>
            <w:tcW w:w="900" w:type="dxa"/>
          </w:tcPr>
          <w:p w14:paraId="2EAE15F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678D693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370A3D9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1EE8D4A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65337AA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23B0DDD6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533B187C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Баскетбол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455B" w:rsidRPr="007C20F5" w14:paraId="52BC0995" w14:textId="77777777" w:rsidTr="001D15A8">
        <w:tc>
          <w:tcPr>
            <w:tcW w:w="1008" w:type="dxa"/>
          </w:tcPr>
          <w:p w14:paraId="1D27314E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039B322A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3E02AE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79DAE23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5D25536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BFCDD1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EBAE3A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111FEF72" w14:textId="77777777" w:rsidTr="001D15A8">
        <w:tc>
          <w:tcPr>
            <w:tcW w:w="1008" w:type="dxa"/>
          </w:tcPr>
          <w:p w14:paraId="12C86E6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2E400DA8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6A58AE4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67221E1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22E8A1A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518E934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65B5F90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49455B" w:rsidRPr="007C20F5" w14:paraId="57FDAD91" w14:textId="77777777" w:rsidTr="001D15A8">
        <w:tc>
          <w:tcPr>
            <w:tcW w:w="1008" w:type="dxa"/>
          </w:tcPr>
          <w:p w14:paraId="113190BB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3589FEC5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09FFA52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2F70B8D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126FF5D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6C37C60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2B4AA8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49455B" w:rsidRPr="007C20F5" w14:paraId="3D46BAC6" w14:textId="77777777" w:rsidTr="001D15A8">
        <w:tc>
          <w:tcPr>
            <w:tcW w:w="1008" w:type="dxa"/>
          </w:tcPr>
          <w:p w14:paraId="39F86EF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0AC4D02C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</w:p>
        </w:tc>
        <w:tc>
          <w:tcPr>
            <w:tcW w:w="900" w:type="dxa"/>
          </w:tcPr>
          <w:p w14:paraId="3B72D97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400C730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38A5CF7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4C153F6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662F3D1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49455B" w:rsidRPr="007C20F5" w14:paraId="24F323A8" w14:textId="77777777" w:rsidTr="001D15A8">
        <w:tc>
          <w:tcPr>
            <w:tcW w:w="1008" w:type="dxa"/>
          </w:tcPr>
          <w:p w14:paraId="5D78129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626E5B29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Ведение мяча ,два 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шага,бросок</w:t>
            </w:r>
            <w:proofErr w:type="spellEnd"/>
          </w:p>
        </w:tc>
        <w:tc>
          <w:tcPr>
            <w:tcW w:w="900" w:type="dxa"/>
          </w:tcPr>
          <w:p w14:paraId="3EAC1D1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6BE4FC7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4AB5ED1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405499F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8A45F9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</w:tr>
    </w:tbl>
    <w:p w14:paraId="1EAB9FAD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91979CD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lastRenderedPageBreak/>
        <w:t xml:space="preserve">Футбол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455B" w:rsidRPr="007C20F5" w14:paraId="64888EF8" w14:textId="77777777" w:rsidTr="001D15A8">
        <w:tc>
          <w:tcPr>
            <w:tcW w:w="1008" w:type="dxa"/>
          </w:tcPr>
          <w:p w14:paraId="21629207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5D88E73D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681C010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15612D2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4C0E44C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A7159B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498A952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08C514B1" w14:textId="77777777" w:rsidTr="001D15A8">
        <w:tc>
          <w:tcPr>
            <w:tcW w:w="1008" w:type="dxa"/>
          </w:tcPr>
          <w:p w14:paraId="65E1BAD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1FC91EB9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Удар мячом по воротам с </w:t>
            </w:r>
            <w:smartTag w:uri="urn:schemas-microsoft-com:office:smarttags" w:element="metricconverter">
              <w:smartTagPr>
                <w:attr w:name="ProductID" w:val="11 метров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11 метров</w:t>
              </w:r>
            </w:smartTag>
          </w:p>
        </w:tc>
        <w:tc>
          <w:tcPr>
            <w:tcW w:w="900" w:type="dxa"/>
          </w:tcPr>
          <w:p w14:paraId="01AC728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4FB27E4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0DA376D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5311CE3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6D203CB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49455B" w:rsidRPr="007C20F5" w14:paraId="5212F659" w14:textId="77777777" w:rsidTr="001D15A8">
        <w:tc>
          <w:tcPr>
            <w:tcW w:w="1008" w:type="dxa"/>
          </w:tcPr>
          <w:p w14:paraId="0BB77B6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1905111B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Ведение мяча и обводка (сек)</w:t>
            </w:r>
          </w:p>
        </w:tc>
        <w:tc>
          <w:tcPr>
            <w:tcW w:w="900" w:type="dxa"/>
          </w:tcPr>
          <w:p w14:paraId="726DFC9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0081220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7" w:type="dxa"/>
          </w:tcPr>
          <w:p w14:paraId="7502235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6E132D3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8" w:type="dxa"/>
          </w:tcPr>
          <w:p w14:paraId="70BB074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</w:tr>
      <w:tr w:rsidR="0049455B" w:rsidRPr="007C20F5" w14:paraId="4C22888F" w14:textId="77777777" w:rsidTr="001D15A8">
        <w:tc>
          <w:tcPr>
            <w:tcW w:w="1008" w:type="dxa"/>
          </w:tcPr>
          <w:p w14:paraId="3C81A02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53E9E09E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Набивание мяча ногой(удар)</w:t>
            </w:r>
          </w:p>
        </w:tc>
        <w:tc>
          <w:tcPr>
            <w:tcW w:w="900" w:type="dxa"/>
          </w:tcPr>
          <w:p w14:paraId="4E5AEF2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040" w:type="dxa"/>
          </w:tcPr>
          <w:p w14:paraId="1196932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7" w:type="dxa"/>
          </w:tcPr>
          <w:p w14:paraId="5896FD2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8" w:type="dxa"/>
          </w:tcPr>
          <w:p w14:paraId="337B9D4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284DCF9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14:paraId="63DDBD93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4CBE9242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Настольный теннис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455B" w:rsidRPr="007C20F5" w14:paraId="2BC51C15" w14:textId="77777777" w:rsidTr="001D15A8">
        <w:tc>
          <w:tcPr>
            <w:tcW w:w="1008" w:type="dxa"/>
          </w:tcPr>
          <w:p w14:paraId="45FDD05B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352F1FDB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6BE5E48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6D7C21C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4E296F8B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6A8F8A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3B57A0EB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26052466" w14:textId="77777777" w:rsidTr="001D15A8">
        <w:tc>
          <w:tcPr>
            <w:tcW w:w="1008" w:type="dxa"/>
          </w:tcPr>
          <w:p w14:paraId="43D31AC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14B6691C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34EB087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37B0F7B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1B1C786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E430AF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5D08648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49455B" w:rsidRPr="007C20F5" w14:paraId="40D5F77E" w14:textId="77777777" w:rsidTr="001D15A8">
        <w:tc>
          <w:tcPr>
            <w:tcW w:w="1008" w:type="dxa"/>
          </w:tcPr>
          <w:p w14:paraId="2E522DFB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21BAB041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</w:tcPr>
          <w:p w14:paraId="12087EB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6AF0EDF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37E525B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6CE5D92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48C8223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49455B" w:rsidRPr="007C20F5" w14:paraId="4A609D9E" w14:textId="77777777" w:rsidTr="001D15A8">
        <w:tc>
          <w:tcPr>
            <w:tcW w:w="1008" w:type="dxa"/>
          </w:tcPr>
          <w:p w14:paraId="6B84703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52D2E1B3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</w:tcPr>
          <w:p w14:paraId="7F296E8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7381734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4831376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327299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307317B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778B98B4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416E1738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Настольный теннис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600"/>
        <w:gridCol w:w="720"/>
        <w:gridCol w:w="900"/>
        <w:gridCol w:w="727"/>
        <w:gridCol w:w="1308"/>
        <w:gridCol w:w="1308"/>
      </w:tblGrid>
      <w:tr w:rsidR="0049455B" w:rsidRPr="007C20F5" w14:paraId="7F5BE91A" w14:textId="77777777" w:rsidTr="001D15A8">
        <w:tc>
          <w:tcPr>
            <w:tcW w:w="1008" w:type="dxa"/>
          </w:tcPr>
          <w:p w14:paraId="377D937D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678FFB93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720" w:type="dxa"/>
          </w:tcPr>
          <w:p w14:paraId="19B3161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0663221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2420570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7B76CA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2CF221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276CD37D" w14:textId="77777777" w:rsidTr="001D15A8">
        <w:tc>
          <w:tcPr>
            <w:tcW w:w="1008" w:type="dxa"/>
          </w:tcPr>
          <w:p w14:paraId="040A8A5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</w:tcPr>
          <w:p w14:paraId="236A5492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720" w:type="dxa"/>
          </w:tcPr>
          <w:p w14:paraId="413B2F8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0" w:type="dxa"/>
          </w:tcPr>
          <w:p w14:paraId="169AC9E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4B413CF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20CC046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4DD2B4B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49455B" w:rsidRPr="007C20F5" w14:paraId="2428242F" w14:textId="77777777" w:rsidTr="001D15A8">
        <w:tc>
          <w:tcPr>
            <w:tcW w:w="1008" w:type="dxa"/>
          </w:tcPr>
          <w:p w14:paraId="14FA1C8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5A264BA0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</w:tcPr>
          <w:p w14:paraId="0A30236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</w:tcPr>
          <w:p w14:paraId="73C9E31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231961D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1FCC2ED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72D692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49455B" w:rsidRPr="007C20F5" w14:paraId="054F5743" w14:textId="77777777" w:rsidTr="001D15A8">
        <w:tc>
          <w:tcPr>
            <w:tcW w:w="1008" w:type="dxa"/>
          </w:tcPr>
          <w:p w14:paraId="3300F44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46A7C2B3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</w:tcPr>
          <w:p w14:paraId="2CE5196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</w:tcPr>
          <w:p w14:paraId="6C0B7B9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0F9182D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5C56098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BB7CD6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14:paraId="4FD36866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7C5900B2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Дартс 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455B" w:rsidRPr="007C20F5" w14:paraId="01D8F0AD" w14:textId="77777777" w:rsidTr="001D15A8">
        <w:tc>
          <w:tcPr>
            <w:tcW w:w="1008" w:type="dxa"/>
          </w:tcPr>
          <w:p w14:paraId="7D7C9F3A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30F569EF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51EDC50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29AC50C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52A45EE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6D89D2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3F10C81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3AE8964C" w14:textId="77777777" w:rsidTr="001D15A8">
        <w:tc>
          <w:tcPr>
            <w:tcW w:w="1008" w:type="dxa"/>
          </w:tcPr>
          <w:p w14:paraId="7A95D9E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61D5C145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60646E1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040" w:type="dxa"/>
          </w:tcPr>
          <w:p w14:paraId="07E1975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7" w:type="dxa"/>
          </w:tcPr>
          <w:p w14:paraId="7477DD0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3566B85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120</w:t>
            </w:r>
          </w:p>
        </w:tc>
        <w:tc>
          <w:tcPr>
            <w:tcW w:w="1308" w:type="dxa"/>
          </w:tcPr>
          <w:p w14:paraId="40BA01E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80</w:t>
            </w:r>
          </w:p>
        </w:tc>
      </w:tr>
    </w:tbl>
    <w:p w14:paraId="07DABA1A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6D223EC6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Дартс 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455B" w:rsidRPr="007C20F5" w14:paraId="1809836E" w14:textId="77777777" w:rsidTr="001D15A8">
        <w:tc>
          <w:tcPr>
            <w:tcW w:w="1008" w:type="dxa"/>
          </w:tcPr>
          <w:p w14:paraId="55CF2F22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08501946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03E657D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36C3A80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0B1293E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2C0B99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69CCA4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7C28E9F7" w14:textId="77777777" w:rsidTr="001D15A8">
        <w:tc>
          <w:tcPr>
            <w:tcW w:w="1008" w:type="dxa"/>
          </w:tcPr>
          <w:p w14:paraId="4003C0D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6B08F20E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513B050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200</w:t>
            </w:r>
          </w:p>
        </w:tc>
        <w:tc>
          <w:tcPr>
            <w:tcW w:w="1040" w:type="dxa"/>
          </w:tcPr>
          <w:p w14:paraId="603C1CB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7D27073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5D4C247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4D20BE1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100</w:t>
            </w:r>
          </w:p>
        </w:tc>
      </w:tr>
    </w:tbl>
    <w:p w14:paraId="48A4ADBA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70A9A24B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2</w:t>
      </w:r>
      <w:r w:rsidRPr="007C20F5">
        <w:rPr>
          <w:rFonts w:eastAsia="Calibri" w:cs="Times New Roman"/>
          <w:b/>
          <w:szCs w:val="24"/>
          <w:lang w:val="ru-RU" w:eastAsia="ru-RU"/>
        </w:rPr>
        <w:t>.Гимнастика :</w:t>
      </w:r>
    </w:p>
    <w:p w14:paraId="36C3FC66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Фитнес-аэробика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960"/>
        <w:gridCol w:w="720"/>
        <w:gridCol w:w="900"/>
        <w:gridCol w:w="720"/>
        <w:gridCol w:w="1440"/>
        <w:gridCol w:w="823"/>
      </w:tblGrid>
      <w:tr w:rsidR="0049455B" w:rsidRPr="007C20F5" w14:paraId="2240D895" w14:textId="77777777" w:rsidTr="001D15A8">
        <w:tc>
          <w:tcPr>
            <w:tcW w:w="1008" w:type="dxa"/>
          </w:tcPr>
          <w:p w14:paraId="17B6B74A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960" w:type="dxa"/>
          </w:tcPr>
          <w:p w14:paraId="57A24A61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720" w:type="dxa"/>
          </w:tcPr>
          <w:p w14:paraId="080C436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5983A4C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0" w:type="dxa"/>
          </w:tcPr>
          <w:p w14:paraId="2A5573F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440" w:type="dxa"/>
          </w:tcPr>
          <w:p w14:paraId="2B4F508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823" w:type="dxa"/>
          </w:tcPr>
          <w:p w14:paraId="1CD13DE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481E4DD0" w14:textId="77777777" w:rsidTr="001D15A8">
        <w:tc>
          <w:tcPr>
            <w:tcW w:w="1008" w:type="dxa"/>
          </w:tcPr>
          <w:p w14:paraId="2CC183C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960" w:type="dxa"/>
          </w:tcPr>
          <w:p w14:paraId="16EA27BE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Поднимание и опускание туловища, ноги закреплены, руки за головой</w:t>
            </w:r>
          </w:p>
        </w:tc>
        <w:tc>
          <w:tcPr>
            <w:tcW w:w="720" w:type="dxa"/>
          </w:tcPr>
          <w:p w14:paraId="3003567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60</w:t>
            </w:r>
          </w:p>
        </w:tc>
        <w:tc>
          <w:tcPr>
            <w:tcW w:w="900" w:type="dxa"/>
          </w:tcPr>
          <w:p w14:paraId="0B185CF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50</w:t>
            </w:r>
          </w:p>
        </w:tc>
        <w:tc>
          <w:tcPr>
            <w:tcW w:w="720" w:type="dxa"/>
          </w:tcPr>
          <w:p w14:paraId="40B3F5E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40</w:t>
            </w:r>
          </w:p>
        </w:tc>
        <w:tc>
          <w:tcPr>
            <w:tcW w:w="1440" w:type="dxa"/>
          </w:tcPr>
          <w:p w14:paraId="52ED8E4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23" w:type="dxa"/>
          </w:tcPr>
          <w:p w14:paraId="7E77770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</w:tr>
      <w:tr w:rsidR="0049455B" w:rsidRPr="007C20F5" w14:paraId="240B988A" w14:textId="77777777" w:rsidTr="001D15A8">
        <w:tc>
          <w:tcPr>
            <w:tcW w:w="1008" w:type="dxa"/>
          </w:tcPr>
          <w:p w14:paraId="4D9C119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960" w:type="dxa"/>
          </w:tcPr>
          <w:p w14:paraId="775B65FB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720" w:type="dxa"/>
          </w:tcPr>
          <w:p w14:paraId="08643AC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900" w:type="dxa"/>
          </w:tcPr>
          <w:p w14:paraId="082EDF9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720" w:type="dxa"/>
          </w:tcPr>
          <w:p w14:paraId="0944B02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440" w:type="dxa"/>
          </w:tcPr>
          <w:p w14:paraId="2B25704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823" w:type="dxa"/>
          </w:tcPr>
          <w:p w14:paraId="5652080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7C20F5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</w:tbl>
    <w:p w14:paraId="6BE7BA5A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3E4EED4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Атлетическая гимнастика( 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1080"/>
        <w:gridCol w:w="727"/>
        <w:gridCol w:w="1308"/>
        <w:gridCol w:w="1308"/>
      </w:tblGrid>
      <w:tr w:rsidR="0049455B" w:rsidRPr="007C20F5" w14:paraId="615DBF5B" w14:textId="77777777" w:rsidTr="001D15A8">
        <w:tc>
          <w:tcPr>
            <w:tcW w:w="1008" w:type="dxa"/>
          </w:tcPr>
          <w:p w14:paraId="70AB16A6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6E90E420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478C895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80" w:type="dxa"/>
          </w:tcPr>
          <w:p w14:paraId="757E008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7DE856F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55E67F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1C6C41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674D4B70" w14:textId="77777777" w:rsidTr="001D15A8">
        <w:tc>
          <w:tcPr>
            <w:tcW w:w="1008" w:type="dxa"/>
          </w:tcPr>
          <w:p w14:paraId="648302D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110FCFF7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Подтягивание на перекладине</w:t>
            </w:r>
          </w:p>
        </w:tc>
        <w:tc>
          <w:tcPr>
            <w:tcW w:w="900" w:type="dxa"/>
          </w:tcPr>
          <w:p w14:paraId="26A9E78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80" w:type="dxa"/>
          </w:tcPr>
          <w:p w14:paraId="5F23499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27" w:type="dxa"/>
          </w:tcPr>
          <w:p w14:paraId="67CAAD6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1308" w:type="dxa"/>
          </w:tcPr>
          <w:p w14:paraId="656BEF5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78C98DA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  <w:tr w:rsidR="0049455B" w:rsidRPr="007C20F5" w14:paraId="6506A8E0" w14:textId="77777777" w:rsidTr="001D15A8">
        <w:tc>
          <w:tcPr>
            <w:tcW w:w="1008" w:type="dxa"/>
          </w:tcPr>
          <w:p w14:paraId="1B53F20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7E782D42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</w:p>
        </w:tc>
        <w:tc>
          <w:tcPr>
            <w:tcW w:w="900" w:type="dxa"/>
          </w:tcPr>
          <w:p w14:paraId="636D4AD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80" w:type="dxa"/>
          </w:tcPr>
          <w:p w14:paraId="72DC07EB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7E28B3F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7A8CCC4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68630B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14:paraId="4B898A84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7693CE6E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3</w:t>
      </w:r>
      <w:r w:rsidRPr="007C20F5">
        <w:rPr>
          <w:rFonts w:eastAsia="Calibri" w:cs="Times New Roman"/>
          <w:b/>
          <w:szCs w:val="24"/>
          <w:lang w:val="ru-RU" w:eastAsia="ru-RU"/>
        </w:rPr>
        <w:t>. Циклические виды спорта :</w:t>
      </w:r>
    </w:p>
    <w:p w14:paraId="1F63420E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Лыжная подготовка(девушки)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420"/>
        <w:gridCol w:w="900"/>
        <w:gridCol w:w="720"/>
        <w:gridCol w:w="907"/>
        <w:gridCol w:w="1308"/>
        <w:gridCol w:w="1308"/>
      </w:tblGrid>
      <w:tr w:rsidR="0049455B" w:rsidRPr="007C20F5" w14:paraId="17B04C33" w14:textId="77777777" w:rsidTr="001D15A8">
        <w:tc>
          <w:tcPr>
            <w:tcW w:w="1008" w:type="dxa"/>
          </w:tcPr>
          <w:p w14:paraId="3DE9E2BC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420" w:type="dxa"/>
          </w:tcPr>
          <w:p w14:paraId="50AC235B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6D54AD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720" w:type="dxa"/>
          </w:tcPr>
          <w:p w14:paraId="6FA468A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114FAD0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8ACCD3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5849864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5FE6B216" w14:textId="77777777" w:rsidTr="001D15A8">
        <w:tc>
          <w:tcPr>
            <w:tcW w:w="1008" w:type="dxa"/>
          </w:tcPr>
          <w:p w14:paraId="6167F92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3420" w:type="dxa"/>
          </w:tcPr>
          <w:p w14:paraId="6CCEF31C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3 км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мин,сек</w:t>
            </w:r>
            <w:proofErr w:type="spellEnd"/>
            <w:r w:rsidRPr="007C20F5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5A51691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18.0</w:t>
            </w:r>
          </w:p>
        </w:tc>
        <w:tc>
          <w:tcPr>
            <w:tcW w:w="720" w:type="dxa"/>
          </w:tcPr>
          <w:p w14:paraId="003A65C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18.3</w:t>
            </w:r>
          </w:p>
        </w:tc>
        <w:tc>
          <w:tcPr>
            <w:tcW w:w="907" w:type="dxa"/>
          </w:tcPr>
          <w:p w14:paraId="5B5EB6B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19,3</w:t>
            </w:r>
          </w:p>
        </w:tc>
        <w:tc>
          <w:tcPr>
            <w:tcW w:w="1308" w:type="dxa"/>
          </w:tcPr>
          <w:p w14:paraId="5B94724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68F025C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21</w:t>
            </w:r>
          </w:p>
        </w:tc>
      </w:tr>
    </w:tbl>
    <w:p w14:paraId="304AF1ED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462FD535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Лыжная подготовка(юноши)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455B" w:rsidRPr="007C20F5" w14:paraId="249BB3FE" w14:textId="77777777" w:rsidTr="001D15A8">
        <w:tc>
          <w:tcPr>
            <w:tcW w:w="1008" w:type="dxa"/>
          </w:tcPr>
          <w:p w14:paraId="3413305D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5F333F04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4C05777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08C5B3A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2388EA5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6924CE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459C9F6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474B0C4B" w14:textId="77777777" w:rsidTr="001D15A8">
        <w:tc>
          <w:tcPr>
            <w:tcW w:w="1008" w:type="dxa"/>
          </w:tcPr>
          <w:p w14:paraId="0454EA0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48A1A37E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5 км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мин,сек</w:t>
            </w:r>
            <w:proofErr w:type="spellEnd"/>
            <w:r w:rsidRPr="007C20F5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7C09FA0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23.5</w:t>
            </w:r>
          </w:p>
        </w:tc>
        <w:tc>
          <w:tcPr>
            <w:tcW w:w="1040" w:type="dxa"/>
          </w:tcPr>
          <w:p w14:paraId="25C9D5E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7" w:type="dxa"/>
          </w:tcPr>
          <w:p w14:paraId="4B1FE66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26.25</w:t>
            </w:r>
          </w:p>
        </w:tc>
        <w:tc>
          <w:tcPr>
            <w:tcW w:w="1308" w:type="dxa"/>
          </w:tcPr>
          <w:p w14:paraId="21D6849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27.45</w:t>
            </w:r>
          </w:p>
        </w:tc>
        <w:tc>
          <w:tcPr>
            <w:tcW w:w="1308" w:type="dxa"/>
          </w:tcPr>
          <w:p w14:paraId="3DAA3F4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28.3</w:t>
            </w:r>
          </w:p>
        </w:tc>
      </w:tr>
    </w:tbl>
    <w:p w14:paraId="2523703D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Легкая атлетика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900"/>
        <w:gridCol w:w="907"/>
        <w:gridCol w:w="1308"/>
        <w:gridCol w:w="1308"/>
      </w:tblGrid>
      <w:tr w:rsidR="0049455B" w:rsidRPr="007C20F5" w14:paraId="414C98F1" w14:textId="77777777" w:rsidTr="001D15A8">
        <w:tc>
          <w:tcPr>
            <w:tcW w:w="1008" w:type="dxa"/>
          </w:tcPr>
          <w:p w14:paraId="5B95A994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17976F4E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2795C35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377325A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5777B9E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7249F8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4308BD2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3791770B" w14:textId="77777777" w:rsidTr="001D15A8">
        <w:tc>
          <w:tcPr>
            <w:tcW w:w="1008" w:type="dxa"/>
          </w:tcPr>
          <w:p w14:paraId="32943C5B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7BDC2AA0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485C257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900" w:type="dxa"/>
          </w:tcPr>
          <w:p w14:paraId="12167BC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907" w:type="dxa"/>
          </w:tcPr>
          <w:p w14:paraId="039785E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66F94F2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055F642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49455B" w:rsidRPr="007C20F5" w14:paraId="598FD5A0" w14:textId="77777777" w:rsidTr="001D15A8">
        <w:tc>
          <w:tcPr>
            <w:tcW w:w="1008" w:type="dxa"/>
          </w:tcPr>
          <w:p w14:paraId="6290C32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669B870F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 сек)</w:t>
            </w:r>
          </w:p>
        </w:tc>
        <w:tc>
          <w:tcPr>
            <w:tcW w:w="900" w:type="dxa"/>
          </w:tcPr>
          <w:p w14:paraId="779926C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15.7</w:t>
            </w:r>
          </w:p>
        </w:tc>
        <w:tc>
          <w:tcPr>
            <w:tcW w:w="900" w:type="dxa"/>
          </w:tcPr>
          <w:p w14:paraId="4970D84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16</w:t>
            </w:r>
          </w:p>
        </w:tc>
        <w:tc>
          <w:tcPr>
            <w:tcW w:w="907" w:type="dxa"/>
          </w:tcPr>
          <w:p w14:paraId="0926537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17</w:t>
            </w:r>
          </w:p>
        </w:tc>
        <w:tc>
          <w:tcPr>
            <w:tcW w:w="1308" w:type="dxa"/>
          </w:tcPr>
          <w:p w14:paraId="1E5BF79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17.9</w:t>
            </w:r>
          </w:p>
        </w:tc>
        <w:tc>
          <w:tcPr>
            <w:tcW w:w="1308" w:type="dxa"/>
          </w:tcPr>
          <w:p w14:paraId="4936E22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18.7</w:t>
            </w:r>
          </w:p>
        </w:tc>
      </w:tr>
      <w:tr w:rsidR="0049455B" w:rsidRPr="007C20F5" w14:paraId="56E370DF" w14:textId="77777777" w:rsidTr="001D15A8">
        <w:tc>
          <w:tcPr>
            <w:tcW w:w="1008" w:type="dxa"/>
          </w:tcPr>
          <w:p w14:paraId="7E034FE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240" w:type="dxa"/>
          </w:tcPr>
          <w:p w14:paraId="601E8AD8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мин.сек</w:t>
            </w:r>
            <w:proofErr w:type="spellEnd"/>
            <w:r w:rsidRPr="007C20F5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0EC1669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10.15</w:t>
            </w:r>
          </w:p>
        </w:tc>
        <w:tc>
          <w:tcPr>
            <w:tcW w:w="900" w:type="dxa"/>
          </w:tcPr>
          <w:p w14:paraId="2C89C52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10.5</w:t>
            </w:r>
          </w:p>
        </w:tc>
        <w:tc>
          <w:tcPr>
            <w:tcW w:w="907" w:type="dxa"/>
          </w:tcPr>
          <w:p w14:paraId="3C5D9DF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11.15</w:t>
            </w:r>
          </w:p>
        </w:tc>
        <w:tc>
          <w:tcPr>
            <w:tcW w:w="1308" w:type="dxa"/>
          </w:tcPr>
          <w:p w14:paraId="6E82186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11.5</w:t>
            </w:r>
          </w:p>
        </w:tc>
        <w:tc>
          <w:tcPr>
            <w:tcW w:w="1308" w:type="dxa"/>
          </w:tcPr>
          <w:p w14:paraId="0FEECAB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12.15</w:t>
            </w:r>
          </w:p>
        </w:tc>
      </w:tr>
      <w:tr w:rsidR="0049455B" w:rsidRPr="007C20F5" w14:paraId="779CD081" w14:textId="77777777" w:rsidTr="001D15A8">
        <w:tc>
          <w:tcPr>
            <w:tcW w:w="1008" w:type="dxa"/>
          </w:tcPr>
          <w:p w14:paraId="6E6E032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240" w:type="dxa"/>
          </w:tcPr>
          <w:p w14:paraId="0D7C282B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6F1DBF3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900" w:type="dxa"/>
          </w:tcPr>
          <w:p w14:paraId="633E0A7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7" w:type="dxa"/>
          </w:tcPr>
          <w:p w14:paraId="5E24040B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26BBF62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13DF466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14:paraId="55F7E511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21B8EED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/>
          <w:szCs w:val="24"/>
          <w:lang w:val="ru-RU" w:eastAsia="ru-RU"/>
        </w:rPr>
        <w:t>Легкая атлетика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600"/>
        <w:gridCol w:w="900"/>
        <w:gridCol w:w="1260"/>
        <w:gridCol w:w="900"/>
        <w:gridCol w:w="775"/>
        <w:gridCol w:w="1308"/>
      </w:tblGrid>
      <w:tr w:rsidR="0049455B" w:rsidRPr="007C20F5" w14:paraId="5E032BC6" w14:textId="77777777" w:rsidTr="001D15A8">
        <w:tc>
          <w:tcPr>
            <w:tcW w:w="828" w:type="dxa"/>
          </w:tcPr>
          <w:p w14:paraId="1646D418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364366D3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52CC78C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260" w:type="dxa"/>
          </w:tcPr>
          <w:p w14:paraId="0942591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0" w:type="dxa"/>
          </w:tcPr>
          <w:p w14:paraId="516179D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775" w:type="dxa"/>
          </w:tcPr>
          <w:p w14:paraId="238AF6F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530D90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455B" w:rsidRPr="007C20F5" w14:paraId="1F41C5CD" w14:textId="77777777" w:rsidTr="001D15A8">
        <w:tc>
          <w:tcPr>
            <w:tcW w:w="828" w:type="dxa"/>
          </w:tcPr>
          <w:p w14:paraId="3AB32E4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</w:tcPr>
          <w:p w14:paraId="07037AD1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2B8B64A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260" w:type="dxa"/>
          </w:tcPr>
          <w:p w14:paraId="1DA1A53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900" w:type="dxa"/>
          </w:tcPr>
          <w:p w14:paraId="5D4B6E6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775" w:type="dxa"/>
          </w:tcPr>
          <w:p w14:paraId="31D6DC8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1AD6031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49455B" w:rsidRPr="007C20F5" w14:paraId="09CBA4D1" w14:textId="77777777" w:rsidTr="001D15A8">
        <w:tc>
          <w:tcPr>
            <w:tcW w:w="828" w:type="dxa"/>
          </w:tcPr>
          <w:p w14:paraId="394E1CA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04ADB140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 сек)</w:t>
            </w:r>
          </w:p>
        </w:tc>
        <w:tc>
          <w:tcPr>
            <w:tcW w:w="900" w:type="dxa"/>
          </w:tcPr>
          <w:p w14:paraId="1675866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13.2</w:t>
            </w:r>
          </w:p>
        </w:tc>
        <w:tc>
          <w:tcPr>
            <w:tcW w:w="1260" w:type="dxa"/>
          </w:tcPr>
          <w:p w14:paraId="35B28A1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13.8</w:t>
            </w:r>
          </w:p>
        </w:tc>
        <w:tc>
          <w:tcPr>
            <w:tcW w:w="900" w:type="dxa"/>
          </w:tcPr>
          <w:p w14:paraId="1D69732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775" w:type="dxa"/>
          </w:tcPr>
          <w:p w14:paraId="7174236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14.3</w:t>
            </w:r>
          </w:p>
        </w:tc>
        <w:tc>
          <w:tcPr>
            <w:tcW w:w="1308" w:type="dxa"/>
          </w:tcPr>
          <w:p w14:paraId="0F7EAD5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14.6</w:t>
            </w:r>
          </w:p>
        </w:tc>
      </w:tr>
      <w:tr w:rsidR="0049455B" w:rsidRPr="007C20F5" w14:paraId="7E29729F" w14:textId="77777777" w:rsidTr="001D15A8">
        <w:tc>
          <w:tcPr>
            <w:tcW w:w="828" w:type="dxa"/>
          </w:tcPr>
          <w:p w14:paraId="647E95BA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6742FC6D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7C20F5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7C20F5">
              <w:rPr>
                <w:rFonts w:eastAsia="Calibri" w:cs="Times New Roman"/>
                <w:szCs w:val="24"/>
                <w:lang w:val="ru-RU" w:eastAsia="ru-RU"/>
              </w:rPr>
              <w:t>мин.сек</w:t>
            </w:r>
            <w:proofErr w:type="spellEnd"/>
            <w:r w:rsidRPr="007C20F5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0FDAC51B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1260" w:type="dxa"/>
          </w:tcPr>
          <w:p w14:paraId="56C858A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12.35</w:t>
            </w:r>
          </w:p>
        </w:tc>
        <w:tc>
          <w:tcPr>
            <w:tcW w:w="900" w:type="dxa"/>
          </w:tcPr>
          <w:p w14:paraId="5EFEC3B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13.1</w:t>
            </w:r>
          </w:p>
        </w:tc>
        <w:tc>
          <w:tcPr>
            <w:tcW w:w="775" w:type="dxa"/>
          </w:tcPr>
          <w:p w14:paraId="6EA6CEF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13.5</w:t>
            </w:r>
          </w:p>
        </w:tc>
        <w:tc>
          <w:tcPr>
            <w:tcW w:w="1308" w:type="dxa"/>
          </w:tcPr>
          <w:p w14:paraId="105DEBB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</w:tr>
      <w:tr w:rsidR="0049455B" w:rsidRPr="007C20F5" w14:paraId="345B4B8F" w14:textId="77777777" w:rsidTr="001D15A8">
        <w:trPr>
          <w:trHeight w:val="362"/>
        </w:trPr>
        <w:tc>
          <w:tcPr>
            <w:tcW w:w="828" w:type="dxa"/>
          </w:tcPr>
          <w:p w14:paraId="171F2A1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600" w:type="dxa"/>
          </w:tcPr>
          <w:p w14:paraId="219F40D3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7586B185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1260" w:type="dxa"/>
          </w:tcPr>
          <w:p w14:paraId="4B553779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</w:t>
            </w:r>
          </w:p>
        </w:tc>
        <w:tc>
          <w:tcPr>
            <w:tcW w:w="900" w:type="dxa"/>
          </w:tcPr>
          <w:p w14:paraId="1F3DF60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75" w:type="dxa"/>
          </w:tcPr>
          <w:p w14:paraId="2715031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6C23CC2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</w:tr>
    </w:tbl>
    <w:p w14:paraId="2D6E75B5" w14:textId="77777777" w:rsidR="0049455B" w:rsidRPr="007C20F5" w:rsidRDefault="0049455B" w:rsidP="0049455B">
      <w:pPr>
        <w:spacing w:line="240" w:lineRule="auto"/>
        <w:rPr>
          <w:rFonts w:eastAsia="Calibri" w:cs="Times New Roman"/>
          <w:bCs/>
          <w:szCs w:val="24"/>
          <w:lang w:eastAsia="ru-RU"/>
        </w:rPr>
      </w:pPr>
    </w:p>
    <w:p w14:paraId="01A6628C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71F3467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32A3F51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6CBDAF1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59B4B90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1AE781A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D425E68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62C70E8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1F445CE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326BB4B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FEBDC59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67133B4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FD9440E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D148163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6B48490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64E5ABC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6FBB0A5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0B47552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6059A49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FFCD801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1F79760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276FED7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A1B4417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30FF2DC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5E4A6DB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FE1FD99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BCA887C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3E2D5D6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03255F3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61811A2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4696333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A0F4C02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7E3B036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4EBC608" w14:textId="77777777" w:rsidR="0049455B" w:rsidRPr="007C20F5" w:rsidRDefault="0049455B" w:rsidP="0049455B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  <w:r w:rsidRPr="007C20F5">
        <w:rPr>
          <w:rFonts w:eastAsia="Calibri" w:cs="Times New Roman"/>
          <w:b/>
          <w:sz w:val="28"/>
          <w:szCs w:val="28"/>
          <w:lang w:val="ru-RU" w:eastAsia="ru-RU"/>
        </w:rPr>
        <w:t>Вопросы к зачету</w:t>
      </w:r>
    </w:p>
    <w:p w14:paraId="44190682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 xml:space="preserve">по дисциплине </w:t>
      </w:r>
      <w:r w:rsidRPr="007C20F5">
        <w:rPr>
          <w:rFonts w:eastAsia="Calibri" w:cs="Times New Roman"/>
          <w:b/>
          <w:szCs w:val="24"/>
          <w:lang w:val="ru-RU" w:eastAsia="ru-RU"/>
        </w:rPr>
        <w:t>Б1.О.07.02  Физическая культура и спорт</w:t>
      </w:r>
    </w:p>
    <w:p w14:paraId="0F1B8EC2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49455B" w:rsidRPr="007C20F5" w14:paraId="14296425" w14:textId="77777777" w:rsidTr="001D15A8">
        <w:trPr>
          <w:trHeight w:val="5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060AD" w14:textId="77777777" w:rsidR="0049455B" w:rsidRPr="007C20F5" w:rsidRDefault="0049455B" w:rsidP="001D15A8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2"/>
                <w:lang w:val="ru-RU" w:eastAsia="ru-RU"/>
              </w:rPr>
              <w:t>№ и наименование</w:t>
            </w:r>
          </w:p>
          <w:p w14:paraId="53C9892A" w14:textId="77777777" w:rsidR="0049455B" w:rsidRPr="007C20F5" w:rsidRDefault="0049455B" w:rsidP="001D15A8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2"/>
                <w:lang w:val="ru-RU" w:eastAsia="ru-RU"/>
              </w:rPr>
              <w:t>раздела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FF290" w14:textId="77777777" w:rsidR="0049455B" w:rsidRPr="007C20F5" w:rsidRDefault="0049455B" w:rsidP="001D15A8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2"/>
                <w:lang w:val="ru-RU" w:eastAsia="ru-RU"/>
              </w:rPr>
              <w:t>ВОПРОСЫ К ЗАЧЕТУ</w:t>
            </w:r>
          </w:p>
        </w:tc>
      </w:tr>
      <w:tr w:rsidR="0049455B" w:rsidRPr="006C220D" w14:paraId="51B0B876" w14:textId="77777777" w:rsidTr="001D15A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8D3A" w14:textId="77777777" w:rsidR="0049455B" w:rsidRPr="007C20F5" w:rsidRDefault="0049455B" w:rsidP="001D15A8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1. Физическая культура в общекультурной подготовке обучающихся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9CE0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1.Сформулировать цели и задачи физической культуры в общекультурной и профессиональной подготовке обучающихся. </w:t>
            </w:r>
          </w:p>
          <w:p w14:paraId="01F7F6B3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2. Назовите даты первых древних и современных Олимпийских игр. История комплексов ГТО и БГТО. Задачи нового Всероссийского физкультурного спортивного комплекса. </w:t>
            </w:r>
          </w:p>
          <w:p w14:paraId="20BFE2C8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3. Режим дня, рациональное питание, сон, анатомия человека, зарядка-тренировка. </w:t>
            </w:r>
          </w:p>
          <w:p w14:paraId="7C6BDD82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4.Здоровый образ жизни .Как помогает физическая культура в обеспечении здоровья обучающихся? </w:t>
            </w:r>
          </w:p>
          <w:p w14:paraId="511DC6AD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5. Роль ЛФК в профилактике и реабилитации при различных заболеваниях. 6.Описать личность в структуре физической культуры. Принципы формирования и проблемы мотивации в сфере физической культуры. </w:t>
            </w:r>
          </w:p>
          <w:p w14:paraId="7E5BBDD3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7. Виды спорта способствующие самоорганизации обучающихся. </w:t>
            </w:r>
          </w:p>
          <w:p w14:paraId="208E45D5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8. Виды спорта способствующие самообразованию обучающихся. </w:t>
            </w:r>
          </w:p>
          <w:p w14:paraId="0D19D1BA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9. В чем различие и что общего в спортивных и подвижных играх </w:t>
            </w:r>
          </w:p>
          <w:p w14:paraId="328F7BC7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10. Разновидности традиционных и нетрадиционных оздоровительных систем физических упражнений (примеры). </w:t>
            </w:r>
          </w:p>
          <w:p w14:paraId="458C4567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11.Мотивация и направленность самостоятельных занятий физическими упражнениями. </w:t>
            </w:r>
          </w:p>
          <w:p w14:paraId="314F5E87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12.Охарактеризовать показатели самоконтроля. Как оценить физическое состояние обучающегося? </w:t>
            </w:r>
          </w:p>
          <w:p w14:paraId="4CEA4047" w14:textId="77777777" w:rsidR="0049455B" w:rsidRPr="007C20F5" w:rsidRDefault="0049455B" w:rsidP="001D15A8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13.Восстановительные процессы при мышечной деятельности.</w:t>
            </w:r>
          </w:p>
        </w:tc>
      </w:tr>
      <w:tr w:rsidR="0049455B" w:rsidRPr="006C220D" w14:paraId="777ADADB" w14:textId="77777777" w:rsidTr="001D15A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6A73" w14:textId="77777777" w:rsidR="0049455B" w:rsidRPr="007C20F5" w:rsidRDefault="0049455B" w:rsidP="001D15A8">
            <w:pPr>
              <w:widowControl w:val="0"/>
              <w:shd w:val="clear" w:color="auto" w:fill="FFFFFF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2. Физическая культура в профессиональной деятельности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809D" w14:textId="77777777" w:rsidR="0049455B" w:rsidRPr="007C20F5" w:rsidRDefault="0049455B" w:rsidP="001D15A8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14. Определить социально-биологические аспекты психоэмоционального стресса и его воздействия на психофизиологического состояния человека. Дать понятие гиподинамии. </w:t>
            </w:r>
          </w:p>
          <w:p w14:paraId="03BBE1C7" w14:textId="77777777" w:rsidR="0049455B" w:rsidRPr="007C20F5" w:rsidRDefault="0049455B" w:rsidP="001D15A8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15.Перечислить психофизиологические основы учебного труда и интеллектуальной деятельности. Перечислить средства физической культуры в регулировании работоспособности. </w:t>
            </w:r>
          </w:p>
          <w:p w14:paraId="59D1417E" w14:textId="77777777" w:rsidR="0049455B" w:rsidRPr="007C20F5" w:rsidRDefault="0049455B" w:rsidP="001D15A8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16.Объяснить задачи общефизической и специальной подготовки в системе физического воспитания. </w:t>
            </w:r>
          </w:p>
          <w:p w14:paraId="4BCA7370" w14:textId="77777777" w:rsidR="0049455B" w:rsidRPr="007C20F5" w:rsidRDefault="0049455B" w:rsidP="001D15A8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17.Раскрыть понятие «туризм». Какие виды туристических походов существуют. Специфические особенности при подготовке к туристическим походам. </w:t>
            </w:r>
          </w:p>
          <w:p w14:paraId="30BB6269" w14:textId="77777777" w:rsidR="0049455B" w:rsidRPr="007C20F5" w:rsidRDefault="0049455B" w:rsidP="001D15A8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18.Цель проведения физкультурно-спортивных массовых </w:t>
            </w:r>
            <w:r w:rsidRPr="007C20F5">
              <w:rPr>
                <w:rFonts w:eastAsia="Calibri" w:cs="Times New Roman"/>
                <w:szCs w:val="24"/>
                <w:lang w:val="ru-RU" w:eastAsia="ru-RU"/>
              </w:rPr>
              <w:lastRenderedPageBreak/>
              <w:t xml:space="preserve">мероприятий. Правила поведения болельщиков </w:t>
            </w:r>
          </w:p>
          <w:p w14:paraId="1FBB1E01" w14:textId="77777777" w:rsidR="0049455B" w:rsidRPr="007C20F5" w:rsidRDefault="0049455B" w:rsidP="001D15A8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19.Прикладные виды спорта по направлениям подготовки бакалавров. </w:t>
            </w:r>
          </w:p>
          <w:p w14:paraId="687AC741" w14:textId="77777777" w:rsidR="0049455B" w:rsidRPr="007C20F5" w:rsidRDefault="0049455B" w:rsidP="001D15A8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20.Цель ППФП. </w:t>
            </w:r>
          </w:p>
          <w:p w14:paraId="493AFFF9" w14:textId="77777777" w:rsidR="0049455B" w:rsidRPr="007C20F5" w:rsidRDefault="0049455B" w:rsidP="001D15A8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21.Перечислить основные факторы, определяющие задачи ППФП. 22.Основные психические качества свойств личности, развивающиеся при использовании ППФП.</w:t>
            </w:r>
          </w:p>
        </w:tc>
      </w:tr>
    </w:tbl>
    <w:p w14:paraId="3F2AF6E0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6E4DB7D4" w14:textId="77777777" w:rsidR="0049455B" w:rsidRPr="007C20F5" w:rsidRDefault="0049455B" w:rsidP="0049455B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14:paraId="369232A8" w14:textId="77777777" w:rsidR="0049455B" w:rsidRPr="007C20F5" w:rsidRDefault="0049455B" w:rsidP="0049455B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14:paraId="21AE2D93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7C20F5">
        <w:rPr>
          <w:rFonts w:eastAsia="Calibri" w:cs="Times New Roman"/>
          <w:bCs/>
          <w:szCs w:val="24"/>
          <w:lang w:val="ru-RU" w:eastAsia="ru-RU"/>
        </w:rPr>
        <w:t xml:space="preserve">Критерии оценки зачета </w:t>
      </w:r>
      <w:r w:rsidRPr="007C20F5">
        <w:rPr>
          <w:rFonts w:eastAsia="Calibri" w:cs="Times New Roman"/>
          <w:bCs/>
          <w:szCs w:val="24"/>
          <w:lang w:val="ru-RU" w:eastAsia="ru-RU"/>
        </w:rPr>
        <w:br/>
        <w:t xml:space="preserve">по дисциплине </w:t>
      </w:r>
      <w:r w:rsidRPr="007C20F5">
        <w:rPr>
          <w:rFonts w:eastAsia="Calibri" w:cs="Times New Roman"/>
          <w:b/>
          <w:szCs w:val="24"/>
          <w:lang w:val="ru-RU" w:eastAsia="ru-RU"/>
        </w:rPr>
        <w:t>Б1.О.07.02  Физическая культура и спорт</w:t>
      </w:r>
    </w:p>
    <w:p w14:paraId="32173260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3EF45BC6" w14:textId="77777777" w:rsidR="0049455B" w:rsidRPr="007C20F5" w:rsidRDefault="0049455B" w:rsidP="0049455B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bCs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8"/>
        <w:gridCol w:w="4967"/>
      </w:tblGrid>
      <w:tr w:rsidR="0049455B" w:rsidRPr="007C20F5" w14:paraId="5C817792" w14:textId="77777777" w:rsidTr="001D15A8">
        <w:trPr>
          <w:trHeight w:val="284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9F0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E98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49455B" w:rsidRPr="007C20F5" w14:paraId="360DB708" w14:textId="77777777" w:rsidTr="001D15A8">
        <w:trPr>
          <w:trHeight w:val="268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F73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481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Знать способы контроля и оценки физического развития.</w:t>
            </w:r>
          </w:p>
          <w:p w14:paraId="6463299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Уметь эффективно планировать собственное время, придерживаться здорового образа жизни, самостоятельно поддерживать основные физические качества. </w:t>
            </w:r>
          </w:p>
          <w:p w14:paraId="4B3E74A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Владеть методами физического воспитания в укреплении здоровья и здоровье сберегающими технологиями. Выполнять контрольные тесты</w:t>
            </w:r>
          </w:p>
        </w:tc>
      </w:tr>
      <w:tr w:rsidR="0049455B" w:rsidRPr="007C20F5" w14:paraId="2130674B" w14:textId="77777777" w:rsidTr="001D15A8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869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не 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5E0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Не придерживается здорового образа жизни.</w:t>
            </w:r>
          </w:p>
          <w:p w14:paraId="54E2F07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7C20F5">
              <w:rPr>
                <w:rFonts w:eastAsia="Calibri" w:cs="Times New Roman"/>
                <w:szCs w:val="24"/>
                <w:lang w:val="ru-RU" w:eastAsia="ru-RU"/>
              </w:rPr>
              <w:t>Не владеет здоровье сберегающими технологиями. Не выполняет контрольные нормативы</w:t>
            </w:r>
          </w:p>
        </w:tc>
      </w:tr>
    </w:tbl>
    <w:p w14:paraId="58F75C18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2494F93C" w14:textId="77777777" w:rsidR="0049455B" w:rsidRPr="007C20F5" w:rsidRDefault="0049455B" w:rsidP="0049455B">
      <w:pPr>
        <w:rPr>
          <w:rFonts w:eastAsia="Calibri" w:cs="Times New Roman"/>
          <w:szCs w:val="24"/>
          <w:lang w:val="ru-RU" w:eastAsia="ru-RU"/>
        </w:rPr>
      </w:pPr>
    </w:p>
    <w:p w14:paraId="022A3796" w14:textId="77777777" w:rsidR="0049455B" w:rsidRPr="007C20F5" w:rsidRDefault="0049455B" w:rsidP="0049455B">
      <w:pPr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Составитель:</w:t>
      </w:r>
    </w:p>
    <w:p w14:paraId="28A31F3B" w14:textId="77777777" w:rsidR="0049455B" w:rsidRPr="007C20F5" w:rsidRDefault="0049455B" w:rsidP="0049455B">
      <w:pPr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 xml:space="preserve">Д.А. Галин, старший преподаватель кафедры </w:t>
      </w:r>
      <w:proofErr w:type="spellStart"/>
      <w:r w:rsidRPr="007C20F5">
        <w:rPr>
          <w:rFonts w:eastAsia="Calibri" w:cs="Times New Roman"/>
          <w:szCs w:val="24"/>
          <w:lang w:val="ru-RU" w:eastAsia="ru-RU"/>
        </w:rPr>
        <w:t>ЭБЖиФ</w:t>
      </w:r>
      <w:proofErr w:type="spellEnd"/>
      <w:r w:rsidRPr="007C20F5">
        <w:rPr>
          <w:rFonts w:eastAsia="Calibri" w:cs="Times New Roman"/>
          <w:szCs w:val="24"/>
          <w:lang w:val="ru-RU" w:eastAsia="ru-RU"/>
        </w:rPr>
        <w:t xml:space="preserve">    _____________</w:t>
      </w:r>
    </w:p>
    <w:p w14:paraId="14F1D495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  <w:r w:rsidRPr="007C20F5">
        <w:rPr>
          <w:rFonts w:eastAsia="Calibri" w:cs="Times New Roman"/>
          <w:szCs w:val="24"/>
          <w:lang w:val="ru-RU" w:eastAsia="ru-RU"/>
        </w:rPr>
        <w:t>«____»_________20___г.</w:t>
      </w:r>
    </w:p>
    <w:p w14:paraId="1C7520D0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54788661" w14:textId="77777777" w:rsidR="0049455B" w:rsidRPr="007C20F5" w:rsidRDefault="0049455B" w:rsidP="0049455B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EC827A2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FA53702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03C3AAB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1A37E05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8268618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8F31F5B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206E1B1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D0D11E6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9749327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83DF689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C27EEE3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30463E4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A78EB2E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BE33D40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7B16557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B899112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78F50E8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01FA74D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96218B4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35A822B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24057C1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973606E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A472338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61EEB38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B328EF2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DA2BE52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76C128D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8107EFD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BE4B2F6" w14:textId="77777777" w:rsidR="0049455B" w:rsidRPr="007C20F5" w:rsidRDefault="0049455B" w:rsidP="0049455B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Оценочные средства</w:t>
      </w:r>
    </w:p>
    <w:p w14:paraId="7FB2555D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для диагностического дисциплинарного тестирования</w:t>
      </w:r>
    </w:p>
    <w:p w14:paraId="7781D45B" w14:textId="77777777" w:rsidR="0049455B" w:rsidRPr="007C20F5" w:rsidRDefault="0049455B" w:rsidP="0049455B">
      <w:pPr>
        <w:spacing w:line="240" w:lineRule="auto"/>
        <w:ind w:right="57"/>
        <w:rPr>
          <w:rFonts w:eastAsia="Calibri" w:cs="Times New Roman"/>
          <w:bCs/>
          <w:color w:val="FF0000"/>
          <w:kern w:val="1"/>
          <w:sz w:val="20"/>
          <w:szCs w:val="20"/>
          <w:lang w:val="ru-RU" w:eastAsia="ru-RU"/>
        </w:rPr>
      </w:pPr>
    </w:p>
    <w:p w14:paraId="4ABCA5C3" w14:textId="77777777" w:rsidR="0049455B" w:rsidRPr="007C20F5" w:rsidRDefault="0049455B" w:rsidP="0049455B">
      <w:pPr>
        <w:spacing w:line="240" w:lineRule="auto"/>
        <w:ind w:right="57"/>
        <w:rPr>
          <w:rFonts w:eastAsia="Calibri" w:cs="Times New Roman,Bold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Cs/>
          <w:kern w:val="1"/>
          <w:sz w:val="20"/>
          <w:szCs w:val="20"/>
          <w:lang w:val="ru-RU" w:eastAsia="ru-RU"/>
        </w:rPr>
        <w:t>по дисциплине</w:t>
      </w: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Б1.О.07.02  Физическая</w:t>
      </w:r>
      <w:r w:rsidRPr="007C20F5">
        <w:rPr>
          <w:rFonts w:eastAsia="Calibri" w:cs="Times New Roman,Bold"/>
          <w:b/>
          <w:bCs/>
          <w:sz w:val="20"/>
          <w:szCs w:val="20"/>
          <w:lang w:val="ru-RU" w:eastAsia="ru-RU"/>
        </w:rPr>
        <w:t xml:space="preserve"> культура и спорт</w:t>
      </w:r>
    </w:p>
    <w:p w14:paraId="423009AC" w14:textId="77777777" w:rsidR="0049455B" w:rsidRPr="007C20F5" w:rsidRDefault="0049455B" w:rsidP="0049455B">
      <w:pPr>
        <w:spacing w:line="240" w:lineRule="auto"/>
        <w:ind w:right="57"/>
        <w:jc w:val="both"/>
        <w:rPr>
          <w:rFonts w:eastAsia="Calibri" w:cs="Times New Roman"/>
          <w:color w:val="0070C0"/>
          <w:sz w:val="20"/>
          <w:szCs w:val="20"/>
          <w:lang w:val="ru-RU" w:eastAsia="ru-RU"/>
        </w:rPr>
      </w:pPr>
    </w:p>
    <w:p w14:paraId="47EFF189" w14:textId="77777777" w:rsidR="0049455B" w:rsidRPr="007C20F5" w:rsidRDefault="0049455B" w:rsidP="0049455B">
      <w:pPr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  <w:r w:rsidRPr="007C20F5">
        <w:rPr>
          <w:rFonts w:eastAsia="Calibri" w:cs="Times New Roman"/>
          <w:sz w:val="20"/>
          <w:szCs w:val="20"/>
          <w:lang w:val="ru-RU" w:eastAsia="ru-RU"/>
        </w:rPr>
        <w:t xml:space="preserve">по компетенции  УК-7: Способен поддерживать должный уровень физической подготовленности для обеспечения полноценной социальной и профессиональной деятельности 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381"/>
        <w:gridCol w:w="7258"/>
      </w:tblGrid>
      <w:tr w:rsidR="0049455B" w:rsidRPr="006C220D" w14:paraId="2A059F46" w14:textId="77777777" w:rsidTr="001D15A8"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B11FDBE" w14:textId="77777777" w:rsidR="0049455B" w:rsidRPr="007C20F5" w:rsidRDefault="0049455B" w:rsidP="001D15A8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  <w:t xml:space="preserve">Код и содержание </w:t>
            </w:r>
            <w:r w:rsidRPr="007C20F5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индикаторов достижения</w:t>
            </w: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C404E38" w14:textId="77777777" w:rsidR="0049455B" w:rsidRPr="007C20F5" w:rsidRDefault="0049455B" w:rsidP="001D15A8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Планируемые результаты обучения по дисциплине</w:t>
            </w:r>
            <w:r w:rsidRPr="007C20F5">
              <w:rPr>
                <w:rFonts w:ascii="Times New Roman,Bold" w:eastAsia="Calibri" w:hAnsi="Times New Roman,Bold" w:cs="Times New Roman,Bold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49455B" w:rsidRPr="006C220D" w14:paraId="2F660870" w14:textId="77777777" w:rsidTr="001D15A8">
        <w:trPr>
          <w:trHeight w:val="3832"/>
        </w:trPr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34BC0D9B" w14:textId="77777777" w:rsidR="0049455B" w:rsidRPr="007C20F5" w:rsidRDefault="0049455B" w:rsidP="001D15A8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      </w:r>
          </w:p>
          <w:p w14:paraId="2D62D099" w14:textId="77777777" w:rsidR="0049455B" w:rsidRPr="007C20F5" w:rsidRDefault="0049455B" w:rsidP="001D15A8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2E93687" w14:textId="77777777" w:rsidR="0049455B" w:rsidRPr="007C20F5" w:rsidRDefault="0049455B" w:rsidP="001D15A8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07DDB4AF" w14:textId="77777777" w:rsidR="0049455B" w:rsidRPr="007C20F5" w:rsidRDefault="0049455B" w:rsidP="001D15A8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F6956AB" w14:textId="77777777" w:rsidR="0049455B" w:rsidRPr="007C20F5" w:rsidRDefault="0049455B" w:rsidP="001D15A8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672EC7B1" w14:textId="77777777" w:rsidR="0049455B" w:rsidRPr="007C20F5" w:rsidRDefault="0049455B" w:rsidP="001D15A8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color w:val="0070C0"/>
                <w:kern w:val="1"/>
                <w:sz w:val="20"/>
                <w:szCs w:val="20"/>
                <w:lang w:val="ru-RU" w:eastAsia="ru-RU"/>
              </w:rPr>
            </w:pP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08AFCEE2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Знать: </w:t>
            </w:r>
          </w:p>
          <w:p w14:paraId="5BA0780F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362ACDFD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232D2406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15CBCE1A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46AE7FB4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здоровьесберегающими технологиями.</w:t>
            </w:r>
          </w:p>
        </w:tc>
      </w:tr>
      <w:tr w:rsidR="0049455B" w:rsidRPr="006C220D" w14:paraId="68710AF9" w14:textId="77777777" w:rsidTr="001D15A8">
        <w:trPr>
          <w:trHeight w:val="3769"/>
        </w:trPr>
        <w:tc>
          <w:tcPr>
            <w:tcW w:w="238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5E87AD" w14:textId="77777777" w:rsidR="0049455B" w:rsidRPr="007C20F5" w:rsidRDefault="0049455B" w:rsidP="001D15A8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D87F3A1" w14:textId="77777777" w:rsidR="0049455B" w:rsidRPr="007C20F5" w:rsidRDefault="0049455B" w:rsidP="001D15A8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39A4406" w14:textId="77777777" w:rsidR="0049455B" w:rsidRPr="007C20F5" w:rsidRDefault="0049455B" w:rsidP="001D15A8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УК-7.2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деятельности.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308089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Знать: </w:t>
            </w:r>
          </w:p>
          <w:p w14:paraId="2FBFBFE4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6A31698A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04AAB990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249D8867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4A86AF02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здоровьесберегающими технологиями.</w:t>
            </w:r>
          </w:p>
          <w:p w14:paraId="2BF4C688" w14:textId="77777777" w:rsidR="0049455B" w:rsidRPr="007C20F5" w:rsidRDefault="0049455B" w:rsidP="001D15A8">
            <w:pPr>
              <w:spacing w:line="240" w:lineRule="auto"/>
              <w:ind w:right="57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53BEDBCE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</w:t>
      </w:r>
    </w:p>
    <w:p w14:paraId="5C035682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Распределение заданий по типам и уровням сложности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268"/>
        <w:gridCol w:w="4252"/>
        <w:gridCol w:w="1401"/>
      </w:tblGrid>
      <w:tr w:rsidR="0049455B" w:rsidRPr="007C20F5" w14:paraId="49DFDC66" w14:textId="77777777" w:rsidTr="001D15A8">
        <w:tc>
          <w:tcPr>
            <w:tcW w:w="1701" w:type="dxa"/>
            <w:vAlign w:val="center"/>
          </w:tcPr>
          <w:p w14:paraId="071AAFE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  <w:p w14:paraId="25DB730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компетенции</w:t>
            </w:r>
          </w:p>
        </w:tc>
        <w:tc>
          <w:tcPr>
            <w:tcW w:w="2268" w:type="dxa"/>
            <w:vAlign w:val="center"/>
          </w:tcPr>
          <w:p w14:paraId="6ED9D220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  <w:p w14:paraId="355F010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</w:t>
            </w:r>
          </w:p>
        </w:tc>
        <w:tc>
          <w:tcPr>
            <w:tcW w:w="4252" w:type="dxa"/>
            <w:vAlign w:val="center"/>
          </w:tcPr>
          <w:p w14:paraId="18B61BB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1401" w:type="dxa"/>
            <w:vAlign w:val="center"/>
          </w:tcPr>
          <w:p w14:paraId="1D52169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  <w:p w14:paraId="71399A4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заданий</w:t>
            </w:r>
          </w:p>
        </w:tc>
      </w:tr>
      <w:tr w:rsidR="0049455B" w:rsidRPr="007C20F5" w14:paraId="0ADFC1A9" w14:textId="77777777" w:rsidTr="001D15A8">
        <w:tc>
          <w:tcPr>
            <w:tcW w:w="9622" w:type="dxa"/>
            <w:gridSpan w:val="4"/>
          </w:tcPr>
          <w:p w14:paraId="2C1709C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Семестр 1</w:t>
            </w:r>
          </w:p>
        </w:tc>
      </w:tr>
      <w:tr w:rsidR="0049455B" w:rsidRPr="007C20F5" w14:paraId="3DA3821B" w14:textId="77777777" w:rsidTr="001D15A8">
        <w:tc>
          <w:tcPr>
            <w:tcW w:w="1701" w:type="dxa"/>
            <w:vMerge w:val="restart"/>
          </w:tcPr>
          <w:p w14:paraId="45152F1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58BD204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6A8C659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2721255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455B" w:rsidRPr="007C20F5" w14:paraId="125C0FE1" w14:textId="77777777" w:rsidTr="001D15A8">
        <w:tc>
          <w:tcPr>
            <w:tcW w:w="1701" w:type="dxa"/>
            <w:vMerge/>
          </w:tcPr>
          <w:p w14:paraId="44C3226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D0C503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2C6D422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7690215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49455B" w:rsidRPr="007C20F5" w14:paraId="36259A0C" w14:textId="77777777" w:rsidTr="001D15A8">
        <w:tc>
          <w:tcPr>
            <w:tcW w:w="1701" w:type="dxa"/>
            <w:vMerge/>
          </w:tcPr>
          <w:p w14:paraId="70D9D53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6FD5C52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76F9FE5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6F9EB22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2A40D8C3" w14:textId="77777777" w:rsidTr="001D15A8">
        <w:tc>
          <w:tcPr>
            <w:tcW w:w="1701" w:type="dxa"/>
            <w:vMerge/>
          </w:tcPr>
          <w:p w14:paraId="5B939F6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4956A1C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1B89696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019E201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455B" w:rsidRPr="007C20F5" w14:paraId="3FAC4268" w14:textId="77777777" w:rsidTr="001D15A8">
        <w:tc>
          <w:tcPr>
            <w:tcW w:w="1701" w:type="dxa"/>
            <w:vMerge w:val="restart"/>
          </w:tcPr>
          <w:p w14:paraId="14C8673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672D6F8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551D7B5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67122F4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455B" w:rsidRPr="007C20F5" w14:paraId="3967F8A8" w14:textId="77777777" w:rsidTr="001D15A8">
        <w:tc>
          <w:tcPr>
            <w:tcW w:w="1701" w:type="dxa"/>
            <w:vMerge/>
          </w:tcPr>
          <w:p w14:paraId="4E7C6F8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6CFE03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3FD98B1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17B943B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49455B" w:rsidRPr="007C20F5" w14:paraId="188048BE" w14:textId="77777777" w:rsidTr="001D15A8">
        <w:tc>
          <w:tcPr>
            <w:tcW w:w="1701" w:type="dxa"/>
            <w:vMerge/>
          </w:tcPr>
          <w:p w14:paraId="64BB26D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7ACCD4F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1F13456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4159438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6DBD3A1C" w14:textId="77777777" w:rsidTr="001D15A8">
        <w:tc>
          <w:tcPr>
            <w:tcW w:w="1701" w:type="dxa"/>
            <w:vMerge/>
          </w:tcPr>
          <w:p w14:paraId="0C736B6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42ED1C9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1D6EF7E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4529C02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455B" w:rsidRPr="007C20F5" w14:paraId="6F364E5F" w14:textId="77777777" w:rsidTr="001D15A8">
        <w:tc>
          <w:tcPr>
            <w:tcW w:w="8221" w:type="dxa"/>
            <w:gridSpan w:val="3"/>
          </w:tcPr>
          <w:p w14:paraId="0F6B28E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7C20F5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14:paraId="1D0BF80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  <w:tr w:rsidR="0049455B" w:rsidRPr="007C20F5" w14:paraId="1AD500BB" w14:textId="77777777" w:rsidTr="001D15A8">
        <w:tc>
          <w:tcPr>
            <w:tcW w:w="9622" w:type="dxa"/>
            <w:gridSpan w:val="4"/>
          </w:tcPr>
          <w:p w14:paraId="1169971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 2</w:t>
            </w:r>
          </w:p>
        </w:tc>
      </w:tr>
      <w:tr w:rsidR="0049455B" w:rsidRPr="007C20F5" w14:paraId="4CCA41DF" w14:textId="77777777" w:rsidTr="001D15A8">
        <w:tc>
          <w:tcPr>
            <w:tcW w:w="1701" w:type="dxa"/>
            <w:vMerge w:val="restart"/>
          </w:tcPr>
          <w:p w14:paraId="7889B71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5641A6D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2FA9D2C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21080C3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455B" w:rsidRPr="007C20F5" w14:paraId="2A2EDEF3" w14:textId="77777777" w:rsidTr="001D15A8">
        <w:tc>
          <w:tcPr>
            <w:tcW w:w="1701" w:type="dxa"/>
            <w:vMerge/>
          </w:tcPr>
          <w:p w14:paraId="064DED5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696061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74741C4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256EE40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49455B" w:rsidRPr="007C20F5" w14:paraId="4F0A0413" w14:textId="77777777" w:rsidTr="001D15A8">
        <w:tc>
          <w:tcPr>
            <w:tcW w:w="1701" w:type="dxa"/>
            <w:vMerge/>
          </w:tcPr>
          <w:p w14:paraId="632BD42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2377187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2AF2527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2D5272C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76CA6E2D" w14:textId="77777777" w:rsidTr="001D15A8">
        <w:tc>
          <w:tcPr>
            <w:tcW w:w="1701" w:type="dxa"/>
            <w:vMerge/>
          </w:tcPr>
          <w:p w14:paraId="4E4B273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342B57E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7DD8B96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7E4D4E8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455B" w:rsidRPr="007C20F5" w14:paraId="005B87C4" w14:textId="77777777" w:rsidTr="001D15A8">
        <w:tc>
          <w:tcPr>
            <w:tcW w:w="1701" w:type="dxa"/>
            <w:vMerge w:val="restart"/>
          </w:tcPr>
          <w:p w14:paraId="4EF1AC2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2866657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7B4EF4B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1F0E3D8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455B" w:rsidRPr="007C20F5" w14:paraId="338F5411" w14:textId="77777777" w:rsidTr="001D15A8">
        <w:tc>
          <w:tcPr>
            <w:tcW w:w="1701" w:type="dxa"/>
            <w:vMerge/>
          </w:tcPr>
          <w:p w14:paraId="5274194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AF9D58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6D80F75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079D2B3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49455B" w:rsidRPr="007C20F5" w14:paraId="79E9F6BA" w14:textId="77777777" w:rsidTr="001D15A8">
        <w:tc>
          <w:tcPr>
            <w:tcW w:w="1701" w:type="dxa"/>
            <w:vMerge/>
          </w:tcPr>
          <w:p w14:paraId="1C98D26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2DCCF5D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2B00F27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5E623DC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48BEAF14" w14:textId="77777777" w:rsidTr="001D15A8">
        <w:tc>
          <w:tcPr>
            <w:tcW w:w="1701" w:type="dxa"/>
            <w:vMerge/>
          </w:tcPr>
          <w:p w14:paraId="1FAB372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0670B21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2C6BB4D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3B04F88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455B" w:rsidRPr="007C20F5" w14:paraId="11BDA793" w14:textId="77777777" w:rsidTr="001D15A8">
        <w:tc>
          <w:tcPr>
            <w:tcW w:w="8221" w:type="dxa"/>
            <w:gridSpan w:val="3"/>
          </w:tcPr>
          <w:p w14:paraId="564F64E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7C20F5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14:paraId="3EDF25E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</w:tbl>
    <w:p w14:paraId="33D25CAA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839AA52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0" w:name="_Hlk185619227"/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4747C6FB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49455B" w:rsidRPr="007C20F5" w14:paraId="709AE278" w14:textId="77777777" w:rsidTr="001D15A8">
        <w:tc>
          <w:tcPr>
            <w:tcW w:w="2334" w:type="dxa"/>
          </w:tcPr>
          <w:p w14:paraId="27A9780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2B6F880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70C15CD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4512783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455B" w:rsidRPr="007C20F5" w14:paraId="5A2E4383" w14:textId="77777777" w:rsidTr="001D15A8">
        <w:tc>
          <w:tcPr>
            <w:tcW w:w="3686" w:type="dxa"/>
            <w:gridSpan w:val="2"/>
          </w:tcPr>
          <w:p w14:paraId="00EF058A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6CB440F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49455B" w:rsidRPr="006C220D" w14:paraId="704B9E10" w14:textId="77777777" w:rsidTr="001D15A8">
        <w:tc>
          <w:tcPr>
            <w:tcW w:w="3686" w:type="dxa"/>
            <w:gridSpan w:val="2"/>
          </w:tcPr>
          <w:p w14:paraId="3BE0EBE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3EC6EBA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49455B" w:rsidRPr="007C20F5" w14:paraId="039C6909" w14:textId="77777777" w:rsidTr="001D15A8">
        <w:tc>
          <w:tcPr>
            <w:tcW w:w="3686" w:type="dxa"/>
            <w:gridSpan w:val="2"/>
          </w:tcPr>
          <w:p w14:paraId="1FFBCCB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19E865F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49455B" w:rsidRPr="006C220D" w14:paraId="40612AA5" w14:textId="77777777" w:rsidTr="001D15A8">
        <w:tc>
          <w:tcPr>
            <w:tcW w:w="9639" w:type="dxa"/>
            <w:gridSpan w:val="4"/>
          </w:tcPr>
          <w:p w14:paraId="22762981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родиной Олимпийских игр?</w:t>
            </w:r>
          </w:p>
          <w:p w14:paraId="2A230C49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Древний Рим</w:t>
            </w:r>
          </w:p>
          <w:p w14:paraId="1D9B1EDE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</w:t>
            </w: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Греция</w:t>
            </w:r>
          </w:p>
          <w:p w14:paraId="62FBF606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Китай</w:t>
            </w:r>
          </w:p>
          <w:p w14:paraId="771A3A0A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4431871F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Слово «стадион» произошло от …</w:t>
            </w:r>
          </w:p>
          <w:p w14:paraId="3B1982E9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</w:t>
            </w: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Греческой меры длины «стадий», равной 192,27м.</w:t>
            </w:r>
          </w:p>
          <w:p w14:paraId="5CBFE588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Места, где проходили соревнования по пентатлону</w:t>
            </w:r>
          </w:p>
          <w:p w14:paraId="48D577C9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Названия здания, где тренировались атлеты</w:t>
            </w:r>
          </w:p>
        </w:tc>
      </w:tr>
      <w:tr w:rsidR="0049455B" w:rsidRPr="007C20F5" w14:paraId="014095F6" w14:textId="77777777" w:rsidTr="001D15A8">
        <w:tc>
          <w:tcPr>
            <w:tcW w:w="3686" w:type="dxa"/>
            <w:gridSpan w:val="2"/>
          </w:tcPr>
          <w:p w14:paraId="6AADC080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26BED00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49455B" w:rsidRPr="006C220D" w14:paraId="0DC7913D" w14:textId="77777777" w:rsidTr="001D15A8">
        <w:tc>
          <w:tcPr>
            <w:tcW w:w="3686" w:type="dxa"/>
            <w:gridSpan w:val="2"/>
          </w:tcPr>
          <w:p w14:paraId="25C5AEE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BD4623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49455B" w:rsidRPr="006C220D" w14:paraId="6F7A1FB5" w14:textId="77777777" w:rsidTr="001D15A8">
        <w:tc>
          <w:tcPr>
            <w:tcW w:w="3686" w:type="dxa"/>
            <w:gridSpan w:val="2"/>
          </w:tcPr>
          <w:p w14:paraId="3C1B790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050016D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49455B" w:rsidRPr="007C20F5" w14:paraId="27732D68" w14:textId="77777777" w:rsidTr="001D15A8">
        <w:tc>
          <w:tcPr>
            <w:tcW w:w="9639" w:type="dxa"/>
            <w:gridSpan w:val="4"/>
            <w:tcBorders>
              <w:bottom w:val="nil"/>
            </w:tcBorders>
          </w:tcPr>
          <w:p w14:paraId="3B1F538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3BD3FD6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места проведения последних четырех летних ОИ:</w:t>
            </w:r>
          </w:p>
          <w:p w14:paraId="4EACCAA1" w14:textId="77777777" w:rsidR="0049455B" w:rsidRPr="007C20F5" w:rsidRDefault="0049455B" w:rsidP="001D15A8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Франция</w:t>
            </w:r>
          </w:p>
          <w:p w14:paraId="55E67281" w14:textId="77777777" w:rsidR="0049455B" w:rsidRPr="007C20F5" w:rsidRDefault="0049455B" w:rsidP="001D15A8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Бразилия</w:t>
            </w:r>
          </w:p>
          <w:p w14:paraId="04C3ADE9" w14:textId="77777777" w:rsidR="0049455B" w:rsidRPr="007C20F5" w:rsidRDefault="0049455B" w:rsidP="001D15A8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Япония</w:t>
            </w:r>
          </w:p>
          <w:p w14:paraId="61F37E76" w14:textId="77777777" w:rsidR="0049455B" w:rsidRPr="007C20F5" w:rsidRDefault="0049455B" w:rsidP="001D15A8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Великобритания</w:t>
            </w:r>
          </w:p>
          <w:p w14:paraId="55476542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F04808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4.Установите последовательность места проведения последних четырех зимних ОИ:</w:t>
            </w:r>
          </w:p>
          <w:p w14:paraId="5AC27B1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1F87A2A" w14:textId="77777777" w:rsidR="0049455B" w:rsidRPr="007C20F5" w:rsidRDefault="0049455B" w:rsidP="001D15A8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Китай</w:t>
            </w:r>
          </w:p>
          <w:p w14:paraId="64739D88" w14:textId="77777777" w:rsidR="0049455B" w:rsidRPr="007C20F5" w:rsidRDefault="0049455B" w:rsidP="001D15A8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Канада</w:t>
            </w:r>
          </w:p>
          <w:p w14:paraId="426F6969" w14:textId="77777777" w:rsidR="0049455B" w:rsidRPr="007C20F5" w:rsidRDefault="0049455B" w:rsidP="001D15A8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Россия</w:t>
            </w:r>
          </w:p>
          <w:p w14:paraId="472BB66A" w14:textId="77777777" w:rsidR="0049455B" w:rsidRPr="007C20F5" w:rsidRDefault="0049455B" w:rsidP="001D15A8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Республика Корея </w:t>
            </w:r>
          </w:p>
          <w:p w14:paraId="7301CF1B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3C7008ED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8A1A62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соответствие размеров:</w:t>
            </w:r>
          </w:p>
        </w:tc>
      </w:tr>
      <w:tr w:rsidR="0049455B" w:rsidRPr="007C20F5" w14:paraId="4F91923A" w14:textId="77777777" w:rsidTr="001D15A8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31132F03" w14:textId="77777777" w:rsidR="0049455B" w:rsidRPr="007C20F5" w:rsidRDefault="0049455B" w:rsidP="001D15A8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Баскетбольная площадка</w:t>
            </w:r>
          </w:p>
          <w:p w14:paraId="47FF416F" w14:textId="77777777" w:rsidR="0049455B" w:rsidRPr="007C20F5" w:rsidRDefault="0049455B" w:rsidP="001D15A8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Волейбольная площадка</w:t>
            </w:r>
          </w:p>
          <w:p w14:paraId="267E13C5" w14:textId="77777777" w:rsidR="0049455B" w:rsidRPr="007C20F5" w:rsidRDefault="0049455B" w:rsidP="001D15A8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Мини -футбольная площадка</w:t>
            </w:r>
          </w:p>
          <w:p w14:paraId="4DC93B3E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3BF288B9" w14:textId="77777777" w:rsidR="0049455B" w:rsidRPr="007C20F5" w:rsidRDefault="0049455B" w:rsidP="001D15A8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28Х15</w:t>
            </w:r>
          </w:p>
          <w:p w14:paraId="6273FAD2" w14:textId="77777777" w:rsidR="0049455B" w:rsidRPr="007C20F5" w:rsidRDefault="0049455B" w:rsidP="001D15A8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18х9 </w:t>
            </w:r>
          </w:p>
          <w:p w14:paraId="166A2D6C" w14:textId="77777777" w:rsidR="0049455B" w:rsidRPr="007C20F5" w:rsidRDefault="0049455B" w:rsidP="001D15A8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38х25</w:t>
            </w:r>
          </w:p>
          <w:p w14:paraId="025D47A1" w14:textId="77777777" w:rsidR="0049455B" w:rsidRPr="007C20F5" w:rsidRDefault="0049455B" w:rsidP="001D15A8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33х17</w:t>
            </w:r>
          </w:p>
        </w:tc>
      </w:tr>
      <w:tr w:rsidR="0049455B" w:rsidRPr="007C20F5" w14:paraId="040D7D67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EA3916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49455B" w:rsidRPr="007C20F5" w14:paraId="7B9847EF" w14:textId="77777777" w:rsidTr="001D15A8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14908441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 xml:space="preserve">1.Физическая культура </w:t>
            </w:r>
          </w:p>
          <w:p w14:paraId="072E6F0F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2.Физическое воспитание </w:t>
            </w:r>
          </w:p>
          <w:p w14:paraId="1B6743D4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3.Физическое упражнение</w:t>
            </w:r>
          </w:p>
          <w:p w14:paraId="63A1EA64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55A9D804" w14:textId="77777777" w:rsidR="0049455B" w:rsidRPr="007C20F5" w:rsidRDefault="0049455B" w:rsidP="001D15A8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Часть человеческой культуры.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</w:t>
            </w:r>
          </w:p>
          <w:p w14:paraId="6FD0FB8D" w14:textId="77777777" w:rsidR="0049455B" w:rsidRPr="007C20F5" w:rsidRDefault="0049455B" w:rsidP="001D15A8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Способ освоения ценностей, накопленных в сфере физической</w:t>
            </w:r>
          </w:p>
          <w:p w14:paraId="3F4F31DB" w14:textId="77777777" w:rsidR="0049455B" w:rsidRPr="007C20F5" w:rsidRDefault="0049455B" w:rsidP="001D15A8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это элементарные движения, составленные из них двигательные действия и их комплексы, систематизированные в целях физического развития</w:t>
            </w:r>
          </w:p>
          <w:p w14:paraId="5C386C1C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 Часть общественной деятельности</w:t>
            </w:r>
          </w:p>
        </w:tc>
      </w:tr>
      <w:tr w:rsidR="0049455B" w:rsidRPr="006C220D" w14:paraId="2885E46A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C0C8CE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соответствие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спортсменом и видом спорта:</w:t>
            </w:r>
          </w:p>
        </w:tc>
      </w:tr>
      <w:tr w:rsidR="0049455B" w:rsidRPr="007C20F5" w14:paraId="0565C005" w14:textId="77777777" w:rsidTr="001D15A8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33988B54" w14:textId="77777777" w:rsidR="0049455B" w:rsidRPr="007C20F5" w:rsidRDefault="0049455B" w:rsidP="001D15A8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Александр Овечкин</w:t>
            </w:r>
          </w:p>
          <w:p w14:paraId="7E25E0AA" w14:textId="77777777" w:rsidR="0049455B" w:rsidRPr="007C20F5" w:rsidRDefault="0049455B" w:rsidP="001D15A8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Лионель Месси</w:t>
            </w:r>
          </w:p>
          <w:p w14:paraId="0E28E115" w14:textId="77777777" w:rsidR="0049455B" w:rsidRPr="007C20F5" w:rsidRDefault="0049455B" w:rsidP="001D15A8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Рафаэль Надаль</w:t>
            </w:r>
          </w:p>
          <w:p w14:paraId="514F97E7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75835860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4AE24473" w14:textId="77777777" w:rsidR="0049455B" w:rsidRPr="007C20F5" w:rsidRDefault="0049455B" w:rsidP="001D15A8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Баскетбол </w:t>
            </w:r>
          </w:p>
          <w:p w14:paraId="6568C711" w14:textId="77777777" w:rsidR="0049455B" w:rsidRPr="007C20F5" w:rsidRDefault="0049455B" w:rsidP="001D15A8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Футбол </w:t>
            </w:r>
          </w:p>
          <w:p w14:paraId="7FA9C877" w14:textId="77777777" w:rsidR="0049455B" w:rsidRPr="007C20F5" w:rsidRDefault="0049455B" w:rsidP="001D15A8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Хоккей</w:t>
            </w:r>
          </w:p>
          <w:p w14:paraId="2F7C6FA6" w14:textId="77777777" w:rsidR="0049455B" w:rsidRPr="007C20F5" w:rsidRDefault="0049455B" w:rsidP="001D15A8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Теннис</w:t>
            </w:r>
          </w:p>
          <w:p w14:paraId="53D3F4DE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455B" w:rsidRPr="006C220D" w14:paraId="087FE3A1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2B842B5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основными физическими качествами и видами спорта:</w:t>
            </w:r>
          </w:p>
        </w:tc>
      </w:tr>
      <w:tr w:rsidR="0049455B" w:rsidRPr="007C20F5" w14:paraId="56442032" w14:textId="77777777" w:rsidTr="001D15A8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2D4C595A" w14:textId="77777777" w:rsidR="0049455B" w:rsidRPr="007C20F5" w:rsidRDefault="0049455B" w:rsidP="001D15A8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Выносливость</w:t>
            </w:r>
          </w:p>
          <w:p w14:paraId="650C9E92" w14:textId="77777777" w:rsidR="0049455B" w:rsidRPr="007C20F5" w:rsidRDefault="0049455B" w:rsidP="001D15A8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Сила</w:t>
            </w:r>
          </w:p>
          <w:p w14:paraId="302C2ED1" w14:textId="77777777" w:rsidR="0049455B" w:rsidRPr="007C20F5" w:rsidRDefault="0049455B" w:rsidP="001D15A8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Гибкость</w:t>
            </w:r>
          </w:p>
          <w:p w14:paraId="2A0CD15B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48C86A32" w14:textId="77777777" w:rsidR="0049455B" w:rsidRPr="007C20F5" w:rsidRDefault="0049455B" w:rsidP="001D15A8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Плавание</w:t>
            </w:r>
          </w:p>
          <w:p w14:paraId="4B9EEDB5" w14:textId="77777777" w:rsidR="0049455B" w:rsidRPr="007C20F5" w:rsidRDefault="0049455B" w:rsidP="001D15A8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Художественная гимнастика</w:t>
            </w:r>
          </w:p>
          <w:p w14:paraId="2B122806" w14:textId="77777777" w:rsidR="0049455B" w:rsidRPr="007C20F5" w:rsidRDefault="0049455B" w:rsidP="001D15A8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Тяжелая атлетика </w:t>
            </w:r>
          </w:p>
          <w:p w14:paraId="72963DE7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Г. Спринтерский бег</w:t>
            </w:r>
          </w:p>
          <w:p w14:paraId="08D1AAF3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6E97F2A2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49455B" w:rsidRPr="007C20F5" w14:paraId="5D2B1535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E93F50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:</w:t>
            </w:r>
          </w:p>
        </w:tc>
      </w:tr>
      <w:tr w:rsidR="0049455B" w:rsidRPr="007C20F5" w14:paraId="3D83DF3B" w14:textId="77777777" w:rsidTr="001D15A8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8D97708" w14:textId="77777777" w:rsidR="0049455B" w:rsidRPr="007C20F5" w:rsidRDefault="0049455B" w:rsidP="001D15A8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Рабочая фаза</w:t>
            </w:r>
          </w:p>
          <w:p w14:paraId="29B85383" w14:textId="77777777" w:rsidR="0049455B" w:rsidRPr="007C20F5" w:rsidRDefault="0049455B" w:rsidP="001D15A8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Подготовительная фаза</w:t>
            </w:r>
          </w:p>
          <w:p w14:paraId="1F6887C2" w14:textId="77777777" w:rsidR="0049455B" w:rsidRPr="007C20F5" w:rsidRDefault="0049455B" w:rsidP="001D15A8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Завершающая фаза</w:t>
            </w:r>
          </w:p>
          <w:p w14:paraId="082CD5AD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3B0E0A2A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24A8CF91" w14:textId="77777777" w:rsidR="0049455B" w:rsidRPr="007C20F5" w:rsidRDefault="0049455B" w:rsidP="001D15A8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принятие исходного положения для следующего движения</w:t>
            </w:r>
          </w:p>
          <w:p w14:paraId="7B2FAD23" w14:textId="77777777" w:rsidR="0049455B" w:rsidRPr="007C20F5" w:rsidRDefault="0049455B" w:rsidP="001D15A8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ударное движение и проводка</w:t>
            </w:r>
          </w:p>
          <w:p w14:paraId="6F121225" w14:textId="77777777" w:rsidR="0049455B" w:rsidRPr="007C20F5" w:rsidRDefault="0049455B" w:rsidP="001D15A8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замах ударной и постановка опорной ноги.</w:t>
            </w:r>
          </w:p>
          <w:p w14:paraId="234F0E27" w14:textId="77777777" w:rsidR="0049455B" w:rsidRPr="007C20F5" w:rsidRDefault="0049455B" w:rsidP="001D15A8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Разбег</w:t>
            </w:r>
          </w:p>
          <w:p w14:paraId="2ADEB99F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49455B" w:rsidRPr="007C20F5" w14:paraId="7B4CDF7B" w14:textId="77777777" w:rsidTr="001D15A8">
        <w:tc>
          <w:tcPr>
            <w:tcW w:w="3686" w:type="dxa"/>
            <w:gridSpan w:val="2"/>
          </w:tcPr>
          <w:p w14:paraId="0717A571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31328CB6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49455B" w:rsidRPr="007C20F5" w14:paraId="25334214" w14:textId="77777777" w:rsidTr="001D15A8">
        <w:tc>
          <w:tcPr>
            <w:tcW w:w="3686" w:type="dxa"/>
            <w:gridSpan w:val="2"/>
          </w:tcPr>
          <w:p w14:paraId="4F2668D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0F9012F0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49455B" w:rsidRPr="007C20F5" w14:paraId="3FCC2737" w14:textId="77777777" w:rsidTr="001D15A8">
        <w:tc>
          <w:tcPr>
            <w:tcW w:w="3686" w:type="dxa"/>
            <w:gridSpan w:val="2"/>
          </w:tcPr>
          <w:p w14:paraId="3A7AB84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10FC72C8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49455B" w:rsidRPr="006C220D" w14:paraId="7D7D56A3" w14:textId="77777777" w:rsidTr="001D15A8">
        <w:tc>
          <w:tcPr>
            <w:tcW w:w="9639" w:type="dxa"/>
            <w:gridSpan w:val="4"/>
          </w:tcPr>
          <w:p w14:paraId="16094A8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10.Основателем современного ……….  движения является Пьер де Кубертен.</w:t>
            </w:r>
          </w:p>
        </w:tc>
      </w:tr>
    </w:tbl>
    <w:p w14:paraId="4C71A87F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F59DE96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49455B" w:rsidRPr="007C20F5" w14:paraId="6D787EBC" w14:textId="77777777" w:rsidTr="001D15A8">
        <w:tc>
          <w:tcPr>
            <w:tcW w:w="2694" w:type="dxa"/>
            <w:vAlign w:val="center"/>
          </w:tcPr>
          <w:p w14:paraId="75BD0126" w14:textId="77777777" w:rsidR="0049455B" w:rsidRPr="007C20F5" w:rsidRDefault="0049455B" w:rsidP="001D15A8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6EE1F4C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49455B" w:rsidRPr="007C20F5" w14:paraId="0DDB8426" w14:textId="77777777" w:rsidTr="001D15A8">
        <w:tc>
          <w:tcPr>
            <w:tcW w:w="2694" w:type="dxa"/>
          </w:tcPr>
          <w:p w14:paraId="42A2E9A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7EEAB98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49455B" w:rsidRPr="007C20F5" w14:paraId="32CA75EA" w14:textId="77777777" w:rsidTr="001D15A8">
        <w:tc>
          <w:tcPr>
            <w:tcW w:w="2694" w:type="dxa"/>
          </w:tcPr>
          <w:p w14:paraId="39696A1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1C16D3D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49455B" w:rsidRPr="007C20F5" w14:paraId="31DF07B4" w14:textId="77777777" w:rsidTr="001D15A8">
        <w:tc>
          <w:tcPr>
            <w:tcW w:w="2694" w:type="dxa"/>
          </w:tcPr>
          <w:p w14:paraId="1C1A676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3BFE9D2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4231</w:t>
            </w:r>
          </w:p>
        </w:tc>
      </w:tr>
      <w:tr w:rsidR="0049455B" w:rsidRPr="007C20F5" w14:paraId="7FF1BD6A" w14:textId="77777777" w:rsidTr="001D15A8">
        <w:tc>
          <w:tcPr>
            <w:tcW w:w="2694" w:type="dxa"/>
          </w:tcPr>
          <w:p w14:paraId="543762E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6BD9071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2341</w:t>
            </w:r>
          </w:p>
        </w:tc>
      </w:tr>
      <w:tr w:rsidR="0049455B" w:rsidRPr="007C20F5" w14:paraId="7BF903A8" w14:textId="77777777" w:rsidTr="001D15A8">
        <w:tc>
          <w:tcPr>
            <w:tcW w:w="2694" w:type="dxa"/>
          </w:tcPr>
          <w:p w14:paraId="77FC976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304902B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1-в 2-б 3-г</w:t>
            </w:r>
          </w:p>
        </w:tc>
      </w:tr>
      <w:tr w:rsidR="0049455B" w:rsidRPr="007C20F5" w14:paraId="3CBAA137" w14:textId="77777777" w:rsidTr="001D15A8">
        <w:tc>
          <w:tcPr>
            <w:tcW w:w="2694" w:type="dxa"/>
          </w:tcPr>
          <w:p w14:paraId="1B0E4F8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0F0E901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1-а 2-б 3-в</w:t>
            </w:r>
          </w:p>
        </w:tc>
      </w:tr>
      <w:tr w:rsidR="0049455B" w:rsidRPr="007C20F5" w14:paraId="4208562A" w14:textId="77777777" w:rsidTr="001D15A8">
        <w:tc>
          <w:tcPr>
            <w:tcW w:w="2694" w:type="dxa"/>
          </w:tcPr>
          <w:p w14:paraId="5EC7932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2965D0C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1-в 2-б 3-г </w:t>
            </w:r>
          </w:p>
        </w:tc>
      </w:tr>
      <w:tr w:rsidR="0049455B" w:rsidRPr="007C20F5" w14:paraId="6D5D3379" w14:textId="77777777" w:rsidTr="001D15A8">
        <w:tc>
          <w:tcPr>
            <w:tcW w:w="2694" w:type="dxa"/>
          </w:tcPr>
          <w:p w14:paraId="54DE4F3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6F92CA0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1-а 2-в 3-б</w:t>
            </w:r>
          </w:p>
        </w:tc>
      </w:tr>
      <w:tr w:rsidR="0049455B" w:rsidRPr="007C20F5" w14:paraId="0229ACD1" w14:textId="77777777" w:rsidTr="001D15A8">
        <w:tc>
          <w:tcPr>
            <w:tcW w:w="2694" w:type="dxa"/>
          </w:tcPr>
          <w:p w14:paraId="2B8CAD5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4EE3546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1-б 2- в 3-а</w:t>
            </w:r>
          </w:p>
        </w:tc>
      </w:tr>
      <w:tr w:rsidR="0049455B" w:rsidRPr="007C20F5" w14:paraId="3AAC3D18" w14:textId="77777777" w:rsidTr="001D15A8">
        <w:tc>
          <w:tcPr>
            <w:tcW w:w="2694" w:type="dxa"/>
          </w:tcPr>
          <w:p w14:paraId="13D786A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4E55550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Олимпийского</w:t>
            </w:r>
          </w:p>
        </w:tc>
      </w:tr>
      <w:bookmarkEnd w:id="0"/>
    </w:tbl>
    <w:p w14:paraId="7CB0A119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F21450E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bCs/>
          <w:color w:val="0070C0"/>
          <w:sz w:val="20"/>
          <w:szCs w:val="20"/>
          <w:lang w:val="ru-RU" w:eastAsia="ru-RU"/>
        </w:rPr>
      </w:pPr>
    </w:p>
    <w:p w14:paraId="5A62DF0F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1" w:name="_Hlk185633395"/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1E142C66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49455B" w:rsidRPr="007C20F5" w14:paraId="4CF18E44" w14:textId="77777777" w:rsidTr="001D15A8">
        <w:tc>
          <w:tcPr>
            <w:tcW w:w="2334" w:type="dxa"/>
          </w:tcPr>
          <w:p w14:paraId="06F818C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76DA537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304" w:type="dxa"/>
          </w:tcPr>
          <w:p w14:paraId="30C0F4A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75760D8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455B" w:rsidRPr="007C20F5" w14:paraId="757BA8A5" w14:textId="77777777" w:rsidTr="001D15A8">
        <w:tc>
          <w:tcPr>
            <w:tcW w:w="3686" w:type="dxa"/>
            <w:gridSpan w:val="2"/>
          </w:tcPr>
          <w:p w14:paraId="69EBB6B8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12CD9FE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49455B" w:rsidRPr="006C220D" w14:paraId="161D05FF" w14:textId="77777777" w:rsidTr="001D15A8">
        <w:tc>
          <w:tcPr>
            <w:tcW w:w="3686" w:type="dxa"/>
            <w:gridSpan w:val="2"/>
          </w:tcPr>
          <w:p w14:paraId="2401B25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7023526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49455B" w:rsidRPr="007C20F5" w14:paraId="07F98BEF" w14:textId="77777777" w:rsidTr="001D15A8">
        <w:tc>
          <w:tcPr>
            <w:tcW w:w="3686" w:type="dxa"/>
            <w:gridSpan w:val="2"/>
          </w:tcPr>
          <w:p w14:paraId="727BD3B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1374EEC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49455B" w:rsidRPr="007C20F5" w14:paraId="20693223" w14:textId="77777777" w:rsidTr="001D15A8">
        <w:tc>
          <w:tcPr>
            <w:tcW w:w="9639" w:type="dxa"/>
            <w:gridSpan w:val="4"/>
          </w:tcPr>
          <w:p w14:paraId="0B7A0D6B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 родиной футбола?</w:t>
            </w:r>
          </w:p>
          <w:p w14:paraId="6461812F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А. Англия</w:t>
            </w:r>
          </w:p>
          <w:p w14:paraId="0BA5D493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73D8BF7A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Бразилия</w:t>
            </w:r>
          </w:p>
          <w:p w14:paraId="5D368E60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1100D7D0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Страной происхождения «волейбола» считается:</w:t>
            </w:r>
          </w:p>
          <w:p w14:paraId="6863FF5B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Англия.</w:t>
            </w:r>
          </w:p>
          <w:p w14:paraId="5F483A1F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Б. США.</w:t>
            </w:r>
          </w:p>
          <w:p w14:paraId="70EA9EF6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Россия</w:t>
            </w:r>
          </w:p>
          <w:p w14:paraId="73E12C30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26387603" w14:textId="77777777" w:rsidTr="001D15A8">
        <w:tc>
          <w:tcPr>
            <w:tcW w:w="3686" w:type="dxa"/>
            <w:gridSpan w:val="2"/>
          </w:tcPr>
          <w:p w14:paraId="7EB53690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5953" w:type="dxa"/>
            <w:gridSpan w:val="2"/>
          </w:tcPr>
          <w:p w14:paraId="08FB27F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49455B" w:rsidRPr="006C220D" w14:paraId="593DA9D7" w14:textId="77777777" w:rsidTr="001D15A8">
        <w:tc>
          <w:tcPr>
            <w:tcW w:w="3686" w:type="dxa"/>
            <w:gridSpan w:val="2"/>
          </w:tcPr>
          <w:p w14:paraId="5F1417A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0DCFF5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49455B" w:rsidRPr="006C220D" w14:paraId="1FA95063" w14:textId="77777777" w:rsidTr="001D15A8">
        <w:tc>
          <w:tcPr>
            <w:tcW w:w="3686" w:type="dxa"/>
            <w:gridSpan w:val="2"/>
          </w:tcPr>
          <w:p w14:paraId="2DA97E2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5A58E72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49455B" w:rsidRPr="007C20F5" w14:paraId="048B7E89" w14:textId="77777777" w:rsidTr="001D15A8">
        <w:tc>
          <w:tcPr>
            <w:tcW w:w="9639" w:type="dxa"/>
            <w:gridSpan w:val="4"/>
            <w:tcBorders>
              <w:bottom w:val="nil"/>
            </w:tcBorders>
          </w:tcPr>
          <w:p w14:paraId="3D7DB1C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1A1A8BB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выполнения фаз прыжка в длину с места:</w:t>
            </w:r>
          </w:p>
          <w:p w14:paraId="076DE211" w14:textId="77777777" w:rsidR="0049455B" w:rsidRPr="007C20F5" w:rsidRDefault="0049455B" w:rsidP="001D15A8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Полет</w:t>
            </w:r>
          </w:p>
          <w:p w14:paraId="1D8654B5" w14:textId="77777777" w:rsidR="0049455B" w:rsidRPr="007C20F5" w:rsidRDefault="0049455B" w:rsidP="001D15A8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Приземление</w:t>
            </w:r>
          </w:p>
          <w:p w14:paraId="456C75E0" w14:textId="77777777" w:rsidR="0049455B" w:rsidRPr="007C20F5" w:rsidRDefault="0049455B" w:rsidP="001D15A8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Отталкивание</w:t>
            </w:r>
          </w:p>
          <w:p w14:paraId="6CF2EF35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3ECFC67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4.Установите последовательность  частей занятия по физической культуре:</w:t>
            </w:r>
          </w:p>
          <w:p w14:paraId="43FE2AD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заминка</w:t>
            </w:r>
          </w:p>
          <w:p w14:paraId="08BE188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 основная</w:t>
            </w:r>
          </w:p>
          <w:p w14:paraId="7FBFC32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разминка</w:t>
            </w:r>
          </w:p>
          <w:p w14:paraId="7AAE1C95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76EF031B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68211B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соответствие веса мячей:</w:t>
            </w:r>
          </w:p>
        </w:tc>
      </w:tr>
      <w:tr w:rsidR="0049455B" w:rsidRPr="007C20F5" w14:paraId="5817764D" w14:textId="77777777" w:rsidTr="001D15A8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A570A6F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1.Баскетбольный</w:t>
            </w:r>
          </w:p>
          <w:p w14:paraId="08382642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2.Волейбольный</w:t>
            </w:r>
          </w:p>
          <w:p w14:paraId="6D2074F6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3.Футбольный</w:t>
            </w:r>
          </w:p>
          <w:p w14:paraId="1133EA0C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0FA67866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 260-</w:t>
            </w:r>
            <w:smartTag w:uri="urn:schemas-microsoft-com:office:smarttags" w:element="metricconverter">
              <w:smartTagPr>
                <w:attr w:name="ProductID" w:val="280 г"/>
              </w:smartTagPr>
              <w:r w:rsidRPr="007C20F5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280 г</w:t>
              </w:r>
            </w:smartTag>
          </w:p>
          <w:p w14:paraId="006590B7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</w:t>
            </w:r>
            <w:smartTag w:uri="urn:schemas-microsoft-com:office:smarttags" w:element="metricconverter">
              <w:smartTagPr>
                <w:attr w:name="ProductID" w:val="650 г"/>
              </w:smartTagPr>
              <w:r w:rsidRPr="007C20F5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650 г</w:t>
              </w:r>
            </w:smartTag>
          </w:p>
          <w:p w14:paraId="536D5DAC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50 г"/>
              </w:smartTagPr>
              <w:r w:rsidRPr="007C20F5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450 г</w:t>
              </w:r>
            </w:smartTag>
          </w:p>
          <w:p w14:paraId="25AF7B3C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г.10 кг</w:t>
            </w:r>
          </w:p>
        </w:tc>
      </w:tr>
      <w:tr w:rsidR="0049455B" w:rsidRPr="007C20F5" w14:paraId="195A6DB1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722491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49455B" w:rsidRPr="006C220D" w14:paraId="02C129FD" w14:textId="77777777" w:rsidTr="001D15A8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3D2EE895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1. спорт </w:t>
            </w:r>
          </w:p>
          <w:p w14:paraId="4B9D6855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2.кросс</w:t>
            </w:r>
          </w:p>
          <w:p w14:paraId="70B8544D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спринт</w:t>
            </w:r>
          </w:p>
          <w:p w14:paraId="6A86FC7D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5791449D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Составная часть физической культуры, система организации, подготовки и проведения соревнований по установленным правилам, позволяющим участвующим в них добиться высоких результатов.                    </w:t>
            </w:r>
          </w:p>
          <w:p w14:paraId="7B0228E0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Это относительно спокойный бег на длинные дистанции от 3 до </w:t>
            </w:r>
            <w:smartTag w:uri="urn:schemas-microsoft-com:office:smarttags" w:element="metricconverter">
              <w:smartTagPr>
                <w:attr w:name="ProductID" w:val="12 километров"/>
              </w:smartTagPr>
              <w:r w:rsidRPr="007C20F5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12 километров</w:t>
              </w:r>
            </w:smartTag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.</w:t>
            </w:r>
          </w:p>
          <w:p w14:paraId="1CE72485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 Бег на короткие дистанции</w:t>
            </w:r>
          </w:p>
          <w:p w14:paraId="6A70C1A1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Г. Прыжки в длину</w:t>
            </w:r>
          </w:p>
        </w:tc>
      </w:tr>
      <w:tr w:rsidR="0049455B" w:rsidRPr="006C220D" w14:paraId="5BD1E09A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477482F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 между спортсменом и видом спорта:</w:t>
            </w:r>
          </w:p>
        </w:tc>
      </w:tr>
      <w:tr w:rsidR="0049455B" w:rsidRPr="007C20F5" w14:paraId="2653067E" w14:textId="77777777" w:rsidTr="001D15A8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1DA269BC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1Майкал Джордан</w:t>
            </w:r>
          </w:p>
          <w:p w14:paraId="7ABF1973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2Роналду </w:t>
            </w:r>
          </w:p>
          <w:p w14:paraId="10404DE9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3Евгений Малкин</w:t>
            </w:r>
          </w:p>
          <w:p w14:paraId="0DF9A450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3D213B2C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3EE7E3F9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А Баскетбол </w:t>
            </w:r>
          </w:p>
          <w:p w14:paraId="61218AE4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Б Футбол </w:t>
            </w:r>
          </w:p>
          <w:p w14:paraId="5EDA38F3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В Хоккей</w:t>
            </w:r>
          </w:p>
          <w:p w14:paraId="74C7A03C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Г Теннис</w:t>
            </w:r>
          </w:p>
          <w:p w14:paraId="295B1576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455B" w:rsidRPr="006C220D" w14:paraId="04AF8461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5A2CD33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 между основными физическими качествами и видами спорта:</w:t>
            </w:r>
          </w:p>
        </w:tc>
      </w:tr>
      <w:tr w:rsidR="0049455B" w:rsidRPr="007C20F5" w14:paraId="7223BB8E" w14:textId="77777777" w:rsidTr="001D15A8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C7634D5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1.Выносливость</w:t>
            </w:r>
          </w:p>
          <w:p w14:paraId="3DD5C70A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2.Сила</w:t>
            </w:r>
          </w:p>
          <w:p w14:paraId="4D41A78B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3.Гибкость</w:t>
            </w:r>
          </w:p>
          <w:p w14:paraId="6AC56253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3159FA65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 Лыжные гонки</w:t>
            </w:r>
          </w:p>
          <w:p w14:paraId="63E7D26D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Спортивная гимнастика</w:t>
            </w:r>
          </w:p>
          <w:p w14:paraId="4F80825A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В. Гиревой спорт</w:t>
            </w:r>
          </w:p>
          <w:p w14:paraId="10159FF9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Г. Футбол</w:t>
            </w:r>
          </w:p>
          <w:p w14:paraId="28A6CECD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225862EB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33D7A00C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49455B" w:rsidRPr="007C20F5" w14:paraId="113D1572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5FDF369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9.Спортивная обувь </w:t>
            </w:r>
          </w:p>
        </w:tc>
      </w:tr>
      <w:tr w:rsidR="0049455B" w:rsidRPr="006C220D" w14:paraId="488BA354" w14:textId="77777777" w:rsidTr="001D15A8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6F6C75CD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1.коньки</w:t>
            </w:r>
          </w:p>
          <w:p w14:paraId="2EF02CF0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бутсы </w:t>
            </w:r>
          </w:p>
          <w:p w14:paraId="4EF8C994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кроссовки</w:t>
            </w:r>
          </w:p>
          <w:p w14:paraId="395A1D2A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511DAB66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A454B68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 футбол</w:t>
            </w:r>
          </w:p>
          <w:p w14:paraId="4F6ACF70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 хоккей</w:t>
            </w:r>
          </w:p>
          <w:p w14:paraId="4FA4E2DD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В .баскетбол</w:t>
            </w:r>
          </w:p>
          <w:p w14:paraId="03A016B3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Г. биатлон</w:t>
            </w:r>
          </w:p>
          <w:p w14:paraId="2F937F69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49455B" w:rsidRPr="007C20F5" w14:paraId="77FA2DEB" w14:textId="77777777" w:rsidTr="001D15A8">
        <w:tc>
          <w:tcPr>
            <w:tcW w:w="3686" w:type="dxa"/>
            <w:gridSpan w:val="2"/>
          </w:tcPr>
          <w:p w14:paraId="3005B298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65A14C54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49455B" w:rsidRPr="007C20F5" w14:paraId="4049ABF5" w14:textId="77777777" w:rsidTr="001D15A8">
        <w:tc>
          <w:tcPr>
            <w:tcW w:w="3686" w:type="dxa"/>
            <w:gridSpan w:val="2"/>
          </w:tcPr>
          <w:p w14:paraId="53C096C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1E65BE7E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49455B" w:rsidRPr="007C20F5" w14:paraId="6E212111" w14:textId="77777777" w:rsidTr="001D15A8">
        <w:tc>
          <w:tcPr>
            <w:tcW w:w="3686" w:type="dxa"/>
            <w:gridSpan w:val="2"/>
          </w:tcPr>
          <w:p w14:paraId="6556BB1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4B53EFBE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49455B" w:rsidRPr="007C20F5" w14:paraId="4617F78A" w14:textId="77777777" w:rsidTr="001D15A8">
        <w:tc>
          <w:tcPr>
            <w:tcW w:w="9639" w:type="dxa"/>
            <w:gridSpan w:val="4"/>
          </w:tcPr>
          <w:p w14:paraId="07FE693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 Сила, выносливость, быстрота являются ………..</w:t>
            </w:r>
          </w:p>
        </w:tc>
      </w:tr>
    </w:tbl>
    <w:p w14:paraId="208053AF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6171F49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49455B" w:rsidRPr="007C20F5" w14:paraId="3DB8C658" w14:textId="77777777" w:rsidTr="001D15A8">
        <w:tc>
          <w:tcPr>
            <w:tcW w:w="2694" w:type="dxa"/>
            <w:vAlign w:val="center"/>
          </w:tcPr>
          <w:p w14:paraId="701834FE" w14:textId="77777777" w:rsidR="0049455B" w:rsidRPr="007C20F5" w:rsidRDefault="0049455B" w:rsidP="001D15A8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6BB5EFA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49455B" w:rsidRPr="007C20F5" w14:paraId="4ADADEED" w14:textId="77777777" w:rsidTr="001D15A8">
        <w:tc>
          <w:tcPr>
            <w:tcW w:w="2694" w:type="dxa"/>
          </w:tcPr>
          <w:p w14:paraId="749DF99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6B7D8EC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49455B" w:rsidRPr="007C20F5" w14:paraId="11BDB3B2" w14:textId="77777777" w:rsidTr="001D15A8">
        <w:tc>
          <w:tcPr>
            <w:tcW w:w="2694" w:type="dxa"/>
          </w:tcPr>
          <w:p w14:paraId="49A70F5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2903CC3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49455B" w:rsidRPr="007C20F5" w14:paraId="4DB693F8" w14:textId="77777777" w:rsidTr="001D15A8">
        <w:tc>
          <w:tcPr>
            <w:tcW w:w="2694" w:type="dxa"/>
          </w:tcPr>
          <w:p w14:paraId="35A36E1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59C3F5B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312</w:t>
            </w:r>
          </w:p>
        </w:tc>
      </w:tr>
      <w:tr w:rsidR="0049455B" w:rsidRPr="007C20F5" w14:paraId="10FF2FA3" w14:textId="77777777" w:rsidTr="001D15A8">
        <w:tc>
          <w:tcPr>
            <w:tcW w:w="2694" w:type="dxa"/>
          </w:tcPr>
          <w:p w14:paraId="7057822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68293C6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321</w:t>
            </w:r>
          </w:p>
        </w:tc>
      </w:tr>
      <w:tr w:rsidR="0049455B" w:rsidRPr="007C20F5" w14:paraId="1A187D44" w14:textId="77777777" w:rsidTr="001D15A8">
        <w:tc>
          <w:tcPr>
            <w:tcW w:w="2694" w:type="dxa"/>
          </w:tcPr>
          <w:p w14:paraId="28D3292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5</w:t>
            </w:r>
          </w:p>
        </w:tc>
        <w:tc>
          <w:tcPr>
            <w:tcW w:w="3543" w:type="dxa"/>
          </w:tcPr>
          <w:p w14:paraId="47DD913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1б,2а, 3в</w:t>
            </w:r>
          </w:p>
        </w:tc>
      </w:tr>
      <w:tr w:rsidR="0049455B" w:rsidRPr="007C20F5" w14:paraId="75D3F20F" w14:textId="77777777" w:rsidTr="001D15A8">
        <w:tc>
          <w:tcPr>
            <w:tcW w:w="2694" w:type="dxa"/>
          </w:tcPr>
          <w:p w14:paraId="388A597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2E971A2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49455B" w:rsidRPr="007C20F5" w14:paraId="4ADA0D3F" w14:textId="77777777" w:rsidTr="001D15A8">
        <w:tc>
          <w:tcPr>
            <w:tcW w:w="2694" w:type="dxa"/>
          </w:tcPr>
          <w:p w14:paraId="5EFA0EC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3A14CBC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1а 2б 3в </w:t>
            </w:r>
          </w:p>
        </w:tc>
      </w:tr>
      <w:tr w:rsidR="0049455B" w:rsidRPr="007C20F5" w14:paraId="30A55533" w14:textId="77777777" w:rsidTr="001D15A8">
        <w:tc>
          <w:tcPr>
            <w:tcW w:w="2694" w:type="dxa"/>
          </w:tcPr>
          <w:p w14:paraId="2A3B0B1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36247B9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1а 2в 3б</w:t>
            </w:r>
          </w:p>
        </w:tc>
      </w:tr>
      <w:tr w:rsidR="0049455B" w:rsidRPr="007C20F5" w14:paraId="464C9D08" w14:textId="77777777" w:rsidTr="001D15A8">
        <w:tc>
          <w:tcPr>
            <w:tcW w:w="2694" w:type="dxa"/>
          </w:tcPr>
          <w:p w14:paraId="51C2521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26D4A1B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3в</w:t>
            </w:r>
          </w:p>
        </w:tc>
      </w:tr>
      <w:tr w:rsidR="0049455B" w:rsidRPr="007C20F5" w14:paraId="6D870496" w14:textId="77777777" w:rsidTr="001D15A8">
        <w:tc>
          <w:tcPr>
            <w:tcW w:w="2694" w:type="dxa"/>
          </w:tcPr>
          <w:p w14:paraId="0431148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69EE142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Физическим качеством</w:t>
            </w:r>
          </w:p>
        </w:tc>
      </w:tr>
      <w:bookmarkEnd w:id="1"/>
    </w:tbl>
    <w:p w14:paraId="6FC7DD15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17972BA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0B332C67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9"/>
        <w:gridCol w:w="23"/>
        <w:gridCol w:w="11"/>
        <w:gridCol w:w="3507"/>
        <w:gridCol w:w="3587"/>
      </w:tblGrid>
      <w:tr w:rsidR="0049455B" w:rsidRPr="007C20F5" w14:paraId="740235FB" w14:textId="77777777" w:rsidTr="001D15A8">
        <w:tc>
          <w:tcPr>
            <w:tcW w:w="2334" w:type="dxa"/>
          </w:tcPr>
          <w:p w14:paraId="453B354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  <w:gridSpan w:val="2"/>
          </w:tcPr>
          <w:p w14:paraId="0B78823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29278CF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6D586AB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455B" w:rsidRPr="007C20F5" w14:paraId="6DB10CD9" w14:textId="77777777" w:rsidTr="001D15A8">
        <w:tc>
          <w:tcPr>
            <w:tcW w:w="3686" w:type="dxa"/>
            <w:gridSpan w:val="3"/>
          </w:tcPr>
          <w:p w14:paraId="13DDE030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1EE4A9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49455B" w:rsidRPr="006C220D" w14:paraId="4B9787A7" w14:textId="77777777" w:rsidTr="001D15A8">
        <w:tc>
          <w:tcPr>
            <w:tcW w:w="3686" w:type="dxa"/>
            <w:gridSpan w:val="3"/>
          </w:tcPr>
          <w:p w14:paraId="3C46DA4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053133A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49455B" w:rsidRPr="007C20F5" w14:paraId="08083821" w14:textId="77777777" w:rsidTr="001D15A8">
        <w:tc>
          <w:tcPr>
            <w:tcW w:w="3686" w:type="dxa"/>
            <w:gridSpan w:val="3"/>
          </w:tcPr>
          <w:p w14:paraId="0F3BE06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071D3F0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49455B" w:rsidRPr="007C20F5" w14:paraId="79500F6F" w14:textId="77777777" w:rsidTr="001D15A8">
        <w:tc>
          <w:tcPr>
            <w:tcW w:w="9639" w:type="dxa"/>
            <w:gridSpan w:val="5"/>
          </w:tcPr>
          <w:p w14:paraId="3E5E0721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 родиной баскетбола?</w:t>
            </w:r>
          </w:p>
          <w:p w14:paraId="38445F38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</w:t>
            </w:r>
          </w:p>
          <w:p w14:paraId="3205C634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22919115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США</w:t>
            </w:r>
          </w:p>
          <w:p w14:paraId="4577A473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19ECB71B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Физическим качеством не является:</w:t>
            </w:r>
          </w:p>
          <w:p w14:paraId="29394CCB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выносливость.</w:t>
            </w:r>
          </w:p>
          <w:p w14:paraId="1643D440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сила.</w:t>
            </w:r>
          </w:p>
          <w:p w14:paraId="4332602F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воля</w:t>
            </w:r>
          </w:p>
          <w:p w14:paraId="7EA0C91B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02CE080F" w14:textId="77777777" w:rsidTr="001D15A8">
        <w:tc>
          <w:tcPr>
            <w:tcW w:w="3686" w:type="dxa"/>
            <w:gridSpan w:val="3"/>
          </w:tcPr>
          <w:p w14:paraId="0F6D14A1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66BD2F5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49455B" w:rsidRPr="006C220D" w14:paraId="4BBFD27B" w14:textId="77777777" w:rsidTr="001D15A8">
        <w:tc>
          <w:tcPr>
            <w:tcW w:w="3686" w:type="dxa"/>
            <w:gridSpan w:val="3"/>
          </w:tcPr>
          <w:p w14:paraId="3517C6B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6C2E6AB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49455B" w:rsidRPr="006C220D" w14:paraId="78841FB4" w14:textId="77777777" w:rsidTr="001D15A8">
        <w:tc>
          <w:tcPr>
            <w:tcW w:w="3686" w:type="dxa"/>
            <w:gridSpan w:val="3"/>
          </w:tcPr>
          <w:p w14:paraId="18FA8BE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5ED6FBB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49455B" w:rsidRPr="007C20F5" w14:paraId="40B5E589" w14:textId="77777777" w:rsidTr="001D15A8">
        <w:tc>
          <w:tcPr>
            <w:tcW w:w="9639" w:type="dxa"/>
            <w:gridSpan w:val="5"/>
            <w:tcBorders>
              <w:bottom w:val="nil"/>
            </w:tcBorders>
          </w:tcPr>
          <w:p w14:paraId="7FC1365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324FCFA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Установите правильную последовательность обучения техники броска баскетбольного мяча двумя руками от груди:</w:t>
            </w:r>
          </w:p>
          <w:p w14:paraId="3ADD035E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А) Броски мяча со средней дистанции (3м – 3,60м);</w:t>
            </w:r>
          </w:p>
          <w:p w14:paraId="4BD7099C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Б) Согласованность движений рук и ног;</w:t>
            </w:r>
          </w:p>
          <w:p w14:paraId="1398850F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В) Броски мяча в сочетании с другими техническими приёмами;</w:t>
            </w:r>
          </w:p>
          <w:p w14:paraId="5D354CB1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Г) Исходное положение;</w:t>
            </w:r>
          </w:p>
          <w:p w14:paraId="60CBFDA3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Д) Бросок мяча с близкой дистанции (1,5м – 2м);</w:t>
            </w:r>
          </w:p>
          <w:p w14:paraId="0CCE402B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Е) Выпуск мяча с различной траекторией полёта.</w:t>
            </w:r>
          </w:p>
          <w:p w14:paraId="5F805EF3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AC78C5B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4.Условно различают 3 этапа в построении процесса освоения двигательного действия. Установите правильную последовательность:</w:t>
            </w:r>
          </w:p>
          <w:p w14:paraId="34607778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А) Закрепление и дальнейшее совершенствование двигательного действия;</w:t>
            </w:r>
          </w:p>
          <w:p w14:paraId="73D40C75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Б) Начальное разучивание;</w:t>
            </w:r>
          </w:p>
          <w:p w14:paraId="28EEEADA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В) Углублённое, детализированное разучивание.</w:t>
            </w:r>
          </w:p>
          <w:p w14:paraId="70B47AE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6DB8AE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5.Установить соответствие между интенсивностью физической нагрузки и частоте сердечных сокращений:</w:t>
            </w:r>
          </w:p>
          <w:p w14:paraId="3F6C35A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355325E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Объёмы нагрузки: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Параметры частоты </w:t>
            </w:r>
            <w:proofErr w:type="spellStart"/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с.с</w:t>
            </w:r>
            <w:proofErr w:type="spellEnd"/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.</w:t>
            </w:r>
          </w:p>
          <w:p w14:paraId="51E2E24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Небольшая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             А. 170-200 уд /мин.</w:t>
            </w:r>
          </w:p>
          <w:p w14:paraId="080F3D7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 Нагрузка средней интенсивности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Б. 130-150 уд/мин.</w:t>
            </w:r>
          </w:p>
          <w:p w14:paraId="4BB6EF1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Высокая нагрузка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В. 100-130 уд/мин.</w:t>
            </w:r>
          </w:p>
          <w:p w14:paraId="43FF9A9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 Нагрузка предельная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Г. 150-170 уд/мин.</w:t>
            </w:r>
          </w:p>
          <w:p w14:paraId="3FDADDD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                                        Д. 90-100 уд\ мин</w:t>
            </w:r>
          </w:p>
          <w:p w14:paraId="4A7D370E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5B590133" w14:textId="77777777" w:rsidTr="001D15A8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1D337D4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49455B" w:rsidRPr="007C20F5" w14:paraId="17DBFFE6" w14:textId="77777777" w:rsidTr="001D15A8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008FF286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2D57AEDC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63A6699B" w14:textId="77777777" w:rsidTr="001D15A8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6DF4CE9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49455B" w:rsidRPr="007C20F5" w14:paraId="51EF3F72" w14:textId="77777777" w:rsidTr="001D15A8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022E5360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46414B36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0C333AE0" w14:textId="77777777" w:rsidTr="001D15A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61C750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Качества: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5C282C2A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Упражнения:</w:t>
            </w:r>
          </w:p>
        </w:tc>
      </w:tr>
      <w:tr w:rsidR="0049455B" w:rsidRPr="006C220D" w14:paraId="672F2ED7" w14:textId="77777777" w:rsidTr="001D15A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666145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Выносливость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06AE48E5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челночный бег, метание предметов</w:t>
            </w:r>
          </w:p>
        </w:tc>
      </w:tr>
      <w:tr w:rsidR="0049455B" w:rsidRPr="006C220D" w14:paraId="6994C8D1" w14:textId="77777777" w:rsidTr="001D15A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24CA0C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 Сила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5667DCF7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плавание без остановок от 25м до 100м.</w:t>
            </w:r>
          </w:p>
        </w:tc>
      </w:tr>
      <w:tr w:rsidR="0049455B" w:rsidRPr="007C20F5" w14:paraId="7DEA196C" w14:textId="77777777" w:rsidTr="001D15A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E8F902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 Скорость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03A5779B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пружинящие приседания</w:t>
            </w:r>
          </w:p>
        </w:tc>
      </w:tr>
      <w:tr w:rsidR="0049455B" w:rsidRPr="007C20F5" w14:paraId="212EB5D5" w14:textId="77777777" w:rsidTr="001D15A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DE3335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 Ловкость, координация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1F5F2C2E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Г. подвижные игры</w:t>
            </w:r>
          </w:p>
        </w:tc>
      </w:tr>
      <w:tr w:rsidR="0049455B" w:rsidRPr="006C220D" w14:paraId="0C444B95" w14:textId="77777777" w:rsidTr="001D15A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026D0B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5. Гибкость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01E0F78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Д. лазание по канату, шесту, поднимание гантелей.</w:t>
            </w:r>
          </w:p>
        </w:tc>
      </w:tr>
      <w:tr w:rsidR="0049455B" w:rsidRPr="007C20F5" w14:paraId="5E1B8648" w14:textId="77777777" w:rsidTr="001D15A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3145691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2E49BE6F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Е. ходьба</w:t>
            </w:r>
          </w:p>
        </w:tc>
      </w:tr>
      <w:tr w:rsidR="0049455B" w:rsidRPr="006C220D" w14:paraId="7A2236E2" w14:textId="77777777" w:rsidTr="001D15A8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60FB6FD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28FD81D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7.</w:t>
            </w:r>
            <w:r w:rsidRPr="007C20F5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t xml:space="preserve"> 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Особый порядок проведения Олимпийских игр предусматривает ритуал Олимпиады. Президент МОК предлагает главе государства объявить Олимпийские игры открытыми. Установите правильную последовательность действий.</w:t>
            </w:r>
          </w:p>
          <w:p w14:paraId="206AD19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А) на арене появляется спортсмен, который передаёт огненную эстафету другому, зажигающему традиционный священный огонь;</w:t>
            </w:r>
          </w:p>
          <w:p w14:paraId="3CF6BE4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Б) над стадионом раздаются торжественные звуки фанфар;</w:t>
            </w:r>
          </w:p>
          <w:p w14:paraId="60EEADB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В) организаторы прошлой Олимпиады официально передают Олимпийский флаг президенту МОК, а тот вручает его главе города – хозяину Олимпиады;</w:t>
            </w:r>
          </w:p>
          <w:p w14:paraId="3F8C26D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Г) восемь спортсменов в сопровождении почетного эскорта вносят развёрнутый Олимпийский флаг;</w:t>
            </w:r>
          </w:p>
          <w:p w14:paraId="7EBAF79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Д) исполняется Олимпийский гимн, флаг поднимается над стадионом;</w:t>
            </w:r>
          </w:p>
          <w:p w14:paraId="65BA6FB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Е) над стадионом звучит “Ода спорту”, написанная Пьером де Кубертеном;</w:t>
            </w:r>
          </w:p>
          <w:p w14:paraId="3C5CC17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Ё) затем следуют массовые выступления спортсменов;</w:t>
            </w:r>
          </w:p>
          <w:p w14:paraId="4D776B2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Ж) клятву произносит представитель от судей;</w:t>
            </w:r>
          </w:p>
          <w:p w14:paraId="79562DA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З) один из лучших спортсменов от имени всех участников Игр произносит клятву -выступать в честных соревнованиях, уважая правила.</w:t>
            </w:r>
          </w:p>
        </w:tc>
      </w:tr>
      <w:tr w:rsidR="0049455B" w:rsidRPr="006C220D" w14:paraId="42F187CE" w14:textId="77777777" w:rsidTr="001D15A8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0DA0666E" w14:textId="77777777" w:rsidR="0049455B" w:rsidRPr="007C20F5" w:rsidRDefault="0049455B" w:rsidP="001D15A8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5D8633D8" w14:textId="77777777" w:rsidR="0049455B" w:rsidRPr="007C20F5" w:rsidRDefault="0049455B" w:rsidP="001D15A8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8.Укажите количество игроков в команде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007FD3EB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0BAE4076" w14:textId="77777777" w:rsidTr="001D15A8">
        <w:trPr>
          <w:trHeight w:val="359"/>
        </w:trPr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46F3D4D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1.волейбол                                                     а. 11</w:t>
            </w:r>
          </w:p>
          <w:p w14:paraId="1338E35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2. баскетбол                                                  б.5</w:t>
            </w:r>
          </w:p>
          <w:p w14:paraId="08776DE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3. футбол                                                        в. 6</w:t>
            </w:r>
          </w:p>
          <w:p w14:paraId="68BF3DA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  Г. 12</w:t>
            </w:r>
          </w:p>
        </w:tc>
      </w:tr>
      <w:tr w:rsidR="0049455B" w:rsidRPr="007C20F5" w14:paraId="253E249F" w14:textId="77777777" w:rsidTr="001D15A8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36EBB932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0C2C9433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49455B" w:rsidRPr="007C20F5" w14:paraId="0ECF73CF" w14:textId="77777777" w:rsidTr="001D15A8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5C0FB52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9. Установите соответствие между цветом олимпийского кольца и частями света</w:t>
            </w:r>
          </w:p>
          <w:p w14:paraId="61A5D81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  <w:p w14:paraId="325F96F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1Синее  —  а. Америка.</w:t>
            </w:r>
          </w:p>
          <w:p w14:paraId="182E51F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2Красное —. Б. Европа</w:t>
            </w:r>
          </w:p>
          <w:p w14:paraId="440AAC2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3Жёлтое — в. Африка. </w:t>
            </w:r>
          </w:p>
          <w:p w14:paraId="687BE61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4Чёрное —. Г. Австралия</w:t>
            </w:r>
          </w:p>
          <w:p w14:paraId="743776A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            5Зелёное —. Д.  Азия</w:t>
            </w:r>
          </w:p>
        </w:tc>
      </w:tr>
      <w:tr w:rsidR="0049455B" w:rsidRPr="007C20F5" w14:paraId="0E8FFDC4" w14:textId="77777777" w:rsidTr="001D15A8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479A73FC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 xml:space="preserve">                             </w:t>
            </w:r>
            <w:r w:rsidRPr="007C20F5">
              <w:rPr>
                <w:rFonts w:eastAsia="Calibri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Е. Антарктида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0B6075B3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49455B" w:rsidRPr="007C20F5" w14:paraId="336C6EC3" w14:textId="77777777" w:rsidTr="001D15A8">
        <w:tc>
          <w:tcPr>
            <w:tcW w:w="4678" w:type="dxa"/>
            <w:gridSpan w:val="3"/>
          </w:tcPr>
          <w:p w14:paraId="45070259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961" w:type="dxa"/>
            <w:gridSpan w:val="2"/>
          </w:tcPr>
          <w:p w14:paraId="38F1E860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49455B" w:rsidRPr="007C20F5" w14:paraId="4F77FFC3" w14:textId="77777777" w:rsidTr="001D15A8">
        <w:tc>
          <w:tcPr>
            <w:tcW w:w="4678" w:type="dxa"/>
            <w:gridSpan w:val="3"/>
          </w:tcPr>
          <w:p w14:paraId="61E1F80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961" w:type="dxa"/>
            <w:gridSpan w:val="2"/>
          </w:tcPr>
          <w:p w14:paraId="34F5A998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49455B" w:rsidRPr="007C20F5" w14:paraId="4593C0DC" w14:textId="77777777" w:rsidTr="001D15A8">
        <w:tc>
          <w:tcPr>
            <w:tcW w:w="4678" w:type="dxa"/>
            <w:gridSpan w:val="3"/>
          </w:tcPr>
          <w:p w14:paraId="499BC9F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961" w:type="dxa"/>
            <w:gridSpan w:val="2"/>
          </w:tcPr>
          <w:p w14:paraId="78A0A2D5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49455B" w:rsidRPr="006C220D" w14:paraId="3F90A0C0" w14:textId="77777777" w:rsidTr="001D15A8">
        <w:tc>
          <w:tcPr>
            <w:tcW w:w="9639" w:type="dxa"/>
            <w:gridSpan w:val="5"/>
          </w:tcPr>
          <w:p w14:paraId="505A9EF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10.Кроль на груди это самый ……. стиль плавания.</w:t>
            </w:r>
          </w:p>
        </w:tc>
      </w:tr>
    </w:tbl>
    <w:p w14:paraId="2A73C2BD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6029019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49455B" w:rsidRPr="007C20F5" w14:paraId="57ACCF79" w14:textId="77777777" w:rsidTr="001D15A8">
        <w:tc>
          <w:tcPr>
            <w:tcW w:w="2694" w:type="dxa"/>
            <w:vAlign w:val="center"/>
          </w:tcPr>
          <w:p w14:paraId="1B5ED4D8" w14:textId="77777777" w:rsidR="0049455B" w:rsidRPr="007C20F5" w:rsidRDefault="0049455B" w:rsidP="001D15A8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20181A1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49455B" w:rsidRPr="007C20F5" w14:paraId="58A0DC90" w14:textId="77777777" w:rsidTr="001D15A8">
        <w:tc>
          <w:tcPr>
            <w:tcW w:w="2694" w:type="dxa"/>
          </w:tcPr>
          <w:p w14:paraId="1BA031D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6BA5F47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49455B" w:rsidRPr="007C20F5" w14:paraId="229AA2D0" w14:textId="77777777" w:rsidTr="001D15A8">
        <w:tc>
          <w:tcPr>
            <w:tcW w:w="2694" w:type="dxa"/>
          </w:tcPr>
          <w:p w14:paraId="2E3A5E0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1036D51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49455B" w:rsidRPr="007C20F5" w14:paraId="65DDA63E" w14:textId="77777777" w:rsidTr="001D15A8">
        <w:tc>
          <w:tcPr>
            <w:tcW w:w="2694" w:type="dxa"/>
          </w:tcPr>
          <w:p w14:paraId="2164C0E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314958B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б е д  а в </w:t>
            </w:r>
          </w:p>
        </w:tc>
      </w:tr>
      <w:tr w:rsidR="0049455B" w:rsidRPr="007C20F5" w14:paraId="403C0C71" w14:textId="77777777" w:rsidTr="001D15A8">
        <w:tc>
          <w:tcPr>
            <w:tcW w:w="2694" w:type="dxa"/>
          </w:tcPr>
          <w:p w14:paraId="033F8E1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383ABB9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proofErr w:type="spellStart"/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бва</w:t>
            </w:r>
            <w:proofErr w:type="spellEnd"/>
          </w:p>
        </w:tc>
      </w:tr>
      <w:tr w:rsidR="0049455B" w:rsidRPr="007C20F5" w14:paraId="3188D0EC" w14:textId="77777777" w:rsidTr="001D15A8">
        <w:tc>
          <w:tcPr>
            <w:tcW w:w="2694" w:type="dxa"/>
          </w:tcPr>
          <w:p w14:paraId="5AB6217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5</w:t>
            </w:r>
          </w:p>
        </w:tc>
        <w:tc>
          <w:tcPr>
            <w:tcW w:w="3543" w:type="dxa"/>
          </w:tcPr>
          <w:p w14:paraId="182DD67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3г 4а</w:t>
            </w:r>
          </w:p>
        </w:tc>
      </w:tr>
      <w:tr w:rsidR="0049455B" w:rsidRPr="007C20F5" w14:paraId="0FAB8664" w14:textId="77777777" w:rsidTr="001D15A8">
        <w:tc>
          <w:tcPr>
            <w:tcW w:w="2694" w:type="dxa"/>
          </w:tcPr>
          <w:p w14:paraId="68C3AAB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357975D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1б 2д 3г 4а 5в</w:t>
            </w:r>
          </w:p>
        </w:tc>
      </w:tr>
      <w:tr w:rsidR="0049455B" w:rsidRPr="007C20F5" w14:paraId="384B0D1E" w14:textId="77777777" w:rsidTr="001D15A8">
        <w:tc>
          <w:tcPr>
            <w:tcW w:w="2694" w:type="dxa"/>
          </w:tcPr>
          <w:p w14:paraId="424F5B6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79727DA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г д в а е з ж ё </w:t>
            </w:r>
          </w:p>
        </w:tc>
      </w:tr>
      <w:tr w:rsidR="0049455B" w:rsidRPr="007C20F5" w14:paraId="7B3B2199" w14:textId="77777777" w:rsidTr="001D15A8">
        <w:tc>
          <w:tcPr>
            <w:tcW w:w="2694" w:type="dxa"/>
          </w:tcPr>
          <w:p w14:paraId="3242FA3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4E85B9F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49455B" w:rsidRPr="007C20F5" w14:paraId="6487DC18" w14:textId="77777777" w:rsidTr="001D15A8">
        <w:tc>
          <w:tcPr>
            <w:tcW w:w="2694" w:type="dxa"/>
          </w:tcPr>
          <w:p w14:paraId="2684DCA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5210AB4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49455B" w:rsidRPr="007C20F5" w14:paraId="5A353682" w14:textId="77777777" w:rsidTr="001D15A8">
        <w:tc>
          <w:tcPr>
            <w:tcW w:w="2694" w:type="dxa"/>
          </w:tcPr>
          <w:p w14:paraId="4B1376F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44C87B7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Быстрый</w:t>
            </w:r>
          </w:p>
        </w:tc>
      </w:tr>
    </w:tbl>
    <w:p w14:paraId="4678EE7F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8624CBD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5E26B6E4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2486"/>
        <w:gridCol w:w="1170"/>
        <w:gridCol w:w="3649"/>
      </w:tblGrid>
      <w:tr w:rsidR="0049455B" w:rsidRPr="007C20F5" w14:paraId="53A2287D" w14:textId="77777777" w:rsidTr="001D15A8">
        <w:tc>
          <w:tcPr>
            <w:tcW w:w="2334" w:type="dxa"/>
          </w:tcPr>
          <w:p w14:paraId="0E43269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2486" w:type="dxa"/>
          </w:tcPr>
          <w:p w14:paraId="412B451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1170" w:type="dxa"/>
          </w:tcPr>
          <w:p w14:paraId="3405867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5303CB7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455B" w:rsidRPr="007C20F5" w14:paraId="34D3EA70" w14:textId="77777777" w:rsidTr="001D15A8">
        <w:tc>
          <w:tcPr>
            <w:tcW w:w="4820" w:type="dxa"/>
            <w:gridSpan w:val="2"/>
          </w:tcPr>
          <w:p w14:paraId="0EF83874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639A62F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49455B" w:rsidRPr="006C220D" w14:paraId="390AE84B" w14:textId="77777777" w:rsidTr="001D15A8">
        <w:tc>
          <w:tcPr>
            <w:tcW w:w="4820" w:type="dxa"/>
            <w:gridSpan w:val="2"/>
          </w:tcPr>
          <w:p w14:paraId="40D5877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5ABA52E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49455B" w:rsidRPr="007C20F5" w14:paraId="27BD025D" w14:textId="77777777" w:rsidTr="001D15A8">
        <w:tc>
          <w:tcPr>
            <w:tcW w:w="4820" w:type="dxa"/>
            <w:gridSpan w:val="2"/>
          </w:tcPr>
          <w:p w14:paraId="727E5B9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748B86B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49455B" w:rsidRPr="007C20F5" w14:paraId="04FB3DA6" w14:textId="77777777" w:rsidTr="001D15A8">
        <w:tc>
          <w:tcPr>
            <w:tcW w:w="9639" w:type="dxa"/>
            <w:gridSpan w:val="4"/>
          </w:tcPr>
          <w:p w14:paraId="19106D73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При малоподвижном образе жизни?</w:t>
            </w:r>
          </w:p>
          <w:p w14:paraId="26438914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Повышается работоспособность;</w:t>
            </w:r>
          </w:p>
          <w:p w14:paraId="07EE95DE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Замедляется процесс старения;</w:t>
            </w:r>
          </w:p>
          <w:p w14:paraId="66F811B4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В. </w:t>
            </w: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Развивается слабость сердечной мышцы.</w:t>
            </w:r>
          </w:p>
          <w:p w14:paraId="55CC1F19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12D1F3D4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Бег на 100м является тестом:</w:t>
            </w:r>
          </w:p>
          <w:p w14:paraId="1B83B527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А. На общую выносливость.</w:t>
            </w:r>
          </w:p>
          <w:p w14:paraId="26C9684B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  <w:r w:rsidRPr="007C20F5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. На скоростно-силовую подготовленность.</w:t>
            </w:r>
          </w:p>
          <w:p w14:paraId="17B2D7E5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На силовую подготовленность.</w:t>
            </w:r>
          </w:p>
          <w:p w14:paraId="43112D14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3A638D5B" w14:textId="77777777" w:rsidTr="001D15A8">
        <w:tc>
          <w:tcPr>
            <w:tcW w:w="4820" w:type="dxa"/>
            <w:gridSpan w:val="2"/>
          </w:tcPr>
          <w:p w14:paraId="3578B391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728D863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49455B" w:rsidRPr="006C220D" w14:paraId="34204873" w14:textId="77777777" w:rsidTr="001D15A8">
        <w:tc>
          <w:tcPr>
            <w:tcW w:w="4820" w:type="dxa"/>
            <w:gridSpan w:val="2"/>
          </w:tcPr>
          <w:p w14:paraId="1832A2B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69992B5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49455B" w:rsidRPr="006C220D" w14:paraId="23F45AE3" w14:textId="77777777" w:rsidTr="001D15A8">
        <w:tc>
          <w:tcPr>
            <w:tcW w:w="4820" w:type="dxa"/>
            <w:gridSpan w:val="2"/>
          </w:tcPr>
          <w:p w14:paraId="5588452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67D2FB0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49455B" w:rsidRPr="006C220D" w14:paraId="2FB3F4B9" w14:textId="77777777" w:rsidTr="001D15A8">
        <w:tc>
          <w:tcPr>
            <w:tcW w:w="9639" w:type="dxa"/>
            <w:gridSpan w:val="4"/>
            <w:tcBorders>
              <w:bottom w:val="nil"/>
            </w:tcBorders>
          </w:tcPr>
          <w:p w14:paraId="704F842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358E26F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3.Для оказания первой доврачебной помощи при тепловом ударе необходимо принять следующие меры:</w:t>
            </w:r>
          </w:p>
          <w:p w14:paraId="29796DD5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дать понюхать пострадавшему ватку, смоченную нашатырным спиртом; </w:t>
            </w:r>
          </w:p>
          <w:p w14:paraId="32773C47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Б) вызвать скорую помощь; </w:t>
            </w:r>
          </w:p>
          <w:p w14:paraId="2350369A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положить холодный компресс на голову и грудь пострадавшему; </w:t>
            </w:r>
          </w:p>
          <w:p w14:paraId="574B7E5F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Г) перенести пострадавшего в прохладное место; </w:t>
            </w:r>
          </w:p>
          <w:p w14:paraId="063BE6D8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Д) снять с пострадавшего стесняющую одежду; </w:t>
            </w:r>
          </w:p>
          <w:p w14:paraId="4313A843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Е) дать пострадавшему холодную подсоленную воду или холодный сладкий чай примерно 100-150мл.</w:t>
            </w:r>
          </w:p>
          <w:p w14:paraId="642AEA3B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D68B5B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 Установите последовательность решения задач в обучении технике</w:t>
            </w:r>
          </w:p>
          <w:p w14:paraId="151131D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физических упражнений:</w:t>
            </w:r>
          </w:p>
          <w:p w14:paraId="4FB1A33A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6CCFC2A8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1) закрепление, 2) ознакомление, 3) разучивание, 4) совершенствование.</w:t>
            </w:r>
          </w:p>
          <w:p w14:paraId="796B9805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58E1A67B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25C02F4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соответствие :</w:t>
            </w:r>
          </w:p>
        </w:tc>
      </w:tr>
      <w:tr w:rsidR="0049455B" w:rsidRPr="007C20F5" w14:paraId="22FE1A1F" w14:textId="77777777" w:rsidTr="001D15A8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63BC9CAA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1.создан Российский олимпийский комитет</w:t>
            </w:r>
          </w:p>
          <w:p w14:paraId="55D319BF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2.создан Международный олимпийский комитет</w:t>
            </w:r>
          </w:p>
          <w:p w14:paraId="1E8F951F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3.состоялись первые Олимпийские игры древности</w:t>
            </w:r>
          </w:p>
          <w:p w14:paraId="05588CD9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3120185B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А. 1911 г.</w:t>
            </w:r>
          </w:p>
          <w:p w14:paraId="37532563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/>
              </w:rPr>
              <w:t>Б.  1894 г.</w:t>
            </w:r>
          </w:p>
          <w:p w14:paraId="0BCE2800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766 г до н.э.</w:t>
            </w:r>
          </w:p>
          <w:p w14:paraId="7EE14417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2001 г. </w:t>
            </w:r>
          </w:p>
        </w:tc>
      </w:tr>
      <w:tr w:rsidR="0049455B" w:rsidRPr="007C20F5" w14:paraId="7FE39C2B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93CE32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49455B" w:rsidRPr="006C220D" w14:paraId="7A99652B" w14:textId="77777777" w:rsidTr="001D15A8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59EB1CA0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волейбол</w:t>
            </w:r>
          </w:p>
          <w:p w14:paraId="2BB5FB78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Настольный теннис </w:t>
            </w:r>
          </w:p>
          <w:p w14:paraId="7F7D0029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</w:t>
            </w:r>
          </w:p>
          <w:p w14:paraId="797C0F5D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27666756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У. Морган.                    </w:t>
            </w:r>
          </w:p>
          <w:p w14:paraId="1E970E29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Б) Ч. Бакстер</w:t>
            </w:r>
          </w:p>
          <w:p w14:paraId="2406EC0D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Д. </w:t>
            </w:r>
            <w:proofErr w:type="spellStart"/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Нейсмит</w:t>
            </w:r>
            <w:proofErr w:type="spellEnd"/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14:paraId="389A6832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Г) А. Смит</w:t>
            </w:r>
          </w:p>
          <w:p w14:paraId="169C05DB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2E044CDB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69CB0ED1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соответствие:</w:t>
            </w:r>
          </w:p>
        </w:tc>
      </w:tr>
      <w:tr w:rsidR="0049455B" w:rsidRPr="006C220D" w14:paraId="5FF406FE" w14:textId="77777777" w:rsidTr="001D15A8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76053ABB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сила</w:t>
            </w:r>
          </w:p>
          <w:p w14:paraId="41AB1B95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 выносливость</w:t>
            </w:r>
          </w:p>
          <w:p w14:paraId="5C4E0283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3.быстрота</w:t>
            </w:r>
          </w:p>
          <w:p w14:paraId="37C33E32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4.гибкость</w:t>
            </w:r>
          </w:p>
          <w:p w14:paraId="5835DF80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25CC1B73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2245DE79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а) выполнение движений большой амплитудой.</w:t>
            </w:r>
          </w:p>
          <w:p w14:paraId="6D749DAC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б) способность человека выполнять движения за</w:t>
            </w:r>
          </w:p>
          <w:p w14:paraId="2DD1C7E5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короткий промежуток времени.</w:t>
            </w:r>
          </w:p>
          <w:p w14:paraId="63EE7222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в) способность человека преодолеть внешнее</w:t>
            </w:r>
          </w:p>
          <w:p w14:paraId="4D9D694D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сопротивление или противодействовать ему за счет</w:t>
            </w:r>
          </w:p>
          <w:p w14:paraId="2ADD9ED8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мышечных усилий.</w:t>
            </w:r>
          </w:p>
          <w:p w14:paraId="13237F37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г) способность противостоять физическому</w:t>
            </w:r>
          </w:p>
          <w:p w14:paraId="53D4240A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утомлению в процессе мышечной деятельности.</w:t>
            </w:r>
          </w:p>
          <w:p w14:paraId="0C778348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Д) выполнять упражнения на силе воли</w:t>
            </w:r>
          </w:p>
        </w:tc>
      </w:tr>
      <w:tr w:rsidR="0049455B" w:rsidRPr="007C20F5" w14:paraId="088311F9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2FBD3410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8.Установите соответствие между:</w:t>
            </w:r>
          </w:p>
        </w:tc>
      </w:tr>
      <w:tr w:rsidR="0049455B" w:rsidRPr="007C20F5" w14:paraId="4162B216" w14:textId="77777777" w:rsidTr="001D15A8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27552DDD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1.Легкая атлетика.                а) кроль на груди;</w:t>
            </w:r>
          </w:p>
          <w:p w14:paraId="09CD37CD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2.Плавание.                           б) бег на 100м;</w:t>
            </w:r>
          </w:p>
          <w:p w14:paraId="20E27603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3.Баскетбол.                          в) верхняя подача;</w:t>
            </w:r>
          </w:p>
          <w:p w14:paraId="2AD60FF5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4.Волейбол.                           г) кувырок вперед;</w:t>
            </w:r>
          </w:p>
          <w:p w14:paraId="712EECB0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5.Гимнастика.                       д) бросок по кольцу</w:t>
            </w:r>
          </w:p>
          <w:p w14:paraId="303B0F1B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</w:t>
            </w: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       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Е) бросок через</w:t>
            </w:r>
            <w:r w:rsidRPr="007C20F5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бедро</w:t>
            </w:r>
            <w:r w:rsidRPr="007C20F5">
              <w:rPr>
                <w:rFonts w:eastAsia="Times New Roman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64BF3953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1707200A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0764CEEB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49455B" w:rsidRPr="007C20F5" w14:paraId="58E5CFE5" w14:textId="77777777" w:rsidTr="001D15A8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256CFF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  <w:p w14:paraId="5775AFC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соответствие:</w:t>
            </w:r>
          </w:p>
        </w:tc>
      </w:tr>
      <w:tr w:rsidR="0049455B" w:rsidRPr="007C20F5" w14:paraId="20ADE96A" w14:textId="77777777" w:rsidTr="001D15A8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03656A2C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1. тромбоциты</w:t>
            </w:r>
          </w:p>
          <w:p w14:paraId="64A6D5A0" w14:textId="77777777" w:rsidR="0049455B" w:rsidRPr="007C20F5" w:rsidRDefault="0049455B" w:rsidP="001D15A8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2.эритроциты</w:t>
            </w:r>
          </w:p>
          <w:p w14:paraId="6F5E4B71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3. лейкоциты</w:t>
            </w:r>
          </w:p>
          <w:p w14:paraId="0F81129C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65B39527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А белые</w:t>
            </w:r>
          </w:p>
          <w:p w14:paraId="356DF8FF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б. красные</w:t>
            </w:r>
          </w:p>
          <w:p w14:paraId="56F623D4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в. бесцветные</w:t>
            </w:r>
          </w:p>
          <w:p w14:paraId="3BC96A03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желтые </w:t>
            </w:r>
          </w:p>
          <w:p w14:paraId="38F4C171" w14:textId="77777777" w:rsidR="0049455B" w:rsidRPr="007C20F5" w:rsidRDefault="0049455B" w:rsidP="001D15A8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49455B" w:rsidRPr="007C20F5" w14:paraId="1B1B9296" w14:textId="77777777" w:rsidTr="001D15A8">
        <w:tc>
          <w:tcPr>
            <w:tcW w:w="4820" w:type="dxa"/>
            <w:gridSpan w:val="2"/>
          </w:tcPr>
          <w:p w14:paraId="4AE0476C" w14:textId="77777777" w:rsidR="0049455B" w:rsidRPr="007C20F5" w:rsidRDefault="0049455B" w:rsidP="001D15A8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1920D1C1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49455B" w:rsidRPr="007C20F5" w14:paraId="5FDB02C5" w14:textId="77777777" w:rsidTr="001D15A8">
        <w:tc>
          <w:tcPr>
            <w:tcW w:w="4820" w:type="dxa"/>
            <w:gridSpan w:val="2"/>
          </w:tcPr>
          <w:p w14:paraId="0BD3442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42EB81B0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49455B" w:rsidRPr="007C20F5" w14:paraId="08AD7F80" w14:textId="77777777" w:rsidTr="001D15A8">
        <w:tc>
          <w:tcPr>
            <w:tcW w:w="4820" w:type="dxa"/>
            <w:gridSpan w:val="2"/>
          </w:tcPr>
          <w:p w14:paraId="7006247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36B2E950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49455B" w:rsidRPr="007C20F5" w14:paraId="5958E000" w14:textId="77777777" w:rsidTr="001D15A8">
        <w:tc>
          <w:tcPr>
            <w:tcW w:w="9639" w:type="dxa"/>
            <w:gridSpan w:val="4"/>
          </w:tcPr>
          <w:p w14:paraId="0301186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10.</w:t>
            </w: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Нарушение функции конечности, сильная боль при попытке</w:t>
            </w:r>
          </w:p>
          <w:p w14:paraId="5C113AFF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движения ею, деформация либо её укорочение, подвижность костей в</w:t>
            </w:r>
          </w:p>
          <w:p w14:paraId="1C1128D9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необычном месте являются …… перелома. </w:t>
            </w:r>
          </w:p>
        </w:tc>
      </w:tr>
    </w:tbl>
    <w:p w14:paraId="419651AB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EC7D5A7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35C3AEB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44CF547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76A8F91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E12814C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49455B" w:rsidRPr="007C20F5" w14:paraId="56770059" w14:textId="77777777" w:rsidTr="001D15A8">
        <w:tc>
          <w:tcPr>
            <w:tcW w:w="2694" w:type="dxa"/>
            <w:vAlign w:val="center"/>
          </w:tcPr>
          <w:p w14:paraId="66F70F5B" w14:textId="77777777" w:rsidR="0049455B" w:rsidRPr="007C20F5" w:rsidRDefault="0049455B" w:rsidP="001D15A8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2F15129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49455B" w:rsidRPr="007C20F5" w14:paraId="79973750" w14:textId="77777777" w:rsidTr="001D15A8">
        <w:tc>
          <w:tcPr>
            <w:tcW w:w="2694" w:type="dxa"/>
          </w:tcPr>
          <w:p w14:paraId="2E5539D7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1698A8FA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49455B" w:rsidRPr="007C20F5" w14:paraId="370C748B" w14:textId="77777777" w:rsidTr="001D15A8">
        <w:tc>
          <w:tcPr>
            <w:tcW w:w="2694" w:type="dxa"/>
          </w:tcPr>
          <w:p w14:paraId="3931F69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4CCEDD4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49455B" w:rsidRPr="007C20F5" w14:paraId="52FFD389" w14:textId="77777777" w:rsidTr="001D15A8">
        <w:tc>
          <w:tcPr>
            <w:tcW w:w="2694" w:type="dxa"/>
          </w:tcPr>
          <w:p w14:paraId="73DFBA5B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68FD284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а в д  е б </w:t>
            </w:r>
          </w:p>
        </w:tc>
      </w:tr>
      <w:tr w:rsidR="0049455B" w:rsidRPr="007C20F5" w14:paraId="5541D4F7" w14:textId="77777777" w:rsidTr="001D15A8">
        <w:tc>
          <w:tcPr>
            <w:tcW w:w="2694" w:type="dxa"/>
          </w:tcPr>
          <w:p w14:paraId="3B630623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60EF3E9C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2314</w:t>
            </w:r>
          </w:p>
        </w:tc>
      </w:tr>
      <w:tr w:rsidR="0049455B" w:rsidRPr="007C20F5" w14:paraId="3336DD84" w14:textId="77777777" w:rsidTr="001D15A8">
        <w:tc>
          <w:tcPr>
            <w:tcW w:w="2694" w:type="dxa"/>
          </w:tcPr>
          <w:p w14:paraId="5993EFF4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1B6956E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49455B" w:rsidRPr="007C20F5" w14:paraId="14D92F35" w14:textId="77777777" w:rsidTr="001D15A8">
        <w:tc>
          <w:tcPr>
            <w:tcW w:w="2694" w:type="dxa"/>
          </w:tcPr>
          <w:p w14:paraId="5ADCDA6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65B2BBB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1а 2б 3в 4а</w:t>
            </w:r>
          </w:p>
        </w:tc>
      </w:tr>
      <w:tr w:rsidR="0049455B" w:rsidRPr="007C20F5" w14:paraId="69CD2A6D" w14:textId="77777777" w:rsidTr="001D15A8">
        <w:tc>
          <w:tcPr>
            <w:tcW w:w="2694" w:type="dxa"/>
          </w:tcPr>
          <w:p w14:paraId="6AF4CD28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4C6F6D9E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1в 2г 3б 4а</w:t>
            </w:r>
          </w:p>
        </w:tc>
      </w:tr>
      <w:tr w:rsidR="0049455B" w:rsidRPr="007C20F5" w14:paraId="57302071" w14:textId="77777777" w:rsidTr="001D15A8">
        <w:tc>
          <w:tcPr>
            <w:tcW w:w="2694" w:type="dxa"/>
          </w:tcPr>
          <w:p w14:paraId="7EE1843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2C9B26E6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49455B" w:rsidRPr="007C20F5" w14:paraId="6D10237C" w14:textId="77777777" w:rsidTr="001D15A8">
        <w:tc>
          <w:tcPr>
            <w:tcW w:w="2694" w:type="dxa"/>
          </w:tcPr>
          <w:p w14:paraId="6C59758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3EFF8EA5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49455B" w:rsidRPr="007C20F5" w14:paraId="52F5BB37" w14:textId="77777777" w:rsidTr="001D15A8">
        <w:tc>
          <w:tcPr>
            <w:tcW w:w="2694" w:type="dxa"/>
          </w:tcPr>
          <w:p w14:paraId="1F2E3A32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4B7B443D" w14:textId="77777777" w:rsidR="0049455B" w:rsidRPr="007C20F5" w:rsidRDefault="0049455B" w:rsidP="001D15A8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sz w:val="20"/>
                <w:szCs w:val="20"/>
                <w:lang w:val="ru-RU" w:eastAsia="ru-RU"/>
              </w:rPr>
              <w:t>признаками</w:t>
            </w:r>
          </w:p>
        </w:tc>
      </w:tr>
    </w:tbl>
    <w:p w14:paraId="381C0BC4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6FC2F6D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Критерии оценки тестовых заданий</w:t>
      </w:r>
    </w:p>
    <w:tbl>
      <w:tblPr>
        <w:tblW w:w="9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3969"/>
        <w:gridCol w:w="3094"/>
      </w:tblGrid>
      <w:tr w:rsidR="0049455B" w:rsidRPr="007C20F5" w14:paraId="0369BD3F" w14:textId="77777777" w:rsidTr="001D15A8">
        <w:tc>
          <w:tcPr>
            <w:tcW w:w="2552" w:type="dxa"/>
            <w:vAlign w:val="center"/>
          </w:tcPr>
          <w:p w14:paraId="33B43E8B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Результат оценивания</w:t>
            </w:r>
          </w:p>
        </w:tc>
        <w:tc>
          <w:tcPr>
            <w:tcW w:w="3969" w:type="dxa"/>
            <w:vAlign w:val="center"/>
          </w:tcPr>
          <w:p w14:paraId="24D01B1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3094" w:type="dxa"/>
            <w:vAlign w:val="center"/>
          </w:tcPr>
          <w:p w14:paraId="5EABE47F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Критерии</w:t>
            </w:r>
          </w:p>
        </w:tc>
      </w:tr>
      <w:tr w:rsidR="0049455B" w:rsidRPr="006C220D" w14:paraId="210B10AB" w14:textId="77777777" w:rsidTr="001D15A8">
        <w:tc>
          <w:tcPr>
            <w:tcW w:w="2552" w:type="dxa"/>
            <w:vMerge w:val="restart"/>
          </w:tcPr>
          <w:p w14:paraId="0A8DDCF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верно</w:t>
            </w:r>
          </w:p>
        </w:tc>
        <w:tc>
          <w:tcPr>
            <w:tcW w:w="3969" w:type="dxa"/>
          </w:tcPr>
          <w:p w14:paraId="7F621F8E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 /нескольких ответов</w:t>
            </w:r>
          </w:p>
        </w:tc>
        <w:tc>
          <w:tcPr>
            <w:tcW w:w="3094" w:type="dxa"/>
            <w:vMerge w:val="restart"/>
            <w:vAlign w:val="center"/>
          </w:tcPr>
          <w:p w14:paraId="72617D2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Полное совпадение с верным ответом</w:t>
            </w:r>
          </w:p>
        </w:tc>
      </w:tr>
      <w:tr w:rsidR="0049455B" w:rsidRPr="007C20F5" w14:paraId="79563422" w14:textId="77777777" w:rsidTr="001D15A8">
        <w:tc>
          <w:tcPr>
            <w:tcW w:w="2552" w:type="dxa"/>
            <w:vMerge/>
          </w:tcPr>
          <w:p w14:paraId="408B3F52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39090667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 последовательности /</w:t>
            </w:r>
          </w:p>
          <w:p w14:paraId="2A47808D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</w:t>
            </w:r>
          </w:p>
        </w:tc>
        <w:tc>
          <w:tcPr>
            <w:tcW w:w="3094" w:type="dxa"/>
            <w:vMerge/>
            <w:vAlign w:val="center"/>
          </w:tcPr>
          <w:p w14:paraId="141B609D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49455B" w:rsidRPr="007C20F5" w14:paraId="4C9C3A93" w14:textId="77777777" w:rsidTr="001D15A8">
        <w:tc>
          <w:tcPr>
            <w:tcW w:w="2552" w:type="dxa"/>
            <w:vMerge/>
          </w:tcPr>
          <w:p w14:paraId="7B1AF907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54D08B56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5F7E3D94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Правильность ответа (отсутствие фактических ошибок).</w:t>
            </w:r>
          </w:p>
          <w:p w14:paraId="090D40B8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Полнота ответа (раскрытие объема используемых понятий).</w:t>
            </w:r>
          </w:p>
          <w:p w14:paraId="5C78802D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Обоснованность ответа (наличие аргументов).</w:t>
            </w:r>
          </w:p>
          <w:p w14:paraId="15DA1412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14:paraId="6A40A238" w14:textId="77777777" w:rsidR="0049455B" w:rsidRPr="007C20F5" w:rsidRDefault="0049455B" w:rsidP="001D15A8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Сопоставимость с эталонным ответом.</w:t>
            </w:r>
          </w:p>
        </w:tc>
      </w:tr>
      <w:tr w:rsidR="0049455B" w:rsidRPr="006C220D" w14:paraId="2D571BBC" w14:textId="77777777" w:rsidTr="001D15A8">
        <w:tc>
          <w:tcPr>
            <w:tcW w:w="2552" w:type="dxa"/>
          </w:tcPr>
          <w:p w14:paraId="207FF96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неверно</w:t>
            </w:r>
          </w:p>
        </w:tc>
        <w:tc>
          <w:tcPr>
            <w:tcW w:w="3969" w:type="dxa"/>
          </w:tcPr>
          <w:p w14:paraId="688F1897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 xml:space="preserve">с выбором одного/нескольких ответов; на </w:t>
            </w: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lastRenderedPageBreak/>
              <w:t>установление последовательности /</w:t>
            </w:r>
          </w:p>
          <w:p w14:paraId="54AF3996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соответствия;</w:t>
            </w:r>
          </w:p>
          <w:p w14:paraId="61411C70" w14:textId="77777777" w:rsidR="0049455B" w:rsidRPr="007C20F5" w:rsidRDefault="0049455B" w:rsidP="001D15A8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19ECD293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lastRenderedPageBreak/>
              <w:t xml:space="preserve">Допущены ошибки или ответ </w:t>
            </w: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lastRenderedPageBreak/>
              <w:t>отсутствует</w:t>
            </w:r>
          </w:p>
        </w:tc>
      </w:tr>
    </w:tbl>
    <w:p w14:paraId="01CFB5F8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884A730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7C20F5">
        <w:rPr>
          <w:rFonts w:eastAsia="Calibri" w:cs="Times New Roman"/>
          <w:b/>
          <w:bCs/>
          <w:sz w:val="20"/>
          <w:szCs w:val="20"/>
          <w:lang w:val="ru-RU" w:eastAsia="ru-RU"/>
        </w:rPr>
        <w:t>Шкала оценивания результатов компьютерного тестирования обучающихся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712"/>
      </w:tblGrid>
      <w:tr w:rsidR="0049455B" w:rsidRPr="007C20F5" w14:paraId="75B6E410" w14:textId="77777777" w:rsidTr="001D15A8">
        <w:tc>
          <w:tcPr>
            <w:tcW w:w="4927" w:type="dxa"/>
          </w:tcPr>
          <w:p w14:paraId="340EA9D8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Оценка </w:t>
            </w:r>
          </w:p>
        </w:tc>
        <w:tc>
          <w:tcPr>
            <w:tcW w:w="4712" w:type="dxa"/>
          </w:tcPr>
          <w:p w14:paraId="31967FF0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Процент верных ответов</w:t>
            </w:r>
          </w:p>
        </w:tc>
      </w:tr>
      <w:tr w:rsidR="0049455B" w:rsidRPr="007C20F5" w14:paraId="48AE9C6B" w14:textId="77777777" w:rsidTr="001D15A8">
        <w:tc>
          <w:tcPr>
            <w:tcW w:w="4927" w:type="dxa"/>
          </w:tcPr>
          <w:p w14:paraId="04583DC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отлично</w:t>
            </w:r>
          </w:p>
        </w:tc>
        <w:tc>
          <w:tcPr>
            <w:tcW w:w="4712" w:type="dxa"/>
          </w:tcPr>
          <w:p w14:paraId="484636BC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91-100</w:t>
            </w:r>
          </w:p>
        </w:tc>
      </w:tr>
      <w:tr w:rsidR="0049455B" w:rsidRPr="007C20F5" w14:paraId="4AF6838C" w14:textId="77777777" w:rsidTr="001D15A8">
        <w:tc>
          <w:tcPr>
            <w:tcW w:w="4927" w:type="dxa"/>
          </w:tcPr>
          <w:p w14:paraId="6DB391B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хорошо</w:t>
            </w:r>
          </w:p>
        </w:tc>
        <w:tc>
          <w:tcPr>
            <w:tcW w:w="4712" w:type="dxa"/>
          </w:tcPr>
          <w:p w14:paraId="1CE9A89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80-90</w:t>
            </w:r>
          </w:p>
        </w:tc>
      </w:tr>
      <w:tr w:rsidR="0049455B" w:rsidRPr="007C20F5" w14:paraId="55ABD03C" w14:textId="77777777" w:rsidTr="001D15A8">
        <w:tc>
          <w:tcPr>
            <w:tcW w:w="4927" w:type="dxa"/>
          </w:tcPr>
          <w:p w14:paraId="6E217D01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удовлетворительно</w:t>
            </w:r>
          </w:p>
        </w:tc>
        <w:tc>
          <w:tcPr>
            <w:tcW w:w="4712" w:type="dxa"/>
          </w:tcPr>
          <w:p w14:paraId="15C585D4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70-79</w:t>
            </w:r>
          </w:p>
        </w:tc>
      </w:tr>
      <w:tr w:rsidR="0049455B" w:rsidRPr="007C20F5" w14:paraId="5BA0CD4F" w14:textId="77777777" w:rsidTr="001D15A8">
        <w:tc>
          <w:tcPr>
            <w:tcW w:w="4927" w:type="dxa"/>
          </w:tcPr>
          <w:p w14:paraId="3B606CCE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неудовлетворительно</w:t>
            </w:r>
          </w:p>
        </w:tc>
        <w:tc>
          <w:tcPr>
            <w:tcW w:w="4712" w:type="dxa"/>
          </w:tcPr>
          <w:p w14:paraId="7D3B00F6" w14:textId="77777777" w:rsidR="0049455B" w:rsidRPr="007C20F5" w:rsidRDefault="0049455B" w:rsidP="001D15A8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7C20F5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менее 70</w:t>
            </w:r>
          </w:p>
        </w:tc>
      </w:tr>
    </w:tbl>
    <w:p w14:paraId="42F137ED" w14:textId="77777777" w:rsidR="0049455B" w:rsidRPr="007C20F5" w:rsidRDefault="0049455B" w:rsidP="0049455B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AFB4BFA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before="120"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7C20F5">
        <w:rPr>
          <w:rFonts w:eastAsia="Calibri" w:cs="Times New Roman"/>
          <w:sz w:val="20"/>
          <w:szCs w:val="20"/>
          <w:lang w:val="ru-RU" w:eastAsia="ru-RU"/>
        </w:rPr>
        <w:t>Составитель:</w:t>
      </w:r>
    </w:p>
    <w:p w14:paraId="559E773B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7C20F5">
        <w:rPr>
          <w:rFonts w:eastAsia="Calibri" w:cs="Times New Roman"/>
          <w:sz w:val="20"/>
          <w:szCs w:val="20"/>
          <w:lang w:val="ru-RU" w:eastAsia="ru-RU"/>
        </w:rPr>
        <w:t xml:space="preserve">Д.А. Галин,  старший преподаватель кафедры </w:t>
      </w:r>
      <w:proofErr w:type="spellStart"/>
      <w:r w:rsidRPr="007C20F5">
        <w:rPr>
          <w:rFonts w:eastAsia="Calibri" w:cs="Times New Roman"/>
          <w:sz w:val="20"/>
          <w:szCs w:val="20"/>
          <w:lang w:val="ru-RU" w:eastAsia="ru-RU"/>
        </w:rPr>
        <w:t>ЭБЖиФ</w:t>
      </w:r>
      <w:proofErr w:type="spellEnd"/>
      <w:r w:rsidRPr="007C20F5">
        <w:rPr>
          <w:rFonts w:eastAsia="Calibri" w:cs="Times New Roman"/>
          <w:sz w:val="20"/>
          <w:szCs w:val="20"/>
          <w:lang w:val="ru-RU" w:eastAsia="ru-RU"/>
        </w:rPr>
        <w:t>.               _______________________</w:t>
      </w:r>
      <w:r w:rsidRPr="007C20F5">
        <w:rPr>
          <w:rFonts w:eastAsia="Calibri" w:cs="Times New Roman"/>
          <w:sz w:val="20"/>
          <w:szCs w:val="20"/>
          <w:lang w:val="ru-RU" w:eastAsia="ru-RU"/>
        </w:rPr>
        <w:tab/>
      </w:r>
    </w:p>
    <w:p w14:paraId="3B51023A" w14:textId="77777777" w:rsidR="0049455B" w:rsidRPr="007C20F5" w:rsidRDefault="0049455B" w:rsidP="0049455B">
      <w:pPr>
        <w:spacing w:line="240" w:lineRule="auto"/>
        <w:jc w:val="both"/>
        <w:rPr>
          <w:rFonts w:eastAsia="Calibri" w:cs="Times New Roman"/>
          <w:i/>
          <w:iCs/>
          <w:spacing w:val="-2"/>
          <w:sz w:val="20"/>
          <w:szCs w:val="20"/>
          <w:vertAlign w:val="superscript"/>
          <w:lang w:val="ru-RU" w:eastAsia="ru-RU"/>
        </w:rPr>
      </w:pP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7C20F5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  <w:t xml:space="preserve"> </w:t>
      </w:r>
    </w:p>
    <w:p w14:paraId="2DCF4536" w14:textId="77777777" w:rsidR="0049455B" w:rsidRPr="007C20F5" w:rsidRDefault="0049455B" w:rsidP="0049455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>
        <w:rPr>
          <w:rFonts w:eastAsia="Calibri" w:cs="Times New Roman"/>
          <w:sz w:val="20"/>
          <w:szCs w:val="20"/>
          <w:lang w:val="ru-RU" w:eastAsia="ru-RU"/>
        </w:rPr>
        <w:t>«22» ноября 2025</w:t>
      </w:r>
      <w:r w:rsidRPr="007C20F5">
        <w:rPr>
          <w:rFonts w:eastAsia="Calibri" w:cs="Times New Roman"/>
          <w:sz w:val="20"/>
          <w:szCs w:val="20"/>
          <w:lang w:val="ru-RU" w:eastAsia="ru-RU"/>
        </w:rPr>
        <w:t xml:space="preserve"> г.</w:t>
      </w:r>
    </w:p>
    <w:p w14:paraId="039EEFCE" w14:textId="77777777" w:rsidR="0049455B" w:rsidRPr="007C20F5" w:rsidRDefault="0049455B" w:rsidP="0049455B">
      <w:pPr>
        <w:spacing w:line="240" w:lineRule="auto"/>
        <w:rPr>
          <w:rFonts w:eastAsia="Calibri" w:cs="Times New Roman"/>
          <w:b/>
          <w:bCs/>
          <w:color w:val="00B0F0"/>
          <w:szCs w:val="24"/>
          <w:lang w:val="ru-RU" w:eastAsia="ru-RU"/>
        </w:rPr>
      </w:pPr>
    </w:p>
    <w:p w14:paraId="03625462" w14:textId="77777777" w:rsidR="0049455B" w:rsidRPr="007C20F5" w:rsidRDefault="0049455B" w:rsidP="0049455B">
      <w:pPr>
        <w:rPr>
          <w:lang w:val="ru-RU"/>
        </w:rPr>
      </w:pPr>
    </w:p>
    <w:p w14:paraId="6E4BDCF6" w14:textId="77777777" w:rsidR="0049455B" w:rsidRPr="00DF7487" w:rsidRDefault="0049455B">
      <w:pPr>
        <w:rPr>
          <w:lang w:val="ru-RU"/>
        </w:rPr>
      </w:pPr>
    </w:p>
    <w:sectPr w:rsidR="0049455B" w:rsidRPr="00DF7487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837285"/>
    <w:multiLevelType w:val="hybridMultilevel"/>
    <w:tmpl w:val="4D82EB04"/>
    <w:lvl w:ilvl="0" w:tplc="66BE23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  <w:rPr>
        <w:rFonts w:cs="Times New Roman"/>
      </w:rPr>
    </w:lvl>
  </w:abstractNum>
  <w:abstractNum w:abstractNumId="10" w15:restartNumberingAfterBreak="0">
    <w:nsid w:val="10A66D13"/>
    <w:multiLevelType w:val="hybridMultilevel"/>
    <w:tmpl w:val="95788F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7843DC5"/>
    <w:multiLevelType w:val="hybridMultilevel"/>
    <w:tmpl w:val="CA825844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6A109AB"/>
    <w:multiLevelType w:val="hybridMultilevel"/>
    <w:tmpl w:val="25F443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DDA6B9A"/>
    <w:multiLevelType w:val="hybridMultilevel"/>
    <w:tmpl w:val="991663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8FA2A24"/>
    <w:multiLevelType w:val="hybridMultilevel"/>
    <w:tmpl w:val="E77E4A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5C713778"/>
    <w:multiLevelType w:val="hybridMultilevel"/>
    <w:tmpl w:val="4B6CF34C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D6D5BD3"/>
    <w:multiLevelType w:val="hybridMultilevel"/>
    <w:tmpl w:val="DA347C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A1033C"/>
    <w:multiLevelType w:val="hybridMultilevel"/>
    <w:tmpl w:val="741A9368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23C5FEA"/>
    <w:multiLevelType w:val="hybridMultilevel"/>
    <w:tmpl w:val="C65C70B2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0D32058"/>
    <w:multiLevelType w:val="hybridMultilevel"/>
    <w:tmpl w:val="176E36DE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9365D68"/>
    <w:multiLevelType w:val="hybridMultilevel"/>
    <w:tmpl w:val="2D2431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947694453">
    <w:abstractNumId w:val="8"/>
  </w:num>
  <w:num w:numId="2" w16cid:durableId="504588210">
    <w:abstractNumId w:val="6"/>
  </w:num>
  <w:num w:numId="3" w16cid:durableId="1065105868">
    <w:abstractNumId w:val="5"/>
  </w:num>
  <w:num w:numId="4" w16cid:durableId="1455245222">
    <w:abstractNumId w:val="4"/>
  </w:num>
  <w:num w:numId="5" w16cid:durableId="17006004">
    <w:abstractNumId w:val="7"/>
  </w:num>
  <w:num w:numId="6" w16cid:durableId="2031028313">
    <w:abstractNumId w:val="3"/>
  </w:num>
  <w:num w:numId="7" w16cid:durableId="213468400">
    <w:abstractNumId w:val="2"/>
  </w:num>
  <w:num w:numId="8" w16cid:durableId="846332972">
    <w:abstractNumId w:val="1"/>
  </w:num>
  <w:num w:numId="9" w16cid:durableId="437526765">
    <w:abstractNumId w:val="0"/>
  </w:num>
  <w:num w:numId="10" w16cid:durableId="170872590">
    <w:abstractNumId w:val="12"/>
  </w:num>
  <w:num w:numId="11" w16cid:durableId="1648238552">
    <w:abstractNumId w:val="13"/>
  </w:num>
  <w:num w:numId="12" w16cid:durableId="240875407">
    <w:abstractNumId w:val="17"/>
  </w:num>
  <w:num w:numId="13" w16cid:durableId="863900759">
    <w:abstractNumId w:val="18"/>
  </w:num>
  <w:num w:numId="14" w16cid:durableId="2069180871">
    <w:abstractNumId w:val="15"/>
  </w:num>
  <w:num w:numId="15" w16cid:durableId="919633242">
    <w:abstractNumId w:val="14"/>
  </w:num>
  <w:num w:numId="16" w16cid:durableId="384372793">
    <w:abstractNumId w:val="20"/>
  </w:num>
  <w:num w:numId="17" w16cid:durableId="2132245006">
    <w:abstractNumId w:val="11"/>
  </w:num>
  <w:num w:numId="18" w16cid:durableId="12464260">
    <w:abstractNumId w:val="10"/>
  </w:num>
  <w:num w:numId="19" w16cid:durableId="2117170844">
    <w:abstractNumId w:val="9"/>
  </w:num>
  <w:num w:numId="20" w16cid:durableId="826364020">
    <w:abstractNumId w:val="19"/>
  </w:num>
  <w:num w:numId="21" w16cid:durableId="20047787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EE2"/>
    <w:rsid w:val="0015074B"/>
    <w:rsid w:val="0029639D"/>
    <w:rsid w:val="00326F90"/>
    <w:rsid w:val="004320D8"/>
    <w:rsid w:val="0049455B"/>
    <w:rsid w:val="006C220D"/>
    <w:rsid w:val="0083754A"/>
    <w:rsid w:val="00AA1D8D"/>
    <w:rsid w:val="00AA7298"/>
    <w:rsid w:val="00B47730"/>
    <w:rsid w:val="00CB0664"/>
    <w:rsid w:val="00DF74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3CB8F8"/>
  <w14:defaultImageDpi w14:val="300"/>
  <w15:docId w15:val="{52B0A9B3-28B8-4BC2-B6DF-9136CF2A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99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semiHidden/>
    <w:rsid w:val="0049455B"/>
  </w:style>
  <w:style w:type="table" w:customStyle="1" w:styleId="15">
    <w:name w:val="Сетка таблицы1"/>
    <w:basedOn w:val="a3"/>
    <w:next w:val="aff0"/>
    <w:rsid w:val="004945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84701D-EF55-49A3-804B-83CBBFA5B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3619</Words>
  <Characters>20633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В А. Никифорова</cp:lastModifiedBy>
  <cp:revision>7</cp:revision>
  <dcterms:created xsi:type="dcterms:W3CDTF">2013-12-23T23:15:00Z</dcterms:created>
  <dcterms:modified xsi:type="dcterms:W3CDTF">2026-05-26T03:51:00Z</dcterms:modified>
  <cp:category/>
</cp:coreProperties>
</file>