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273" w:rsidRPr="003A7024" w:rsidRDefault="003A7024">
      <w:pPr>
        <w:spacing w:line="240" w:lineRule="auto"/>
        <w:jc w:val="center"/>
        <w:rPr>
          <w:lang w:val="ru-RU"/>
        </w:rPr>
      </w:pPr>
      <w:r w:rsidRPr="003A7024">
        <w:rPr>
          <w:sz w:val="20"/>
          <w:lang w:val="ru-RU"/>
        </w:rPr>
        <w:t>МИНИСТЕРСТВО НАУКИ И ВЫСШЕГО ОБРАЗОВАНИЯ РОССИЙСКОЙ ФЕДЕРАЦИИ</w:t>
      </w:r>
    </w:p>
    <w:p w:rsidR="003F5273" w:rsidRPr="003A7024" w:rsidRDefault="003A7024">
      <w:pPr>
        <w:spacing w:line="240" w:lineRule="auto"/>
        <w:jc w:val="center"/>
        <w:rPr>
          <w:lang w:val="ru-RU"/>
        </w:rPr>
      </w:pPr>
      <w:r w:rsidRPr="003A7024">
        <w:rPr>
          <w:lang w:val="ru-RU"/>
        </w:rPr>
        <w:br/>
        <w:t>ФЕДЕРАЛЬНОЕ ГОСУДАРСТВЕННОЕ БЮДЖЕТНОЕ</w:t>
      </w:r>
      <w:r w:rsidRPr="003A7024">
        <w:rPr>
          <w:lang w:val="ru-RU"/>
        </w:rPr>
        <w:br/>
        <w:t>ОБРАЗОВАТЕЛЬНОЕ УЧРЕЖДЕНИЕ ВЫСШЕГО ОБРАЗОВАНИЯ</w:t>
      </w:r>
    </w:p>
    <w:p w:rsidR="003F5273" w:rsidRPr="003A7024" w:rsidRDefault="003A7024">
      <w:pPr>
        <w:spacing w:line="240" w:lineRule="auto"/>
        <w:jc w:val="center"/>
        <w:rPr>
          <w:lang w:val="ru-RU"/>
        </w:rPr>
      </w:pPr>
      <w:r w:rsidRPr="003A7024">
        <w:rPr>
          <w:b/>
          <w:lang w:val="ru-RU"/>
        </w:rPr>
        <w:br/>
        <w:t>«БРАТСКИЙ ГОСУДАРСТВЕННЫЙ УНИВЕРСИТЕТ»</w:t>
      </w:r>
    </w:p>
    <w:p w:rsidR="003F5273" w:rsidRPr="003A7024" w:rsidRDefault="003A7024">
      <w:pPr>
        <w:spacing w:line="240" w:lineRule="auto"/>
        <w:jc w:val="center"/>
        <w:rPr>
          <w:lang w:val="ru-RU"/>
        </w:rPr>
      </w:pP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t xml:space="preserve">ФОНД </w:t>
      </w:r>
      <w:r w:rsidRPr="003A7024">
        <w:rPr>
          <w:b/>
          <w:sz w:val="28"/>
          <w:lang w:val="ru-RU"/>
        </w:rPr>
        <w:br/>
        <w:t>ОЦЕНОЧНЫХ СРЕДСТВ</w:t>
      </w:r>
    </w:p>
    <w:p w:rsidR="003F5273" w:rsidRPr="003A7024" w:rsidRDefault="003F5273">
      <w:pPr>
        <w:rPr>
          <w:lang w:val="ru-RU"/>
        </w:rPr>
      </w:pPr>
    </w:p>
    <w:p w:rsidR="00713EA5" w:rsidRDefault="003A7024" w:rsidP="00713EA5">
      <w:pPr>
        <w:pStyle w:val="Standard"/>
        <w:jc w:val="center"/>
      </w:pPr>
      <w:r w:rsidRPr="00713EA5">
        <w:rPr>
          <w:rFonts w:ascii="Times New Roman" w:hAnsi="Times New Roman"/>
        </w:rPr>
        <w:t>по дисциплине</w:t>
      </w:r>
    </w:p>
    <w:p w:rsidR="00713EA5" w:rsidRPr="00DD6FE8" w:rsidRDefault="003A7024" w:rsidP="00713EA5">
      <w:pPr>
        <w:pStyle w:val="Standard"/>
        <w:jc w:val="center"/>
      </w:pPr>
      <w:r w:rsidRPr="003A7024">
        <w:t xml:space="preserve"> </w:t>
      </w:r>
      <w:r w:rsidRPr="003A7024">
        <w:br/>
      </w:r>
      <w:r w:rsidR="00713EA5" w:rsidRPr="00DD6FE8">
        <w:rPr>
          <w:rFonts w:ascii="Times New Roman" w:hAnsi="Times New Roman"/>
          <w:sz w:val="24"/>
          <w:szCs w:val="24"/>
          <w:lang w:eastAsia="ru-RU"/>
        </w:rPr>
        <w:t>История России</w:t>
      </w:r>
    </w:p>
    <w:p w:rsidR="003F5273" w:rsidRPr="003A7024" w:rsidRDefault="003A7024">
      <w:pPr>
        <w:jc w:val="center"/>
        <w:rPr>
          <w:lang w:val="ru-RU"/>
        </w:rPr>
      </w:pPr>
      <w:r w:rsidRPr="004766AD">
        <w:rPr>
          <w:color w:val="FF0000"/>
          <w:lang w:val="ru-RU"/>
        </w:rPr>
        <w:br/>
      </w:r>
    </w:p>
    <w:p w:rsidR="003F5273" w:rsidRPr="003A7024" w:rsidRDefault="003A7024">
      <w:pPr>
        <w:rPr>
          <w:lang w:val="ru-RU"/>
        </w:rPr>
      </w:pPr>
      <w:r w:rsidRPr="003A7024">
        <w:rPr>
          <w:lang w:val="ru-RU"/>
        </w:rPr>
        <w:t>Направление подготовки 11.03.02 Инфокоммуникационные технологии и системы связи</w:t>
      </w:r>
      <w:r w:rsidRPr="003A7024">
        <w:rPr>
          <w:lang w:val="ru-RU"/>
        </w:rPr>
        <w:br/>
      </w:r>
    </w:p>
    <w:p w:rsidR="003F5273" w:rsidRPr="003A7024" w:rsidRDefault="003A7024">
      <w:pPr>
        <w:rPr>
          <w:lang w:val="ru-RU"/>
        </w:rPr>
      </w:pPr>
      <w:r w:rsidRPr="003A7024">
        <w:rPr>
          <w:lang w:val="ru-RU"/>
        </w:rPr>
        <w:t>Профиль подготовки Интеллектуальные инфокоммуникационные системы</w:t>
      </w:r>
      <w:r w:rsidRPr="003A7024">
        <w:rPr>
          <w:lang w:val="ru-RU"/>
        </w:rPr>
        <w:br/>
      </w:r>
    </w:p>
    <w:p w:rsidR="003F5273" w:rsidRPr="00713EA5" w:rsidRDefault="003A7024">
      <w:pPr>
        <w:rPr>
          <w:lang w:val="ru-RU"/>
        </w:rPr>
      </w:pPr>
      <w:r w:rsidRPr="003A7024">
        <w:rPr>
          <w:lang w:val="ru-RU"/>
        </w:rPr>
        <w:t>Квалификация бакалавр</w:t>
      </w:r>
      <w:r w:rsidRPr="003A7024">
        <w:rPr>
          <w:lang w:val="ru-RU"/>
        </w:rPr>
        <w:br/>
      </w:r>
    </w:p>
    <w:p w:rsidR="003F5273" w:rsidRPr="003A7024" w:rsidRDefault="003A7024">
      <w:pPr>
        <w:rPr>
          <w:lang w:val="ru-RU"/>
        </w:rPr>
      </w:pPr>
      <w:r w:rsidRPr="00713EA5">
        <w:rPr>
          <w:lang w:val="ru-RU"/>
        </w:rPr>
        <w:t>Год начала подготовки 202</w:t>
      </w:r>
      <w:r w:rsidR="00DD6FE8">
        <w:rPr>
          <w:lang w:val="ru-RU"/>
        </w:rPr>
        <w:t>5</w:t>
      </w:r>
      <w:r w:rsidRPr="004766AD">
        <w:rPr>
          <w:color w:val="FF0000"/>
          <w:lang w:val="ru-RU"/>
        </w:rPr>
        <w:br/>
      </w:r>
    </w:p>
    <w:p w:rsidR="003F5273" w:rsidRPr="003A7024" w:rsidRDefault="003A7024">
      <w:pPr>
        <w:rPr>
          <w:lang w:val="ru-RU"/>
        </w:rPr>
      </w:pPr>
      <w:r w:rsidRPr="003A7024">
        <w:rPr>
          <w:lang w:val="ru-RU"/>
        </w:rPr>
        <w:br w:type="page"/>
      </w:r>
    </w:p>
    <w:p w:rsidR="003F5273" w:rsidRPr="003A7024" w:rsidRDefault="003A7024">
      <w:pPr>
        <w:rPr>
          <w:lang w:val="ru-RU"/>
        </w:rPr>
      </w:pPr>
      <w:r w:rsidRPr="003A7024">
        <w:rPr>
          <w:lang w:val="ru-RU"/>
        </w:rPr>
        <w:lastRenderedPageBreak/>
        <w:t xml:space="preserve">Составитель: </w:t>
      </w:r>
      <w:r w:rsidRPr="003A7024">
        <w:rPr>
          <w:lang w:val="ru-RU"/>
        </w:rPr>
        <w:br/>
      </w:r>
      <w:r w:rsidR="00713EA5">
        <w:rPr>
          <w:lang w:val="ru-RU"/>
        </w:rPr>
        <w:t>Ефремов</w:t>
      </w:r>
      <w:r w:rsidR="00E23FDB" w:rsidRPr="00E23FDB">
        <w:rPr>
          <w:lang w:val="ru-RU"/>
        </w:rPr>
        <w:t xml:space="preserve"> </w:t>
      </w:r>
      <w:r w:rsidR="00E23FDB">
        <w:rPr>
          <w:lang w:val="ru-RU"/>
        </w:rPr>
        <w:t>И.В.</w:t>
      </w:r>
      <w:r w:rsidRPr="003A7024">
        <w:rPr>
          <w:lang w:val="ru-RU"/>
        </w:rPr>
        <w:tab/>
      </w:r>
      <w:r w:rsidR="00E23FDB">
        <w:rPr>
          <w:lang w:val="ru-RU"/>
        </w:rPr>
        <w:t xml:space="preserve">, доцент, </w:t>
      </w:r>
      <w:proofErr w:type="spellStart"/>
      <w:r w:rsidR="00E23FDB">
        <w:rPr>
          <w:lang w:val="ru-RU"/>
        </w:rPr>
        <w:t>к.и.</w:t>
      </w:r>
      <w:proofErr w:type="gramStart"/>
      <w:r w:rsidR="00E23FDB">
        <w:rPr>
          <w:lang w:val="ru-RU"/>
        </w:rPr>
        <w:t>н</w:t>
      </w:r>
      <w:proofErr w:type="spellEnd"/>
      <w:proofErr w:type="gramEnd"/>
      <w:r w:rsidR="00E23FDB">
        <w:rPr>
          <w:lang w:val="ru-RU"/>
        </w:rPr>
        <w:t>.</w:t>
      </w:r>
      <w:r w:rsidRPr="003A7024">
        <w:rPr>
          <w:lang w:val="ru-RU"/>
        </w:rPr>
        <w:tab/>
      </w:r>
      <w:r w:rsidRPr="003A7024">
        <w:rPr>
          <w:lang w:val="ru-RU"/>
        </w:rPr>
        <w:tab/>
        <w:t>________________</w:t>
      </w:r>
      <w:r w:rsidRPr="003A7024">
        <w:rPr>
          <w:lang w:val="ru-RU"/>
        </w:rPr>
        <w:br/>
      </w:r>
    </w:p>
    <w:p w:rsidR="00DD6FE8" w:rsidRDefault="003A7024">
      <w:pPr>
        <w:rPr>
          <w:lang w:val="ru-RU"/>
        </w:rPr>
      </w:pPr>
      <w:r w:rsidRPr="003A7024">
        <w:rPr>
          <w:lang w:val="ru-RU"/>
        </w:rPr>
        <w:t xml:space="preserve">Одобрено на заседании </w:t>
      </w:r>
      <w:r w:rsidR="00713EA5">
        <w:rPr>
          <w:lang w:val="ru-RU"/>
        </w:rPr>
        <w:t xml:space="preserve">базовой кафедры истории, педагогики и психологии </w:t>
      </w:r>
      <w:r w:rsidR="00713EA5">
        <w:rPr>
          <w:lang w:val="ru-RU"/>
        </w:rPr>
        <w:br/>
        <w:t>«17» апреля 2026 г., протокол № 9</w:t>
      </w:r>
      <w:r w:rsidRPr="003A7024">
        <w:rPr>
          <w:lang w:val="ru-RU"/>
        </w:rPr>
        <w:br/>
      </w:r>
      <w:r w:rsidRPr="003A7024">
        <w:rPr>
          <w:lang w:val="ru-RU"/>
        </w:rPr>
        <w:br/>
        <w:t xml:space="preserve">Заведующий </w:t>
      </w:r>
      <w:r w:rsidR="00DD6FE8">
        <w:rPr>
          <w:lang w:val="ru-RU"/>
        </w:rPr>
        <w:t>базовой кафедрой</w:t>
      </w:r>
    </w:p>
    <w:p w:rsidR="003F5273" w:rsidRPr="003A7024" w:rsidRDefault="00DD6FE8">
      <w:pPr>
        <w:rPr>
          <w:lang w:val="ru-RU"/>
        </w:rPr>
      </w:pPr>
      <w:r>
        <w:rPr>
          <w:lang w:val="ru-RU"/>
        </w:rPr>
        <w:t xml:space="preserve"> истории, педагогики и психологии </w:t>
      </w:r>
      <w:r w:rsidR="003A7024" w:rsidRPr="003A7024">
        <w:rPr>
          <w:lang w:val="ru-RU"/>
        </w:rPr>
        <w:tab/>
      </w:r>
      <w:r w:rsidR="003A7024" w:rsidRPr="003A7024">
        <w:rPr>
          <w:lang w:val="ru-RU"/>
        </w:rPr>
        <w:tab/>
        <w:t xml:space="preserve">____________ </w:t>
      </w:r>
      <w:r>
        <w:rPr>
          <w:lang w:val="ru-RU"/>
        </w:rPr>
        <w:t>В.В. Кудряшов</w:t>
      </w:r>
      <w:r w:rsidR="003A7024" w:rsidRPr="003A7024">
        <w:rPr>
          <w:lang w:val="ru-RU"/>
        </w:rPr>
        <w:br/>
      </w:r>
    </w:p>
    <w:p w:rsidR="00713EA5" w:rsidRDefault="003A7024" w:rsidP="00713EA5">
      <w:pPr>
        <w:shd w:val="clear" w:color="auto" w:fill="FFFFFF"/>
        <w:rPr>
          <w:b/>
          <w:sz w:val="28"/>
          <w:szCs w:val="28"/>
          <w:lang w:val="ru-RU"/>
        </w:rPr>
      </w:pPr>
      <w:r w:rsidRPr="003A7024">
        <w:rPr>
          <w:lang w:val="ru-RU"/>
        </w:rPr>
        <w:t>Председатель методической комиссии факультета энергетики и автоматики</w:t>
      </w:r>
      <w:r w:rsidRPr="003A7024">
        <w:rPr>
          <w:lang w:val="ru-RU"/>
        </w:rPr>
        <w:br/>
        <w:t xml:space="preserve">_____________   </w:t>
      </w:r>
      <w:proofErr w:type="spellStart"/>
      <w:r w:rsidRPr="003A7024">
        <w:rPr>
          <w:lang w:val="ru-RU"/>
        </w:rPr>
        <w:t>Латушкина</w:t>
      </w:r>
      <w:proofErr w:type="spellEnd"/>
      <w:r w:rsidRPr="003A7024">
        <w:rPr>
          <w:lang w:val="ru-RU"/>
        </w:rPr>
        <w:t xml:space="preserve"> С.В.</w:t>
      </w:r>
      <w:r w:rsidRPr="003A7024">
        <w:rPr>
          <w:lang w:val="ru-RU"/>
        </w:rPr>
        <w:br/>
      </w:r>
      <w:r w:rsidRPr="003A7024">
        <w:rPr>
          <w:lang w:val="ru-RU"/>
        </w:rPr>
        <w:br/>
        <w:t>«</w:t>
      </w:r>
      <w:r>
        <w:rPr>
          <w:lang w:val="ru-RU"/>
        </w:rPr>
        <w:t>29</w:t>
      </w:r>
      <w:r w:rsidRPr="003A7024">
        <w:rPr>
          <w:lang w:val="ru-RU"/>
        </w:rPr>
        <w:t xml:space="preserve">» </w:t>
      </w:r>
      <w:r>
        <w:rPr>
          <w:lang w:val="ru-RU"/>
        </w:rPr>
        <w:t>апреля</w:t>
      </w:r>
      <w:r w:rsidRPr="003A7024">
        <w:rPr>
          <w:lang w:val="ru-RU"/>
        </w:rPr>
        <w:t xml:space="preserve"> 20</w:t>
      </w:r>
      <w:r>
        <w:rPr>
          <w:lang w:val="ru-RU"/>
        </w:rPr>
        <w:t>26</w:t>
      </w:r>
      <w:r w:rsidRPr="003A7024">
        <w:rPr>
          <w:lang w:val="ru-RU"/>
        </w:rPr>
        <w:t xml:space="preserve">г., протокол № </w:t>
      </w:r>
      <w:r>
        <w:rPr>
          <w:lang w:val="ru-RU"/>
        </w:rPr>
        <w:t>9</w:t>
      </w:r>
      <w:r w:rsidRPr="003A7024">
        <w:rPr>
          <w:lang w:val="ru-RU"/>
        </w:rPr>
        <w:t>_</w:t>
      </w:r>
      <w:r w:rsidRPr="003A7024">
        <w:rPr>
          <w:lang w:val="ru-RU"/>
        </w:rPr>
        <w:br/>
      </w:r>
      <w:r w:rsidRPr="003A7024">
        <w:rPr>
          <w:lang w:val="ru-RU"/>
        </w:rPr>
        <w:br/>
      </w:r>
      <w:r w:rsidRPr="003A7024">
        <w:rPr>
          <w:lang w:val="ru-RU"/>
        </w:rPr>
        <w:br/>
        <w:t>Ответственный за реализацию ОПОП</w:t>
      </w:r>
      <w:r w:rsidRPr="003A7024">
        <w:rPr>
          <w:lang w:val="ru-RU"/>
        </w:rPr>
        <w:tab/>
        <w:t xml:space="preserve">________________ </w:t>
      </w:r>
      <w:r w:rsidR="00DD6FE8" w:rsidRPr="003A7024">
        <w:rPr>
          <w:lang w:val="ru-RU"/>
        </w:rPr>
        <w:t>П.А.</w:t>
      </w:r>
      <w:r w:rsidR="00DD6FE8">
        <w:rPr>
          <w:lang w:val="ru-RU"/>
        </w:rPr>
        <w:t xml:space="preserve"> </w:t>
      </w:r>
      <w:r w:rsidRPr="003A7024">
        <w:rPr>
          <w:lang w:val="ru-RU"/>
        </w:rPr>
        <w:t xml:space="preserve">Федяев </w:t>
      </w:r>
      <w:r w:rsidRPr="003A7024">
        <w:rPr>
          <w:lang w:val="ru-RU"/>
        </w:rPr>
        <w:br/>
      </w: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713EA5" w:rsidRDefault="00713EA5" w:rsidP="00713EA5">
      <w:pPr>
        <w:shd w:val="clear" w:color="auto" w:fill="FFFFFF"/>
        <w:jc w:val="center"/>
        <w:rPr>
          <w:b/>
          <w:sz w:val="28"/>
          <w:szCs w:val="28"/>
          <w:lang w:val="ru-RU"/>
        </w:rPr>
      </w:pPr>
    </w:p>
    <w:p w:rsidR="00E23FDB" w:rsidRDefault="00E23FDB" w:rsidP="00713EA5">
      <w:pPr>
        <w:shd w:val="clear" w:color="auto" w:fill="FFFFFF"/>
        <w:jc w:val="center"/>
        <w:rPr>
          <w:b/>
          <w:sz w:val="28"/>
          <w:szCs w:val="28"/>
          <w:lang w:val="ru-RU"/>
        </w:rPr>
      </w:pPr>
      <w:bookmarkStart w:id="0" w:name="_GoBack"/>
      <w:bookmarkEnd w:id="0"/>
    </w:p>
    <w:p w:rsidR="00713EA5" w:rsidRDefault="00713EA5" w:rsidP="00713EA5">
      <w:pPr>
        <w:shd w:val="clear" w:color="auto" w:fill="FFFFFF"/>
        <w:rPr>
          <w:b/>
          <w:sz w:val="28"/>
          <w:szCs w:val="28"/>
          <w:lang w:val="ru-RU"/>
        </w:rPr>
      </w:pPr>
    </w:p>
    <w:p w:rsidR="00713EA5" w:rsidRPr="00713EA5" w:rsidRDefault="00713EA5" w:rsidP="00713EA5">
      <w:pPr>
        <w:shd w:val="clear" w:color="auto" w:fill="FFFFFF"/>
        <w:jc w:val="center"/>
        <w:rPr>
          <w:b/>
          <w:sz w:val="28"/>
          <w:szCs w:val="28"/>
          <w:lang w:val="ru-RU"/>
        </w:rPr>
      </w:pPr>
      <w:r w:rsidRPr="00713EA5">
        <w:rPr>
          <w:b/>
          <w:sz w:val="28"/>
          <w:szCs w:val="28"/>
          <w:lang w:val="ru-RU"/>
        </w:rPr>
        <w:lastRenderedPageBreak/>
        <w:t>Паспорт</w:t>
      </w:r>
    </w:p>
    <w:p w:rsidR="00713EA5" w:rsidRPr="00713EA5" w:rsidRDefault="00713EA5" w:rsidP="00713EA5">
      <w:pPr>
        <w:shd w:val="clear" w:color="auto" w:fill="FFFFFF"/>
        <w:jc w:val="center"/>
        <w:rPr>
          <w:b/>
          <w:sz w:val="28"/>
          <w:szCs w:val="28"/>
          <w:lang w:val="ru-RU"/>
        </w:rPr>
      </w:pPr>
      <w:r w:rsidRPr="00713EA5">
        <w:rPr>
          <w:b/>
          <w:sz w:val="28"/>
          <w:szCs w:val="28"/>
          <w:lang w:val="ru-RU"/>
        </w:rPr>
        <w:t xml:space="preserve">фонда оценочных средств </w:t>
      </w:r>
    </w:p>
    <w:p w:rsidR="00713EA5" w:rsidRPr="00713EA5" w:rsidRDefault="00713EA5" w:rsidP="00713EA5">
      <w:pPr>
        <w:spacing w:line="240" w:lineRule="auto"/>
        <w:jc w:val="center"/>
        <w:rPr>
          <w:szCs w:val="24"/>
          <w:lang w:val="ru-RU"/>
        </w:rPr>
      </w:pPr>
      <w:r w:rsidRPr="00713EA5">
        <w:rPr>
          <w:szCs w:val="24"/>
          <w:lang w:val="ru-RU"/>
        </w:rPr>
        <w:t xml:space="preserve">по дисциплине </w:t>
      </w:r>
      <w:r w:rsidRPr="00713EA5">
        <w:rPr>
          <w:color w:val="000000"/>
          <w:szCs w:val="24"/>
          <w:lang w:val="ru-RU"/>
        </w:rPr>
        <w:t>Б</w:t>
      </w:r>
      <w:proofErr w:type="gramStart"/>
      <w:r w:rsidRPr="00713EA5">
        <w:rPr>
          <w:color w:val="000000"/>
          <w:szCs w:val="24"/>
          <w:lang w:val="ru-RU"/>
        </w:rPr>
        <w:t>1</w:t>
      </w:r>
      <w:proofErr w:type="gramEnd"/>
      <w:r w:rsidRPr="00713EA5">
        <w:rPr>
          <w:color w:val="000000"/>
          <w:szCs w:val="24"/>
          <w:lang w:val="ru-RU"/>
        </w:rPr>
        <w:t>.О.01  История России</w:t>
      </w:r>
    </w:p>
    <w:p w:rsidR="00713EA5" w:rsidRPr="00713EA5" w:rsidRDefault="00713EA5" w:rsidP="00713EA5">
      <w:pPr>
        <w:shd w:val="clear" w:color="auto" w:fill="FFFFFF"/>
        <w:jc w:val="center"/>
        <w:rPr>
          <w:i/>
          <w:szCs w:val="24"/>
          <w:vertAlign w:val="superscript"/>
          <w:lang w:val="ru-RU"/>
        </w:rPr>
      </w:pPr>
    </w:p>
    <w:p w:rsidR="00713EA5" w:rsidRPr="00713EA5" w:rsidRDefault="00713EA5" w:rsidP="00713EA5">
      <w:pPr>
        <w:spacing w:line="240" w:lineRule="auto"/>
        <w:ind w:firstLine="709"/>
        <w:rPr>
          <w:szCs w:val="24"/>
          <w:lang w:val="ru-RU"/>
        </w:rPr>
      </w:pPr>
      <w:proofErr w:type="gramStart"/>
      <w:r w:rsidRPr="00713EA5">
        <w:rPr>
          <w:szCs w:val="24"/>
          <w:lang w:val="ru-RU"/>
        </w:rPr>
        <w:t>Компетенции обучающегося, формируемые в результате освоения дисциплины:</w:t>
      </w:r>
      <w:proofErr w:type="gramEnd"/>
    </w:p>
    <w:p w:rsidR="00713EA5" w:rsidRPr="00713EA5" w:rsidRDefault="00713EA5" w:rsidP="00713EA5">
      <w:pPr>
        <w:spacing w:line="240" w:lineRule="auto"/>
        <w:rPr>
          <w:bCs/>
          <w:color w:val="000000"/>
          <w:szCs w:val="24"/>
          <w:lang w:val="ru-RU"/>
        </w:rPr>
      </w:pPr>
    </w:p>
    <w:p w:rsidR="00713EA5" w:rsidRPr="00713EA5" w:rsidRDefault="00713EA5" w:rsidP="00713EA5">
      <w:pPr>
        <w:spacing w:line="240" w:lineRule="auto"/>
        <w:rPr>
          <w:szCs w:val="24"/>
          <w:lang w:val="ru-RU"/>
        </w:rPr>
      </w:pPr>
      <w:r w:rsidRPr="00713EA5">
        <w:rPr>
          <w:bCs/>
          <w:color w:val="000000"/>
          <w:szCs w:val="24"/>
          <w:lang w:val="ru-RU"/>
        </w:rPr>
        <w:t xml:space="preserve">1.  УК-5: </w:t>
      </w:r>
      <w:proofErr w:type="gramStart"/>
      <w:r w:rsidRPr="00713EA5">
        <w:rPr>
          <w:color w:val="000000"/>
          <w:szCs w:val="24"/>
          <w:lang w:val="ru-RU"/>
        </w:rPr>
        <w:t>Способен</w:t>
      </w:r>
      <w:proofErr w:type="gramEnd"/>
      <w:r w:rsidRPr="00713EA5">
        <w:rPr>
          <w:color w:val="000000"/>
          <w:szCs w:val="24"/>
          <w:lang w:val="ru-RU"/>
        </w:rPr>
        <w:t xml:space="preserve"> воспринимать межкультурное разнообразие общества в социально-историческом, этическом и философском контекстах</w:t>
      </w:r>
    </w:p>
    <w:p w:rsidR="00713EA5" w:rsidRPr="00713EA5" w:rsidRDefault="00713EA5" w:rsidP="00713EA5">
      <w:pPr>
        <w:spacing w:line="240" w:lineRule="auto"/>
        <w:rPr>
          <w:color w:val="000000"/>
          <w:szCs w:val="24"/>
          <w:lang w:val="ru-RU"/>
        </w:rPr>
      </w:pPr>
      <w:r w:rsidRPr="00713EA5">
        <w:rPr>
          <w:color w:val="000000"/>
          <w:szCs w:val="24"/>
          <w:lang w:val="ru-RU"/>
        </w:rPr>
        <w:t xml:space="preserve">Индикатор 1: УК-5.1 </w:t>
      </w:r>
      <w:proofErr w:type="gramStart"/>
      <w:r w:rsidRPr="00713EA5">
        <w:rPr>
          <w:color w:val="000000"/>
          <w:szCs w:val="24"/>
          <w:lang w:val="ru-RU"/>
        </w:rPr>
        <w:t>Способен</w:t>
      </w:r>
      <w:proofErr w:type="gramEnd"/>
      <w:r w:rsidRPr="00713EA5">
        <w:rPr>
          <w:color w:val="000000"/>
          <w:szCs w:val="24"/>
          <w:lang w:val="ru-RU"/>
        </w:rPr>
        <w:t xml:space="preserve"> воспринимать межкультурное разнообразие общества в социально-историческом, этическом и философском контекстах.</w:t>
      </w:r>
    </w:p>
    <w:p w:rsidR="00713EA5" w:rsidRPr="00713EA5" w:rsidRDefault="00713EA5" w:rsidP="00713EA5">
      <w:pPr>
        <w:spacing w:line="240" w:lineRule="auto"/>
        <w:rPr>
          <w:szCs w:val="24"/>
          <w:lang w:val="ru-RU"/>
        </w:rPr>
      </w:pPr>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315"/>
        <w:gridCol w:w="1303"/>
        <w:gridCol w:w="1067"/>
        <w:gridCol w:w="2119"/>
      </w:tblGrid>
      <w:tr w:rsidR="00713EA5" w:rsidTr="00713EA5">
        <w:trPr>
          <w:trHeight w:val="507"/>
          <w:jc w:val="center"/>
        </w:trPr>
        <w:tc>
          <w:tcPr>
            <w:tcW w:w="117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Cs w:val="24"/>
              </w:rPr>
            </w:pPr>
            <w:proofErr w:type="spellStart"/>
            <w:r>
              <w:rPr>
                <w:szCs w:val="24"/>
              </w:rPr>
              <w:t>Раздел</w:t>
            </w:r>
            <w:proofErr w:type="spellEnd"/>
          </w:p>
        </w:tc>
        <w:tc>
          <w:tcPr>
            <w:tcW w:w="1625"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Cs w:val="24"/>
              </w:rPr>
            </w:pPr>
            <w:proofErr w:type="spellStart"/>
            <w:r>
              <w:rPr>
                <w:szCs w:val="24"/>
              </w:rPr>
              <w:t>Тема</w:t>
            </w:r>
            <w:proofErr w:type="spellEnd"/>
          </w:p>
        </w:tc>
        <w:tc>
          <w:tcPr>
            <w:tcW w:w="639"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jc w:val="center"/>
              <w:rPr>
                <w:rFonts w:eastAsia="Times New Roman"/>
                <w:szCs w:val="24"/>
              </w:rPr>
            </w:pPr>
            <w:proofErr w:type="spellStart"/>
            <w:r>
              <w:rPr>
                <w:szCs w:val="24"/>
              </w:rPr>
              <w:t>Код</w:t>
            </w:r>
            <w:proofErr w:type="spellEnd"/>
            <w:r>
              <w:rPr>
                <w:szCs w:val="24"/>
              </w:rPr>
              <w:t xml:space="preserve"> </w:t>
            </w:r>
          </w:p>
          <w:p w:rsidR="00713EA5" w:rsidRDefault="00713EA5">
            <w:pPr>
              <w:shd w:val="clear" w:color="auto" w:fill="FFFFFF"/>
              <w:overflowPunct w:val="0"/>
              <w:autoSpaceDE w:val="0"/>
              <w:autoSpaceDN w:val="0"/>
              <w:adjustRightInd w:val="0"/>
              <w:spacing w:line="288" w:lineRule="auto"/>
              <w:ind w:left="-92" w:right="-108"/>
              <w:jc w:val="center"/>
              <w:rPr>
                <w:rFonts w:eastAsia="Times New Roman"/>
                <w:i/>
                <w:szCs w:val="24"/>
              </w:rPr>
            </w:pPr>
            <w:proofErr w:type="spellStart"/>
            <w:r>
              <w:rPr>
                <w:szCs w:val="24"/>
              </w:rPr>
              <w:t>индикатора</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713EA5" w:rsidRDefault="00713EA5">
            <w:pPr>
              <w:shd w:val="clear" w:color="auto" w:fill="FFFFFF"/>
              <w:jc w:val="center"/>
              <w:rPr>
                <w:rFonts w:eastAsia="Times New Roman"/>
                <w:szCs w:val="24"/>
              </w:rPr>
            </w:pPr>
            <w:proofErr w:type="spellStart"/>
            <w:r>
              <w:rPr>
                <w:szCs w:val="24"/>
              </w:rPr>
              <w:t>Форма</w:t>
            </w:r>
            <w:proofErr w:type="spellEnd"/>
          </w:p>
          <w:p w:rsidR="00713EA5" w:rsidRDefault="00713EA5">
            <w:pPr>
              <w:shd w:val="clear" w:color="auto" w:fill="FFFFFF"/>
              <w:jc w:val="center"/>
              <w:rPr>
                <w:szCs w:val="24"/>
              </w:rPr>
            </w:pPr>
            <w:proofErr w:type="spellStart"/>
            <w:r>
              <w:rPr>
                <w:szCs w:val="24"/>
              </w:rPr>
              <w:t>оценки</w:t>
            </w:r>
            <w:proofErr w:type="spellEnd"/>
          </w:p>
          <w:p w:rsidR="00713EA5" w:rsidRDefault="00713EA5">
            <w:pPr>
              <w:shd w:val="clear" w:color="auto" w:fill="FFFFFF"/>
              <w:overflowPunct w:val="0"/>
              <w:autoSpaceDE w:val="0"/>
              <w:autoSpaceDN w:val="0"/>
              <w:adjustRightInd w:val="0"/>
              <w:spacing w:line="288" w:lineRule="auto"/>
              <w:jc w:val="center"/>
              <w:rPr>
                <w:rFonts w:eastAsia="Times New Roman"/>
                <w:i/>
                <w:sz w:val="16"/>
                <w:szCs w:val="16"/>
              </w:rPr>
            </w:pPr>
          </w:p>
        </w:tc>
        <w:tc>
          <w:tcPr>
            <w:tcW w:w="1039" w:type="pct"/>
            <w:tcBorders>
              <w:top w:val="single" w:sz="4" w:space="0" w:color="auto"/>
              <w:left w:val="single" w:sz="4" w:space="0" w:color="auto"/>
              <w:bottom w:val="single" w:sz="4" w:space="0" w:color="auto"/>
              <w:right w:val="single" w:sz="4" w:space="0" w:color="auto"/>
            </w:tcBorders>
            <w:vAlign w:val="center"/>
          </w:tcPr>
          <w:p w:rsidR="00713EA5" w:rsidRDefault="00713EA5">
            <w:pPr>
              <w:shd w:val="clear" w:color="auto" w:fill="FFFFFF"/>
              <w:jc w:val="center"/>
              <w:rPr>
                <w:rFonts w:eastAsia="Times New Roman"/>
                <w:szCs w:val="24"/>
              </w:rPr>
            </w:pPr>
            <w:r>
              <w:rPr>
                <w:szCs w:val="24"/>
              </w:rPr>
              <w:t>ФОС</w:t>
            </w:r>
          </w:p>
          <w:p w:rsidR="00713EA5" w:rsidRDefault="00713EA5">
            <w:pPr>
              <w:shd w:val="clear" w:color="auto" w:fill="FFFFFF"/>
              <w:overflowPunct w:val="0"/>
              <w:autoSpaceDE w:val="0"/>
              <w:autoSpaceDN w:val="0"/>
              <w:adjustRightInd w:val="0"/>
              <w:spacing w:line="288" w:lineRule="auto"/>
              <w:ind w:left="-164" w:right="-108"/>
              <w:jc w:val="center"/>
              <w:rPr>
                <w:rFonts w:eastAsia="Times New Roman"/>
                <w:i/>
                <w:sz w:val="18"/>
                <w:szCs w:val="18"/>
              </w:rPr>
            </w:pPr>
          </w:p>
        </w:tc>
      </w:tr>
      <w:tr w:rsidR="00713EA5" w:rsidTr="00713EA5">
        <w:trPr>
          <w:trHeight w:val="70"/>
          <w:jc w:val="center"/>
        </w:trPr>
        <w:tc>
          <w:tcPr>
            <w:tcW w:w="117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 w:val="20"/>
              </w:rPr>
            </w:pPr>
            <w:r>
              <w:rPr>
                <w:sz w:val="20"/>
              </w:rPr>
              <w:t>1</w:t>
            </w:r>
          </w:p>
        </w:tc>
        <w:tc>
          <w:tcPr>
            <w:tcW w:w="1625"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 w:val="20"/>
              </w:rPr>
            </w:pPr>
            <w:r>
              <w:rPr>
                <w:sz w:val="20"/>
              </w:rPr>
              <w:t>2</w:t>
            </w:r>
          </w:p>
        </w:tc>
        <w:tc>
          <w:tcPr>
            <w:tcW w:w="639"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 w:val="20"/>
              </w:rPr>
            </w:pPr>
            <w:r>
              <w:rPr>
                <w:sz w:val="20"/>
              </w:rPr>
              <w:t>3</w:t>
            </w:r>
          </w:p>
        </w:tc>
        <w:tc>
          <w:tcPr>
            <w:tcW w:w="523"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 w:val="20"/>
              </w:rPr>
            </w:pPr>
            <w:r>
              <w:rPr>
                <w:sz w:val="20"/>
              </w:rPr>
              <w:t>4</w:t>
            </w:r>
          </w:p>
        </w:tc>
        <w:tc>
          <w:tcPr>
            <w:tcW w:w="1039" w:type="pct"/>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88" w:lineRule="auto"/>
              <w:jc w:val="center"/>
              <w:rPr>
                <w:rFonts w:eastAsia="Times New Roman"/>
                <w:sz w:val="20"/>
              </w:rPr>
            </w:pPr>
            <w:r>
              <w:rPr>
                <w:sz w:val="20"/>
              </w:rPr>
              <w:t>5</w:t>
            </w:r>
          </w:p>
        </w:tc>
      </w:tr>
      <w:tr w:rsidR="00713EA5" w:rsidTr="00713EA5">
        <w:trPr>
          <w:trHeight w:val="453"/>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1. </w:t>
            </w:r>
            <w:r w:rsidRPr="00713EA5">
              <w:rPr>
                <w:color w:val="000000"/>
                <w:sz w:val="22"/>
                <w:lang w:val="ru-RU"/>
              </w:rPr>
              <w:t xml:space="preserve">Введение. Русь в </w:t>
            </w:r>
            <w:r>
              <w:rPr>
                <w:color w:val="000000"/>
                <w:sz w:val="22"/>
              </w:rPr>
              <w:t>IX</w:t>
            </w:r>
            <w:r w:rsidRPr="00713EA5">
              <w:rPr>
                <w:color w:val="000000"/>
                <w:sz w:val="22"/>
                <w:lang w:val="ru-RU"/>
              </w:rPr>
              <w:t xml:space="preserve"> - первой трети </w:t>
            </w:r>
            <w:r>
              <w:rPr>
                <w:color w:val="000000"/>
                <w:sz w:val="22"/>
              </w:rPr>
              <w:t>XIII</w:t>
            </w:r>
            <w:r w:rsidRPr="00713EA5">
              <w:rPr>
                <w:color w:val="000000"/>
                <w:sz w:val="22"/>
                <w:lang w:val="ru-RU"/>
              </w:rPr>
              <w:t xml:space="preserve"> веков.</w:t>
            </w:r>
          </w:p>
        </w:tc>
        <w:tc>
          <w:tcPr>
            <w:tcW w:w="1625"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40" w:lineRule="auto"/>
              <w:jc w:val="both"/>
              <w:rPr>
                <w:rFonts w:eastAsia="Times New Roman"/>
                <w:sz w:val="22"/>
              </w:rPr>
            </w:pPr>
            <w:r w:rsidRPr="00713EA5">
              <w:rPr>
                <w:sz w:val="22"/>
                <w:lang w:val="ru-RU"/>
              </w:rPr>
              <w:t xml:space="preserve">1.1. </w:t>
            </w:r>
            <w:r w:rsidRPr="00713EA5">
              <w:rPr>
                <w:color w:val="000000"/>
                <w:sz w:val="22"/>
                <w:lang w:val="ru-RU"/>
              </w:rPr>
              <w:t xml:space="preserve">Общие вопросы курса. История как наука. Хронологические и географические рамки курса Российской истории. История России и всеобщая история. Происхождение человека. Находки останков древних людей на территории России. Народы и государства на территории современной России в древности. Евразийское пространство. </w:t>
            </w:r>
            <w:proofErr w:type="spellStart"/>
            <w:r>
              <w:rPr>
                <w:color w:val="000000"/>
                <w:sz w:val="22"/>
              </w:rPr>
              <w:t>Генезис</w:t>
            </w:r>
            <w:proofErr w:type="spellEnd"/>
            <w:r>
              <w:rPr>
                <w:color w:val="000000"/>
                <w:sz w:val="22"/>
              </w:rPr>
              <w:t xml:space="preserve"> </w:t>
            </w:r>
            <w:proofErr w:type="spellStart"/>
            <w:r>
              <w:rPr>
                <w:color w:val="000000"/>
                <w:sz w:val="22"/>
              </w:rPr>
              <w:t>индоевропейцев</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tcPr>
          <w:p w:rsidR="00713EA5" w:rsidRDefault="00713EA5">
            <w:pPr>
              <w:shd w:val="clear" w:color="auto" w:fill="FFFFFF"/>
              <w:spacing w:line="240" w:lineRule="auto"/>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1.1-1.3</w:t>
            </w:r>
          </w:p>
          <w:p w:rsidR="00713EA5" w:rsidRDefault="00713EA5">
            <w:pPr>
              <w:shd w:val="clear" w:color="auto" w:fill="FFFFFF"/>
              <w:overflowPunct w:val="0"/>
              <w:autoSpaceDE w:val="0"/>
              <w:autoSpaceDN w:val="0"/>
              <w:adjustRightInd w:val="0"/>
              <w:spacing w:line="288" w:lineRule="auto"/>
              <w:jc w:val="both"/>
              <w:rPr>
                <w:rFonts w:eastAsia="Times New Roman"/>
                <w:sz w:val="22"/>
              </w:rPr>
            </w:pPr>
          </w:p>
        </w:tc>
      </w:tr>
      <w:tr w:rsidR="00713EA5" w:rsidTr="00713EA5">
        <w:trPr>
          <w:trHeight w:val="66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713EA5" w:rsidRDefault="00713EA5">
            <w:pPr>
              <w:autoSpaceDN w:val="0"/>
              <w:spacing w:line="240" w:lineRule="auto"/>
              <w:jc w:val="both"/>
              <w:rPr>
                <w:rFonts w:eastAsia="Times New Roman"/>
                <w:sz w:val="22"/>
              </w:rPr>
            </w:pPr>
            <w:r w:rsidRPr="00713EA5">
              <w:rPr>
                <w:sz w:val="22"/>
                <w:lang w:val="ru-RU"/>
              </w:rPr>
              <w:t xml:space="preserve">1.2. </w:t>
            </w:r>
            <w:r w:rsidRPr="00713EA5">
              <w:rPr>
                <w:color w:val="000000"/>
                <w:sz w:val="22"/>
                <w:lang w:val="ru-RU"/>
              </w:rPr>
              <w:t xml:space="preserve">Основные направления развития и особенности древневосточной, древнегреческой и древнеримской цивилизаций. История мировых религий. Великое переселение народов. Периодизация средних веков. Взлет культуры стран ислама в Раннее Средневековье, ее роль в сохранении и передаче наследия античного мира. </w:t>
            </w:r>
            <w:proofErr w:type="spellStart"/>
            <w:r>
              <w:rPr>
                <w:color w:val="000000"/>
                <w:sz w:val="22"/>
              </w:rPr>
              <w:t>Раннехристианское</w:t>
            </w:r>
            <w:proofErr w:type="spellEnd"/>
            <w:r>
              <w:rPr>
                <w:color w:val="000000"/>
                <w:sz w:val="22"/>
              </w:rPr>
              <w:t xml:space="preserve"> </w:t>
            </w:r>
            <w:proofErr w:type="spellStart"/>
            <w:r>
              <w:rPr>
                <w:color w:val="000000"/>
                <w:sz w:val="22"/>
              </w:rPr>
              <w:t>искусство</w:t>
            </w:r>
            <w:proofErr w:type="spellEnd"/>
            <w:r>
              <w:rPr>
                <w:color w:val="000000"/>
                <w:sz w:val="22"/>
              </w:rPr>
              <w:t xml:space="preserve">. </w:t>
            </w:r>
            <w:proofErr w:type="spellStart"/>
            <w:r>
              <w:rPr>
                <w:color w:val="000000"/>
                <w:sz w:val="22"/>
              </w:rPr>
              <w:t>Романский</w:t>
            </w:r>
            <w:proofErr w:type="spellEnd"/>
            <w:r>
              <w:rPr>
                <w:color w:val="000000"/>
                <w:sz w:val="22"/>
              </w:rPr>
              <w:t xml:space="preserve"> </w:t>
            </w:r>
            <w:proofErr w:type="spellStart"/>
            <w:r>
              <w:rPr>
                <w:color w:val="000000"/>
                <w:sz w:val="22"/>
              </w:rPr>
              <w:t>стиль</w:t>
            </w:r>
            <w:proofErr w:type="spellEnd"/>
            <w:r>
              <w:rPr>
                <w:color w:val="000000"/>
                <w:sz w:val="22"/>
              </w:rPr>
              <w:t xml:space="preserve"> и </w:t>
            </w:r>
            <w:proofErr w:type="spellStart"/>
            <w:r>
              <w:rPr>
                <w:color w:val="000000"/>
                <w:sz w:val="22"/>
              </w:rPr>
              <w:t>готика</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1.4-1.6</w:t>
            </w:r>
          </w:p>
        </w:tc>
      </w:tr>
      <w:tr w:rsidR="00713EA5" w:rsidTr="00713EA5">
        <w:trPr>
          <w:trHeight w:val="180"/>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2. </w:t>
            </w:r>
            <w:r w:rsidRPr="00713EA5">
              <w:rPr>
                <w:color w:val="000000"/>
                <w:sz w:val="22"/>
                <w:lang w:val="ru-RU"/>
              </w:rPr>
              <w:t xml:space="preserve">Русь с середины </w:t>
            </w:r>
            <w:r>
              <w:rPr>
                <w:color w:val="000000"/>
                <w:sz w:val="22"/>
              </w:rPr>
              <w:t>XIII</w:t>
            </w:r>
            <w:r w:rsidRPr="00713EA5">
              <w:rPr>
                <w:color w:val="000000"/>
                <w:sz w:val="22"/>
                <w:lang w:val="ru-RU"/>
              </w:rPr>
              <w:t xml:space="preserve"> до конца </w:t>
            </w:r>
            <w:r>
              <w:rPr>
                <w:color w:val="000000"/>
                <w:sz w:val="22"/>
              </w:rPr>
              <w:t>XV</w:t>
            </w:r>
            <w:r w:rsidRPr="00713EA5">
              <w:rPr>
                <w:color w:val="000000"/>
                <w:sz w:val="22"/>
                <w:lang w:val="ru-RU"/>
              </w:rPr>
              <w:t xml:space="preserve"> вв.</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2.1.</w:t>
            </w:r>
            <w:r w:rsidRPr="00713EA5">
              <w:rPr>
                <w:color w:val="000000"/>
                <w:sz w:val="19"/>
                <w:szCs w:val="19"/>
                <w:lang w:val="ru-RU"/>
              </w:rPr>
              <w:t xml:space="preserve"> </w:t>
            </w:r>
            <w:r w:rsidRPr="00713EA5">
              <w:rPr>
                <w:color w:val="000000"/>
                <w:sz w:val="22"/>
                <w:lang w:val="ru-RU"/>
              </w:rPr>
              <w:t>Завоевания Чингисхана и его потомков. Походы Батыя в Восточную и Центральную Европу. Роль Руси в защите Европы. Система зависимости русских княжеств от ордынских ханов.</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2.1-2.3</w:t>
            </w:r>
          </w:p>
        </w:tc>
      </w:tr>
      <w:tr w:rsidR="00713EA5" w:rsidTr="00713EA5">
        <w:trPr>
          <w:trHeight w:val="6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autoSpaceDN w:val="0"/>
              <w:spacing w:line="240" w:lineRule="auto"/>
              <w:jc w:val="both"/>
              <w:rPr>
                <w:rFonts w:eastAsia="Times New Roman"/>
                <w:sz w:val="22"/>
                <w:lang w:val="ru-RU"/>
              </w:rPr>
            </w:pPr>
            <w:r w:rsidRPr="00713EA5">
              <w:rPr>
                <w:sz w:val="22"/>
                <w:lang w:val="ru-RU"/>
              </w:rPr>
              <w:t xml:space="preserve">2.2. </w:t>
            </w:r>
            <w:r w:rsidRPr="00713EA5">
              <w:rPr>
                <w:color w:val="000000"/>
                <w:sz w:val="22"/>
                <w:lang w:val="ru-RU"/>
              </w:rPr>
              <w:t>Княжества Северо-</w:t>
            </w:r>
            <w:proofErr w:type="spellStart"/>
            <w:r w:rsidRPr="00713EA5">
              <w:rPr>
                <w:color w:val="000000"/>
                <w:sz w:val="22"/>
                <w:lang w:val="ru-RU"/>
              </w:rPr>
              <w:t>Восточ</w:t>
            </w:r>
            <w:proofErr w:type="spellEnd"/>
            <w:r w:rsidRPr="00713EA5">
              <w:rPr>
                <w:color w:val="000000"/>
                <w:sz w:val="22"/>
                <w:lang w:val="ru-RU"/>
              </w:rPr>
              <w:t xml:space="preserve">-ной Руси. Борьба за великое </w:t>
            </w:r>
            <w:r w:rsidRPr="00713EA5">
              <w:rPr>
                <w:color w:val="000000"/>
                <w:sz w:val="22"/>
                <w:lang w:val="ru-RU"/>
              </w:rPr>
              <w:lastRenderedPageBreak/>
              <w:t xml:space="preserve">княжение Владимирское. Противостояние Твери и Москвы. Усиление Московского княжества. Перенос митрополичьей кафедры в Москву. Роль православной церкви в ордынский период русской истории. Сергий Радонежский. Куликовская битва и ее отражение в древнерусской книжности и исторической памяти. Отношения Руси и Орды: современные научные представления и спорные вопросы. Династическая война в Московском княжестве второй четверти </w:t>
            </w:r>
            <w:r>
              <w:rPr>
                <w:color w:val="000000"/>
                <w:sz w:val="22"/>
              </w:rPr>
              <w:t>XV</w:t>
            </w:r>
            <w:r w:rsidRPr="00713EA5">
              <w:rPr>
                <w:color w:val="000000"/>
                <w:sz w:val="22"/>
                <w:lang w:val="ru-RU"/>
              </w:rPr>
              <w:t xml:space="preserve"> в. Великий Новгород и Псков в </w:t>
            </w:r>
            <w:r>
              <w:rPr>
                <w:color w:val="000000"/>
                <w:sz w:val="22"/>
              </w:rPr>
              <w:t>XV</w:t>
            </w:r>
            <w:r w:rsidRPr="00713EA5">
              <w:rPr>
                <w:color w:val="000000"/>
                <w:sz w:val="22"/>
                <w:lang w:val="ru-RU"/>
              </w:rPr>
              <w:t xml:space="preserve"> в.: политический строй, отношения с Москвой, Тевтонским орденом в Ливонии, Ганзой, Великим княжеством Литовским. Падение Константинополя и изменение церковн</w:t>
            </w:r>
            <w:proofErr w:type="gramStart"/>
            <w:r w:rsidRPr="00713EA5">
              <w:rPr>
                <w:color w:val="000000"/>
                <w:sz w:val="22"/>
                <w:lang w:val="ru-RU"/>
              </w:rPr>
              <w:t>о-</w:t>
            </w:r>
            <w:proofErr w:type="gramEnd"/>
            <w:r w:rsidRPr="00713EA5">
              <w:rPr>
                <w:color w:val="000000"/>
                <w:sz w:val="22"/>
                <w:lang w:val="ru-RU"/>
              </w:rPr>
              <w:t xml:space="preserve"> политической роли Москвы в православном мире. Возникновение доктрины «Москва - третий Рим». Иван </w:t>
            </w:r>
            <w:r>
              <w:rPr>
                <w:color w:val="000000"/>
                <w:sz w:val="22"/>
              </w:rPr>
              <w:t>III</w:t>
            </w:r>
            <w:r w:rsidRPr="00713EA5">
              <w:rPr>
                <w:color w:val="000000"/>
                <w:sz w:val="22"/>
                <w:lang w:val="ru-RU"/>
              </w:rPr>
              <w:t>. Присоединение Новгорода и Твери. Ликвидация зависимости Руси от Орды. Принятие общерусского Судебника. Положение крестьян по Судебнику 1497 г.</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2.4-2.6</w:t>
            </w:r>
          </w:p>
        </w:tc>
      </w:tr>
      <w:tr w:rsidR="00713EA5" w:rsidRPr="00E23FDB" w:rsidTr="00713EA5">
        <w:trPr>
          <w:trHeight w:val="330"/>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lastRenderedPageBreak/>
              <w:t xml:space="preserve">3. </w:t>
            </w:r>
            <w:r w:rsidRPr="00713EA5">
              <w:rPr>
                <w:color w:val="000000"/>
                <w:sz w:val="22"/>
                <w:lang w:val="ru-RU"/>
              </w:rPr>
              <w:t xml:space="preserve">Россия в </w:t>
            </w:r>
            <w:r>
              <w:rPr>
                <w:color w:val="000000"/>
                <w:sz w:val="22"/>
              </w:rPr>
              <w:t>XVI</w:t>
            </w:r>
            <w:r w:rsidRPr="00713EA5">
              <w:rPr>
                <w:color w:val="000000"/>
                <w:sz w:val="22"/>
                <w:lang w:val="ru-RU"/>
              </w:rPr>
              <w:t>-</w:t>
            </w:r>
            <w:r>
              <w:rPr>
                <w:color w:val="000000"/>
                <w:sz w:val="22"/>
              </w:rPr>
              <w:t>XVII</w:t>
            </w:r>
            <w:r w:rsidRPr="00713EA5">
              <w:rPr>
                <w:color w:val="000000"/>
                <w:sz w:val="22"/>
                <w:lang w:val="ru-RU"/>
              </w:rPr>
              <w:t xml:space="preserve"> вв.</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3.1.</w:t>
            </w:r>
            <w:r w:rsidRPr="00713EA5">
              <w:rPr>
                <w:color w:val="000000"/>
                <w:sz w:val="19"/>
                <w:szCs w:val="19"/>
                <w:lang w:val="ru-RU"/>
              </w:rPr>
              <w:t xml:space="preserve"> </w:t>
            </w:r>
            <w:r w:rsidRPr="00713EA5">
              <w:rPr>
                <w:color w:val="000000"/>
                <w:sz w:val="22"/>
                <w:lang w:val="ru-RU"/>
              </w:rPr>
              <w:t xml:space="preserve">Великий князь Василий </w:t>
            </w:r>
            <w:r>
              <w:rPr>
                <w:color w:val="000000"/>
                <w:sz w:val="22"/>
              </w:rPr>
              <w:t>III</w:t>
            </w:r>
            <w:r w:rsidRPr="00713EA5">
              <w:rPr>
                <w:color w:val="000000"/>
                <w:sz w:val="22"/>
                <w:lang w:val="ru-RU"/>
              </w:rPr>
              <w:t xml:space="preserve"> Иванович. Первые приказы. Ликвидация удельной системы. Завершение формирования доктрины «Москва - Третий Рим». Эпоха Ивана </w:t>
            </w:r>
            <w:r>
              <w:rPr>
                <w:color w:val="000000"/>
                <w:sz w:val="22"/>
              </w:rPr>
              <w:t>IV</w:t>
            </w:r>
            <w:r w:rsidRPr="00713EA5">
              <w:rPr>
                <w:color w:val="000000"/>
                <w:sz w:val="22"/>
                <w:lang w:val="ru-RU"/>
              </w:rPr>
              <w:t xml:space="preserve"> Грозного. Регентство великой княгини Елены Глинской. Период боярского правления. Принятие Иваном </w:t>
            </w:r>
            <w:r>
              <w:rPr>
                <w:color w:val="000000"/>
                <w:sz w:val="22"/>
              </w:rPr>
              <w:t>IV</w:t>
            </w:r>
            <w:r w:rsidRPr="00713EA5">
              <w:rPr>
                <w:color w:val="000000"/>
                <w:sz w:val="22"/>
                <w:lang w:val="ru-RU"/>
              </w:rPr>
              <w:t xml:space="preserve"> царского титула. Реформы Ивана Грозного. Опричный террор. Экономический кризис в Российском государстве конца </w:t>
            </w:r>
            <w:r>
              <w:rPr>
                <w:color w:val="000000"/>
                <w:sz w:val="22"/>
              </w:rPr>
              <w:t>XVI</w:t>
            </w:r>
            <w:r w:rsidRPr="00713EA5">
              <w:rPr>
                <w:color w:val="000000"/>
                <w:sz w:val="22"/>
                <w:lang w:val="ru-RU"/>
              </w:rPr>
              <w:t xml:space="preserve"> в. Царствование Федора Ивановича. Правление боярина Бориса Федоровича Годунова. Учреждение патриаршества. Земский собор и избрание на престол Бориса Годунова. Начало Смутного времени. Смерть Бориса Годунова и </w:t>
            </w:r>
            <w:r w:rsidRPr="00713EA5">
              <w:rPr>
                <w:color w:val="000000"/>
                <w:sz w:val="22"/>
                <w:lang w:val="ru-RU"/>
              </w:rPr>
              <w:lastRenderedPageBreak/>
              <w:t xml:space="preserve">воцарение Лжедмитрия </w:t>
            </w:r>
            <w:r>
              <w:rPr>
                <w:color w:val="000000"/>
                <w:sz w:val="22"/>
              </w:rPr>
              <w:t>I</w:t>
            </w:r>
            <w:r w:rsidRPr="00713EA5">
              <w:rPr>
                <w:color w:val="000000"/>
                <w:sz w:val="22"/>
                <w:lang w:val="ru-RU"/>
              </w:rPr>
              <w:t xml:space="preserve">. Царствование Василия </w:t>
            </w:r>
            <w:r>
              <w:rPr>
                <w:color w:val="000000"/>
                <w:sz w:val="22"/>
              </w:rPr>
              <w:t>IV</w:t>
            </w:r>
            <w:r w:rsidRPr="00713EA5">
              <w:rPr>
                <w:color w:val="000000"/>
                <w:sz w:val="22"/>
                <w:lang w:val="ru-RU"/>
              </w:rPr>
              <w:t xml:space="preserve"> Ивановича Шуйского. Повстанческое войско Ивана </w:t>
            </w:r>
            <w:proofErr w:type="spellStart"/>
            <w:r w:rsidRPr="00713EA5">
              <w:rPr>
                <w:color w:val="000000"/>
                <w:sz w:val="22"/>
                <w:lang w:val="ru-RU"/>
              </w:rPr>
              <w:t>Болотникова</w:t>
            </w:r>
            <w:proofErr w:type="spellEnd"/>
            <w:r w:rsidRPr="00713EA5">
              <w:rPr>
                <w:color w:val="000000"/>
                <w:sz w:val="22"/>
                <w:lang w:val="ru-RU"/>
              </w:rPr>
              <w:t xml:space="preserve">. Лжедмитрий </w:t>
            </w:r>
            <w:r>
              <w:rPr>
                <w:color w:val="000000"/>
                <w:sz w:val="22"/>
              </w:rPr>
              <w:t>II</w:t>
            </w:r>
            <w:r w:rsidRPr="00713EA5">
              <w:rPr>
                <w:color w:val="000000"/>
                <w:sz w:val="22"/>
                <w:lang w:val="ru-RU"/>
              </w:rPr>
              <w:t xml:space="preserve"> и его поход под Москву. Русско-шведский договор о военном союзе. Иностранная интервенция как составная часть Смутного времени. Земский собор 1613 г. Избрание на престол Михаила Федоровича Романова. Правительство патриарха Филарета. Царь Алексей Михайлович. Патриарх Никон. Казацк</w:t>
            </w:r>
            <w:proofErr w:type="gramStart"/>
            <w:r w:rsidRPr="00713EA5">
              <w:rPr>
                <w:color w:val="000000"/>
                <w:sz w:val="22"/>
                <w:lang w:val="ru-RU"/>
              </w:rPr>
              <w:t>о-</w:t>
            </w:r>
            <w:proofErr w:type="gramEnd"/>
            <w:r w:rsidRPr="00713EA5">
              <w:rPr>
                <w:color w:val="000000"/>
                <w:sz w:val="22"/>
                <w:lang w:val="ru-RU"/>
              </w:rPr>
              <w:t xml:space="preserve"> крестьянское восстание под руководством Степана Разина.</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color w:val="000000"/>
                <w:sz w:val="22"/>
                <w:lang w:val="ru-RU"/>
              </w:rPr>
              <w:t>Проблемная лекция</w:t>
            </w:r>
            <w:r w:rsidRPr="00713EA5">
              <w:rPr>
                <w:sz w:val="22"/>
                <w:lang w:val="ru-RU"/>
              </w:rPr>
              <w:t>. Вопрос к зачету 3.1-3.6</w:t>
            </w:r>
          </w:p>
        </w:tc>
      </w:tr>
      <w:tr w:rsidR="00713EA5" w:rsidTr="00713EA5">
        <w:trPr>
          <w:trHeight w:val="2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713EA5" w:rsidRPr="00DD6FE8" w:rsidRDefault="00713EA5">
            <w:pPr>
              <w:overflowPunct w:val="0"/>
              <w:autoSpaceDE w:val="0"/>
              <w:autoSpaceDN w:val="0"/>
              <w:adjustRightInd w:val="0"/>
              <w:spacing w:line="288" w:lineRule="auto"/>
              <w:jc w:val="both"/>
              <w:rPr>
                <w:rFonts w:eastAsia="Times New Roman"/>
                <w:sz w:val="22"/>
                <w:lang w:val="ru-RU"/>
              </w:rPr>
            </w:pPr>
            <w:r w:rsidRPr="00713EA5">
              <w:rPr>
                <w:sz w:val="22"/>
                <w:lang w:val="ru-RU"/>
              </w:rPr>
              <w:t xml:space="preserve">3.2. </w:t>
            </w:r>
            <w:r w:rsidRPr="00713EA5">
              <w:rPr>
                <w:color w:val="000000"/>
                <w:sz w:val="22"/>
                <w:lang w:val="ru-RU"/>
              </w:rPr>
              <w:t xml:space="preserve">Внешняя политика Российского государства в первой трети </w:t>
            </w:r>
            <w:r>
              <w:rPr>
                <w:color w:val="000000"/>
                <w:sz w:val="22"/>
              </w:rPr>
              <w:t>XVI</w:t>
            </w:r>
            <w:r w:rsidRPr="00713EA5">
              <w:rPr>
                <w:color w:val="000000"/>
                <w:sz w:val="22"/>
                <w:lang w:val="ru-RU"/>
              </w:rPr>
              <w:t xml:space="preserve"> в. Военные конфликты с Великим княжеством Литовским, Крымским и Казанским ханствами. Включение в состав России земель Казанского и Астраханского ханств. Поход атамана Ермака Тимофеевича и начало присоединения Западной Сибири. Внешняя торговля со странами Азии и Европы. Русско-шведские переговоры и заключение </w:t>
            </w:r>
            <w:proofErr w:type="spellStart"/>
            <w:r w:rsidRPr="00713EA5">
              <w:rPr>
                <w:color w:val="000000"/>
                <w:sz w:val="22"/>
                <w:lang w:val="ru-RU"/>
              </w:rPr>
              <w:t>Столбовского</w:t>
            </w:r>
            <w:proofErr w:type="spellEnd"/>
            <w:r w:rsidRPr="00713EA5">
              <w:rPr>
                <w:color w:val="000000"/>
                <w:sz w:val="22"/>
                <w:lang w:val="ru-RU"/>
              </w:rPr>
              <w:t xml:space="preserve"> мирного договора. Смоленская война 1632-1634 гг. Восстание под руководством Богдана Хмельницкого. </w:t>
            </w:r>
            <w:proofErr w:type="gramStart"/>
            <w:r w:rsidRPr="00713EA5">
              <w:rPr>
                <w:color w:val="000000"/>
                <w:sz w:val="22"/>
                <w:lang w:val="ru-RU"/>
              </w:rPr>
              <w:t>Русско- польская</w:t>
            </w:r>
            <w:proofErr w:type="gramEnd"/>
            <w:r w:rsidRPr="00713EA5">
              <w:rPr>
                <w:color w:val="000000"/>
                <w:sz w:val="22"/>
                <w:lang w:val="ru-RU"/>
              </w:rPr>
              <w:t xml:space="preserve"> война. </w:t>
            </w:r>
            <w:proofErr w:type="gramStart"/>
            <w:r w:rsidRPr="00DD6FE8">
              <w:rPr>
                <w:color w:val="000000"/>
                <w:sz w:val="22"/>
                <w:lang w:val="ru-RU"/>
              </w:rPr>
              <w:t>Русско- турецкая</w:t>
            </w:r>
            <w:proofErr w:type="gramEnd"/>
            <w:r w:rsidRPr="00DD6FE8">
              <w:rPr>
                <w:color w:val="000000"/>
                <w:sz w:val="22"/>
                <w:lang w:val="ru-RU"/>
              </w:rPr>
              <w:t xml:space="preserve"> война, Бахчисарайский мирный договор.</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3.7-3.11</w:t>
            </w:r>
          </w:p>
        </w:tc>
      </w:tr>
      <w:tr w:rsidR="00713EA5" w:rsidRPr="00E23FDB" w:rsidTr="00713EA5">
        <w:trPr>
          <w:trHeight w:val="202"/>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4. </w:t>
            </w:r>
            <w:r w:rsidRPr="00713EA5">
              <w:rPr>
                <w:color w:val="000000"/>
                <w:sz w:val="22"/>
                <w:lang w:val="ru-RU"/>
              </w:rPr>
              <w:t xml:space="preserve">Россия в конце </w:t>
            </w:r>
            <w:r>
              <w:rPr>
                <w:color w:val="000000"/>
                <w:sz w:val="22"/>
              </w:rPr>
              <w:t>XVII</w:t>
            </w:r>
            <w:r w:rsidRPr="00713EA5">
              <w:rPr>
                <w:color w:val="000000"/>
                <w:sz w:val="22"/>
                <w:lang w:val="ru-RU"/>
              </w:rPr>
              <w:t xml:space="preserve"> – </w:t>
            </w:r>
            <w:proofErr w:type="gramStart"/>
            <w:r w:rsidRPr="00713EA5">
              <w:rPr>
                <w:color w:val="000000"/>
                <w:sz w:val="22"/>
                <w:lang w:val="ru-RU"/>
              </w:rPr>
              <w:t>Х</w:t>
            </w:r>
            <w:proofErr w:type="gramEnd"/>
            <w:r>
              <w:rPr>
                <w:color w:val="000000"/>
                <w:sz w:val="22"/>
              </w:rPr>
              <w:t>VIII</w:t>
            </w:r>
            <w:r w:rsidRPr="00713EA5">
              <w:rPr>
                <w:color w:val="000000"/>
                <w:sz w:val="22"/>
                <w:lang w:val="ru-RU"/>
              </w:rPr>
              <w:t xml:space="preserve"> веках.</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4.1.</w:t>
            </w:r>
            <w:r w:rsidRPr="00713EA5">
              <w:rPr>
                <w:color w:val="000000"/>
                <w:sz w:val="19"/>
                <w:szCs w:val="19"/>
                <w:lang w:val="ru-RU"/>
              </w:rPr>
              <w:t xml:space="preserve"> </w:t>
            </w:r>
            <w:r w:rsidRPr="00713EA5">
              <w:rPr>
                <w:color w:val="000000"/>
                <w:sz w:val="22"/>
                <w:lang w:val="ru-RU"/>
              </w:rPr>
              <w:t xml:space="preserve">Россия в эпоху преобразований Петра </w:t>
            </w:r>
            <w:r>
              <w:rPr>
                <w:color w:val="000000"/>
                <w:sz w:val="22"/>
              </w:rPr>
              <w:t>I</w:t>
            </w:r>
            <w:r w:rsidRPr="00713EA5">
              <w:rPr>
                <w:color w:val="000000"/>
                <w:sz w:val="22"/>
                <w:lang w:val="ru-RU"/>
              </w:rPr>
              <w:t xml:space="preserve">. Военная реформа Петра </w:t>
            </w:r>
            <w:r>
              <w:rPr>
                <w:color w:val="000000"/>
                <w:sz w:val="22"/>
              </w:rPr>
              <w:t>I</w:t>
            </w:r>
            <w:r w:rsidRPr="00713EA5">
              <w:rPr>
                <w:color w:val="000000"/>
                <w:sz w:val="22"/>
                <w:lang w:val="ru-RU"/>
              </w:rPr>
              <w:t xml:space="preserve">. Строительство регулярной армии. Рекрутские наборы. Северная война. Табель о рангах. Первые ордена. Приказная система. Учреждение коллегий. Введение подушной подати. Реформы местного управления. Стрелецкие восстания 1682, 1689, 1698 гг. Кондратий Булавин. «Дело» </w:t>
            </w:r>
            <w:r w:rsidRPr="00713EA5">
              <w:rPr>
                <w:color w:val="000000"/>
                <w:sz w:val="22"/>
                <w:lang w:val="ru-RU"/>
              </w:rPr>
              <w:lastRenderedPageBreak/>
              <w:t>царевича Алексея: разрыв сына с отцом или реальный заговор.</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color w:val="000000"/>
                <w:sz w:val="22"/>
                <w:lang w:val="ru-RU"/>
              </w:rPr>
              <w:t>Проблемная лекция</w:t>
            </w:r>
            <w:r w:rsidRPr="00713EA5">
              <w:rPr>
                <w:sz w:val="22"/>
                <w:lang w:val="ru-RU"/>
              </w:rPr>
              <w:t>. Вопрос к зачету 4.1-4.2</w:t>
            </w:r>
          </w:p>
        </w:tc>
      </w:tr>
      <w:tr w:rsidR="00713EA5" w:rsidTr="00713EA5">
        <w:trPr>
          <w:trHeight w:val="551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88" w:lineRule="auto"/>
              <w:jc w:val="both"/>
              <w:rPr>
                <w:rFonts w:eastAsia="Times New Roman"/>
                <w:sz w:val="22"/>
                <w:lang w:val="ru-RU"/>
              </w:rPr>
            </w:pPr>
            <w:r w:rsidRPr="00713EA5">
              <w:rPr>
                <w:sz w:val="22"/>
                <w:lang w:val="ru-RU"/>
              </w:rPr>
              <w:t xml:space="preserve">4.2. </w:t>
            </w:r>
            <w:r w:rsidRPr="00713EA5">
              <w:rPr>
                <w:color w:val="000000"/>
                <w:sz w:val="22"/>
                <w:lang w:val="ru-RU"/>
              </w:rPr>
              <w:t>Эпоха «дворцовых переворотов». Фаворитизм. Насильственная смена правящих монархов, отстранение от власти фактических правителей А.Д. Меншикова, Э.И. Бирона. Правление Анн</w:t>
            </w:r>
            <w:proofErr w:type="gramStart"/>
            <w:r w:rsidRPr="00713EA5">
              <w:rPr>
                <w:color w:val="000000"/>
                <w:sz w:val="22"/>
                <w:lang w:val="ru-RU"/>
              </w:rPr>
              <w:t>ы Иоа</w:t>
            </w:r>
            <w:proofErr w:type="gramEnd"/>
            <w:r w:rsidRPr="00713EA5">
              <w:rPr>
                <w:color w:val="000000"/>
                <w:sz w:val="22"/>
                <w:lang w:val="ru-RU"/>
              </w:rPr>
              <w:t>нновны, особенности ее внутренней политики. «</w:t>
            </w:r>
            <w:proofErr w:type="gramStart"/>
            <w:r w:rsidRPr="00713EA5">
              <w:rPr>
                <w:color w:val="000000"/>
                <w:sz w:val="22"/>
                <w:lang w:val="ru-RU"/>
              </w:rPr>
              <w:t>Бироновщина</w:t>
            </w:r>
            <w:proofErr w:type="gramEnd"/>
            <w:r w:rsidRPr="00713EA5">
              <w:rPr>
                <w:color w:val="000000"/>
                <w:sz w:val="22"/>
                <w:lang w:val="ru-RU"/>
              </w:rPr>
              <w:t xml:space="preserve">» - суть явления. Правление Елизаветы Петровны. </w:t>
            </w:r>
            <w:proofErr w:type="gramStart"/>
            <w:r w:rsidRPr="00713EA5">
              <w:rPr>
                <w:color w:val="000000"/>
                <w:sz w:val="22"/>
                <w:lang w:val="ru-RU"/>
              </w:rPr>
              <w:t>Распространение монополий, отмена внутренних торговых пошлин, учреждение дворянского и купеческого банков, протекционизм во внешней торговле, налоговая политика.</w:t>
            </w:r>
            <w:proofErr w:type="gramEnd"/>
            <w:r w:rsidRPr="00713EA5">
              <w:rPr>
                <w:color w:val="000000"/>
                <w:sz w:val="22"/>
                <w:lang w:val="ru-RU"/>
              </w:rPr>
              <w:t xml:space="preserve"> Петр </w:t>
            </w:r>
            <w:r>
              <w:rPr>
                <w:color w:val="000000"/>
                <w:sz w:val="22"/>
              </w:rPr>
              <w:t>III</w:t>
            </w:r>
            <w:r w:rsidRPr="00713EA5">
              <w:rPr>
                <w:color w:val="000000"/>
                <w:sz w:val="22"/>
                <w:lang w:val="ru-RU"/>
              </w:rPr>
              <w:t xml:space="preserve"> - результаты его кратковременного правления в сфере внутренней политики.</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4.3-4.4</w:t>
            </w:r>
          </w:p>
        </w:tc>
      </w:tr>
      <w:tr w:rsidR="00713EA5" w:rsidTr="00713EA5">
        <w:trPr>
          <w:trHeight w:val="3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88" w:lineRule="auto"/>
              <w:jc w:val="both"/>
              <w:rPr>
                <w:rFonts w:eastAsia="Times New Roman"/>
                <w:sz w:val="22"/>
              </w:rPr>
            </w:pPr>
            <w:r w:rsidRPr="00713EA5">
              <w:rPr>
                <w:sz w:val="22"/>
                <w:lang w:val="ru-RU"/>
              </w:rPr>
              <w:t xml:space="preserve">4.3. </w:t>
            </w:r>
            <w:r w:rsidRPr="00713EA5">
              <w:rPr>
                <w:color w:val="000000"/>
                <w:sz w:val="22"/>
                <w:lang w:val="ru-RU"/>
              </w:rPr>
              <w:t xml:space="preserve">Просвещенный абсолютизм Екатерины </w:t>
            </w:r>
            <w:r>
              <w:rPr>
                <w:color w:val="000000"/>
                <w:sz w:val="22"/>
              </w:rPr>
              <w:t>II</w:t>
            </w:r>
            <w:r w:rsidRPr="00713EA5">
              <w:rPr>
                <w:color w:val="000000"/>
                <w:sz w:val="22"/>
                <w:lang w:val="ru-RU"/>
              </w:rPr>
              <w:t xml:space="preserve">. Губернская реформа Екатерины </w:t>
            </w:r>
            <w:r>
              <w:rPr>
                <w:color w:val="000000"/>
                <w:sz w:val="22"/>
              </w:rPr>
              <w:t>II</w:t>
            </w:r>
            <w:r w:rsidRPr="00713EA5">
              <w:rPr>
                <w:color w:val="000000"/>
                <w:sz w:val="22"/>
                <w:lang w:val="ru-RU"/>
              </w:rPr>
              <w:t xml:space="preserve">. Восстание под предводительством Емельяна Пугачева. Гильдейское купечество: привилегии и обязанности. Политика по отношению к старообрядцам, лицам инославных и нехристианских конфессий. Ликвидация Гетманства на Левобережной Украине, Запорожской Сечи. Вхождение в состав России Младшего и Среднего </w:t>
            </w:r>
            <w:proofErr w:type="gramStart"/>
            <w:r w:rsidRPr="00713EA5">
              <w:rPr>
                <w:color w:val="000000"/>
                <w:sz w:val="22"/>
                <w:lang w:val="ru-RU"/>
              </w:rPr>
              <w:t>казахских</w:t>
            </w:r>
            <w:proofErr w:type="gramEnd"/>
            <w:r w:rsidRPr="00713EA5">
              <w:rPr>
                <w:color w:val="000000"/>
                <w:sz w:val="22"/>
                <w:lang w:val="ru-RU"/>
              </w:rPr>
              <w:t xml:space="preserve"> </w:t>
            </w:r>
            <w:proofErr w:type="spellStart"/>
            <w:r w:rsidRPr="00713EA5">
              <w:rPr>
                <w:color w:val="000000"/>
                <w:sz w:val="22"/>
                <w:lang w:val="ru-RU"/>
              </w:rPr>
              <w:t>жузов</w:t>
            </w:r>
            <w:proofErr w:type="spellEnd"/>
            <w:r w:rsidRPr="00713EA5">
              <w:rPr>
                <w:color w:val="000000"/>
                <w:sz w:val="22"/>
                <w:lang w:val="ru-RU"/>
              </w:rPr>
              <w:t xml:space="preserve">. </w:t>
            </w:r>
            <w:proofErr w:type="spellStart"/>
            <w:r>
              <w:rPr>
                <w:color w:val="000000"/>
                <w:sz w:val="22"/>
              </w:rPr>
              <w:t>Взаимоотношения</w:t>
            </w:r>
            <w:proofErr w:type="spellEnd"/>
            <w:r>
              <w:rPr>
                <w:color w:val="000000"/>
                <w:sz w:val="22"/>
              </w:rPr>
              <w:t xml:space="preserve"> с </w:t>
            </w:r>
            <w:proofErr w:type="spellStart"/>
            <w:r>
              <w:rPr>
                <w:color w:val="000000"/>
                <w:sz w:val="22"/>
              </w:rPr>
              <w:t>калмыками</w:t>
            </w:r>
            <w:proofErr w:type="spellEnd"/>
            <w:r>
              <w:rPr>
                <w:color w:val="000000"/>
                <w:sz w:val="22"/>
              </w:rPr>
              <w:t xml:space="preserve">, </w:t>
            </w:r>
            <w:proofErr w:type="spellStart"/>
            <w:r>
              <w:rPr>
                <w:color w:val="000000"/>
                <w:sz w:val="22"/>
              </w:rPr>
              <w:t>народами</w:t>
            </w:r>
            <w:proofErr w:type="spellEnd"/>
            <w:r>
              <w:rPr>
                <w:color w:val="000000"/>
                <w:sz w:val="22"/>
              </w:rPr>
              <w:t xml:space="preserve"> </w:t>
            </w:r>
            <w:proofErr w:type="spellStart"/>
            <w:r>
              <w:rPr>
                <w:color w:val="000000"/>
                <w:sz w:val="22"/>
              </w:rPr>
              <w:t>Северного</w:t>
            </w:r>
            <w:proofErr w:type="spellEnd"/>
            <w:r>
              <w:rPr>
                <w:color w:val="000000"/>
                <w:sz w:val="22"/>
              </w:rPr>
              <w:t xml:space="preserve"> </w:t>
            </w:r>
            <w:proofErr w:type="spellStart"/>
            <w:r>
              <w:rPr>
                <w:color w:val="000000"/>
                <w:sz w:val="22"/>
              </w:rPr>
              <w:t>Кавказа</w:t>
            </w:r>
            <w:proofErr w:type="spellEnd"/>
            <w:r>
              <w:rPr>
                <w:color w:val="000000"/>
                <w:sz w:val="22"/>
              </w:rPr>
              <w:t xml:space="preserve"> и </w:t>
            </w:r>
            <w:proofErr w:type="spellStart"/>
            <w:r>
              <w:rPr>
                <w:color w:val="000000"/>
                <w:sz w:val="22"/>
              </w:rPr>
              <w:t>Закавказья</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4.5</w:t>
            </w:r>
          </w:p>
        </w:tc>
      </w:tr>
      <w:tr w:rsidR="00713EA5" w:rsidTr="00713EA5">
        <w:trPr>
          <w:trHeight w:val="277"/>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autoSpaceDE w:val="0"/>
              <w:autoSpaceDN w:val="0"/>
              <w:adjustRightInd w:val="0"/>
              <w:spacing w:line="240" w:lineRule="auto"/>
              <w:jc w:val="both"/>
              <w:rPr>
                <w:rFonts w:eastAsia="Times New Roman"/>
                <w:sz w:val="22"/>
              </w:rPr>
            </w:pPr>
            <w:r>
              <w:rPr>
                <w:rFonts w:eastAsia="Calibri"/>
                <w:bCs/>
                <w:sz w:val="22"/>
              </w:rPr>
              <w:t xml:space="preserve">5. </w:t>
            </w:r>
            <w:proofErr w:type="spellStart"/>
            <w:r>
              <w:rPr>
                <w:color w:val="000000"/>
                <w:sz w:val="22"/>
              </w:rPr>
              <w:t>Россия</w:t>
            </w:r>
            <w:proofErr w:type="spellEnd"/>
            <w:r>
              <w:rPr>
                <w:color w:val="000000"/>
                <w:sz w:val="22"/>
              </w:rPr>
              <w:t xml:space="preserve"> в XIX </w:t>
            </w:r>
            <w:proofErr w:type="spellStart"/>
            <w:r>
              <w:rPr>
                <w:color w:val="000000"/>
                <w:sz w:val="22"/>
              </w:rPr>
              <w:t>веке</w:t>
            </w:r>
            <w:proofErr w:type="spellEnd"/>
            <w:r>
              <w:rPr>
                <w:color w:val="000000"/>
                <w:sz w:val="22"/>
              </w:rPr>
              <w:t>.</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5.1.</w:t>
            </w:r>
            <w:r w:rsidRPr="00713EA5">
              <w:rPr>
                <w:color w:val="000000"/>
                <w:sz w:val="22"/>
                <w:lang w:val="ru-RU"/>
              </w:rPr>
              <w:t xml:space="preserve"> Дворцовый переворот 1801 г. "Блистательный век" Александра </w:t>
            </w:r>
            <w:r>
              <w:rPr>
                <w:color w:val="000000"/>
                <w:sz w:val="22"/>
              </w:rPr>
              <w:t>I</w:t>
            </w:r>
            <w:r w:rsidRPr="00713EA5">
              <w:rPr>
                <w:color w:val="000000"/>
                <w:sz w:val="22"/>
                <w:lang w:val="ru-RU"/>
              </w:rPr>
              <w:t xml:space="preserve">. «Негласный комитет» и «Непременный совет». Проекты реформ Сперанского и их реализация. </w:t>
            </w:r>
            <w:r w:rsidRPr="00713EA5">
              <w:rPr>
                <w:color w:val="000000"/>
                <w:sz w:val="22"/>
                <w:lang w:val="ru-RU"/>
              </w:rPr>
              <w:lastRenderedPageBreak/>
              <w:t xml:space="preserve">Административные преобразования: учреждение министерств, реформа Государственного совета, </w:t>
            </w:r>
            <w:proofErr w:type="spellStart"/>
            <w:r w:rsidRPr="00713EA5">
              <w:rPr>
                <w:color w:val="000000"/>
                <w:sz w:val="22"/>
                <w:lang w:val="ru-RU"/>
              </w:rPr>
              <w:t>рекрутирование</w:t>
            </w:r>
            <w:proofErr w:type="spellEnd"/>
            <w:r w:rsidRPr="00713EA5">
              <w:rPr>
                <w:color w:val="000000"/>
                <w:sz w:val="22"/>
                <w:lang w:val="ru-RU"/>
              </w:rPr>
              <w:t xml:space="preserve"> нового чиновничества. Н.М. Карамзин и М.М. Сперанский: два полюса общественной мысли первой четверти </w:t>
            </w:r>
            <w:r>
              <w:rPr>
                <w:color w:val="000000"/>
                <w:sz w:val="22"/>
              </w:rPr>
              <w:t>XIX</w:t>
            </w:r>
            <w:r w:rsidRPr="00713EA5">
              <w:rPr>
                <w:color w:val="000000"/>
                <w:sz w:val="22"/>
                <w:lang w:val="ru-RU"/>
              </w:rPr>
              <w:t xml:space="preserve"> в. Северное и Южное общества. «Конституция» Н.М. Муравьева и «</w:t>
            </w:r>
            <w:proofErr w:type="gramStart"/>
            <w:r w:rsidRPr="00713EA5">
              <w:rPr>
                <w:color w:val="000000"/>
                <w:sz w:val="22"/>
                <w:lang w:val="ru-RU"/>
              </w:rPr>
              <w:t>Русская</w:t>
            </w:r>
            <w:proofErr w:type="gramEnd"/>
            <w:r w:rsidRPr="00713EA5">
              <w:rPr>
                <w:color w:val="000000"/>
                <w:sz w:val="22"/>
                <w:lang w:val="ru-RU"/>
              </w:rPr>
              <w:t xml:space="preserve"> правда» П.И. Пестеля. Восстания на Сенатской площади и в Киевской губернии. «Киселевская реформа» государственных крестьян. Начало железнодорожного строительства в России. Славянофильство и западничество: общее и отличное.</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5.1-5.3</w:t>
            </w:r>
          </w:p>
        </w:tc>
      </w:tr>
      <w:tr w:rsidR="00713EA5" w:rsidTr="00713EA5">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88" w:lineRule="auto"/>
              <w:jc w:val="both"/>
              <w:rPr>
                <w:rFonts w:eastAsia="Times New Roman"/>
                <w:sz w:val="22"/>
              </w:rPr>
            </w:pPr>
            <w:r w:rsidRPr="00713EA5">
              <w:rPr>
                <w:sz w:val="22"/>
                <w:lang w:val="ru-RU"/>
              </w:rPr>
              <w:t xml:space="preserve">5.2. </w:t>
            </w:r>
            <w:r w:rsidRPr="00713EA5">
              <w:rPr>
                <w:color w:val="000000"/>
                <w:sz w:val="22"/>
                <w:lang w:val="ru-RU"/>
              </w:rPr>
              <w:t xml:space="preserve">Россия после Крымской войны. Великие реформы Александра </w:t>
            </w:r>
            <w:r>
              <w:rPr>
                <w:color w:val="000000"/>
                <w:sz w:val="22"/>
              </w:rPr>
              <w:t>II</w:t>
            </w:r>
            <w:r w:rsidRPr="00713EA5">
              <w:rPr>
                <w:color w:val="000000"/>
                <w:sz w:val="22"/>
                <w:lang w:val="ru-RU"/>
              </w:rPr>
              <w:t xml:space="preserve">. Отмена крепостной зависимости крестьянства, введение земств, Судебные уставы, Университетский устав. Правовой статус крестьянина после реформы 1861 г. Деятельность организации «Народная воля». Царствование Александра </w:t>
            </w:r>
            <w:r>
              <w:rPr>
                <w:color w:val="000000"/>
                <w:sz w:val="22"/>
              </w:rPr>
              <w:t>III</w:t>
            </w:r>
            <w:r w:rsidRPr="00713EA5">
              <w:rPr>
                <w:color w:val="000000"/>
                <w:sz w:val="22"/>
                <w:lang w:val="ru-RU"/>
              </w:rPr>
              <w:t xml:space="preserve">. Голод 1891–1892 гг. и кампания помощи голодающим. Национальная политика в царствование Александра  </w:t>
            </w:r>
            <w:r>
              <w:rPr>
                <w:color w:val="000000"/>
                <w:sz w:val="22"/>
              </w:rPr>
              <w:t>III</w:t>
            </w:r>
            <w:r w:rsidRPr="00713EA5">
              <w:rPr>
                <w:color w:val="000000"/>
                <w:sz w:val="22"/>
                <w:lang w:val="ru-RU"/>
              </w:rPr>
              <w:t xml:space="preserve"> (национализм, русификация окраин). Экономический рост 1890-х гг.: причины и масштабы. Финансовая реформа 1895– 1897  гг. </w:t>
            </w:r>
            <w:proofErr w:type="spellStart"/>
            <w:r>
              <w:rPr>
                <w:color w:val="000000"/>
                <w:sz w:val="22"/>
              </w:rPr>
              <w:t>Привлечение</w:t>
            </w:r>
            <w:proofErr w:type="spellEnd"/>
            <w:r>
              <w:rPr>
                <w:color w:val="000000"/>
                <w:sz w:val="22"/>
              </w:rPr>
              <w:t xml:space="preserve"> </w:t>
            </w:r>
            <w:proofErr w:type="spellStart"/>
            <w:r>
              <w:rPr>
                <w:color w:val="000000"/>
                <w:sz w:val="22"/>
              </w:rPr>
              <w:t>иностранных</w:t>
            </w:r>
            <w:proofErr w:type="spellEnd"/>
            <w:r>
              <w:rPr>
                <w:color w:val="000000"/>
                <w:sz w:val="22"/>
              </w:rPr>
              <w:t xml:space="preserve"> </w:t>
            </w:r>
            <w:proofErr w:type="spellStart"/>
            <w:r>
              <w:rPr>
                <w:color w:val="000000"/>
                <w:sz w:val="22"/>
              </w:rPr>
              <w:t>инвестиций</w:t>
            </w:r>
            <w:proofErr w:type="spellEnd"/>
            <w:r>
              <w:rPr>
                <w:color w:val="000000"/>
                <w:sz w:val="22"/>
              </w:rPr>
              <w:t xml:space="preserve">. </w:t>
            </w:r>
            <w:proofErr w:type="spellStart"/>
            <w:r>
              <w:rPr>
                <w:color w:val="000000"/>
                <w:sz w:val="22"/>
              </w:rPr>
              <w:t>Российская</w:t>
            </w:r>
            <w:proofErr w:type="spellEnd"/>
            <w:r>
              <w:rPr>
                <w:color w:val="000000"/>
                <w:sz w:val="22"/>
              </w:rPr>
              <w:t xml:space="preserve"> </w:t>
            </w:r>
            <w:proofErr w:type="spellStart"/>
            <w:r>
              <w:rPr>
                <w:color w:val="000000"/>
                <w:sz w:val="22"/>
              </w:rPr>
              <w:t>промышленность</w:t>
            </w:r>
            <w:proofErr w:type="spellEnd"/>
            <w:r>
              <w:rPr>
                <w:color w:val="000000"/>
                <w:sz w:val="22"/>
              </w:rPr>
              <w:t xml:space="preserve"> и </w:t>
            </w:r>
            <w:proofErr w:type="spellStart"/>
            <w:r>
              <w:rPr>
                <w:color w:val="000000"/>
                <w:sz w:val="22"/>
              </w:rPr>
              <w:t>зарубежный</w:t>
            </w:r>
            <w:proofErr w:type="spellEnd"/>
            <w:r>
              <w:rPr>
                <w:color w:val="000000"/>
                <w:sz w:val="22"/>
              </w:rPr>
              <w:t xml:space="preserve"> </w:t>
            </w:r>
            <w:proofErr w:type="spellStart"/>
            <w:r>
              <w:rPr>
                <w:color w:val="000000"/>
                <w:sz w:val="22"/>
              </w:rPr>
              <w:t>капитал</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5.4-5.7</w:t>
            </w:r>
          </w:p>
        </w:tc>
      </w:tr>
      <w:tr w:rsidR="00713EA5" w:rsidRPr="00E23FDB" w:rsidTr="00713EA5">
        <w:trPr>
          <w:trHeight w:val="262"/>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6. </w:t>
            </w:r>
            <w:r w:rsidRPr="00713EA5">
              <w:rPr>
                <w:color w:val="000000"/>
                <w:sz w:val="22"/>
                <w:lang w:val="ru-RU"/>
              </w:rPr>
              <w:t xml:space="preserve">Россия в начале </w:t>
            </w:r>
            <w:r>
              <w:rPr>
                <w:color w:val="000000"/>
                <w:sz w:val="22"/>
              </w:rPr>
              <w:t>XX</w:t>
            </w:r>
            <w:r w:rsidRPr="00713EA5">
              <w:rPr>
                <w:color w:val="000000"/>
                <w:sz w:val="22"/>
                <w:lang w:val="ru-RU"/>
              </w:rPr>
              <w:t xml:space="preserve"> века.</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6.1.</w:t>
            </w:r>
            <w:r w:rsidRPr="00713EA5">
              <w:rPr>
                <w:color w:val="000000"/>
                <w:sz w:val="22"/>
                <w:lang w:val="ru-RU"/>
              </w:rPr>
              <w:t xml:space="preserve"> Студенческое движение рубежа </w:t>
            </w:r>
            <w:r>
              <w:rPr>
                <w:color w:val="000000"/>
                <w:sz w:val="22"/>
              </w:rPr>
              <w:t>XIX</w:t>
            </w:r>
            <w:r w:rsidRPr="00713EA5">
              <w:rPr>
                <w:color w:val="000000"/>
                <w:sz w:val="22"/>
                <w:lang w:val="ru-RU"/>
              </w:rPr>
              <w:t>–</w:t>
            </w:r>
            <w:r>
              <w:rPr>
                <w:color w:val="000000"/>
                <w:sz w:val="22"/>
              </w:rPr>
              <w:t>XX</w:t>
            </w:r>
            <w:r w:rsidRPr="00713EA5">
              <w:rPr>
                <w:color w:val="000000"/>
                <w:sz w:val="22"/>
                <w:lang w:val="ru-RU"/>
              </w:rPr>
              <w:t xml:space="preserve"> вв. Зарождение политических организаций и партий в России в конце </w:t>
            </w:r>
            <w:r>
              <w:rPr>
                <w:color w:val="000000"/>
                <w:sz w:val="22"/>
              </w:rPr>
              <w:t>XIX</w:t>
            </w:r>
            <w:r w:rsidRPr="00713EA5">
              <w:rPr>
                <w:color w:val="000000"/>
                <w:sz w:val="22"/>
                <w:lang w:val="ru-RU"/>
              </w:rPr>
              <w:t xml:space="preserve">-начале ХХ </w:t>
            </w:r>
            <w:proofErr w:type="gramStart"/>
            <w:r w:rsidRPr="00713EA5">
              <w:rPr>
                <w:color w:val="000000"/>
                <w:sz w:val="22"/>
                <w:lang w:val="ru-RU"/>
              </w:rPr>
              <w:t>в</w:t>
            </w:r>
            <w:proofErr w:type="gramEnd"/>
            <w:r w:rsidRPr="00713EA5">
              <w:rPr>
                <w:color w:val="000000"/>
                <w:sz w:val="22"/>
                <w:lang w:val="ru-RU"/>
              </w:rPr>
              <w:t xml:space="preserve">. Второй съезд РСДРП. Деятельность В.К. </w:t>
            </w:r>
            <w:r w:rsidRPr="00713EA5">
              <w:rPr>
                <w:color w:val="000000"/>
                <w:sz w:val="22"/>
                <w:lang w:val="ru-RU"/>
              </w:rPr>
              <w:lastRenderedPageBreak/>
              <w:t xml:space="preserve">Плеве в качестве министра внутренних дел. Первая русская революция. Правительство С.Ю. Витте. Деятельность </w:t>
            </w:r>
            <w:r>
              <w:rPr>
                <w:color w:val="000000"/>
                <w:sz w:val="22"/>
              </w:rPr>
              <w:t>I</w:t>
            </w:r>
            <w:r w:rsidRPr="00713EA5">
              <w:rPr>
                <w:color w:val="000000"/>
                <w:sz w:val="22"/>
                <w:lang w:val="ru-RU"/>
              </w:rPr>
              <w:t xml:space="preserve"> Думы. </w:t>
            </w:r>
            <w:r>
              <w:rPr>
                <w:color w:val="000000"/>
                <w:sz w:val="22"/>
              </w:rPr>
              <w:t>II</w:t>
            </w:r>
            <w:r w:rsidRPr="00713EA5">
              <w:rPr>
                <w:color w:val="000000"/>
                <w:sz w:val="22"/>
                <w:lang w:val="ru-RU"/>
              </w:rPr>
              <w:t xml:space="preserve"> Государственная Дума и ее роспуск. Российская империя в 1907–1914 гг. Начало Первой мировой войны. Социальные последствия Мировой войны: массовая мобилизация, беженцы, дезертиры. Образование Ставки верховного главнокомандующего. «Министерская забастовка» августа 1915 г. Свержение самодержавия и попытки выхода из политического кризиса. Роль В.И. Ленина в выработке новой политики. «</w:t>
            </w:r>
            <w:proofErr w:type="spellStart"/>
            <w:r w:rsidRPr="00713EA5">
              <w:rPr>
                <w:color w:val="000000"/>
                <w:sz w:val="22"/>
                <w:lang w:val="ru-RU"/>
              </w:rPr>
              <w:t>Корниловский</w:t>
            </w:r>
            <w:proofErr w:type="spellEnd"/>
            <w:r w:rsidRPr="00713EA5">
              <w:rPr>
                <w:color w:val="000000"/>
                <w:sz w:val="22"/>
                <w:lang w:val="ru-RU"/>
              </w:rPr>
              <w:t xml:space="preserve"> мятеж» и его подавление. Свержение Временного правительства, захват власти большевиками в октябре 1917 г. Гражданская война и интервенция.</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sz w:val="22"/>
                <w:lang w:val="ru-RU"/>
              </w:rPr>
              <w:t>Вопрос к зачету с оценкой 6.1-6.3</w:t>
            </w:r>
          </w:p>
        </w:tc>
      </w:tr>
      <w:tr w:rsidR="00713EA5" w:rsidRPr="00E23FDB" w:rsidTr="00713EA5">
        <w:trPr>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88" w:lineRule="auto"/>
              <w:jc w:val="both"/>
              <w:rPr>
                <w:rFonts w:eastAsia="Times New Roman"/>
                <w:sz w:val="22"/>
              </w:rPr>
            </w:pPr>
            <w:r w:rsidRPr="00713EA5">
              <w:rPr>
                <w:sz w:val="22"/>
                <w:lang w:val="ru-RU"/>
              </w:rPr>
              <w:t xml:space="preserve">6.2. </w:t>
            </w:r>
            <w:r w:rsidRPr="00713EA5">
              <w:rPr>
                <w:color w:val="000000"/>
                <w:sz w:val="22"/>
                <w:lang w:val="ru-RU"/>
              </w:rPr>
              <w:t>Взаимоотношения России и Японии. Русско-японская война. Гонка вооружений. Этапы военных действий на Восточном фронте. Восточн</w:t>
            </w:r>
            <w:proofErr w:type="gramStart"/>
            <w:r w:rsidRPr="00713EA5">
              <w:rPr>
                <w:color w:val="000000"/>
                <w:sz w:val="22"/>
                <w:lang w:val="ru-RU"/>
              </w:rPr>
              <w:t>о-</w:t>
            </w:r>
            <w:proofErr w:type="gramEnd"/>
            <w:r w:rsidRPr="00713EA5">
              <w:rPr>
                <w:color w:val="000000"/>
                <w:sz w:val="22"/>
                <w:lang w:val="ru-RU"/>
              </w:rPr>
              <w:t xml:space="preserve"> Прусская операция. Вступление Османской империи в войну. Боевые действия 1916 г. Брусиловский прорыв. </w:t>
            </w:r>
            <w:proofErr w:type="spellStart"/>
            <w:r>
              <w:rPr>
                <w:color w:val="000000"/>
                <w:sz w:val="22"/>
              </w:rPr>
              <w:t>Брестский</w:t>
            </w:r>
            <w:proofErr w:type="spellEnd"/>
            <w:r>
              <w:rPr>
                <w:color w:val="000000"/>
                <w:sz w:val="22"/>
              </w:rPr>
              <w:t xml:space="preserve"> </w:t>
            </w:r>
            <w:proofErr w:type="spellStart"/>
            <w:r>
              <w:rPr>
                <w:color w:val="000000"/>
                <w:sz w:val="22"/>
              </w:rPr>
              <w:t>мир</w:t>
            </w:r>
            <w:proofErr w:type="spellEnd"/>
            <w:r>
              <w:rPr>
                <w:color w:val="000000"/>
                <w:sz w:val="22"/>
              </w:rPr>
              <w:t xml:space="preserve">. </w:t>
            </w:r>
            <w:proofErr w:type="spellStart"/>
            <w:r>
              <w:rPr>
                <w:color w:val="000000"/>
                <w:sz w:val="22"/>
              </w:rPr>
              <w:t>Советско</w:t>
            </w:r>
            <w:proofErr w:type="spellEnd"/>
            <w:r>
              <w:rPr>
                <w:color w:val="000000"/>
                <w:sz w:val="22"/>
              </w:rPr>
              <w:t xml:space="preserve">- </w:t>
            </w:r>
            <w:proofErr w:type="spellStart"/>
            <w:r>
              <w:rPr>
                <w:color w:val="000000"/>
                <w:sz w:val="22"/>
              </w:rPr>
              <w:t>польская</w:t>
            </w:r>
            <w:proofErr w:type="spellEnd"/>
            <w:r>
              <w:rPr>
                <w:color w:val="000000"/>
                <w:sz w:val="22"/>
              </w:rPr>
              <w:t xml:space="preserve"> </w:t>
            </w:r>
            <w:proofErr w:type="spellStart"/>
            <w:r>
              <w:rPr>
                <w:color w:val="000000"/>
                <w:sz w:val="22"/>
              </w:rPr>
              <w:t>война</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sz w:val="22"/>
                <w:lang w:val="ru-RU"/>
              </w:rPr>
              <w:t>Вопрос к зачету с оценкой 6.4-6.5</w:t>
            </w:r>
          </w:p>
        </w:tc>
      </w:tr>
      <w:tr w:rsidR="00713EA5" w:rsidRPr="00E23FDB" w:rsidTr="00713EA5">
        <w:trPr>
          <w:trHeight w:val="300"/>
          <w:jc w:val="center"/>
        </w:trPr>
        <w:tc>
          <w:tcPr>
            <w:tcW w:w="1174"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7. </w:t>
            </w:r>
            <w:r w:rsidRPr="00713EA5">
              <w:rPr>
                <w:color w:val="000000"/>
                <w:sz w:val="22"/>
                <w:lang w:val="ru-RU"/>
              </w:rPr>
              <w:t xml:space="preserve">Становление новой государственности. СССР в 20-е – 30-е  годы ХХ </w:t>
            </w:r>
            <w:proofErr w:type="gramStart"/>
            <w:r w:rsidRPr="00713EA5">
              <w:rPr>
                <w:color w:val="000000"/>
                <w:sz w:val="22"/>
                <w:lang w:val="ru-RU"/>
              </w:rPr>
              <w:t>в</w:t>
            </w:r>
            <w:proofErr w:type="gramEnd"/>
            <w:r w:rsidRPr="00713EA5">
              <w:rPr>
                <w:color w:val="000000"/>
                <w:sz w:val="22"/>
                <w:lang w:val="ru-RU"/>
              </w:rPr>
              <w:t>.</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7.1.</w:t>
            </w:r>
            <w:r w:rsidRPr="00713EA5">
              <w:rPr>
                <w:color w:val="000000"/>
                <w:sz w:val="22"/>
                <w:lang w:val="ru-RU"/>
              </w:rPr>
              <w:t xml:space="preserve"> Финальный этап Гражданской войны: поражение П.Н. Врангеля, окончание Гражданской войны. Военные действия в Закавказье, Туркестане и на Дальнем Востоке. Кронштадтское восстание. Переход к НЭПу. Создание СССР. Смерть В.И. Ленина и борьба за «ленинское наследство». Победа И.В. Сталина и его сторонников над оппозицией. Индустриализация. Стахановское движение. Коллективизация, раскулачивание и ликвидация кулачества как класса. Политические процессы в СССР в 1930-х гг. Противостояние </w:t>
            </w:r>
            <w:r w:rsidRPr="00713EA5">
              <w:rPr>
                <w:color w:val="000000"/>
                <w:sz w:val="22"/>
                <w:lang w:val="ru-RU"/>
              </w:rPr>
              <w:lastRenderedPageBreak/>
              <w:t>«Генеральной линии» и «Правой  оппозиции». «Большой террор» 1937-1938 гг. Репрессии в армии.</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sz w:val="22"/>
                <w:lang w:val="ru-RU"/>
              </w:rPr>
              <w:t>Вопрос к зачету с оценкой 7.1-7.8</w:t>
            </w:r>
          </w:p>
        </w:tc>
      </w:tr>
      <w:tr w:rsidR="00713EA5" w:rsidRPr="00E23FDB" w:rsidTr="00713EA5">
        <w:trPr>
          <w:trHeight w:val="270"/>
          <w:jc w:val="center"/>
        </w:trPr>
        <w:tc>
          <w:tcPr>
            <w:tcW w:w="1174"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autoSpaceDE w:val="0"/>
              <w:autoSpaceDN w:val="0"/>
              <w:adjustRightInd w:val="0"/>
              <w:spacing w:line="240" w:lineRule="auto"/>
              <w:jc w:val="both"/>
              <w:rPr>
                <w:rFonts w:eastAsia="Times New Roman"/>
                <w:sz w:val="22"/>
              </w:rPr>
            </w:pPr>
            <w:r>
              <w:rPr>
                <w:rFonts w:eastAsia="Calibri"/>
                <w:bCs/>
                <w:sz w:val="22"/>
              </w:rPr>
              <w:lastRenderedPageBreak/>
              <w:t xml:space="preserve">8. </w:t>
            </w:r>
            <w:proofErr w:type="spellStart"/>
            <w:r>
              <w:rPr>
                <w:color w:val="000000"/>
                <w:sz w:val="22"/>
              </w:rPr>
              <w:t>Великая</w:t>
            </w:r>
            <w:proofErr w:type="spellEnd"/>
            <w:r>
              <w:rPr>
                <w:color w:val="000000"/>
                <w:sz w:val="22"/>
              </w:rPr>
              <w:t xml:space="preserve"> </w:t>
            </w:r>
            <w:proofErr w:type="spellStart"/>
            <w:r>
              <w:rPr>
                <w:color w:val="000000"/>
                <w:sz w:val="22"/>
              </w:rPr>
              <w:t>Отечес-твенная</w:t>
            </w:r>
            <w:proofErr w:type="spellEnd"/>
            <w:r>
              <w:rPr>
                <w:color w:val="000000"/>
                <w:sz w:val="22"/>
              </w:rPr>
              <w:t xml:space="preserve"> </w:t>
            </w:r>
            <w:proofErr w:type="spellStart"/>
            <w:r>
              <w:rPr>
                <w:color w:val="000000"/>
                <w:sz w:val="22"/>
              </w:rPr>
              <w:t>война</w:t>
            </w:r>
            <w:proofErr w:type="spellEnd"/>
            <w:r>
              <w:rPr>
                <w:color w:val="000000"/>
                <w:sz w:val="22"/>
              </w:rPr>
              <w:t>.</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8.1.</w:t>
            </w:r>
            <w:r w:rsidRPr="00713EA5">
              <w:rPr>
                <w:color w:val="000000"/>
                <w:sz w:val="22"/>
                <w:lang w:val="ru-RU"/>
              </w:rPr>
              <w:t xml:space="preserve"> Германский план «Барбаросса». Нападение нацистской Германии на СССР. Боевые действия летом 1941 - зимой 1941/42 гг. Блокада Ленинграда. Победа под Москвой и ее историческое значение. Перевод промышленности на военные рельсы, массовая эвакуация промышленных мощностей, перманентная мобилизация. Массовые преступления гитлеровцев на временно оккупированной территории СССР. Сталинградское сражение. Ржевская битва. Сражение на Курской дуге и наступление Красной армии по всем фронтам до весны 1943 г. Наступление под Ленинградом зимой 1944 г. «Битва за Днепр». Власов и </w:t>
            </w:r>
            <w:proofErr w:type="spellStart"/>
            <w:r w:rsidRPr="00713EA5">
              <w:rPr>
                <w:color w:val="000000"/>
                <w:sz w:val="22"/>
                <w:lang w:val="ru-RU"/>
              </w:rPr>
              <w:t>власовцы</w:t>
            </w:r>
            <w:proofErr w:type="spellEnd"/>
            <w:r w:rsidRPr="00713EA5">
              <w:rPr>
                <w:color w:val="000000"/>
                <w:sz w:val="22"/>
                <w:lang w:val="ru-RU"/>
              </w:rPr>
              <w:t>. Национальные формирования. Освобождение Праги. Капитуляция Германии. Преодоление последствий войны.</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color w:val="000000"/>
                <w:sz w:val="22"/>
                <w:lang w:val="ru-RU"/>
              </w:rPr>
              <w:t xml:space="preserve">Проблемная </w:t>
            </w:r>
            <w:proofErr w:type="spellStart"/>
            <w:r w:rsidRPr="00713EA5">
              <w:rPr>
                <w:color w:val="000000"/>
                <w:sz w:val="22"/>
                <w:lang w:val="ru-RU"/>
              </w:rPr>
              <w:t>лекция</w:t>
            </w:r>
            <w:proofErr w:type="gramStart"/>
            <w:r w:rsidRPr="00713EA5">
              <w:rPr>
                <w:sz w:val="22"/>
                <w:lang w:val="ru-RU"/>
              </w:rPr>
              <w:t>.В</w:t>
            </w:r>
            <w:proofErr w:type="gramEnd"/>
            <w:r w:rsidRPr="00713EA5">
              <w:rPr>
                <w:sz w:val="22"/>
                <w:lang w:val="ru-RU"/>
              </w:rPr>
              <w:t>опрос</w:t>
            </w:r>
            <w:proofErr w:type="spellEnd"/>
            <w:r w:rsidRPr="00713EA5">
              <w:rPr>
                <w:sz w:val="22"/>
                <w:lang w:val="ru-RU"/>
              </w:rPr>
              <w:t xml:space="preserve"> к зачету с оценкой 8.1-8.4</w:t>
            </w:r>
          </w:p>
        </w:tc>
      </w:tr>
      <w:tr w:rsidR="00713EA5" w:rsidRPr="00E23FDB" w:rsidTr="00713EA5">
        <w:trPr>
          <w:trHeight w:val="240"/>
          <w:jc w:val="center"/>
        </w:trPr>
        <w:tc>
          <w:tcPr>
            <w:tcW w:w="1174"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t xml:space="preserve">9. </w:t>
            </w:r>
            <w:r w:rsidRPr="00713EA5">
              <w:rPr>
                <w:color w:val="000000"/>
                <w:sz w:val="22"/>
                <w:lang w:val="ru-RU"/>
              </w:rPr>
              <w:t>СССР в период с 1945 по 1991 гг.</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9.1.</w:t>
            </w:r>
            <w:r w:rsidRPr="00713EA5">
              <w:rPr>
                <w:color w:val="000000"/>
                <w:sz w:val="22"/>
                <w:lang w:val="ru-RU"/>
              </w:rPr>
              <w:t xml:space="preserve"> Послевоенное восстановление экономики. «Поздний сталинизм» (1945-1953). «Холодная война». «Атомный проект», переход к турбореактивному самолетостроению, развитие ракетостроения. Крупнейшие стройки десятилетия. «Оттепель». Борьба за власть после смерти И. В. Сталина. ХХ съезд КПСС. Власть и общество во второй половине 1960-х - начале 1980-х гг. Приход к власти Л.И. Брежнева. Освоение нефтегазовых месторождений Западной Сибири и их значение. БАМ. Нарастание националистических настроений в республиках в первой половине 1980-х гг. Период «перестройки» и распада СССР (1985–1991). "Парад суверенитетов" - причины и следствия.</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color w:val="000000"/>
                <w:sz w:val="22"/>
                <w:lang w:val="ru-RU"/>
              </w:rPr>
              <w:t xml:space="preserve">Проблемная </w:t>
            </w:r>
            <w:proofErr w:type="spellStart"/>
            <w:r w:rsidRPr="00713EA5">
              <w:rPr>
                <w:color w:val="000000"/>
                <w:sz w:val="22"/>
                <w:lang w:val="ru-RU"/>
              </w:rPr>
              <w:t>лекция</w:t>
            </w:r>
            <w:proofErr w:type="gramStart"/>
            <w:r w:rsidRPr="00713EA5">
              <w:rPr>
                <w:sz w:val="22"/>
                <w:lang w:val="ru-RU"/>
              </w:rPr>
              <w:t>.В</w:t>
            </w:r>
            <w:proofErr w:type="gramEnd"/>
            <w:r w:rsidRPr="00713EA5">
              <w:rPr>
                <w:sz w:val="22"/>
                <w:lang w:val="ru-RU"/>
              </w:rPr>
              <w:t>опрос</w:t>
            </w:r>
            <w:proofErr w:type="spellEnd"/>
            <w:r w:rsidRPr="00713EA5">
              <w:rPr>
                <w:sz w:val="22"/>
                <w:lang w:val="ru-RU"/>
              </w:rPr>
              <w:t xml:space="preserve"> к зачету с оценкой 9.1-9.9</w:t>
            </w:r>
          </w:p>
        </w:tc>
      </w:tr>
      <w:tr w:rsidR="00713EA5" w:rsidRPr="00E23FDB" w:rsidTr="00713EA5">
        <w:trPr>
          <w:trHeight w:val="270"/>
          <w:jc w:val="center"/>
        </w:trPr>
        <w:tc>
          <w:tcPr>
            <w:tcW w:w="1174"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autoSpaceDE w:val="0"/>
              <w:autoSpaceDN w:val="0"/>
              <w:adjustRightInd w:val="0"/>
              <w:spacing w:line="240" w:lineRule="auto"/>
              <w:jc w:val="both"/>
              <w:rPr>
                <w:rFonts w:eastAsia="Times New Roman"/>
                <w:sz w:val="22"/>
                <w:lang w:val="ru-RU"/>
              </w:rPr>
            </w:pPr>
            <w:r w:rsidRPr="00713EA5">
              <w:rPr>
                <w:rFonts w:eastAsia="Calibri"/>
                <w:bCs/>
                <w:sz w:val="22"/>
                <w:lang w:val="ru-RU"/>
              </w:rPr>
              <w:lastRenderedPageBreak/>
              <w:t xml:space="preserve">10. </w:t>
            </w:r>
            <w:r w:rsidRPr="00713EA5">
              <w:rPr>
                <w:color w:val="000000"/>
                <w:sz w:val="22"/>
                <w:lang w:val="ru-RU"/>
              </w:rPr>
              <w:t>Россия после распада СССР (1991-2023 гг.)</w:t>
            </w:r>
          </w:p>
        </w:tc>
        <w:tc>
          <w:tcPr>
            <w:tcW w:w="1625"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sz w:val="22"/>
                <w:lang w:val="ru-RU"/>
              </w:rPr>
            </w:pPr>
            <w:r w:rsidRPr="00713EA5">
              <w:rPr>
                <w:sz w:val="22"/>
                <w:lang w:val="ru-RU"/>
              </w:rPr>
              <w:t>10.1.</w:t>
            </w:r>
            <w:r w:rsidRPr="00713EA5">
              <w:rPr>
                <w:color w:val="000000"/>
                <w:sz w:val="22"/>
                <w:lang w:val="ru-RU"/>
              </w:rPr>
              <w:t xml:space="preserve"> Особенности политических процессов 1990-х гг. Б.Н. Ельцин и его окружение. Основные политические партии и движения 1990-х гг., их лидеры и платформы. Политический кризис 1993 г. и его разрешение. Принятие Конституции РФ 1993 г. Назначение премьер- министром РФ В.В. Путина и вставшие перед ним первоочередные задачи. Победа над международным терроризмом в Чечне. Завершение вывода российских войск из Европы. Заключение с США договора СНВ-2. Вступление РФ в </w:t>
            </w:r>
            <w:r>
              <w:rPr>
                <w:color w:val="000000"/>
                <w:sz w:val="22"/>
              </w:rPr>
              <w:t>G</w:t>
            </w:r>
            <w:r w:rsidRPr="00713EA5">
              <w:rPr>
                <w:color w:val="000000"/>
                <w:sz w:val="22"/>
                <w:lang w:val="ru-RU"/>
              </w:rPr>
              <w:t xml:space="preserve">8 и в Совет Европы. Внедрение в России «Болонской системы» образования. Миграционная политика РФ, рост продолжительности жизни и уровня рождаемости. Демографические итоги первого двадцатилетия </w:t>
            </w:r>
            <w:r>
              <w:rPr>
                <w:color w:val="000000"/>
                <w:sz w:val="22"/>
              </w:rPr>
              <w:t>XXI</w:t>
            </w:r>
            <w:r w:rsidRPr="00713EA5">
              <w:rPr>
                <w:color w:val="000000"/>
                <w:sz w:val="22"/>
                <w:lang w:val="ru-RU"/>
              </w:rPr>
              <w:t xml:space="preserve"> в. Пандемия КОВИД и ее влияние на экономику России</w:t>
            </w:r>
          </w:p>
        </w:tc>
        <w:tc>
          <w:tcPr>
            <w:tcW w:w="639"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713EA5" w:rsidRPr="00713EA5" w:rsidRDefault="00713EA5">
            <w:pPr>
              <w:shd w:val="clear" w:color="auto" w:fill="FFFFFF"/>
              <w:overflowPunct w:val="0"/>
              <w:autoSpaceDE w:val="0"/>
              <w:autoSpaceDN w:val="0"/>
              <w:adjustRightInd w:val="0"/>
              <w:spacing w:line="288" w:lineRule="auto"/>
              <w:jc w:val="both"/>
              <w:rPr>
                <w:rFonts w:eastAsia="Times New Roman"/>
                <w:sz w:val="22"/>
                <w:lang w:val="ru-RU"/>
              </w:rPr>
            </w:pPr>
            <w:r w:rsidRPr="00713EA5">
              <w:rPr>
                <w:sz w:val="22"/>
                <w:lang w:val="ru-RU"/>
              </w:rPr>
              <w:t>Вопрос к зачету с оценкой 10.1-10.10</w:t>
            </w:r>
          </w:p>
        </w:tc>
      </w:tr>
    </w:tbl>
    <w:p w:rsidR="00713EA5" w:rsidRPr="00713EA5" w:rsidRDefault="00713EA5" w:rsidP="00713EA5">
      <w:pPr>
        <w:tabs>
          <w:tab w:val="left" w:pos="2948"/>
          <w:tab w:val="center" w:pos="4960"/>
        </w:tabs>
        <w:jc w:val="center"/>
        <w:rPr>
          <w:rFonts w:eastAsia="Times New Roman"/>
          <w:b/>
          <w:bCs/>
          <w:szCs w:val="24"/>
          <w:lang w:val="ru-RU"/>
        </w:rPr>
      </w:pPr>
    </w:p>
    <w:p w:rsidR="00713EA5" w:rsidRPr="00713EA5" w:rsidRDefault="00713EA5" w:rsidP="00713EA5">
      <w:pPr>
        <w:tabs>
          <w:tab w:val="left" w:pos="2948"/>
          <w:tab w:val="center" w:pos="4960"/>
        </w:tabs>
        <w:jc w:val="center"/>
        <w:rPr>
          <w:b/>
          <w:bCs/>
          <w:szCs w:val="24"/>
          <w:lang w:val="ru-RU"/>
        </w:rPr>
      </w:pPr>
    </w:p>
    <w:p w:rsidR="00713EA5" w:rsidRPr="00713EA5" w:rsidRDefault="00713EA5" w:rsidP="00713EA5">
      <w:pPr>
        <w:tabs>
          <w:tab w:val="left" w:pos="2948"/>
          <w:tab w:val="center" w:pos="4960"/>
        </w:tabs>
        <w:jc w:val="center"/>
        <w:rPr>
          <w:b/>
          <w:bCs/>
          <w:szCs w:val="24"/>
          <w:lang w:val="ru-RU"/>
        </w:rPr>
      </w:pPr>
      <w:r w:rsidRPr="00713EA5">
        <w:rPr>
          <w:b/>
          <w:bCs/>
          <w:szCs w:val="24"/>
          <w:lang w:val="ru-RU"/>
        </w:rPr>
        <w:t>ТЕКУЩИЙ КОНТРОЛЬ</w:t>
      </w:r>
    </w:p>
    <w:p w:rsidR="00713EA5" w:rsidRPr="00713EA5" w:rsidRDefault="00713EA5" w:rsidP="00713EA5">
      <w:pPr>
        <w:ind w:firstLine="708"/>
        <w:jc w:val="center"/>
        <w:rPr>
          <w:sz w:val="28"/>
          <w:szCs w:val="28"/>
          <w:lang w:val="ru-RU"/>
        </w:rPr>
      </w:pPr>
      <w:r w:rsidRPr="00713EA5">
        <w:rPr>
          <w:sz w:val="28"/>
          <w:szCs w:val="28"/>
          <w:lang w:val="ru-RU"/>
        </w:rPr>
        <w:t xml:space="preserve">Перечень оценочных средств по дисциплине </w:t>
      </w:r>
    </w:p>
    <w:p w:rsidR="00713EA5" w:rsidRDefault="00713EA5" w:rsidP="00713EA5">
      <w:pPr>
        <w:ind w:firstLine="708"/>
        <w:jc w:val="center"/>
        <w:rPr>
          <w:color w:val="000000"/>
          <w:szCs w:val="24"/>
        </w:rPr>
      </w:pPr>
      <w:proofErr w:type="gramStart"/>
      <w:r>
        <w:rPr>
          <w:color w:val="000000"/>
          <w:szCs w:val="24"/>
        </w:rPr>
        <w:t xml:space="preserve">Б1.О.01  </w:t>
      </w:r>
      <w:proofErr w:type="spellStart"/>
      <w:r>
        <w:rPr>
          <w:color w:val="000000"/>
          <w:szCs w:val="24"/>
        </w:rPr>
        <w:t>История</w:t>
      </w:r>
      <w:proofErr w:type="spellEnd"/>
      <w:proofErr w:type="gramEnd"/>
      <w:r>
        <w:rPr>
          <w:color w:val="000000"/>
          <w:szCs w:val="24"/>
        </w:rPr>
        <w:t xml:space="preserve"> </w:t>
      </w:r>
      <w:proofErr w:type="spellStart"/>
      <w:r>
        <w:rPr>
          <w:color w:val="000000"/>
          <w:szCs w:val="24"/>
        </w:rPr>
        <w:t>России</w:t>
      </w:r>
      <w:proofErr w:type="spellEnd"/>
    </w:p>
    <w:p w:rsidR="00713EA5" w:rsidRDefault="00713EA5" w:rsidP="00713EA5">
      <w:pPr>
        <w:ind w:firstLine="708"/>
        <w:jc w:val="center"/>
        <w:rPr>
          <w:color w:val="000000"/>
          <w:szCs w:val="24"/>
        </w:rPr>
      </w:pPr>
    </w:p>
    <w:tbl>
      <w:tblPr>
        <w:tblW w:w="1018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1832"/>
        <w:gridCol w:w="4864"/>
        <w:gridCol w:w="2851"/>
      </w:tblGrid>
      <w:tr w:rsidR="00713EA5" w:rsidRPr="00E23FDB" w:rsidTr="00713EA5">
        <w:trPr>
          <w:trHeight w:val="814"/>
        </w:trPr>
        <w:tc>
          <w:tcPr>
            <w:tcW w:w="638" w:type="dxa"/>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spacing w:line="240" w:lineRule="auto"/>
              <w:rPr>
                <w:rFonts w:eastAsia="Times New Roman"/>
              </w:rPr>
            </w:pPr>
            <w:r>
              <w:rPr>
                <w:sz w:val="22"/>
              </w:rPr>
              <w:t>№</w:t>
            </w:r>
          </w:p>
          <w:p w:rsidR="00713EA5" w:rsidRDefault="00713EA5">
            <w:pPr>
              <w:shd w:val="clear" w:color="auto" w:fill="FFFFFF"/>
              <w:overflowPunct w:val="0"/>
              <w:autoSpaceDE w:val="0"/>
              <w:autoSpaceDN w:val="0"/>
              <w:adjustRightInd w:val="0"/>
              <w:spacing w:line="240" w:lineRule="auto"/>
              <w:jc w:val="both"/>
              <w:rPr>
                <w:rFonts w:eastAsia="Times New Roman"/>
              </w:rPr>
            </w:pPr>
            <w:r>
              <w:rPr>
                <w:sz w:val="22"/>
              </w:rPr>
              <w:t>п/п</w:t>
            </w:r>
          </w:p>
        </w:tc>
        <w:tc>
          <w:tcPr>
            <w:tcW w:w="1831" w:type="dxa"/>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40" w:lineRule="auto"/>
              <w:jc w:val="both"/>
              <w:rPr>
                <w:rFonts w:eastAsia="Times New Roman"/>
              </w:rPr>
            </w:pPr>
            <w:proofErr w:type="spellStart"/>
            <w:r>
              <w:rPr>
                <w:sz w:val="22"/>
              </w:rPr>
              <w:t>Наименование</w:t>
            </w:r>
            <w:proofErr w:type="spellEnd"/>
            <w:r>
              <w:rPr>
                <w:sz w:val="22"/>
              </w:rPr>
              <w:t xml:space="preserve"> </w:t>
            </w:r>
            <w:proofErr w:type="spellStart"/>
            <w:r>
              <w:rPr>
                <w:sz w:val="22"/>
              </w:rPr>
              <w:t>оценочного</w:t>
            </w:r>
            <w:proofErr w:type="spellEnd"/>
            <w:r>
              <w:rPr>
                <w:sz w:val="22"/>
              </w:rPr>
              <w:t xml:space="preserve"> </w:t>
            </w:r>
            <w:proofErr w:type="spellStart"/>
            <w:r>
              <w:rPr>
                <w:sz w:val="22"/>
              </w:rPr>
              <w:t>средства</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713EA5" w:rsidRDefault="00713EA5">
            <w:pPr>
              <w:shd w:val="clear" w:color="auto" w:fill="FFFFFF"/>
              <w:overflowPunct w:val="0"/>
              <w:autoSpaceDE w:val="0"/>
              <w:autoSpaceDN w:val="0"/>
              <w:adjustRightInd w:val="0"/>
              <w:spacing w:line="240" w:lineRule="auto"/>
              <w:jc w:val="both"/>
              <w:rPr>
                <w:rFonts w:eastAsia="Times New Roman"/>
              </w:rPr>
            </w:pPr>
            <w:proofErr w:type="spellStart"/>
            <w:r>
              <w:rPr>
                <w:sz w:val="22"/>
              </w:rPr>
              <w:t>Краткая</w:t>
            </w:r>
            <w:proofErr w:type="spellEnd"/>
            <w:r>
              <w:rPr>
                <w:sz w:val="22"/>
              </w:rPr>
              <w:t xml:space="preserve"> </w:t>
            </w:r>
            <w:proofErr w:type="spellStart"/>
            <w:r>
              <w:rPr>
                <w:sz w:val="22"/>
              </w:rPr>
              <w:t>характеристика</w:t>
            </w:r>
            <w:proofErr w:type="spellEnd"/>
            <w:r>
              <w:rPr>
                <w:sz w:val="22"/>
              </w:rPr>
              <w:t xml:space="preserve"> </w:t>
            </w:r>
            <w:proofErr w:type="spellStart"/>
            <w:r>
              <w:rPr>
                <w:sz w:val="22"/>
              </w:rPr>
              <w:t>оценочного</w:t>
            </w:r>
            <w:proofErr w:type="spellEnd"/>
            <w:r>
              <w:rPr>
                <w:sz w:val="22"/>
              </w:rPr>
              <w:t xml:space="preserve"> </w:t>
            </w:r>
            <w:proofErr w:type="spellStart"/>
            <w:r>
              <w:rPr>
                <w:sz w:val="22"/>
              </w:rPr>
              <w:t>средства</w:t>
            </w:r>
            <w:proofErr w:type="spellEnd"/>
          </w:p>
        </w:tc>
        <w:tc>
          <w:tcPr>
            <w:tcW w:w="2850" w:type="dxa"/>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hd w:val="clear" w:color="auto" w:fill="FFFFFF"/>
              <w:overflowPunct w:val="0"/>
              <w:autoSpaceDE w:val="0"/>
              <w:autoSpaceDN w:val="0"/>
              <w:adjustRightInd w:val="0"/>
              <w:spacing w:line="240" w:lineRule="auto"/>
              <w:jc w:val="both"/>
              <w:rPr>
                <w:rFonts w:eastAsia="Times New Roman"/>
                <w:lang w:val="ru-RU"/>
              </w:rPr>
            </w:pPr>
            <w:r w:rsidRPr="00713EA5">
              <w:rPr>
                <w:sz w:val="22"/>
                <w:lang w:val="ru-RU"/>
              </w:rPr>
              <w:t>Представление оценочного средства в фонде</w:t>
            </w:r>
          </w:p>
        </w:tc>
      </w:tr>
      <w:tr w:rsidR="00713EA5" w:rsidTr="00713EA5">
        <w:trPr>
          <w:trHeight w:val="1465"/>
        </w:trPr>
        <w:tc>
          <w:tcPr>
            <w:tcW w:w="638"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40" w:lineRule="auto"/>
              <w:jc w:val="both"/>
              <w:rPr>
                <w:rFonts w:eastAsia="Times New Roman"/>
              </w:rPr>
            </w:pPr>
            <w:r>
              <w:rPr>
                <w:sz w:val="22"/>
              </w:rPr>
              <w:t xml:space="preserve">1. </w:t>
            </w:r>
          </w:p>
        </w:tc>
        <w:tc>
          <w:tcPr>
            <w:tcW w:w="1831"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spacing w:line="240" w:lineRule="auto"/>
              <w:rPr>
                <w:rFonts w:eastAsia="Times New Roman"/>
                <w:sz w:val="22"/>
              </w:rPr>
            </w:pPr>
            <w:proofErr w:type="spellStart"/>
            <w:r>
              <w:rPr>
                <w:sz w:val="22"/>
              </w:rPr>
              <w:t>Лекция</w:t>
            </w:r>
            <w:proofErr w:type="spellEnd"/>
            <w:r>
              <w:rPr>
                <w:sz w:val="22"/>
              </w:rPr>
              <w:t xml:space="preserve">, </w:t>
            </w:r>
          </w:p>
          <w:p w:rsidR="00713EA5" w:rsidRDefault="00713EA5">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Проблемная</w:t>
            </w:r>
            <w:proofErr w:type="spellEnd"/>
            <w:r>
              <w:rPr>
                <w:sz w:val="22"/>
              </w:rPr>
              <w:t xml:space="preserve"> </w:t>
            </w:r>
            <w:proofErr w:type="spellStart"/>
            <w:r>
              <w:rPr>
                <w:sz w:val="22"/>
              </w:rPr>
              <w:t>лекция</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hd w:val="clear" w:color="auto" w:fill="FFFFFF"/>
              <w:overflowPunct w:val="0"/>
              <w:autoSpaceDE w:val="0"/>
              <w:autoSpaceDN w:val="0"/>
              <w:adjustRightInd w:val="0"/>
              <w:spacing w:line="240" w:lineRule="auto"/>
              <w:jc w:val="both"/>
              <w:rPr>
                <w:rFonts w:eastAsia="Calibri"/>
                <w:sz w:val="22"/>
                <w:lang w:val="ru-RU"/>
              </w:rPr>
            </w:pPr>
            <w:r w:rsidRPr="00713EA5">
              <w:rPr>
                <w:rFonts w:eastAsia="Calibri"/>
                <w:sz w:val="22"/>
                <w:lang w:val="ru-RU"/>
              </w:rPr>
              <w:t xml:space="preserve">Проблемная лекция – это вид лекции, на которой новое знание вводится через </w:t>
            </w:r>
            <w:proofErr w:type="spellStart"/>
            <w:r w:rsidRPr="00713EA5">
              <w:rPr>
                <w:rFonts w:eastAsia="Calibri"/>
                <w:sz w:val="22"/>
                <w:lang w:val="ru-RU"/>
              </w:rPr>
              <w:t>проблемность</w:t>
            </w:r>
            <w:proofErr w:type="spellEnd"/>
            <w:r w:rsidRPr="00713EA5">
              <w:rPr>
                <w:rFonts w:eastAsia="Calibri"/>
                <w:sz w:val="22"/>
                <w:lang w:val="ru-RU"/>
              </w:rPr>
              <w:t xml:space="preserve"> вопроса, задачи или ситуации. При этом процесс познания студентов приближается к исследовательской деятельности через диалог с преподавателем.</w:t>
            </w:r>
          </w:p>
        </w:tc>
        <w:tc>
          <w:tcPr>
            <w:tcW w:w="2850"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Темы</w:t>
            </w:r>
            <w:proofErr w:type="spellEnd"/>
          </w:p>
        </w:tc>
      </w:tr>
      <w:tr w:rsidR="00713EA5" w:rsidTr="00713EA5">
        <w:trPr>
          <w:trHeight w:val="2250"/>
        </w:trPr>
        <w:tc>
          <w:tcPr>
            <w:tcW w:w="638"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40" w:lineRule="auto"/>
              <w:jc w:val="both"/>
              <w:rPr>
                <w:rFonts w:eastAsia="Times New Roman"/>
              </w:rPr>
            </w:pPr>
            <w:r>
              <w:rPr>
                <w:sz w:val="22"/>
              </w:rPr>
              <w:t xml:space="preserve">2. </w:t>
            </w:r>
          </w:p>
        </w:tc>
        <w:tc>
          <w:tcPr>
            <w:tcW w:w="1831"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spacing w:line="240" w:lineRule="auto"/>
              <w:rPr>
                <w:rFonts w:eastAsia="Times New Roman"/>
                <w:sz w:val="22"/>
              </w:rPr>
            </w:pPr>
            <w:proofErr w:type="spellStart"/>
            <w:r>
              <w:rPr>
                <w:sz w:val="22"/>
              </w:rPr>
              <w:t>Практическое</w:t>
            </w:r>
            <w:proofErr w:type="spellEnd"/>
            <w:r>
              <w:rPr>
                <w:sz w:val="22"/>
              </w:rPr>
              <w:t xml:space="preserve"> </w:t>
            </w:r>
            <w:proofErr w:type="spellStart"/>
            <w:r>
              <w:rPr>
                <w:sz w:val="22"/>
              </w:rPr>
              <w:t>занятие</w:t>
            </w:r>
            <w:proofErr w:type="spellEnd"/>
            <w:r>
              <w:rPr>
                <w:sz w:val="22"/>
              </w:rPr>
              <w:t xml:space="preserve">, </w:t>
            </w:r>
          </w:p>
          <w:p w:rsidR="00713EA5" w:rsidRDefault="00713EA5">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Семинар-диспут</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713EA5" w:rsidRDefault="00713EA5">
            <w:pPr>
              <w:pStyle w:val="aff8"/>
              <w:jc w:val="both"/>
              <w:rPr>
                <w:color w:val="000000"/>
                <w:sz w:val="22"/>
                <w:szCs w:val="22"/>
              </w:rPr>
            </w:pPr>
            <w:r>
              <w:rPr>
                <w:color w:val="000000"/>
                <w:sz w:val="22"/>
                <w:szCs w:val="22"/>
              </w:rPr>
              <w:t xml:space="preserve">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w:t>
            </w:r>
            <w:r>
              <w:rPr>
                <w:color w:val="000000"/>
                <w:sz w:val="22"/>
                <w:szCs w:val="22"/>
              </w:rPr>
              <w:lastRenderedPageBreak/>
              <w:t>мысли.</w:t>
            </w:r>
          </w:p>
        </w:tc>
        <w:tc>
          <w:tcPr>
            <w:tcW w:w="2850"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lastRenderedPageBreak/>
              <w:t>Темы</w:t>
            </w:r>
            <w:proofErr w:type="spellEnd"/>
          </w:p>
        </w:tc>
      </w:tr>
      <w:tr w:rsidR="00713EA5" w:rsidRPr="00E23FDB" w:rsidTr="00713EA5">
        <w:trPr>
          <w:trHeight w:val="600"/>
        </w:trPr>
        <w:tc>
          <w:tcPr>
            <w:tcW w:w="638"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lastRenderedPageBreak/>
              <w:t>3.</w:t>
            </w:r>
          </w:p>
        </w:tc>
        <w:tc>
          <w:tcPr>
            <w:tcW w:w="1831" w:type="dxa"/>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both"/>
              <w:rPr>
                <w:rFonts w:eastAsia="Times New Roman"/>
              </w:rPr>
            </w:pPr>
            <w:proofErr w:type="spellStart"/>
            <w:r>
              <w:t>Тест</w:t>
            </w:r>
            <w:proofErr w:type="spellEnd"/>
          </w:p>
        </w:tc>
        <w:tc>
          <w:tcPr>
            <w:tcW w:w="4862"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lang w:val="ru-RU"/>
              </w:rPr>
              <w:t>Система стандартизированных заданий, позволяющая автоматизировать процедуру измерения уровня знаний и умений обучающегося.</w:t>
            </w:r>
          </w:p>
        </w:tc>
        <w:tc>
          <w:tcPr>
            <w:tcW w:w="2850" w:type="dxa"/>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lang w:val="ru-RU"/>
              </w:rPr>
            </w:pPr>
            <w:r w:rsidRPr="00713EA5">
              <w:rPr>
                <w:lang w:val="ru-RU"/>
              </w:rPr>
              <w:t xml:space="preserve">Тестовые </w:t>
            </w:r>
          </w:p>
          <w:p w:rsidR="00713EA5" w:rsidRPr="00713EA5" w:rsidRDefault="00713EA5">
            <w:pPr>
              <w:overflowPunct w:val="0"/>
              <w:autoSpaceDE w:val="0"/>
              <w:autoSpaceDN w:val="0"/>
              <w:adjustRightInd w:val="0"/>
              <w:spacing w:line="240" w:lineRule="auto"/>
              <w:jc w:val="both"/>
              <w:rPr>
                <w:rFonts w:eastAsia="Times New Roman"/>
                <w:lang w:val="ru-RU"/>
              </w:rPr>
            </w:pPr>
            <w:r w:rsidRPr="00713EA5">
              <w:rPr>
                <w:lang w:val="ru-RU"/>
              </w:rPr>
              <w:t>задания для текущего контроля</w:t>
            </w:r>
          </w:p>
        </w:tc>
      </w:tr>
      <w:tr w:rsidR="00713EA5" w:rsidRPr="00E23FDB" w:rsidTr="00713EA5">
        <w:trPr>
          <w:trHeight w:val="2100"/>
        </w:trPr>
        <w:tc>
          <w:tcPr>
            <w:tcW w:w="638"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 w:val="22"/>
              </w:rPr>
            </w:pPr>
            <w:r>
              <w:rPr>
                <w:sz w:val="22"/>
              </w:rPr>
              <w:t>4.</w:t>
            </w:r>
          </w:p>
        </w:tc>
        <w:tc>
          <w:tcPr>
            <w:tcW w:w="1831"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lang w:val="ru-RU"/>
              </w:rPr>
              <w:t>Вопрос к зачету с оценкой (собеседование в ходе приема)</w:t>
            </w:r>
          </w:p>
        </w:tc>
        <w:tc>
          <w:tcPr>
            <w:tcW w:w="4862"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88" w:lineRule="auto"/>
              <w:ind w:firstLine="28"/>
              <w:jc w:val="both"/>
              <w:rPr>
                <w:rFonts w:eastAsia="Times New Roman"/>
                <w:lang w:val="ru-RU"/>
              </w:rPr>
            </w:pPr>
            <w:r w:rsidRPr="00713EA5">
              <w:rPr>
                <w:shd w:val="clear" w:color="auto" w:fill="F5F5F5"/>
                <w:lang w:val="ru-RU"/>
              </w:rPr>
              <w:t xml:space="preserve">Форма оценки качества усвоения </w:t>
            </w:r>
            <w:proofErr w:type="gramStart"/>
            <w:r w:rsidRPr="00713EA5">
              <w:rPr>
                <w:shd w:val="clear" w:color="auto" w:fill="F5F5F5"/>
                <w:lang w:val="ru-RU"/>
              </w:rPr>
              <w:t>обучающими</w:t>
            </w:r>
            <w:proofErr w:type="gramEnd"/>
            <w:r w:rsidRPr="00713EA5">
              <w:rPr>
                <w:shd w:val="clear" w:color="auto" w:fill="F5F5F5"/>
                <w:lang w:val="ru-RU"/>
              </w:rPr>
              <w:t xml:space="preserve"> теоретических знаний изучаемой дисциплины, их прочности и глубины усвоения, развития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850"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lang w:val="ru-RU"/>
              </w:rPr>
              <w:t>Вопросы к зачету с оценкой</w:t>
            </w:r>
          </w:p>
        </w:tc>
      </w:tr>
      <w:tr w:rsidR="00713EA5" w:rsidTr="00713EA5">
        <w:trPr>
          <w:trHeight w:val="369"/>
        </w:trPr>
        <w:tc>
          <w:tcPr>
            <w:tcW w:w="638" w:type="dxa"/>
            <w:tcBorders>
              <w:top w:val="single" w:sz="4" w:space="0" w:color="auto"/>
              <w:left w:val="single" w:sz="4" w:space="0" w:color="auto"/>
              <w:bottom w:val="single" w:sz="4" w:space="0" w:color="auto"/>
              <w:right w:val="single" w:sz="4" w:space="0" w:color="auto"/>
            </w:tcBorders>
            <w:hideMark/>
          </w:tcPr>
          <w:p w:rsidR="00713EA5" w:rsidRDefault="00713EA5">
            <w:pPr>
              <w:shd w:val="clear" w:color="auto" w:fill="FFFFFF"/>
              <w:overflowPunct w:val="0"/>
              <w:autoSpaceDE w:val="0"/>
              <w:autoSpaceDN w:val="0"/>
              <w:adjustRightInd w:val="0"/>
              <w:spacing w:line="288" w:lineRule="auto"/>
              <w:jc w:val="both"/>
              <w:rPr>
                <w:rFonts w:eastAsia="Times New Roman"/>
                <w:szCs w:val="24"/>
              </w:rPr>
            </w:pPr>
            <w:r>
              <w:rPr>
                <w:szCs w:val="24"/>
              </w:rPr>
              <w:t>5.</w:t>
            </w:r>
          </w:p>
        </w:tc>
        <w:tc>
          <w:tcPr>
            <w:tcW w:w="1831" w:type="dxa"/>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overflowPunct w:val="0"/>
              <w:autoSpaceDE w:val="0"/>
              <w:autoSpaceDN w:val="0"/>
              <w:adjustRightInd w:val="0"/>
              <w:spacing w:line="288" w:lineRule="auto"/>
              <w:jc w:val="both"/>
              <w:rPr>
                <w:rFonts w:eastAsia="Times New Roman"/>
                <w:szCs w:val="24"/>
                <w:lang w:val="ru-RU"/>
              </w:rPr>
            </w:pPr>
            <w:r w:rsidRPr="00713EA5">
              <w:rPr>
                <w:szCs w:val="24"/>
                <w:lang w:val="ru-RU"/>
              </w:rPr>
              <w:t>Задания для диагностического дисциплинарного тестирования</w:t>
            </w:r>
          </w:p>
        </w:tc>
        <w:tc>
          <w:tcPr>
            <w:tcW w:w="4862"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88" w:lineRule="auto"/>
              <w:jc w:val="both"/>
              <w:rPr>
                <w:rFonts w:eastAsia="Times New Roman"/>
                <w:szCs w:val="24"/>
                <w:lang w:val="ru-RU"/>
              </w:rPr>
            </w:pPr>
            <w:r w:rsidRPr="00713EA5">
              <w:rPr>
                <w:szCs w:val="24"/>
                <w:lang w:val="ru-RU"/>
              </w:rPr>
              <w:t>Задания для проверки уровня освоения компетенций обучающегося</w:t>
            </w:r>
          </w:p>
        </w:tc>
        <w:tc>
          <w:tcPr>
            <w:tcW w:w="2850" w:type="dxa"/>
            <w:tcBorders>
              <w:top w:val="single" w:sz="4" w:space="0" w:color="auto"/>
              <w:left w:val="single" w:sz="4" w:space="0" w:color="auto"/>
              <w:bottom w:val="single" w:sz="4" w:space="0" w:color="auto"/>
              <w:right w:val="single" w:sz="4" w:space="0" w:color="auto"/>
            </w:tcBorders>
            <w:hideMark/>
          </w:tcPr>
          <w:p w:rsidR="00713EA5" w:rsidRDefault="00713EA5">
            <w:pPr>
              <w:jc w:val="center"/>
              <w:rPr>
                <w:rFonts w:eastAsia="Times New Roman"/>
                <w:szCs w:val="24"/>
              </w:rPr>
            </w:pPr>
            <w:proofErr w:type="spellStart"/>
            <w:r>
              <w:rPr>
                <w:szCs w:val="24"/>
              </w:rPr>
              <w:t>Комплект</w:t>
            </w:r>
            <w:proofErr w:type="spellEnd"/>
            <w:r>
              <w:rPr>
                <w:szCs w:val="24"/>
              </w:rPr>
              <w:t xml:space="preserve"> </w:t>
            </w:r>
            <w:proofErr w:type="spellStart"/>
            <w:r>
              <w:rPr>
                <w:szCs w:val="24"/>
              </w:rPr>
              <w:t>тестовых</w:t>
            </w:r>
            <w:proofErr w:type="spellEnd"/>
          </w:p>
          <w:p w:rsidR="00713EA5" w:rsidRDefault="00713EA5">
            <w:pPr>
              <w:overflowPunct w:val="0"/>
              <w:autoSpaceDE w:val="0"/>
              <w:autoSpaceDN w:val="0"/>
              <w:adjustRightInd w:val="0"/>
              <w:spacing w:line="288" w:lineRule="auto"/>
              <w:jc w:val="center"/>
              <w:rPr>
                <w:rFonts w:eastAsia="Times New Roman"/>
                <w:szCs w:val="24"/>
              </w:rPr>
            </w:pPr>
            <w:proofErr w:type="spellStart"/>
            <w:r>
              <w:rPr>
                <w:szCs w:val="24"/>
              </w:rPr>
              <w:t>заданий</w:t>
            </w:r>
            <w:proofErr w:type="spellEnd"/>
          </w:p>
        </w:tc>
      </w:tr>
    </w:tbl>
    <w:p w:rsidR="00713EA5" w:rsidRDefault="00713EA5" w:rsidP="00713EA5">
      <w:pPr>
        <w:ind w:firstLine="708"/>
        <w:jc w:val="center"/>
        <w:rPr>
          <w:rFonts w:eastAsia="Times New Roman"/>
          <w:color w:val="000000"/>
          <w:szCs w:val="24"/>
        </w:rPr>
      </w:pPr>
    </w:p>
    <w:p w:rsidR="00713EA5" w:rsidRDefault="00713EA5" w:rsidP="00713EA5">
      <w:pPr>
        <w:sectPr w:rsidR="00713EA5">
          <w:pgSz w:w="11906" w:h="16838"/>
          <w:pgMar w:top="1134" w:right="851" w:bottom="1134" w:left="851" w:header="709" w:footer="709" w:gutter="0"/>
          <w:cols w:space="720"/>
        </w:sectPr>
      </w:pPr>
    </w:p>
    <w:p w:rsidR="00713EA5" w:rsidRDefault="00713EA5" w:rsidP="00713EA5">
      <w:pPr>
        <w:shd w:val="clear" w:color="auto" w:fill="FFFFFF"/>
        <w:jc w:val="center"/>
        <w:rPr>
          <w:b/>
          <w:szCs w:val="24"/>
        </w:rPr>
      </w:pPr>
      <w:proofErr w:type="spellStart"/>
      <w:r>
        <w:rPr>
          <w:b/>
          <w:szCs w:val="24"/>
        </w:rPr>
        <w:lastRenderedPageBreak/>
        <w:t>Практические</w:t>
      </w:r>
      <w:proofErr w:type="spellEnd"/>
      <w:r>
        <w:rPr>
          <w:b/>
          <w:szCs w:val="24"/>
        </w:rPr>
        <w:t xml:space="preserve"> </w:t>
      </w:r>
      <w:proofErr w:type="spellStart"/>
      <w:r>
        <w:rPr>
          <w:b/>
          <w:szCs w:val="24"/>
        </w:rPr>
        <w:t>занятия</w:t>
      </w:r>
      <w:proofErr w:type="spellEnd"/>
    </w:p>
    <w:p w:rsidR="00713EA5" w:rsidRDefault="00713EA5" w:rsidP="00713EA5">
      <w:pPr>
        <w:rPr>
          <w:b/>
          <w:szCs w:val="24"/>
        </w:rPr>
      </w:pPr>
    </w:p>
    <w:p w:rsidR="00713EA5" w:rsidRPr="00713EA5" w:rsidRDefault="00713EA5" w:rsidP="00713EA5">
      <w:pPr>
        <w:rPr>
          <w:b/>
          <w:szCs w:val="24"/>
          <w:lang w:val="ru-RU"/>
        </w:rPr>
      </w:pPr>
      <w:proofErr w:type="spellStart"/>
      <w:r w:rsidRPr="00713EA5">
        <w:rPr>
          <w:b/>
          <w:szCs w:val="24"/>
          <w:lang w:val="ru-RU"/>
        </w:rPr>
        <w:t>Интерактив</w:t>
      </w:r>
      <w:proofErr w:type="spellEnd"/>
      <w:r w:rsidRPr="00713EA5">
        <w:rPr>
          <w:b/>
          <w:szCs w:val="24"/>
          <w:lang w:val="ru-RU"/>
        </w:rPr>
        <w:t xml:space="preserve"> – практических занятий проводится в форме семинара-диспута.</w:t>
      </w:r>
    </w:p>
    <w:p w:rsidR="00713EA5" w:rsidRPr="00713EA5" w:rsidRDefault="00713EA5" w:rsidP="00713EA5">
      <w:pPr>
        <w:spacing w:line="240" w:lineRule="auto"/>
        <w:rPr>
          <w:color w:val="000000"/>
          <w:sz w:val="19"/>
          <w:szCs w:val="19"/>
          <w:lang w:val="ru-RU"/>
        </w:rPr>
      </w:pPr>
    </w:p>
    <w:p w:rsidR="00713EA5" w:rsidRPr="00713EA5" w:rsidRDefault="00713EA5" w:rsidP="00713EA5">
      <w:pPr>
        <w:spacing w:line="240" w:lineRule="auto"/>
        <w:rPr>
          <w:szCs w:val="24"/>
          <w:lang w:val="ru-RU"/>
        </w:rPr>
      </w:pPr>
      <w:r w:rsidRPr="00713EA5">
        <w:rPr>
          <w:color w:val="000000"/>
          <w:szCs w:val="24"/>
          <w:lang w:val="ru-RU"/>
        </w:rPr>
        <w:t xml:space="preserve">Раздел 4. Россия в конце </w:t>
      </w:r>
      <w:r>
        <w:rPr>
          <w:color w:val="000000"/>
          <w:szCs w:val="24"/>
        </w:rPr>
        <w:t>XVII</w:t>
      </w:r>
      <w:r w:rsidRPr="00713EA5">
        <w:rPr>
          <w:color w:val="000000"/>
          <w:szCs w:val="24"/>
          <w:lang w:val="ru-RU"/>
        </w:rPr>
        <w:t xml:space="preserve"> – </w:t>
      </w:r>
      <w:proofErr w:type="gramStart"/>
      <w:r w:rsidRPr="00713EA5">
        <w:rPr>
          <w:color w:val="000000"/>
          <w:szCs w:val="24"/>
          <w:lang w:val="ru-RU"/>
        </w:rPr>
        <w:t>Х</w:t>
      </w:r>
      <w:proofErr w:type="gramEnd"/>
      <w:r>
        <w:rPr>
          <w:color w:val="000000"/>
          <w:szCs w:val="24"/>
        </w:rPr>
        <w:t>VIII</w:t>
      </w:r>
      <w:r w:rsidRPr="00713EA5">
        <w:rPr>
          <w:color w:val="000000"/>
          <w:szCs w:val="24"/>
          <w:lang w:val="ru-RU"/>
        </w:rPr>
        <w:t xml:space="preserve"> веках.</w:t>
      </w: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color w:val="000000"/>
          <w:szCs w:val="24"/>
          <w:lang w:val="ru-RU"/>
        </w:rPr>
      </w:pPr>
      <w:r w:rsidRPr="00713EA5">
        <w:rPr>
          <w:color w:val="000000"/>
          <w:szCs w:val="24"/>
          <w:lang w:val="ru-RU"/>
        </w:rPr>
        <w:t xml:space="preserve">Семинар-диспут. «Вечный» мир с Польшей и русско-турецкая война 1686– 1700 гг. Северная война 1700- 1721 гг. </w:t>
      </w:r>
      <w:proofErr w:type="spellStart"/>
      <w:r w:rsidRPr="00713EA5">
        <w:rPr>
          <w:color w:val="000000"/>
          <w:szCs w:val="24"/>
          <w:lang w:val="ru-RU"/>
        </w:rPr>
        <w:t>Ништадтский</w:t>
      </w:r>
      <w:proofErr w:type="spellEnd"/>
      <w:r w:rsidRPr="00713EA5">
        <w:rPr>
          <w:color w:val="000000"/>
          <w:szCs w:val="24"/>
          <w:lang w:val="ru-RU"/>
        </w:rPr>
        <w:t xml:space="preserve"> мири его итоги. </w:t>
      </w:r>
      <w:proofErr w:type="spellStart"/>
      <w:r w:rsidRPr="00713EA5">
        <w:rPr>
          <w:color w:val="000000"/>
          <w:szCs w:val="24"/>
          <w:lang w:val="ru-RU"/>
        </w:rPr>
        <w:t>Прутский</w:t>
      </w:r>
      <w:proofErr w:type="spellEnd"/>
      <w:r w:rsidRPr="00713EA5">
        <w:rPr>
          <w:color w:val="000000"/>
          <w:szCs w:val="24"/>
          <w:lang w:val="ru-RU"/>
        </w:rPr>
        <w:t xml:space="preserve"> поход, Каспийский поход. Россия в Семилетней войне. Войны с Османской империей и их результаты. Освоение </w:t>
      </w:r>
      <w:proofErr w:type="spellStart"/>
      <w:r w:rsidRPr="00713EA5">
        <w:rPr>
          <w:color w:val="000000"/>
          <w:szCs w:val="24"/>
          <w:lang w:val="ru-RU"/>
        </w:rPr>
        <w:t>Новороссии</w:t>
      </w:r>
      <w:proofErr w:type="spellEnd"/>
      <w:r w:rsidRPr="00713EA5">
        <w:rPr>
          <w:color w:val="000000"/>
          <w:szCs w:val="24"/>
          <w:lang w:val="ru-RU"/>
        </w:rPr>
        <w:t xml:space="preserve">, заселение края, развитие сельского хозяйства и промышленности, строительство новых городов и портов, развитие русской культуры. Участие России в разделах Речи </w:t>
      </w:r>
      <w:proofErr w:type="spellStart"/>
      <w:r w:rsidRPr="00713EA5">
        <w:rPr>
          <w:color w:val="000000"/>
          <w:szCs w:val="24"/>
          <w:lang w:val="ru-RU"/>
        </w:rPr>
        <w:t>Посполитой</w:t>
      </w:r>
      <w:proofErr w:type="spellEnd"/>
      <w:r w:rsidRPr="00713EA5">
        <w:rPr>
          <w:color w:val="000000"/>
          <w:szCs w:val="24"/>
          <w:lang w:val="ru-RU"/>
        </w:rPr>
        <w:t xml:space="preserve">. Вхождение в состав России Правобережной Украины, Белоруссии и Литвы. Павел </w:t>
      </w:r>
      <w:r>
        <w:rPr>
          <w:color w:val="000000"/>
          <w:szCs w:val="24"/>
        </w:rPr>
        <w:t>I</w:t>
      </w:r>
      <w:r w:rsidRPr="00713EA5">
        <w:rPr>
          <w:color w:val="000000"/>
          <w:szCs w:val="24"/>
          <w:lang w:val="ru-RU"/>
        </w:rPr>
        <w:t xml:space="preserve"> и Мальтийский орден. Итальянский и Швейцарский походы А.В. Суворова. Поворот во внешней политике России, переход к союзу с Наполеоном Бонапартом.</w:t>
      </w:r>
    </w:p>
    <w:p w:rsidR="00713EA5" w:rsidRPr="00713EA5" w:rsidRDefault="00713EA5" w:rsidP="00713EA5">
      <w:pPr>
        <w:spacing w:line="240" w:lineRule="auto"/>
        <w:rPr>
          <w:szCs w:val="24"/>
          <w:lang w:val="ru-RU"/>
        </w:rPr>
      </w:pPr>
      <w:r w:rsidRPr="00713EA5">
        <w:rPr>
          <w:color w:val="000000"/>
          <w:szCs w:val="24"/>
          <w:lang w:val="ru-RU"/>
        </w:rPr>
        <w:t>Вопросы к диспуту (3 на выбор):</w:t>
      </w:r>
    </w:p>
    <w:p w:rsidR="00713EA5" w:rsidRPr="00713EA5" w:rsidRDefault="00713EA5" w:rsidP="00713EA5">
      <w:pPr>
        <w:spacing w:line="240" w:lineRule="auto"/>
        <w:rPr>
          <w:color w:val="000000"/>
          <w:szCs w:val="24"/>
          <w:lang w:val="ru-RU"/>
        </w:rPr>
      </w:pPr>
      <w:r w:rsidRPr="00713EA5">
        <w:rPr>
          <w:color w:val="000000"/>
          <w:szCs w:val="24"/>
          <w:lang w:val="ru-RU"/>
        </w:rPr>
        <w:t xml:space="preserve">1. Россия в Семилетней войне </w:t>
      </w:r>
    </w:p>
    <w:p w:rsidR="00713EA5" w:rsidRPr="00713EA5" w:rsidRDefault="00713EA5" w:rsidP="00713EA5">
      <w:pPr>
        <w:spacing w:line="240" w:lineRule="auto"/>
        <w:rPr>
          <w:szCs w:val="24"/>
          <w:lang w:val="ru-RU"/>
        </w:rPr>
      </w:pPr>
      <w:r w:rsidRPr="00713EA5">
        <w:rPr>
          <w:color w:val="000000"/>
          <w:szCs w:val="24"/>
          <w:lang w:val="ru-RU"/>
        </w:rPr>
        <w:t xml:space="preserve">2. Участие России в разделах Речи </w:t>
      </w:r>
      <w:proofErr w:type="spellStart"/>
      <w:r w:rsidRPr="00713EA5">
        <w:rPr>
          <w:color w:val="000000"/>
          <w:szCs w:val="24"/>
          <w:lang w:val="ru-RU"/>
        </w:rPr>
        <w:t>Посполитой</w:t>
      </w:r>
      <w:proofErr w:type="spellEnd"/>
      <w:r w:rsidRPr="00713EA5">
        <w:rPr>
          <w:color w:val="000000"/>
          <w:szCs w:val="24"/>
          <w:lang w:val="ru-RU"/>
        </w:rPr>
        <w:t>.</w:t>
      </w:r>
    </w:p>
    <w:p w:rsidR="00713EA5" w:rsidRPr="00713EA5" w:rsidRDefault="00713EA5" w:rsidP="00713EA5">
      <w:pPr>
        <w:spacing w:line="240" w:lineRule="auto"/>
        <w:rPr>
          <w:color w:val="000000"/>
          <w:szCs w:val="24"/>
          <w:lang w:val="ru-RU"/>
        </w:rPr>
      </w:pPr>
      <w:r w:rsidRPr="00713EA5">
        <w:rPr>
          <w:color w:val="000000"/>
          <w:szCs w:val="24"/>
          <w:lang w:val="ru-RU"/>
        </w:rPr>
        <w:t xml:space="preserve">3. Вхождение в состав России Правобережной Украины, Белоруссии и Литвы. </w:t>
      </w:r>
    </w:p>
    <w:p w:rsidR="00713EA5" w:rsidRPr="00713EA5" w:rsidRDefault="00713EA5" w:rsidP="00713EA5">
      <w:pPr>
        <w:spacing w:line="240" w:lineRule="auto"/>
        <w:rPr>
          <w:color w:val="000000"/>
          <w:szCs w:val="24"/>
          <w:lang w:val="ru-RU"/>
        </w:rPr>
      </w:pPr>
      <w:r w:rsidRPr="00713EA5">
        <w:rPr>
          <w:color w:val="000000"/>
          <w:szCs w:val="24"/>
          <w:lang w:val="ru-RU"/>
        </w:rPr>
        <w:t xml:space="preserve">4. Итальянский и Швейцарский походы А.В. Суворова </w:t>
      </w:r>
    </w:p>
    <w:p w:rsidR="00713EA5" w:rsidRPr="00713EA5" w:rsidRDefault="00713EA5" w:rsidP="00713EA5">
      <w:pPr>
        <w:spacing w:line="240" w:lineRule="auto"/>
        <w:rPr>
          <w:color w:val="000000"/>
          <w:szCs w:val="24"/>
          <w:lang w:val="ru-RU"/>
        </w:rPr>
      </w:pPr>
      <w:r w:rsidRPr="00713EA5">
        <w:rPr>
          <w:color w:val="000000"/>
          <w:szCs w:val="24"/>
          <w:lang w:val="ru-RU"/>
        </w:rPr>
        <w:t xml:space="preserve">5. Павел </w:t>
      </w:r>
      <w:r>
        <w:rPr>
          <w:color w:val="000000"/>
          <w:szCs w:val="24"/>
        </w:rPr>
        <w:t>I</w:t>
      </w:r>
      <w:r w:rsidRPr="00713EA5">
        <w:rPr>
          <w:color w:val="000000"/>
          <w:szCs w:val="24"/>
          <w:lang w:val="ru-RU"/>
        </w:rPr>
        <w:t xml:space="preserve"> и Мальтийский орден.</w:t>
      </w:r>
    </w:p>
    <w:p w:rsidR="00713EA5" w:rsidRPr="00713EA5" w:rsidRDefault="00713EA5" w:rsidP="00713EA5">
      <w:pPr>
        <w:spacing w:line="240" w:lineRule="auto"/>
        <w:rPr>
          <w:color w:val="000000"/>
          <w:szCs w:val="24"/>
          <w:lang w:val="ru-RU"/>
        </w:rPr>
      </w:pPr>
      <w:r w:rsidRPr="00713EA5">
        <w:rPr>
          <w:color w:val="000000"/>
          <w:szCs w:val="24"/>
          <w:lang w:val="ru-RU"/>
        </w:rPr>
        <w:t xml:space="preserve">6. Русско-турецкая война 1686– 1700 гг. </w:t>
      </w:r>
    </w:p>
    <w:p w:rsidR="00713EA5" w:rsidRPr="00713EA5" w:rsidRDefault="00713EA5" w:rsidP="00713EA5">
      <w:pPr>
        <w:spacing w:line="240" w:lineRule="auto"/>
        <w:rPr>
          <w:color w:val="000000"/>
          <w:szCs w:val="24"/>
          <w:lang w:val="ru-RU"/>
        </w:rPr>
      </w:pPr>
      <w:r w:rsidRPr="00713EA5">
        <w:rPr>
          <w:color w:val="000000"/>
          <w:szCs w:val="24"/>
          <w:lang w:val="ru-RU"/>
        </w:rPr>
        <w:t xml:space="preserve">7. Северная война 1700- 1721 </w:t>
      </w:r>
      <w:proofErr w:type="spellStart"/>
      <w:proofErr w:type="gramStart"/>
      <w:r w:rsidRPr="00713EA5">
        <w:rPr>
          <w:color w:val="000000"/>
          <w:szCs w:val="24"/>
          <w:lang w:val="ru-RU"/>
        </w:rPr>
        <w:t>гг</w:t>
      </w:r>
      <w:proofErr w:type="spellEnd"/>
      <w:proofErr w:type="gramEnd"/>
    </w:p>
    <w:p w:rsidR="00713EA5" w:rsidRPr="00713EA5" w:rsidRDefault="00713EA5" w:rsidP="00713EA5">
      <w:pPr>
        <w:spacing w:line="240" w:lineRule="auto"/>
        <w:rPr>
          <w:szCs w:val="24"/>
          <w:lang w:val="ru-RU"/>
        </w:rPr>
      </w:pPr>
      <w:r w:rsidRPr="00713EA5">
        <w:rPr>
          <w:color w:val="000000"/>
          <w:szCs w:val="24"/>
          <w:lang w:val="ru-RU"/>
        </w:rPr>
        <w:t>8. Поворот во внешней политике России, переход к союзу с Наполеоном Бонапартом.</w:t>
      </w:r>
    </w:p>
    <w:p w:rsidR="00713EA5" w:rsidRPr="00713EA5" w:rsidRDefault="00713EA5" w:rsidP="00713EA5">
      <w:pPr>
        <w:shd w:val="clear" w:color="auto" w:fill="FFFFFF"/>
        <w:rPr>
          <w:szCs w:val="24"/>
          <w:lang w:val="ru-RU"/>
        </w:rPr>
      </w:pPr>
    </w:p>
    <w:p w:rsidR="00713EA5" w:rsidRPr="00713EA5" w:rsidRDefault="00713EA5" w:rsidP="00713EA5">
      <w:pPr>
        <w:spacing w:line="240" w:lineRule="auto"/>
        <w:rPr>
          <w:szCs w:val="24"/>
          <w:lang w:val="ru-RU"/>
        </w:rPr>
      </w:pPr>
      <w:r w:rsidRPr="00713EA5">
        <w:rPr>
          <w:color w:val="000000"/>
          <w:szCs w:val="24"/>
          <w:lang w:val="ru-RU"/>
        </w:rPr>
        <w:t>Раздел 8. Великая отечественная война.</w:t>
      </w:r>
    </w:p>
    <w:p w:rsidR="00713EA5" w:rsidRPr="00713EA5" w:rsidRDefault="00713EA5" w:rsidP="00713EA5">
      <w:pPr>
        <w:spacing w:line="240" w:lineRule="auto"/>
        <w:rPr>
          <w:szCs w:val="24"/>
          <w:lang w:val="ru-RU"/>
        </w:rPr>
      </w:pPr>
      <w:r w:rsidRPr="00713EA5">
        <w:rPr>
          <w:color w:val="000000"/>
          <w:szCs w:val="24"/>
          <w:lang w:val="ru-RU"/>
        </w:rPr>
        <w:t xml:space="preserve">Семинар-диспут. Начало  Второй  мировой  войны  и  захватническая  политика  Гитлера. Несостоятельность обвинений СССР в равной ответственности с Германией за развязывание войны. Оккупация нацистской Германией Польши; вступление в войну Англии  и Франции; «Странная война», «линия Мажино»; захват Германией Дании и  Норвегии; разгром  Франции;  германо-британская  борьба  и  захват  Балкан;  битва за Британию. Нападение   японцев   на   </w:t>
      </w:r>
      <w:proofErr w:type="gramStart"/>
      <w:r w:rsidRPr="00713EA5">
        <w:rPr>
          <w:color w:val="000000"/>
          <w:szCs w:val="24"/>
          <w:lang w:val="ru-RU"/>
        </w:rPr>
        <w:t xml:space="preserve">Перл- </w:t>
      </w:r>
      <w:proofErr w:type="spellStart"/>
      <w:r w:rsidRPr="00713EA5">
        <w:rPr>
          <w:color w:val="000000"/>
          <w:szCs w:val="24"/>
          <w:lang w:val="ru-RU"/>
        </w:rPr>
        <w:t>Харбор</w:t>
      </w:r>
      <w:proofErr w:type="spellEnd"/>
      <w:proofErr w:type="gramEnd"/>
      <w:r w:rsidRPr="00713EA5">
        <w:rPr>
          <w:color w:val="000000"/>
          <w:szCs w:val="24"/>
          <w:lang w:val="ru-RU"/>
        </w:rPr>
        <w:t xml:space="preserve"> и вступление  США   в   войну.  Наступление Японии на тихоокеанском театре военных действий. Военные действия на Тихом океане и в Северной </w:t>
      </w:r>
      <w:proofErr w:type="spellStart"/>
      <w:r w:rsidRPr="00713EA5">
        <w:rPr>
          <w:color w:val="000000"/>
          <w:szCs w:val="24"/>
          <w:lang w:val="ru-RU"/>
        </w:rPr>
        <w:t>Африке</w:t>
      </w:r>
      <w:proofErr w:type="gramStart"/>
      <w:r w:rsidRPr="00713EA5">
        <w:rPr>
          <w:color w:val="000000"/>
          <w:szCs w:val="24"/>
          <w:lang w:val="ru-RU"/>
        </w:rPr>
        <w:t>.Ф</w:t>
      </w:r>
      <w:proofErr w:type="gramEnd"/>
      <w:r w:rsidRPr="00713EA5">
        <w:rPr>
          <w:color w:val="000000"/>
          <w:szCs w:val="24"/>
          <w:lang w:val="ru-RU"/>
        </w:rPr>
        <w:t>ормирование</w:t>
      </w:r>
      <w:proofErr w:type="spellEnd"/>
      <w:r w:rsidRPr="00713EA5">
        <w:rPr>
          <w:color w:val="000000"/>
          <w:szCs w:val="24"/>
          <w:lang w:val="ru-RU"/>
        </w:rPr>
        <w:t xml:space="preserve">  Антигитлеровской коалиции. Проблема  «второго  фронта». Ленд-лиз  и  его  значение.  «Армия  Андерса».</w:t>
      </w:r>
    </w:p>
    <w:p w:rsidR="00713EA5" w:rsidRPr="00713EA5" w:rsidRDefault="00713EA5" w:rsidP="00713EA5">
      <w:pPr>
        <w:spacing w:line="240" w:lineRule="auto"/>
        <w:rPr>
          <w:szCs w:val="24"/>
          <w:lang w:val="ru-RU"/>
        </w:rPr>
      </w:pPr>
      <w:r w:rsidRPr="00713EA5">
        <w:rPr>
          <w:color w:val="000000"/>
          <w:szCs w:val="24"/>
          <w:lang w:val="ru-RU"/>
        </w:rPr>
        <w:t xml:space="preserve">Иностранные воинские    формирования в   составе   советских   войск. Взаимодействие  с  болгарскими,  румынскими  и югославскими  войсками  в  борьбе с гитлеровцами. Варшавское восстание. Действия «Армии </w:t>
      </w:r>
      <w:proofErr w:type="spellStart"/>
      <w:r w:rsidRPr="00713EA5">
        <w:rPr>
          <w:color w:val="000000"/>
          <w:szCs w:val="24"/>
          <w:lang w:val="ru-RU"/>
        </w:rPr>
        <w:t>Крайовой</w:t>
      </w:r>
      <w:proofErr w:type="spellEnd"/>
      <w:r w:rsidRPr="00713EA5">
        <w:rPr>
          <w:color w:val="000000"/>
          <w:szCs w:val="24"/>
          <w:lang w:val="ru-RU"/>
        </w:rPr>
        <w:t xml:space="preserve">»   и «Армии </w:t>
      </w:r>
      <w:proofErr w:type="spellStart"/>
      <w:r w:rsidRPr="00713EA5">
        <w:rPr>
          <w:color w:val="000000"/>
          <w:szCs w:val="24"/>
          <w:lang w:val="ru-RU"/>
        </w:rPr>
        <w:t>Людовой</w:t>
      </w:r>
      <w:proofErr w:type="spellEnd"/>
      <w:r w:rsidRPr="00713EA5">
        <w:rPr>
          <w:color w:val="000000"/>
          <w:szCs w:val="24"/>
          <w:lang w:val="ru-RU"/>
        </w:rPr>
        <w:t>».  Проблема открытия «второго фронта» в Европе. Операция «</w:t>
      </w:r>
      <w:proofErr w:type="spellStart"/>
      <w:r w:rsidRPr="00713EA5">
        <w:rPr>
          <w:color w:val="000000"/>
          <w:szCs w:val="24"/>
          <w:lang w:val="ru-RU"/>
        </w:rPr>
        <w:t>Оверлорд</w:t>
      </w:r>
      <w:proofErr w:type="spellEnd"/>
      <w:r w:rsidRPr="00713EA5">
        <w:rPr>
          <w:color w:val="000000"/>
          <w:szCs w:val="24"/>
          <w:lang w:val="ru-RU"/>
        </w:rPr>
        <w:t xml:space="preserve">»  и наступление войск западных союзников в 1944–1945 гг. Советско-японская  война  1945  г.  и  атомные  бомбардировки  японских  городов со стороны США. Капитуляция Японии. Тегеранская,  Ялтинская  и  Потсдамская  конференции.  Формирование  основ ялтинского послевоенного мироустройства. Судебные </w:t>
      </w:r>
      <w:proofErr w:type="gramStart"/>
      <w:r w:rsidRPr="00713EA5">
        <w:rPr>
          <w:color w:val="000000"/>
          <w:szCs w:val="24"/>
          <w:lang w:val="ru-RU"/>
        </w:rPr>
        <w:t>процессы</w:t>
      </w:r>
      <w:proofErr w:type="gramEnd"/>
      <w:r w:rsidRPr="00713EA5">
        <w:rPr>
          <w:color w:val="000000"/>
          <w:szCs w:val="24"/>
          <w:lang w:val="ru-RU"/>
        </w:rPr>
        <w:t xml:space="preserve">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p w:rsidR="00713EA5" w:rsidRPr="00713EA5" w:rsidRDefault="00713EA5" w:rsidP="00713EA5">
      <w:pPr>
        <w:spacing w:line="240" w:lineRule="auto"/>
        <w:rPr>
          <w:szCs w:val="24"/>
          <w:lang w:val="ru-RU"/>
        </w:rPr>
      </w:pPr>
      <w:r w:rsidRPr="00713EA5">
        <w:rPr>
          <w:color w:val="000000"/>
          <w:szCs w:val="24"/>
          <w:lang w:val="ru-RU"/>
        </w:rPr>
        <w:lastRenderedPageBreak/>
        <w:t>Цель: овладение базовыми историческими знаниями, а также представлениями о закономерностях развития человеческого общества с древности до наших дней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713EA5" w:rsidRPr="00713EA5" w:rsidRDefault="00713EA5" w:rsidP="00713EA5">
      <w:pPr>
        <w:spacing w:line="240" w:lineRule="auto"/>
        <w:rPr>
          <w:szCs w:val="24"/>
          <w:lang w:val="ru-RU"/>
        </w:rPr>
      </w:pPr>
      <w:r w:rsidRPr="00713EA5">
        <w:rPr>
          <w:color w:val="000000"/>
          <w:szCs w:val="24"/>
          <w:lang w:val="ru-RU"/>
        </w:rPr>
        <w:t>Вопросы к диспуту (3 на выбор):</w:t>
      </w:r>
    </w:p>
    <w:p w:rsidR="00713EA5" w:rsidRPr="00713EA5" w:rsidRDefault="00713EA5" w:rsidP="00713EA5">
      <w:pPr>
        <w:spacing w:line="240" w:lineRule="auto"/>
        <w:rPr>
          <w:szCs w:val="24"/>
          <w:lang w:val="ru-RU"/>
        </w:rPr>
      </w:pPr>
      <w:r w:rsidRPr="00713EA5">
        <w:rPr>
          <w:color w:val="000000"/>
          <w:szCs w:val="24"/>
          <w:lang w:val="ru-RU"/>
        </w:rPr>
        <w:t>1. Проблема открытия «второго фронта» в Европе.</w:t>
      </w:r>
    </w:p>
    <w:p w:rsidR="00713EA5" w:rsidRPr="00713EA5" w:rsidRDefault="00713EA5" w:rsidP="00713EA5">
      <w:pPr>
        <w:spacing w:line="240" w:lineRule="auto"/>
        <w:rPr>
          <w:szCs w:val="24"/>
          <w:lang w:val="ru-RU"/>
        </w:rPr>
      </w:pPr>
      <w:r w:rsidRPr="00713EA5">
        <w:rPr>
          <w:color w:val="000000"/>
          <w:szCs w:val="24"/>
          <w:lang w:val="ru-RU"/>
        </w:rPr>
        <w:t>2. Иностранные воинские формирования в   составе советских   войск.</w:t>
      </w:r>
    </w:p>
    <w:p w:rsidR="00713EA5" w:rsidRPr="00713EA5" w:rsidRDefault="00713EA5" w:rsidP="00713EA5">
      <w:pPr>
        <w:spacing w:line="240" w:lineRule="auto"/>
        <w:rPr>
          <w:szCs w:val="24"/>
          <w:lang w:val="ru-RU"/>
        </w:rPr>
      </w:pPr>
      <w:r w:rsidRPr="00713EA5">
        <w:rPr>
          <w:color w:val="000000"/>
          <w:szCs w:val="24"/>
          <w:lang w:val="ru-RU"/>
        </w:rPr>
        <w:t>3. Тегеранская,  Ялтинская  и  Потсдамская  конференции.</w:t>
      </w:r>
    </w:p>
    <w:p w:rsidR="00713EA5" w:rsidRPr="00713EA5" w:rsidRDefault="00713EA5" w:rsidP="00713EA5">
      <w:pPr>
        <w:spacing w:line="240" w:lineRule="auto"/>
        <w:rPr>
          <w:szCs w:val="24"/>
          <w:lang w:val="ru-RU"/>
        </w:rPr>
      </w:pPr>
      <w:r w:rsidRPr="00713EA5">
        <w:rPr>
          <w:color w:val="000000"/>
          <w:szCs w:val="24"/>
          <w:lang w:val="ru-RU"/>
        </w:rPr>
        <w:t>4. Ленд-лиз  и  его  значение.</w:t>
      </w:r>
    </w:p>
    <w:p w:rsidR="00713EA5" w:rsidRPr="00713EA5" w:rsidRDefault="00713EA5" w:rsidP="00713EA5">
      <w:pPr>
        <w:spacing w:line="240" w:lineRule="auto"/>
        <w:rPr>
          <w:szCs w:val="24"/>
          <w:lang w:val="ru-RU"/>
        </w:rPr>
      </w:pPr>
      <w:r w:rsidRPr="00713EA5">
        <w:rPr>
          <w:color w:val="000000"/>
          <w:szCs w:val="24"/>
          <w:lang w:val="ru-RU"/>
        </w:rPr>
        <w:t xml:space="preserve">5. Судебные </w:t>
      </w:r>
      <w:proofErr w:type="gramStart"/>
      <w:r w:rsidRPr="00713EA5">
        <w:rPr>
          <w:color w:val="000000"/>
          <w:szCs w:val="24"/>
          <w:lang w:val="ru-RU"/>
        </w:rPr>
        <w:t>процессы</w:t>
      </w:r>
      <w:proofErr w:type="gramEnd"/>
      <w:r w:rsidRPr="00713EA5">
        <w:rPr>
          <w:color w:val="000000"/>
          <w:szCs w:val="24"/>
          <w:lang w:val="ru-RU"/>
        </w:rPr>
        <w:t xml:space="preserve"> над главными военными  преступниками:  Нюрнбергский, Токийский, Хабаровский.</w:t>
      </w:r>
    </w:p>
    <w:p w:rsidR="00713EA5" w:rsidRPr="00713EA5" w:rsidRDefault="00713EA5" w:rsidP="00713EA5">
      <w:pPr>
        <w:spacing w:line="240" w:lineRule="auto"/>
        <w:rPr>
          <w:szCs w:val="24"/>
          <w:lang w:val="ru-RU"/>
        </w:rPr>
      </w:pPr>
      <w:r w:rsidRPr="00713EA5">
        <w:rPr>
          <w:color w:val="000000"/>
          <w:szCs w:val="24"/>
          <w:lang w:val="ru-RU"/>
        </w:rPr>
        <w:t>6. Итоги  Великой  Отечественной  и  Второй  мировой  войны</w:t>
      </w:r>
    </w:p>
    <w:p w:rsidR="00713EA5" w:rsidRPr="00713EA5" w:rsidRDefault="00713EA5" w:rsidP="00713EA5">
      <w:pPr>
        <w:spacing w:line="240" w:lineRule="auto"/>
        <w:rPr>
          <w:szCs w:val="24"/>
          <w:lang w:val="ru-RU"/>
        </w:rPr>
      </w:pPr>
      <w:r w:rsidRPr="00713EA5">
        <w:rPr>
          <w:color w:val="000000"/>
          <w:szCs w:val="24"/>
          <w:lang w:val="ru-RU"/>
        </w:rPr>
        <w:t xml:space="preserve">7. Действия «Армии </w:t>
      </w:r>
      <w:proofErr w:type="spellStart"/>
      <w:r w:rsidRPr="00713EA5">
        <w:rPr>
          <w:color w:val="000000"/>
          <w:szCs w:val="24"/>
          <w:lang w:val="ru-RU"/>
        </w:rPr>
        <w:t>Крайовой</w:t>
      </w:r>
      <w:proofErr w:type="spellEnd"/>
      <w:r w:rsidRPr="00713EA5">
        <w:rPr>
          <w:color w:val="000000"/>
          <w:szCs w:val="24"/>
          <w:lang w:val="ru-RU"/>
        </w:rPr>
        <w:t xml:space="preserve">» и «Армии </w:t>
      </w:r>
      <w:proofErr w:type="spellStart"/>
      <w:r w:rsidRPr="00713EA5">
        <w:rPr>
          <w:color w:val="000000"/>
          <w:szCs w:val="24"/>
          <w:lang w:val="ru-RU"/>
        </w:rPr>
        <w:t>Людовой</w:t>
      </w:r>
      <w:proofErr w:type="spellEnd"/>
      <w:r w:rsidRPr="00713EA5">
        <w:rPr>
          <w:color w:val="000000"/>
          <w:szCs w:val="24"/>
          <w:lang w:val="ru-RU"/>
        </w:rPr>
        <w:t>».</w:t>
      </w:r>
    </w:p>
    <w:p w:rsidR="00713EA5" w:rsidRPr="00713EA5" w:rsidRDefault="00713EA5" w:rsidP="00713EA5">
      <w:pPr>
        <w:spacing w:line="240" w:lineRule="auto"/>
        <w:rPr>
          <w:szCs w:val="24"/>
          <w:lang w:val="ru-RU"/>
        </w:rPr>
      </w:pPr>
    </w:p>
    <w:p w:rsidR="00713EA5" w:rsidRPr="00713EA5" w:rsidRDefault="00713EA5" w:rsidP="00713EA5">
      <w:pPr>
        <w:spacing w:line="240" w:lineRule="auto"/>
        <w:rPr>
          <w:szCs w:val="24"/>
          <w:lang w:val="ru-RU"/>
        </w:rPr>
      </w:pPr>
      <w:r w:rsidRPr="00713EA5">
        <w:rPr>
          <w:color w:val="000000"/>
          <w:szCs w:val="24"/>
          <w:lang w:val="ru-RU"/>
        </w:rPr>
        <w:t>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мысли.</w:t>
      </w:r>
    </w:p>
    <w:p w:rsidR="00713EA5" w:rsidRPr="00713EA5" w:rsidRDefault="00713EA5" w:rsidP="00713EA5">
      <w:pPr>
        <w:shd w:val="clear" w:color="auto" w:fill="FFFFFF"/>
        <w:rPr>
          <w:szCs w:val="24"/>
          <w:lang w:val="ru-RU"/>
        </w:rPr>
      </w:pPr>
    </w:p>
    <w:p w:rsidR="00713EA5" w:rsidRPr="00713EA5" w:rsidRDefault="00713EA5" w:rsidP="00713EA5">
      <w:pPr>
        <w:spacing w:line="240" w:lineRule="auto"/>
        <w:rPr>
          <w:szCs w:val="24"/>
          <w:lang w:val="ru-RU"/>
        </w:rPr>
      </w:pPr>
      <w:r w:rsidRPr="00713EA5">
        <w:rPr>
          <w:color w:val="000000"/>
          <w:szCs w:val="24"/>
          <w:lang w:val="ru-RU"/>
        </w:rPr>
        <w:t>Раздел 10. Россия после распада СССР (1991-2023 гг.)</w:t>
      </w:r>
    </w:p>
    <w:p w:rsidR="00713EA5" w:rsidRPr="00713EA5" w:rsidRDefault="00713EA5" w:rsidP="00713EA5">
      <w:pPr>
        <w:spacing w:line="240" w:lineRule="auto"/>
        <w:rPr>
          <w:szCs w:val="24"/>
          <w:lang w:val="ru-RU"/>
        </w:rPr>
      </w:pPr>
      <w:r w:rsidRPr="00713EA5">
        <w:rPr>
          <w:color w:val="000000"/>
          <w:szCs w:val="24"/>
          <w:lang w:val="ru-RU"/>
        </w:rPr>
        <w:t xml:space="preserve">Семинар-диспут. Особенности  политических  процессов  1990-х  гг.  Б.  Н.  Ельцин  и  его  окружение. Складывание и особенности многопартийности 1990-х   гг.  Основные   политические партии   и   движения   1990-х   гг.,   их   лидеры   и платформы. Нарастание противоречий по поводу хода и результатов реформ  между президентом и Верховным Советом. Политический кризис 1993 г. и его разрешение. Принятие Конституции РФ 1993 г. Болезнь Ельцина и снижение управляемости  страной.  Назначение  премьер-министром  РФ  В.В.  Путина  и  вставшие  перед  ним  первоочередные задачи.  Победа  над  международным  терроризмом в Чечне. Внешняя политика. Курс США и НАТО на мировую гегемонию в рамках построения однополярного мира. Начало расширения НАТО на восток. Распад Югославии.  Попытки руководства  РФ  найти  </w:t>
      </w:r>
      <w:proofErr w:type="spellStart"/>
      <w:r w:rsidRPr="00713EA5">
        <w:rPr>
          <w:color w:val="000000"/>
          <w:szCs w:val="24"/>
          <w:lang w:val="ru-RU"/>
        </w:rPr>
        <w:t>взаимоустраивающие</w:t>
      </w:r>
      <w:proofErr w:type="spellEnd"/>
      <w:r w:rsidRPr="00713EA5">
        <w:rPr>
          <w:color w:val="000000"/>
          <w:szCs w:val="24"/>
          <w:lang w:val="ru-RU"/>
        </w:rPr>
        <w:t xml:space="preserve">  формы  сотрудничества со странами Запада. Завершение вывода российских войск из  Европы.   Заключение   с   США   договора   СНВ-2.   Вступление   Российской  Федерации в </w:t>
      </w:r>
      <w:r>
        <w:rPr>
          <w:color w:val="000000"/>
          <w:szCs w:val="24"/>
        </w:rPr>
        <w:t>G</w:t>
      </w:r>
      <w:r w:rsidRPr="00713EA5">
        <w:rPr>
          <w:color w:val="000000"/>
          <w:szCs w:val="24"/>
          <w:lang w:val="ru-RU"/>
        </w:rPr>
        <w:t>8 и в Совет Европы. Бомбардировки США и НАТО Югославии</w:t>
      </w:r>
    </w:p>
    <w:p w:rsidR="00713EA5" w:rsidRPr="00713EA5" w:rsidRDefault="00713EA5" w:rsidP="00713EA5">
      <w:pPr>
        <w:spacing w:line="240" w:lineRule="auto"/>
        <w:rPr>
          <w:szCs w:val="24"/>
          <w:lang w:val="ru-RU"/>
        </w:rPr>
      </w:pPr>
      <w:r w:rsidRPr="00713EA5">
        <w:rPr>
          <w:color w:val="000000"/>
          <w:szCs w:val="24"/>
          <w:lang w:val="ru-RU"/>
        </w:rPr>
        <w:t>в 1999 г. как переломный момент взаимоотношений России с Западом. Внедрение в России «Болонской системы» образования. Система ЕГЭ.  Негосударственные   вузы   и   школы.   Позитивные   и   негативные   аспекты  образовательной реформы. Миграционная политика РФ, рост продолжительности жизни и уровня</w:t>
      </w:r>
    </w:p>
    <w:p w:rsidR="00713EA5" w:rsidRPr="00713EA5" w:rsidRDefault="00713EA5" w:rsidP="00713EA5">
      <w:pPr>
        <w:spacing w:line="240" w:lineRule="auto"/>
        <w:rPr>
          <w:szCs w:val="24"/>
          <w:lang w:val="ru-RU"/>
        </w:rPr>
      </w:pPr>
      <w:r w:rsidRPr="00713EA5">
        <w:rPr>
          <w:color w:val="000000"/>
          <w:szCs w:val="24"/>
          <w:lang w:val="ru-RU"/>
        </w:rPr>
        <w:t>рождаемости. Демографические итоги первого двадцатилетия  Х</w:t>
      </w:r>
      <w:r>
        <w:rPr>
          <w:color w:val="000000"/>
          <w:szCs w:val="24"/>
        </w:rPr>
        <w:t>XI</w:t>
      </w:r>
      <w:r w:rsidRPr="00713EA5">
        <w:rPr>
          <w:color w:val="000000"/>
          <w:szCs w:val="24"/>
          <w:lang w:val="ru-RU"/>
        </w:rPr>
        <w:t xml:space="preserve"> </w:t>
      </w:r>
      <w:proofErr w:type="spellStart"/>
      <w:r w:rsidRPr="00713EA5">
        <w:rPr>
          <w:color w:val="000000"/>
          <w:szCs w:val="24"/>
          <w:lang w:val="ru-RU"/>
        </w:rPr>
        <w:t>в</w:t>
      </w:r>
      <w:proofErr w:type="gramStart"/>
      <w:r w:rsidRPr="00713EA5">
        <w:rPr>
          <w:color w:val="000000"/>
          <w:szCs w:val="24"/>
          <w:lang w:val="ru-RU"/>
        </w:rPr>
        <w:t>.П</w:t>
      </w:r>
      <w:proofErr w:type="gramEnd"/>
      <w:r w:rsidRPr="00713EA5">
        <w:rPr>
          <w:color w:val="000000"/>
          <w:szCs w:val="24"/>
          <w:lang w:val="ru-RU"/>
        </w:rPr>
        <w:t>андемия</w:t>
      </w:r>
      <w:proofErr w:type="spellEnd"/>
      <w:r w:rsidRPr="00713EA5">
        <w:rPr>
          <w:color w:val="000000"/>
          <w:szCs w:val="24"/>
          <w:lang w:val="ru-RU"/>
        </w:rPr>
        <w:t xml:space="preserve">  КОВИД  и  ее  влияние  на  экономику России.</w:t>
      </w:r>
    </w:p>
    <w:p w:rsidR="00713EA5" w:rsidRPr="00713EA5" w:rsidRDefault="00713EA5" w:rsidP="00713EA5">
      <w:pPr>
        <w:spacing w:line="240" w:lineRule="auto"/>
        <w:rPr>
          <w:szCs w:val="24"/>
          <w:lang w:val="ru-RU"/>
        </w:rPr>
      </w:pPr>
    </w:p>
    <w:p w:rsidR="00713EA5" w:rsidRPr="00713EA5" w:rsidRDefault="00713EA5" w:rsidP="00713EA5">
      <w:pPr>
        <w:spacing w:line="240" w:lineRule="auto"/>
        <w:rPr>
          <w:szCs w:val="24"/>
          <w:lang w:val="ru-RU"/>
        </w:rPr>
      </w:pPr>
      <w:r w:rsidRPr="00713EA5">
        <w:rPr>
          <w:color w:val="000000"/>
          <w:szCs w:val="24"/>
          <w:lang w:val="ru-RU"/>
        </w:rPr>
        <w:t>Цель: овладение базовыми историческими знаниями, а также представлениями о закономерностях развития человеческого общества с древности до наших дней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713EA5" w:rsidRPr="00713EA5" w:rsidRDefault="00713EA5" w:rsidP="00713EA5">
      <w:pPr>
        <w:spacing w:line="240" w:lineRule="auto"/>
        <w:rPr>
          <w:szCs w:val="24"/>
          <w:lang w:val="ru-RU"/>
        </w:rPr>
      </w:pPr>
      <w:r w:rsidRPr="00713EA5">
        <w:rPr>
          <w:color w:val="000000"/>
          <w:szCs w:val="24"/>
          <w:lang w:val="ru-RU"/>
        </w:rPr>
        <w:t>Вопросы к диспуту (3 на выбор):</w:t>
      </w:r>
    </w:p>
    <w:p w:rsidR="00713EA5" w:rsidRPr="00713EA5" w:rsidRDefault="00713EA5" w:rsidP="00713EA5">
      <w:pPr>
        <w:spacing w:line="240" w:lineRule="auto"/>
        <w:rPr>
          <w:szCs w:val="24"/>
          <w:lang w:val="ru-RU"/>
        </w:rPr>
      </w:pPr>
      <w:r w:rsidRPr="00713EA5">
        <w:rPr>
          <w:color w:val="000000"/>
          <w:szCs w:val="24"/>
          <w:lang w:val="ru-RU"/>
        </w:rPr>
        <w:t>1. Особенности  политических  процессов  1990-х  гг.  Б.  Н.  Ельцин  и  его  окружение</w:t>
      </w:r>
    </w:p>
    <w:p w:rsidR="00713EA5" w:rsidRPr="00713EA5" w:rsidRDefault="00713EA5" w:rsidP="00713EA5">
      <w:pPr>
        <w:spacing w:line="240" w:lineRule="auto"/>
        <w:rPr>
          <w:szCs w:val="24"/>
          <w:lang w:val="ru-RU"/>
        </w:rPr>
      </w:pPr>
      <w:r w:rsidRPr="00713EA5">
        <w:rPr>
          <w:color w:val="000000"/>
          <w:szCs w:val="24"/>
          <w:lang w:val="ru-RU"/>
        </w:rPr>
        <w:t>2. Основные   политические партии   и   движения   1990-х   гг.,   их   лидеры   и  платформы.</w:t>
      </w:r>
    </w:p>
    <w:p w:rsidR="00713EA5" w:rsidRPr="00713EA5" w:rsidRDefault="00713EA5" w:rsidP="00713EA5">
      <w:pPr>
        <w:spacing w:line="240" w:lineRule="auto"/>
        <w:rPr>
          <w:szCs w:val="24"/>
          <w:lang w:val="ru-RU"/>
        </w:rPr>
      </w:pPr>
      <w:r w:rsidRPr="00713EA5">
        <w:rPr>
          <w:color w:val="000000"/>
          <w:szCs w:val="24"/>
          <w:lang w:val="ru-RU"/>
        </w:rPr>
        <w:lastRenderedPageBreak/>
        <w:t>3. Назначение  премьер-министром  РФ  В.В.  Путина  и  вставшие  перед  ним  первоочередные  задачи.</w:t>
      </w:r>
    </w:p>
    <w:p w:rsidR="00713EA5" w:rsidRPr="00713EA5" w:rsidRDefault="00713EA5" w:rsidP="00713EA5">
      <w:pPr>
        <w:spacing w:line="240" w:lineRule="auto"/>
        <w:rPr>
          <w:szCs w:val="24"/>
          <w:lang w:val="ru-RU"/>
        </w:rPr>
      </w:pPr>
      <w:r w:rsidRPr="00713EA5">
        <w:rPr>
          <w:color w:val="000000"/>
          <w:szCs w:val="24"/>
          <w:lang w:val="ru-RU"/>
        </w:rPr>
        <w:t>4. Начало расширения НАТО на восток. Завершение вывода российских войск из  Европы. Заключение с США договора СНВ-2.</w:t>
      </w:r>
    </w:p>
    <w:p w:rsidR="00713EA5" w:rsidRPr="00713EA5" w:rsidRDefault="00713EA5" w:rsidP="00713EA5">
      <w:pPr>
        <w:spacing w:line="240" w:lineRule="auto"/>
        <w:rPr>
          <w:szCs w:val="24"/>
          <w:lang w:val="ru-RU"/>
        </w:rPr>
      </w:pPr>
      <w:r w:rsidRPr="00713EA5">
        <w:rPr>
          <w:color w:val="000000"/>
          <w:szCs w:val="24"/>
          <w:lang w:val="ru-RU"/>
        </w:rPr>
        <w:t>5. Распад Югославии. Бомбардировки США и НАТО Югославии в 1999 г. как переломный момент взаимоотношений России с Западом.</w:t>
      </w:r>
    </w:p>
    <w:p w:rsidR="00713EA5" w:rsidRPr="00713EA5" w:rsidRDefault="00713EA5" w:rsidP="00713EA5">
      <w:pPr>
        <w:spacing w:line="240" w:lineRule="auto"/>
        <w:rPr>
          <w:szCs w:val="24"/>
          <w:lang w:val="ru-RU"/>
        </w:rPr>
      </w:pPr>
      <w:r w:rsidRPr="00713EA5">
        <w:rPr>
          <w:color w:val="000000"/>
          <w:szCs w:val="24"/>
          <w:lang w:val="ru-RU"/>
        </w:rPr>
        <w:t>6.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rsidR="00713EA5" w:rsidRPr="00713EA5" w:rsidRDefault="00713EA5" w:rsidP="00713EA5">
      <w:pPr>
        <w:spacing w:line="240" w:lineRule="auto"/>
        <w:rPr>
          <w:szCs w:val="24"/>
          <w:lang w:val="ru-RU"/>
        </w:rPr>
      </w:pPr>
      <w:r w:rsidRPr="00713EA5">
        <w:rPr>
          <w:color w:val="000000"/>
          <w:szCs w:val="24"/>
          <w:lang w:val="ru-RU"/>
        </w:rPr>
        <w:t>7. Пандемия  КОВИД  и  ее  влияние  на  экономику  России.</w:t>
      </w:r>
    </w:p>
    <w:p w:rsidR="00713EA5" w:rsidRPr="00713EA5" w:rsidRDefault="00713EA5" w:rsidP="00713EA5">
      <w:pPr>
        <w:spacing w:line="240" w:lineRule="auto"/>
        <w:rPr>
          <w:szCs w:val="24"/>
          <w:lang w:val="ru-RU"/>
        </w:rPr>
      </w:pPr>
    </w:p>
    <w:p w:rsidR="00713EA5" w:rsidRPr="00713EA5" w:rsidRDefault="00713EA5" w:rsidP="00713EA5">
      <w:pPr>
        <w:shd w:val="clear" w:color="auto" w:fill="FFFFFF"/>
        <w:rPr>
          <w:szCs w:val="24"/>
          <w:lang w:val="ru-RU"/>
        </w:rPr>
      </w:pPr>
      <w:r w:rsidRPr="00713EA5">
        <w:rPr>
          <w:color w:val="000000"/>
          <w:szCs w:val="24"/>
          <w:lang w:val="ru-RU"/>
        </w:rPr>
        <w:t>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мысли.</w:t>
      </w:r>
    </w:p>
    <w:p w:rsidR="00713EA5" w:rsidRPr="00713EA5" w:rsidRDefault="00713EA5" w:rsidP="00713EA5">
      <w:pPr>
        <w:shd w:val="clear" w:color="auto" w:fill="FFFFFF"/>
        <w:rPr>
          <w:szCs w:val="24"/>
          <w:lang w:val="ru-RU"/>
        </w:rPr>
      </w:pPr>
    </w:p>
    <w:p w:rsidR="00713EA5" w:rsidRPr="00713EA5" w:rsidRDefault="00713EA5" w:rsidP="00713EA5">
      <w:pPr>
        <w:rPr>
          <w:szCs w:val="24"/>
          <w:lang w:val="ru-RU"/>
        </w:rPr>
      </w:pPr>
    </w:p>
    <w:p w:rsidR="00713EA5" w:rsidRDefault="00713EA5" w:rsidP="00713EA5">
      <w:pPr>
        <w:tabs>
          <w:tab w:val="left" w:pos="4130"/>
        </w:tabs>
        <w:jc w:val="center"/>
        <w:rPr>
          <w:szCs w:val="24"/>
        </w:rPr>
      </w:pPr>
      <w:proofErr w:type="spellStart"/>
      <w:r>
        <w:rPr>
          <w:szCs w:val="24"/>
        </w:rPr>
        <w:t>Критерии</w:t>
      </w:r>
      <w:proofErr w:type="spellEnd"/>
      <w:r>
        <w:rPr>
          <w:szCs w:val="24"/>
        </w:rPr>
        <w:t xml:space="preserve"> </w:t>
      </w:r>
      <w:proofErr w:type="spellStart"/>
      <w:r>
        <w:rPr>
          <w:szCs w:val="24"/>
        </w:rPr>
        <w:t>оценки</w:t>
      </w:r>
      <w:proofErr w:type="spellEnd"/>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96"/>
      </w:tblGrid>
      <w:tr w:rsidR="00713EA5" w:rsidTr="00713EA5">
        <w:tc>
          <w:tcPr>
            <w:tcW w:w="1378"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b/>
                <w:sz w:val="22"/>
              </w:rPr>
            </w:pPr>
            <w:proofErr w:type="spellStart"/>
            <w:r>
              <w:rPr>
                <w:b/>
                <w:sz w:val="22"/>
              </w:rPr>
              <w:t>Оценка</w:t>
            </w:r>
            <w:proofErr w:type="spellEnd"/>
          </w:p>
        </w:tc>
        <w:tc>
          <w:tcPr>
            <w:tcW w:w="3622"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b/>
                <w:sz w:val="22"/>
              </w:rPr>
            </w:pPr>
            <w:proofErr w:type="spellStart"/>
            <w:r>
              <w:rPr>
                <w:b/>
                <w:sz w:val="22"/>
              </w:rPr>
              <w:t>Критерии</w:t>
            </w:r>
            <w:proofErr w:type="spellEnd"/>
          </w:p>
        </w:tc>
      </w:tr>
      <w:tr w:rsidR="00713EA5" w:rsidRPr="00E23FDB" w:rsidTr="00713EA5">
        <w:tc>
          <w:tcPr>
            <w:tcW w:w="1378"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88" w:lineRule="auto"/>
              <w:jc w:val="center"/>
              <w:rPr>
                <w:rFonts w:eastAsia="Times New Roman"/>
                <w:sz w:val="22"/>
              </w:rPr>
            </w:pPr>
            <w:r>
              <w:rPr>
                <w:sz w:val="22"/>
              </w:rPr>
              <w:t>«</w:t>
            </w:r>
            <w:proofErr w:type="spellStart"/>
            <w:r>
              <w:rPr>
                <w:sz w:val="22"/>
              </w:rPr>
              <w:t>зачтено</w:t>
            </w:r>
            <w:proofErr w:type="spellEnd"/>
            <w:r>
              <w:rPr>
                <w:sz w:val="22"/>
              </w:rPr>
              <w:t>»</w:t>
            </w:r>
          </w:p>
        </w:tc>
        <w:tc>
          <w:tcPr>
            <w:tcW w:w="3622" w:type="pct"/>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88" w:lineRule="auto"/>
              <w:jc w:val="both"/>
              <w:rPr>
                <w:rFonts w:eastAsia="Times New Roman"/>
                <w:sz w:val="22"/>
                <w:lang w:val="ru-RU"/>
              </w:rPr>
            </w:pPr>
            <w:r w:rsidRPr="00713EA5">
              <w:rPr>
                <w:sz w:val="22"/>
                <w:lang w:val="ru-RU"/>
              </w:rPr>
              <w:t xml:space="preserve">Выставляется </w:t>
            </w:r>
            <w:proofErr w:type="gramStart"/>
            <w:r w:rsidRPr="00713EA5">
              <w:rPr>
                <w:sz w:val="22"/>
                <w:lang w:val="ru-RU"/>
              </w:rPr>
              <w:t>обучающемуся</w:t>
            </w:r>
            <w:proofErr w:type="gramEnd"/>
            <w:r w:rsidRPr="00713EA5">
              <w:rPr>
                <w:sz w:val="22"/>
                <w:lang w:val="ru-RU"/>
              </w:rPr>
              <w:t>, сформулировавшему полный и правильный ответ на вопросы, логично структурировавшему и изложившему материал. При этом обучающийся должен показать знание специальной литературы.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713EA5" w:rsidRPr="00E23FDB" w:rsidTr="00713EA5">
        <w:tc>
          <w:tcPr>
            <w:tcW w:w="1378"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88" w:lineRule="auto"/>
              <w:jc w:val="center"/>
              <w:rPr>
                <w:rFonts w:eastAsia="Times New Roman"/>
                <w:sz w:val="22"/>
              </w:rPr>
            </w:pPr>
            <w:r>
              <w:rPr>
                <w:sz w:val="22"/>
              </w:rPr>
              <w:t>«</w:t>
            </w:r>
            <w:proofErr w:type="spellStart"/>
            <w:r>
              <w:rPr>
                <w:sz w:val="22"/>
              </w:rPr>
              <w:t>не</w:t>
            </w:r>
            <w:proofErr w:type="spellEnd"/>
            <w:r>
              <w:rPr>
                <w:sz w:val="22"/>
              </w:rPr>
              <w:t xml:space="preserve"> </w:t>
            </w:r>
            <w:proofErr w:type="spellStart"/>
            <w:r>
              <w:rPr>
                <w:sz w:val="22"/>
              </w:rPr>
              <w:t>зачтено</w:t>
            </w:r>
            <w:proofErr w:type="spellEnd"/>
            <w:r>
              <w:rPr>
                <w:sz w:val="22"/>
              </w:rPr>
              <w:t xml:space="preserve">» </w:t>
            </w:r>
          </w:p>
        </w:tc>
        <w:tc>
          <w:tcPr>
            <w:tcW w:w="3622" w:type="pct"/>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88" w:lineRule="auto"/>
              <w:jc w:val="both"/>
              <w:rPr>
                <w:rFonts w:eastAsia="Times New Roman"/>
                <w:sz w:val="22"/>
                <w:lang w:val="ru-RU"/>
              </w:rPr>
            </w:pPr>
            <w:r w:rsidRPr="00713EA5">
              <w:rPr>
                <w:sz w:val="22"/>
                <w:lang w:val="ru-RU"/>
              </w:rPr>
              <w:t xml:space="preserve">Выставляется </w:t>
            </w:r>
            <w:proofErr w:type="gramStart"/>
            <w:r w:rsidRPr="00713EA5">
              <w:rPr>
                <w:sz w:val="22"/>
                <w:lang w:val="ru-RU"/>
              </w:rPr>
              <w:t>обучающемуся</w:t>
            </w:r>
            <w:proofErr w:type="gramEnd"/>
            <w:r w:rsidRPr="00713EA5">
              <w:rPr>
                <w:sz w:val="22"/>
                <w:lang w:val="ru-RU"/>
              </w:rPr>
              <w:t>, если он не дал ответа по вопросам; дал неверные, содержащие фактические ошибки ответы на все вопросы; не смог ответить на дополнительные и уточняющие вопросы</w:t>
            </w:r>
          </w:p>
        </w:tc>
      </w:tr>
    </w:tbl>
    <w:p w:rsidR="00713EA5" w:rsidRPr="00713EA5" w:rsidRDefault="00713EA5" w:rsidP="00713EA5">
      <w:pPr>
        <w:ind w:firstLine="709"/>
        <w:rPr>
          <w:rFonts w:eastAsia="Times New Roman"/>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jc w:val="center"/>
        <w:rPr>
          <w:b/>
          <w:szCs w:val="24"/>
          <w:lang w:val="ru-RU"/>
        </w:rPr>
      </w:pPr>
      <w:r w:rsidRPr="00713EA5">
        <w:rPr>
          <w:b/>
          <w:szCs w:val="24"/>
          <w:lang w:val="ru-RU"/>
        </w:rPr>
        <w:t>ФОНД ТЕСТОВЫХ ЗАДАНИЙ</w:t>
      </w:r>
    </w:p>
    <w:p w:rsidR="00713EA5" w:rsidRPr="00713EA5" w:rsidRDefault="00713EA5" w:rsidP="00713EA5">
      <w:pPr>
        <w:jc w:val="center"/>
        <w:rPr>
          <w:szCs w:val="24"/>
          <w:lang w:val="ru-RU"/>
        </w:rPr>
      </w:pPr>
    </w:p>
    <w:p w:rsidR="00713EA5" w:rsidRPr="00713EA5" w:rsidRDefault="00713EA5" w:rsidP="00713EA5">
      <w:pPr>
        <w:rPr>
          <w:b/>
          <w:color w:val="000000"/>
          <w:sz w:val="19"/>
          <w:szCs w:val="19"/>
          <w:lang w:val="ru-RU"/>
        </w:rPr>
      </w:pPr>
      <w:r w:rsidRPr="00713EA5">
        <w:rPr>
          <w:szCs w:val="24"/>
          <w:lang w:val="ru-RU"/>
        </w:rPr>
        <w:t xml:space="preserve">Раздел 1. </w:t>
      </w:r>
      <w:r w:rsidRPr="00713EA5">
        <w:rPr>
          <w:b/>
          <w:color w:val="000000"/>
          <w:szCs w:val="24"/>
          <w:lang w:val="ru-RU"/>
        </w:rPr>
        <w:t xml:space="preserve">Введение. Русь в </w:t>
      </w:r>
      <w:r>
        <w:rPr>
          <w:b/>
          <w:color w:val="000000"/>
          <w:szCs w:val="24"/>
        </w:rPr>
        <w:t>IX</w:t>
      </w:r>
      <w:r w:rsidRPr="00713EA5">
        <w:rPr>
          <w:b/>
          <w:color w:val="000000"/>
          <w:szCs w:val="24"/>
          <w:lang w:val="ru-RU"/>
        </w:rPr>
        <w:t xml:space="preserve"> - первой трети </w:t>
      </w:r>
      <w:r>
        <w:rPr>
          <w:b/>
          <w:color w:val="000000"/>
          <w:szCs w:val="24"/>
        </w:rPr>
        <w:t>XIII</w:t>
      </w:r>
      <w:r w:rsidRPr="00713EA5">
        <w:rPr>
          <w:b/>
          <w:color w:val="000000"/>
          <w:szCs w:val="24"/>
          <w:lang w:val="ru-RU"/>
        </w:rPr>
        <w:t xml:space="preserve"> веков</w:t>
      </w:r>
      <w:r w:rsidRPr="00713EA5">
        <w:rPr>
          <w:b/>
          <w:color w:val="000000"/>
          <w:sz w:val="19"/>
          <w:szCs w:val="19"/>
          <w:lang w:val="ru-RU"/>
        </w:rPr>
        <w:t>.</w:t>
      </w:r>
    </w:p>
    <w:p w:rsidR="00713EA5" w:rsidRPr="00713EA5" w:rsidRDefault="00713EA5" w:rsidP="00713EA5">
      <w:pPr>
        <w:rPr>
          <w:szCs w:val="20"/>
          <w:lang w:val="ru-RU"/>
        </w:rPr>
      </w:pPr>
      <w:r w:rsidRPr="00713EA5">
        <w:rPr>
          <w:lang w:val="ru-RU"/>
        </w:rPr>
        <w:t>1. Выберите один вариант ответа</w:t>
      </w:r>
      <w:proofErr w:type="gramStart"/>
      <w:r w:rsidRPr="00713EA5">
        <w:rPr>
          <w:lang w:val="ru-RU"/>
        </w:rPr>
        <w:t xml:space="preserve"> О</w:t>
      </w:r>
      <w:proofErr w:type="gramEnd"/>
      <w:r w:rsidRPr="00713EA5">
        <w:rPr>
          <w:lang w:val="ru-RU"/>
        </w:rPr>
        <w:t xml:space="preserve">дна из функций исторической науки – функция социальной памяти – позволяет народу… </w:t>
      </w:r>
    </w:p>
    <w:p w:rsidR="00713EA5" w:rsidRPr="00713EA5" w:rsidRDefault="00713EA5" w:rsidP="00713EA5">
      <w:pPr>
        <w:rPr>
          <w:lang w:val="ru-RU"/>
        </w:rPr>
      </w:pPr>
      <w:r w:rsidRPr="00713EA5">
        <w:rPr>
          <w:lang w:val="ru-RU"/>
        </w:rPr>
        <w:t xml:space="preserve">1) предвидеть будущее </w:t>
      </w:r>
    </w:p>
    <w:p w:rsidR="00713EA5" w:rsidRPr="00713EA5" w:rsidRDefault="00713EA5" w:rsidP="00713EA5">
      <w:pPr>
        <w:rPr>
          <w:lang w:val="ru-RU"/>
        </w:rPr>
      </w:pPr>
      <w:r w:rsidRPr="00713EA5">
        <w:rPr>
          <w:lang w:val="ru-RU"/>
        </w:rPr>
        <w:t xml:space="preserve">2) оставаться активно действующим субъектом исторического процесса </w:t>
      </w:r>
    </w:p>
    <w:p w:rsidR="00713EA5" w:rsidRPr="00713EA5" w:rsidRDefault="00713EA5" w:rsidP="00713EA5">
      <w:pPr>
        <w:rPr>
          <w:lang w:val="ru-RU"/>
        </w:rPr>
      </w:pPr>
      <w:r w:rsidRPr="00713EA5">
        <w:rPr>
          <w:lang w:val="ru-RU"/>
        </w:rPr>
        <w:lastRenderedPageBreak/>
        <w:t xml:space="preserve">3) формировать положительные или отрицательные установки в отношении тех или иных событий </w:t>
      </w:r>
    </w:p>
    <w:p w:rsidR="00713EA5" w:rsidRPr="00713EA5" w:rsidRDefault="00713EA5" w:rsidP="00713EA5">
      <w:pPr>
        <w:rPr>
          <w:lang w:val="ru-RU"/>
        </w:rPr>
      </w:pPr>
      <w:r w:rsidRPr="00713EA5">
        <w:rPr>
          <w:lang w:val="ru-RU"/>
        </w:rPr>
        <w:t>4) выявлять закономерности исторического развития</w:t>
      </w:r>
    </w:p>
    <w:p w:rsidR="00713EA5" w:rsidRPr="00713EA5" w:rsidRDefault="00713EA5" w:rsidP="00713EA5">
      <w:pPr>
        <w:rPr>
          <w:lang w:val="ru-RU"/>
        </w:rPr>
      </w:pPr>
      <w:r w:rsidRPr="00713EA5">
        <w:rPr>
          <w:lang w:val="ru-RU"/>
        </w:rPr>
        <w:t xml:space="preserve"> 2. </w:t>
      </w:r>
      <w:proofErr w:type="gramStart"/>
      <w:r w:rsidRPr="00713EA5">
        <w:rPr>
          <w:lang w:val="ru-RU"/>
        </w:rPr>
        <w:t>Выберите один вариант ответа Выявление закономерностей исторического развития соответствует</w:t>
      </w:r>
      <w:proofErr w:type="gramEnd"/>
      <w:r w:rsidRPr="00713EA5">
        <w:rPr>
          <w:lang w:val="ru-RU"/>
        </w:rPr>
        <w:t xml:space="preserve">… </w:t>
      </w:r>
    </w:p>
    <w:p w:rsidR="00713EA5" w:rsidRPr="00713EA5" w:rsidRDefault="00713EA5" w:rsidP="00713EA5">
      <w:pPr>
        <w:rPr>
          <w:lang w:val="ru-RU"/>
        </w:rPr>
      </w:pPr>
      <w:r w:rsidRPr="00713EA5">
        <w:rPr>
          <w:lang w:val="ru-RU"/>
        </w:rPr>
        <w:t xml:space="preserve">1) функции социальной памяти </w:t>
      </w:r>
    </w:p>
    <w:p w:rsidR="00713EA5" w:rsidRPr="00713EA5" w:rsidRDefault="00713EA5" w:rsidP="00713EA5">
      <w:pPr>
        <w:rPr>
          <w:lang w:val="ru-RU"/>
        </w:rPr>
      </w:pPr>
      <w:r w:rsidRPr="00713EA5">
        <w:rPr>
          <w:lang w:val="ru-RU"/>
        </w:rPr>
        <w:t xml:space="preserve">2) познавательной функции исторического знания </w:t>
      </w:r>
    </w:p>
    <w:p w:rsidR="00713EA5" w:rsidRPr="00713EA5" w:rsidRDefault="00713EA5" w:rsidP="00713EA5">
      <w:pPr>
        <w:rPr>
          <w:lang w:val="ru-RU"/>
        </w:rPr>
      </w:pPr>
      <w:r w:rsidRPr="00713EA5">
        <w:rPr>
          <w:lang w:val="ru-RU"/>
        </w:rPr>
        <w:t xml:space="preserve">3) прогностической функции </w:t>
      </w:r>
    </w:p>
    <w:p w:rsidR="00713EA5" w:rsidRPr="00713EA5" w:rsidRDefault="00713EA5" w:rsidP="00713EA5">
      <w:pPr>
        <w:rPr>
          <w:lang w:val="ru-RU"/>
        </w:rPr>
      </w:pPr>
      <w:r w:rsidRPr="00713EA5">
        <w:rPr>
          <w:lang w:val="ru-RU"/>
        </w:rPr>
        <w:t xml:space="preserve">4) воспитательной функции </w:t>
      </w:r>
    </w:p>
    <w:p w:rsidR="00713EA5" w:rsidRPr="00713EA5" w:rsidRDefault="00713EA5" w:rsidP="00713EA5">
      <w:pPr>
        <w:rPr>
          <w:lang w:val="ru-RU"/>
        </w:rPr>
      </w:pPr>
      <w:r w:rsidRPr="00713EA5">
        <w:rPr>
          <w:lang w:val="ru-RU"/>
        </w:rPr>
        <w:t xml:space="preserve">3. </w:t>
      </w:r>
      <w:proofErr w:type="gramStart"/>
      <w:r w:rsidRPr="00713EA5">
        <w:rPr>
          <w:lang w:val="ru-RU"/>
        </w:rPr>
        <w:t>Выберите один вариант ответа Прогностическая функция истории позволяет</w:t>
      </w:r>
      <w:proofErr w:type="gramEnd"/>
      <w:r w:rsidRPr="00713EA5">
        <w:rPr>
          <w:lang w:val="ru-RU"/>
        </w:rPr>
        <w:t xml:space="preserve">… </w:t>
      </w:r>
    </w:p>
    <w:p w:rsidR="00713EA5" w:rsidRPr="00713EA5" w:rsidRDefault="00713EA5" w:rsidP="00713EA5">
      <w:pPr>
        <w:rPr>
          <w:lang w:val="ru-RU"/>
        </w:rPr>
      </w:pPr>
      <w:r w:rsidRPr="00713EA5">
        <w:rPr>
          <w:lang w:val="ru-RU"/>
        </w:rPr>
        <w:t xml:space="preserve">1) составить адекватное представление о развитии страны </w:t>
      </w:r>
    </w:p>
    <w:p w:rsidR="00713EA5" w:rsidRPr="00713EA5" w:rsidRDefault="00713EA5" w:rsidP="00713EA5">
      <w:pPr>
        <w:rPr>
          <w:lang w:val="ru-RU"/>
        </w:rPr>
      </w:pPr>
      <w:r w:rsidRPr="00713EA5">
        <w:rPr>
          <w:lang w:val="ru-RU"/>
        </w:rPr>
        <w:t xml:space="preserve">2) выявить закономерности исторического развития </w:t>
      </w:r>
    </w:p>
    <w:p w:rsidR="00713EA5" w:rsidRPr="00713EA5" w:rsidRDefault="00713EA5" w:rsidP="00713EA5">
      <w:pPr>
        <w:rPr>
          <w:lang w:val="ru-RU"/>
        </w:rPr>
      </w:pPr>
      <w:r w:rsidRPr="00713EA5">
        <w:rPr>
          <w:lang w:val="ru-RU"/>
        </w:rPr>
        <w:t xml:space="preserve">3) формировать положительные или отрицательные установки в отношении тех или иных событий </w:t>
      </w:r>
    </w:p>
    <w:p w:rsidR="00713EA5" w:rsidRPr="00713EA5" w:rsidRDefault="00713EA5" w:rsidP="00713EA5">
      <w:pPr>
        <w:rPr>
          <w:lang w:val="ru-RU"/>
        </w:rPr>
      </w:pPr>
      <w:r w:rsidRPr="00713EA5">
        <w:rPr>
          <w:lang w:val="ru-RU"/>
        </w:rPr>
        <w:t xml:space="preserve">4) на основе анализа прошлого предвидеть будущее </w:t>
      </w:r>
    </w:p>
    <w:p w:rsidR="00713EA5" w:rsidRPr="00713EA5" w:rsidRDefault="00713EA5" w:rsidP="00713EA5">
      <w:pPr>
        <w:rPr>
          <w:lang w:val="ru-RU"/>
        </w:rPr>
      </w:pPr>
      <w:r w:rsidRPr="00713EA5">
        <w:rPr>
          <w:lang w:val="ru-RU"/>
        </w:rPr>
        <w:t xml:space="preserve">4. Выберите один вариант ответа Наука, которая не относится к вспомогательным историческим дисциплинам, – это… </w:t>
      </w:r>
    </w:p>
    <w:p w:rsidR="00713EA5" w:rsidRPr="00713EA5" w:rsidRDefault="00713EA5" w:rsidP="00713EA5">
      <w:pPr>
        <w:rPr>
          <w:lang w:val="ru-RU"/>
        </w:rPr>
      </w:pPr>
      <w:r w:rsidRPr="00713EA5">
        <w:rPr>
          <w:lang w:val="ru-RU"/>
        </w:rPr>
        <w:t xml:space="preserve">1) геральдика </w:t>
      </w:r>
    </w:p>
    <w:p w:rsidR="00713EA5" w:rsidRPr="00713EA5" w:rsidRDefault="00713EA5" w:rsidP="00713EA5">
      <w:pPr>
        <w:rPr>
          <w:lang w:val="ru-RU"/>
        </w:rPr>
      </w:pPr>
      <w:r w:rsidRPr="00713EA5">
        <w:rPr>
          <w:lang w:val="ru-RU"/>
        </w:rPr>
        <w:t xml:space="preserve">2) нумизматика  </w:t>
      </w:r>
    </w:p>
    <w:p w:rsidR="00713EA5" w:rsidRPr="00713EA5" w:rsidRDefault="00713EA5" w:rsidP="00713EA5">
      <w:pPr>
        <w:rPr>
          <w:lang w:val="ru-RU"/>
        </w:rPr>
      </w:pPr>
      <w:r w:rsidRPr="00713EA5">
        <w:rPr>
          <w:lang w:val="ru-RU"/>
        </w:rPr>
        <w:t xml:space="preserve">3) политология </w:t>
      </w:r>
    </w:p>
    <w:p w:rsidR="00713EA5" w:rsidRPr="00713EA5" w:rsidRDefault="00713EA5" w:rsidP="00713EA5">
      <w:pPr>
        <w:rPr>
          <w:lang w:val="ru-RU"/>
        </w:rPr>
      </w:pPr>
      <w:r w:rsidRPr="00713EA5">
        <w:rPr>
          <w:lang w:val="ru-RU"/>
        </w:rPr>
        <w:t xml:space="preserve">4) палеография </w:t>
      </w:r>
    </w:p>
    <w:p w:rsidR="00713EA5" w:rsidRPr="00713EA5" w:rsidRDefault="00713EA5" w:rsidP="00713EA5">
      <w:pPr>
        <w:rPr>
          <w:lang w:val="ru-RU"/>
        </w:rPr>
      </w:pPr>
      <w:r w:rsidRPr="00713EA5">
        <w:rPr>
          <w:lang w:val="ru-RU"/>
        </w:rPr>
        <w:t xml:space="preserve">5) хронология </w:t>
      </w:r>
    </w:p>
    <w:p w:rsidR="00713EA5" w:rsidRPr="00713EA5" w:rsidRDefault="00713EA5" w:rsidP="00713EA5">
      <w:pPr>
        <w:rPr>
          <w:lang w:val="ru-RU"/>
        </w:rPr>
      </w:pPr>
      <w:r w:rsidRPr="00713EA5">
        <w:rPr>
          <w:lang w:val="ru-RU"/>
        </w:rPr>
        <w:t xml:space="preserve">5. Выберите один вариант ответа Метод исторического исследования, позволяющий осуществлять классификацию </w:t>
      </w:r>
      <w:proofErr w:type="spellStart"/>
      <w:r w:rsidRPr="00713EA5">
        <w:rPr>
          <w:lang w:val="ru-RU"/>
        </w:rPr>
        <w:t>и</w:t>
      </w:r>
      <w:proofErr w:type="gramStart"/>
      <w:r w:rsidRPr="00713EA5">
        <w:rPr>
          <w:lang w:val="ru-RU"/>
        </w:rPr>
        <w:t>с</w:t>
      </w:r>
      <w:proofErr w:type="spellEnd"/>
      <w:r w:rsidRPr="00713EA5">
        <w:rPr>
          <w:lang w:val="ru-RU"/>
        </w:rPr>
        <w:t>-</w:t>
      </w:r>
      <w:proofErr w:type="gramEnd"/>
      <w:r w:rsidRPr="00713EA5">
        <w:rPr>
          <w:lang w:val="ru-RU"/>
        </w:rPr>
        <w:t xml:space="preserve"> торических явлений, событий, объектов… </w:t>
      </w:r>
    </w:p>
    <w:p w:rsidR="00713EA5" w:rsidRPr="00713EA5" w:rsidRDefault="00713EA5" w:rsidP="00713EA5">
      <w:pPr>
        <w:rPr>
          <w:lang w:val="ru-RU"/>
        </w:rPr>
      </w:pPr>
      <w:r w:rsidRPr="00713EA5">
        <w:rPr>
          <w:lang w:val="ru-RU"/>
        </w:rPr>
        <w:t xml:space="preserve">1) историко-генетический </w:t>
      </w:r>
    </w:p>
    <w:p w:rsidR="00713EA5" w:rsidRPr="00713EA5" w:rsidRDefault="00713EA5" w:rsidP="00713EA5">
      <w:pPr>
        <w:rPr>
          <w:lang w:val="ru-RU"/>
        </w:rPr>
      </w:pPr>
      <w:r w:rsidRPr="00713EA5">
        <w:rPr>
          <w:lang w:val="ru-RU"/>
        </w:rPr>
        <w:t xml:space="preserve">2) историко-сравнительный </w:t>
      </w:r>
    </w:p>
    <w:p w:rsidR="00713EA5" w:rsidRPr="00713EA5" w:rsidRDefault="00713EA5" w:rsidP="00713EA5">
      <w:pPr>
        <w:rPr>
          <w:lang w:val="ru-RU"/>
        </w:rPr>
      </w:pPr>
      <w:r w:rsidRPr="00713EA5">
        <w:rPr>
          <w:lang w:val="ru-RU"/>
        </w:rPr>
        <w:t xml:space="preserve">3) историко-системный </w:t>
      </w:r>
    </w:p>
    <w:p w:rsidR="00713EA5" w:rsidRPr="00713EA5" w:rsidRDefault="00713EA5" w:rsidP="00713EA5">
      <w:pPr>
        <w:rPr>
          <w:lang w:val="ru-RU"/>
        </w:rPr>
      </w:pPr>
      <w:r w:rsidRPr="00713EA5">
        <w:rPr>
          <w:lang w:val="ru-RU"/>
        </w:rPr>
        <w:t xml:space="preserve">4) историко-типологический </w:t>
      </w:r>
    </w:p>
    <w:p w:rsidR="00713EA5" w:rsidRPr="00713EA5" w:rsidRDefault="00713EA5" w:rsidP="00713EA5">
      <w:pPr>
        <w:rPr>
          <w:lang w:val="ru-RU"/>
        </w:rPr>
      </w:pPr>
      <w:r w:rsidRPr="00713EA5">
        <w:rPr>
          <w:lang w:val="ru-RU"/>
        </w:rPr>
        <w:t xml:space="preserve">6. Выберите один вариант ответа Метод исторического исследования, главная задача которого – показать, как </w:t>
      </w:r>
      <w:proofErr w:type="spellStart"/>
      <w:r w:rsidRPr="00713EA5">
        <w:rPr>
          <w:lang w:val="ru-RU"/>
        </w:rPr>
        <w:t>изуча</w:t>
      </w:r>
      <w:proofErr w:type="gramStart"/>
      <w:r w:rsidRPr="00713EA5">
        <w:rPr>
          <w:lang w:val="ru-RU"/>
        </w:rPr>
        <w:t>е</w:t>
      </w:r>
      <w:proofErr w:type="spellEnd"/>
      <w:r w:rsidRPr="00713EA5">
        <w:rPr>
          <w:lang w:val="ru-RU"/>
        </w:rPr>
        <w:t>-</w:t>
      </w:r>
      <w:proofErr w:type="gramEnd"/>
      <w:r w:rsidRPr="00713EA5">
        <w:rPr>
          <w:lang w:val="ru-RU"/>
        </w:rPr>
        <w:t xml:space="preserve"> мое явление зародилось, какие этапы в движении прошло и каковы итоги его раз- вития… </w:t>
      </w:r>
    </w:p>
    <w:p w:rsidR="00713EA5" w:rsidRPr="00713EA5" w:rsidRDefault="00713EA5" w:rsidP="00713EA5">
      <w:pPr>
        <w:rPr>
          <w:lang w:val="ru-RU"/>
        </w:rPr>
      </w:pPr>
      <w:r w:rsidRPr="00713EA5">
        <w:rPr>
          <w:lang w:val="ru-RU"/>
        </w:rPr>
        <w:t xml:space="preserve">1) историко-сравнительный </w:t>
      </w:r>
    </w:p>
    <w:p w:rsidR="00713EA5" w:rsidRPr="00713EA5" w:rsidRDefault="00713EA5" w:rsidP="00713EA5">
      <w:pPr>
        <w:rPr>
          <w:lang w:val="ru-RU"/>
        </w:rPr>
      </w:pPr>
      <w:r w:rsidRPr="00713EA5">
        <w:rPr>
          <w:lang w:val="ru-RU"/>
        </w:rPr>
        <w:t>2) историко-типологический</w:t>
      </w:r>
    </w:p>
    <w:p w:rsidR="00713EA5" w:rsidRPr="00713EA5" w:rsidRDefault="00713EA5" w:rsidP="00713EA5">
      <w:pPr>
        <w:rPr>
          <w:lang w:val="ru-RU"/>
        </w:rPr>
      </w:pPr>
      <w:r w:rsidRPr="00713EA5">
        <w:rPr>
          <w:lang w:val="ru-RU"/>
        </w:rPr>
        <w:t xml:space="preserve"> 3) историко-генетический </w:t>
      </w:r>
    </w:p>
    <w:p w:rsidR="00713EA5" w:rsidRPr="00713EA5" w:rsidRDefault="00713EA5" w:rsidP="00713EA5">
      <w:pPr>
        <w:rPr>
          <w:lang w:val="ru-RU"/>
        </w:rPr>
      </w:pPr>
      <w:r w:rsidRPr="00713EA5">
        <w:rPr>
          <w:lang w:val="ru-RU"/>
        </w:rPr>
        <w:lastRenderedPageBreak/>
        <w:t xml:space="preserve">4) историко-системный </w:t>
      </w:r>
    </w:p>
    <w:p w:rsidR="00713EA5" w:rsidRPr="00713EA5" w:rsidRDefault="00713EA5" w:rsidP="00713EA5">
      <w:pPr>
        <w:rPr>
          <w:lang w:val="ru-RU"/>
        </w:rPr>
      </w:pPr>
      <w:r w:rsidRPr="00713EA5">
        <w:rPr>
          <w:lang w:val="ru-RU"/>
        </w:rPr>
        <w:t>Древнерусское государство – Киевская Русь (</w:t>
      </w:r>
      <w:r>
        <w:t>IX</w:t>
      </w:r>
      <w:r w:rsidRPr="00713EA5">
        <w:rPr>
          <w:lang w:val="ru-RU"/>
        </w:rPr>
        <w:t xml:space="preserve">-30-е гг. </w:t>
      </w:r>
      <w:r>
        <w:t>XII</w:t>
      </w:r>
      <w:r w:rsidRPr="00713EA5">
        <w:rPr>
          <w:lang w:val="ru-RU"/>
        </w:rPr>
        <w:t xml:space="preserve"> в.) </w:t>
      </w:r>
    </w:p>
    <w:p w:rsidR="00713EA5" w:rsidRPr="00713EA5" w:rsidRDefault="00713EA5" w:rsidP="00713EA5">
      <w:pPr>
        <w:rPr>
          <w:lang w:val="ru-RU"/>
        </w:rPr>
      </w:pPr>
      <w:r w:rsidRPr="00713EA5">
        <w:rPr>
          <w:lang w:val="ru-RU"/>
        </w:rPr>
        <w:t>1. Выберите один вариант ответа Первый свод законов Древней Руси «</w:t>
      </w:r>
      <w:proofErr w:type="gramStart"/>
      <w:r w:rsidRPr="00713EA5">
        <w:rPr>
          <w:lang w:val="ru-RU"/>
        </w:rPr>
        <w:t>Русская</w:t>
      </w:r>
      <w:proofErr w:type="gramEnd"/>
      <w:r w:rsidRPr="00713EA5">
        <w:rPr>
          <w:lang w:val="ru-RU"/>
        </w:rPr>
        <w:t xml:space="preserve"> правда» был записан при… 1) князе Владимире Святославовиче 2) князе Игоре 3) князе Ярославе Мудром 4) княгине Ольге </w:t>
      </w:r>
    </w:p>
    <w:p w:rsidR="00713EA5" w:rsidRPr="00713EA5" w:rsidRDefault="00713EA5" w:rsidP="00713EA5">
      <w:pPr>
        <w:rPr>
          <w:lang w:val="ru-RU"/>
        </w:rPr>
      </w:pPr>
      <w:r w:rsidRPr="00713EA5">
        <w:rPr>
          <w:lang w:val="ru-RU"/>
        </w:rPr>
        <w:t xml:space="preserve">2. Выберите один вариант ответа Датой основания Москвы принято считать … 1) 1117 г. 2) 1147 г. 16 3) 1127 г. 4) 1137 г. </w:t>
      </w:r>
    </w:p>
    <w:p w:rsidR="00713EA5" w:rsidRPr="00713EA5" w:rsidRDefault="00713EA5" w:rsidP="00713EA5">
      <w:pPr>
        <w:rPr>
          <w:lang w:val="ru-RU"/>
        </w:rPr>
      </w:pPr>
      <w:r w:rsidRPr="00713EA5">
        <w:rPr>
          <w:lang w:val="ru-RU"/>
        </w:rPr>
        <w:t>3. Выберите один вариант ответа</w:t>
      </w:r>
      <w:proofErr w:type="gramStart"/>
      <w:r w:rsidRPr="00713EA5">
        <w:rPr>
          <w:lang w:val="ru-RU"/>
        </w:rPr>
        <w:t xml:space="preserve"> О</w:t>
      </w:r>
      <w:proofErr w:type="gramEnd"/>
      <w:r w:rsidRPr="00713EA5">
        <w:rPr>
          <w:lang w:val="ru-RU"/>
        </w:rPr>
        <w:t xml:space="preserve">бъединил Киев и Новгород в </w:t>
      </w:r>
      <w:r>
        <w:t>IX</w:t>
      </w:r>
      <w:r w:rsidRPr="00713EA5">
        <w:rPr>
          <w:lang w:val="ru-RU"/>
        </w:rPr>
        <w:t xml:space="preserve"> в. князь… 1) Юрий Долгорукий 2) Ярослав Мудрый 3) Рюрик 4) Олег Вещий </w:t>
      </w:r>
    </w:p>
    <w:p w:rsidR="00713EA5" w:rsidRPr="00713EA5" w:rsidRDefault="00713EA5" w:rsidP="00713EA5">
      <w:pPr>
        <w:rPr>
          <w:lang w:val="ru-RU"/>
        </w:rPr>
      </w:pPr>
      <w:r w:rsidRPr="00713EA5">
        <w:rPr>
          <w:lang w:val="ru-RU"/>
        </w:rPr>
        <w:t xml:space="preserve">4. Выберите один вариант ответа Согласно летописному рассказу в 862 г. варяги были приглашены на княжение в… 1) Киев 2) Константинополь 3) Новгород 4) Псков </w:t>
      </w:r>
    </w:p>
    <w:p w:rsidR="00713EA5" w:rsidRPr="00713EA5" w:rsidRDefault="00713EA5" w:rsidP="00713EA5">
      <w:pPr>
        <w:rPr>
          <w:lang w:val="ru-RU"/>
        </w:rPr>
      </w:pPr>
      <w:r w:rsidRPr="00713EA5">
        <w:rPr>
          <w:lang w:val="ru-RU"/>
        </w:rPr>
        <w:t xml:space="preserve">5. </w:t>
      </w:r>
      <w:proofErr w:type="gramStart"/>
      <w:r w:rsidRPr="00713EA5">
        <w:rPr>
          <w:lang w:val="ru-RU"/>
        </w:rPr>
        <w:t>Выберите один вариант ответа Крещение Руси осуществил</w:t>
      </w:r>
      <w:proofErr w:type="gramEnd"/>
      <w:r w:rsidRPr="00713EA5">
        <w:rPr>
          <w:lang w:val="ru-RU"/>
        </w:rPr>
        <w:t xml:space="preserve"> (а)… 1) Владимир Святославович 2) Ярослав Мудрый 3) княгиня Ольга 4) Святослав </w:t>
      </w:r>
    </w:p>
    <w:p w:rsidR="00713EA5" w:rsidRPr="00713EA5" w:rsidRDefault="00713EA5" w:rsidP="00713EA5">
      <w:pPr>
        <w:rPr>
          <w:lang w:val="ru-RU"/>
        </w:rPr>
      </w:pPr>
      <w:r w:rsidRPr="00713EA5">
        <w:rPr>
          <w:lang w:val="ru-RU"/>
        </w:rPr>
        <w:t xml:space="preserve">6. Выберите один вариант ответа «Русская правда» упоминает… 1) дворян 2) рядовичей 3) кулаков 4) посессионных крестьян </w:t>
      </w:r>
    </w:p>
    <w:p w:rsidR="00713EA5" w:rsidRPr="00713EA5" w:rsidRDefault="00713EA5" w:rsidP="00713EA5">
      <w:pPr>
        <w:rPr>
          <w:lang w:val="ru-RU"/>
        </w:rPr>
      </w:pPr>
      <w:r w:rsidRPr="00713EA5">
        <w:rPr>
          <w:lang w:val="ru-RU"/>
        </w:rPr>
        <w:t>7. Выберите один вариант ответа Свод законов Древней Руси назывался… 1) «Стоглав» 2) «Соборное уложение» 3) «</w:t>
      </w:r>
      <w:proofErr w:type="gramStart"/>
      <w:r w:rsidRPr="00713EA5">
        <w:rPr>
          <w:lang w:val="ru-RU"/>
        </w:rPr>
        <w:t>Русская</w:t>
      </w:r>
      <w:proofErr w:type="gramEnd"/>
      <w:r w:rsidRPr="00713EA5">
        <w:rPr>
          <w:lang w:val="ru-RU"/>
        </w:rPr>
        <w:t xml:space="preserve"> правда» 4) «Судебник» </w:t>
      </w:r>
    </w:p>
    <w:p w:rsidR="00713EA5" w:rsidRPr="00713EA5" w:rsidRDefault="00713EA5" w:rsidP="00713EA5">
      <w:pPr>
        <w:rPr>
          <w:lang w:val="ru-RU"/>
        </w:rPr>
      </w:pPr>
      <w:r w:rsidRPr="00713EA5">
        <w:rPr>
          <w:lang w:val="ru-RU"/>
        </w:rPr>
        <w:t xml:space="preserve">8. Выберите один вариант ответа «Полюдьем» в древности называли… 1) племенное ополчение 2) княжеский суд над общинниками 3) вечевые сходы 4) сбор князем дани </w:t>
      </w:r>
      <w:proofErr w:type="gramStart"/>
      <w:r w:rsidRPr="00713EA5">
        <w:rPr>
          <w:lang w:val="ru-RU"/>
        </w:rPr>
        <w:t>в</w:t>
      </w:r>
      <w:proofErr w:type="gramEnd"/>
      <w:r w:rsidRPr="00713EA5">
        <w:rPr>
          <w:lang w:val="ru-RU"/>
        </w:rPr>
        <w:t xml:space="preserve"> подвластных ему земель </w:t>
      </w:r>
    </w:p>
    <w:p w:rsidR="00713EA5" w:rsidRPr="00713EA5" w:rsidRDefault="00713EA5" w:rsidP="00713EA5">
      <w:pPr>
        <w:rPr>
          <w:lang w:val="ru-RU"/>
        </w:rPr>
      </w:pPr>
      <w:r w:rsidRPr="00713EA5">
        <w:rPr>
          <w:lang w:val="ru-RU"/>
        </w:rPr>
        <w:t xml:space="preserve">9. </w:t>
      </w:r>
      <w:proofErr w:type="gramStart"/>
      <w:r w:rsidRPr="00713EA5">
        <w:rPr>
          <w:lang w:val="ru-RU"/>
        </w:rPr>
        <w:t>Выберите один вариант ответа Славяне являются</w:t>
      </w:r>
      <w:proofErr w:type="gramEnd"/>
      <w:r w:rsidRPr="00713EA5">
        <w:rPr>
          <w:lang w:val="ru-RU"/>
        </w:rPr>
        <w:t xml:space="preserve"> частью … 1) уральско-юкагирской языковой семьи 2) индоевропейской языковой семьи 3) </w:t>
      </w:r>
      <w:proofErr w:type="spellStart"/>
      <w:r w:rsidRPr="00713EA5">
        <w:rPr>
          <w:lang w:val="ru-RU"/>
        </w:rPr>
        <w:t>афразийской</w:t>
      </w:r>
      <w:proofErr w:type="spellEnd"/>
      <w:r w:rsidRPr="00713EA5">
        <w:rPr>
          <w:lang w:val="ru-RU"/>
        </w:rPr>
        <w:t xml:space="preserve"> языковой семьи 4) алтайской языковой семьи </w:t>
      </w:r>
    </w:p>
    <w:p w:rsidR="00713EA5" w:rsidRPr="00713EA5" w:rsidRDefault="00713EA5" w:rsidP="00713EA5">
      <w:pPr>
        <w:rPr>
          <w:lang w:val="ru-RU"/>
        </w:rPr>
      </w:pPr>
    </w:p>
    <w:p w:rsidR="00713EA5" w:rsidRPr="00713EA5" w:rsidRDefault="00713EA5" w:rsidP="00713EA5">
      <w:pPr>
        <w:rPr>
          <w:lang w:val="ru-RU"/>
        </w:rPr>
      </w:pPr>
      <w:r w:rsidRPr="00713EA5">
        <w:rPr>
          <w:lang w:val="ru-RU"/>
        </w:rPr>
        <w:t xml:space="preserve">10. Выберите один вариант ответа Укреплённые дворы княжеских управителей, куда население должно было свозить дань, и которые установила княгиня Ольга, назывались… 1) погостами 2) городищами 3) урочищами 4) становищами </w:t>
      </w:r>
    </w:p>
    <w:p w:rsidR="00713EA5" w:rsidRPr="00713EA5" w:rsidRDefault="00713EA5" w:rsidP="00713EA5">
      <w:pPr>
        <w:rPr>
          <w:lang w:val="ru-RU"/>
        </w:rPr>
      </w:pPr>
      <w:r w:rsidRPr="00713EA5">
        <w:rPr>
          <w:lang w:val="ru-RU"/>
        </w:rPr>
        <w:t xml:space="preserve">11. Выберите один вариант ответа Прозвище «Красное Солнышко» принадлежало князю… 1) Владимиру Всеволодовичу 2) Александру Ярославичу 3) Владимиру </w:t>
      </w:r>
      <w:proofErr w:type="spellStart"/>
      <w:r w:rsidRPr="00713EA5">
        <w:rPr>
          <w:lang w:val="ru-RU"/>
        </w:rPr>
        <w:t>Святославичу</w:t>
      </w:r>
      <w:proofErr w:type="spellEnd"/>
      <w:r w:rsidRPr="00713EA5">
        <w:rPr>
          <w:lang w:val="ru-RU"/>
        </w:rPr>
        <w:t xml:space="preserve"> 4) Ярославу Владимировичу </w:t>
      </w:r>
    </w:p>
    <w:p w:rsidR="00713EA5" w:rsidRPr="00713EA5" w:rsidRDefault="00713EA5" w:rsidP="00713EA5">
      <w:pPr>
        <w:rPr>
          <w:lang w:val="ru-RU"/>
        </w:rPr>
      </w:pPr>
      <w:r w:rsidRPr="00713EA5">
        <w:rPr>
          <w:lang w:val="ru-RU"/>
        </w:rPr>
        <w:t xml:space="preserve">12. Выберите один вариант ответа «Слово о полку Игореве» повествует о … 1) героической обороне русских земель от татаро-монгольского нашествия 2) походе киевских князей на Константинополь 3) походе против половцев 4) борьбе с печенегами </w:t>
      </w:r>
    </w:p>
    <w:p w:rsidR="00713EA5" w:rsidRPr="00713EA5" w:rsidRDefault="00713EA5" w:rsidP="00713EA5">
      <w:pPr>
        <w:rPr>
          <w:lang w:val="ru-RU"/>
        </w:rPr>
      </w:pPr>
      <w:r w:rsidRPr="00713EA5">
        <w:rPr>
          <w:lang w:val="ru-RU"/>
        </w:rPr>
        <w:lastRenderedPageBreak/>
        <w:t xml:space="preserve">13. </w:t>
      </w:r>
      <w:proofErr w:type="gramStart"/>
      <w:r w:rsidRPr="00713EA5">
        <w:rPr>
          <w:lang w:val="ru-RU"/>
        </w:rPr>
        <w:t>Выберите один вариант ответа Князь Святослав Игоревич сокрушил</w:t>
      </w:r>
      <w:proofErr w:type="gramEnd"/>
      <w:r w:rsidRPr="00713EA5">
        <w:rPr>
          <w:lang w:val="ru-RU"/>
        </w:rPr>
        <w:t xml:space="preserve"> каганат … 1) руссов 2) тюркский 3) уйгурский 4) хазарский </w:t>
      </w:r>
    </w:p>
    <w:p w:rsidR="00713EA5" w:rsidRPr="00713EA5" w:rsidRDefault="00713EA5" w:rsidP="00713EA5">
      <w:pPr>
        <w:rPr>
          <w:lang w:val="ru-RU"/>
        </w:rPr>
      </w:pPr>
      <w:r w:rsidRPr="00713EA5">
        <w:rPr>
          <w:lang w:val="ru-RU"/>
        </w:rPr>
        <w:t xml:space="preserve">14. Выберите один вариант ответа В 882 г. Киев захватил и положил начало объединённому государству Киевская Русь … 1) Игорь 2) Рюрик 3) Аскольд 4) Олег </w:t>
      </w:r>
    </w:p>
    <w:p w:rsidR="00713EA5" w:rsidRPr="00713EA5" w:rsidRDefault="00713EA5" w:rsidP="00713EA5">
      <w:pPr>
        <w:rPr>
          <w:lang w:val="ru-RU"/>
        </w:rPr>
      </w:pPr>
      <w:r w:rsidRPr="00713EA5">
        <w:rPr>
          <w:lang w:val="ru-RU"/>
        </w:rPr>
        <w:t xml:space="preserve">15. Выберите один вариант ответа В 1147 г. … 1) построена первая каменная церковь на Руси 2) в летописях впервые упоминается Москва 3) происходит битва на Калке с татарами 4) состоялся </w:t>
      </w:r>
      <w:proofErr w:type="spellStart"/>
      <w:r w:rsidRPr="00713EA5">
        <w:rPr>
          <w:lang w:val="ru-RU"/>
        </w:rPr>
        <w:t>Любечский</w:t>
      </w:r>
      <w:proofErr w:type="spellEnd"/>
      <w:r w:rsidRPr="00713EA5">
        <w:rPr>
          <w:lang w:val="ru-RU"/>
        </w:rPr>
        <w:t xml:space="preserve"> съезд всех князей </w:t>
      </w:r>
    </w:p>
    <w:p w:rsidR="00713EA5" w:rsidRPr="00713EA5" w:rsidRDefault="00713EA5" w:rsidP="00713EA5">
      <w:pPr>
        <w:rPr>
          <w:lang w:val="ru-RU"/>
        </w:rPr>
      </w:pPr>
      <w:r w:rsidRPr="00713EA5">
        <w:rPr>
          <w:lang w:val="ru-RU"/>
        </w:rPr>
        <w:t xml:space="preserve">16. </w:t>
      </w:r>
      <w:proofErr w:type="gramStart"/>
      <w:r w:rsidRPr="00713EA5">
        <w:rPr>
          <w:lang w:val="ru-RU"/>
        </w:rPr>
        <w:t>Выберите один вариант ответа Первая Русская летопись называлась</w:t>
      </w:r>
      <w:proofErr w:type="gramEnd"/>
      <w:r w:rsidRPr="00713EA5">
        <w:rPr>
          <w:lang w:val="ru-RU"/>
        </w:rPr>
        <w:t>… 1) «Повесть временных лет» 2) «Слово о полку Игореве» 3) «Стоглав» 4) «</w:t>
      </w:r>
      <w:proofErr w:type="spellStart"/>
      <w:r w:rsidRPr="00713EA5">
        <w:rPr>
          <w:lang w:val="ru-RU"/>
        </w:rPr>
        <w:t>Задонщина</w:t>
      </w:r>
      <w:proofErr w:type="spellEnd"/>
      <w:r w:rsidRPr="00713EA5">
        <w:rPr>
          <w:lang w:val="ru-RU"/>
        </w:rPr>
        <w:t xml:space="preserve">» </w:t>
      </w:r>
    </w:p>
    <w:p w:rsidR="00713EA5" w:rsidRPr="00713EA5" w:rsidRDefault="00713EA5" w:rsidP="00713EA5">
      <w:pPr>
        <w:rPr>
          <w:lang w:val="ru-RU"/>
        </w:rPr>
      </w:pPr>
      <w:r w:rsidRPr="00713EA5">
        <w:rPr>
          <w:lang w:val="ru-RU"/>
        </w:rPr>
        <w:t xml:space="preserve">17. Выберите один вариант ответа «Закуп» - это… 18 1) старший воин в дружине князя 2) разорившийся общинник, пошедший в долговую кабалу за определённую ссуду 3) управляющий хозяйством боярина 4) купец, закупающий товары у иноземных торговцев </w:t>
      </w:r>
    </w:p>
    <w:p w:rsidR="00713EA5" w:rsidRPr="00713EA5" w:rsidRDefault="00713EA5" w:rsidP="00713EA5">
      <w:pPr>
        <w:rPr>
          <w:lang w:val="ru-RU"/>
        </w:rPr>
      </w:pPr>
      <w:r w:rsidRPr="00713EA5">
        <w:rPr>
          <w:lang w:val="ru-RU"/>
        </w:rPr>
        <w:t xml:space="preserve">18. Выберите один вариант ответа «Тиун» - это … 1) старший воин в дружине князя 2) разорившийся общинник, пошедший в долговую кабалу за определённую ссуду 3) управляющий хозяйством боярина 4) купец, закупающий товары у иноземных торговцев </w:t>
      </w:r>
    </w:p>
    <w:p w:rsidR="00713EA5" w:rsidRPr="00713EA5" w:rsidRDefault="00713EA5" w:rsidP="00713EA5">
      <w:pPr>
        <w:rPr>
          <w:lang w:val="ru-RU"/>
        </w:rPr>
      </w:pPr>
      <w:r w:rsidRPr="00713EA5">
        <w:rPr>
          <w:lang w:val="ru-RU"/>
        </w:rPr>
        <w:t xml:space="preserve">19. </w:t>
      </w:r>
      <w:proofErr w:type="gramStart"/>
      <w:r w:rsidRPr="00713EA5">
        <w:rPr>
          <w:lang w:val="ru-RU"/>
        </w:rPr>
        <w:t xml:space="preserve">Укажите соответствие имени и прозвища. 1) Олег а) Мудрый 2) Ярослав б) Святой 3) Андрей в) Большое Гнездо 4) Мстислав г) Вещий 5) Всеволод д) Великий 6) Владимир е) </w:t>
      </w:r>
      <w:proofErr w:type="spellStart"/>
      <w:r w:rsidRPr="00713EA5">
        <w:rPr>
          <w:lang w:val="ru-RU"/>
        </w:rPr>
        <w:t>Боголюбский</w:t>
      </w:r>
      <w:proofErr w:type="spellEnd"/>
      <w:r w:rsidRPr="00713EA5">
        <w:rPr>
          <w:lang w:val="ru-RU"/>
        </w:rPr>
        <w:t xml:space="preserve"> </w:t>
      </w:r>
      <w:proofErr w:type="gramEnd"/>
    </w:p>
    <w:p w:rsidR="00713EA5" w:rsidRPr="00713EA5" w:rsidRDefault="00713EA5" w:rsidP="00713EA5">
      <w:pPr>
        <w:rPr>
          <w:lang w:val="ru-RU"/>
        </w:rPr>
      </w:pPr>
      <w:r w:rsidRPr="00713EA5">
        <w:rPr>
          <w:lang w:val="ru-RU"/>
        </w:rPr>
        <w:t>20.Выберите один вариант ответа</w:t>
      </w:r>
      <w:proofErr w:type="gramStart"/>
      <w:r w:rsidRPr="00713EA5">
        <w:rPr>
          <w:lang w:val="ru-RU"/>
        </w:rPr>
        <w:t xml:space="preserve"> К</w:t>
      </w:r>
      <w:proofErr w:type="gramEnd"/>
      <w:r w:rsidRPr="00713EA5">
        <w:rPr>
          <w:lang w:val="ru-RU"/>
        </w:rPr>
        <w:t xml:space="preserve">роме Новгорода государством-республикой в Древней Руси был город… 1) Москва 2) Ростов 3) Суздаль 4) Псков </w:t>
      </w:r>
    </w:p>
    <w:p w:rsidR="00713EA5" w:rsidRPr="00713EA5" w:rsidRDefault="00713EA5" w:rsidP="00713EA5">
      <w:pPr>
        <w:rPr>
          <w:lang w:val="ru-RU"/>
        </w:rPr>
      </w:pPr>
      <w:r w:rsidRPr="00713EA5">
        <w:rPr>
          <w:lang w:val="ru-RU"/>
        </w:rPr>
        <w:t xml:space="preserve">21. </w:t>
      </w:r>
      <w:proofErr w:type="gramStart"/>
      <w:r w:rsidRPr="00713EA5">
        <w:rPr>
          <w:lang w:val="ru-RU"/>
        </w:rPr>
        <w:t>Выберите один вариант ответа Владимир Мономах возглавлял</w:t>
      </w:r>
      <w:proofErr w:type="gramEnd"/>
      <w:r w:rsidRPr="00713EA5">
        <w:rPr>
          <w:lang w:val="ru-RU"/>
        </w:rPr>
        <w:t xml:space="preserve"> походы русских князей против… 1) половцев 2) печенегов 3) поляков 4) булгар </w:t>
      </w:r>
    </w:p>
    <w:p w:rsidR="00713EA5" w:rsidRPr="00713EA5" w:rsidRDefault="00713EA5" w:rsidP="00713EA5">
      <w:pPr>
        <w:rPr>
          <w:lang w:val="ru-RU"/>
        </w:rPr>
      </w:pPr>
      <w:r w:rsidRPr="00713EA5">
        <w:rPr>
          <w:lang w:val="ru-RU"/>
        </w:rPr>
        <w:t>22. Выберите один вариант ответа</w:t>
      </w:r>
      <w:proofErr w:type="gramStart"/>
      <w:r w:rsidRPr="00713EA5">
        <w:rPr>
          <w:lang w:val="ru-RU"/>
        </w:rPr>
        <w:t xml:space="preserve"> О</w:t>
      </w:r>
      <w:proofErr w:type="gramEnd"/>
      <w:r w:rsidRPr="00713EA5">
        <w:rPr>
          <w:lang w:val="ru-RU"/>
        </w:rPr>
        <w:t xml:space="preserve">дним из последствий миграционного процесса с юга на север, в </w:t>
      </w:r>
      <w:r>
        <w:t>XII</w:t>
      </w:r>
      <w:r w:rsidRPr="00713EA5">
        <w:rPr>
          <w:lang w:val="ru-RU"/>
        </w:rPr>
        <w:t>-</w:t>
      </w:r>
      <w:r>
        <w:t>XIII</w:t>
      </w:r>
      <w:r w:rsidRPr="00713EA5">
        <w:rPr>
          <w:lang w:val="ru-RU"/>
        </w:rPr>
        <w:t xml:space="preserve"> вв. был (о, а)… 1) распад Киевской Руси 2) становление и укрепление Владимиро-Суздальского княжества 3) захват Галицко-Волынского княжества крестоносцами 4) упадок Новгородской республики </w:t>
      </w:r>
    </w:p>
    <w:p w:rsidR="00713EA5" w:rsidRPr="00713EA5" w:rsidRDefault="00713EA5" w:rsidP="00713EA5">
      <w:pPr>
        <w:rPr>
          <w:lang w:val="ru-RU"/>
        </w:rPr>
      </w:pPr>
      <w:r w:rsidRPr="00713EA5">
        <w:rPr>
          <w:lang w:val="ru-RU"/>
        </w:rPr>
        <w:t xml:space="preserve">23. </w:t>
      </w:r>
      <w:proofErr w:type="gramStart"/>
      <w:r w:rsidRPr="00713EA5">
        <w:rPr>
          <w:lang w:val="ru-RU"/>
        </w:rPr>
        <w:t>Выберите один вариант ответа Владимирский князь Андрей носил</w:t>
      </w:r>
      <w:proofErr w:type="gramEnd"/>
      <w:r w:rsidRPr="00713EA5">
        <w:rPr>
          <w:lang w:val="ru-RU"/>
        </w:rPr>
        <w:t xml:space="preserve"> прозвище </w:t>
      </w:r>
      <w:proofErr w:type="spellStart"/>
      <w:r w:rsidRPr="00713EA5">
        <w:rPr>
          <w:lang w:val="ru-RU"/>
        </w:rPr>
        <w:t>Боголюбский</w:t>
      </w:r>
      <w:proofErr w:type="spellEnd"/>
      <w:r w:rsidRPr="00713EA5">
        <w:rPr>
          <w:lang w:val="ru-RU"/>
        </w:rPr>
        <w:t xml:space="preserve">… 1) по месту своей резиденции – Боголюбово 2) за кроткий нрав и строгое соблюдение церковных обрядов 3) за поездку к святым местам в Иерусалим 4) как ценитель церковной архитектуры </w:t>
      </w:r>
    </w:p>
    <w:p w:rsidR="00713EA5" w:rsidRPr="00713EA5" w:rsidRDefault="00713EA5" w:rsidP="00713EA5">
      <w:pPr>
        <w:rPr>
          <w:lang w:val="ru-RU"/>
        </w:rPr>
      </w:pPr>
      <w:r w:rsidRPr="00713EA5">
        <w:rPr>
          <w:lang w:val="ru-RU"/>
        </w:rPr>
        <w:t xml:space="preserve">24. </w:t>
      </w:r>
      <w:proofErr w:type="gramStart"/>
      <w:r w:rsidRPr="00713EA5">
        <w:rPr>
          <w:lang w:val="ru-RU"/>
        </w:rPr>
        <w:t>Выберите один вариант ответа Хан Батый со 140-тысячным войском вторгся</w:t>
      </w:r>
      <w:proofErr w:type="gramEnd"/>
      <w:r w:rsidRPr="00713EA5">
        <w:rPr>
          <w:lang w:val="ru-RU"/>
        </w:rPr>
        <w:t xml:space="preserve"> на Русь в 1) начале 1227 г. 2) конце 1227 г. 3) конце 1237 г. 4) 1240 г. </w:t>
      </w:r>
    </w:p>
    <w:p w:rsidR="00713EA5" w:rsidRPr="00713EA5" w:rsidRDefault="00713EA5" w:rsidP="00713EA5">
      <w:pPr>
        <w:rPr>
          <w:lang w:val="ru-RU"/>
        </w:rPr>
      </w:pPr>
      <w:r w:rsidRPr="00713EA5">
        <w:rPr>
          <w:lang w:val="ru-RU"/>
        </w:rPr>
        <w:t xml:space="preserve">25. </w:t>
      </w:r>
      <w:proofErr w:type="gramStart"/>
      <w:r w:rsidRPr="00713EA5">
        <w:rPr>
          <w:lang w:val="ru-RU"/>
        </w:rPr>
        <w:t>Выберите один вариант ответа Битва на реке Калке русских дружин с монгольскими воинами произошла</w:t>
      </w:r>
      <w:proofErr w:type="gramEnd"/>
      <w:r w:rsidRPr="00713EA5">
        <w:rPr>
          <w:lang w:val="ru-RU"/>
        </w:rPr>
        <w:t xml:space="preserve"> в … 1) 1219 г. 2) 1223 г. 3) 1224 г. 4) 1225 г. </w:t>
      </w:r>
    </w:p>
    <w:p w:rsidR="00713EA5" w:rsidRPr="00713EA5" w:rsidRDefault="00713EA5" w:rsidP="00713EA5">
      <w:pPr>
        <w:rPr>
          <w:lang w:val="ru-RU"/>
        </w:rPr>
      </w:pPr>
    </w:p>
    <w:p w:rsidR="00713EA5" w:rsidRPr="00713EA5" w:rsidRDefault="00713EA5" w:rsidP="00713EA5">
      <w:pPr>
        <w:rPr>
          <w:lang w:val="ru-RU"/>
        </w:rPr>
      </w:pPr>
    </w:p>
    <w:p w:rsidR="00713EA5" w:rsidRPr="00713EA5" w:rsidRDefault="00713EA5" w:rsidP="00713EA5">
      <w:pPr>
        <w:rPr>
          <w:b/>
          <w:color w:val="000000"/>
          <w:szCs w:val="24"/>
          <w:lang w:val="ru-RU"/>
        </w:rPr>
      </w:pPr>
      <w:r w:rsidRPr="00713EA5">
        <w:rPr>
          <w:b/>
          <w:color w:val="000000"/>
          <w:szCs w:val="24"/>
          <w:lang w:val="ru-RU"/>
        </w:rPr>
        <w:t xml:space="preserve">Раздел 2. Русь с середины </w:t>
      </w:r>
      <w:r>
        <w:rPr>
          <w:b/>
          <w:color w:val="000000"/>
          <w:szCs w:val="24"/>
        </w:rPr>
        <w:t>XIII</w:t>
      </w:r>
      <w:r w:rsidRPr="00713EA5">
        <w:rPr>
          <w:b/>
          <w:color w:val="000000"/>
          <w:szCs w:val="24"/>
          <w:lang w:val="ru-RU"/>
        </w:rPr>
        <w:t xml:space="preserve"> до конца </w:t>
      </w:r>
      <w:r>
        <w:rPr>
          <w:b/>
          <w:color w:val="000000"/>
          <w:szCs w:val="24"/>
        </w:rPr>
        <w:t>XV</w:t>
      </w:r>
      <w:r w:rsidRPr="00713EA5">
        <w:rPr>
          <w:b/>
          <w:color w:val="000000"/>
          <w:szCs w:val="24"/>
          <w:lang w:val="ru-RU"/>
        </w:rPr>
        <w:t xml:space="preserve"> вв.</w:t>
      </w:r>
    </w:p>
    <w:p w:rsidR="00713EA5" w:rsidRPr="00713EA5" w:rsidRDefault="00713EA5" w:rsidP="00713EA5">
      <w:pPr>
        <w:rPr>
          <w:szCs w:val="20"/>
          <w:lang w:val="ru-RU"/>
        </w:rPr>
      </w:pPr>
      <w:r w:rsidRPr="00713EA5">
        <w:rPr>
          <w:lang w:val="ru-RU"/>
        </w:rPr>
        <w:t xml:space="preserve">1. </w:t>
      </w:r>
      <w:proofErr w:type="gramStart"/>
      <w:r w:rsidRPr="00713EA5">
        <w:rPr>
          <w:lang w:val="ru-RU"/>
        </w:rPr>
        <w:t>Выберите один вариант ответа Первым из московских князей получил</w:t>
      </w:r>
      <w:proofErr w:type="gramEnd"/>
      <w:r w:rsidRPr="00713EA5">
        <w:rPr>
          <w:lang w:val="ru-RU"/>
        </w:rPr>
        <w:t xml:space="preserve"> право сбора дани с русских земель в пользу Орды … 1) Даниил 2) Иван </w:t>
      </w:r>
      <w:proofErr w:type="spellStart"/>
      <w:r w:rsidRPr="00713EA5">
        <w:rPr>
          <w:lang w:val="ru-RU"/>
        </w:rPr>
        <w:t>Калита</w:t>
      </w:r>
      <w:proofErr w:type="spellEnd"/>
      <w:r w:rsidRPr="00713EA5">
        <w:rPr>
          <w:lang w:val="ru-RU"/>
        </w:rPr>
        <w:t xml:space="preserve"> 3) </w:t>
      </w:r>
      <w:proofErr w:type="spellStart"/>
      <w:r w:rsidRPr="00713EA5">
        <w:rPr>
          <w:lang w:val="ru-RU"/>
        </w:rPr>
        <w:t>Симеон</w:t>
      </w:r>
      <w:proofErr w:type="spellEnd"/>
      <w:r w:rsidRPr="00713EA5">
        <w:rPr>
          <w:lang w:val="ru-RU"/>
        </w:rPr>
        <w:t xml:space="preserve"> Гордый 4) Дмитрий Донской </w:t>
      </w:r>
    </w:p>
    <w:p w:rsidR="00713EA5" w:rsidRPr="00713EA5" w:rsidRDefault="00713EA5" w:rsidP="00713EA5">
      <w:pPr>
        <w:rPr>
          <w:lang w:val="ru-RU"/>
        </w:rPr>
      </w:pPr>
      <w:r w:rsidRPr="00713EA5">
        <w:rPr>
          <w:lang w:val="ru-RU"/>
        </w:rPr>
        <w:t>2. Выберите один вариант ответа</w:t>
      </w:r>
      <w:proofErr w:type="gramStart"/>
      <w:r w:rsidRPr="00713EA5">
        <w:rPr>
          <w:lang w:val="ru-RU"/>
        </w:rPr>
        <w:t xml:space="preserve"> К</w:t>
      </w:r>
      <w:proofErr w:type="gramEnd"/>
      <w:r w:rsidRPr="00713EA5">
        <w:rPr>
          <w:lang w:val="ru-RU"/>
        </w:rPr>
        <w:t xml:space="preserve">акое из перечисленных событий произошло позже других? 1) Куликовская битва 2) «Стояние» на р. Угре 3) набег хана </w:t>
      </w:r>
      <w:proofErr w:type="spellStart"/>
      <w:r w:rsidRPr="00713EA5">
        <w:rPr>
          <w:lang w:val="ru-RU"/>
        </w:rPr>
        <w:t>Тохтамыша</w:t>
      </w:r>
      <w:proofErr w:type="spellEnd"/>
      <w:r w:rsidRPr="00713EA5">
        <w:rPr>
          <w:lang w:val="ru-RU"/>
        </w:rPr>
        <w:t xml:space="preserve"> на Москву 4) сражение на р. Калке </w:t>
      </w:r>
    </w:p>
    <w:p w:rsidR="00713EA5" w:rsidRPr="00713EA5" w:rsidRDefault="00713EA5" w:rsidP="00713EA5">
      <w:pPr>
        <w:rPr>
          <w:lang w:val="ru-RU"/>
        </w:rPr>
      </w:pPr>
      <w:r w:rsidRPr="00713EA5">
        <w:rPr>
          <w:lang w:val="ru-RU"/>
        </w:rPr>
        <w:t xml:space="preserve">3. </w:t>
      </w:r>
      <w:proofErr w:type="gramStart"/>
      <w:r w:rsidRPr="00713EA5">
        <w:rPr>
          <w:lang w:val="ru-RU"/>
        </w:rPr>
        <w:t>Выберите один вариант ответа Сражение на Куликовом поле произошло</w:t>
      </w:r>
      <w:proofErr w:type="gramEnd"/>
      <w:r w:rsidRPr="00713EA5">
        <w:rPr>
          <w:lang w:val="ru-RU"/>
        </w:rPr>
        <w:t xml:space="preserve">… 1) 11 августа 1478 г. 2) 3 октября 1382 г. 3) 8 сентября 1380 г. 4) 15 июля 1410 г. </w:t>
      </w:r>
    </w:p>
    <w:p w:rsidR="00713EA5" w:rsidRPr="00713EA5" w:rsidRDefault="00713EA5" w:rsidP="00713EA5">
      <w:pPr>
        <w:rPr>
          <w:lang w:val="ru-RU"/>
        </w:rPr>
      </w:pPr>
      <w:r w:rsidRPr="00713EA5">
        <w:rPr>
          <w:lang w:val="ru-RU"/>
        </w:rPr>
        <w:t xml:space="preserve">4. Выберите один вариант ответа Монаха, благословившего князя Дмитрия Ивановича на борьбу с Золотой Ордой, </w:t>
      </w:r>
      <w:proofErr w:type="spellStart"/>
      <w:r w:rsidRPr="00713EA5">
        <w:rPr>
          <w:lang w:val="ru-RU"/>
        </w:rPr>
        <w:t>зв</w:t>
      </w:r>
      <w:proofErr w:type="gramStart"/>
      <w:r w:rsidRPr="00713EA5">
        <w:rPr>
          <w:lang w:val="ru-RU"/>
        </w:rPr>
        <w:t>а</w:t>
      </w:r>
      <w:proofErr w:type="spellEnd"/>
      <w:r w:rsidRPr="00713EA5">
        <w:rPr>
          <w:lang w:val="ru-RU"/>
        </w:rPr>
        <w:t>-</w:t>
      </w:r>
      <w:proofErr w:type="gramEnd"/>
      <w:r w:rsidRPr="00713EA5">
        <w:rPr>
          <w:lang w:val="ru-RU"/>
        </w:rPr>
        <w:t xml:space="preserve"> ли… 1) Сергий Радонежский 2) </w:t>
      </w:r>
      <w:proofErr w:type="spellStart"/>
      <w:r w:rsidRPr="00713EA5">
        <w:rPr>
          <w:lang w:val="ru-RU"/>
        </w:rPr>
        <w:t>Иларион</w:t>
      </w:r>
      <w:proofErr w:type="spellEnd"/>
      <w:r w:rsidRPr="00713EA5">
        <w:rPr>
          <w:lang w:val="ru-RU"/>
        </w:rPr>
        <w:t xml:space="preserve"> 3) Филарет 4) Иоанн Златоуст </w:t>
      </w:r>
    </w:p>
    <w:p w:rsidR="00713EA5" w:rsidRPr="00713EA5" w:rsidRDefault="00713EA5" w:rsidP="00713EA5">
      <w:pPr>
        <w:rPr>
          <w:lang w:val="ru-RU"/>
        </w:rPr>
      </w:pPr>
      <w:r w:rsidRPr="00713EA5">
        <w:rPr>
          <w:lang w:val="ru-RU"/>
        </w:rPr>
        <w:t xml:space="preserve">5. Выберите один вариант ответа Окончание «стояния на Угре» обозначало… 1) поражение Московии 2) распад Большой Орды 3) конец Ордынского ига 4) ослабление Крымского ханства </w:t>
      </w:r>
    </w:p>
    <w:p w:rsidR="00713EA5" w:rsidRPr="00713EA5" w:rsidRDefault="00713EA5" w:rsidP="00713EA5">
      <w:pPr>
        <w:rPr>
          <w:lang w:val="ru-RU"/>
        </w:rPr>
      </w:pPr>
      <w:r w:rsidRPr="00713EA5">
        <w:rPr>
          <w:lang w:val="ru-RU"/>
        </w:rPr>
        <w:t>6. Выберите один вариант ответа</w:t>
      </w:r>
      <w:proofErr w:type="gramStart"/>
      <w:r w:rsidRPr="00713EA5">
        <w:rPr>
          <w:lang w:val="ru-RU"/>
        </w:rPr>
        <w:t xml:space="preserve"> В</w:t>
      </w:r>
      <w:proofErr w:type="gramEnd"/>
      <w:r w:rsidRPr="00713EA5">
        <w:rPr>
          <w:lang w:val="ru-RU"/>
        </w:rPr>
        <w:t xml:space="preserve">о главе татаро-монгольских войск на Куликовом поле стоял… 21 1) Мамай 2) </w:t>
      </w:r>
      <w:proofErr w:type="spellStart"/>
      <w:r w:rsidRPr="00713EA5">
        <w:rPr>
          <w:lang w:val="ru-RU"/>
        </w:rPr>
        <w:t>Челубей</w:t>
      </w:r>
      <w:proofErr w:type="spellEnd"/>
      <w:r w:rsidRPr="00713EA5">
        <w:rPr>
          <w:lang w:val="ru-RU"/>
        </w:rPr>
        <w:t xml:space="preserve"> 3) </w:t>
      </w:r>
      <w:proofErr w:type="spellStart"/>
      <w:r w:rsidRPr="00713EA5">
        <w:rPr>
          <w:lang w:val="ru-RU"/>
        </w:rPr>
        <w:t>Тохтамыш</w:t>
      </w:r>
      <w:proofErr w:type="spellEnd"/>
      <w:r w:rsidRPr="00713EA5">
        <w:rPr>
          <w:lang w:val="ru-RU"/>
        </w:rPr>
        <w:t xml:space="preserve"> 4) хан Узбек </w:t>
      </w:r>
    </w:p>
    <w:p w:rsidR="00713EA5" w:rsidRPr="00713EA5" w:rsidRDefault="00713EA5" w:rsidP="00713EA5">
      <w:pPr>
        <w:rPr>
          <w:lang w:val="ru-RU"/>
        </w:rPr>
      </w:pPr>
      <w:r w:rsidRPr="00713EA5">
        <w:rPr>
          <w:lang w:val="ru-RU"/>
        </w:rPr>
        <w:t>7. Выберите один вариант ответа</w:t>
      </w:r>
      <w:proofErr w:type="gramStart"/>
      <w:r w:rsidRPr="00713EA5">
        <w:rPr>
          <w:lang w:val="ru-RU"/>
        </w:rPr>
        <w:t xml:space="preserve"> О</w:t>
      </w:r>
      <w:proofErr w:type="gramEnd"/>
      <w:r w:rsidRPr="00713EA5">
        <w:rPr>
          <w:lang w:val="ru-RU"/>
        </w:rPr>
        <w:t xml:space="preserve">дна из причин, вызвавшая агрессию немецких и шведских феодалов на Русь… 1) стремление обратить население в католическую веру 2) стремление «христианизировать» русские земли 3) усобицы князей 4) необходимость расширения пастбищ из-за кочевого скотоводства </w:t>
      </w:r>
    </w:p>
    <w:p w:rsidR="00713EA5" w:rsidRPr="00713EA5" w:rsidRDefault="00713EA5" w:rsidP="00713EA5">
      <w:pPr>
        <w:rPr>
          <w:lang w:val="ru-RU"/>
        </w:rPr>
      </w:pPr>
      <w:r w:rsidRPr="00713EA5">
        <w:rPr>
          <w:lang w:val="ru-RU"/>
        </w:rPr>
        <w:t xml:space="preserve">8. </w:t>
      </w:r>
      <w:proofErr w:type="gramStart"/>
      <w:r w:rsidRPr="00713EA5">
        <w:rPr>
          <w:lang w:val="ru-RU"/>
        </w:rPr>
        <w:t>Выберите один вариант ответа Русь попала</w:t>
      </w:r>
      <w:proofErr w:type="gramEnd"/>
      <w:r w:rsidRPr="00713EA5">
        <w:rPr>
          <w:lang w:val="ru-RU"/>
        </w:rPr>
        <w:t xml:space="preserve"> в зависимость от Золотой Орды в результате… 1) нашествия хана Батыя 2) похода хана Мамая 3) походов Чингисхана 4) набега </w:t>
      </w:r>
      <w:proofErr w:type="spellStart"/>
      <w:r w:rsidRPr="00713EA5">
        <w:rPr>
          <w:lang w:val="ru-RU"/>
        </w:rPr>
        <w:t>Тохтамыша</w:t>
      </w:r>
      <w:proofErr w:type="spellEnd"/>
      <w:r w:rsidRPr="00713EA5">
        <w:rPr>
          <w:lang w:val="ru-RU"/>
        </w:rPr>
        <w:t xml:space="preserve"> </w:t>
      </w:r>
    </w:p>
    <w:p w:rsidR="00713EA5" w:rsidRPr="00713EA5" w:rsidRDefault="00713EA5" w:rsidP="00713EA5">
      <w:pPr>
        <w:rPr>
          <w:lang w:val="ru-RU"/>
        </w:rPr>
      </w:pPr>
      <w:r w:rsidRPr="00713EA5">
        <w:rPr>
          <w:lang w:val="ru-RU"/>
        </w:rPr>
        <w:t xml:space="preserve">9. </w:t>
      </w:r>
      <w:proofErr w:type="gramStart"/>
      <w:r w:rsidRPr="00713EA5">
        <w:rPr>
          <w:lang w:val="ru-RU"/>
        </w:rPr>
        <w:t>Выберите один вариант ответа Ледовое побоище произошло</w:t>
      </w:r>
      <w:proofErr w:type="gramEnd"/>
      <w:r w:rsidRPr="00713EA5">
        <w:rPr>
          <w:lang w:val="ru-RU"/>
        </w:rPr>
        <w:t xml:space="preserve"> на берегах… 1) Чудского озера 2) Онежского озера 3) Ладожского озера 4) Реки Невы </w:t>
      </w:r>
    </w:p>
    <w:p w:rsidR="00713EA5" w:rsidRPr="00713EA5" w:rsidRDefault="00713EA5" w:rsidP="00713EA5">
      <w:pPr>
        <w:rPr>
          <w:lang w:val="ru-RU"/>
        </w:rPr>
      </w:pPr>
      <w:r w:rsidRPr="00713EA5">
        <w:rPr>
          <w:lang w:val="ru-RU"/>
        </w:rPr>
        <w:t xml:space="preserve">10. Выберите один вариант ответа В результате побед Александра Невского… 1) была сохранена независимость северо-западных земель Руси </w:t>
      </w:r>
      <w:proofErr w:type="gramStart"/>
      <w:r w:rsidRPr="00713EA5">
        <w:rPr>
          <w:lang w:val="ru-RU"/>
        </w:rPr>
        <w:t xml:space="preserve">2) </w:t>
      </w:r>
      <w:proofErr w:type="gramEnd"/>
      <w:r w:rsidRPr="00713EA5">
        <w:rPr>
          <w:lang w:val="ru-RU"/>
        </w:rPr>
        <w:t xml:space="preserve">Ливонский орден попал в зависимость от Новгорода 3) шведские феодалы никогда больше не вторгались в пределы русских земель 4) Новгород стал центром притяжения русских земель </w:t>
      </w:r>
    </w:p>
    <w:p w:rsidR="00713EA5" w:rsidRPr="00713EA5" w:rsidRDefault="00713EA5" w:rsidP="00713EA5">
      <w:pPr>
        <w:rPr>
          <w:lang w:val="ru-RU"/>
        </w:rPr>
      </w:pPr>
      <w:r w:rsidRPr="00713EA5">
        <w:rPr>
          <w:lang w:val="ru-RU"/>
        </w:rPr>
        <w:t xml:space="preserve">11Выберите один вариант ответа Первым московским князем был… 1) Юрий Долгорукий 2) Александр Невский 3) Даниил, сын Александра Невского 4) Иван </w:t>
      </w:r>
      <w:proofErr w:type="spellStart"/>
      <w:r w:rsidRPr="00713EA5">
        <w:rPr>
          <w:lang w:val="ru-RU"/>
        </w:rPr>
        <w:t>Калита</w:t>
      </w:r>
      <w:proofErr w:type="spellEnd"/>
      <w:r w:rsidRPr="00713EA5">
        <w:rPr>
          <w:lang w:val="ru-RU"/>
        </w:rPr>
        <w:t xml:space="preserve">. </w:t>
      </w:r>
    </w:p>
    <w:p w:rsidR="00713EA5" w:rsidRPr="00713EA5" w:rsidRDefault="00713EA5" w:rsidP="00713EA5">
      <w:pPr>
        <w:rPr>
          <w:lang w:val="ru-RU"/>
        </w:rPr>
      </w:pPr>
      <w:r w:rsidRPr="00713EA5">
        <w:rPr>
          <w:lang w:val="ru-RU"/>
        </w:rPr>
        <w:lastRenderedPageBreak/>
        <w:t xml:space="preserve">12. Выберите один вариант ответа Важнейшая государственная реформа Василия </w:t>
      </w:r>
      <w:r>
        <w:t>I</w:t>
      </w:r>
      <w:r w:rsidRPr="00713EA5">
        <w:rPr>
          <w:lang w:val="ru-RU"/>
        </w:rPr>
        <w:t xml:space="preserve">… 1) изменение порядка престолонаследия 2) создание приказов 3) создание стрелецкого войска 4) введение подушного налога </w:t>
      </w:r>
    </w:p>
    <w:p w:rsidR="00713EA5" w:rsidRPr="00713EA5" w:rsidRDefault="00713EA5" w:rsidP="00713EA5">
      <w:pPr>
        <w:rPr>
          <w:lang w:val="ru-RU"/>
        </w:rPr>
      </w:pPr>
      <w:r w:rsidRPr="00713EA5">
        <w:rPr>
          <w:lang w:val="ru-RU"/>
        </w:rPr>
        <w:t xml:space="preserve">13. </w:t>
      </w:r>
      <w:proofErr w:type="gramStart"/>
      <w:r w:rsidRPr="00713EA5">
        <w:rPr>
          <w:lang w:val="ru-RU"/>
        </w:rPr>
        <w:t xml:space="preserve">Выберите один вариант ответа Василий </w:t>
      </w:r>
      <w:r>
        <w:t>I</w:t>
      </w:r>
      <w:r w:rsidRPr="00713EA5">
        <w:rPr>
          <w:lang w:val="ru-RU"/>
        </w:rPr>
        <w:t xml:space="preserve"> проводил</w:t>
      </w:r>
      <w:proofErr w:type="gramEnd"/>
      <w:r w:rsidRPr="00713EA5">
        <w:rPr>
          <w:lang w:val="ru-RU"/>
        </w:rPr>
        <w:t xml:space="preserve"> внутреннюю и внешнюю политику, маневрируя между… 1) Литвой и турками-сельджуками 2) Ордой и Венгерским королевством 3) Ордой и Византией 4) Ордой и Великим княжеством Литовским </w:t>
      </w:r>
    </w:p>
    <w:p w:rsidR="00713EA5" w:rsidRPr="00713EA5" w:rsidRDefault="00713EA5" w:rsidP="00713EA5">
      <w:pPr>
        <w:rPr>
          <w:lang w:val="ru-RU"/>
        </w:rPr>
      </w:pPr>
      <w:r w:rsidRPr="00713EA5">
        <w:rPr>
          <w:lang w:val="ru-RU"/>
        </w:rPr>
        <w:t xml:space="preserve">14. </w:t>
      </w:r>
      <w:proofErr w:type="gramStart"/>
      <w:r w:rsidRPr="00713EA5">
        <w:rPr>
          <w:lang w:val="ru-RU"/>
        </w:rPr>
        <w:t>Выберите один вариант ответа Уделы внутри московского княжества ликвидировал</w:t>
      </w:r>
      <w:proofErr w:type="gramEnd"/>
      <w:r w:rsidRPr="00713EA5">
        <w:rPr>
          <w:lang w:val="ru-RU"/>
        </w:rPr>
        <w:t xml:space="preserve">… 1) Василий </w:t>
      </w:r>
      <w:r>
        <w:t>II</w:t>
      </w:r>
      <w:r w:rsidRPr="00713EA5">
        <w:rPr>
          <w:lang w:val="ru-RU"/>
        </w:rPr>
        <w:t xml:space="preserve"> Васильевич 2) Василий </w:t>
      </w:r>
      <w:r>
        <w:t>III</w:t>
      </w:r>
      <w:r w:rsidRPr="00713EA5">
        <w:rPr>
          <w:lang w:val="ru-RU"/>
        </w:rPr>
        <w:t xml:space="preserve"> Иванович 3) Иван </w:t>
      </w:r>
      <w:r>
        <w:t>I</w:t>
      </w:r>
      <w:r w:rsidRPr="00713EA5">
        <w:rPr>
          <w:lang w:val="ru-RU"/>
        </w:rPr>
        <w:t xml:space="preserve"> </w:t>
      </w:r>
      <w:proofErr w:type="spellStart"/>
      <w:r w:rsidRPr="00713EA5">
        <w:rPr>
          <w:lang w:val="ru-RU"/>
        </w:rPr>
        <w:t>Калита</w:t>
      </w:r>
      <w:proofErr w:type="spellEnd"/>
      <w:r w:rsidRPr="00713EA5">
        <w:rPr>
          <w:lang w:val="ru-RU"/>
        </w:rPr>
        <w:t xml:space="preserve"> 4) Иван </w:t>
      </w:r>
      <w:r>
        <w:t>III</w:t>
      </w:r>
      <w:r w:rsidRPr="00713EA5">
        <w:rPr>
          <w:lang w:val="ru-RU"/>
        </w:rPr>
        <w:t xml:space="preserve"> Васильевич 15. Выберите один вариант ответа Автокефалия – это… 1) реформа церковного богослужения 2) право избирать митрополита 3) независимость церкви 4) подчинение церкви великому князю </w:t>
      </w:r>
    </w:p>
    <w:p w:rsidR="00713EA5" w:rsidRPr="00713EA5" w:rsidRDefault="00713EA5" w:rsidP="00713EA5">
      <w:pPr>
        <w:rPr>
          <w:lang w:val="ru-RU"/>
        </w:rPr>
      </w:pPr>
      <w:r w:rsidRPr="00713EA5">
        <w:rPr>
          <w:lang w:val="ru-RU"/>
        </w:rPr>
        <w:t xml:space="preserve">16. </w:t>
      </w:r>
      <w:proofErr w:type="gramStart"/>
      <w:r w:rsidRPr="00713EA5">
        <w:rPr>
          <w:lang w:val="ru-RU"/>
        </w:rPr>
        <w:t xml:space="preserve">Выберите один вариант ответа Василий </w:t>
      </w:r>
      <w:r>
        <w:t>II</w:t>
      </w:r>
      <w:r w:rsidRPr="00713EA5">
        <w:rPr>
          <w:lang w:val="ru-RU"/>
        </w:rPr>
        <w:t xml:space="preserve"> был</w:t>
      </w:r>
      <w:proofErr w:type="gramEnd"/>
      <w:r w:rsidRPr="00713EA5">
        <w:rPr>
          <w:lang w:val="ru-RU"/>
        </w:rPr>
        <w:t xml:space="preserve"> пленён Улу-Мухаммедом в… 24 1) 1445 г. 2) 1446 г. 3) 1447 г. 4) 1448 г. </w:t>
      </w:r>
    </w:p>
    <w:p w:rsidR="00713EA5" w:rsidRPr="00713EA5" w:rsidRDefault="00713EA5" w:rsidP="00713EA5">
      <w:pPr>
        <w:rPr>
          <w:lang w:val="ru-RU"/>
        </w:rPr>
      </w:pPr>
      <w:r w:rsidRPr="00713EA5">
        <w:rPr>
          <w:lang w:val="ru-RU"/>
        </w:rPr>
        <w:t xml:space="preserve">17. </w:t>
      </w:r>
      <w:proofErr w:type="gramStart"/>
      <w:r w:rsidRPr="00713EA5">
        <w:rPr>
          <w:lang w:val="ru-RU"/>
        </w:rPr>
        <w:t xml:space="preserve">Выберите один вариант ответа В правление Ивана </w:t>
      </w:r>
      <w:r>
        <w:t>III</w:t>
      </w:r>
      <w:r w:rsidRPr="00713EA5">
        <w:rPr>
          <w:lang w:val="ru-RU"/>
        </w:rPr>
        <w:t xml:space="preserve"> произошло</w:t>
      </w:r>
      <w:proofErr w:type="gramEnd"/>
      <w:r w:rsidRPr="00713EA5">
        <w:rPr>
          <w:lang w:val="ru-RU"/>
        </w:rPr>
        <w:t xml:space="preserve">…  1) введение «правила Юрьева дня» 2) пресечение династии Рюриковичей 3) создание стрелецкого войска 4) созыв Земского собора </w:t>
      </w:r>
    </w:p>
    <w:p w:rsidR="00713EA5" w:rsidRPr="00713EA5" w:rsidRDefault="00713EA5" w:rsidP="00713EA5">
      <w:pPr>
        <w:rPr>
          <w:lang w:val="ru-RU"/>
        </w:rPr>
      </w:pPr>
      <w:r w:rsidRPr="00713EA5">
        <w:rPr>
          <w:lang w:val="ru-RU"/>
        </w:rPr>
        <w:t xml:space="preserve">18. </w:t>
      </w:r>
      <w:proofErr w:type="gramStart"/>
      <w:r w:rsidRPr="00713EA5">
        <w:rPr>
          <w:lang w:val="ru-RU"/>
        </w:rPr>
        <w:t xml:space="preserve">Выберите один вариант ответа Иван </w:t>
      </w:r>
      <w:r>
        <w:t>III</w:t>
      </w:r>
      <w:r w:rsidRPr="00713EA5">
        <w:rPr>
          <w:lang w:val="ru-RU"/>
        </w:rPr>
        <w:t xml:space="preserve"> принимает</w:t>
      </w:r>
      <w:proofErr w:type="gramEnd"/>
      <w:r w:rsidRPr="00713EA5">
        <w:rPr>
          <w:lang w:val="ru-RU"/>
        </w:rPr>
        <w:t xml:space="preserve"> титул… 1) императора 2) самодержца Российского 3) царя всея Руси 4) государя всея Руси </w:t>
      </w:r>
    </w:p>
    <w:p w:rsidR="00713EA5" w:rsidRPr="00713EA5" w:rsidRDefault="00713EA5" w:rsidP="00713EA5">
      <w:pPr>
        <w:rPr>
          <w:lang w:val="ru-RU"/>
        </w:rPr>
      </w:pPr>
      <w:r w:rsidRPr="00713EA5">
        <w:rPr>
          <w:lang w:val="ru-RU"/>
        </w:rPr>
        <w:t xml:space="preserve">19. Выберите один вариант ответа «Стояние на Угре» в истории возникновении русского централизованного </w:t>
      </w:r>
      <w:proofErr w:type="spellStart"/>
      <w:r w:rsidRPr="00713EA5">
        <w:rPr>
          <w:lang w:val="ru-RU"/>
        </w:rPr>
        <w:t>госуда</w:t>
      </w:r>
      <w:proofErr w:type="gramStart"/>
      <w:r w:rsidRPr="00713EA5">
        <w:rPr>
          <w:lang w:val="ru-RU"/>
        </w:rPr>
        <w:t>р</w:t>
      </w:r>
      <w:proofErr w:type="spellEnd"/>
      <w:r w:rsidRPr="00713EA5">
        <w:rPr>
          <w:lang w:val="ru-RU"/>
        </w:rPr>
        <w:t>-</w:t>
      </w:r>
      <w:proofErr w:type="gramEnd"/>
      <w:r w:rsidRPr="00713EA5">
        <w:rPr>
          <w:lang w:val="ru-RU"/>
        </w:rPr>
        <w:t xml:space="preserve"> </w:t>
      </w:r>
      <w:proofErr w:type="spellStart"/>
      <w:r w:rsidRPr="00713EA5">
        <w:rPr>
          <w:lang w:val="ru-RU"/>
        </w:rPr>
        <w:t>ства</w:t>
      </w:r>
      <w:proofErr w:type="spellEnd"/>
      <w:r w:rsidRPr="00713EA5">
        <w:rPr>
          <w:lang w:val="ru-RU"/>
        </w:rPr>
        <w:t xml:space="preserve"> связано с … 1) завоеванием Новгорода Москвой 2) окончанием ордынского ига 3) покорением Твери 4) победой в русско-литовской войне </w:t>
      </w:r>
    </w:p>
    <w:p w:rsidR="00713EA5" w:rsidRPr="00713EA5" w:rsidRDefault="00713EA5" w:rsidP="00713EA5">
      <w:pPr>
        <w:rPr>
          <w:lang w:val="ru-RU"/>
        </w:rPr>
      </w:pPr>
      <w:r w:rsidRPr="00713EA5">
        <w:rPr>
          <w:lang w:val="ru-RU"/>
        </w:rPr>
        <w:t xml:space="preserve">20. Выберите один вариант ответа В </w:t>
      </w:r>
      <w:proofErr w:type="gramStart"/>
      <w:r w:rsidRPr="00713EA5">
        <w:rPr>
          <w:lang w:val="ru-RU"/>
        </w:rPr>
        <w:t>начале</w:t>
      </w:r>
      <w:proofErr w:type="gramEnd"/>
      <w:r w:rsidRPr="00713EA5">
        <w:rPr>
          <w:lang w:val="ru-RU"/>
        </w:rPr>
        <w:t xml:space="preserve"> своего правления Иван </w:t>
      </w:r>
      <w:r>
        <w:t>III</w:t>
      </w:r>
      <w:r w:rsidRPr="00713EA5">
        <w:rPr>
          <w:lang w:val="ru-RU"/>
        </w:rPr>
        <w:t xml:space="preserve"> вынужден был решать две задачи: 1) освобождение от Ордынского ига 2) установление прочных связей с Византией 3) ликвидация политической самостоятельности наиболее сильных княжеств 4) освобождение от власти Киева </w:t>
      </w:r>
    </w:p>
    <w:p w:rsidR="00713EA5" w:rsidRPr="00713EA5" w:rsidRDefault="00713EA5" w:rsidP="00713EA5">
      <w:pPr>
        <w:rPr>
          <w:lang w:val="ru-RU"/>
        </w:rPr>
      </w:pPr>
      <w:r w:rsidRPr="00713EA5">
        <w:rPr>
          <w:lang w:val="ru-RU"/>
        </w:rPr>
        <w:t xml:space="preserve">21. </w:t>
      </w:r>
      <w:proofErr w:type="gramStart"/>
      <w:r w:rsidRPr="00713EA5">
        <w:rPr>
          <w:lang w:val="ru-RU"/>
        </w:rPr>
        <w:t>Выберите один вариант ответа Первым принял</w:t>
      </w:r>
      <w:proofErr w:type="gramEnd"/>
      <w:r w:rsidRPr="00713EA5">
        <w:rPr>
          <w:lang w:val="ru-RU"/>
        </w:rPr>
        <w:t xml:space="preserve"> титул «Государя всея Руси» … 1) Иван </w:t>
      </w:r>
      <w:r>
        <w:t>I</w:t>
      </w:r>
      <w:r w:rsidRPr="00713EA5">
        <w:rPr>
          <w:lang w:val="ru-RU"/>
        </w:rPr>
        <w:t xml:space="preserve"> 2) Иван </w:t>
      </w:r>
      <w:r>
        <w:t>II</w:t>
      </w:r>
      <w:r w:rsidRPr="00713EA5">
        <w:rPr>
          <w:lang w:val="ru-RU"/>
        </w:rPr>
        <w:t xml:space="preserve"> 3) Иван </w:t>
      </w:r>
      <w:r>
        <w:t>III</w:t>
      </w:r>
      <w:r w:rsidRPr="00713EA5">
        <w:rPr>
          <w:lang w:val="ru-RU"/>
        </w:rPr>
        <w:t xml:space="preserve"> 4) Иван </w:t>
      </w:r>
      <w:r>
        <w:t>IV</w:t>
      </w:r>
      <w:r w:rsidRPr="00713EA5">
        <w:rPr>
          <w:lang w:val="ru-RU"/>
        </w:rPr>
        <w:t xml:space="preserve"> </w:t>
      </w:r>
    </w:p>
    <w:p w:rsidR="00713EA5" w:rsidRPr="00713EA5" w:rsidRDefault="00713EA5" w:rsidP="00713EA5">
      <w:pPr>
        <w:rPr>
          <w:lang w:val="ru-RU"/>
        </w:rPr>
      </w:pPr>
      <w:r w:rsidRPr="00713EA5">
        <w:rPr>
          <w:lang w:val="ru-RU"/>
        </w:rPr>
        <w:t>22. Выберите один вариант ответа Двуглавый орёл в качестве герба Российского государства, возможно, появился при 1) Иване</w:t>
      </w:r>
      <w:proofErr w:type="gramStart"/>
      <w:r w:rsidRPr="00713EA5">
        <w:rPr>
          <w:lang w:val="ru-RU"/>
        </w:rPr>
        <w:t xml:space="preserve"> К</w:t>
      </w:r>
      <w:proofErr w:type="gramEnd"/>
      <w:r w:rsidRPr="00713EA5">
        <w:rPr>
          <w:lang w:val="ru-RU"/>
        </w:rPr>
        <w:t xml:space="preserve">алите 2) Иване </w:t>
      </w:r>
      <w:r>
        <w:t>III</w:t>
      </w:r>
      <w:r w:rsidRPr="00713EA5">
        <w:rPr>
          <w:lang w:val="ru-RU"/>
        </w:rPr>
        <w:t xml:space="preserve"> 3) Иване Грозном 4) Петре </w:t>
      </w:r>
      <w:r>
        <w:t>I</w:t>
      </w:r>
      <w:r w:rsidRPr="00713EA5">
        <w:rPr>
          <w:lang w:val="ru-RU"/>
        </w:rPr>
        <w:t xml:space="preserve"> </w:t>
      </w:r>
    </w:p>
    <w:p w:rsidR="00713EA5" w:rsidRPr="00713EA5" w:rsidRDefault="00713EA5" w:rsidP="00713EA5">
      <w:pPr>
        <w:rPr>
          <w:b/>
          <w:color w:val="000000"/>
          <w:szCs w:val="24"/>
          <w:lang w:val="ru-RU"/>
        </w:rPr>
      </w:pPr>
    </w:p>
    <w:p w:rsidR="00713EA5" w:rsidRPr="00713EA5" w:rsidRDefault="00713EA5" w:rsidP="00713EA5">
      <w:pPr>
        <w:rPr>
          <w:szCs w:val="24"/>
          <w:lang w:val="ru-RU"/>
        </w:rPr>
      </w:pPr>
      <w:r w:rsidRPr="00713EA5">
        <w:rPr>
          <w:b/>
          <w:color w:val="000000"/>
          <w:szCs w:val="24"/>
          <w:lang w:val="ru-RU"/>
        </w:rPr>
        <w:t xml:space="preserve">Раздел 3. Россия в </w:t>
      </w:r>
      <w:r>
        <w:rPr>
          <w:b/>
          <w:color w:val="000000"/>
          <w:szCs w:val="24"/>
        </w:rPr>
        <w:t>XVI</w:t>
      </w:r>
      <w:r w:rsidRPr="00713EA5">
        <w:rPr>
          <w:b/>
          <w:color w:val="000000"/>
          <w:szCs w:val="24"/>
          <w:lang w:val="ru-RU"/>
        </w:rPr>
        <w:t>-</w:t>
      </w:r>
      <w:r>
        <w:rPr>
          <w:b/>
          <w:color w:val="000000"/>
          <w:szCs w:val="24"/>
        </w:rPr>
        <w:t>XVII</w:t>
      </w:r>
      <w:r w:rsidRPr="00713EA5">
        <w:rPr>
          <w:b/>
          <w:color w:val="000000"/>
          <w:szCs w:val="24"/>
          <w:lang w:val="ru-RU"/>
        </w:rPr>
        <w:t xml:space="preserve"> вв.</w:t>
      </w:r>
    </w:p>
    <w:p w:rsidR="00713EA5" w:rsidRPr="00713EA5" w:rsidRDefault="00713EA5" w:rsidP="00713EA5">
      <w:pPr>
        <w:rPr>
          <w:szCs w:val="20"/>
          <w:lang w:val="ru-RU"/>
        </w:rPr>
      </w:pPr>
    </w:p>
    <w:p w:rsidR="00713EA5" w:rsidRPr="00713EA5" w:rsidRDefault="00713EA5" w:rsidP="00713EA5">
      <w:pPr>
        <w:rPr>
          <w:lang w:val="ru-RU"/>
        </w:rPr>
      </w:pPr>
      <w:r w:rsidRPr="00713EA5">
        <w:rPr>
          <w:lang w:val="ru-RU"/>
        </w:rPr>
        <w:t xml:space="preserve">1. </w:t>
      </w:r>
      <w:proofErr w:type="gramStart"/>
      <w:r w:rsidRPr="00713EA5">
        <w:rPr>
          <w:lang w:val="ru-RU"/>
        </w:rPr>
        <w:t>Установите правильное соответствие. 1) 1589 г. а) введение патриаршества 2) 1597 г. б) избрание Михаила Романова царём 3) 1609 г. в) начало вторжения иностранных войск в Россию 4) 1612 г. г) образование Второго ополчения 5) 1613 г. д) указ об «урочных летах» 2.</w:t>
      </w:r>
      <w:proofErr w:type="gramEnd"/>
      <w:r w:rsidRPr="00713EA5">
        <w:rPr>
          <w:lang w:val="ru-RU"/>
        </w:rPr>
        <w:t xml:space="preserve"> </w:t>
      </w:r>
      <w:proofErr w:type="gramStart"/>
      <w:r w:rsidRPr="00713EA5">
        <w:rPr>
          <w:lang w:val="ru-RU"/>
        </w:rPr>
        <w:lastRenderedPageBreak/>
        <w:t xml:space="preserve">Установите правильное соответствие. 1) Иов а) первый русский патриарх 2) Мария Нагая б) мать царевича Дмитрия 3) Григорий Отрепьев в) самозванец, выдававший себя за сына Ивана Грозного 4) Марина Мнишек г) жена Лжедмитрия </w:t>
      </w:r>
      <w:r>
        <w:t>I</w:t>
      </w:r>
      <w:r w:rsidRPr="00713EA5">
        <w:rPr>
          <w:lang w:val="ru-RU"/>
        </w:rPr>
        <w:t xml:space="preserve"> 5) Филарет д) отец Михаила Романова </w:t>
      </w:r>
      <w:proofErr w:type="gramEnd"/>
    </w:p>
    <w:p w:rsidR="00713EA5" w:rsidRPr="00713EA5" w:rsidRDefault="00713EA5" w:rsidP="00713EA5">
      <w:pPr>
        <w:rPr>
          <w:lang w:val="ru-RU"/>
        </w:rPr>
      </w:pPr>
      <w:r w:rsidRPr="00713EA5">
        <w:rPr>
          <w:lang w:val="ru-RU"/>
        </w:rPr>
        <w:t xml:space="preserve">3. </w:t>
      </w:r>
      <w:proofErr w:type="gramStart"/>
      <w:r w:rsidRPr="00713EA5">
        <w:rPr>
          <w:lang w:val="ru-RU"/>
        </w:rPr>
        <w:t>Выберите один вариант ответа Борис Годунов был</w:t>
      </w:r>
      <w:proofErr w:type="gramEnd"/>
      <w:r w:rsidRPr="00713EA5">
        <w:rPr>
          <w:lang w:val="ru-RU"/>
        </w:rPr>
        <w:t xml:space="preserve"> царём в … 1) 1598-1605 гг. 2) 1584-1598 гг. 3) 1606-1610 гг. 4) 1610-1613 гг. </w:t>
      </w:r>
    </w:p>
    <w:p w:rsidR="00713EA5" w:rsidRPr="00713EA5" w:rsidRDefault="00713EA5" w:rsidP="00713EA5">
      <w:pPr>
        <w:rPr>
          <w:lang w:val="ru-RU"/>
        </w:rPr>
      </w:pPr>
      <w:r w:rsidRPr="00713EA5">
        <w:rPr>
          <w:lang w:val="ru-RU"/>
        </w:rPr>
        <w:t xml:space="preserve">4. </w:t>
      </w:r>
      <w:proofErr w:type="gramStart"/>
      <w:r w:rsidRPr="00713EA5">
        <w:rPr>
          <w:lang w:val="ru-RU"/>
        </w:rPr>
        <w:t xml:space="preserve">Установите правильное соответствие периода правления и события. 1) Фёдор Иоаннович а) гибель царевича Дмитрия 2) Борис Годунов б) обращение за помощью к шведам 3) Лжедмитрий </w:t>
      </w:r>
      <w:r>
        <w:t>I</w:t>
      </w:r>
      <w:r w:rsidRPr="00713EA5">
        <w:rPr>
          <w:lang w:val="ru-RU"/>
        </w:rPr>
        <w:t xml:space="preserve"> в) возвращение из ссылки Романовых 4)Василий Шуйский г) появление первого самозванца 5) «Семибоярщина» д) присяга Москвы польскому королевичу Владиславу </w:t>
      </w:r>
      <w:proofErr w:type="gramEnd"/>
    </w:p>
    <w:p w:rsidR="00713EA5" w:rsidRPr="00713EA5" w:rsidRDefault="00713EA5" w:rsidP="00713EA5">
      <w:pPr>
        <w:rPr>
          <w:lang w:val="ru-RU"/>
        </w:rPr>
      </w:pPr>
      <w:r w:rsidRPr="00713EA5">
        <w:rPr>
          <w:lang w:val="ru-RU"/>
        </w:rPr>
        <w:t>5. Выберите один вариант ответа</w:t>
      </w:r>
      <w:proofErr w:type="gramStart"/>
      <w:r w:rsidRPr="00713EA5">
        <w:rPr>
          <w:lang w:val="ru-RU"/>
        </w:rPr>
        <w:t xml:space="preserve"> П</w:t>
      </w:r>
      <w:proofErr w:type="gramEnd"/>
      <w:r w:rsidRPr="00713EA5">
        <w:rPr>
          <w:lang w:val="ru-RU"/>
        </w:rPr>
        <w:t xml:space="preserve">осле свержения Лжедмитрия дорога к трону была открыта … 1) Василию Шуйскому 2) Ивану </w:t>
      </w:r>
      <w:proofErr w:type="spellStart"/>
      <w:r w:rsidRPr="00713EA5">
        <w:rPr>
          <w:lang w:val="ru-RU"/>
        </w:rPr>
        <w:t>Заруцкому</w:t>
      </w:r>
      <w:proofErr w:type="spellEnd"/>
      <w:r w:rsidRPr="00713EA5">
        <w:rPr>
          <w:lang w:val="ru-RU"/>
        </w:rPr>
        <w:t xml:space="preserve"> 3) Прокопию Ляпунову 4) Лжедмитрию </w:t>
      </w:r>
      <w:r>
        <w:t>II</w:t>
      </w:r>
      <w:r w:rsidRPr="00713EA5">
        <w:rPr>
          <w:lang w:val="ru-RU"/>
        </w:rPr>
        <w:t xml:space="preserve"> 30 </w:t>
      </w:r>
    </w:p>
    <w:p w:rsidR="00713EA5" w:rsidRPr="00713EA5" w:rsidRDefault="00713EA5" w:rsidP="00713EA5">
      <w:pPr>
        <w:rPr>
          <w:lang w:val="ru-RU"/>
        </w:rPr>
      </w:pPr>
      <w:r w:rsidRPr="00713EA5">
        <w:rPr>
          <w:lang w:val="ru-RU"/>
        </w:rPr>
        <w:t xml:space="preserve">6. Выберите один вариант ответа Вместо убитого в июне 1606 г. Лжедмитрия </w:t>
      </w:r>
      <w:r>
        <w:t>I</w:t>
      </w:r>
      <w:r w:rsidRPr="00713EA5">
        <w:rPr>
          <w:lang w:val="ru-RU"/>
        </w:rPr>
        <w:t xml:space="preserve"> на престоле оказался В. Шуйский, к</w:t>
      </w:r>
      <w:proofErr w:type="gramStart"/>
      <w:r w:rsidRPr="00713EA5">
        <w:rPr>
          <w:lang w:val="ru-RU"/>
        </w:rPr>
        <w:t>о-</w:t>
      </w:r>
      <w:proofErr w:type="gramEnd"/>
      <w:r w:rsidRPr="00713EA5">
        <w:rPr>
          <w:lang w:val="ru-RU"/>
        </w:rPr>
        <w:t xml:space="preserve"> </w:t>
      </w:r>
      <w:proofErr w:type="spellStart"/>
      <w:r w:rsidRPr="00713EA5">
        <w:rPr>
          <w:lang w:val="ru-RU"/>
        </w:rPr>
        <w:t>торый</w:t>
      </w:r>
      <w:proofErr w:type="spellEnd"/>
      <w:r w:rsidRPr="00713EA5">
        <w:rPr>
          <w:lang w:val="ru-RU"/>
        </w:rPr>
        <w:t xml:space="preserve"> правил Россией до ... 1) 1609 г. 2) 1610 г. 3) 1611 г. 4) избрания на престол М. Романова </w:t>
      </w:r>
    </w:p>
    <w:p w:rsidR="00713EA5" w:rsidRPr="00713EA5" w:rsidRDefault="00713EA5" w:rsidP="00713EA5">
      <w:pPr>
        <w:rPr>
          <w:lang w:val="ru-RU"/>
        </w:rPr>
      </w:pPr>
      <w:r w:rsidRPr="00713EA5">
        <w:rPr>
          <w:lang w:val="ru-RU"/>
        </w:rPr>
        <w:t xml:space="preserve">7. Выберите один вариант </w:t>
      </w:r>
      <w:proofErr w:type="gramStart"/>
      <w:r w:rsidRPr="00713EA5">
        <w:rPr>
          <w:lang w:val="ru-RU"/>
        </w:rPr>
        <w:t>ответа</w:t>
      </w:r>
      <w:proofErr w:type="gramEnd"/>
      <w:r w:rsidRPr="00713EA5">
        <w:rPr>
          <w:lang w:val="ru-RU"/>
        </w:rPr>
        <w:t xml:space="preserve"> Свергнутый в 1610 г. царь В. Шуйский был... 1) направлен воеводой в Тобольск 2) отравлен боярами 3) насильно пострижен в монахи 4) сослан на Соловецкие острова 5) публично казнен </w:t>
      </w:r>
    </w:p>
    <w:p w:rsidR="00713EA5" w:rsidRPr="00713EA5" w:rsidRDefault="00713EA5" w:rsidP="00713EA5">
      <w:pPr>
        <w:rPr>
          <w:lang w:val="ru-RU"/>
        </w:rPr>
      </w:pPr>
      <w:r w:rsidRPr="00713EA5">
        <w:rPr>
          <w:lang w:val="ru-RU"/>
        </w:rPr>
        <w:t xml:space="preserve">8. </w:t>
      </w:r>
      <w:proofErr w:type="gramStart"/>
      <w:r w:rsidRPr="00713EA5">
        <w:rPr>
          <w:lang w:val="ru-RU"/>
        </w:rPr>
        <w:t xml:space="preserve">Выберите один вариант ответа Восстание против Лжедмитрия </w:t>
      </w:r>
      <w:r>
        <w:t>I</w:t>
      </w:r>
      <w:r w:rsidRPr="00713EA5">
        <w:rPr>
          <w:lang w:val="ru-RU"/>
        </w:rPr>
        <w:t xml:space="preserve"> в Москве возглавили</w:t>
      </w:r>
      <w:proofErr w:type="gramEnd"/>
      <w:r w:rsidRPr="00713EA5">
        <w:rPr>
          <w:lang w:val="ru-RU"/>
        </w:rPr>
        <w:t xml:space="preserve">... 1) родственники Б. Годунова 2) князья Шуйские 3) князья Милославские 4) князь Д.М. Пожарский 5) дворянин П.П. Ляпунов </w:t>
      </w:r>
    </w:p>
    <w:p w:rsidR="00713EA5" w:rsidRPr="00713EA5" w:rsidRDefault="00713EA5" w:rsidP="00713EA5">
      <w:pPr>
        <w:rPr>
          <w:lang w:val="ru-RU"/>
        </w:rPr>
      </w:pPr>
      <w:r w:rsidRPr="00713EA5">
        <w:rPr>
          <w:lang w:val="ru-RU"/>
        </w:rPr>
        <w:t xml:space="preserve">9. </w:t>
      </w:r>
      <w:proofErr w:type="gramStart"/>
      <w:r w:rsidRPr="00713EA5">
        <w:rPr>
          <w:lang w:val="ru-RU"/>
        </w:rPr>
        <w:t xml:space="preserve">Выберите один вариант ответа В России в начале </w:t>
      </w:r>
      <w:r>
        <w:t>XVII</w:t>
      </w:r>
      <w:r w:rsidRPr="00713EA5">
        <w:rPr>
          <w:lang w:val="ru-RU"/>
        </w:rPr>
        <w:t xml:space="preserve"> в. возник «Совет всей земли» с целью ... 1) осуществления управления страной в Смутное время 2) исполнение функций Земского собора 3) организации в Нижнем Новгороде второго ополчения для изгнания поляков 4) как орган управления восставшими при И. </w:t>
      </w:r>
      <w:proofErr w:type="spellStart"/>
      <w:r w:rsidRPr="00713EA5">
        <w:rPr>
          <w:lang w:val="ru-RU"/>
        </w:rPr>
        <w:t>Болотникове</w:t>
      </w:r>
      <w:proofErr w:type="spellEnd"/>
      <w:r w:rsidRPr="00713EA5">
        <w:rPr>
          <w:lang w:val="ru-RU"/>
        </w:rPr>
        <w:t xml:space="preserve"> 5) организации совместной обороны от остатков Золотой Орды </w:t>
      </w:r>
      <w:proofErr w:type="gramEnd"/>
    </w:p>
    <w:p w:rsidR="00713EA5" w:rsidRPr="00713EA5" w:rsidRDefault="00713EA5" w:rsidP="00713EA5">
      <w:pPr>
        <w:rPr>
          <w:lang w:val="ru-RU"/>
        </w:rPr>
      </w:pPr>
      <w:r w:rsidRPr="00713EA5">
        <w:rPr>
          <w:lang w:val="ru-RU"/>
        </w:rPr>
        <w:t xml:space="preserve">10. Выберите один вариант ответа Избранный в 1613 г. царем Михаил Романов последнему из Рюриковичей – Федору Ивановичу был ... 1) зятем 2) племянником по женской линии 3) троюродным братом 4) родственных связей не прослеживается </w:t>
      </w:r>
    </w:p>
    <w:p w:rsidR="00713EA5" w:rsidRPr="00713EA5" w:rsidRDefault="00713EA5" w:rsidP="00713EA5">
      <w:pPr>
        <w:rPr>
          <w:lang w:val="ru-RU"/>
        </w:rPr>
      </w:pPr>
      <w:r w:rsidRPr="00713EA5">
        <w:rPr>
          <w:lang w:val="ru-RU"/>
        </w:rPr>
        <w:t xml:space="preserve">11. Выберите один вариант ответа Ополчение, возглавляемое Кузьмой Мининым и князем Пожарским, начало </w:t>
      </w:r>
      <w:proofErr w:type="spellStart"/>
      <w:r w:rsidRPr="00713EA5">
        <w:rPr>
          <w:lang w:val="ru-RU"/>
        </w:rPr>
        <w:t>формир</w:t>
      </w:r>
      <w:proofErr w:type="gramStart"/>
      <w:r w:rsidRPr="00713EA5">
        <w:rPr>
          <w:lang w:val="ru-RU"/>
        </w:rPr>
        <w:t>о</w:t>
      </w:r>
      <w:proofErr w:type="spellEnd"/>
      <w:r w:rsidRPr="00713EA5">
        <w:rPr>
          <w:lang w:val="ru-RU"/>
        </w:rPr>
        <w:t>-</w:t>
      </w:r>
      <w:proofErr w:type="gramEnd"/>
      <w:r w:rsidRPr="00713EA5">
        <w:rPr>
          <w:lang w:val="ru-RU"/>
        </w:rPr>
        <w:t xml:space="preserve"> </w:t>
      </w:r>
      <w:proofErr w:type="spellStart"/>
      <w:r w:rsidRPr="00713EA5">
        <w:rPr>
          <w:lang w:val="ru-RU"/>
        </w:rPr>
        <w:t>ваться</w:t>
      </w:r>
      <w:proofErr w:type="spellEnd"/>
      <w:r w:rsidRPr="00713EA5">
        <w:rPr>
          <w:lang w:val="ru-RU"/>
        </w:rPr>
        <w:t xml:space="preserve"> в … 1) Нижнем Новгороде 2) Рязани 3) Новгороде 4) Смоленске </w:t>
      </w:r>
    </w:p>
    <w:p w:rsidR="00713EA5" w:rsidRPr="00713EA5" w:rsidRDefault="00713EA5" w:rsidP="00713EA5">
      <w:pPr>
        <w:rPr>
          <w:lang w:val="ru-RU"/>
        </w:rPr>
      </w:pPr>
      <w:r w:rsidRPr="00713EA5">
        <w:rPr>
          <w:lang w:val="ru-RU"/>
        </w:rPr>
        <w:t xml:space="preserve">12. </w:t>
      </w:r>
      <w:proofErr w:type="gramStart"/>
      <w:r w:rsidRPr="00713EA5">
        <w:rPr>
          <w:lang w:val="ru-RU"/>
        </w:rPr>
        <w:t>Выберите один вариант ответа Освобождение Москвы от польско-литовских интервентов произошло</w:t>
      </w:r>
      <w:proofErr w:type="gramEnd"/>
      <w:r w:rsidRPr="00713EA5">
        <w:rPr>
          <w:lang w:val="ru-RU"/>
        </w:rPr>
        <w:t xml:space="preserve"> в … 1) 1612 г. 2) 1605 г. 31 3) 1629 г. 4) 1589 г. </w:t>
      </w:r>
    </w:p>
    <w:p w:rsidR="00713EA5" w:rsidRPr="00713EA5" w:rsidRDefault="00713EA5" w:rsidP="00713EA5">
      <w:pPr>
        <w:rPr>
          <w:lang w:val="ru-RU"/>
        </w:rPr>
      </w:pPr>
      <w:r w:rsidRPr="00713EA5">
        <w:rPr>
          <w:lang w:val="ru-RU"/>
        </w:rPr>
        <w:lastRenderedPageBreak/>
        <w:t xml:space="preserve">13. Выберите один вариант ответа «Семибоярщина» хотела видеть на русском престоле … 1) Бориса Годунова 2) Михаила Романова 3) королевича Владислава 4) Сигизмунда </w:t>
      </w:r>
      <w:r>
        <w:t>III</w:t>
      </w:r>
      <w:r w:rsidRPr="00713EA5">
        <w:rPr>
          <w:lang w:val="ru-RU"/>
        </w:rPr>
        <w:t xml:space="preserve"> </w:t>
      </w:r>
    </w:p>
    <w:p w:rsidR="00713EA5" w:rsidRPr="00713EA5" w:rsidRDefault="00713EA5" w:rsidP="00713EA5">
      <w:pPr>
        <w:rPr>
          <w:lang w:val="ru-RU"/>
        </w:rPr>
      </w:pPr>
      <w:r w:rsidRPr="00713EA5">
        <w:rPr>
          <w:lang w:val="ru-RU"/>
        </w:rPr>
        <w:t xml:space="preserve">14. Выберите один вариант ответа Командующий, разгромивший армию Лжедмитрия </w:t>
      </w:r>
      <w:r>
        <w:t>II</w:t>
      </w:r>
      <w:r w:rsidRPr="00713EA5">
        <w:rPr>
          <w:lang w:val="ru-RU"/>
        </w:rPr>
        <w:t xml:space="preserve">… 1) князь Скопин-Шуйский 2) князь Пожарский 3) гетман Ян </w:t>
      </w:r>
      <w:proofErr w:type="spellStart"/>
      <w:r w:rsidRPr="00713EA5">
        <w:rPr>
          <w:lang w:val="ru-RU"/>
        </w:rPr>
        <w:t>Сопега</w:t>
      </w:r>
      <w:proofErr w:type="spellEnd"/>
      <w:r w:rsidRPr="00713EA5">
        <w:rPr>
          <w:lang w:val="ru-RU"/>
        </w:rPr>
        <w:t xml:space="preserve"> 4) Борис Годунов </w:t>
      </w:r>
    </w:p>
    <w:p w:rsidR="00713EA5" w:rsidRPr="00713EA5" w:rsidRDefault="00713EA5" w:rsidP="00713EA5">
      <w:pPr>
        <w:rPr>
          <w:lang w:val="ru-RU"/>
        </w:rPr>
      </w:pPr>
      <w:r w:rsidRPr="00713EA5">
        <w:rPr>
          <w:lang w:val="ru-RU"/>
        </w:rPr>
        <w:t xml:space="preserve">15. Выберите один вариант ответа В 1611 г. было собрано первое ополчение, которое возглавлял … 1) </w:t>
      </w:r>
      <w:proofErr w:type="spellStart"/>
      <w:r w:rsidRPr="00713EA5">
        <w:rPr>
          <w:lang w:val="ru-RU"/>
        </w:rPr>
        <w:t>В.Шуйский</w:t>
      </w:r>
      <w:proofErr w:type="spellEnd"/>
      <w:r w:rsidRPr="00713EA5">
        <w:rPr>
          <w:lang w:val="ru-RU"/>
        </w:rPr>
        <w:t xml:space="preserve"> 2) </w:t>
      </w:r>
      <w:proofErr w:type="spellStart"/>
      <w:r w:rsidRPr="00713EA5">
        <w:rPr>
          <w:lang w:val="ru-RU"/>
        </w:rPr>
        <w:t>М.Романов</w:t>
      </w:r>
      <w:proofErr w:type="spellEnd"/>
      <w:r w:rsidRPr="00713EA5">
        <w:rPr>
          <w:lang w:val="ru-RU"/>
        </w:rPr>
        <w:t xml:space="preserve"> 3) </w:t>
      </w:r>
      <w:proofErr w:type="spellStart"/>
      <w:r w:rsidRPr="00713EA5">
        <w:rPr>
          <w:lang w:val="ru-RU"/>
        </w:rPr>
        <w:t>Д.Пожарский</w:t>
      </w:r>
      <w:proofErr w:type="spellEnd"/>
      <w:r w:rsidRPr="00713EA5">
        <w:rPr>
          <w:lang w:val="ru-RU"/>
        </w:rPr>
        <w:t xml:space="preserve"> 4) </w:t>
      </w:r>
      <w:proofErr w:type="spellStart"/>
      <w:r w:rsidRPr="00713EA5">
        <w:rPr>
          <w:lang w:val="ru-RU"/>
        </w:rPr>
        <w:t>П.Ляпунов</w:t>
      </w:r>
      <w:proofErr w:type="spellEnd"/>
      <w:r w:rsidRPr="00713EA5">
        <w:rPr>
          <w:lang w:val="ru-RU"/>
        </w:rPr>
        <w:t xml:space="preserve"> </w:t>
      </w:r>
    </w:p>
    <w:p w:rsidR="00713EA5" w:rsidRPr="00713EA5" w:rsidRDefault="00713EA5" w:rsidP="00713EA5">
      <w:pPr>
        <w:rPr>
          <w:lang w:val="ru-RU"/>
        </w:rPr>
      </w:pPr>
      <w:r w:rsidRPr="00713EA5">
        <w:rPr>
          <w:lang w:val="ru-RU"/>
        </w:rPr>
        <w:t xml:space="preserve">16. В 1613 г. к власти пришла боярская фамилия ________________ Романовы </w:t>
      </w:r>
    </w:p>
    <w:p w:rsidR="00713EA5" w:rsidRPr="00713EA5" w:rsidRDefault="00713EA5" w:rsidP="00713EA5">
      <w:pPr>
        <w:rPr>
          <w:lang w:val="ru-RU"/>
        </w:rPr>
      </w:pPr>
    </w:p>
    <w:p w:rsidR="00713EA5" w:rsidRPr="00713EA5" w:rsidRDefault="00713EA5" w:rsidP="00713EA5">
      <w:pPr>
        <w:rPr>
          <w:b/>
          <w:color w:val="000000"/>
          <w:szCs w:val="24"/>
          <w:lang w:val="ru-RU"/>
        </w:rPr>
      </w:pPr>
      <w:r w:rsidRPr="00713EA5">
        <w:rPr>
          <w:b/>
          <w:color w:val="000000"/>
          <w:szCs w:val="24"/>
          <w:lang w:val="ru-RU"/>
        </w:rPr>
        <w:t xml:space="preserve">Раздел 4. Россия в конце </w:t>
      </w:r>
      <w:r>
        <w:rPr>
          <w:b/>
          <w:color w:val="000000"/>
          <w:szCs w:val="24"/>
        </w:rPr>
        <w:t>XVII</w:t>
      </w:r>
      <w:r w:rsidRPr="00713EA5">
        <w:rPr>
          <w:b/>
          <w:color w:val="000000"/>
          <w:szCs w:val="24"/>
          <w:lang w:val="ru-RU"/>
        </w:rPr>
        <w:t xml:space="preserve"> – </w:t>
      </w:r>
      <w:proofErr w:type="gramStart"/>
      <w:r w:rsidRPr="00713EA5">
        <w:rPr>
          <w:b/>
          <w:color w:val="000000"/>
          <w:szCs w:val="24"/>
          <w:lang w:val="ru-RU"/>
        </w:rPr>
        <w:t>Х</w:t>
      </w:r>
      <w:proofErr w:type="gramEnd"/>
      <w:r>
        <w:rPr>
          <w:b/>
          <w:color w:val="000000"/>
          <w:szCs w:val="24"/>
        </w:rPr>
        <w:t>VIII</w:t>
      </w:r>
      <w:r w:rsidRPr="00713EA5">
        <w:rPr>
          <w:b/>
          <w:color w:val="000000"/>
          <w:szCs w:val="24"/>
          <w:lang w:val="ru-RU"/>
        </w:rPr>
        <w:t xml:space="preserve"> веках.</w:t>
      </w:r>
    </w:p>
    <w:p w:rsidR="00713EA5" w:rsidRPr="00713EA5" w:rsidRDefault="00713EA5" w:rsidP="00713EA5">
      <w:pPr>
        <w:rPr>
          <w:b/>
          <w:color w:val="000000"/>
          <w:sz w:val="19"/>
          <w:szCs w:val="19"/>
          <w:lang w:val="ru-RU"/>
        </w:rPr>
      </w:pPr>
    </w:p>
    <w:p w:rsidR="00713EA5" w:rsidRPr="00713EA5" w:rsidRDefault="00713EA5" w:rsidP="00713EA5">
      <w:pPr>
        <w:rPr>
          <w:szCs w:val="20"/>
          <w:lang w:val="ru-RU"/>
        </w:rPr>
      </w:pPr>
      <w:r w:rsidRPr="00713EA5">
        <w:rPr>
          <w:lang w:val="ru-RU"/>
        </w:rPr>
        <w:t>1. Выберите один вариант ответа</w:t>
      </w:r>
      <w:proofErr w:type="gramStart"/>
      <w:r w:rsidRPr="00713EA5">
        <w:rPr>
          <w:lang w:val="ru-RU"/>
        </w:rPr>
        <w:t xml:space="preserve"> В</w:t>
      </w:r>
      <w:proofErr w:type="gramEnd"/>
      <w:r w:rsidRPr="00713EA5">
        <w:rPr>
          <w:lang w:val="ru-RU"/>
        </w:rPr>
        <w:t xml:space="preserve">о время царствования Алексея Михайловича произошло… 1) завоевание Крыма 2) воссоединение Украины с Россией 3) присоединение Казани 4) присоединение Аляски </w:t>
      </w:r>
    </w:p>
    <w:p w:rsidR="00713EA5" w:rsidRPr="00713EA5" w:rsidRDefault="00713EA5" w:rsidP="00713EA5">
      <w:pPr>
        <w:rPr>
          <w:lang w:val="ru-RU"/>
        </w:rPr>
      </w:pPr>
      <w:r w:rsidRPr="00713EA5">
        <w:rPr>
          <w:lang w:val="ru-RU"/>
        </w:rPr>
        <w:t>2. Выберите один вариант ответа</w:t>
      </w:r>
      <w:proofErr w:type="gramStart"/>
      <w:r w:rsidRPr="00713EA5">
        <w:rPr>
          <w:lang w:val="ru-RU"/>
        </w:rPr>
        <w:t xml:space="preserve"> О</w:t>
      </w:r>
      <w:proofErr w:type="gramEnd"/>
      <w:r w:rsidRPr="00713EA5">
        <w:rPr>
          <w:lang w:val="ru-RU"/>
        </w:rPr>
        <w:t xml:space="preserve">дним из следствий принятия Соборного Уложения 1649 г. было… 1) разрешение помещикам ссылать крестьян в Сибирь 2) установление бессрочного сыска беглых крестьян 3) продление сроков поиска крестьян до 15 лет 4) упразднение правила «с Дона выдачи нет» </w:t>
      </w:r>
    </w:p>
    <w:p w:rsidR="00713EA5" w:rsidRPr="00713EA5" w:rsidRDefault="00713EA5" w:rsidP="00713EA5">
      <w:pPr>
        <w:rPr>
          <w:lang w:val="ru-RU"/>
        </w:rPr>
      </w:pPr>
      <w:r w:rsidRPr="00713EA5">
        <w:rPr>
          <w:lang w:val="ru-RU"/>
        </w:rPr>
        <w:t xml:space="preserve">3. Выберите один вариант ответа О зарождении абсолютизма в России во второй половине </w:t>
      </w:r>
      <w:r>
        <w:t>XVII</w:t>
      </w:r>
      <w:r w:rsidRPr="00713EA5">
        <w:rPr>
          <w:lang w:val="ru-RU"/>
        </w:rPr>
        <w:t xml:space="preserve"> века свидетельствует 1) прекращение созыва Земских соборов 2) падение значения Боярской думы 3) увеличение слоя послушных чиновников 4) независимость монарха от отдельных слоев общества, рост значения </w:t>
      </w:r>
      <w:proofErr w:type="spellStart"/>
      <w:r w:rsidRPr="00713EA5">
        <w:rPr>
          <w:lang w:val="ru-RU"/>
        </w:rPr>
        <w:t>госуда</w:t>
      </w:r>
      <w:proofErr w:type="gramStart"/>
      <w:r w:rsidRPr="00713EA5">
        <w:rPr>
          <w:lang w:val="ru-RU"/>
        </w:rPr>
        <w:t>р</w:t>
      </w:r>
      <w:proofErr w:type="spellEnd"/>
      <w:r w:rsidRPr="00713EA5">
        <w:rPr>
          <w:lang w:val="ru-RU"/>
        </w:rPr>
        <w:t>-</w:t>
      </w:r>
      <w:proofErr w:type="gramEnd"/>
      <w:r w:rsidRPr="00713EA5">
        <w:rPr>
          <w:lang w:val="ru-RU"/>
        </w:rPr>
        <w:t xml:space="preserve"> </w:t>
      </w:r>
      <w:proofErr w:type="spellStart"/>
      <w:r w:rsidRPr="00713EA5">
        <w:rPr>
          <w:lang w:val="ru-RU"/>
        </w:rPr>
        <w:t>ственного</w:t>
      </w:r>
      <w:proofErr w:type="spellEnd"/>
      <w:r w:rsidRPr="00713EA5">
        <w:rPr>
          <w:lang w:val="ru-RU"/>
        </w:rPr>
        <w:t xml:space="preserve"> аппарата 5) верно все указанное. </w:t>
      </w:r>
    </w:p>
    <w:p w:rsidR="00713EA5" w:rsidRPr="00713EA5" w:rsidRDefault="00713EA5" w:rsidP="00713EA5">
      <w:pPr>
        <w:rPr>
          <w:lang w:val="ru-RU"/>
        </w:rPr>
      </w:pPr>
      <w:r w:rsidRPr="00713EA5">
        <w:rPr>
          <w:lang w:val="ru-RU"/>
        </w:rPr>
        <w:t xml:space="preserve">4. Выберите один вариант ответа Главным пунктом внешней торговли с Западной Европой в </w:t>
      </w:r>
      <w:r>
        <w:t>XVII</w:t>
      </w:r>
      <w:r w:rsidRPr="00713EA5">
        <w:rPr>
          <w:lang w:val="ru-RU"/>
        </w:rPr>
        <w:t xml:space="preserve"> в. становится город 1) Новгород 2) Архангельск 3) Смоленск 4) Чернигов </w:t>
      </w:r>
    </w:p>
    <w:p w:rsidR="00713EA5" w:rsidRPr="00713EA5" w:rsidRDefault="00713EA5" w:rsidP="00713EA5">
      <w:pPr>
        <w:rPr>
          <w:lang w:val="ru-RU"/>
        </w:rPr>
      </w:pPr>
      <w:r w:rsidRPr="00713EA5">
        <w:rPr>
          <w:lang w:val="ru-RU"/>
        </w:rPr>
        <w:t>5. Выберите один вариант ответа</w:t>
      </w:r>
      <w:proofErr w:type="gramStart"/>
      <w:r w:rsidRPr="00713EA5">
        <w:rPr>
          <w:lang w:val="ru-RU"/>
        </w:rPr>
        <w:t xml:space="preserve"> Н</w:t>
      </w:r>
      <w:proofErr w:type="gramEnd"/>
      <w:r w:rsidRPr="00713EA5">
        <w:rPr>
          <w:lang w:val="ru-RU"/>
        </w:rPr>
        <w:t xml:space="preserve">аиболее знаменитым иконописцем </w:t>
      </w:r>
      <w:r>
        <w:t>XVII</w:t>
      </w:r>
      <w:r w:rsidRPr="00713EA5">
        <w:rPr>
          <w:lang w:val="ru-RU"/>
        </w:rPr>
        <w:t xml:space="preserve"> в. был ... 1) Андрей Рублев 2) Симон Ушаков 3) Дионисий 33 4) Феофан Грек </w:t>
      </w:r>
    </w:p>
    <w:p w:rsidR="00713EA5" w:rsidRPr="00713EA5" w:rsidRDefault="00713EA5" w:rsidP="00713EA5">
      <w:pPr>
        <w:rPr>
          <w:lang w:val="ru-RU"/>
        </w:rPr>
      </w:pPr>
      <w:r w:rsidRPr="00713EA5">
        <w:rPr>
          <w:lang w:val="ru-RU"/>
        </w:rPr>
        <w:t xml:space="preserve">6. Выберите один вариант ответа Сопротивление церковным реформам патриарха Никона оказали монахи … 1) Троице-Сергиевой лавры 2) Ферапонтова монастыря 3) </w:t>
      </w:r>
      <w:proofErr w:type="gramStart"/>
      <w:r w:rsidRPr="00713EA5">
        <w:rPr>
          <w:lang w:val="ru-RU"/>
        </w:rPr>
        <w:t>Кирилло-Белозерском</w:t>
      </w:r>
      <w:proofErr w:type="gramEnd"/>
      <w:r w:rsidRPr="00713EA5">
        <w:rPr>
          <w:lang w:val="ru-RU"/>
        </w:rPr>
        <w:t xml:space="preserve"> монастыря 4) Соловецкого монастыря </w:t>
      </w:r>
    </w:p>
    <w:p w:rsidR="00713EA5" w:rsidRPr="00713EA5" w:rsidRDefault="00713EA5" w:rsidP="00713EA5">
      <w:pPr>
        <w:rPr>
          <w:lang w:val="ru-RU"/>
        </w:rPr>
      </w:pPr>
      <w:r w:rsidRPr="00713EA5">
        <w:rPr>
          <w:lang w:val="ru-RU"/>
        </w:rPr>
        <w:t xml:space="preserve">7. Выберите один вариант ответа Восстание крестьян и казаков в 1667 – 1671 гг. возглавил … 1) Иван Болотников 2) Степан Разин 3) Емельян Пугачев 4) Василий Поярков </w:t>
      </w:r>
    </w:p>
    <w:p w:rsidR="00713EA5" w:rsidRPr="00713EA5" w:rsidRDefault="00713EA5" w:rsidP="00713EA5">
      <w:pPr>
        <w:rPr>
          <w:lang w:val="ru-RU"/>
        </w:rPr>
      </w:pPr>
      <w:r w:rsidRPr="00713EA5">
        <w:rPr>
          <w:lang w:val="ru-RU"/>
        </w:rPr>
        <w:t>8. Выберите один вариант ответа</w:t>
      </w:r>
      <w:proofErr w:type="gramStart"/>
      <w:r w:rsidRPr="00713EA5">
        <w:rPr>
          <w:lang w:val="ru-RU"/>
        </w:rPr>
        <w:t xml:space="preserve"> Д</w:t>
      </w:r>
      <w:proofErr w:type="gramEnd"/>
      <w:r w:rsidRPr="00713EA5">
        <w:rPr>
          <w:lang w:val="ru-RU"/>
        </w:rPr>
        <w:t xml:space="preserve">ля абсолютной монархии не характерно ... 1) формирование мощного бюрократического аппарата 2) создание регулярной армии 3) </w:t>
      </w:r>
      <w:r w:rsidRPr="00713EA5">
        <w:rPr>
          <w:lang w:val="ru-RU"/>
        </w:rPr>
        <w:lastRenderedPageBreak/>
        <w:t xml:space="preserve">подчинение церкви государству 4) функционирование сословно-представительных органов власти </w:t>
      </w:r>
    </w:p>
    <w:p w:rsidR="00713EA5" w:rsidRPr="00713EA5" w:rsidRDefault="00713EA5" w:rsidP="00713EA5">
      <w:pPr>
        <w:rPr>
          <w:lang w:val="ru-RU"/>
        </w:rPr>
      </w:pPr>
      <w:r w:rsidRPr="00713EA5">
        <w:rPr>
          <w:lang w:val="ru-RU"/>
        </w:rPr>
        <w:t xml:space="preserve">9. Выберите один вариант ответа Свод законов России, принятый в 1649 г., назывался ... 1) «Судебник» 2) «Жалованная грамота» 3) «Соборное Уложение» 4) «Табель о рангах» </w:t>
      </w:r>
    </w:p>
    <w:p w:rsidR="00713EA5" w:rsidRPr="00713EA5" w:rsidRDefault="00713EA5" w:rsidP="00713EA5">
      <w:pPr>
        <w:rPr>
          <w:lang w:val="ru-RU"/>
        </w:rPr>
      </w:pPr>
      <w:r w:rsidRPr="00713EA5">
        <w:rPr>
          <w:lang w:val="ru-RU"/>
        </w:rPr>
        <w:t>10. Выберите один вариант ответа Прочтите отрывок из сочинения историка и укажите имя церковного деятеля, о кот</w:t>
      </w:r>
      <w:proofErr w:type="gramStart"/>
      <w:r w:rsidRPr="00713EA5">
        <w:rPr>
          <w:lang w:val="ru-RU"/>
        </w:rPr>
        <w:t>о-</w:t>
      </w:r>
      <w:proofErr w:type="gramEnd"/>
      <w:r w:rsidRPr="00713EA5">
        <w:rPr>
          <w:lang w:val="ru-RU"/>
        </w:rPr>
        <w:t xml:space="preserve"> ром идет речь. «Это был властолюбец, фанатично веривший в свое великое предназначение. С началом церковной реформы в 1654 г. патриарх стал публично заявлять о первенстве «священства над царством», что означало подчинение царской власти патриаршей. Со временем это различие характеров царя и патриарха породило взаимное отчуждение. Алексей Михайлович все более и более тяготился его назойливой опекой и высок</w:t>
      </w:r>
      <w:proofErr w:type="gramStart"/>
      <w:r w:rsidRPr="00713EA5">
        <w:rPr>
          <w:lang w:val="ru-RU"/>
        </w:rPr>
        <w:t>о-</w:t>
      </w:r>
      <w:proofErr w:type="gramEnd"/>
      <w:r w:rsidRPr="00713EA5">
        <w:rPr>
          <w:lang w:val="ru-RU"/>
        </w:rPr>
        <w:t xml:space="preserve"> </w:t>
      </w:r>
      <w:proofErr w:type="spellStart"/>
      <w:r w:rsidRPr="00713EA5">
        <w:rPr>
          <w:lang w:val="ru-RU"/>
        </w:rPr>
        <w:t>мерием</w:t>
      </w:r>
      <w:proofErr w:type="spellEnd"/>
      <w:r w:rsidRPr="00713EA5">
        <w:rPr>
          <w:lang w:val="ru-RU"/>
        </w:rPr>
        <w:t xml:space="preserve">. Дружбе пришел конец, и, когда патриарх в 1658 г. публично в кремлевском Успенском соборе отрекся от своего сана, царь не стал его отговаривать». 1) Иов 2) Аввакум 3) Никон 4) Филарет </w:t>
      </w:r>
    </w:p>
    <w:p w:rsidR="00713EA5" w:rsidRPr="00713EA5" w:rsidRDefault="00713EA5" w:rsidP="00713EA5">
      <w:pPr>
        <w:rPr>
          <w:lang w:val="ru-RU"/>
        </w:rPr>
      </w:pPr>
      <w:r w:rsidRPr="00713EA5">
        <w:rPr>
          <w:lang w:val="ru-RU"/>
        </w:rPr>
        <w:t>11. Выберите два варианта ответа</w:t>
      </w:r>
      <w:proofErr w:type="gramStart"/>
      <w:r w:rsidRPr="00713EA5">
        <w:rPr>
          <w:lang w:val="ru-RU"/>
        </w:rPr>
        <w:t xml:space="preserve"> Д</w:t>
      </w:r>
      <w:proofErr w:type="gramEnd"/>
      <w:r w:rsidRPr="00713EA5">
        <w:rPr>
          <w:lang w:val="ru-RU"/>
        </w:rPr>
        <w:t xml:space="preserve">вумя важными особенностями экономического развития России в </w:t>
      </w:r>
      <w:r>
        <w:t>XVII</w:t>
      </w:r>
      <w:r w:rsidRPr="00713EA5">
        <w:rPr>
          <w:lang w:val="ru-RU"/>
        </w:rPr>
        <w:t xml:space="preserve"> в. были 1) высокая активность государства в экономической сфере 2) складывание национального рынка 3) появление фабрик и заводов 4) развитие частного кредита и появление первых банков 34 </w:t>
      </w:r>
    </w:p>
    <w:p w:rsidR="00713EA5" w:rsidRPr="00713EA5" w:rsidRDefault="00713EA5" w:rsidP="00713EA5">
      <w:pPr>
        <w:rPr>
          <w:lang w:val="ru-RU"/>
        </w:rPr>
      </w:pPr>
      <w:r w:rsidRPr="00713EA5">
        <w:rPr>
          <w:lang w:val="ru-RU"/>
        </w:rPr>
        <w:t>12. Выберите три варианта ответа</w:t>
      </w:r>
      <w:proofErr w:type="gramStart"/>
      <w:r w:rsidRPr="00713EA5">
        <w:rPr>
          <w:lang w:val="ru-RU"/>
        </w:rPr>
        <w:t xml:space="preserve"> Т</w:t>
      </w:r>
      <w:proofErr w:type="gramEnd"/>
      <w:r w:rsidRPr="00713EA5">
        <w:rPr>
          <w:lang w:val="ru-RU"/>
        </w:rPr>
        <w:t xml:space="preserve">ремя отличительными признаками служилых по отечеству в </w:t>
      </w:r>
      <w:r>
        <w:t>XVII</w:t>
      </w:r>
      <w:r w:rsidRPr="00713EA5">
        <w:rPr>
          <w:lang w:val="ru-RU"/>
        </w:rPr>
        <w:t xml:space="preserve"> в. были ... 1) потомственная служба 2) право владения землями 3) право владения крепостными крестьянами 4) занятие торговлей 5) занятие ремеслом и промыслами 6) несение службы за жалование 7) несение государева «тягла» (государственных налогов и повинностей) </w:t>
      </w:r>
    </w:p>
    <w:p w:rsidR="00713EA5" w:rsidRPr="00713EA5" w:rsidRDefault="00713EA5" w:rsidP="00713EA5">
      <w:pPr>
        <w:rPr>
          <w:lang w:val="ru-RU"/>
        </w:rPr>
      </w:pPr>
      <w:r w:rsidRPr="00713EA5">
        <w:rPr>
          <w:lang w:val="ru-RU"/>
        </w:rPr>
        <w:t>13. Выберите три варианта ответа</w:t>
      </w:r>
      <w:proofErr w:type="gramStart"/>
      <w:r w:rsidRPr="00713EA5">
        <w:rPr>
          <w:lang w:val="ru-RU"/>
        </w:rPr>
        <w:t xml:space="preserve"> К</w:t>
      </w:r>
      <w:proofErr w:type="gramEnd"/>
      <w:r w:rsidRPr="00713EA5">
        <w:rPr>
          <w:lang w:val="ru-RU"/>
        </w:rPr>
        <w:t xml:space="preserve"> тяглому населению в </w:t>
      </w:r>
      <w:r>
        <w:t>XVII</w:t>
      </w:r>
      <w:r w:rsidRPr="00713EA5">
        <w:rPr>
          <w:lang w:val="ru-RU"/>
        </w:rPr>
        <w:t xml:space="preserve"> в. относились три группы 1) купечество 2) посадское население 3) крестьяне 4) бояре 5) дворяне 6) духовенство 18. Выберите один вариант ответа Черносошные крестьяне – это ... 1) дворцовые крестьяне 2) частновладельческие крестьяне 3) государственные крестьяне 4) крестьяне, жившие на чернозёмных землях </w:t>
      </w:r>
    </w:p>
    <w:p w:rsidR="00713EA5" w:rsidRPr="00713EA5" w:rsidRDefault="00713EA5" w:rsidP="00713EA5">
      <w:pPr>
        <w:rPr>
          <w:lang w:val="ru-RU"/>
        </w:rPr>
      </w:pPr>
      <w:r w:rsidRPr="00713EA5">
        <w:rPr>
          <w:lang w:val="ru-RU"/>
        </w:rPr>
        <w:t xml:space="preserve">14. </w:t>
      </w:r>
      <w:proofErr w:type="gramStart"/>
      <w:r w:rsidRPr="00713EA5">
        <w:rPr>
          <w:lang w:val="ru-RU"/>
        </w:rPr>
        <w:t>Выберите один вариант ответа Окончательное закрепощение крестьян нашло</w:t>
      </w:r>
      <w:proofErr w:type="gramEnd"/>
      <w:r w:rsidRPr="00713EA5">
        <w:rPr>
          <w:lang w:val="ru-RU"/>
        </w:rPr>
        <w:t xml:space="preserve"> отражение в ... 1) Соборном Уложении 1649 г. 2) документах Священного собора 1666-1667 гг. 3) реформе Никона 1654 г. 4) опричнине Ивана Грозного </w:t>
      </w:r>
    </w:p>
    <w:p w:rsidR="00713EA5" w:rsidRPr="00713EA5" w:rsidRDefault="00713EA5" w:rsidP="00713EA5">
      <w:pPr>
        <w:rPr>
          <w:lang w:val="ru-RU"/>
        </w:rPr>
      </w:pPr>
      <w:r w:rsidRPr="00713EA5">
        <w:rPr>
          <w:lang w:val="ru-RU"/>
        </w:rPr>
        <w:t xml:space="preserve">15. Выберите один вариант ответа Церковный раскол </w:t>
      </w:r>
      <w:r>
        <w:t>XVII</w:t>
      </w:r>
      <w:r w:rsidRPr="00713EA5">
        <w:rPr>
          <w:lang w:val="ru-RU"/>
        </w:rPr>
        <w:t xml:space="preserve"> в. был результатом церковной реформы ... 1) протопопа Аввакума 2) царя Алексей Михайлович 3) воеводы Мещерякова 4) патриарха Никона. </w:t>
      </w:r>
    </w:p>
    <w:p w:rsidR="00713EA5" w:rsidRPr="00713EA5" w:rsidRDefault="00713EA5" w:rsidP="00713EA5">
      <w:pPr>
        <w:rPr>
          <w:lang w:val="ru-RU"/>
        </w:rPr>
      </w:pPr>
    </w:p>
    <w:p w:rsidR="00713EA5" w:rsidRPr="00713EA5" w:rsidRDefault="00713EA5" w:rsidP="00713EA5">
      <w:pPr>
        <w:rPr>
          <w:b/>
          <w:color w:val="000000"/>
          <w:szCs w:val="24"/>
          <w:lang w:val="ru-RU"/>
        </w:rPr>
      </w:pPr>
      <w:r w:rsidRPr="00713EA5">
        <w:rPr>
          <w:b/>
          <w:color w:val="000000"/>
          <w:szCs w:val="24"/>
          <w:lang w:val="ru-RU"/>
        </w:rPr>
        <w:lastRenderedPageBreak/>
        <w:t xml:space="preserve">Раздел 5. Россия в </w:t>
      </w:r>
      <w:r>
        <w:rPr>
          <w:b/>
          <w:color w:val="000000"/>
          <w:szCs w:val="24"/>
        </w:rPr>
        <w:t>XIX</w:t>
      </w:r>
      <w:r w:rsidRPr="00713EA5">
        <w:rPr>
          <w:b/>
          <w:color w:val="000000"/>
          <w:szCs w:val="24"/>
          <w:lang w:val="ru-RU"/>
        </w:rPr>
        <w:t xml:space="preserve"> веке.</w:t>
      </w:r>
    </w:p>
    <w:p w:rsidR="00713EA5" w:rsidRPr="00713EA5" w:rsidRDefault="00713EA5" w:rsidP="00713EA5">
      <w:pPr>
        <w:rPr>
          <w:b/>
          <w:color w:val="000000"/>
          <w:sz w:val="19"/>
          <w:szCs w:val="19"/>
          <w:lang w:val="ru-RU"/>
        </w:rPr>
      </w:pPr>
    </w:p>
    <w:p w:rsidR="00713EA5" w:rsidRPr="00713EA5" w:rsidRDefault="00713EA5" w:rsidP="00713EA5">
      <w:pPr>
        <w:rPr>
          <w:szCs w:val="20"/>
          <w:lang w:val="ru-RU"/>
        </w:rPr>
      </w:pPr>
      <w:r w:rsidRPr="00713EA5">
        <w:rPr>
          <w:lang w:val="ru-RU"/>
        </w:rPr>
        <w:t xml:space="preserve">1. Выберите один вариант ответа Область Российской Империи, обладавшая собственной конституцией с 1815 г… 1) Великое княжество Финляндское 2) Царство Польское 3) Курляндия 4) Лифляндия </w:t>
      </w:r>
    </w:p>
    <w:p w:rsidR="00713EA5" w:rsidRPr="00713EA5" w:rsidRDefault="00713EA5" w:rsidP="00713EA5">
      <w:pPr>
        <w:rPr>
          <w:lang w:val="ru-RU"/>
        </w:rPr>
      </w:pPr>
      <w:r w:rsidRPr="00713EA5">
        <w:rPr>
          <w:lang w:val="ru-RU"/>
        </w:rPr>
        <w:t xml:space="preserve">2. Выберите один вариант ответа Согласно Указу «О вольных хлебопашцах»… 1) крестьяне получали право уходить от помещиков 2) крестьяне получили право выкупить себя 3) крестьяне получили право выкупать себя путём отработок на помещиков 4) помещики получили право освобождать крестьян с землёй </w:t>
      </w:r>
    </w:p>
    <w:p w:rsidR="00713EA5" w:rsidRPr="00713EA5" w:rsidRDefault="00713EA5" w:rsidP="00713EA5">
      <w:pPr>
        <w:rPr>
          <w:lang w:val="ru-RU"/>
        </w:rPr>
      </w:pPr>
      <w:r w:rsidRPr="00713EA5">
        <w:rPr>
          <w:lang w:val="ru-RU"/>
        </w:rPr>
        <w:t xml:space="preserve">3. </w:t>
      </w:r>
      <w:proofErr w:type="gramStart"/>
      <w:r w:rsidRPr="00713EA5">
        <w:rPr>
          <w:lang w:val="ru-RU"/>
        </w:rPr>
        <w:t>Выберите один вариант ответа Он не был</w:t>
      </w:r>
      <w:proofErr w:type="gramEnd"/>
      <w:r w:rsidRPr="00713EA5">
        <w:rPr>
          <w:lang w:val="ru-RU"/>
        </w:rPr>
        <w:t xml:space="preserve"> полководцем кампании 1812 г… 1) </w:t>
      </w:r>
      <w:proofErr w:type="spellStart"/>
      <w:r w:rsidRPr="00713EA5">
        <w:rPr>
          <w:lang w:val="ru-RU"/>
        </w:rPr>
        <w:t>М.И.Кутузов</w:t>
      </w:r>
      <w:proofErr w:type="spellEnd"/>
      <w:r w:rsidRPr="00713EA5">
        <w:rPr>
          <w:lang w:val="ru-RU"/>
        </w:rPr>
        <w:t xml:space="preserve"> 2) </w:t>
      </w:r>
      <w:proofErr w:type="spellStart"/>
      <w:r w:rsidRPr="00713EA5">
        <w:rPr>
          <w:lang w:val="ru-RU"/>
        </w:rPr>
        <w:t>М.Д.Скобелев</w:t>
      </w:r>
      <w:proofErr w:type="spellEnd"/>
      <w:r w:rsidRPr="00713EA5">
        <w:rPr>
          <w:lang w:val="ru-RU"/>
        </w:rPr>
        <w:t xml:space="preserve"> 3) </w:t>
      </w:r>
      <w:proofErr w:type="spellStart"/>
      <w:r w:rsidRPr="00713EA5">
        <w:rPr>
          <w:lang w:val="ru-RU"/>
        </w:rPr>
        <w:t>П.И.Багратион</w:t>
      </w:r>
      <w:proofErr w:type="spellEnd"/>
      <w:r w:rsidRPr="00713EA5">
        <w:rPr>
          <w:lang w:val="ru-RU"/>
        </w:rPr>
        <w:t xml:space="preserve"> 4) </w:t>
      </w:r>
      <w:proofErr w:type="spellStart"/>
      <w:r w:rsidRPr="00713EA5">
        <w:rPr>
          <w:lang w:val="ru-RU"/>
        </w:rPr>
        <w:t>М.Б.Барклай</w:t>
      </w:r>
      <w:proofErr w:type="spellEnd"/>
      <w:r w:rsidRPr="00713EA5">
        <w:rPr>
          <w:lang w:val="ru-RU"/>
        </w:rPr>
        <w:t xml:space="preserve"> де Толли </w:t>
      </w:r>
    </w:p>
    <w:p w:rsidR="00713EA5" w:rsidRPr="00713EA5" w:rsidRDefault="00713EA5" w:rsidP="00713EA5">
      <w:pPr>
        <w:rPr>
          <w:lang w:val="ru-RU"/>
        </w:rPr>
      </w:pPr>
      <w:r w:rsidRPr="00713EA5">
        <w:rPr>
          <w:lang w:val="ru-RU"/>
        </w:rPr>
        <w:t xml:space="preserve">4. Выберите один вариант ответа Согласно решению Венского конгресса, Россия приобретала… 1) Царство Польское 2) </w:t>
      </w:r>
      <w:proofErr w:type="spellStart"/>
      <w:r w:rsidRPr="00713EA5">
        <w:rPr>
          <w:lang w:val="ru-RU"/>
        </w:rPr>
        <w:t>Бесарабию</w:t>
      </w:r>
      <w:proofErr w:type="spellEnd"/>
      <w:r w:rsidRPr="00713EA5">
        <w:rPr>
          <w:lang w:val="ru-RU"/>
        </w:rPr>
        <w:t xml:space="preserve"> 3) Финляндию 4) </w:t>
      </w:r>
      <w:proofErr w:type="spellStart"/>
      <w:r w:rsidRPr="00713EA5">
        <w:rPr>
          <w:lang w:val="ru-RU"/>
        </w:rPr>
        <w:t>Имеретию</w:t>
      </w:r>
      <w:proofErr w:type="spellEnd"/>
      <w:r w:rsidRPr="00713EA5">
        <w:rPr>
          <w:lang w:val="ru-RU"/>
        </w:rPr>
        <w:t xml:space="preserve"> </w:t>
      </w:r>
    </w:p>
    <w:p w:rsidR="00713EA5" w:rsidRPr="00713EA5" w:rsidRDefault="00713EA5" w:rsidP="00713EA5">
      <w:pPr>
        <w:rPr>
          <w:lang w:val="ru-RU"/>
        </w:rPr>
      </w:pPr>
      <w:r w:rsidRPr="00713EA5">
        <w:rPr>
          <w:lang w:val="ru-RU"/>
        </w:rPr>
        <w:t xml:space="preserve">5. Выберите один вариант ответа Программный документ Южного общества… 1) Устав 2) Конституция 3) Зелёная книга 4) </w:t>
      </w:r>
      <w:proofErr w:type="gramStart"/>
      <w:r w:rsidRPr="00713EA5">
        <w:rPr>
          <w:lang w:val="ru-RU"/>
        </w:rPr>
        <w:t>Русская</w:t>
      </w:r>
      <w:proofErr w:type="gramEnd"/>
      <w:r w:rsidRPr="00713EA5">
        <w:rPr>
          <w:lang w:val="ru-RU"/>
        </w:rPr>
        <w:t xml:space="preserve"> правда</w:t>
      </w:r>
    </w:p>
    <w:p w:rsidR="00713EA5" w:rsidRPr="00713EA5" w:rsidRDefault="00713EA5" w:rsidP="00713EA5">
      <w:pPr>
        <w:rPr>
          <w:lang w:val="ru-RU"/>
        </w:rPr>
      </w:pPr>
      <w:r w:rsidRPr="00713EA5">
        <w:rPr>
          <w:lang w:val="ru-RU"/>
        </w:rPr>
        <w:t xml:space="preserve">6. </w:t>
      </w:r>
      <w:proofErr w:type="gramStart"/>
      <w:r w:rsidRPr="00713EA5">
        <w:rPr>
          <w:lang w:val="ru-RU"/>
        </w:rPr>
        <w:t xml:space="preserve">Выберите один вариант ответа Согласно Конституции </w:t>
      </w:r>
      <w:proofErr w:type="spellStart"/>
      <w:r w:rsidRPr="00713EA5">
        <w:rPr>
          <w:lang w:val="ru-RU"/>
        </w:rPr>
        <w:t>Н.И.Муравьёва</w:t>
      </w:r>
      <w:proofErr w:type="spellEnd"/>
      <w:r w:rsidRPr="00713EA5">
        <w:rPr>
          <w:lang w:val="ru-RU"/>
        </w:rPr>
        <w:t xml:space="preserve"> в России должна</w:t>
      </w:r>
      <w:proofErr w:type="gramEnd"/>
      <w:r w:rsidRPr="00713EA5">
        <w:rPr>
          <w:lang w:val="ru-RU"/>
        </w:rPr>
        <w:t xml:space="preserve"> быть введена … 1) республика 2) конституционная монархия 3) диктатура дворянского представительства 4) теократия </w:t>
      </w:r>
    </w:p>
    <w:p w:rsidR="00713EA5" w:rsidRPr="00713EA5" w:rsidRDefault="00713EA5" w:rsidP="00713EA5">
      <w:pPr>
        <w:rPr>
          <w:lang w:val="ru-RU"/>
        </w:rPr>
      </w:pPr>
      <w:r w:rsidRPr="00713EA5">
        <w:rPr>
          <w:lang w:val="ru-RU"/>
        </w:rPr>
        <w:t xml:space="preserve">7. </w:t>
      </w:r>
      <w:proofErr w:type="gramStart"/>
      <w:r w:rsidRPr="00713EA5">
        <w:rPr>
          <w:lang w:val="ru-RU"/>
        </w:rPr>
        <w:t>Выберите один вариант ответа Он был</w:t>
      </w:r>
      <w:proofErr w:type="gramEnd"/>
      <w:r w:rsidRPr="00713EA5">
        <w:rPr>
          <w:lang w:val="ru-RU"/>
        </w:rPr>
        <w:t xml:space="preserve"> автором «Русской правды»… 1) </w:t>
      </w:r>
      <w:proofErr w:type="spellStart"/>
      <w:r w:rsidRPr="00713EA5">
        <w:rPr>
          <w:lang w:val="ru-RU"/>
        </w:rPr>
        <w:t>К.Ф.Рылеев</w:t>
      </w:r>
      <w:proofErr w:type="spellEnd"/>
      <w:r w:rsidRPr="00713EA5">
        <w:rPr>
          <w:lang w:val="ru-RU"/>
        </w:rPr>
        <w:t xml:space="preserve"> 43 2) </w:t>
      </w:r>
      <w:proofErr w:type="spellStart"/>
      <w:r w:rsidRPr="00713EA5">
        <w:rPr>
          <w:lang w:val="ru-RU"/>
        </w:rPr>
        <w:t>С.П.Трубецкой</w:t>
      </w:r>
      <w:proofErr w:type="spellEnd"/>
      <w:r w:rsidRPr="00713EA5">
        <w:rPr>
          <w:lang w:val="ru-RU"/>
        </w:rPr>
        <w:t xml:space="preserve"> 3) </w:t>
      </w:r>
      <w:proofErr w:type="spellStart"/>
      <w:r w:rsidRPr="00713EA5">
        <w:rPr>
          <w:lang w:val="ru-RU"/>
        </w:rPr>
        <w:t>П.И.Пестель</w:t>
      </w:r>
      <w:proofErr w:type="spellEnd"/>
      <w:r w:rsidRPr="00713EA5">
        <w:rPr>
          <w:lang w:val="ru-RU"/>
        </w:rPr>
        <w:t xml:space="preserve"> 4) </w:t>
      </w:r>
      <w:proofErr w:type="spellStart"/>
      <w:r w:rsidRPr="00713EA5">
        <w:rPr>
          <w:lang w:val="ru-RU"/>
        </w:rPr>
        <w:t>П.Г.Каховский</w:t>
      </w:r>
      <w:proofErr w:type="spellEnd"/>
      <w:r w:rsidRPr="00713EA5">
        <w:rPr>
          <w:lang w:val="ru-RU"/>
        </w:rPr>
        <w:t xml:space="preserve"> </w:t>
      </w:r>
    </w:p>
    <w:p w:rsidR="00713EA5" w:rsidRPr="00713EA5" w:rsidRDefault="00713EA5" w:rsidP="00713EA5">
      <w:pPr>
        <w:rPr>
          <w:lang w:val="ru-RU"/>
        </w:rPr>
      </w:pPr>
      <w:r w:rsidRPr="00713EA5">
        <w:rPr>
          <w:lang w:val="ru-RU"/>
        </w:rPr>
        <w:t xml:space="preserve">8. </w:t>
      </w:r>
      <w:proofErr w:type="gramStart"/>
      <w:r w:rsidRPr="00713EA5">
        <w:rPr>
          <w:lang w:val="ru-RU"/>
        </w:rPr>
        <w:t>Выберите один вариант ответа Казанский университет был</w:t>
      </w:r>
      <w:proofErr w:type="gramEnd"/>
      <w:r w:rsidRPr="00713EA5">
        <w:rPr>
          <w:lang w:val="ru-RU"/>
        </w:rPr>
        <w:t xml:space="preserve"> открыт в период правления… 1) Павла </w:t>
      </w:r>
      <w:r>
        <w:t>I</w:t>
      </w:r>
      <w:r w:rsidRPr="00713EA5">
        <w:rPr>
          <w:lang w:val="ru-RU"/>
        </w:rPr>
        <w:t xml:space="preserve"> 2) Александра </w:t>
      </w:r>
      <w:r>
        <w:t>I</w:t>
      </w:r>
      <w:r w:rsidRPr="00713EA5">
        <w:rPr>
          <w:lang w:val="ru-RU"/>
        </w:rPr>
        <w:t xml:space="preserve"> 3) Николая </w:t>
      </w:r>
      <w:r>
        <w:t>I</w:t>
      </w:r>
      <w:r w:rsidRPr="00713EA5">
        <w:rPr>
          <w:lang w:val="ru-RU"/>
        </w:rPr>
        <w:t xml:space="preserve"> 4) Александра </w:t>
      </w:r>
      <w:r>
        <w:t>II</w:t>
      </w:r>
      <w:r w:rsidRPr="00713EA5">
        <w:rPr>
          <w:lang w:val="ru-RU"/>
        </w:rPr>
        <w:t xml:space="preserve"> </w:t>
      </w:r>
    </w:p>
    <w:p w:rsidR="00713EA5" w:rsidRPr="00713EA5" w:rsidRDefault="00713EA5" w:rsidP="00713EA5">
      <w:pPr>
        <w:rPr>
          <w:lang w:val="ru-RU"/>
        </w:rPr>
      </w:pPr>
      <w:r w:rsidRPr="00713EA5">
        <w:rPr>
          <w:lang w:val="ru-RU"/>
        </w:rPr>
        <w:t xml:space="preserve">9. </w:t>
      </w:r>
      <w:proofErr w:type="gramStart"/>
      <w:r w:rsidRPr="00713EA5">
        <w:rPr>
          <w:lang w:val="ru-RU"/>
        </w:rPr>
        <w:t>Выберите один вариант ответа Наполеоновские войска вторглись</w:t>
      </w:r>
      <w:proofErr w:type="gramEnd"/>
      <w:r w:rsidRPr="00713EA5">
        <w:rPr>
          <w:lang w:val="ru-RU"/>
        </w:rPr>
        <w:t xml:space="preserve"> в Россию … 1) 15 мая 1812 г. 2) 12 июня 1812 г. 3) 16 июля 1812 г. 4) 20 августа 1812 г. </w:t>
      </w:r>
    </w:p>
    <w:p w:rsidR="00713EA5" w:rsidRPr="00713EA5" w:rsidRDefault="00713EA5" w:rsidP="00713EA5">
      <w:pPr>
        <w:rPr>
          <w:lang w:val="ru-RU"/>
        </w:rPr>
      </w:pPr>
      <w:r w:rsidRPr="00713EA5">
        <w:rPr>
          <w:lang w:val="ru-RU"/>
        </w:rPr>
        <w:t xml:space="preserve">10. Выберите один вариант ответа Венский конгресс – это конгресс… 1) стран, победительниц Наполеона 2) стран, объединившихся для борьбы с революционной Францией 3) государств, которые поддержали «континентальную блокаду» Англии 4) на котором представители </w:t>
      </w:r>
      <w:proofErr w:type="spellStart"/>
      <w:r w:rsidRPr="00713EA5">
        <w:rPr>
          <w:lang w:val="ru-RU"/>
        </w:rPr>
        <w:t>антинаполеоновской</w:t>
      </w:r>
      <w:proofErr w:type="spellEnd"/>
      <w:r w:rsidRPr="00713EA5">
        <w:rPr>
          <w:lang w:val="ru-RU"/>
        </w:rPr>
        <w:t xml:space="preserve"> коалиции пытались найти во</w:t>
      </w:r>
      <w:proofErr w:type="gramStart"/>
      <w:r w:rsidRPr="00713EA5">
        <w:rPr>
          <w:lang w:val="ru-RU"/>
        </w:rPr>
        <w:t>з-</w:t>
      </w:r>
      <w:proofErr w:type="gramEnd"/>
      <w:r w:rsidRPr="00713EA5">
        <w:rPr>
          <w:lang w:val="ru-RU"/>
        </w:rPr>
        <w:t xml:space="preserve"> </w:t>
      </w:r>
      <w:proofErr w:type="spellStart"/>
      <w:r w:rsidRPr="00713EA5">
        <w:rPr>
          <w:lang w:val="ru-RU"/>
        </w:rPr>
        <w:t>можности</w:t>
      </w:r>
      <w:proofErr w:type="spellEnd"/>
      <w:r w:rsidRPr="00713EA5">
        <w:rPr>
          <w:lang w:val="ru-RU"/>
        </w:rPr>
        <w:t xml:space="preserve"> для заключения мира с Наполеоном </w:t>
      </w:r>
    </w:p>
    <w:p w:rsidR="00713EA5" w:rsidRPr="00713EA5" w:rsidRDefault="00713EA5" w:rsidP="00713EA5">
      <w:pPr>
        <w:rPr>
          <w:lang w:val="ru-RU"/>
        </w:rPr>
      </w:pPr>
      <w:r w:rsidRPr="00713EA5">
        <w:rPr>
          <w:lang w:val="ru-RU"/>
        </w:rPr>
        <w:t xml:space="preserve">11. Дополните предложение Приближённый Александра </w:t>
      </w:r>
      <w:r>
        <w:t>I</w:t>
      </w:r>
      <w:r w:rsidRPr="00713EA5">
        <w:rPr>
          <w:lang w:val="ru-RU"/>
        </w:rPr>
        <w:t xml:space="preserve">, чьё имя стало символом жестокого полицейского режима, создатель «военных поселений». Это - ______________________. </w:t>
      </w:r>
    </w:p>
    <w:p w:rsidR="00713EA5" w:rsidRPr="00713EA5" w:rsidRDefault="00713EA5" w:rsidP="00713EA5">
      <w:pPr>
        <w:rPr>
          <w:lang w:val="ru-RU"/>
        </w:rPr>
      </w:pPr>
      <w:r w:rsidRPr="00713EA5">
        <w:rPr>
          <w:lang w:val="ru-RU"/>
        </w:rPr>
        <w:t xml:space="preserve">12. Выберите один вариант ответа Указ «О вольных хлебопашцах» был принят в правление императора… 1) Александра </w:t>
      </w:r>
      <w:r>
        <w:t>I</w:t>
      </w:r>
      <w:r w:rsidRPr="00713EA5">
        <w:rPr>
          <w:lang w:val="ru-RU"/>
        </w:rPr>
        <w:t xml:space="preserve"> 2) Павла </w:t>
      </w:r>
      <w:r>
        <w:t>I</w:t>
      </w:r>
      <w:r w:rsidRPr="00713EA5">
        <w:rPr>
          <w:lang w:val="ru-RU"/>
        </w:rPr>
        <w:t xml:space="preserve"> 3) Петра </w:t>
      </w:r>
      <w:r>
        <w:t>III</w:t>
      </w:r>
      <w:r w:rsidRPr="00713EA5">
        <w:rPr>
          <w:lang w:val="ru-RU"/>
        </w:rPr>
        <w:t xml:space="preserve"> 4) Александра </w:t>
      </w:r>
      <w:r>
        <w:t>II</w:t>
      </w:r>
      <w:r w:rsidRPr="00713EA5">
        <w:rPr>
          <w:lang w:val="ru-RU"/>
        </w:rPr>
        <w:t xml:space="preserve"> </w:t>
      </w:r>
    </w:p>
    <w:p w:rsidR="00713EA5" w:rsidRPr="00713EA5" w:rsidRDefault="00713EA5" w:rsidP="00713EA5">
      <w:pPr>
        <w:rPr>
          <w:lang w:val="ru-RU"/>
        </w:rPr>
      </w:pPr>
      <w:r w:rsidRPr="00713EA5">
        <w:rPr>
          <w:lang w:val="ru-RU"/>
        </w:rPr>
        <w:lastRenderedPageBreak/>
        <w:t xml:space="preserve">13. </w:t>
      </w:r>
      <w:proofErr w:type="gramStart"/>
      <w:r w:rsidRPr="00713EA5">
        <w:rPr>
          <w:lang w:val="ru-RU"/>
        </w:rPr>
        <w:t>Выберите один вариант ответа Предводители Южного общества декабристов подняли</w:t>
      </w:r>
      <w:proofErr w:type="gramEnd"/>
      <w:r w:rsidRPr="00713EA5">
        <w:rPr>
          <w:lang w:val="ru-RU"/>
        </w:rPr>
        <w:t xml:space="preserve"> восстание в … 1) Семёновском полку 2) Преображенском полку 3) Черниговском полку 4) Киевском полку </w:t>
      </w:r>
    </w:p>
    <w:p w:rsidR="00713EA5" w:rsidRPr="00713EA5" w:rsidRDefault="00713EA5" w:rsidP="00713EA5">
      <w:pPr>
        <w:rPr>
          <w:lang w:val="ru-RU"/>
        </w:rPr>
      </w:pPr>
      <w:r w:rsidRPr="00713EA5">
        <w:rPr>
          <w:lang w:val="ru-RU"/>
        </w:rPr>
        <w:t>14. Выберите один вариант ответа По окончанию конгресса в Вене в 1815 г. русский, австрийский и прусский монархи обязались обеспечить незыблемость его решений и подписали договор, получи</w:t>
      </w:r>
      <w:proofErr w:type="gramStart"/>
      <w:r w:rsidRPr="00713EA5">
        <w:rPr>
          <w:lang w:val="ru-RU"/>
        </w:rPr>
        <w:t>в-</w:t>
      </w:r>
      <w:proofErr w:type="gramEnd"/>
      <w:r w:rsidRPr="00713EA5">
        <w:rPr>
          <w:lang w:val="ru-RU"/>
        </w:rPr>
        <w:t xml:space="preserve"> </w:t>
      </w:r>
      <w:proofErr w:type="spellStart"/>
      <w:r w:rsidRPr="00713EA5">
        <w:rPr>
          <w:lang w:val="ru-RU"/>
        </w:rPr>
        <w:t>ший</w:t>
      </w:r>
      <w:proofErr w:type="spellEnd"/>
      <w:r w:rsidRPr="00713EA5">
        <w:rPr>
          <w:lang w:val="ru-RU"/>
        </w:rPr>
        <w:t xml:space="preserve"> название ... 1) Венский союз 2) Тройственное согласие 3) Священный союз 4) Союз трех императоров </w:t>
      </w:r>
    </w:p>
    <w:p w:rsidR="00713EA5" w:rsidRPr="00713EA5" w:rsidRDefault="00713EA5" w:rsidP="00713EA5">
      <w:pPr>
        <w:rPr>
          <w:lang w:val="ru-RU"/>
        </w:rPr>
      </w:pPr>
      <w:r w:rsidRPr="00713EA5">
        <w:rPr>
          <w:lang w:val="ru-RU"/>
        </w:rPr>
        <w:t>15.</w:t>
      </w:r>
      <w:proofErr w:type="gramStart"/>
      <w:r w:rsidRPr="00713EA5">
        <w:rPr>
          <w:lang w:val="ru-RU"/>
        </w:rPr>
        <w:t xml:space="preserve">Выберите один вариант ответа </w:t>
      </w:r>
      <w:r>
        <w:t>II</w:t>
      </w:r>
      <w:r w:rsidRPr="00713EA5">
        <w:rPr>
          <w:lang w:val="ru-RU"/>
        </w:rPr>
        <w:t xml:space="preserve"> Отделение Собственной канцелярии Его Императорского величества занималось</w:t>
      </w:r>
      <w:proofErr w:type="gramEnd"/>
      <w:r w:rsidRPr="00713EA5">
        <w:rPr>
          <w:lang w:val="ru-RU"/>
        </w:rPr>
        <w:t xml:space="preserve">… 1) кодификацией законов 2) разработкой проектов крестьянской реформы 3) политическим сыском 4) судопроизводством </w:t>
      </w:r>
    </w:p>
    <w:p w:rsidR="00713EA5" w:rsidRPr="00713EA5" w:rsidRDefault="00713EA5" w:rsidP="00713EA5">
      <w:pPr>
        <w:rPr>
          <w:lang w:val="ru-RU"/>
        </w:rPr>
      </w:pPr>
      <w:r w:rsidRPr="00713EA5">
        <w:rPr>
          <w:lang w:val="ru-RU"/>
        </w:rPr>
        <w:t xml:space="preserve">16. </w:t>
      </w:r>
      <w:proofErr w:type="gramStart"/>
      <w:r w:rsidRPr="00713EA5">
        <w:rPr>
          <w:lang w:val="ru-RU"/>
        </w:rPr>
        <w:t xml:space="preserve">Выберите один вариант ответа </w:t>
      </w:r>
      <w:proofErr w:type="spellStart"/>
      <w:r w:rsidRPr="00713EA5">
        <w:rPr>
          <w:lang w:val="ru-RU"/>
        </w:rPr>
        <w:t>Туркманчайский</w:t>
      </w:r>
      <w:proofErr w:type="spellEnd"/>
      <w:r w:rsidRPr="00713EA5">
        <w:rPr>
          <w:lang w:val="ru-RU"/>
        </w:rPr>
        <w:t xml:space="preserve"> мир был</w:t>
      </w:r>
      <w:proofErr w:type="gramEnd"/>
      <w:r w:rsidRPr="00713EA5">
        <w:rPr>
          <w:lang w:val="ru-RU"/>
        </w:rPr>
        <w:t xml:space="preserve"> подписан с … 1) Турцией 2) </w:t>
      </w:r>
      <w:proofErr w:type="spellStart"/>
      <w:r w:rsidRPr="00713EA5">
        <w:rPr>
          <w:lang w:val="ru-RU"/>
        </w:rPr>
        <w:t>Нахичиванским</w:t>
      </w:r>
      <w:proofErr w:type="spellEnd"/>
      <w:r w:rsidRPr="00713EA5">
        <w:rPr>
          <w:lang w:val="ru-RU"/>
        </w:rPr>
        <w:t xml:space="preserve"> ханством 3) Эриванским ханством 4) Ираном </w:t>
      </w:r>
    </w:p>
    <w:p w:rsidR="00713EA5" w:rsidRPr="00713EA5" w:rsidRDefault="00713EA5" w:rsidP="00713EA5">
      <w:pPr>
        <w:rPr>
          <w:lang w:val="ru-RU"/>
        </w:rPr>
      </w:pPr>
      <w:r w:rsidRPr="00713EA5">
        <w:rPr>
          <w:lang w:val="ru-RU"/>
        </w:rPr>
        <w:t>17. Выберите один вариант ответа</w:t>
      </w:r>
      <w:proofErr w:type="gramStart"/>
      <w:r w:rsidRPr="00713EA5">
        <w:rPr>
          <w:lang w:val="ru-RU"/>
        </w:rPr>
        <w:t xml:space="preserve"> В</w:t>
      </w:r>
      <w:proofErr w:type="gramEnd"/>
      <w:r w:rsidRPr="00713EA5">
        <w:rPr>
          <w:lang w:val="ru-RU"/>
        </w:rPr>
        <w:t xml:space="preserve">о время Крымской войны в антирусской коалиции не принимала участие … 45 1) Франция 2) Великобритания 3) Турция 4) Пруссия </w:t>
      </w:r>
    </w:p>
    <w:p w:rsidR="00713EA5" w:rsidRPr="00713EA5" w:rsidRDefault="00713EA5" w:rsidP="00713EA5">
      <w:pPr>
        <w:rPr>
          <w:lang w:val="ru-RU"/>
        </w:rPr>
      </w:pPr>
      <w:r w:rsidRPr="00713EA5">
        <w:rPr>
          <w:lang w:val="ru-RU"/>
        </w:rPr>
        <w:t xml:space="preserve">18. Выберите один вариант ответа В 1842 г. был издан указ … 1) о «вольных хлебопашцах» 2) об «обязанных крестьянах» 3) об освобождении частновладельческих крестьян 4) об освобождении крестьян в </w:t>
      </w:r>
      <w:proofErr w:type="spellStart"/>
      <w:r w:rsidRPr="00713EA5">
        <w:rPr>
          <w:lang w:val="ru-RU"/>
        </w:rPr>
        <w:t>Эстляндии</w:t>
      </w:r>
      <w:proofErr w:type="spellEnd"/>
      <w:r w:rsidRPr="00713EA5">
        <w:rPr>
          <w:lang w:val="ru-RU"/>
        </w:rPr>
        <w:t xml:space="preserve">, Лифляндии и Курляндии </w:t>
      </w:r>
    </w:p>
    <w:p w:rsidR="00713EA5" w:rsidRPr="00713EA5" w:rsidRDefault="00713EA5" w:rsidP="00713EA5">
      <w:pPr>
        <w:rPr>
          <w:lang w:val="ru-RU"/>
        </w:rPr>
      </w:pPr>
      <w:r w:rsidRPr="00713EA5">
        <w:rPr>
          <w:lang w:val="ru-RU"/>
        </w:rPr>
        <w:t xml:space="preserve">19. Выберите один вариант ответа В </w:t>
      </w:r>
      <w:proofErr w:type="gramStart"/>
      <w:r w:rsidRPr="00713EA5">
        <w:rPr>
          <w:lang w:val="ru-RU"/>
        </w:rPr>
        <w:t>этом</w:t>
      </w:r>
      <w:proofErr w:type="gramEnd"/>
      <w:r w:rsidRPr="00713EA5">
        <w:rPr>
          <w:lang w:val="ru-RU"/>
        </w:rPr>
        <w:t xml:space="preserve"> городе в 1826 г. университета не было … 1) Вильно 2) Харьков 3) Баку 4) Дерпт </w:t>
      </w:r>
    </w:p>
    <w:p w:rsidR="00713EA5" w:rsidRPr="00713EA5" w:rsidRDefault="00713EA5" w:rsidP="00713EA5">
      <w:pPr>
        <w:rPr>
          <w:lang w:val="ru-RU"/>
        </w:rPr>
      </w:pPr>
      <w:r w:rsidRPr="00713EA5">
        <w:rPr>
          <w:lang w:val="ru-RU"/>
        </w:rPr>
        <w:t>20. Выберите один вариант ответа</w:t>
      </w:r>
      <w:proofErr w:type="gramStart"/>
      <w:r w:rsidRPr="00713EA5">
        <w:rPr>
          <w:lang w:val="ru-RU"/>
        </w:rPr>
        <w:t xml:space="preserve"> Э</w:t>
      </w:r>
      <w:proofErr w:type="gramEnd"/>
      <w:r w:rsidRPr="00713EA5">
        <w:rPr>
          <w:lang w:val="ru-RU"/>
        </w:rPr>
        <w:t xml:space="preserve">то сражение не было сражением Крымской войны… 1) </w:t>
      </w:r>
      <w:proofErr w:type="spellStart"/>
      <w:r w:rsidRPr="00713EA5">
        <w:rPr>
          <w:lang w:val="ru-RU"/>
        </w:rPr>
        <w:t>Синопское</w:t>
      </w:r>
      <w:proofErr w:type="spellEnd"/>
      <w:r w:rsidRPr="00713EA5">
        <w:rPr>
          <w:lang w:val="ru-RU"/>
        </w:rPr>
        <w:t xml:space="preserve"> 2) </w:t>
      </w:r>
      <w:proofErr w:type="spellStart"/>
      <w:r w:rsidRPr="00713EA5">
        <w:rPr>
          <w:lang w:val="ru-RU"/>
        </w:rPr>
        <w:t>Чесменское</w:t>
      </w:r>
      <w:proofErr w:type="spellEnd"/>
      <w:r w:rsidRPr="00713EA5">
        <w:rPr>
          <w:lang w:val="ru-RU"/>
        </w:rPr>
        <w:t xml:space="preserve"> 3) на реке </w:t>
      </w:r>
      <w:proofErr w:type="spellStart"/>
      <w:r w:rsidRPr="00713EA5">
        <w:rPr>
          <w:lang w:val="ru-RU"/>
        </w:rPr>
        <w:t>Альме</w:t>
      </w:r>
      <w:proofErr w:type="spellEnd"/>
      <w:r w:rsidRPr="00713EA5">
        <w:rPr>
          <w:lang w:val="ru-RU"/>
        </w:rPr>
        <w:t xml:space="preserve"> 4) под </w:t>
      </w:r>
      <w:proofErr w:type="spellStart"/>
      <w:r w:rsidRPr="00713EA5">
        <w:rPr>
          <w:lang w:val="ru-RU"/>
        </w:rPr>
        <w:t>Инкерманом</w:t>
      </w:r>
      <w:proofErr w:type="spellEnd"/>
      <w:r w:rsidRPr="00713EA5">
        <w:rPr>
          <w:lang w:val="ru-RU"/>
        </w:rPr>
        <w:t xml:space="preserve"> </w:t>
      </w:r>
    </w:p>
    <w:p w:rsidR="00713EA5" w:rsidRPr="00713EA5" w:rsidRDefault="00713EA5" w:rsidP="00713EA5">
      <w:pPr>
        <w:rPr>
          <w:lang w:val="ru-RU"/>
        </w:rPr>
      </w:pPr>
      <w:r w:rsidRPr="00713EA5">
        <w:rPr>
          <w:lang w:val="ru-RU"/>
        </w:rPr>
        <w:t xml:space="preserve">21. Выберите один вариант ответа Событие, ускорившее выступление декабристов, … 1) объявление войны Турции 2) смерть Николая </w:t>
      </w:r>
      <w:r>
        <w:t>I</w:t>
      </w:r>
      <w:r w:rsidRPr="00713EA5">
        <w:rPr>
          <w:lang w:val="ru-RU"/>
        </w:rPr>
        <w:t xml:space="preserve"> 3) начавшийся «холерный бунт» 4) смерть Александра </w:t>
      </w:r>
      <w:r>
        <w:t>I</w:t>
      </w:r>
      <w:r w:rsidRPr="00713EA5">
        <w:rPr>
          <w:lang w:val="ru-RU"/>
        </w:rPr>
        <w:t xml:space="preserve"> </w:t>
      </w:r>
    </w:p>
    <w:p w:rsidR="00713EA5" w:rsidRPr="00713EA5" w:rsidRDefault="00713EA5" w:rsidP="00713EA5">
      <w:pPr>
        <w:rPr>
          <w:lang w:val="ru-RU"/>
        </w:rPr>
      </w:pPr>
      <w:r w:rsidRPr="00713EA5">
        <w:rPr>
          <w:lang w:val="ru-RU"/>
        </w:rPr>
        <w:t>22. Выберите один вариант ответа</w:t>
      </w:r>
      <w:proofErr w:type="gramStart"/>
      <w:r w:rsidRPr="00713EA5">
        <w:rPr>
          <w:lang w:val="ru-RU"/>
        </w:rPr>
        <w:t xml:space="preserve"> П</w:t>
      </w:r>
      <w:proofErr w:type="gramEnd"/>
      <w:r w:rsidRPr="00713EA5">
        <w:rPr>
          <w:lang w:val="ru-RU"/>
        </w:rPr>
        <w:t xml:space="preserve">о мнению </w:t>
      </w:r>
      <w:proofErr w:type="spellStart"/>
      <w:r w:rsidRPr="00713EA5">
        <w:rPr>
          <w:lang w:val="ru-RU"/>
        </w:rPr>
        <w:t>А.И.Герцена</w:t>
      </w:r>
      <w:proofErr w:type="spellEnd"/>
      <w:r w:rsidRPr="00713EA5">
        <w:rPr>
          <w:lang w:val="ru-RU"/>
        </w:rPr>
        <w:t xml:space="preserve">, установление социалистического общества в России будет связано с … 1) крестьянской общиной 2) получением всеми гражданами избирательного права 3) высокой православной духовностью русского народа </w:t>
      </w:r>
    </w:p>
    <w:p w:rsidR="00713EA5" w:rsidRPr="00713EA5" w:rsidRDefault="00713EA5" w:rsidP="00713EA5">
      <w:pPr>
        <w:rPr>
          <w:lang w:val="ru-RU"/>
        </w:rPr>
      </w:pPr>
      <w:r w:rsidRPr="00713EA5">
        <w:rPr>
          <w:lang w:val="ru-RU"/>
        </w:rPr>
        <w:t xml:space="preserve">23. Выберите один вариант ответа Выступление членов «Северного общества» произошло в … 1) 1825 г. 2) 1830 г. 3) 1848 г. 4) 1871 г. </w:t>
      </w:r>
    </w:p>
    <w:p w:rsidR="00713EA5" w:rsidRPr="00713EA5" w:rsidRDefault="00713EA5" w:rsidP="00713EA5">
      <w:pPr>
        <w:rPr>
          <w:lang w:val="ru-RU"/>
        </w:rPr>
      </w:pPr>
      <w:r w:rsidRPr="00713EA5">
        <w:rPr>
          <w:lang w:val="ru-RU"/>
        </w:rPr>
        <w:t xml:space="preserve">240. Дополните предложение Идеологическое течение 30-40-х гг. </w:t>
      </w:r>
      <w:r>
        <w:t>XIX</w:t>
      </w:r>
      <w:r w:rsidRPr="00713EA5">
        <w:rPr>
          <w:lang w:val="ru-RU"/>
        </w:rPr>
        <w:t xml:space="preserve"> в., ориентированное на русскую </w:t>
      </w:r>
      <w:proofErr w:type="spellStart"/>
      <w:r w:rsidRPr="00713EA5">
        <w:rPr>
          <w:lang w:val="ru-RU"/>
        </w:rPr>
        <w:t>самобы</w:t>
      </w:r>
      <w:proofErr w:type="gramStart"/>
      <w:r w:rsidRPr="00713EA5">
        <w:rPr>
          <w:lang w:val="ru-RU"/>
        </w:rPr>
        <w:t>т</w:t>
      </w:r>
      <w:proofErr w:type="spellEnd"/>
      <w:r w:rsidRPr="00713EA5">
        <w:rPr>
          <w:lang w:val="ru-RU"/>
        </w:rPr>
        <w:t>-</w:t>
      </w:r>
      <w:proofErr w:type="gramEnd"/>
      <w:r w:rsidRPr="00713EA5">
        <w:rPr>
          <w:lang w:val="ru-RU"/>
        </w:rPr>
        <w:t xml:space="preserve"> </w:t>
      </w:r>
      <w:proofErr w:type="spellStart"/>
      <w:r w:rsidRPr="00713EA5">
        <w:rPr>
          <w:lang w:val="ru-RU"/>
        </w:rPr>
        <w:t>ность</w:t>
      </w:r>
      <w:proofErr w:type="spellEnd"/>
      <w:r w:rsidRPr="00713EA5">
        <w:rPr>
          <w:lang w:val="ru-RU"/>
        </w:rPr>
        <w:t>, особый путь развития и православие, называлось ____________________________. 1</w:t>
      </w:r>
    </w:p>
    <w:p w:rsidR="00713EA5" w:rsidRPr="00713EA5" w:rsidRDefault="00713EA5" w:rsidP="00713EA5">
      <w:pPr>
        <w:rPr>
          <w:lang w:val="ru-RU"/>
        </w:rPr>
      </w:pPr>
      <w:r w:rsidRPr="00713EA5">
        <w:rPr>
          <w:lang w:val="ru-RU"/>
        </w:rPr>
        <w:t xml:space="preserve">25. Выберите один вариант ответа Император, заслуживший прозвище «жандарм Европы» …  1) Павел </w:t>
      </w:r>
      <w:r>
        <w:t>I</w:t>
      </w:r>
      <w:r w:rsidRPr="00713EA5">
        <w:rPr>
          <w:lang w:val="ru-RU"/>
        </w:rPr>
        <w:t xml:space="preserve"> 2) Александр </w:t>
      </w:r>
      <w:r>
        <w:t>I</w:t>
      </w:r>
      <w:r w:rsidRPr="00713EA5">
        <w:rPr>
          <w:lang w:val="ru-RU"/>
        </w:rPr>
        <w:t xml:space="preserve"> 3) Николай </w:t>
      </w:r>
      <w:r>
        <w:t>I</w:t>
      </w:r>
      <w:r w:rsidRPr="00713EA5">
        <w:rPr>
          <w:lang w:val="ru-RU"/>
        </w:rPr>
        <w:t xml:space="preserve"> 4) Александр </w:t>
      </w:r>
      <w:r>
        <w:t>II</w:t>
      </w:r>
      <w:r w:rsidRPr="00713EA5">
        <w:rPr>
          <w:lang w:val="ru-RU"/>
        </w:rPr>
        <w:t xml:space="preserve"> </w:t>
      </w:r>
    </w:p>
    <w:p w:rsidR="00713EA5" w:rsidRPr="00713EA5" w:rsidRDefault="00713EA5" w:rsidP="00713EA5">
      <w:pPr>
        <w:rPr>
          <w:lang w:val="ru-RU"/>
        </w:rPr>
      </w:pPr>
      <w:r w:rsidRPr="00713EA5">
        <w:rPr>
          <w:lang w:val="ru-RU"/>
        </w:rPr>
        <w:lastRenderedPageBreak/>
        <w:t xml:space="preserve">26. Выберите один вариант ответа 1801 г., 1825 г., 1855 г., 1881 г. Это даты … 1) военных кампаний, которые вела Россия в </w:t>
      </w:r>
      <w:r>
        <w:t>XIX</w:t>
      </w:r>
      <w:r w:rsidRPr="00713EA5">
        <w:rPr>
          <w:lang w:val="ru-RU"/>
        </w:rPr>
        <w:t xml:space="preserve"> в. 2) подписания важнейших договоров с другими странами 3) этапов реформы крепостного права 4) восшествий на престол российских императоров </w:t>
      </w:r>
    </w:p>
    <w:p w:rsidR="00713EA5" w:rsidRPr="00713EA5" w:rsidRDefault="00713EA5" w:rsidP="00713EA5">
      <w:pPr>
        <w:rPr>
          <w:lang w:val="ru-RU"/>
        </w:rPr>
      </w:pPr>
      <w:r w:rsidRPr="00713EA5">
        <w:rPr>
          <w:lang w:val="ru-RU"/>
        </w:rPr>
        <w:t xml:space="preserve">27. </w:t>
      </w:r>
      <w:proofErr w:type="gramStart"/>
      <w:r w:rsidRPr="00713EA5">
        <w:rPr>
          <w:lang w:val="ru-RU"/>
        </w:rPr>
        <w:t xml:space="preserve">Выберите один вариант ответа В годы царствования Николая </w:t>
      </w:r>
      <w:r>
        <w:t>I</w:t>
      </w:r>
      <w:r w:rsidRPr="00713EA5">
        <w:rPr>
          <w:lang w:val="ru-RU"/>
        </w:rPr>
        <w:t xml:space="preserve"> произошло</w:t>
      </w:r>
      <w:proofErr w:type="gramEnd"/>
      <w:r w:rsidRPr="00713EA5">
        <w:rPr>
          <w:lang w:val="ru-RU"/>
        </w:rPr>
        <w:t xml:space="preserve"> ... 1) учреждение министерств 2) созыв Государственной думы 3) кодификация законов Российской империи 4) учреждение Сената </w:t>
      </w:r>
    </w:p>
    <w:p w:rsidR="00713EA5" w:rsidRPr="00713EA5" w:rsidRDefault="00713EA5" w:rsidP="00713EA5">
      <w:pPr>
        <w:rPr>
          <w:lang w:val="ru-RU"/>
        </w:rPr>
      </w:pPr>
      <w:r w:rsidRPr="00713EA5">
        <w:rPr>
          <w:lang w:val="ru-RU"/>
        </w:rPr>
        <w:t>28. Выберите два варианта ответа</w:t>
      </w:r>
      <w:proofErr w:type="gramStart"/>
      <w:r w:rsidRPr="00713EA5">
        <w:rPr>
          <w:lang w:val="ru-RU"/>
        </w:rPr>
        <w:t xml:space="preserve"> Э</w:t>
      </w:r>
      <w:proofErr w:type="gramEnd"/>
      <w:r w:rsidRPr="00713EA5">
        <w:rPr>
          <w:lang w:val="ru-RU"/>
        </w:rPr>
        <w:t xml:space="preserve">ти два документа были приняты в период правления Александра </w:t>
      </w:r>
      <w:r>
        <w:t>III</w:t>
      </w:r>
      <w:r w:rsidRPr="00713EA5">
        <w:rPr>
          <w:lang w:val="ru-RU"/>
        </w:rPr>
        <w:t xml:space="preserve">… 1) «Положения о крестьянах, вышедших из крепостной зависимости» 2) «Положения о губернских и уездных земских учреждениях» 3) «Положения о земских начальниках» 4) Циркуляр о «кухаркиных детях» </w:t>
      </w:r>
    </w:p>
    <w:p w:rsidR="00713EA5" w:rsidRPr="00713EA5" w:rsidRDefault="00713EA5" w:rsidP="00713EA5">
      <w:pPr>
        <w:rPr>
          <w:lang w:val="ru-RU"/>
        </w:rPr>
      </w:pPr>
      <w:r w:rsidRPr="00713EA5">
        <w:rPr>
          <w:lang w:val="ru-RU"/>
        </w:rPr>
        <w:t>29. Выберите два варианта ответа На основании этих двух документов проводилась крестьянская реформа… 1) «Положения о крестьянах, вышедших из крепостной зависимости» 2) Манифест «О всемилостивейшем даровании крепостным людям прав состо</w:t>
      </w:r>
      <w:proofErr w:type="gramStart"/>
      <w:r w:rsidRPr="00713EA5">
        <w:rPr>
          <w:lang w:val="ru-RU"/>
        </w:rPr>
        <w:t>я-</w:t>
      </w:r>
      <w:proofErr w:type="gramEnd"/>
      <w:r w:rsidRPr="00713EA5">
        <w:rPr>
          <w:lang w:val="ru-RU"/>
        </w:rPr>
        <w:t xml:space="preserve"> </w:t>
      </w:r>
      <w:proofErr w:type="spellStart"/>
      <w:r w:rsidRPr="00713EA5">
        <w:rPr>
          <w:lang w:val="ru-RU"/>
        </w:rPr>
        <w:t>ния</w:t>
      </w:r>
      <w:proofErr w:type="spellEnd"/>
      <w:r w:rsidRPr="00713EA5">
        <w:rPr>
          <w:lang w:val="ru-RU"/>
        </w:rPr>
        <w:t xml:space="preserve"> свободных сельских обывателей» 3) «Положение о мерах к сохранению государственной безопасности и обще- </w:t>
      </w:r>
      <w:proofErr w:type="spellStart"/>
      <w:r w:rsidRPr="00713EA5">
        <w:rPr>
          <w:lang w:val="ru-RU"/>
        </w:rPr>
        <w:t>ственного</w:t>
      </w:r>
      <w:proofErr w:type="spellEnd"/>
      <w:r w:rsidRPr="00713EA5">
        <w:rPr>
          <w:lang w:val="ru-RU"/>
        </w:rPr>
        <w:t xml:space="preserve"> спокойствия» 4) «Положения о губернских и уездных земских учреждениях» </w:t>
      </w:r>
    </w:p>
    <w:p w:rsidR="00713EA5" w:rsidRPr="00713EA5" w:rsidRDefault="00713EA5" w:rsidP="00713EA5">
      <w:pPr>
        <w:rPr>
          <w:lang w:val="ru-RU"/>
        </w:rPr>
      </w:pPr>
      <w:r w:rsidRPr="00713EA5">
        <w:rPr>
          <w:lang w:val="ru-RU"/>
        </w:rPr>
        <w:t xml:space="preserve">30. </w:t>
      </w:r>
      <w:proofErr w:type="gramStart"/>
      <w:r w:rsidRPr="00713EA5">
        <w:rPr>
          <w:lang w:val="ru-RU"/>
        </w:rPr>
        <w:t xml:space="preserve">Выберите два варианта ответа Толчком к преобразованиям Александра </w:t>
      </w:r>
      <w:r>
        <w:t>II</w:t>
      </w:r>
      <w:r w:rsidRPr="00713EA5">
        <w:rPr>
          <w:lang w:val="ru-RU"/>
        </w:rPr>
        <w:t xml:space="preserve"> послужили</w:t>
      </w:r>
      <w:proofErr w:type="gramEnd"/>
      <w:r w:rsidRPr="00713EA5">
        <w:rPr>
          <w:lang w:val="ru-RU"/>
        </w:rPr>
        <w:t xml:space="preserve"> две причины … 1) проигранная Крымская война 2) падение престижа и авторитета России среди европейских держав  3) антикрепостнические убеждения царя 4) недовольство дворянства сохранением крепостного права </w:t>
      </w:r>
    </w:p>
    <w:p w:rsidR="00713EA5" w:rsidRPr="00713EA5" w:rsidRDefault="00713EA5" w:rsidP="00713EA5">
      <w:pPr>
        <w:rPr>
          <w:lang w:val="ru-RU"/>
        </w:rPr>
      </w:pPr>
      <w:r w:rsidRPr="00713EA5">
        <w:rPr>
          <w:lang w:val="ru-RU"/>
        </w:rPr>
        <w:t>31. Выберите два варианта ответа</w:t>
      </w:r>
      <w:proofErr w:type="gramStart"/>
      <w:r w:rsidRPr="00713EA5">
        <w:rPr>
          <w:lang w:val="ru-RU"/>
        </w:rPr>
        <w:t xml:space="preserve"> Д</w:t>
      </w:r>
      <w:proofErr w:type="gramEnd"/>
      <w:r w:rsidRPr="00713EA5">
        <w:rPr>
          <w:lang w:val="ru-RU"/>
        </w:rPr>
        <w:t xml:space="preserve">ва основных положения крестьянской реформы… 1) крестьяне получили свободу от власти помещика 2) крестьяне получили землю в частную собственность 3) выкупные платежи каждый крестьянин платил индивидуально 4) землю в частную собственность крестьяне не получили </w:t>
      </w:r>
    </w:p>
    <w:p w:rsidR="00713EA5" w:rsidRPr="00713EA5" w:rsidRDefault="00713EA5" w:rsidP="00713EA5">
      <w:pPr>
        <w:rPr>
          <w:lang w:val="ru-RU"/>
        </w:rPr>
      </w:pPr>
      <w:r w:rsidRPr="00713EA5">
        <w:rPr>
          <w:lang w:val="ru-RU"/>
        </w:rPr>
        <w:t xml:space="preserve">32. Выберите два варианта ответа Два органа местного самоуправления были созданы в ходе реформ 1860-1870-х </w:t>
      </w:r>
      <w:proofErr w:type="spellStart"/>
      <w:r w:rsidRPr="00713EA5">
        <w:rPr>
          <w:lang w:val="ru-RU"/>
        </w:rPr>
        <w:t>г</w:t>
      </w:r>
      <w:proofErr w:type="gramStart"/>
      <w:r w:rsidRPr="00713EA5">
        <w:rPr>
          <w:lang w:val="ru-RU"/>
        </w:rPr>
        <w:t>о</w:t>
      </w:r>
      <w:proofErr w:type="spellEnd"/>
      <w:r w:rsidRPr="00713EA5">
        <w:rPr>
          <w:lang w:val="ru-RU"/>
        </w:rPr>
        <w:t>-</w:t>
      </w:r>
      <w:proofErr w:type="gramEnd"/>
      <w:r w:rsidRPr="00713EA5">
        <w:rPr>
          <w:lang w:val="ru-RU"/>
        </w:rPr>
        <w:t xml:space="preserve"> </w:t>
      </w:r>
      <w:proofErr w:type="spellStart"/>
      <w:r w:rsidRPr="00713EA5">
        <w:rPr>
          <w:lang w:val="ru-RU"/>
        </w:rPr>
        <w:t>дов</w:t>
      </w:r>
      <w:proofErr w:type="spellEnd"/>
      <w:r w:rsidRPr="00713EA5">
        <w:rPr>
          <w:lang w:val="ru-RU"/>
        </w:rPr>
        <w:t xml:space="preserve"> … 1) Земские соборы 2) земства 3) городские думы 4) городские веча </w:t>
      </w:r>
    </w:p>
    <w:p w:rsidR="00713EA5" w:rsidRPr="00713EA5" w:rsidRDefault="00713EA5" w:rsidP="00713EA5">
      <w:pPr>
        <w:rPr>
          <w:lang w:val="ru-RU"/>
        </w:rPr>
      </w:pPr>
      <w:r w:rsidRPr="00713EA5">
        <w:rPr>
          <w:lang w:val="ru-RU"/>
        </w:rPr>
        <w:t xml:space="preserve">33. Выберите два варианта ответа С крестьянской реформой 1861 г. были связаны два новых явления в жизни </w:t>
      </w:r>
      <w:proofErr w:type="spellStart"/>
      <w:r w:rsidRPr="00713EA5">
        <w:rPr>
          <w:lang w:val="ru-RU"/>
        </w:rPr>
        <w:t>крест</w:t>
      </w:r>
      <w:proofErr w:type="gramStart"/>
      <w:r w:rsidRPr="00713EA5">
        <w:rPr>
          <w:lang w:val="ru-RU"/>
        </w:rPr>
        <w:t>ь</w:t>
      </w:r>
      <w:proofErr w:type="spellEnd"/>
      <w:r w:rsidRPr="00713EA5">
        <w:rPr>
          <w:lang w:val="ru-RU"/>
        </w:rPr>
        <w:t>-</w:t>
      </w:r>
      <w:proofErr w:type="gramEnd"/>
      <w:r w:rsidRPr="00713EA5">
        <w:rPr>
          <w:lang w:val="ru-RU"/>
        </w:rPr>
        <w:t xml:space="preserve"> </w:t>
      </w:r>
      <w:proofErr w:type="spellStart"/>
      <w:r w:rsidRPr="00713EA5">
        <w:rPr>
          <w:lang w:val="ru-RU"/>
        </w:rPr>
        <w:t>ян</w:t>
      </w:r>
      <w:proofErr w:type="spellEnd"/>
      <w:r w:rsidRPr="00713EA5">
        <w:rPr>
          <w:lang w:val="ru-RU"/>
        </w:rPr>
        <w:t xml:space="preserve">… 1) барщина, оброк 2) </w:t>
      </w:r>
      <w:proofErr w:type="spellStart"/>
      <w:r w:rsidRPr="00713EA5">
        <w:rPr>
          <w:lang w:val="ru-RU"/>
        </w:rPr>
        <w:t>временнообязанное</w:t>
      </w:r>
      <w:proofErr w:type="spellEnd"/>
      <w:r w:rsidRPr="00713EA5">
        <w:rPr>
          <w:lang w:val="ru-RU"/>
        </w:rPr>
        <w:t xml:space="preserve"> положение 3) крестьянская община, переделы земли 4) «уставные грамоты», «отрезки» </w:t>
      </w:r>
    </w:p>
    <w:p w:rsidR="00713EA5" w:rsidRPr="00713EA5" w:rsidRDefault="00713EA5" w:rsidP="00713EA5">
      <w:pPr>
        <w:rPr>
          <w:lang w:val="ru-RU"/>
        </w:rPr>
      </w:pPr>
      <w:r w:rsidRPr="00713EA5">
        <w:rPr>
          <w:lang w:val="ru-RU"/>
        </w:rPr>
        <w:t xml:space="preserve">34. Выберите один вариант ответа Александр </w:t>
      </w:r>
      <w:r>
        <w:t>II</w:t>
      </w:r>
      <w:r w:rsidRPr="00713EA5">
        <w:rPr>
          <w:lang w:val="ru-RU"/>
        </w:rPr>
        <w:t xml:space="preserve"> погиб от террористического акта, устроенного … 1) эсерами 2) большевиками 3) разночинцами 4) народниками </w:t>
      </w:r>
    </w:p>
    <w:p w:rsidR="00713EA5" w:rsidRPr="00713EA5" w:rsidRDefault="00713EA5" w:rsidP="00713EA5">
      <w:pPr>
        <w:rPr>
          <w:lang w:val="ru-RU"/>
        </w:rPr>
      </w:pPr>
      <w:r w:rsidRPr="00713EA5">
        <w:rPr>
          <w:lang w:val="ru-RU"/>
        </w:rPr>
        <w:lastRenderedPageBreak/>
        <w:t xml:space="preserve">35. </w:t>
      </w:r>
      <w:proofErr w:type="gramStart"/>
      <w:r w:rsidRPr="00713EA5">
        <w:rPr>
          <w:lang w:val="ru-RU"/>
        </w:rPr>
        <w:t>Выберите один вариант ответа Крепостное право в России было</w:t>
      </w:r>
      <w:proofErr w:type="gramEnd"/>
      <w:r w:rsidRPr="00713EA5">
        <w:rPr>
          <w:lang w:val="ru-RU"/>
        </w:rPr>
        <w:t xml:space="preserve"> ликвидировано при императоре … 1) Александре </w:t>
      </w:r>
      <w:r>
        <w:t>I</w:t>
      </w:r>
      <w:r w:rsidRPr="00713EA5">
        <w:rPr>
          <w:lang w:val="ru-RU"/>
        </w:rPr>
        <w:t xml:space="preserve"> 2) Александре </w:t>
      </w:r>
      <w:r>
        <w:t>II</w:t>
      </w:r>
      <w:r w:rsidRPr="00713EA5">
        <w:rPr>
          <w:lang w:val="ru-RU"/>
        </w:rPr>
        <w:t xml:space="preserve"> 3) Николае </w:t>
      </w:r>
      <w:r>
        <w:t>I</w:t>
      </w:r>
      <w:r w:rsidRPr="00713EA5">
        <w:rPr>
          <w:lang w:val="ru-RU"/>
        </w:rPr>
        <w:t xml:space="preserve"> 4) Николае </w:t>
      </w:r>
      <w:r>
        <w:t>II</w:t>
      </w:r>
      <w:r w:rsidRPr="00713EA5">
        <w:rPr>
          <w:lang w:val="ru-RU"/>
        </w:rPr>
        <w:t xml:space="preserve"> </w:t>
      </w:r>
    </w:p>
    <w:p w:rsidR="00713EA5" w:rsidRPr="00713EA5" w:rsidRDefault="00713EA5" w:rsidP="00713EA5">
      <w:pPr>
        <w:rPr>
          <w:lang w:val="ru-RU"/>
        </w:rPr>
      </w:pPr>
      <w:r w:rsidRPr="00713EA5">
        <w:rPr>
          <w:lang w:val="ru-RU"/>
        </w:rPr>
        <w:t xml:space="preserve">36. Выберите один вариант ответа Основой воинской реформы 1874 г. было… 1) ограничение срока службы 2) перевооружение армии более передовой техникой 3) строительство парового флота 4) введение всесословной воинской повинности </w:t>
      </w:r>
    </w:p>
    <w:p w:rsidR="00713EA5" w:rsidRPr="00713EA5" w:rsidRDefault="00713EA5" w:rsidP="00713EA5">
      <w:pPr>
        <w:rPr>
          <w:lang w:val="ru-RU"/>
        </w:rPr>
      </w:pPr>
      <w:r w:rsidRPr="00713EA5">
        <w:rPr>
          <w:lang w:val="ru-RU"/>
        </w:rPr>
        <w:t>37. Выберите три варианта ответа</w:t>
      </w:r>
      <w:proofErr w:type="gramStart"/>
      <w:r w:rsidRPr="00713EA5">
        <w:rPr>
          <w:lang w:val="ru-RU"/>
        </w:rPr>
        <w:t xml:space="preserve"> Т</w:t>
      </w:r>
      <w:proofErr w:type="gramEnd"/>
      <w:r w:rsidRPr="00713EA5">
        <w:rPr>
          <w:lang w:val="ru-RU"/>
        </w:rPr>
        <w:t xml:space="preserve">ри явления свидетельствовали о сохранении пережитков крепостничества в русской деревне в 1861-1881 гг. 1) отработочная система 2) право крестьян покупать землю 3) </w:t>
      </w:r>
      <w:proofErr w:type="spellStart"/>
      <w:r w:rsidRPr="00713EA5">
        <w:rPr>
          <w:lang w:val="ru-RU"/>
        </w:rPr>
        <w:t>временнообязанное</w:t>
      </w:r>
      <w:proofErr w:type="spellEnd"/>
      <w:r w:rsidRPr="00713EA5">
        <w:rPr>
          <w:lang w:val="ru-RU"/>
        </w:rPr>
        <w:t xml:space="preserve"> положение крестьян 49 4) сохранение оброка 5) право крестьян переходить в другое сословие 6) крестьянское предпринимательство </w:t>
      </w:r>
    </w:p>
    <w:p w:rsidR="00713EA5" w:rsidRPr="00713EA5" w:rsidRDefault="00713EA5" w:rsidP="00713EA5">
      <w:pPr>
        <w:rPr>
          <w:lang w:val="ru-RU"/>
        </w:rPr>
      </w:pPr>
      <w:r w:rsidRPr="00713EA5">
        <w:rPr>
          <w:lang w:val="ru-RU"/>
        </w:rPr>
        <w:t xml:space="preserve">38. Выберите три варианта ответа Содержание судебной реформы 1864 г. составляли три положения ... 1) участие «присяжного поверенного» в судебном процессе 2) состязательность судебного процесса 3) отмена высшей судебной власти сената 4) участие в судебном процессе присяжных заседателей 5) получение помещиками права суда над крестьянами 6) отмена права императора на помилование </w:t>
      </w:r>
    </w:p>
    <w:p w:rsidR="00713EA5" w:rsidRPr="00713EA5" w:rsidRDefault="00713EA5" w:rsidP="00713EA5">
      <w:pPr>
        <w:rPr>
          <w:lang w:val="ru-RU"/>
        </w:rPr>
      </w:pPr>
      <w:r w:rsidRPr="00713EA5">
        <w:rPr>
          <w:lang w:val="ru-RU"/>
        </w:rPr>
        <w:t xml:space="preserve">39. Выберите один вариант ответа Ограничение и контроль деятельности земств и городских дум, ограничение </w:t>
      </w:r>
      <w:proofErr w:type="spellStart"/>
      <w:r w:rsidRPr="00713EA5">
        <w:rPr>
          <w:lang w:val="ru-RU"/>
        </w:rPr>
        <w:t>автон</w:t>
      </w:r>
      <w:proofErr w:type="gramStart"/>
      <w:r w:rsidRPr="00713EA5">
        <w:rPr>
          <w:lang w:val="ru-RU"/>
        </w:rPr>
        <w:t>о</w:t>
      </w:r>
      <w:proofErr w:type="spellEnd"/>
      <w:r w:rsidRPr="00713EA5">
        <w:rPr>
          <w:lang w:val="ru-RU"/>
        </w:rPr>
        <w:t>-</w:t>
      </w:r>
      <w:proofErr w:type="gramEnd"/>
      <w:r w:rsidRPr="00713EA5">
        <w:rPr>
          <w:lang w:val="ru-RU"/>
        </w:rPr>
        <w:t xml:space="preserve"> </w:t>
      </w:r>
      <w:proofErr w:type="spellStart"/>
      <w:r w:rsidRPr="00713EA5">
        <w:rPr>
          <w:lang w:val="ru-RU"/>
        </w:rPr>
        <w:t>мии</w:t>
      </w:r>
      <w:proofErr w:type="spellEnd"/>
      <w:r w:rsidRPr="00713EA5">
        <w:rPr>
          <w:lang w:val="ru-RU"/>
        </w:rPr>
        <w:t xml:space="preserve"> университетов в 1881-1894 гг. – все эти мероприятия получили название 1) аракчеевщины 2) контрреформ 3) просвещённого абсолютизма 4) зубатовщины </w:t>
      </w:r>
    </w:p>
    <w:p w:rsidR="00713EA5" w:rsidRPr="00713EA5" w:rsidRDefault="00713EA5" w:rsidP="00713EA5">
      <w:pPr>
        <w:rPr>
          <w:lang w:val="ru-RU"/>
        </w:rPr>
      </w:pPr>
      <w:r w:rsidRPr="00713EA5">
        <w:rPr>
          <w:lang w:val="ru-RU"/>
        </w:rPr>
        <w:t xml:space="preserve">40. Выберите один вариант ответа В период правления Александра </w:t>
      </w:r>
      <w:r>
        <w:t>III</w:t>
      </w:r>
      <w:r w:rsidRPr="00713EA5">
        <w:rPr>
          <w:lang w:val="ru-RU"/>
        </w:rPr>
        <w:t xml:space="preserve"> ... 1) введена золотая валюта 2) бала отменена подушная подать 3) были отменены выкупные платежи 4) начала утверждаться государственная роспись расходов </w:t>
      </w:r>
    </w:p>
    <w:p w:rsidR="00713EA5" w:rsidRPr="00713EA5" w:rsidRDefault="00713EA5" w:rsidP="00713EA5">
      <w:pPr>
        <w:rPr>
          <w:lang w:val="ru-RU"/>
        </w:rPr>
      </w:pPr>
      <w:r w:rsidRPr="00713EA5">
        <w:rPr>
          <w:lang w:val="ru-RU"/>
        </w:rPr>
        <w:t xml:space="preserve">41. Выберите три варианта ответа В </w:t>
      </w:r>
      <w:proofErr w:type="gramStart"/>
      <w:r w:rsidRPr="00713EA5">
        <w:rPr>
          <w:lang w:val="ru-RU"/>
        </w:rPr>
        <w:t>результате</w:t>
      </w:r>
      <w:proofErr w:type="gramEnd"/>
      <w:r w:rsidRPr="00713EA5">
        <w:rPr>
          <w:lang w:val="ru-RU"/>
        </w:rPr>
        <w:t xml:space="preserve"> реформы 1861 г. крепостные крестьяне получили… 1) землю в частную собственность 2) свободу от власти помещика (без выкупа) 3) право выкупить надельные земли 4) право переходить в другое сословие 5) деньги для выкупа земли 6) деньги для развития крестьянского предпринимательства </w:t>
      </w:r>
    </w:p>
    <w:p w:rsidR="00713EA5" w:rsidRPr="00713EA5" w:rsidRDefault="00713EA5" w:rsidP="00713EA5">
      <w:pPr>
        <w:rPr>
          <w:lang w:val="ru-RU"/>
        </w:rPr>
      </w:pPr>
      <w:r w:rsidRPr="00713EA5">
        <w:rPr>
          <w:lang w:val="ru-RU"/>
        </w:rPr>
        <w:t xml:space="preserve">42. Выберите один вариант ответа В перечне основных положений крестьянской реформы 1861 г. укажите неверное… 1) крестьяне получили свободу от власти помещика (без выкупа) 2) крестьяне включены в состав общин </w:t>
      </w:r>
      <w:proofErr w:type="gramStart"/>
      <w:r w:rsidRPr="00713EA5">
        <w:rPr>
          <w:lang w:val="ru-RU"/>
        </w:rPr>
        <w:t xml:space="preserve">3) </w:t>
      </w:r>
      <w:proofErr w:type="gramEnd"/>
      <w:r w:rsidRPr="00713EA5">
        <w:rPr>
          <w:lang w:val="ru-RU"/>
        </w:rPr>
        <w:t>крестьяне получили землю в частную собственность 4) общинники должны были выкупить надельные земли</w:t>
      </w:r>
    </w:p>
    <w:p w:rsidR="00713EA5" w:rsidRPr="00713EA5" w:rsidRDefault="00713EA5" w:rsidP="00713EA5">
      <w:pPr>
        <w:rPr>
          <w:lang w:val="ru-RU"/>
        </w:rPr>
      </w:pPr>
      <w:r w:rsidRPr="00713EA5">
        <w:rPr>
          <w:lang w:val="ru-RU"/>
        </w:rPr>
        <w:t xml:space="preserve">43. Выберите один вариант ответа В период правления Александра </w:t>
      </w:r>
      <w:r>
        <w:t>III</w:t>
      </w:r>
      <w:r w:rsidRPr="00713EA5">
        <w:rPr>
          <w:lang w:val="ru-RU"/>
        </w:rPr>
        <w:t xml:space="preserve">… 1) были отменены выкупные платежи 2) была отменена подушная подать 3) введена золотая валюта 4) вводилась университетская автономия </w:t>
      </w:r>
    </w:p>
    <w:p w:rsidR="00713EA5" w:rsidRPr="00713EA5" w:rsidRDefault="00713EA5" w:rsidP="00713EA5">
      <w:pPr>
        <w:rPr>
          <w:lang w:val="ru-RU"/>
        </w:rPr>
      </w:pPr>
      <w:r w:rsidRPr="00713EA5">
        <w:rPr>
          <w:lang w:val="ru-RU"/>
        </w:rPr>
        <w:t xml:space="preserve">44. </w:t>
      </w:r>
      <w:proofErr w:type="gramStart"/>
      <w:r w:rsidRPr="00713EA5">
        <w:rPr>
          <w:lang w:val="ru-RU"/>
        </w:rPr>
        <w:t xml:space="preserve">Выберите один вариант ответа Политика контрреформ Александра </w:t>
      </w:r>
      <w:r>
        <w:t>III</w:t>
      </w:r>
      <w:r w:rsidRPr="00713EA5">
        <w:rPr>
          <w:lang w:val="ru-RU"/>
        </w:rPr>
        <w:t xml:space="preserve"> была</w:t>
      </w:r>
      <w:proofErr w:type="gramEnd"/>
      <w:r w:rsidRPr="00713EA5">
        <w:rPr>
          <w:lang w:val="ru-RU"/>
        </w:rPr>
        <w:t xml:space="preserve"> нацелена на …  1) отмену преобразований Александра </w:t>
      </w:r>
      <w:r>
        <w:t>II</w:t>
      </w:r>
      <w:r w:rsidRPr="00713EA5">
        <w:rPr>
          <w:lang w:val="ru-RU"/>
        </w:rPr>
        <w:t xml:space="preserve"> 2) корректировку Великих реформ 3) продолжение реформ Александра </w:t>
      </w:r>
      <w:r>
        <w:t>II</w:t>
      </w:r>
      <w:r w:rsidRPr="00713EA5">
        <w:rPr>
          <w:lang w:val="ru-RU"/>
        </w:rPr>
        <w:t xml:space="preserve"> 4) закрепление результатов реформ </w:t>
      </w:r>
    </w:p>
    <w:p w:rsidR="00713EA5" w:rsidRPr="00713EA5" w:rsidRDefault="00713EA5" w:rsidP="00713EA5">
      <w:pPr>
        <w:rPr>
          <w:lang w:val="ru-RU"/>
        </w:rPr>
      </w:pPr>
      <w:r w:rsidRPr="00713EA5">
        <w:rPr>
          <w:lang w:val="ru-RU"/>
        </w:rPr>
        <w:lastRenderedPageBreak/>
        <w:t xml:space="preserve">45. Выберите один вариант ответа Главной целью русской дипломатии в 50-х – 70-х гг. </w:t>
      </w:r>
      <w:r>
        <w:t>XIX</w:t>
      </w:r>
      <w:r w:rsidRPr="00713EA5">
        <w:rPr>
          <w:lang w:val="ru-RU"/>
        </w:rPr>
        <w:t xml:space="preserve"> в. было … 1) противодействие политике Тройственного Союза 2) отмена ограничительных статей Парижского мирного договора 3) защита интересов России на Дальнем Востоке 4) противодействие политики Англии на Ближнем Востоке </w:t>
      </w:r>
    </w:p>
    <w:p w:rsidR="00713EA5" w:rsidRPr="00713EA5" w:rsidRDefault="00713EA5" w:rsidP="00713EA5">
      <w:pPr>
        <w:rPr>
          <w:lang w:val="ru-RU"/>
        </w:rPr>
      </w:pPr>
      <w:r w:rsidRPr="00713EA5">
        <w:rPr>
          <w:lang w:val="ru-RU"/>
        </w:rPr>
        <w:t>46. Установите соответствие между именами полководцев и названиями войн, в к</w:t>
      </w:r>
      <w:proofErr w:type="gramStart"/>
      <w:r w:rsidRPr="00713EA5">
        <w:rPr>
          <w:lang w:val="ru-RU"/>
        </w:rPr>
        <w:t>о-</w:t>
      </w:r>
      <w:proofErr w:type="gramEnd"/>
      <w:r w:rsidRPr="00713EA5">
        <w:rPr>
          <w:lang w:val="ru-RU"/>
        </w:rPr>
        <w:t xml:space="preserve"> </w:t>
      </w:r>
      <w:proofErr w:type="spellStart"/>
      <w:r w:rsidRPr="00713EA5">
        <w:rPr>
          <w:lang w:val="ru-RU"/>
        </w:rPr>
        <w:t>торых</w:t>
      </w:r>
      <w:proofErr w:type="spellEnd"/>
      <w:r w:rsidRPr="00713EA5">
        <w:rPr>
          <w:lang w:val="ru-RU"/>
        </w:rPr>
        <w:t xml:space="preserve"> они прославились. 1) </w:t>
      </w:r>
      <w:proofErr w:type="spellStart"/>
      <w:r w:rsidRPr="00713EA5">
        <w:rPr>
          <w:lang w:val="ru-RU"/>
        </w:rPr>
        <w:t>А.П.Ермолов</w:t>
      </w:r>
      <w:proofErr w:type="spellEnd"/>
      <w:r w:rsidRPr="00713EA5">
        <w:rPr>
          <w:lang w:val="ru-RU"/>
        </w:rPr>
        <w:t xml:space="preserve"> а) Крымская война 1853-1856 гг. 2) </w:t>
      </w:r>
      <w:proofErr w:type="spellStart"/>
      <w:r w:rsidRPr="00713EA5">
        <w:rPr>
          <w:lang w:val="ru-RU"/>
        </w:rPr>
        <w:t>М.Д.Скобелев</w:t>
      </w:r>
      <w:proofErr w:type="spellEnd"/>
      <w:r w:rsidRPr="00713EA5">
        <w:rPr>
          <w:lang w:val="ru-RU"/>
        </w:rPr>
        <w:t xml:space="preserve"> б) Отечественная война 1812 г. 3) </w:t>
      </w:r>
      <w:proofErr w:type="spellStart"/>
      <w:r w:rsidRPr="00713EA5">
        <w:rPr>
          <w:lang w:val="ru-RU"/>
        </w:rPr>
        <w:t>П.А.Румянцев</w:t>
      </w:r>
      <w:proofErr w:type="spellEnd"/>
      <w:r w:rsidRPr="00713EA5">
        <w:rPr>
          <w:lang w:val="ru-RU"/>
        </w:rPr>
        <w:t xml:space="preserve"> в) Русско -турецкая война 1768-1774 гг. 4) </w:t>
      </w:r>
      <w:proofErr w:type="spellStart"/>
      <w:r w:rsidRPr="00713EA5">
        <w:rPr>
          <w:lang w:val="ru-RU"/>
        </w:rPr>
        <w:t>П.С.Нахимов</w:t>
      </w:r>
      <w:proofErr w:type="spellEnd"/>
      <w:r w:rsidRPr="00713EA5">
        <w:rPr>
          <w:lang w:val="ru-RU"/>
        </w:rPr>
        <w:t xml:space="preserve"> г) Русско -турецкая война 1877-1878 гг. </w:t>
      </w:r>
    </w:p>
    <w:p w:rsidR="00713EA5" w:rsidRPr="00713EA5" w:rsidRDefault="00713EA5" w:rsidP="00713EA5">
      <w:pPr>
        <w:rPr>
          <w:lang w:val="ru-RU"/>
        </w:rPr>
      </w:pPr>
    </w:p>
    <w:p w:rsidR="00713EA5" w:rsidRPr="00713EA5" w:rsidRDefault="00713EA5" w:rsidP="00713EA5">
      <w:pPr>
        <w:rPr>
          <w:szCs w:val="24"/>
          <w:lang w:val="ru-RU"/>
        </w:rPr>
      </w:pPr>
      <w:r w:rsidRPr="00713EA5">
        <w:rPr>
          <w:b/>
          <w:color w:val="000000"/>
          <w:szCs w:val="24"/>
          <w:lang w:val="ru-RU"/>
        </w:rPr>
        <w:t xml:space="preserve">Раздел 6. Россия в начале </w:t>
      </w:r>
      <w:r>
        <w:rPr>
          <w:b/>
          <w:color w:val="000000"/>
          <w:szCs w:val="24"/>
        </w:rPr>
        <w:t>XX</w:t>
      </w:r>
      <w:r w:rsidRPr="00713EA5">
        <w:rPr>
          <w:b/>
          <w:color w:val="000000"/>
          <w:szCs w:val="24"/>
          <w:lang w:val="ru-RU"/>
        </w:rPr>
        <w:t xml:space="preserve"> века.</w:t>
      </w:r>
    </w:p>
    <w:p w:rsidR="00713EA5" w:rsidRPr="00713EA5" w:rsidRDefault="00713EA5" w:rsidP="00713EA5">
      <w:pPr>
        <w:rPr>
          <w:szCs w:val="20"/>
          <w:lang w:val="ru-RU"/>
        </w:rPr>
      </w:pPr>
      <w:r w:rsidRPr="00713EA5">
        <w:rPr>
          <w:lang w:val="ru-RU"/>
        </w:rPr>
        <w:t>1. Выберите один вариант ответа</w:t>
      </w:r>
      <w:proofErr w:type="gramStart"/>
      <w:r w:rsidRPr="00713EA5">
        <w:rPr>
          <w:lang w:val="ru-RU"/>
        </w:rPr>
        <w:t xml:space="preserve"> С</w:t>
      </w:r>
      <w:proofErr w:type="gramEnd"/>
      <w:r w:rsidRPr="00713EA5">
        <w:rPr>
          <w:lang w:val="ru-RU"/>
        </w:rPr>
        <w:t xml:space="preserve">амый многочисленный социальный слой России в начале ХХ в. … 1) рабочие 2) крестьянство 3) дворянство 4) буржуазия </w:t>
      </w:r>
    </w:p>
    <w:p w:rsidR="00713EA5" w:rsidRPr="00713EA5" w:rsidRDefault="00713EA5" w:rsidP="00713EA5">
      <w:pPr>
        <w:rPr>
          <w:lang w:val="ru-RU"/>
        </w:rPr>
      </w:pPr>
      <w:r w:rsidRPr="00713EA5">
        <w:rPr>
          <w:lang w:val="ru-RU"/>
        </w:rPr>
        <w:t>2. Выберите два варианта ответа</w:t>
      </w:r>
      <w:proofErr w:type="gramStart"/>
      <w:r w:rsidRPr="00713EA5">
        <w:rPr>
          <w:lang w:val="ru-RU"/>
        </w:rPr>
        <w:t xml:space="preserve"> Д</w:t>
      </w:r>
      <w:proofErr w:type="gramEnd"/>
      <w:r w:rsidRPr="00713EA5">
        <w:rPr>
          <w:lang w:val="ru-RU"/>
        </w:rPr>
        <w:t xml:space="preserve">ва события периода первой российской революции, относящиеся к 1905 г… 1) Всероссийская октябрьская политическая стачка 2) вооружённое восстание в Москве 3) третьеиюньский переворот 4) новая редакция Основных законов Российской империи </w:t>
      </w:r>
    </w:p>
    <w:p w:rsidR="00713EA5" w:rsidRPr="00713EA5" w:rsidRDefault="00713EA5" w:rsidP="00713EA5">
      <w:pPr>
        <w:rPr>
          <w:lang w:val="ru-RU"/>
        </w:rPr>
      </w:pPr>
      <w:r w:rsidRPr="00713EA5">
        <w:rPr>
          <w:lang w:val="ru-RU"/>
        </w:rPr>
        <w:t xml:space="preserve">3. Выберите два варианта ответа В итоге революции 1905-1907 гг. изменилось социально-политическое положение граждан России, что выразилось в двух положениях … 1) разрешено организовывать профессиональные союзы 2) создавать политические партии </w:t>
      </w:r>
      <w:proofErr w:type="gramStart"/>
      <w:r w:rsidRPr="00713EA5">
        <w:rPr>
          <w:lang w:val="ru-RU"/>
        </w:rPr>
        <w:t xml:space="preserve">3) </w:t>
      </w:r>
      <w:proofErr w:type="gramEnd"/>
      <w:r w:rsidRPr="00713EA5">
        <w:rPr>
          <w:lang w:val="ru-RU"/>
        </w:rPr>
        <w:t xml:space="preserve">женщины уравнивались в политических правах с мужчинами 4) устанавливался 8-часовой рабочий день </w:t>
      </w:r>
    </w:p>
    <w:p w:rsidR="00713EA5" w:rsidRPr="00713EA5" w:rsidRDefault="00713EA5" w:rsidP="00713EA5">
      <w:pPr>
        <w:rPr>
          <w:lang w:val="ru-RU"/>
        </w:rPr>
      </w:pPr>
      <w:r w:rsidRPr="00713EA5">
        <w:rPr>
          <w:lang w:val="ru-RU"/>
        </w:rPr>
        <w:t>4. Выберите два варианта ответа</w:t>
      </w:r>
      <w:proofErr w:type="gramStart"/>
      <w:r w:rsidRPr="00713EA5">
        <w:rPr>
          <w:lang w:val="ru-RU"/>
        </w:rPr>
        <w:t xml:space="preserve"> Э</w:t>
      </w:r>
      <w:proofErr w:type="gramEnd"/>
      <w:r w:rsidRPr="00713EA5">
        <w:rPr>
          <w:lang w:val="ru-RU"/>
        </w:rPr>
        <w:t xml:space="preserve">ти две партии образовались в 1905-1907 гг.… 1) «Союз 17 октября» (октябристы) 2) Конституционно-демократическая партия 3) РСДРП (социал-демократы) 4) социалистов-революционеров (эсеров) </w:t>
      </w:r>
    </w:p>
    <w:p w:rsidR="00713EA5" w:rsidRPr="00713EA5" w:rsidRDefault="00713EA5" w:rsidP="00713EA5">
      <w:pPr>
        <w:rPr>
          <w:lang w:val="ru-RU"/>
        </w:rPr>
      </w:pPr>
      <w:r w:rsidRPr="00713EA5">
        <w:rPr>
          <w:lang w:val="ru-RU"/>
        </w:rPr>
        <w:t>5. Выберите два варианта ответа</w:t>
      </w:r>
      <w:proofErr w:type="gramStart"/>
      <w:r w:rsidRPr="00713EA5">
        <w:rPr>
          <w:lang w:val="ru-RU"/>
        </w:rPr>
        <w:t xml:space="preserve"> Д</w:t>
      </w:r>
      <w:proofErr w:type="gramEnd"/>
      <w:r w:rsidRPr="00713EA5">
        <w:rPr>
          <w:lang w:val="ru-RU"/>
        </w:rPr>
        <w:t xml:space="preserve">ва события первой российской революции относятся к 1906 г… 1) утверждение царём новой редакции «Основных законов Российской империи» 2) вооруженное восстание в Москве 3) убийство </w:t>
      </w:r>
      <w:proofErr w:type="spellStart"/>
      <w:r w:rsidRPr="00713EA5">
        <w:rPr>
          <w:lang w:val="ru-RU"/>
        </w:rPr>
        <w:t>П.А.Столыпина</w:t>
      </w:r>
      <w:proofErr w:type="spellEnd"/>
      <w:r w:rsidRPr="00713EA5">
        <w:rPr>
          <w:lang w:val="ru-RU"/>
        </w:rPr>
        <w:t xml:space="preserve"> 4) начало работы Первой Государственной думы </w:t>
      </w:r>
    </w:p>
    <w:p w:rsidR="00713EA5" w:rsidRPr="00713EA5" w:rsidRDefault="00713EA5" w:rsidP="00713EA5">
      <w:pPr>
        <w:rPr>
          <w:lang w:val="ru-RU"/>
        </w:rPr>
      </w:pPr>
      <w:r w:rsidRPr="00713EA5">
        <w:rPr>
          <w:lang w:val="ru-RU"/>
        </w:rPr>
        <w:t>5. Выберите два варианта ответа</w:t>
      </w:r>
      <w:proofErr w:type="gramStart"/>
      <w:r w:rsidRPr="00713EA5">
        <w:rPr>
          <w:lang w:val="ru-RU"/>
        </w:rPr>
        <w:t xml:space="preserve"> Д</w:t>
      </w:r>
      <w:proofErr w:type="gramEnd"/>
      <w:r w:rsidRPr="00713EA5">
        <w:rPr>
          <w:lang w:val="ru-RU"/>
        </w:rPr>
        <w:t xml:space="preserve">ве монархические партии начала ХХ в…. 1) «Союз 17 октября» (октябристы) 2) Конституционно-демократическая партия 3) «Союз русского народа» 4) «Русский народный союз имени Михаила Архангела» </w:t>
      </w:r>
    </w:p>
    <w:p w:rsidR="00713EA5" w:rsidRPr="00713EA5" w:rsidRDefault="00713EA5" w:rsidP="00713EA5">
      <w:pPr>
        <w:rPr>
          <w:lang w:val="ru-RU"/>
        </w:rPr>
      </w:pPr>
      <w:r w:rsidRPr="00713EA5">
        <w:rPr>
          <w:lang w:val="ru-RU"/>
        </w:rPr>
        <w:t>6. Выберите два варианта ответа Программа-минимум Р</w:t>
      </w:r>
      <w:proofErr w:type="gramStart"/>
      <w:r w:rsidRPr="00713EA5">
        <w:rPr>
          <w:lang w:val="ru-RU"/>
        </w:rPr>
        <w:t>СДРП пр</w:t>
      </w:r>
      <w:proofErr w:type="gramEnd"/>
      <w:r w:rsidRPr="00713EA5">
        <w:rPr>
          <w:lang w:val="ru-RU"/>
        </w:rPr>
        <w:t xml:space="preserve">едусматривала два положения … 1) свержение самодержавия и установление демократической республики 2) </w:t>
      </w:r>
      <w:r w:rsidRPr="00713EA5">
        <w:rPr>
          <w:lang w:val="ru-RU"/>
        </w:rPr>
        <w:lastRenderedPageBreak/>
        <w:t xml:space="preserve">меры по улучшению положения рабочих 3) социалистическую революцию 4) установление диктатуры пролетариата </w:t>
      </w:r>
    </w:p>
    <w:p w:rsidR="00713EA5" w:rsidRPr="00713EA5" w:rsidRDefault="00713EA5" w:rsidP="00713EA5">
      <w:pPr>
        <w:rPr>
          <w:lang w:val="ru-RU"/>
        </w:rPr>
      </w:pPr>
      <w:r w:rsidRPr="00713EA5">
        <w:rPr>
          <w:lang w:val="ru-RU"/>
        </w:rPr>
        <w:t>7. Выберите два варианта ответа Программа-максимум Р</w:t>
      </w:r>
      <w:proofErr w:type="gramStart"/>
      <w:r w:rsidRPr="00713EA5">
        <w:rPr>
          <w:lang w:val="ru-RU"/>
        </w:rPr>
        <w:t>СДРП пр</w:t>
      </w:r>
      <w:proofErr w:type="gramEnd"/>
      <w:r w:rsidRPr="00713EA5">
        <w:rPr>
          <w:lang w:val="ru-RU"/>
        </w:rPr>
        <w:t xml:space="preserve">едусматривала два положения … 1) свержение самодержавия и установление демократической республики 2) меры по улучшению положения рабочих 3) социалистическую революцию 4) установление диктатуры пролетариата </w:t>
      </w:r>
    </w:p>
    <w:p w:rsidR="00713EA5" w:rsidRPr="00713EA5" w:rsidRDefault="00713EA5" w:rsidP="00713EA5">
      <w:pPr>
        <w:rPr>
          <w:lang w:val="ru-RU"/>
        </w:rPr>
      </w:pPr>
      <w:r w:rsidRPr="00713EA5">
        <w:rPr>
          <w:lang w:val="ru-RU"/>
        </w:rPr>
        <w:t xml:space="preserve">8. </w:t>
      </w:r>
      <w:proofErr w:type="gramStart"/>
      <w:r w:rsidRPr="00713EA5">
        <w:rPr>
          <w:lang w:val="ru-RU"/>
        </w:rPr>
        <w:t>Выберите два варианта ответа Монархическими партиями руководили</w:t>
      </w:r>
      <w:proofErr w:type="gramEnd"/>
      <w:r w:rsidRPr="00713EA5">
        <w:rPr>
          <w:lang w:val="ru-RU"/>
        </w:rPr>
        <w:t xml:space="preserve"> два деятеля … 1) </w:t>
      </w:r>
      <w:proofErr w:type="spellStart"/>
      <w:r w:rsidRPr="00713EA5">
        <w:rPr>
          <w:lang w:val="ru-RU"/>
        </w:rPr>
        <w:t>А.И.Дубровин</w:t>
      </w:r>
      <w:proofErr w:type="spellEnd"/>
      <w:r w:rsidRPr="00713EA5">
        <w:rPr>
          <w:lang w:val="ru-RU"/>
        </w:rPr>
        <w:t xml:space="preserve"> 2) </w:t>
      </w:r>
      <w:proofErr w:type="spellStart"/>
      <w:r w:rsidRPr="00713EA5">
        <w:rPr>
          <w:lang w:val="ru-RU"/>
        </w:rPr>
        <w:t>В.И.Ульянов</w:t>
      </w:r>
      <w:proofErr w:type="spellEnd"/>
      <w:r w:rsidRPr="00713EA5">
        <w:rPr>
          <w:lang w:val="ru-RU"/>
        </w:rPr>
        <w:t xml:space="preserve"> 3) </w:t>
      </w:r>
      <w:proofErr w:type="spellStart"/>
      <w:r w:rsidRPr="00713EA5">
        <w:rPr>
          <w:lang w:val="ru-RU"/>
        </w:rPr>
        <w:t>В.М.Чернов</w:t>
      </w:r>
      <w:proofErr w:type="spellEnd"/>
      <w:r w:rsidRPr="00713EA5">
        <w:rPr>
          <w:lang w:val="ru-RU"/>
        </w:rPr>
        <w:t xml:space="preserve"> 4) </w:t>
      </w:r>
      <w:proofErr w:type="spellStart"/>
      <w:r w:rsidRPr="00713EA5">
        <w:rPr>
          <w:lang w:val="ru-RU"/>
        </w:rPr>
        <w:t>В.М.Пуришкевич</w:t>
      </w:r>
      <w:proofErr w:type="spellEnd"/>
      <w:r w:rsidRPr="00713EA5">
        <w:rPr>
          <w:lang w:val="ru-RU"/>
        </w:rPr>
        <w:t xml:space="preserve"> </w:t>
      </w:r>
    </w:p>
    <w:p w:rsidR="00713EA5" w:rsidRPr="00713EA5" w:rsidRDefault="00713EA5" w:rsidP="00713EA5">
      <w:pPr>
        <w:rPr>
          <w:lang w:val="ru-RU"/>
        </w:rPr>
      </w:pPr>
      <w:r w:rsidRPr="00713EA5">
        <w:rPr>
          <w:lang w:val="ru-RU"/>
        </w:rPr>
        <w:t>9. Выберите один вариант ответа</w:t>
      </w:r>
      <w:proofErr w:type="gramStart"/>
      <w:r w:rsidRPr="00713EA5">
        <w:rPr>
          <w:lang w:val="ru-RU"/>
        </w:rPr>
        <w:t xml:space="preserve"> Н</w:t>
      </w:r>
      <w:proofErr w:type="gramEnd"/>
      <w:r w:rsidRPr="00713EA5">
        <w:rPr>
          <w:lang w:val="ru-RU"/>
        </w:rPr>
        <w:t xml:space="preserve">а первом этапе войны 1914 г… 1) общество, в целом, консолидировалось 2) общество, в целом, оказалось разобщено 3) власть оказалась в изоляции 4) активно нарастали оппозиционные настроения </w:t>
      </w:r>
    </w:p>
    <w:p w:rsidR="00713EA5" w:rsidRPr="00713EA5" w:rsidRDefault="00713EA5" w:rsidP="00713EA5">
      <w:pPr>
        <w:rPr>
          <w:lang w:val="ru-RU"/>
        </w:rPr>
      </w:pPr>
      <w:r w:rsidRPr="00713EA5">
        <w:rPr>
          <w:lang w:val="ru-RU"/>
        </w:rPr>
        <w:t xml:space="preserve">10. </w:t>
      </w:r>
      <w:proofErr w:type="gramStart"/>
      <w:r w:rsidRPr="00713EA5">
        <w:rPr>
          <w:lang w:val="ru-RU"/>
        </w:rPr>
        <w:t>Выберите один вариант ответа Он не был</w:t>
      </w:r>
      <w:proofErr w:type="gramEnd"/>
      <w:r w:rsidRPr="00713EA5">
        <w:rPr>
          <w:lang w:val="ru-RU"/>
        </w:rPr>
        <w:t xml:space="preserve"> генералом русской армии … 1) </w:t>
      </w:r>
      <w:proofErr w:type="spellStart"/>
      <w:r w:rsidRPr="00713EA5">
        <w:rPr>
          <w:lang w:val="ru-RU"/>
        </w:rPr>
        <w:t>С.В.Зубатов</w:t>
      </w:r>
      <w:proofErr w:type="spellEnd"/>
      <w:r w:rsidRPr="00713EA5">
        <w:rPr>
          <w:lang w:val="ru-RU"/>
        </w:rPr>
        <w:t xml:space="preserve"> 2) </w:t>
      </w:r>
      <w:proofErr w:type="spellStart"/>
      <w:r w:rsidRPr="00713EA5">
        <w:rPr>
          <w:lang w:val="ru-RU"/>
        </w:rPr>
        <w:t>А.А.Брусилов</w:t>
      </w:r>
      <w:proofErr w:type="spellEnd"/>
      <w:r w:rsidRPr="00713EA5">
        <w:rPr>
          <w:lang w:val="ru-RU"/>
        </w:rPr>
        <w:t xml:space="preserve"> 3) </w:t>
      </w:r>
      <w:proofErr w:type="spellStart"/>
      <w:r w:rsidRPr="00713EA5">
        <w:rPr>
          <w:lang w:val="ru-RU"/>
        </w:rPr>
        <w:t>А.В.Самсонов</w:t>
      </w:r>
      <w:proofErr w:type="spellEnd"/>
      <w:r w:rsidRPr="00713EA5">
        <w:rPr>
          <w:lang w:val="ru-RU"/>
        </w:rPr>
        <w:t xml:space="preserve"> 4) </w:t>
      </w:r>
      <w:proofErr w:type="spellStart"/>
      <w:r w:rsidRPr="00713EA5">
        <w:rPr>
          <w:lang w:val="ru-RU"/>
        </w:rPr>
        <w:t>П.К.Ранненкампф</w:t>
      </w:r>
      <w:proofErr w:type="spellEnd"/>
      <w:r w:rsidRPr="00713EA5">
        <w:rPr>
          <w:lang w:val="ru-RU"/>
        </w:rPr>
        <w:t xml:space="preserve"> </w:t>
      </w:r>
    </w:p>
    <w:p w:rsidR="00713EA5" w:rsidRPr="00713EA5" w:rsidRDefault="00713EA5" w:rsidP="00713EA5">
      <w:pPr>
        <w:rPr>
          <w:lang w:val="ru-RU"/>
        </w:rPr>
      </w:pPr>
      <w:r w:rsidRPr="00713EA5">
        <w:rPr>
          <w:lang w:val="ru-RU"/>
        </w:rPr>
        <w:t>11. Выберите один вариант ответа</w:t>
      </w:r>
      <w:proofErr w:type="gramStart"/>
      <w:r w:rsidRPr="00713EA5">
        <w:rPr>
          <w:lang w:val="ru-RU"/>
        </w:rPr>
        <w:t xml:space="preserve"> Э</w:t>
      </w:r>
      <w:proofErr w:type="gramEnd"/>
      <w:r w:rsidRPr="00713EA5">
        <w:rPr>
          <w:lang w:val="ru-RU"/>
        </w:rPr>
        <w:t xml:space="preserve">та страна не входила в Антанту… 1) Румыния 2) Турция 3) Англия 4) Россия </w:t>
      </w:r>
    </w:p>
    <w:p w:rsidR="00713EA5" w:rsidRPr="00713EA5" w:rsidRDefault="00713EA5" w:rsidP="00713EA5">
      <w:pPr>
        <w:rPr>
          <w:lang w:val="ru-RU"/>
        </w:rPr>
      </w:pPr>
      <w:r w:rsidRPr="00713EA5">
        <w:rPr>
          <w:lang w:val="ru-RU"/>
        </w:rPr>
        <w:t xml:space="preserve">12. </w:t>
      </w:r>
      <w:proofErr w:type="gramStart"/>
      <w:r w:rsidRPr="00713EA5">
        <w:rPr>
          <w:lang w:val="ru-RU"/>
        </w:rPr>
        <w:t>Выберите один вариант ответа Первая мировая война завершилась</w:t>
      </w:r>
      <w:proofErr w:type="gramEnd"/>
      <w:r w:rsidRPr="00713EA5">
        <w:rPr>
          <w:lang w:val="ru-RU"/>
        </w:rPr>
        <w:t xml:space="preserve"> в… 1) марте 1917 г. 2) октябре 1917 г. 3) марте 1918 г. 4) ноябре 1918 г. </w:t>
      </w:r>
    </w:p>
    <w:p w:rsidR="00713EA5" w:rsidRPr="00713EA5" w:rsidRDefault="00713EA5" w:rsidP="00713EA5">
      <w:pPr>
        <w:rPr>
          <w:lang w:val="ru-RU"/>
        </w:rPr>
      </w:pPr>
      <w:r w:rsidRPr="00713EA5">
        <w:rPr>
          <w:lang w:val="ru-RU"/>
        </w:rPr>
        <w:t xml:space="preserve">13. </w:t>
      </w:r>
      <w:proofErr w:type="gramStart"/>
      <w:r w:rsidRPr="00713EA5">
        <w:rPr>
          <w:lang w:val="ru-RU"/>
        </w:rPr>
        <w:t>Выберите один вариант ответа Позиция большевиков в отношении первой мировой войны выражалась</w:t>
      </w:r>
      <w:proofErr w:type="gramEnd"/>
      <w:r w:rsidRPr="00713EA5">
        <w:rPr>
          <w:lang w:val="ru-RU"/>
        </w:rPr>
        <w:t xml:space="preserve"> в лозунге… 1) провозглашение «гражданского мира» 2) превращение войны империалистической в войну гражданскую 3) продолжение войны «до победного конца» 4) защиты Отечества от германского нашествия </w:t>
      </w:r>
    </w:p>
    <w:p w:rsidR="00713EA5" w:rsidRPr="00713EA5" w:rsidRDefault="00713EA5" w:rsidP="00713EA5">
      <w:pPr>
        <w:rPr>
          <w:lang w:val="ru-RU"/>
        </w:rPr>
      </w:pPr>
      <w:r w:rsidRPr="00713EA5">
        <w:rPr>
          <w:lang w:val="ru-RU"/>
        </w:rPr>
        <w:t>14. Выберите один вариант ответа</w:t>
      </w:r>
      <w:proofErr w:type="gramStart"/>
      <w:r w:rsidRPr="00713EA5">
        <w:rPr>
          <w:lang w:val="ru-RU"/>
        </w:rPr>
        <w:t xml:space="preserve"> Б</w:t>
      </w:r>
      <w:proofErr w:type="gramEnd"/>
      <w:r w:rsidRPr="00713EA5">
        <w:rPr>
          <w:lang w:val="ru-RU"/>
        </w:rPr>
        <w:t xml:space="preserve">лагодаря «Брусиловскому прорыву» удалось прорвать фронт… 57 1) в Восточной Пруссии 2) в Восточной Галиции 3) на Кавказе 4) у Эрзерума 15. </w:t>
      </w:r>
      <w:proofErr w:type="gramStart"/>
      <w:r w:rsidRPr="00713EA5">
        <w:rPr>
          <w:lang w:val="ru-RU"/>
        </w:rPr>
        <w:t>Выберите один вариант ответа Союзником России в Первой мировой войне выступала</w:t>
      </w:r>
      <w:proofErr w:type="gramEnd"/>
      <w:r w:rsidRPr="00713EA5">
        <w:rPr>
          <w:lang w:val="ru-RU"/>
        </w:rPr>
        <w:t xml:space="preserve">… 1) Германия 2) Австро-Венгрия 3) Италия 4) Турция </w:t>
      </w:r>
    </w:p>
    <w:p w:rsidR="00713EA5" w:rsidRPr="00713EA5" w:rsidRDefault="00713EA5" w:rsidP="00713EA5">
      <w:pPr>
        <w:rPr>
          <w:lang w:val="ru-RU"/>
        </w:rPr>
      </w:pPr>
      <w:r w:rsidRPr="00713EA5">
        <w:rPr>
          <w:lang w:val="ru-RU"/>
        </w:rPr>
        <w:t xml:space="preserve">16. Выберите один вариант ответа Год наиболее тяжёлых поражений России… 1) 1914 2) 1915 3) 1916 4) 1917 </w:t>
      </w:r>
    </w:p>
    <w:p w:rsidR="00713EA5" w:rsidRPr="00713EA5" w:rsidRDefault="00713EA5" w:rsidP="00713EA5">
      <w:pPr>
        <w:rPr>
          <w:lang w:val="ru-RU"/>
        </w:rPr>
      </w:pPr>
      <w:r w:rsidRPr="00713EA5">
        <w:rPr>
          <w:lang w:val="ru-RU"/>
        </w:rPr>
        <w:t xml:space="preserve">17. Выберите один вариант ответа Курс на продолжение войны «до победного конца» весной – летом 1917 г. </w:t>
      </w:r>
      <w:proofErr w:type="spellStart"/>
      <w:r w:rsidRPr="00713EA5">
        <w:rPr>
          <w:lang w:val="ru-RU"/>
        </w:rPr>
        <w:t>характер</w:t>
      </w:r>
      <w:proofErr w:type="gramStart"/>
      <w:r w:rsidRPr="00713EA5">
        <w:rPr>
          <w:lang w:val="ru-RU"/>
        </w:rPr>
        <w:t>и</w:t>
      </w:r>
      <w:proofErr w:type="spellEnd"/>
      <w:r w:rsidRPr="00713EA5">
        <w:rPr>
          <w:lang w:val="ru-RU"/>
        </w:rPr>
        <w:t>-</w:t>
      </w:r>
      <w:proofErr w:type="gramEnd"/>
      <w:r w:rsidRPr="00713EA5">
        <w:rPr>
          <w:lang w:val="ru-RU"/>
        </w:rPr>
        <w:t xml:space="preserve"> </w:t>
      </w:r>
      <w:proofErr w:type="spellStart"/>
      <w:r w:rsidRPr="00713EA5">
        <w:rPr>
          <w:lang w:val="ru-RU"/>
        </w:rPr>
        <w:t>зовал</w:t>
      </w:r>
      <w:proofErr w:type="spellEnd"/>
      <w:r w:rsidRPr="00713EA5">
        <w:rPr>
          <w:lang w:val="ru-RU"/>
        </w:rPr>
        <w:t xml:space="preserve"> политическую линию… 1) Петроградского Совета 2) руководства большевиков 3) Учредительного собрания 4) Временного правительства 18. Выберите один вариант ответа</w:t>
      </w:r>
      <w:proofErr w:type="gramStart"/>
      <w:r w:rsidRPr="00713EA5">
        <w:rPr>
          <w:lang w:val="ru-RU"/>
        </w:rPr>
        <w:t xml:space="preserve"> Э</w:t>
      </w:r>
      <w:proofErr w:type="gramEnd"/>
      <w:r w:rsidRPr="00713EA5">
        <w:rPr>
          <w:lang w:val="ru-RU"/>
        </w:rPr>
        <w:t xml:space="preserve">та страна входила в Антанту… 1) Англия 2) Османская империя 3) Австро-Венгрия 4) Болгария </w:t>
      </w:r>
    </w:p>
    <w:p w:rsidR="00713EA5" w:rsidRPr="00713EA5" w:rsidRDefault="00713EA5" w:rsidP="00713EA5">
      <w:pPr>
        <w:rPr>
          <w:lang w:val="ru-RU"/>
        </w:rPr>
      </w:pPr>
      <w:r w:rsidRPr="00713EA5">
        <w:rPr>
          <w:lang w:val="ru-RU"/>
        </w:rPr>
        <w:t xml:space="preserve">19. </w:t>
      </w:r>
      <w:proofErr w:type="gramStart"/>
      <w:r w:rsidRPr="00713EA5">
        <w:rPr>
          <w:lang w:val="ru-RU"/>
        </w:rPr>
        <w:t>Выберите один вариант ответа Договор о мире с Германией был</w:t>
      </w:r>
      <w:proofErr w:type="gramEnd"/>
      <w:r w:rsidRPr="00713EA5">
        <w:rPr>
          <w:lang w:val="ru-RU"/>
        </w:rPr>
        <w:t xml:space="preserve"> подписан … 1) 3 марта 1918 г. 2) 7 ноября 1918 г. 3) 23 февраля 1918 г. 4) 9 декабря 1917 г. </w:t>
      </w:r>
    </w:p>
    <w:p w:rsidR="00713EA5" w:rsidRPr="00713EA5" w:rsidRDefault="00713EA5" w:rsidP="00713EA5">
      <w:pPr>
        <w:rPr>
          <w:lang w:val="ru-RU"/>
        </w:rPr>
      </w:pPr>
      <w:r w:rsidRPr="00713EA5">
        <w:rPr>
          <w:lang w:val="ru-RU"/>
        </w:rPr>
        <w:lastRenderedPageBreak/>
        <w:t xml:space="preserve">20. </w:t>
      </w:r>
      <w:proofErr w:type="gramStart"/>
      <w:r w:rsidRPr="00713EA5">
        <w:rPr>
          <w:lang w:val="ru-RU"/>
        </w:rPr>
        <w:t>Выберите один вариант ответа Союзником России в Первой мировой войне выступала</w:t>
      </w:r>
      <w:proofErr w:type="gramEnd"/>
      <w:r w:rsidRPr="00713EA5">
        <w:rPr>
          <w:lang w:val="ru-RU"/>
        </w:rPr>
        <w:t xml:space="preserve"> 1) Сербия 2) Германия 3) Австро-Венгрия 4) Турция </w:t>
      </w:r>
    </w:p>
    <w:p w:rsidR="00713EA5" w:rsidRPr="00713EA5" w:rsidRDefault="00713EA5" w:rsidP="00713EA5">
      <w:pPr>
        <w:rPr>
          <w:lang w:val="ru-RU"/>
        </w:rPr>
      </w:pPr>
      <w:r w:rsidRPr="00713EA5">
        <w:rPr>
          <w:lang w:val="ru-RU"/>
        </w:rPr>
        <w:t xml:space="preserve">21. </w:t>
      </w:r>
      <w:proofErr w:type="gramStart"/>
      <w:r w:rsidRPr="00713EA5">
        <w:rPr>
          <w:lang w:val="ru-RU"/>
        </w:rPr>
        <w:t>Выберите один вариант ответа Участие России в Первой мировой войне привело</w:t>
      </w:r>
      <w:proofErr w:type="gramEnd"/>
      <w:r w:rsidRPr="00713EA5">
        <w:rPr>
          <w:lang w:val="ru-RU"/>
        </w:rPr>
        <w:t xml:space="preserve"> к … 1) началу проведения </w:t>
      </w:r>
      <w:proofErr w:type="spellStart"/>
      <w:r w:rsidRPr="00713EA5">
        <w:rPr>
          <w:lang w:val="ru-RU"/>
        </w:rPr>
        <w:t>столыпинской</w:t>
      </w:r>
      <w:proofErr w:type="spellEnd"/>
      <w:r w:rsidRPr="00713EA5">
        <w:rPr>
          <w:lang w:val="ru-RU"/>
        </w:rPr>
        <w:t xml:space="preserve"> аграрной реформы 2) мировой социалистической революции 3) росту революционного движения в стране  4) укреплению авторитета монархии </w:t>
      </w:r>
    </w:p>
    <w:p w:rsidR="00713EA5" w:rsidRPr="00713EA5" w:rsidRDefault="00713EA5" w:rsidP="00713EA5">
      <w:pPr>
        <w:rPr>
          <w:lang w:val="ru-RU"/>
        </w:rPr>
      </w:pPr>
      <w:r w:rsidRPr="00713EA5">
        <w:rPr>
          <w:lang w:val="ru-RU"/>
        </w:rPr>
        <w:t>22. Выберите один вариант ответа</w:t>
      </w:r>
      <w:proofErr w:type="gramStart"/>
      <w:r w:rsidRPr="00713EA5">
        <w:rPr>
          <w:lang w:val="ru-RU"/>
        </w:rPr>
        <w:t xml:space="preserve"> Р</w:t>
      </w:r>
      <w:proofErr w:type="gramEnd"/>
      <w:r w:rsidRPr="00713EA5">
        <w:rPr>
          <w:lang w:val="ru-RU"/>
        </w:rPr>
        <w:t xml:space="preserve">анее других произошло событие… 1) вступление России в Первую мировую войну 2) провозглашение власти Советов 3) подписание Брестского мира 4) свержение самодержавия </w:t>
      </w:r>
    </w:p>
    <w:p w:rsidR="00713EA5" w:rsidRPr="00713EA5" w:rsidRDefault="00713EA5" w:rsidP="00713EA5">
      <w:pPr>
        <w:rPr>
          <w:lang w:val="ru-RU"/>
        </w:rPr>
      </w:pPr>
      <w:r w:rsidRPr="00713EA5">
        <w:rPr>
          <w:lang w:val="ru-RU"/>
        </w:rPr>
        <w:t xml:space="preserve">23. </w:t>
      </w:r>
      <w:proofErr w:type="gramStart"/>
      <w:r w:rsidRPr="00713EA5">
        <w:rPr>
          <w:lang w:val="ru-RU"/>
        </w:rPr>
        <w:t xml:space="preserve">Выберите один вариант ответа Итоги Первой мировой войны в Европе были подведены на … 1) Парижской конференции 2) Потсдамской конференции 3) Вашингтонской конференции 4) Генуэзской конференции </w:t>
      </w:r>
      <w:proofErr w:type="gramEnd"/>
    </w:p>
    <w:p w:rsidR="00713EA5" w:rsidRPr="00713EA5" w:rsidRDefault="00713EA5" w:rsidP="00713EA5">
      <w:pPr>
        <w:rPr>
          <w:lang w:val="ru-RU"/>
        </w:rPr>
      </w:pPr>
      <w:r w:rsidRPr="00713EA5">
        <w:rPr>
          <w:lang w:val="ru-RU"/>
        </w:rPr>
        <w:t>24. Выберите один вариант ответа</w:t>
      </w:r>
      <w:proofErr w:type="gramStart"/>
      <w:r w:rsidRPr="00713EA5">
        <w:rPr>
          <w:lang w:val="ru-RU"/>
        </w:rPr>
        <w:t xml:space="preserve"> Н</w:t>
      </w:r>
      <w:proofErr w:type="gramEnd"/>
      <w:r w:rsidRPr="00713EA5">
        <w:rPr>
          <w:lang w:val="ru-RU"/>
        </w:rPr>
        <w:t>акануне Первой мировой войны Россия входила в военно-политический блок … 1) Четверной союз 2) Антанта 3) Союз трёх императоров 4) Балканский союз</w:t>
      </w:r>
    </w:p>
    <w:p w:rsidR="00713EA5" w:rsidRPr="00713EA5" w:rsidRDefault="00713EA5" w:rsidP="00713EA5">
      <w:pPr>
        <w:rPr>
          <w:lang w:val="ru-RU"/>
        </w:rPr>
      </w:pPr>
      <w:r w:rsidRPr="00713EA5">
        <w:rPr>
          <w:lang w:val="ru-RU"/>
        </w:rPr>
        <w:t>25. Выберите один вариант ответа</w:t>
      </w:r>
      <w:proofErr w:type="gramStart"/>
      <w:r w:rsidRPr="00713EA5">
        <w:rPr>
          <w:lang w:val="ru-RU"/>
        </w:rPr>
        <w:t xml:space="preserve"> П</w:t>
      </w:r>
      <w:proofErr w:type="gramEnd"/>
      <w:r w:rsidRPr="00713EA5">
        <w:rPr>
          <w:lang w:val="ru-RU"/>
        </w:rPr>
        <w:t xml:space="preserve">озже других произошло … 1) вступление России в первую мировую войну 2) окончание русско-японской войны 3) воцарение Николая </w:t>
      </w:r>
      <w:r>
        <w:t>II</w:t>
      </w:r>
      <w:r w:rsidRPr="00713EA5">
        <w:rPr>
          <w:lang w:val="ru-RU"/>
        </w:rPr>
        <w:t xml:space="preserve"> 4) начало первой российской революции </w:t>
      </w:r>
    </w:p>
    <w:p w:rsidR="00713EA5" w:rsidRPr="00713EA5" w:rsidRDefault="00713EA5" w:rsidP="00713EA5">
      <w:pPr>
        <w:rPr>
          <w:lang w:val="ru-RU"/>
        </w:rPr>
      </w:pPr>
      <w:r w:rsidRPr="00713EA5">
        <w:rPr>
          <w:lang w:val="ru-RU"/>
        </w:rPr>
        <w:t xml:space="preserve">26. Выберите один вариант ответа Страны, входившие в число союзников России в Первой мировой войне … 1) Великобритания, Франция 2) Франция, Австро-Венгрия 3) Франция, Турция 4) Болгария, Франция </w:t>
      </w:r>
    </w:p>
    <w:p w:rsidR="00713EA5" w:rsidRPr="00713EA5" w:rsidRDefault="00713EA5" w:rsidP="00713EA5">
      <w:pPr>
        <w:rPr>
          <w:lang w:val="ru-RU"/>
        </w:rPr>
      </w:pPr>
      <w:r w:rsidRPr="00713EA5">
        <w:rPr>
          <w:lang w:val="ru-RU"/>
        </w:rPr>
        <w:t xml:space="preserve">27. Выберите один вариант ответа Внутренний кризис Российской империи в конце 1916 – начале 1917 г. проявился в … 1) серии катастрофических поражений на фронте 2) образовании в Думе «Прогрессивного блока» 3) формировании ответственного перед Думой министерства 4) падении престижа монархии </w:t>
      </w:r>
    </w:p>
    <w:p w:rsidR="00713EA5" w:rsidRPr="00713EA5" w:rsidRDefault="00713EA5" w:rsidP="00713EA5">
      <w:pPr>
        <w:rPr>
          <w:lang w:val="ru-RU"/>
        </w:rPr>
      </w:pPr>
      <w:r w:rsidRPr="00713EA5">
        <w:rPr>
          <w:lang w:val="ru-RU"/>
        </w:rPr>
        <w:t xml:space="preserve">28. </w:t>
      </w:r>
      <w:proofErr w:type="gramStart"/>
      <w:r w:rsidRPr="00713EA5">
        <w:rPr>
          <w:lang w:val="ru-RU"/>
        </w:rPr>
        <w:t>Выберите один вариант ответа Причины Первой мировой войны заключались</w:t>
      </w:r>
      <w:proofErr w:type="gramEnd"/>
      <w:r w:rsidRPr="00713EA5">
        <w:rPr>
          <w:lang w:val="ru-RU"/>
        </w:rPr>
        <w:t xml:space="preserve"> в обострении противоречий между 1) ведущими европейскими державами 2) США и европейскими странами 3) США и Китаем 4) Россией и европейскими странами </w:t>
      </w:r>
    </w:p>
    <w:p w:rsidR="00713EA5" w:rsidRPr="00713EA5" w:rsidRDefault="00713EA5" w:rsidP="00713EA5">
      <w:pPr>
        <w:rPr>
          <w:lang w:val="ru-RU"/>
        </w:rPr>
      </w:pPr>
      <w:r w:rsidRPr="00713EA5">
        <w:rPr>
          <w:lang w:val="ru-RU"/>
        </w:rPr>
        <w:t xml:space="preserve">29. </w:t>
      </w:r>
      <w:proofErr w:type="gramStart"/>
      <w:r w:rsidRPr="00713EA5">
        <w:rPr>
          <w:lang w:val="ru-RU"/>
        </w:rPr>
        <w:t>Выберите один вариант ответа Поводом к началу Первой мировой войны послужило</w:t>
      </w:r>
      <w:proofErr w:type="gramEnd"/>
      <w:r w:rsidRPr="00713EA5">
        <w:rPr>
          <w:lang w:val="ru-RU"/>
        </w:rPr>
        <w:t xml:space="preserve"> убийство … 1) германского императора 59 2) российского посла в Германии 3) австро-венгерского наследника престола 4) сербского посла в Австро-Венгрии </w:t>
      </w:r>
    </w:p>
    <w:p w:rsidR="00713EA5" w:rsidRPr="00713EA5" w:rsidRDefault="00713EA5" w:rsidP="00713EA5">
      <w:pPr>
        <w:rPr>
          <w:lang w:val="ru-RU"/>
        </w:rPr>
      </w:pPr>
      <w:r w:rsidRPr="00713EA5">
        <w:rPr>
          <w:lang w:val="ru-RU"/>
        </w:rPr>
        <w:t xml:space="preserve">30. Выберите один вариант ответа 1 августа 1914 г. Германия объявила войну России, так как Россия не … 1) прекратила мобилизацию в соответствии с требованием германского </w:t>
      </w:r>
      <w:proofErr w:type="spellStart"/>
      <w:r w:rsidRPr="00713EA5">
        <w:rPr>
          <w:lang w:val="ru-RU"/>
        </w:rPr>
        <w:t>ультим</w:t>
      </w:r>
      <w:proofErr w:type="gramStart"/>
      <w:r w:rsidRPr="00713EA5">
        <w:rPr>
          <w:lang w:val="ru-RU"/>
        </w:rPr>
        <w:t>а</w:t>
      </w:r>
      <w:proofErr w:type="spellEnd"/>
      <w:r w:rsidRPr="00713EA5">
        <w:rPr>
          <w:lang w:val="ru-RU"/>
        </w:rPr>
        <w:t>-</w:t>
      </w:r>
      <w:proofErr w:type="gramEnd"/>
      <w:r w:rsidRPr="00713EA5">
        <w:rPr>
          <w:lang w:val="ru-RU"/>
        </w:rPr>
        <w:t xml:space="preserve"> </w:t>
      </w:r>
      <w:proofErr w:type="spellStart"/>
      <w:r w:rsidRPr="00713EA5">
        <w:rPr>
          <w:lang w:val="ru-RU"/>
        </w:rPr>
        <w:t>тума</w:t>
      </w:r>
      <w:proofErr w:type="spellEnd"/>
      <w:r w:rsidRPr="00713EA5">
        <w:rPr>
          <w:lang w:val="ru-RU"/>
        </w:rPr>
        <w:t xml:space="preserve"> 2) разорвала союзные отношения с Францией 3) разорвала союзные отношения с Англией 4) дала обещание не поддерживать Сербию </w:t>
      </w:r>
    </w:p>
    <w:p w:rsidR="00713EA5" w:rsidRPr="00713EA5" w:rsidRDefault="00713EA5" w:rsidP="00713EA5">
      <w:pPr>
        <w:rPr>
          <w:lang w:val="ru-RU"/>
        </w:rPr>
      </w:pPr>
    </w:p>
    <w:p w:rsidR="00713EA5" w:rsidRPr="00713EA5" w:rsidRDefault="00713EA5" w:rsidP="00713EA5">
      <w:pPr>
        <w:rPr>
          <w:szCs w:val="24"/>
          <w:lang w:val="ru-RU"/>
        </w:rPr>
      </w:pPr>
      <w:r w:rsidRPr="00713EA5">
        <w:rPr>
          <w:b/>
          <w:color w:val="000000"/>
          <w:szCs w:val="24"/>
          <w:lang w:val="ru-RU"/>
        </w:rPr>
        <w:t xml:space="preserve">Раздел 7. Становление новой государственности. СССР в 20-е – 30-е  годы ХХ </w:t>
      </w:r>
      <w:proofErr w:type="gramStart"/>
      <w:r w:rsidRPr="00713EA5">
        <w:rPr>
          <w:b/>
          <w:color w:val="000000"/>
          <w:szCs w:val="24"/>
          <w:lang w:val="ru-RU"/>
        </w:rPr>
        <w:t>в</w:t>
      </w:r>
      <w:proofErr w:type="gramEnd"/>
      <w:r w:rsidRPr="00713EA5">
        <w:rPr>
          <w:b/>
          <w:color w:val="000000"/>
          <w:szCs w:val="24"/>
          <w:lang w:val="ru-RU"/>
        </w:rPr>
        <w:t>.</w:t>
      </w:r>
    </w:p>
    <w:p w:rsidR="00713EA5" w:rsidRPr="00713EA5" w:rsidRDefault="00713EA5" w:rsidP="00713EA5">
      <w:pPr>
        <w:rPr>
          <w:szCs w:val="20"/>
          <w:lang w:val="ru-RU"/>
        </w:rPr>
      </w:pPr>
      <w:r w:rsidRPr="00713EA5">
        <w:rPr>
          <w:lang w:val="ru-RU"/>
        </w:rPr>
        <w:t xml:space="preserve">1. Выберите один вариант ответа Новая экономическая политика (НЭП) была утверждена в … 1) апреле 1920 г. 2)марте 1921 г. 3) декабре 1921 г. 4)марте 1922 г. </w:t>
      </w:r>
    </w:p>
    <w:p w:rsidR="00713EA5" w:rsidRPr="00713EA5" w:rsidRDefault="00713EA5" w:rsidP="00713EA5">
      <w:pPr>
        <w:rPr>
          <w:lang w:val="ru-RU"/>
        </w:rPr>
      </w:pPr>
      <w:r w:rsidRPr="00713EA5">
        <w:rPr>
          <w:lang w:val="ru-RU"/>
        </w:rPr>
        <w:t xml:space="preserve">2. Выберите один вариант ответа В 1922 г. </w:t>
      </w:r>
      <w:proofErr w:type="spellStart"/>
      <w:r w:rsidRPr="00713EA5">
        <w:rPr>
          <w:lang w:val="ru-RU"/>
        </w:rPr>
        <w:t>И.В.Сталин</w:t>
      </w:r>
      <w:proofErr w:type="spellEnd"/>
      <w:r w:rsidRPr="00713EA5">
        <w:rPr>
          <w:lang w:val="ru-RU"/>
        </w:rPr>
        <w:t xml:space="preserve"> занимал пост …  1) Генерального секретаря ЦК РКП (б) 2) Первого секретаря ЦК РКП (б) 3) Генерального секретаря ЦК ВКП (б) 4) Ответственного секретаря ЦК ВКП (б) </w:t>
      </w:r>
    </w:p>
    <w:p w:rsidR="00713EA5" w:rsidRPr="00713EA5" w:rsidRDefault="00713EA5" w:rsidP="00713EA5">
      <w:pPr>
        <w:rPr>
          <w:lang w:val="ru-RU"/>
        </w:rPr>
      </w:pPr>
      <w:r w:rsidRPr="00713EA5">
        <w:rPr>
          <w:lang w:val="ru-RU"/>
        </w:rPr>
        <w:t>3</w:t>
      </w:r>
      <w:proofErr w:type="gramStart"/>
      <w:r w:rsidRPr="00713EA5">
        <w:rPr>
          <w:lang w:val="ru-RU"/>
        </w:rPr>
        <w:t xml:space="preserve"> В</w:t>
      </w:r>
      <w:proofErr w:type="gramEnd"/>
      <w:r w:rsidRPr="00713EA5">
        <w:rPr>
          <w:lang w:val="ru-RU"/>
        </w:rPr>
        <w:t xml:space="preserve">ыберите один вариант ответа Договор об образовании СССР в 1922 г. заключили … 1) УССР, БССР, ЗСФСР, Туркменистан и Молдавия 2) РСФСР, ЗСФСР, Белорусская и Украинская ССР 3) РСФСР, Белорусская и Украинская ССР 4) Белорусская, Украинская ССР, Узбекская ССР, Российская Федерация </w:t>
      </w:r>
    </w:p>
    <w:p w:rsidR="00713EA5" w:rsidRPr="00713EA5" w:rsidRDefault="00713EA5" w:rsidP="00713EA5">
      <w:pPr>
        <w:rPr>
          <w:lang w:val="ru-RU"/>
        </w:rPr>
      </w:pPr>
      <w:r w:rsidRPr="00713EA5">
        <w:rPr>
          <w:lang w:val="ru-RU"/>
        </w:rPr>
        <w:t xml:space="preserve">4. </w:t>
      </w:r>
      <w:proofErr w:type="gramStart"/>
      <w:r w:rsidRPr="00713EA5">
        <w:rPr>
          <w:lang w:val="ru-RU"/>
        </w:rPr>
        <w:t>Выберите один вариант ответа Первая Конституция СССР была</w:t>
      </w:r>
      <w:proofErr w:type="gramEnd"/>
      <w:r w:rsidRPr="00713EA5">
        <w:rPr>
          <w:lang w:val="ru-RU"/>
        </w:rPr>
        <w:t xml:space="preserve"> принята в 1) январе 1922 г. 2) январе 1924 г. 3)марте 1924 г. 4) январе 1925 г. </w:t>
      </w:r>
    </w:p>
    <w:p w:rsidR="00713EA5" w:rsidRPr="00713EA5" w:rsidRDefault="00713EA5" w:rsidP="00713EA5">
      <w:pPr>
        <w:rPr>
          <w:lang w:val="ru-RU"/>
        </w:rPr>
      </w:pPr>
      <w:r w:rsidRPr="00713EA5">
        <w:rPr>
          <w:lang w:val="ru-RU"/>
        </w:rPr>
        <w:t xml:space="preserve">5. Выберите один вариант ответа Согласно Конституции 1924 г. … 1) устанавливался принцип единства и неделимости государства 2) устанавливался принцип права наций на самоопределение, за исключением </w:t>
      </w:r>
      <w:proofErr w:type="spellStart"/>
      <w:r w:rsidRPr="00713EA5">
        <w:rPr>
          <w:lang w:val="ru-RU"/>
        </w:rPr>
        <w:t>отд</w:t>
      </w:r>
      <w:proofErr w:type="gramStart"/>
      <w:r w:rsidRPr="00713EA5">
        <w:rPr>
          <w:lang w:val="ru-RU"/>
        </w:rPr>
        <w:t>е</w:t>
      </w:r>
      <w:proofErr w:type="spellEnd"/>
      <w:r w:rsidRPr="00713EA5">
        <w:rPr>
          <w:lang w:val="ru-RU"/>
        </w:rPr>
        <w:t>-</w:t>
      </w:r>
      <w:proofErr w:type="gramEnd"/>
      <w:r w:rsidRPr="00713EA5">
        <w:rPr>
          <w:lang w:val="ru-RU"/>
        </w:rPr>
        <w:t xml:space="preserve"> </w:t>
      </w:r>
      <w:proofErr w:type="spellStart"/>
      <w:r w:rsidRPr="00713EA5">
        <w:rPr>
          <w:lang w:val="ru-RU"/>
        </w:rPr>
        <w:t>ления</w:t>
      </w:r>
      <w:proofErr w:type="spellEnd"/>
      <w:r w:rsidRPr="00713EA5">
        <w:rPr>
          <w:lang w:val="ru-RU"/>
        </w:rPr>
        <w:t xml:space="preserve"> 3) устанавливался принцип права наций на самоопределение, включая и отделение 4) устанавливался принцип единства и неделимости государства при учреждении культурной автономии </w:t>
      </w:r>
    </w:p>
    <w:p w:rsidR="00713EA5" w:rsidRPr="00713EA5" w:rsidRDefault="00713EA5" w:rsidP="00713EA5">
      <w:pPr>
        <w:rPr>
          <w:lang w:val="ru-RU"/>
        </w:rPr>
      </w:pPr>
      <w:r w:rsidRPr="00713EA5">
        <w:rPr>
          <w:lang w:val="ru-RU"/>
        </w:rPr>
        <w:t xml:space="preserve">6. Выберите один вариант ответа ВКП (б) объявила курс на индустриализацию в … 1) 1925 г. 2) 1926 г. 3) 1928 г. 4) 1929 г. </w:t>
      </w:r>
    </w:p>
    <w:p w:rsidR="00713EA5" w:rsidRPr="00713EA5" w:rsidRDefault="00713EA5" w:rsidP="00713EA5">
      <w:pPr>
        <w:rPr>
          <w:lang w:val="ru-RU"/>
        </w:rPr>
      </w:pPr>
      <w:r w:rsidRPr="00713EA5">
        <w:rPr>
          <w:lang w:val="ru-RU"/>
        </w:rPr>
        <w:t xml:space="preserve">7. Выберите один вариант ответа Предприятие, которое было построено в период индустриализации – это … 1)Волжский автомобильный завод 2)Днепрогэс 3)Камский автомобильный завод 4) ЗИЛ </w:t>
      </w:r>
    </w:p>
    <w:p w:rsidR="00713EA5" w:rsidRPr="00713EA5" w:rsidRDefault="00713EA5" w:rsidP="00713EA5">
      <w:pPr>
        <w:rPr>
          <w:lang w:val="ru-RU"/>
        </w:rPr>
      </w:pPr>
      <w:r w:rsidRPr="00713EA5">
        <w:rPr>
          <w:lang w:val="ru-RU"/>
        </w:rPr>
        <w:t xml:space="preserve">8. Выберите один вариант ответа Одной из причин форсированной индустриализации в СССР была необходимость 1) ограничить приток иностранного капитала 2) создания мощного оборонного сектора как фактора поддержки мировой </w:t>
      </w:r>
      <w:proofErr w:type="spellStart"/>
      <w:r w:rsidRPr="00713EA5">
        <w:rPr>
          <w:lang w:val="ru-RU"/>
        </w:rPr>
        <w:t>рев</w:t>
      </w:r>
      <w:proofErr w:type="gramStart"/>
      <w:r w:rsidRPr="00713EA5">
        <w:rPr>
          <w:lang w:val="ru-RU"/>
        </w:rPr>
        <w:t>о</w:t>
      </w:r>
      <w:proofErr w:type="spellEnd"/>
      <w:r w:rsidRPr="00713EA5">
        <w:rPr>
          <w:lang w:val="ru-RU"/>
        </w:rPr>
        <w:t>-</w:t>
      </w:r>
      <w:proofErr w:type="gramEnd"/>
      <w:r w:rsidRPr="00713EA5">
        <w:rPr>
          <w:lang w:val="ru-RU"/>
        </w:rPr>
        <w:t xml:space="preserve"> </w:t>
      </w:r>
      <w:proofErr w:type="spellStart"/>
      <w:r w:rsidRPr="00713EA5">
        <w:rPr>
          <w:lang w:val="ru-RU"/>
        </w:rPr>
        <w:t>люции</w:t>
      </w:r>
      <w:proofErr w:type="spellEnd"/>
      <w:r w:rsidRPr="00713EA5">
        <w:rPr>
          <w:lang w:val="ru-RU"/>
        </w:rPr>
        <w:t xml:space="preserve"> 3) восстановить довоенный уровень промышленного производства 4) провести обобществление крестьянских хозяйств </w:t>
      </w:r>
    </w:p>
    <w:p w:rsidR="00713EA5" w:rsidRPr="00713EA5" w:rsidRDefault="00713EA5" w:rsidP="00713EA5">
      <w:pPr>
        <w:rPr>
          <w:lang w:val="ru-RU"/>
        </w:rPr>
      </w:pPr>
      <w:r w:rsidRPr="00713EA5">
        <w:rPr>
          <w:lang w:val="ru-RU"/>
        </w:rPr>
        <w:t>9. Выберите один вариант ответа</w:t>
      </w:r>
      <w:proofErr w:type="gramStart"/>
      <w:r w:rsidRPr="00713EA5">
        <w:rPr>
          <w:lang w:val="ru-RU"/>
        </w:rPr>
        <w:t xml:space="preserve"> О</w:t>
      </w:r>
      <w:proofErr w:type="gramEnd"/>
      <w:r w:rsidRPr="00713EA5">
        <w:rPr>
          <w:lang w:val="ru-RU"/>
        </w:rPr>
        <w:t>дин из источников проведения индустриализации в СССР … 1) иностранные займы  2) девальвация рубля 3) займы коммерческих банков 4) ускоренное развитие легкой промышленности 5) ограбление деревни 1</w:t>
      </w:r>
    </w:p>
    <w:p w:rsidR="00713EA5" w:rsidRPr="00713EA5" w:rsidRDefault="00713EA5" w:rsidP="00713EA5">
      <w:pPr>
        <w:rPr>
          <w:lang w:val="ru-RU"/>
        </w:rPr>
      </w:pPr>
      <w:r w:rsidRPr="00713EA5">
        <w:rPr>
          <w:lang w:val="ru-RU"/>
        </w:rPr>
        <w:t xml:space="preserve">10. </w:t>
      </w:r>
      <w:proofErr w:type="gramStart"/>
      <w:r w:rsidRPr="00713EA5">
        <w:rPr>
          <w:lang w:val="ru-RU"/>
        </w:rPr>
        <w:t>Выберите один вариант ответа Он был</w:t>
      </w:r>
      <w:proofErr w:type="gramEnd"/>
      <w:r w:rsidRPr="00713EA5">
        <w:rPr>
          <w:lang w:val="ru-RU"/>
        </w:rPr>
        <w:t xml:space="preserve"> убит 1 декабря 1934 г. 1) </w:t>
      </w:r>
      <w:proofErr w:type="spellStart"/>
      <w:r w:rsidRPr="00713EA5">
        <w:rPr>
          <w:lang w:val="ru-RU"/>
        </w:rPr>
        <w:t>Н.И.Бухарин</w:t>
      </w:r>
      <w:proofErr w:type="spellEnd"/>
      <w:r w:rsidRPr="00713EA5">
        <w:rPr>
          <w:lang w:val="ru-RU"/>
        </w:rPr>
        <w:t xml:space="preserve"> 2) </w:t>
      </w:r>
      <w:proofErr w:type="spellStart"/>
      <w:r w:rsidRPr="00713EA5">
        <w:rPr>
          <w:lang w:val="ru-RU"/>
        </w:rPr>
        <w:t>А.И.Рыков</w:t>
      </w:r>
      <w:proofErr w:type="spellEnd"/>
      <w:r w:rsidRPr="00713EA5">
        <w:rPr>
          <w:lang w:val="ru-RU"/>
        </w:rPr>
        <w:t xml:space="preserve"> 3) </w:t>
      </w:r>
      <w:proofErr w:type="spellStart"/>
      <w:r w:rsidRPr="00713EA5">
        <w:rPr>
          <w:lang w:val="ru-RU"/>
        </w:rPr>
        <w:t>С.М.Киров</w:t>
      </w:r>
      <w:proofErr w:type="spellEnd"/>
      <w:r w:rsidRPr="00713EA5">
        <w:rPr>
          <w:lang w:val="ru-RU"/>
        </w:rPr>
        <w:t xml:space="preserve"> 4) </w:t>
      </w:r>
      <w:proofErr w:type="spellStart"/>
      <w:r w:rsidRPr="00713EA5">
        <w:rPr>
          <w:lang w:val="ru-RU"/>
        </w:rPr>
        <w:t>Л.Б.Каменев</w:t>
      </w:r>
      <w:proofErr w:type="spellEnd"/>
      <w:r w:rsidRPr="00713EA5">
        <w:rPr>
          <w:lang w:val="ru-RU"/>
        </w:rPr>
        <w:t xml:space="preserve"> </w:t>
      </w:r>
    </w:p>
    <w:p w:rsidR="00713EA5" w:rsidRPr="00713EA5" w:rsidRDefault="00713EA5" w:rsidP="00713EA5">
      <w:pPr>
        <w:rPr>
          <w:lang w:val="ru-RU"/>
        </w:rPr>
      </w:pPr>
    </w:p>
    <w:p w:rsidR="00713EA5" w:rsidRPr="00713EA5" w:rsidRDefault="00713EA5" w:rsidP="00713EA5">
      <w:pPr>
        <w:rPr>
          <w:lang w:val="ru-RU"/>
        </w:rPr>
      </w:pPr>
      <w:r w:rsidRPr="00713EA5">
        <w:rPr>
          <w:lang w:val="ru-RU"/>
        </w:rPr>
        <w:lastRenderedPageBreak/>
        <w:t xml:space="preserve">11. Выберите один вариант ответа Прокурор, выступавший государственным обвинителем на политических процессах 1930-х гг. 1) </w:t>
      </w:r>
      <w:proofErr w:type="spellStart"/>
      <w:r w:rsidRPr="00713EA5">
        <w:rPr>
          <w:lang w:val="ru-RU"/>
        </w:rPr>
        <w:t>Г.Г.Ягода</w:t>
      </w:r>
      <w:proofErr w:type="spellEnd"/>
      <w:r w:rsidRPr="00713EA5">
        <w:rPr>
          <w:lang w:val="ru-RU"/>
        </w:rPr>
        <w:t xml:space="preserve"> 2) </w:t>
      </w:r>
      <w:proofErr w:type="spellStart"/>
      <w:r w:rsidRPr="00713EA5">
        <w:rPr>
          <w:lang w:val="ru-RU"/>
        </w:rPr>
        <w:t>Л.П.Берия</w:t>
      </w:r>
      <w:proofErr w:type="spellEnd"/>
      <w:r w:rsidRPr="00713EA5">
        <w:rPr>
          <w:lang w:val="ru-RU"/>
        </w:rPr>
        <w:t xml:space="preserve"> 3) </w:t>
      </w:r>
      <w:proofErr w:type="spellStart"/>
      <w:r w:rsidRPr="00713EA5">
        <w:rPr>
          <w:lang w:val="ru-RU"/>
        </w:rPr>
        <w:t>Н.И.Ежов</w:t>
      </w:r>
      <w:proofErr w:type="spellEnd"/>
      <w:r w:rsidRPr="00713EA5">
        <w:rPr>
          <w:lang w:val="ru-RU"/>
        </w:rPr>
        <w:t xml:space="preserve"> 4) </w:t>
      </w:r>
      <w:proofErr w:type="spellStart"/>
      <w:r w:rsidRPr="00713EA5">
        <w:rPr>
          <w:lang w:val="ru-RU"/>
        </w:rPr>
        <w:t>А.Я.Вышинский</w:t>
      </w:r>
      <w:proofErr w:type="spellEnd"/>
      <w:r w:rsidRPr="00713EA5">
        <w:rPr>
          <w:lang w:val="ru-RU"/>
        </w:rPr>
        <w:t xml:space="preserve"> </w:t>
      </w:r>
    </w:p>
    <w:p w:rsidR="00713EA5" w:rsidRPr="00713EA5" w:rsidRDefault="00713EA5" w:rsidP="00713EA5">
      <w:pPr>
        <w:rPr>
          <w:lang w:val="ru-RU"/>
        </w:rPr>
      </w:pPr>
      <w:r w:rsidRPr="00713EA5">
        <w:rPr>
          <w:lang w:val="ru-RU"/>
        </w:rPr>
        <w:t xml:space="preserve">12. Выберите один вариант </w:t>
      </w:r>
      <w:proofErr w:type="gramStart"/>
      <w:r w:rsidRPr="00713EA5">
        <w:rPr>
          <w:lang w:val="ru-RU"/>
        </w:rPr>
        <w:t>ответа</w:t>
      </w:r>
      <w:proofErr w:type="gramEnd"/>
      <w:r w:rsidRPr="00713EA5">
        <w:rPr>
          <w:lang w:val="ru-RU"/>
        </w:rPr>
        <w:t xml:space="preserve"> Что лишнее в этом списке? 1) ОГПУ 2) НКВД 3) ВКП (б) 4) ГУЛАГ 5) КГБ </w:t>
      </w:r>
    </w:p>
    <w:p w:rsidR="00713EA5" w:rsidRPr="00713EA5" w:rsidRDefault="00713EA5" w:rsidP="00713EA5">
      <w:pPr>
        <w:rPr>
          <w:lang w:val="ru-RU"/>
        </w:rPr>
      </w:pPr>
      <w:r w:rsidRPr="00713EA5">
        <w:rPr>
          <w:lang w:val="ru-RU"/>
        </w:rPr>
        <w:t xml:space="preserve">13. Выберите один вариант ответа </w:t>
      </w:r>
      <w:r>
        <w:t>XVII</w:t>
      </w:r>
      <w:r w:rsidRPr="00713EA5">
        <w:rPr>
          <w:lang w:val="ru-RU"/>
        </w:rPr>
        <w:t xml:space="preserve"> съезд ВКП (б) провозгласил победу социализма в СССР. Это произошло в … 1) 1934 г. 2) 1937 г. 3) 1945 г. 4) 1956 г. </w:t>
      </w:r>
    </w:p>
    <w:p w:rsidR="00713EA5" w:rsidRPr="00713EA5" w:rsidRDefault="00713EA5" w:rsidP="00713EA5">
      <w:pPr>
        <w:rPr>
          <w:lang w:val="ru-RU"/>
        </w:rPr>
      </w:pPr>
      <w:r w:rsidRPr="00713EA5">
        <w:rPr>
          <w:lang w:val="ru-RU"/>
        </w:rPr>
        <w:t xml:space="preserve">14. </w:t>
      </w:r>
      <w:proofErr w:type="gramStart"/>
      <w:r w:rsidRPr="00713EA5">
        <w:rPr>
          <w:lang w:val="ru-RU"/>
        </w:rPr>
        <w:t>Выберите один вариант ответа СССР был</w:t>
      </w:r>
      <w:proofErr w:type="gramEnd"/>
      <w:r w:rsidRPr="00713EA5">
        <w:rPr>
          <w:lang w:val="ru-RU"/>
        </w:rPr>
        <w:t xml:space="preserve"> исключен из Лиги Наций из-за … 1) оккупации Прибалтийских государств 2) агрессии в отношении Финляндии 3) подписания пакта Молотова – Риббентропа 4) фактического участия в нападении на Польшу </w:t>
      </w:r>
    </w:p>
    <w:p w:rsidR="00713EA5" w:rsidRPr="00713EA5" w:rsidRDefault="00713EA5" w:rsidP="00713EA5">
      <w:pPr>
        <w:rPr>
          <w:lang w:val="ru-RU"/>
        </w:rPr>
      </w:pPr>
      <w:r w:rsidRPr="00713EA5">
        <w:rPr>
          <w:lang w:val="ru-RU"/>
        </w:rPr>
        <w:t xml:space="preserve">15. Выберите один вариант ответа Дипломатические отношения СССР и США были установлены в … 1) 1930 г. 2) 1933 г. 3) 1934 г. 4) 1936 г. </w:t>
      </w:r>
    </w:p>
    <w:p w:rsidR="00713EA5" w:rsidRPr="00713EA5" w:rsidRDefault="00713EA5" w:rsidP="00713EA5">
      <w:pPr>
        <w:rPr>
          <w:lang w:val="ru-RU"/>
        </w:rPr>
      </w:pPr>
      <w:r w:rsidRPr="00713EA5">
        <w:rPr>
          <w:lang w:val="ru-RU"/>
        </w:rPr>
        <w:t>16. Выберите один вариант ответа Советский Союз в 1934 г. вступил в международную организацию … 1) Коминтерн 2) Объединенных Наций 3) кооперативное общество по торговле с Англией (АРКОС) 4) Лигу Наций</w:t>
      </w:r>
    </w:p>
    <w:p w:rsidR="00713EA5" w:rsidRPr="00713EA5" w:rsidRDefault="00713EA5" w:rsidP="00713EA5">
      <w:pPr>
        <w:rPr>
          <w:lang w:val="ru-RU"/>
        </w:rPr>
      </w:pPr>
      <w:r w:rsidRPr="00713EA5">
        <w:rPr>
          <w:lang w:val="ru-RU"/>
        </w:rPr>
        <w:t xml:space="preserve">17. </w:t>
      </w:r>
      <w:proofErr w:type="gramStart"/>
      <w:r w:rsidRPr="00713EA5">
        <w:rPr>
          <w:lang w:val="ru-RU"/>
        </w:rPr>
        <w:t>Выберите один вариант ответа Антикоминтерновский пакт заключили</w:t>
      </w:r>
      <w:proofErr w:type="gramEnd"/>
      <w:r w:rsidRPr="00713EA5">
        <w:rPr>
          <w:lang w:val="ru-RU"/>
        </w:rPr>
        <w:t xml:space="preserve"> … 1) Германия, Япония, Китай 2) Австрия, Германия, Италия 3) Германия, Япония, Италия 4) Италия, Германия и Чехословакия </w:t>
      </w:r>
    </w:p>
    <w:p w:rsidR="00713EA5" w:rsidRPr="00713EA5" w:rsidRDefault="00713EA5" w:rsidP="00713EA5">
      <w:pPr>
        <w:rPr>
          <w:lang w:val="ru-RU"/>
        </w:rPr>
      </w:pPr>
      <w:r w:rsidRPr="00713EA5">
        <w:rPr>
          <w:lang w:val="ru-RU"/>
        </w:rPr>
        <w:t xml:space="preserve">18. Выберите один вариант ответа 23 августа 1939 г. СССР и Германия … 1) заключили договор о восстановлении дипломатических отношений 2) подписали договор о дружбе и границе 3) заключили договор о ненападении 4) признали существующие границы </w:t>
      </w:r>
    </w:p>
    <w:p w:rsidR="00713EA5" w:rsidRPr="00713EA5" w:rsidRDefault="00713EA5" w:rsidP="00713EA5">
      <w:pPr>
        <w:rPr>
          <w:b/>
          <w:color w:val="000000"/>
          <w:sz w:val="19"/>
          <w:szCs w:val="19"/>
          <w:lang w:val="ru-RU"/>
        </w:rPr>
      </w:pPr>
    </w:p>
    <w:p w:rsidR="00713EA5" w:rsidRPr="00713EA5" w:rsidRDefault="00713EA5" w:rsidP="00713EA5">
      <w:pPr>
        <w:rPr>
          <w:szCs w:val="24"/>
          <w:lang w:val="ru-RU"/>
        </w:rPr>
      </w:pPr>
      <w:r w:rsidRPr="00713EA5">
        <w:rPr>
          <w:b/>
          <w:color w:val="000000"/>
          <w:szCs w:val="24"/>
          <w:lang w:val="ru-RU"/>
        </w:rPr>
        <w:t>Раздел 8. Великая отечественная война.</w:t>
      </w:r>
    </w:p>
    <w:p w:rsidR="00713EA5" w:rsidRPr="00713EA5" w:rsidRDefault="00713EA5" w:rsidP="00713EA5">
      <w:pPr>
        <w:rPr>
          <w:szCs w:val="20"/>
          <w:lang w:val="ru-RU"/>
        </w:rPr>
      </w:pPr>
      <w:r w:rsidRPr="00713EA5">
        <w:rPr>
          <w:lang w:val="ru-RU"/>
        </w:rPr>
        <w:t xml:space="preserve"> 1. Установите соответствие между военными планами, операциями Великой </w:t>
      </w:r>
      <w:proofErr w:type="spellStart"/>
      <w:r w:rsidRPr="00713EA5">
        <w:rPr>
          <w:lang w:val="ru-RU"/>
        </w:rPr>
        <w:t>Отеч</w:t>
      </w:r>
      <w:proofErr w:type="gramStart"/>
      <w:r w:rsidRPr="00713EA5">
        <w:rPr>
          <w:lang w:val="ru-RU"/>
        </w:rPr>
        <w:t>е</w:t>
      </w:r>
      <w:proofErr w:type="spellEnd"/>
      <w:r w:rsidRPr="00713EA5">
        <w:rPr>
          <w:lang w:val="ru-RU"/>
        </w:rPr>
        <w:t>-</w:t>
      </w:r>
      <w:proofErr w:type="gramEnd"/>
      <w:r w:rsidRPr="00713EA5">
        <w:rPr>
          <w:lang w:val="ru-RU"/>
        </w:rPr>
        <w:t xml:space="preserve"> </w:t>
      </w:r>
      <w:proofErr w:type="spellStart"/>
      <w:r w:rsidRPr="00713EA5">
        <w:rPr>
          <w:lang w:val="ru-RU"/>
        </w:rPr>
        <w:t>ственной</w:t>
      </w:r>
      <w:proofErr w:type="spellEnd"/>
      <w:r w:rsidRPr="00713EA5">
        <w:rPr>
          <w:lang w:val="ru-RU"/>
        </w:rPr>
        <w:t xml:space="preserve"> и Второй мировой войн и их кодовыми названиями. Операции, планы Кодовые названия 1) Московская битва А</w:t>
      </w:r>
      <w:proofErr w:type="gramStart"/>
      <w:r w:rsidRPr="00713EA5">
        <w:rPr>
          <w:lang w:val="ru-RU"/>
        </w:rPr>
        <w:t>)«</w:t>
      </w:r>
      <w:proofErr w:type="gramEnd"/>
      <w:r w:rsidRPr="00713EA5">
        <w:rPr>
          <w:lang w:val="ru-RU"/>
        </w:rPr>
        <w:t xml:space="preserve">Барбаросса» 2) освобождение Белоруссии Б) «Багратион» 3) сражение на Курской дуге В) «Цитадель» 4)план молниеносной войны </w:t>
      </w:r>
      <w:proofErr w:type="spellStart"/>
      <w:r w:rsidRPr="00713EA5">
        <w:rPr>
          <w:lang w:val="ru-RU"/>
        </w:rPr>
        <w:t>противив</w:t>
      </w:r>
      <w:proofErr w:type="spellEnd"/>
      <w:r w:rsidRPr="00713EA5">
        <w:rPr>
          <w:lang w:val="ru-RU"/>
        </w:rPr>
        <w:t xml:space="preserve"> СССР Г) «Тайфун» </w:t>
      </w:r>
    </w:p>
    <w:p w:rsidR="00713EA5" w:rsidRPr="00713EA5" w:rsidRDefault="00713EA5" w:rsidP="00713EA5">
      <w:pPr>
        <w:rPr>
          <w:lang w:val="ru-RU"/>
        </w:rPr>
      </w:pPr>
      <w:r w:rsidRPr="00713EA5">
        <w:rPr>
          <w:lang w:val="ru-RU"/>
        </w:rPr>
        <w:t xml:space="preserve">2. Установите соответствие даты и места проведения конференции. </w:t>
      </w:r>
      <w:proofErr w:type="gramStart"/>
      <w:r w:rsidRPr="00713EA5">
        <w:rPr>
          <w:lang w:val="ru-RU"/>
        </w:rPr>
        <w:t xml:space="preserve">Дата Место 1) 28 ноября – 1 декабря 1943 г. а) Потсдам 2) 4 – 11 февраля 1945 г. б) Тегеран 3) 17 июля – 2 августа 1945 г. в) Ялта 73 </w:t>
      </w:r>
      <w:proofErr w:type="gramEnd"/>
    </w:p>
    <w:p w:rsidR="00713EA5" w:rsidRPr="00713EA5" w:rsidRDefault="00713EA5" w:rsidP="00713EA5">
      <w:pPr>
        <w:rPr>
          <w:lang w:val="ru-RU"/>
        </w:rPr>
      </w:pPr>
      <w:r w:rsidRPr="00713EA5">
        <w:rPr>
          <w:lang w:val="ru-RU"/>
        </w:rPr>
        <w:t>3. Установите соответствие между датами и событиями. Дата Событие 1) 1 сентября 1939 г. а) нападение Германии на Советский С</w:t>
      </w:r>
      <w:proofErr w:type="gramStart"/>
      <w:r w:rsidRPr="00713EA5">
        <w:rPr>
          <w:lang w:val="ru-RU"/>
        </w:rPr>
        <w:t>о-</w:t>
      </w:r>
      <w:proofErr w:type="gramEnd"/>
      <w:r w:rsidRPr="00713EA5">
        <w:rPr>
          <w:lang w:val="ru-RU"/>
        </w:rPr>
        <w:t xml:space="preserve"> юз 2) 22 июня 1941 г. б) начало Второй мировой войны 3) 5-6 декабря 1941 г. в) Курская битва 4) 17 июля 1942 г.– 2 февраля 1943 г. г) битва под Москвой 5) июль – август 1943 г. д) Сталинградская битва </w:t>
      </w:r>
    </w:p>
    <w:p w:rsidR="00713EA5" w:rsidRPr="00713EA5" w:rsidRDefault="00713EA5" w:rsidP="00713EA5">
      <w:pPr>
        <w:rPr>
          <w:lang w:val="ru-RU"/>
        </w:rPr>
      </w:pPr>
      <w:r w:rsidRPr="00713EA5">
        <w:rPr>
          <w:lang w:val="ru-RU"/>
        </w:rPr>
        <w:lastRenderedPageBreak/>
        <w:t>4. Установите соответствие между датами и событиями. Дата Событие 1) 6 июня 1944 г. а) начало операции «Багратион» по освобождению Бел</w:t>
      </w:r>
      <w:proofErr w:type="gramStart"/>
      <w:r w:rsidRPr="00713EA5">
        <w:rPr>
          <w:lang w:val="ru-RU"/>
        </w:rPr>
        <w:t>о-</w:t>
      </w:r>
      <w:proofErr w:type="gramEnd"/>
      <w:r w:rsidRPr="00713EA5">
        <w:rPr>
          <w:lang w:val="ru-RU"/>
        </w:rPr>
        <w:t xml:space="preserve"> </w:t>
      </w:r>
      <w:proofErr w:type="spellStart"/>
      <w:r w:rsidRPr="00713EA5">
        <w:rPr>
          <w:lang w:val="ru-RU"/>
        </w:rPr>
        <w:t>руссии</w:t>
      </w:r>
      <w:proofErr w:type="spellEnd"/>
      <w:r w:rsidRPr="00713EA5">
        <w:rPr>
          <w:lang w:val="ru-RU"/>
        </w:rPr>
        <w:t xml:space="preserve"> 2)23-24июня 1944 г. б) открытие второго фронта в Запад ной Европе 3) 2 сентября 1945 г. в) выход советских войск на границу с Германией 4) 8 мая 1945 г. г) начало Берлинской операции 5) апрель 1945 г. д) подписание Акта о безоговорочной капитуляции Германии 6) август 1944 г. е) капитуляция Японии. Окончание Второй мировой войны </w:t>
      </w:r>
    </w:p>
    <w:p w:rsidR="00713EA5" w:rsidRPr="00713EA5" w:rsidRDefault="00713EA5" w:rsidP="00713EA5">
      <w:pPr>
        <w:rPr>
          <w:lang w:val="ru-RU"/>
        </w:rPr>
      </w:pPr>
      <w:r w:rsidRPr="00713EA5">
        <w:rPr>
          <w:lang w:val="ru-RU"/>
        </w:rPr>
        <w:t xml:space="preserve">5. Установите соответствие. </w:t>
      </w:r>
      <w:proofErr w:type="gramStart"/>
      <w:r w:rsidRPr="00713EA5">
        <w:rPr>
          <w:lang w:val="ru-RU"/>
        </w:rPr>
        <w:t xml:space="preserve">Термин Значение 1) геноцид а) систематическое уничтожение нацистами значительной части еврейского населения Европы 2) депортация б) руководящая роль какого-либо государства по отношению к другим странам 3) гегемония в) насильственное переселение народов 4) холокост г) уничтожение определённых групп населения по расовым, национальным и иным мотивам </w:t>
      </w:r>
      <w:proofErr w:type="gramEnd"/>
    </w:p>
    <w:p w:rsidR="00713EA5" w:rsidRPr="00713EA5" w:rsidRDefault="00713EA5" w:rsidP="00713EA5">
      <w:pPr>
        <w:rPr>
          <w:lang w:val="ru-RU"/>
        </w:rPr>
      </w:pPr>
      <w:r w:rsidRPr="00713EA5">
        <w:rPr>
          <w:lang w:val="ru-RU"/>
        </w:rPr>
        <w:t xml:space="preserve">6. </w:t>
      </w:r>
      <w:proofErr w:type="gramStart"/>
      <w:r w:rsidRPr="00713EA5">
        <w:rPr>
          <w:lang w:val="ru-RU"/>
        </w:rPr>
        <w:t>Выберите один вариант ответа Капитуляцию Германии и Парад Победы в Москве принимал</w:t>
      </w:r>
      <w:proofErr w:type="gramEnd"/>
      <w:r w:rsidRPr="00713EA5">
        <w:rPr>
          <w:lang w:val="ru-RU"/>
        </w:rPr>
        <w:t xml:space="preserve"> маршал ... 1) </w:t>
      </w:r>
      <w:proofErr w:type="spellStart"/>
      <w:r w:rsidRPr="00713EA5">
        <w:rPr>
          <w:lang w:val="ru-RU"/>
        </w:rPr>
        <w:t>Г.К.Жуков</w:t>
      </w:r>
      <w:proofErr w:type="spellEnd"/>
      <w:r w:rsidRPr="00713EA5">
        <w:rPr>
          <w:lang w:val="ru-RU"/>
        </w:rPr>
        <w:t xml:space="preserve"> 2) </w:t>
      </w:r>
      <w:proofErr w:type="spellStart"/>
      <w:r w:rsidRPr="00713EA5">
        <w:rPr>
          <w:lang w:val="ru-RU"/>
        </w:rPr>
        <w:t>К.Е.Ворошилов</w:t>
      </w:r>
      <w:proofErr w:type="spellEnd"/>
      <w:r w:rsidRPr="00713EA5">
        <w:rPr>
          <w:lang w:val="ru-RU"/>
        </w:rPr>
        <w:t xml:space="preserve"> 3) </w:t>
      </w:r>
      <w:proofErr w:type="spellStart"/>
      <w:r w:rsidRPr="00713EA5">
        <w:rPr>
          <w:lang w:val="ru-RU"/>
        </w:rPr>
        <w:t>И.В.Сталин</w:t>
      </w:r>
      <w:proofErr w:type="spellEnd"/>
      <w:r w:rsidRPr="00713EA5">
        <w:rPr>
          <w:lang w:val="ru-RU"/>
        </w:rPr>
        <w:t xml:space="preserve"> 4) </w:t>
      </w:r>
      <w:proofErr w:type="spellStart"/>
      <w:r w:rsidRPr="00713EA5">
        <w:rPr>
          <w:lang w:val="ru-RU"/>
        </w:rPr>
        <w:t>С.М.Будённый</w:t>
      </w:r>
      <w:proofErr w:type="spellEnd"/>
      <w:r w:rsidRPr="00713EA5">
        <w:rPr>
          <w:lang w:val="ru-RU"/>
        </w:rPr>
        <w:t xml:space="preserve"> </w:t>
      </w:r>
    </w:p>
    <w:p w:rsidR="00713EA5" w:rsidRPr="00713EA5" w:rsidRDefault="00713EA5" w:rsidP="00713EA5">
      <w:pPr>
        <w:rPr>
          <w:lang w:val="ru-RU"/>
        </w:rPr>
      </w:pPr>
      <w:r w:rsidRPr="00713EA5">
        <w:rPr>
          <w:lang w:val="ru-RU"/>
        </w:rPr>
        <w:t xml:space="preserve">7. Выберите один вариант ответа Сталинградская битва положила начало коренному перелому в ходе Великой Отечественной войны, так как ... 1) уже весной 1943 г. был открыт Второй фронт </w:t>
      </w:r>
      <w:proofErr w:type="gramStart"/>
      <w:r w:rsidRPr="00713EA5">
        <w:rPr>
          <w:lang w:val="ru-RU"/>
        </w:rPr>
        <w:t xml:space="preserve">2) </w:t>
      </w:r>
      <w:proofErr w:type="gramEnd"/>
      <w:r w:rsidRPr="00713EA5">
        <w:rPr>
          <w:lang w:val="ru-RU"/>
        </w:rPr>
        <w:t xml:space="preserve">фашистская Германия потерпела первое крупное поражение 3) гитлеровцы вывели свои войска из Прибалтики 4) стратегическая инициатива перешла в руки Красной Армии </w:t>
      </w:r>
    </w:p>
    <w:p w:rsidR="00713EA5" w:rsidRPr="00713EA5" w:rsidRDefault="00713EA5" w:rsidP="00713EA5">
      <w:pPr>
        <w:rPr>
          <w:lang w:val="ru-RU"/>
        </w:rPr>
      </w:pPr>
      <w:r w:rsidRPr="00713EA5">
        <w:rPr>
          <w:lang w:val="ru-RU"/>
        </w:rPr>
        <w:t xml:space="preserve">8. Выберите один вариант ответа Операция «Багратион» в июне 1944 г. осуществлялась на направлении ... 1) Белорусском 2) Ленинградском 3) Киевском 4) </w:t>
      </w:r>
      <w:proofErr w:type="spellStart"/>
      <w:r w:rsidRPr="00713EA5">
        <w:rPr>
          <w:lang w:val="ru-RU"/>
        </w:rPr>
        <w:t>Кишенёвском</w:t>
      </w:r>
      <w:proofErr w:type="spellEnd"/>
      <w:r w:rsidRPr="00713EA5">
        <w:rPr>
          <w:lang w:val="ru-RU"/>
        </w:rPr>
        <w:t xml:space="preserve"> </w:t>
      </w:r>
    </w:p>
    <w:p w:rsidR="00713EA5" w:rsidRPr="00713EA5" w:rsidRDefault="00713EA5" w:rsidP="00713EA5">
      <w:pPr>
        <w:rPr>
          <w:lang w:val="ru-RU"/>
        </w:rPr>
      </w:pPr>
      <w:r w:rsidRPr="00713EA5">
        <w:rPr>
          <w:lang w:val="ru-RU"/>
        </w:rPr>
        <w:t>9. Выберите один вариант ответа</w:t>
      </w:r>
      <w:proofErr w:type="gramStart"/>
      <w:r w:rsidRPr="00713EA5">
        <w:rPr>
          <w:lang w:val="ru-RU"/>
        </w:rPr>
        <w:t xml:space="preserve"> П</w:t>
      </w:r>
      <w:proofErr w:type="gramEnd"/>
      <w:r w:rsidRPr="00713EA5">
        <w:rPr>
          <w:lang w:val="ru-RU"/>
        </w:rPr>
        <w:t xml:space="preserve">осле окончания второй мировой войны в 1945 г. к СССР отошла часть территории 1) Восточной Пруссии 2) Закавказья 3) Причерноморья 4) Карелии </w:t>
      </w:r>
    </w:p>
    <w:p w:rsidR="00713EA5" w:rsidRPr="00713EA5" w:rsidRDefault="00713EA5" w:rsidP="00713EA5">
      <w:pPr>
        <w:rPr>
          <w:lang w:val="ru-RU"/>
        </w:rPr>
      </w:pPr>
      <w:r w:rsidRPr="00713EA5">
        <w:rPr>
          <w:lang w:val="ru-RU"/>
        </w:rPr>
        <w:t xml:space="preserve">10. </w:t>
      </w:r>
      <w:proofErr w:type="gramStart"/>
      <w:r w:rsidRPr="00713EA5">
        <w:rPr>
          <w:lang w:val="ru-RU"/>
        </w:rPr>
        <w:t>Выберите один вариант ответа Центральным вопросом в работе Потсдамской конференции был</w:t>
      </w:r>
      <w:proofErr w:type="gramEnd"/>
      <w:r w:rsidRPr="00713EA5">
        <w:rPr>
          <w:lang w:val="ru-RU"/>
        </w:rPr>
        <w:t xml:space="preserve"> вопрос о (об) ... 1) послевоенном устройстве Европы и судьбе Германии 2) создание антифашисткой коалиции 3) открытие второго фронта в Европе 4) планах окончательного разгрома фашистской Германии </w:t>
      </w:r>
    </w:p>
    <w:p w:rsidR="00713EA5" w:rsidRPr="00713EA5" w:rsidRDefault="00713EA5" w:rsidP="00713EA5">
      <w:pPr>
        <w:rPr>
          <w:lang w:val="ru-RU"/>
        </w:rPr>
      </w:pPr>
      <w:r w:rsidRPr="00713EA5">
        <w:rPr>
          <w:lang w:val="ru-RU"/>
        </w:rPr>
        <w:t>11. Выберите один вариант ответа</w:t>
      </w:r>
      <w:proofErr w:type="gramStart"/>
      <w:r w:rsidRPr="00713EA5">
        <w:rPr>
          <w:lang w:val="ru-RU"/>
        </w:rPr>
        <w:t xml:space="preserve"> Р</w:t>
      </w:r>
      <w:proofErr w:type="gramEnd"/>
      <w:r w:rsidRPr="00713EA5">
        <w:rPr>
          <w:lang w:val="ru-RU"/>
        </w:rPr>
        <w:t xml:space="preserve">аньше других произошло (произошла) ... 1) окончание второй мировой войны 2) Потсдамская конференция 3) испытание советской водородной бомбы 4) образование НАТО </w:t>
      </w:r>
    </w:p>
    <w:p w:rsidR="00713EA5" w:rsidRPr="00713EA5" w:rsidRDefault="00713EA5" w:rsidP="00713EA5">
      <w:pPr>
        <w:rPr>
          <w:lang w:val="ru-RU"/>
        </w:rPr>
      </w:pPr>
      <w:r w:rsidRPr="00713EA5">
        <w:rPr>
          <w:lang w:val="ru-RU"/>
        </w:rPr>
        <w:t xml:space="preserve">12. Выберите один вариант ответа В годы Великой Отечественной войны ... 1) был отменён декрет об отделении церкви от государства 2) поместный собор избрал патриарха Сергия 3) священникам была предоставлена возможность совершать на фронте </w:t>
      </w:r>
      <w:proofErr w:type="spellStart"/>
      <w:r w:rsidRPr="00713EA5">
        <w:rPr>
          <w:lang w:val="ru-RU"/>
        </w:rPr>
        <w:t>богосл</w:t>
      </w:r>
      <w:proofErr w:type="gramStart"/>
      <w:r w:rsidRPr="00713EA5">
        <w:rPr>
          <w:lang w:val="ru-RU"/>
        </w:rPr>
        <w:t>у</w:t>
      </w:r>
      <w:proofErr w:type="spellEnd"/>
      <w:r w:rsidRPr="00713EA5">
        <w:rPr>
          <w:lang w:val="ru-RU"/>
        </w:rPr>
        <w:t>-</w:t>
      </w:r>
      <w:proofErr w:type="gramEnd"/>
      <w:r w:rsidRPr="00713EA5">
        <w:rPr>
          <w:lang w:val="ru-RU"/>
        </w:rPr>
        <w:t xml:space="preserve"> </w:t>
      </w:r>
      <w:proofErr w:type="spellStart"/>
      <w:r w:rsidRPr="00713EA5">
        <w:rPr>
          <w:lang w:val="ru-RU"/>
        </w:rPr>
        <w:t>жения</w:t>
      </w:r>
      <w:proofErr w:type="spellEnd"/>
      <w:r w:rsidRPr="00713EA5">
        <w:rPr>
          <w:lang w:val="ru-RU"/>
        </w:rPr>
        <w:t xml:space="preserve"> 4) началось строительство новых храмов за счёт государства </w:t>
      </w:r>
    </w:p>
    <w:p w:rsidR="00713EA5" w:rsidRPr="00713EA5" w:rsidRDefault="00713EA5" w:rsidP="00713EA5">
      <w:pPr>
        <w:rPr>
          <w:lang w:val="ru-RU"/>
        </w:rPr>
      </w:pPr>
      <w:r w:rsidRPr="00713EA5">
        <w:rPr>
          <w:lang w:val="ru-RU"/>
        </w:rPr>
        <w:lastRenderedPageBreak/>
        <w:t xml:space="preserve">13. Выберите один вариант ответа СССР в результате боевых действий против Японии в 1945 г. ... 1) вернул территории, отошедшие от России к Японии по </w:t>
      </w:r>
      <w:proofErr w:type="spellStart"/>
      <w:r w:rsidRPr="00713EA5">
        <w:rPr>
          <w:lang w:val="ru-RU"/>
        </w:rPr>
        <w:t>Портсмутскому</w:t>
      </w:r>
      <w:proofErr w:type="spellEnd"/>
      <w:r w:rsidRPr="00713EA5">
        <w:rPr>
          <w:lang w:val="ru-RU"/>
        </w:rPr>
        <w:t xml:space="preserve"> миру 2) временно оккупировал остров Хоккайдо 3) добился выплаты компенсации за КВЖД 4) заключил мирный договор с Японией </w:t>
      </w:r>
    </w:p>
    <w:p w:rsidR="00713EA5" w:rsidRPr="00713EA5" w:rsidRDefault="00713EA5" w:rsidP="00713EA5">
      <w:pPr>
        <w:rPr>
          <w:lang w:val="ru-RU"/>
        </w:rPr>
      </w:pPr>
    </w:p>
    <w:p w:rsidR="00713EA5" w:rsidRPr="00713EA5" w:rsidRDefault="00713EA5" w:rsidP="00713EA5">
      <w:pPr>
        <w:rPr>
          <w:szCs w:val="24"/>
          <w:lang w:val="ru-RU"/>
        </w:rPr>
      </w:pPr>
      <w:r w:rsidRPr="00713EA5">
        <w:rPr>
          <w:b/>
          <w:color w:val="000000"/>
          <w:szCs w:val="24"/>
          <w:lang w:val="ru-RU"/>
        </w:rPr>
        <w:t>Раздел 9. СССР в период с 1945 по 1991 гг.</w:t>
      </w:r>
    </w:p>
    <w:p w:rsidR="00713EA5" w:rsidRPr="00713EA5" w:rsidRDefault="00713EA5" w:rsidP="00713EA5">
      <w:pPr>
        <w:rPr>
          <w:szCs w:val="20"/>
          <w:lang w:val="ru-RU"/>
        </w:rPr>
      </w:pPr>
      <w:r w:rsidRPr="00713EA5">
        <w:rPr>
          <w:lang w:val="ru-RU"/>
        </w:rPr>
        <w:t xml:space="preserve">1. Выберите один вариант ответа Автором "доктрины сдерживания русских экспансионистских тенденций" был … а) </w:t>
      </w:r>
      <w:proofErr w:type="spellStart"/>
      <w:r w:rsidRPr="00713EA5">
        <w:rPr>
          <w:lang w:val="ru-RU"/>
        </w:rPr>
        <w:t>У.Черчилль</w:t>
      </w:r>
      <w:proofErr w:type="spellEnd"/>
      <w:r w:rsidRPr="00713EA5">
        <w:rPr>
          <w:lang w:val="ru-RU"/>
        </w:rPr>
        <w:t xml:space="preserve"> б) </w:t>
      </w:r>
      <w:proofErr w:type="spellStart"/>
      <w:r w:rsidRPr="00713EA5">
        <w:rPr>
          <w:lang w:val="ru-RU"/>
        </w:rPr>
        <w:t>Дж</w:t>
      </w:r>
      <w:proofErr w:type="gramStart"/>
      <w:r w:rsidRPr="00713EA5">
        <w:rPr>
          <w:lang w:val="ru-RU"/>
        </w:rPr>
        <w:t>.К</w:t>
      </w:r>
      <w:proofErr w:type="gramEnd"/>
      <w:r w:rsidRPr="00713EA5">
        <w:rPr>
          <w:lang w:val="ru-RU"/>
        </w:rPr>
        <w:t>еннан</w:t>
      </w:r>
      <w:proofErr w:type="spellEnd"/>
      <w:r w:rsidRPr="00713EA5">
        <w:rPr>
          <w:lang w:val="ru-RU"/>
        </w:rPr>
        <w:t xml:space="preserve"> в) </w:t>
      </w:r>
      <w:proofErr w:type="spellStart"/>
      <w:r w:rsidRPr="00713EA5">
        <w:rPr>
          <w:lang w:val="ru-RU"/>
        </w:rPr>
        <w:t>Г.Трумэн</w:t>
      </w:r>
      <w:proofErr w:type="spellEnd"/>
      <w:r w:rsidRPr="00713EA5">
        <w:rPr>
          <w:lang w:val="ru-RU"/>
        </w:rPr>
        <w:t xml:space="preserve"> г) </w:t>
      </w:r>
      <w:proofErr w:type="spellStart"/>
      <w:r w:rsidRPr="00713EA5">
        <w:rPr>
          <w:lang w:val="ru-RU"/>
        </w:rPr>
        <w:t>А.Иден</w:t>
      </w:r>
      <w:proofErr w:type="spellEnd"/>
      <w:r w:rsidRPr="00713EA5">
        <w:rPr>
          <w:lang w:val="ru-RU"/>
        </w:rPr>
        <w:t xml:space="preserve"> д) </w:t>
      </w:r>
      <w:proofErr w:type="spellStart"/>
      <w:r w:rsidRPr="00713EA5">
        <w:rPr>
          <w:lang w:val="ru-RU"/>
        </w:rPr>
        <w:t>К.Эттли</w:t>
      </w:r>
      <w:proofErr w:type="spellEnd"/>
      <w:r w:rsidRPr="00713EA5">
        <w:rPr>
          <w:lang w:val="ru-RU"/>
        </w:rPr>
        <w:t xml:space="preserve"> 2. </w:t>
      </w:r>
      <w:proofErr w:type="gramStart"/>
      <w:r w:rsidRPr="00713EA5">
        <w:rPr>
          <w:lang w:val="ru-RU"/>
        </w:rPr>
        <w:t xml:space="preserve">Выберите один вариант ответа 4 апреля 1949 г. Это день … а) образования НАТО б) провозглашения КНР в) образования Варшавского договора г) создания блока СЕАТО д) испытания первой атомной бомбы в СССР </w:t>
      </w:r>
      <w:proofErr w:type="gramEnd"/>
    </w:p>
    <w:p w:rsidR="00713EA5" w:rsidRPr="00713EA5" w:rsidRDefault="00713EA5" w:rsidP="00713EA5">
      <w:pPr>
        <w:rPr>
          <w:lang w:val="ru-RU"/>
        </w:rPr>
      </w:pPr>
      <w:r w:rsidRPr="00713EA5">
        <w:rPr>
          <w:lang w:val="ru-RU"/>
        </w:rPr>
        <w:t xml:space="preserve">3. </w:t>
      </w:r>
      <w:proofErr w:type="gramStart"/>
      <w:r w:rsidRPr="00713EA5">
        <w:rPr>
          <w:lang w:val="ru-RU"/>
        </w:rPr>
        <w:t xml:space="preserve">Выберите один вариант ответа Парижскими соглашениями 23 октября 1954 г. … а) было создано Европейское Оборонительное сообщество б) ФРГ была принята в НАТО в) создано Европейское объединение угля и стали </w:t>
      </w:r>
      <w:proofErr w:type="gramEnd"/>
    </w:p>
    <w:p w:rsidR="00713EA5" w:rsidRPr="00713EA5" w:rsidRDefault="00713EA5" w:rsidP="00713EA5">
      <w:pPr>
        <w:rPr>
          <w:lang w:val="ru-RU"/>
        </w:rPr>
      </w:pPr>
      <w:r w:rsidRPr="00713EA5">
        <w:rPr>
          <w:lang w:val="ru-RU"/>
        </w:rPr>
        <w:t xml:space="preserve">4. Выберите один вариант ответа «План Маршалла» - это: 1) план американского генерала Маршалла по размещению вблизи границ СССР сети американских военных баз 2) план американского Генштаба о возможном нанесении ядерного удара по основным городам СССР 3) план американского государственного секретаря Маршалла по установлению американского господства в Юго-Восточной Азии 4) план американского государственного секретаря Маршалла по оказанию </w:t>
      </w:r>
      <w:proofErr w:type="spellStart"/>
      <w:r w:rsidRPr="00713EA5">
        <w:rPr>
          <w:lang w:val="ru-RU"/>
        </w:rPr>
        <w:t>экон</w:t>
      </w:r>
      <w:proofErr w:type="gramStart"/>
      <w:r w:rsidRPr="00713EA5">
        <w:rPr>
          <w:lang w:val="ru-RU"/>
        </w:rPr>
        <w:t>о</w:t>
      </w:r>
      <w:proofErr w:type="spellEnd"/>
      <w:r w:rsidRPr="00713EA5">
        <w:rPr>
          <w:lang w:val="ru-RU"/>
        </w:rPr>
        <w:t>-</w:t>
      </w:r>
      <w:proofErr w:type="gramEnd"/>
      <w:r w:rsidRPr="00713EA5">
        <w:rPr>
          <w:lang w:val="ru-RU"/>
        </w:rPr>
        <w:t xml:space="preserve"> </w:t>
      </w:r>
      <w:proofErr w:type="spellStart"/>
      <w:r w:rsidRPr="00713EA5">
        <w:rPr>
          <w:lang w:val="ru-RU"/>
        </w:rPr>
        <w:t>мической</w:t>
      </w:r>
      <w:proofErr w:type="spellEnd"/>
      <w:r w:rsidRPr="00713EA5">
        <w:rPr>
          <w:lang w:val="ru-RU"/>
        </w:rPr>
        <w:t xml:space="preserve"> помощи странам Европы для послевоенного восстановления экономики </w:t>
      </w:r>
    </w:p>
    <w:p w:rsidR="00713EA5" w:rsidRPr="00713EA5" w:rsidRDefault="00713EA5" w:rsidP="00713EA5">
      <w:pPr>
        <w:rPr>
          <w:lang w:val="ru-RU"/>
        </w:rPr>
      </w:pPr>
      <w:r w:rsidRPr="00713EA5">
        <w:rPr>
          <w:lang w:val="ru-RU"/>
        </w:rPr>
        <w:t>5. Выберите три варианта ответа Предпосылки к расколу Германии на два государства создали три следующих факта … 1) раздел Германии на зоны оккупации 2) создание Контрольного совета для общего руководства оккупированной Ге</w:t>
      </w:r>
      <w:proofErr w:type="gramStart"/>
      <w:r w:rsidRPr="00713EA5">
        <w:rPr>
          <w:lang w:val="ru-RU"/>
        </w:rPr>
        <w:t>р-</w:t>
      </w:r>
      <w:proofErr w:type="gramEnd"/>
      <w:r w:rsidRPr="00713EA5">
        <w:rPr>
          <w:lang w:val="ru-RU"/>
        </w:rPr>
        <w:t xml:space="preserve"> манией 3) возникновение политических партий и профсоюзов в послевоенной Германии 4) денежная реформа 1948 г. 5) введение в обращении восточной марки 6) подключение Западной Германии к «плану Маршалла» </w:t>
      </w:r>
    </w:p>
    <w:p w:rsidR="00713EA5" w:rsidRPr="00713EA5" w:rsidRDefault="00713EA5" w:rsidP="00713EA5">
      <w:pPr>
        <w:rPr>
          <w:lang w:val="ru-RU"/>
        </w:rPr>
      </w:pPr>
      <w:r w:rsidRPr="00713EA5">
        <w:rPr>
          <w:lang w:val="ru-RU"/>
        </w:rPr>
        <w:t xml:space="preserve">6. Восстановите хронологическую последовательность событий. А. Образование ФРГ Б. Начало Корейской войны В. Создание Организации Варшавского Договора Г. Образование ГДР Д. Берлинский кризис Е. Создание водородной бомбы </w:t>
      </w:r>
    </w:p>
    <w:p w:rsidR="00713EA5" w:rsidRPr="00713EA5" w:rsidRDefault="00713EA5" w:rsidP="00713EA5">
      <w:pPr>
        <w:rPr>
          <w:lang w:val="ru-RU"/>
        </w:rPr>
      </w:pPr>
      <w:r w:rsidRPr="00713EA5">
        <w:rPr>
          <w:lang w:val="ru-RU"/>
        </w:rPr>
        <w:t xml:space="preserve">7. </w:t>
      </w:r>
      <w:proofErr w:type="gramStart"/>
      <w:r w:rsidRPr="00713EA5">
        <w:rPr>
          <w:lang w:val="ru-RU"/>
        </w:rPr>
        <w:t xml:space="preserve">Выберите один вариант ответа </w:t>
      </w:r>
      <w:r>
        <w:t>V</w:t>
      </w:r>
      <w:r w:rsidRPr="00713EA5">
        <w:rPr>
          <w:lang w:val="ru-RU"/>
        </w:rPr>
        <w:t xml:space="preserve"> Республика во Франции существует с … а) 1945 г. б) 1948 г. в) 1958 г. г) 1968 г. </w:t>
      </w:r>
      <w:proofErr w:type="gramEnd"/>
    </w:p>
    <w:p w:rsidR="00713EA5" w:rsidRPr="00713EA5" w:rsidRDefault="00713EA5" w:rsidP="00713EA5">
      <w:pPr>
        <w:rPr>
          <w:lang w:val="ru-RU"/>
        </w:rPr>
      </w:pPr>
      <w:r w:rsidRPr="00713EA5">
        <w:rPr>
          <w:lang w:val="ru-RU"/>
        </w:rPr>
        <w:t xml:space="preserve">8. Выберите один вариант ответа Наиболее точное определение понятия «государство всеобщего благоденствия» - это страна с … 1) высоким уровнем доходов её населения 2) </w:t>
      </w:r>
      <w:r w:rsidRPr="00713EA5">
        <w:rPr>
          <w:lang w:val="ru-RU"/>
        </w:rPr>
        <w:lastRenderedPageBreak/>
        <w:t xml:space="preserve">высоким уровнем массового потребления 3) развитой системой социальной помощи 4) высоким уровнем массового потребления и высокоразвитой системой </w:t>
      </w:r>
      <w:proofErr w:type="spellStart"/>
      <w:r w:rsidRPr="00713EA5">
        <w:rPr>
          <w:lang w:val="ru-RU"/>
        </w:rPr>
        <w:t>социал</w:t>
      </w:r>
      <w:proofErr w:type="gramStart"/>
      <w:r w:rsidRPr="00713EA5">
        <w:rPr>
          <w:lang w:val="ru-RU"/>
        </w:rPr>
        <w:t>ь</w:t>
      </w:r>
      <w:proofErr w:type="spellEnd"/>
      <w:r w:rsidRPr="00713EA5">
        <w:rPr>
          <w:lang w:val="ru-RU"/>
        </w:rPr>
        <w:t>-</w:t>
      </w:r>
      <w:proofErr w:type="gramEnd"/>
      <w:r w:rsidRPr="00713EA5">
        <w:rPr>
          <w:lang w:val="ru-RU"/>
        </w:rPr>
        <w:t xml:space="preserve"> ной помощи и социального страхования </w:t>
      </w:r>
    </w:p>
    <w:p w:rsidR="00713EA5" w:rsidRPr="00713EA5" w:rsidRDefault="00713EA5" w:rsidP="00713EA5">
      <w:pPr>
        <w:rPr>
          <w:lang w:val="ru-RU"/>
        </w:rPr>
      </w:pPr>
      <w:r w:rsidRPr="00713EA5">
        <w:rPr>
          <w:lang w:val="ru-RU"/>
        </w:rPr>
        <w:t xml:space="preserve">9. Выберите один вариант ответа Карибский кризис – это: 1) конфликт между США и Кубой из-за прихода к власти на Кубе </w:t>
      </w:r>
      <w:proofErr w:type="spellStart"/>
      <w:r w:rsidRPr="00713EA5">
        <w:rPr>
          <w:lang w:val="ru-RU"/>
        </w:rPr>
        <w:t>коммунистич</w:t>
      </w:r>
      <w:proofErr w:type="gramStart"/>
      <w:r w:rsidRPr="00713EA5">
        <w:rPr>
          <w:lang w:val="ru-RU"/>
        </w:rPr>
        <w:t>е</w:t>
      </w:r>
      <w:proofErr w:type="spellEnd"/>
      <w:r w:rsidRPr="00713EA5">
        <w:rPr>
          <w:lang w:val="ru-RU"/>
        </w:rPr>
        <w:t>-</w:t>
      </w:r>
      <w:proofErr w:type="gramEnd"/>
      <w:r w:rsidRPr="00713EA5">
        <w:rPr>
          <w:lang w:val="ru-RU"/>
        </w:rPr>
        <w:t xml:space="preserve"> </w:t>
      </w:r>
      <w:proofErr w:type="spellStart"/>
      <w:r w:rsidRPr="00713EA5">
        <w:rPr>
          <w:lang w:val="ru-RU"/>
        </w:rPr>
        <w:t>ского</w:t>
      </w:r>
      <w:proofErr w:type="spellEnd"/>
      <w:r w:rsidRPr="00713EA5">
        <w:rPr>
          <w:lang w:val="ru-RU"/>
        </w:rPr>
        <w:t xml:space="preserve"> правительства </w:t>
      </w:r>
      <w:proofErr w:type="spellStart"/>
      <w:r w:rsidRPr="00713EA5">
        <w:rPr>
          <w:lang w:val="ru-RU"/>
        </w:rPr>
        <w:t>Ф.Кастро</w:t>
      </w:r>
      <w:proofErr w:type="spellEnd"/>
      <w:r w:rsidRPr="00713EA5">
        <w:rPr>
          <w:lang w:val="ru-RU"/>
        </w:rPr>
        <w:t xml:space="preserve"> 2) вооружённый конфликт на Кубе между сторонниками </w:t>
      </w:r>
      <w:proofErr w:type="spellStart"/>
      <w:r w:rsidRPr="00713EA5">
        <w:rPr>
          <w:lang w:val="ru-RU"/>
        </w:rPr>
        <w:t>Ф.Кастро</w:t>
      </w:r>
      <w:proofErr w:type="spellEnd"/>
      <w:r w:rsidRPr="00713EA5">
        <w:rPr>
          <w:lang w:val="ru-RU"/>
        </w:rPr>
        <w:t xml:space="preserve"> и сторонника- ми проамериканского режима </w:t>
      </w:r>
      <w:proofErr w:type="spellStart"/>
      <w:r w:rsidRPr="00713EA5">
        <w:rPr>
          <w:lang w:val="ru-RU"/>
        </w:rPr>
        <w:t>Ф.Батисты</w:t>
      </w:r>
      <w:proofErr w:type="spellEnd"/>
      <w:r w:rsidRPr="00713EA5">
        <w:rPr>
          <w:lang w:val="ru-RU"/>
        </w:rPr>
        <w:t xml:space="preserve">, в котором СССР оказывал помощь </w:t>
      </w:r>
      <w:proofErr w:type="spellStart"/>
      <w:r w:rsidRPr="00713EA5">
        <w:rPr>
          <w:lang w:val="ru-RU"/>
        </w:rPr>
        <w:t>Ф.Кастро</w:t>
      </w:r>
      <w:proofErr w:type="spellEnd"/>
      <w:r w:rsidRPr="00713EA5">
        <w:rPr>
          <w:lang w:val="ru-RU"/>
        </w:rPr>
        <w:t xml:space="preserve">, а США – </w:t>
      </w:r>
      <w:proofErr w:type="spellStart"/>
      <w:r w:rsidRPr="00713EA5">
        <w:rPr>
          <w:lang w:val="ru-RU"/>
        </w:rPr>
        <w:t>Ф.Батисте</w:t>
      </w:r>
      <w:proofErr w:type="spellEnd"/>
      <w:r w:rsidRPr="00713EA5">
        <w:rPr>
          <w:lang w:val="ru-RU"/>
        </w:rPr>
        <w:t xml:space="preserve"> 3) конфликт СССР и США из-за торгово-экономической блокады Кубы со </w:t>
      </w:r>
      <w:proofErr w:type="spellStart"/>
      <w:r w:rsidRPr="00713EA5">
        <w:rPr>
          <w:lang w:val="ru-RU"/>
        </w:rPr>
        <w:t>сторо</w:t>
      </w:r>
      <w:proofErr w:type="spellEnd"/>
      <w:r w:rsidRPr="00713EA5">
        <w:rPr>
          <w:lang w:val="ru-RU"/>
        </w:rPr>
        <w:t xml:space="preserve">- </w:t>
      </w:r>
      <w:proofErr w:type="spellStart"/>
      <w:r w:rsidRPr="00713EA5">
        <w:rPr>
          <w:lang w:val="ru-RU"/>
        </w:rPr>
        <w:t>ны</w:t>
      </w:r>
      <w:proofErr w:type="spellEnd"/>
      <w:r w:rsidRPr="00713EA5">
        <w:rPr>
          <w:lang w:val="ru-RU"/>
        </w:rPr>
        <w:t xml:space="preserve"> США 4) конфликт СССР и США из-за размещения на Кубе советских ядерных ракет 5) кризис коммунистического режима </w:t>
      </w:r>
      <w:proofErr w:type="spellStart"/>
      <w:r w:rsidRPr="00713EA5">
        <w:rPr>
          <w:lang w:val="ru-RU"/>
        </w:rPr>
        <w:t>ф</w:t>
      </w:r>
      <w:proofErr w:type="gramStart"/>
      <w:r w:rsidRPr="00713EA5">
        <w:rPr>
          <w:lang w:val="ru-RU"/>
        </w:rPr>
        <w:t>.К</w:t>
      </w:r>
      <w:proofErr w:type="gramEnd"/>
      <w:r w:rsidRPr="00713EA5">
        <w:rPr>
          <w:lang w:val="ru-RU"/>
        </w:rPr>
        <w:t>астро</w:t>
      </w:r>
      <w:proofErr w:type="spellEnd"/>
      <w:r w:rsidRPr="00713EA5">
        <w:rPr>
          <w:lang w:val="ru-RU"/>
        </w:rPr>
        <w:t xml:space="preserve"> в 80-е гг. </w:t>
      </w:r>
    </w:p>
    <w:p w:rsidR="00713EA5" w:rsidRPr="00713EA5" w:rsidRDefault="00713EA5" w:rsidP="00713EA5">
      <w:pPr>
        <w:rPr>
          <w:lang w:val="ru-RU"/>
        </w:rPr>
      </w:pPr>
      <w:r w:rsidRPr="00713EA5">
        <w:rPr>
          <w:lang w:val="ru-RU"/>
        </w:rPr>
        <w:t>10. Выберите три варианта ответа</w:t>
      </w:r>
      <w:proofErr w:type="gramStart"/>
      <w:r w:rsidRPr="00713EA5">
        <w:rPr>
          <w:lang w:val="ru-RU"/>
        </w:rPr>
        <w:t xml:space="preserve"> У</w:t>
      </w:r>
      <w:proofErr w:type="gramEnd"/>
      <w:r w:rsidRPr="00713EA5">
        <w:rPr>
          <w:lang w:val="ru-RU"/>
        </w:rPr>
        <w:t xml:space="preserve">кажите три понятия, появившиеся в ХХ в. 1) интеграция 2) единое информационное пространство 3) прогресс 4) национализм 5) революция 6) глобализация </w:t>
      </w:r>
    </w:p>
    <w:p w:rsidR="00713EA5" w:rsidRPr="00713EA5" w:rsidRDefault="00713EA5" w:rsidP="00713EA5">
      <w:pPr>
        <w:rPr>
          <w:lang w:val="ru-RU"/>
        </w:rPr>
      </w:pPr>
      <w:r w:rsidRPr="00713EA5">
        <w:rPr>
          <w:lang w:val="ru-RU"/>
        </w:rPr>
        <w:t xml:space="preserve">11. Установите соответствие между фамилиями руководителей СССР и периодами их пребывания у власти. </w:t>
      </w:r>
      <w:proofErr w:type="gramStart"/>
      <w:r w:rsidRPr="00713EA5">
        <w:rPr>
          <w:lang w:val="ru-RU"/>
        </w:rPr>
        <w:t xml:space="preserve">РУКОВОДИТЕЛИ ПЕРИОДЫ 1) </w:t>
      </w:r>
      <w:proofErr w:type="spellStart"/>
      <w:r w:rsidRPr="00713EA5">
        <w:rPr>
          <w:lang w:val="ru-RU"/>
        </w:rPr>
        <w:t>Н.С.Хрущёв</w:t>
      </w:r>
      <w:proofErr w:type="spellEnd"/>
      <w:r w:rsidRPr="00713EA5">
        <w:rPr>
          <w:lang w:val="ru-RU"/>
        </w:rPr>
        <w:t xml:space="preserve"> А) 1964-1982 гг. 2) </w:t>
      </w:r>
      <w:proofErr w:type="spellStart"/>
      <w:r w:rsidRPr="00713EA5">
        <w:rPr>
          <w:lang w:val="ru-RU"/>
        </w:rPr>
        <w:t>Л.И.Брежнев</w:t>
      </w:r>
      <w:proofErr w:type="spellEnd"/>
      <w:r w:rsidRPr="00713EA5">
        <w:rPr>
          <w:lang w:val="ru-RU"/>
        </w:rPr>
        <w:t xml:space="preserve"> Б) 1982-1984 гг. 3) </w:t>
      </w:r>
      <w:proofErr w:type="spellStart"/>
      <w:r w:rsidRPr="00713EA5">
        <w:rPr>
          <w:lang w:val="ru-RU"/>
        </w:rPr>
        <w:t>Ю.В.Андропов</w:t>
      </w:r>
      <w:proofErr w:type="spellEnd"/>
      <w:r w:rsidRPr="00713EA5">
        <w:rPr>
          <w:lang w:val="ru-RU"/>
        </w:rPr>
        <w:t xml:space="preserve"> В) 1985 -1991 гг. 4) </w:t>
      </w:r>
      <w:proofErr w:type="spellStart"/>
      <w:r w:rsidRPr="00713EA5">
        <w:rPr>
          <w:lang w:val="ru-RU"/>
        </w:rPr>
        <w:t>М.С.Горбачёв</w:t>
      </w:r>
      <w:proofErr w:type="spellEnd"/>
      <w:r w:rsidRPr="00713EA5">
        <w:rPr>
          <w:lang w:val="ru-RU"/>
        </w:rPr>
        <w:t xml:space="preserve"> Г) 1953-1964 гг. </w:t>
      </w:r>
      <w:proofErr w:type="gramEnd"/>
    </w:p>
    <w:p w:rsidR="00713EA5" w:rsidRPr="00713EA5" w:rsidRDefault="00713EA5" w:rsidP="00713EA5">
      <w:pPr>
        <w:rPr>
          <w:lang w:val="ru-RU"/>
        </w:rPr>
      </w:pPr>
      <w:r w:rsidRPr="00713EA5">
        <w:rPr>
          <w:lang w:val="ru-RU"/>
        </w:rPr>
        <w:t>12. Выберите один вариант ответа</w:t>
      </w:r>
      <w:proofErr w:type="gramStart"/>
      <w:r w:rsidRPr="00713EA5">
        <w:rPr>
          <w:lang w:val="ru-RU"/>
        </w:rPr>
        <w:t xml:space="preserve"> Э</w:t>
      </w:r>
      <w:proofErr w:type="gramEnd"/>
      <w:r w:rsidRPr="00713EA5">
        <w:rPr>
          <w:lang w:val="ru-RU"/>
        </w:rPr>
        <w:t xml:space="preserve">то явление не было свойственно периоду правления </w:t>
      </w:r>
      <w:proofErr w:type="spellStart"/>
      <w:r w:rsidRPr="00713EA5">
        <w:rPr>
          <w:lang w:val="ru-RU"/>
        </w:rPr>
        <w:t>Н.С.Хрущёва</w:t>
      </w:r>
      <w:proofErr w:type="spellEnd"/>
      <w:r w:rsidRPr="00713EA5">
        <w:rPr>
          <w:lang w:val="ru-RU"/>
        </w:rPr>
        <w:t xml:space="preserve"> ... 1) возникновение хлебного дефицита 2) массовые застройки в городах 3) расширение личного хозяйства в деревне 4) повышение зарплат и пенсий </w:t>
      </w:r>
    </w:p>
    <w:p w:rsidR="00713EA5" w:rsidRPr="00713EA5" w:rsidRDefault="00713EA5" w:rsidP="00713EA5">
      <w:pPr>
        <w:rPr>
          <w:lang w:val="ru-RU"/>
        </w:rPr>
      </w:pPr>
      <w:r w:rsidRPr="00713EA5">
        <w:rPr>
          <w:lang w:val="ru-RU"/>
        </w:rPr>
        <w:t>13. Выберите один вариант ответа</w:t>
      </w:r>
      <w:proofErr w:type="gramStart"/>
      <w:r w:rsidRPr="00713EA5">
        <w:rPr>
          <w:lang w:val="ru-RU"/>
        </w:rPr>
        <w:t xml:space="preserve"> С</w:t>
      </w:r>
      <w:proofErr w:type="gramEnd"/>
      <w:r w:rsidRPr="00713EA5">
        <w:rPr>
          <w:lang w:val="ru-RU"/>
        </w:rPr>
        <w:t xml:space="preserve"> докладом о культе личности </w:t>
      </w:r>
      <w:proofErr w:type="spellStart"/>
      <w:r w:rsidRPr="00713EA5">
        <w:rPr>
          <w:lang w:val="ru-RU"/>
        </w:rPr>
        <w:t>И.В.Сталина</w:t>
      </w:r>
      <w:proofErr w:type="spellEnd"/>
      <w:r w:rsidRPr="00713EA5">
        <w:rPr>
          <w:lang w:val="ru-RU"/>
        </w:rPr>
        <w:t xml:space="preserve"> </w:t>
      </w:r>
      <w:proofErr w:type="spellStart"/>
      <w:r w:rsidRPr="00713EA5">
        <w:rPr>
          <w:lang w:val="ru-RU"/>
        </w:rPr>
        <w:t>Н.С.Хрущев</w:t>
      </w:r>
      <w:proofErr w:type="spellEnd"/>
      <w:r w:rsidRPr="00713EA5">
        <w:rPr>
          <w:lang w:val="ru-RU"/>
        </w:rPr>
        <w:t xml:space="preserve"> выступил на ... 1) </w:t>
      </w:r>
      <w:r>
        <w:t>XIX</w:t>
      </w:r>
      <w:r w:rsidRPr="00713EA5">
        <w:rPr>
          <w:lang w:val="ru-RU"/>
        </w:rPr>
        <w:t xml:space="preserve"> съезде КПСС 2) ХХ съезде КПСС 3) </w:t>
      </w:r>
      <w:r>
        <w:t>XXI</w:t>
      </w:r>
      <w:r w:rsidRPr="00713EA5">
        <w:rPr>
          <w:lang w:val="ru-RU"/>
        </w:rPr>
        <w:t xml:space="preserve"> съезде КПСС 4) </w:t>
      </w:r>
      <w:r>
        <w:t>XXII</w:t>
      </w:r>
      <w:r w:rsidRPr="00713EA5">
        <w:rPr>
          <w:lang w:val="ru-RU"/>
        </w:rPr>
        <w:t xml:space="preserve"> съезде КПСС </w:t>
      </w:r>
    </w:p>
    <w:p w:rsidR="00713EA5" w:rsidRPr="00713EA5" w:rsidRDefault="00713EA5" w:rsidP="00713EA5">
      <w:pPr>
        <w:rPr>
          <w:lang w:val="ru-RU"/>
        </w:rPr>
      </w:pPr>
      <w:r w:rsidRPr="00713EA5">
        <w:rPr>
          <w:lang w:val="ru-RU"/>
        </w:rPr>
        <w:t xml:space="preserve">14. Выберите один вариант ответа 1953-1964 гг. – это период … 1) оттепели 2) застоя 3) нэпа 4) перестройки </w:t>
      </w:r>
    </w:p>
    <w:p w:rsidR="00713EA5" w:rsidRPr="00713EA5" w:rsidRDefault="00713EA5" w:rsidP="00713EA5">
      <w:pPr>
        <w:rPr>
          <w:lang w:val="ru-RU"/>
        </w:rPr>
      </w:pPr>
      <w:r w:rsidRPr="00713EA5">
        <w:rPr>
          <w:lang w:val="ru-RU"/>
        </w:rPr>
        <w:t xml:space="preserve">15. </w:t>
      </w:r>
      <w:proofErr w:type="gramStart"/>
      <w:r w:rsidRPr="00713EA5">
        <w:rPr>
          <w:lang w:val="ru-RU"/>
        </w:rPr>
        <w:t>Выберите один вариант ответа Н.С. Хрущёв после смерти И.В. Сталина занял</w:t>
      </w:r>
      <w:proofErr w:type="gramEnd"/>
      <w:r w:rsidRPr="00713EA5">
        <w:rPr>
          <w:lang w:val="ru-RU"/>
        </w:rPr>
        <w:t xml:space="preserve"> пост … 1) Первого секретаря ЦК КПСС 2) Председателя Совета министров СССР 3) Председателя Президиума Верховного Совета СССР 4) Генерального секретаря ЦК КПСС </w:t>
      </w:r>
    </w:p>
    <w:p w:rsidR="00713EA5" w:rsidRPr="00713EA5" w:rsidRDefault="00713EA5" w:rsidP="00713EA5">
      <w:pPr>
        <w:rPr>
          <w:lang w:val="ru-RU"/>
        </w:rPr>
      </w:pPr>
    </w:p>
    <w:p w:rsidR="00713EA5" w:rsidRPr="00713EA5" w:rsidRDefault="00713EA5" w:rsidP="00713EA5">
      <w:pPr>
        <w:rPr>
          <w:lang w:val="ru-RU"/>
        </w:rPr>
      </w:pPr>
      <w:r w:rsidRPr="00713EA5">
        <w:rPr>
          <w:lang w:val="ru-RU"/>
        </w:rPr>
        <w:t xml:space="preserve">16. </w:t>
      </w:r>
      <w:proofErr w:type="gramStart"/>
      <w:r w:rsidRPr="00713EA5">
        <w:rPr>
          <w:lang w:val="ru-RU"/>
        </w:rPr>
        <w:t>Выберите один вариант ответа Освоение целинных земель началось</w:t>
      </w:r>
      <w:proofErr w:type="gramEnd"/>
      <w:r w:rsidRPr="00713EA5">
        <w:rPr>
          <w:lang w:val="ru-RU"/>
        </w:rPr>
        <w:t xml:space="preserve"> в … 1) 1954 г. 2) 1949 г. 3) 1968 г. 4) 1972 г.</w:t>
      </w:r>
    </w:p>
    <w:p w:rsidR="00713EA5" w:rsidRPr="00713EA5" w:rsidRDefault="00713EA5" w:rsidP="00713EA5">
      <w:pPr>
        <w:rPr>
          <w:lang w:val="ru-RU"/>
        </w:rPr>
      </w:pPr>
      <w:r w:rsidRPr="00713EA5">
        <w:rPr>
          <w:lang w:val="ru-RU"/>
        </w:rPr>
        <w:t xml:space="preserve">17. Выберите один вариант ответа Даты, связанные с советскими достижениями в освоении космоса … 1) 1957 и 1961 г. 78 2) 1949 и 1953 г. 3) 1954 и 1963 г. 4) 1985 и 1991 г. </w:t>
      </w:r>
    </w:p>
    <w:p w:rsidR="00713EA5" w:rsidRPr="00713EA5" w:rsidRDefault="00713EA5" w:rsidP="00713EA5">
      <w:pPr>
        <w:rPr>
          <w:lang w:val="ru-RU"/>
        </w:rPr>
      </w:pPr>
      <w:r w:rsidRPr="00713EA5">
        <w:rPr>
          <w:lang w:val="ru-RU"/>
        </w:rPr>
        <w:lastRenderedPageBreak/>
        <w:t xml:space="preserve">18. </w:t>
      </w:r>
      <w:proofErr w:type="gramStart"/>
      <w:r w:rsidRPr="00713EA5">
        <w:rPr>
          <w:lang w:val="ru-RU"/>
        </w:rPr>
        <w:t xml:space="preserve">Выберите один вариант ответа Первым секретарём ЦК КПСС </w:t>
      </w:r>
      <w:proofErr w:type="spellStart"/>
      <w:r w:rsidRPr="00713EA5">
        <w:rPr>
          <w:lang w:val="ru-RU"/>
        </w:rPr>
        <w:t>Н.С.Хрущёв</w:t>
      </w:r>
      <w:proofErr w:type="spellEnd"/>
      <w:r w:rsidRPr="00713EA5">
        <w:rPr>
          <w:lang w:val="ru-RU"/>
        </w:rPr>
        <w:t xml:space="preserve"> был</w:t>
      </w:r>
      <w:proofErr w:type="gramEnd"/>
      <w:r w:rsidRPr="00713EA5">
        <w:rPr>
          <w:lang w:val="ru-RU"/>
        </w:rPr>
        <w:t xml:space="preserve"> избран в … 1) 1953 г. 2) 1964 г. 3) 1975 г. 4) 1985 г. </w:t>
      </w:r>
    </w:p>
    <w:p w:rsidR="00713EA5" w:rsidRPr="00713EA5" w:rsidRDefault="00713EA5" w:rsidP="00713EA5">
      <w:pPr>
        <w:rPr>
          <w:lang w:val="ru-RU"/>
        </w:rPr>
      </w:pPr>
      <w:r w:rsidRPr="00713EA5">
        <w:rPr>
          <w:lang w:val="ru-RU"/>
        </w:rPr>
        <w:t xml:space="preserve">19. Выберите один вариант ответа Название «оттепель» получил период … 1) 1953-1964 гг. 2) 1945-1953 гг. 3) 1964-1985 гг. 4) 1985-1991 гг. </w:t>
      </w:r>
    </w:p>
    <w:p w:rsidR="00713EA5" w:rsidRPr="00713EA5" w:rsidRDefault="00713EA5" w:rsidP="00713EA5">
      <w:pPr>
        <w:rPr>
          <w:lang w:val="ru-RU"/>
        </w:rPr>
      </w:pPr>
      <w:r w:rsidRPr="00713EA5">
        <w:rPr>
          <w:lang w:val="ru-RU"/>
        </w:rPr>
        <w:t xml:space="preserve">20. </w:t>
      </w:r>
      <w:proofErr w:type="gramStart"/>
      <w:r w:rsidRPr="00713EA5">
        <w:rPr>
          <w:lang w:val="ru-RU"/>
        </w:rPr>
        <w:t xml:space="preserve">Выберите один вариант ответа В борьбе за высшую власть в партии и государстве после смерти </w:t>
      </w:r>
      <w:proofErr w:type="spellStart"/>
      <w:r w:rsidRPr="00713EA5">
        <w:rPr>
          <w:lang w:val="ru-RU"/>
        </w:rPr>
        <w:t>И.В.Сталина</w:t>
      </w:r>
      <w:proofErr w:type="spellEnd"/>
      <w:r w:rsidRPr="00713EA5">
        <w:rPr>
          <w:lang w:val="ru-RU"/>
        </w:rPr>
        <w:t xml:space="preserve"> участвовал</w:t>
      </w:r>
      <w:proofErr w:type="gramEnd"/>
      <w:r w:rsidRPr="00713EA5">
        <w:rPr>
          <w:lang w:val="ru-RU"/>
        </w:rPr>
        <w:t xml:space="preserve"> … 1) </w:t>
      </w:r>
      <w:proofErr w:type="spellStart"/>
      <w:r w:rsidRPr="00713EA5">
        <w:rPr>
          <w:lang w:val="ru-RU"/>
        </w:rPr>
        <w:t>Л.И.Брежнев</w:t>
      </w:r>
      <w:proofErr w:type="spellEnd"/>
      <w:r w:rsidRPr="00713EA5">
        <w:rPr>
          <w:lang w:val="ru-RU"/>
        </w:rPr>
        <w:t xml:space="preserve"> 2) </w:t>
      </w:r>
      <w:proofErr w:type="spellStart"/>
      <w:r w:rsidRPr="00713EA5">
        <w:rPr>
          <w:lang w:val="ru-RU"/>
        </w:rPr>
        <w:t>М.С.Горбачёв</w:t>
      </w:r>
      <w:proofErr w:type="spellEnd"/>
      <w:r w:rsidRPr="00713EA5">
        <w:rPr>
          <w:lang w:val="ru-RU"/>
        </w:rPr>
        <w:t xml:space="preserve"> 3) </w:t>
      </w:r>
      <w:proofErr w:type="spellStart"/>
      <w:r w:rsidRPr="00713EA5">
        <w:rPr>
          <w:lang w:val="ru-RU"/>
        </w:rPr>
        <w:t>Ю.В.Андропов</w:t>
      </w:r>
      <w:proofErr w:type="spellEnd"/>
      <w:r w:rsidRPr="00713EA5">
        <w:rPr>
          <w:lang w:val="ru-RU"/>
        </w:rPr>
        <w:t xml:space="preserve"> 4) </w:t>
      </w:r>
      <w:proofErr w:type="spellStart"/>
      <w:r w:rsidRPr="00713EA5">
        <w:rPr>
          <w:lang w:val="ru-RU"/>
        </w:rPr>
        <w:t>Г.М.Маленков</w:t>
      </w:r>
      <w:proofErr w:type="spellEnd"/>
      <w:r w:rsidRPr="00713EA5">
        <w:rPr>
          <w:lang w:val="ru-RU"/>
        </w:rPr>
        <w:t xml:space="preserve"> </w:t>
      </w:r>
    </w:p>
    <w:p w:rsidR="00713EA5" w:rsidRPr="00713EA5" w:rsidRDefault="00713EA5" w:rsidP="00713EA5">
      <w:pPr>
        <w:rPr>
          <w:lang w:val="ru-RU"/>
        </w:rPr>
      </w:pPr>
      <w:r w:rsidRPr="00713EA5">
        <w:rPr>
          <w:lang w:val="ru-RU"/>
        </w:rPr>
        <w:t>21. Выберите один вариант ответа</w:t>
      </w:r>
      <w:proofErr w:type="gramStart"/>
      <w:r w:rsidRPr="00713EA5">
        <w:rPr>
          <w:lang w:val="ru-RU"/>
        </w:rPr>
        <w:t xml:space="preserve"> Н</w:t>
      </w:r>
      <w:proofErr w:type="gramEnd"/>
      <w:r w:rsidRPr="00713EA5">
        <w:rPr>
          <w:lang w:val="ru-RU"/>
        </w:rPr>
        <w:t xml:space="preserve">а ХХ съезде КПСС был (а) … 1) разоблачён культ личности </w:t>
      </w:r>
      <w:proofErr w:type="spellStart"/>
      <w:r w:rsidRPr="00713EA5">
        <w:rPr>
          <w:lang w:val="ru-RU"/>
        </w:rPr>
        <w:t>И.В.Сталина</w:t>
      </w:r>
      <w:proofErr w:type="spellEnd"/>
      <w:r w:rsidRPr="00713EA5">
        <w:rPr>
          <w:lang w:val="ru-RU"/>
        </w:rPr>
        <w:t xml:space="preserve"> 2) принята новая программа партии 3) одобрен курс на перестройку 4) отстранён от должности Первого секретаря ЦК КПСС </w:t>
      </w:r>
      <w:proofErr w:type="spellStart"/>
      <w:r w:rsidRPr="00713EA5">
        <w:rPr>
          <w:lang w:val="ru-RU"/>
        </w:rPr>
        <w:t>Н.С.Хрущёв</w:t>
      </w:r>
      <w:proofErr w:type="spellEnd"/>
      <w:r w:rsidRPr="00713EA5">
        <w:rPr>
          <w:lang w:val="ru-RU"/>
        </w:rPr>
        <w:t xml:space="preserve"> </w:t>
      </w:r>
    </w:p>
    <w:p w:rsidR="00713EA5" w:rsidRPr="00713EA5" w:rsidRDefault="00713EA5" w:rsidP="00713EA5">
      <w:pPr>
        <w:rPr>
          <w:lang w:val="ru-RU"/>
        </w:rPr>
      </w:pPr>
      <w:r w:rsidRPr="00713EA5">
        <w:rPr>
          <w:lang w:val="ru-RU"/>
        </w:rPr>
        <w:t>22. Выберите один вариант ответа Первый в мире искусственный спутник Земли был запущен в СССР, когда руковод</w:t>
      </w:r>
      <w:proofErr w:type="gramStart"/>
      <w:r w:rsidRPr="00713EA5">
        <w:rPr>
          <w:lang w:val="ru-RU"/>
        </w:rPr>
        <w:t>и-</w:t>
      </w:r>
      <w:proofErr w:type="gramEnd"/>
      <w:r w:rsidRPr="00713EA5">
        <w:rPr>
          <w:lang w:val="ru-RU"/>
        </w:rPr>
        <w:t xml:space="preserve"> </w:t>
      </w:r>
      <w:proofErr w:type="spellStart"/>
      <w:r w:rsidRPr="00713EA5">
        <w:rPr>
          <w:lang w:val="ru-RU"/>
        </w:rPr>
        <w:t>телем</w:t>
      </w:r>
      <w:proofErr w:type="spellEnd"/>
      <w:r w:rsidRPr="00713EA5">
        <w:rPr>
          <w:lang w:val="ru-RU"/>
        </w:rPr>
        <w:t xml:space="preserve"> страны был … 1) </w:t>
      </w:r>
      <w:proofErr w:type="spellStart"/>
      <w:r w:rsidRPr="00713EA5">
        <w:rPr>
          <w:lang w:val="ru-RU"/>
        </w:rPr>
        <w:t>И.В.Сталин</w:t>
      </w:r>
      <w:proofErr w:type="spellEnd"/>
      <w:r w:rsidRPr="00713EA5">
        <w:rPr>
          <w:lang w:val="ru-RU"/>
        </w:rPr>
        <w:t xml:space="preserve"> 2) </w:t>
      </w:r>
      <w:proofErr w:type="spellStart"/>
      <w:r w:rsidRPr="00713EA5">
        <w:rPr>
          <w:lang w:val="ru-RU"/>
        </w:rPr>
        <w:t>Н.С.Хрущёв</w:t>
      </w:r>
      <w:proofErr w:type="spellEnd"/>
      <w:r w:rsidRPr="00713EA5">
        <w:rPr>
          <w:lang w:val="ru-RU"/>
        </w:rPr>
        <w:t xml:space="preserve"> 3) </w:t>
      </w:r>
      <w:proofErr w:type="spellStart"/>
      <w:r w:rsidRPr="00713EA5">
        <w:rPr>
          <w:lang w:val="ru-RU"/>
        </w:rPr>
        <w:t>Л.И.Брежнев</w:t>
      </w:r>
      <w:proofErr w:type="spellEnd"/>
      <w:r w:rsidRPr="00713EA5">
        <w:rPr>
          <w:lang w:val="ru-RU"/>
        </w:rPr>
        <w:t xml:space="preserve"> 4) </w:t>
      </w:r>
      <w:proofErr w:type="spellStart"/>
      <w:r w:rsidRPr="00713EA5">
        <w:rPr>
          <w:lang w:val="ru-RU"/>
        </w:rPr>
        <w:t>М.С.Горбачёв</w:t>
      </w:r>
      <w:proofErr w:type="spellEnd"/>
      <w:r w:rsidRPr="00713EA5">
        <w:rPr>
          <w:lang w:val="ru-RU"/>
        </w:rPr>
        <w:t xml:space="preserve"> </w:t>
      </w:r>
    </w:p>
    <w:p w:rsidR="00713EA5" w:rsidRPr="00713EA5" w:rsidRDefault="00713EA5" w:rsidP="00713EA5">
      <w:pPr>
        <w:rPr>
          <w:lang w:val="ru-RU"/>
        </w:rPr>
      </w:pPr>
      <w:r w:rsidRPr="00713EA5">
        <w:rPr>
          <w:lang w:val="ru-RU"/>
        </w:rPr>
        <w:t>23. Выберите один вариант ответа В 1962 г. произошли массовые выступления рабочих против повышения цен на пр</w:t>
      </w:r>
      <w:proofErr w:type="gramStart"/>
      <w:r w:rsidRPr="00713EA5">
        <w:rPr>
          <w:lang w:val="ru-RU"/>
        </w:rPr>
        <w:t>о-</w:t>
      </w:r>
      <w:proofErr w:type="gramEnd"/>
      <w:r w:rsidRPr="00713EA5">
        <w:rPr>
          <w:lang w:val="ru-RU"/>
        </w:rPr>
        <w:t xml:space="preserve"> </w:t>
      </w:r>
      <w:proofErr w:type="spellStart"/>
      <w:r w:rsidRPr="00713EA5">
        <w:rPr>
          <w:lang w:val="ru-RU"/>
        </w:rPr>
        <w:t>дукты</w:t>
      </w:r>
      <w:proofErr w:type="spellEnd"/>
      <w:r w:rsidRPr="00713EA5">
        <w:rPr>
          <w:lang w:val="ru-RU"/>
        </w:rPr>
        <w:t xml:space="preserve"> питания в … 1) Харькове 2) Ленинграде 3) Свердловске 4) Новочеркасске </w:t>
      </w:r>
    </w:p>
    <w:p w:rsidR="00713EA5" w:rsidRPr="00713EA5" w:rsidRDefault="00713EA5" w:rsidP="00713EA5">
      <w:pPr>
        <w:rPr>
          <w:lang w:val="ru-RU"/>
        </w:rPr>
      </w:pPr>
      <w:r w:rsidRPr="00713EA5">
        <w:rPr>
          <w:lang w:val="ru-RU"/>
        </w:rPr>
        <w:t xml:space="preserve">24. Выберите один вариант ответа Понятие, ставшее распространённым в СССР в период «оттепели» … 1) реабилитация 2) многопартийность 79 3) репарации 4) акционирование </w:t>
      </w:r>
    </w:p>
    <w:p w:rsidR="00713EA5" w:rsidRPr="00713EA5" w:rsidRDefault="00713EA5" w:rsidP="00713EA5">
      <w:pPr>
        <w:rPr>
          <w:lang w:val="ru-RU"/>
        </w:rPr>
      </w:pPr>
      <w:r w:rsidRPr="00713EA5">
        <w:rPr>
          <w:lang w:val="ru-RU"/>
        </w:rPr>
        <w:t>25. Выберите один вариант ответа</w:t>
      </w:r>
      <w:proofErr w:type="gramStart"/>
      <w:r w:rsidRPr="00713EA5">
        <w:rPr>
          <w:lang w:val="ru-RU"/>
        </w:rPr>
        <w:t xml:space="preserve"> В</w:t>
      </w:r>
      <w:proofErr w:type="gramEnd"/>
      <w:r w:rsidRPr="00713EA5">
        <w:rPr>
          <w:lang w:val="ru-RU"/>
        </w:rPr>
        <w:t xml:space="preserve">место отраслевых министерств в 1957 г. создавались . 1) территориальные совнархозы 2) общесоюзные главки 3) территориальные министерства 4) общесоюзные министерства </w:t>
      </w:r>
    </w:p>
    <w:p w:rsidR="00713EA5" w:rsidRPr="00713EA5" w:rsidRDefault="00713EA5" w:rsidP="00713EA5">
      <w:pPr>
        <w:rPr>
          <w:lang w:val="ru-RU"/>
        </w:rPr>
      </w:pPr>
      <w:r w:rsidRPr="00713EA5">
        <w:rPr>
          <w:lang w:val="ru-RU"/>
        </w:rPr>
        <w:t xml:space="preserve">26. </w:t>
      </w:r>
      <w:proofErr w:type="gramStart"/>
      <w:r w:rsidRPr="00713EA5">
        <w:rPr>
          <w:lang w:val="ru-RU"/>
        </w:rPr>
        <w:t>Выберите один вариант ответа Первый полёт человека в космос состоялся</w:t>
      </w:r>
      <w:proofErr w:type="gramEnd"/>
      <w:r w:rsidRPr="00713EA5">
        <w:rPr>
          <w:lang w:val="ru-RU"/>
        </w:rPr>
        <w:t xml:space="preserve"> … 1) 4 октября 1957 г. 2) 12 апреля 1960 г. 3) 12 апреля 1961 г. 4) 4 октября 1961 г. </w:t>
      </w:r>
    </w:p>
    <w:p w:rsidR="00713EA5" w:rsidRPr="00713EA5" w:rsidRDefault="00713EA5" w:rsidP="00713EA5">
      <w:pPr>
        <w:rPr>
          <w:lang w:val="ru-RU"/>
        </w:rPr>
      </w:pPr>
      <w:r w:rsidRPr="00713EA5">
        <w:rPr>
          <w:lang w:val="ru-RU"/>
        </w:rPr>
        <w:t xml:space="preserve">27. </w:t>
      </w:r>
      <w:proofErr w:type="gramStart"/>
      <w:r w:rsidRPr="00713EA5">
        <w:rPr>
          <w:lang w:val="ru-RU"/>
        </w:rPr>
        <w:t xml:space="preserve">Выберите один вариант ответа Разоблачение «культа личности» Сталина было совершено … 1) </w:t>
      </w:r>
      <w:proofErr w:type="spellStart"/>
      <w:r w:rsidRPr="00713EA5">
        <w:rPr>
          <w:lang w:val="ru-RU"/>
        </w:rPr>
        <w:t>Н.С.Хрущёвым</w:t>
      </w:r>
      <w:proofErr w:type="spellEnd"/>
      <w:r w:rsidRPr="00713EA5">
        <w:rPr>
          <w:lang w:val="ru-RU"/>
        </w:rPr>
        <w:t xml:space="preserve"> на ХХ съезде КПСС 2) </w:t>
      </w:r>
      <w:proofErr w:type="spellStart"/>
      <w:r w:rsidRPr="00713EA5">
        <w:rPr>
          <w:lang w:val="ru-RU"/>
        </w:rPr>
        <w:t>Л.П.Берией</w:t>
      </w:r>
      <w:proofErr w:type="spellEnd"/>
      <w:r w:rsidRPr="00713EA5">
        <w:rPr>
          <w:lang w:val="ru-RU"/>
        </w:rPr>
        <w:t xml:space="preserve"> сразу после смерти Сталина 3) </w:t>
      </w:r>
      <w:proofErr w:type="spellStart"/>
      <w:r w:rsidRPr="00713EA5">
        <w:rPr>
          <w:lang w:val="ru-RU"/>
        </w:rPr>
        <w:t>Н.С.Хрущёвым</w:t>
      </w:r>
      <w:proofErr w:type="spellEnd"/>
      <w:r w:rsidRPr="00713EA5">
        <w:rPr>
          <w:lang w:val="ru-RU"/>
        </w:rPr>
        <w:t xml:space="preserve"> на Пленуме, избравшем его Первым секретарём ЦК КПСС в сентябре 1953 г. 4) </w:t>
      </w:r>
      <w:proofErr w:type="spellStart"/>
      <w:r w:rsidRPr="00713EA5">
        <w:rPr>
          <w:lang w:val="ru-RU"/>
        </w:rPr>
        <w:t>Г.М.Маленковым</w:t>
      </w:r>
      <w:proofErr w:type="spellEnd"/>
      <w:r w:rsidRPr="00713EA5">
        <w:rPr>
          <w:lang w:val="ru-RU"/>
        </w:rPr>
        <w:t xml:space="preserve"> на торжественном заседании ЦК КПСС и Совета Министров СССР, посвящённом годовщине Октябрьской революции, в</w:t>
      </w:r>
      <w:proofErr w:type="gramEnd"/>
      <w:r w:rsidRPr="00713EA5">
        <w:rPr>
          <w:lang w:val="ru-RU"/>
        </w:rPr>
        <w:t xml:space="preserve"> 1955 г. </w:t>
      </w:r>
    </w:p>
    <w:p w:rsidR="00713EA5" w:rsidRPr="00713EA5" w:rsidRDefault="00713EA5" w:rsidP="00713EA5">
      <w:pPr>
        <w:rPr>
          <w:lang w:val="ru-RU"/>
        </w:rPr>
      </w:pPr>
      <w:r w:rsidRPr="00713EA5">
        <w:rPr>
          <w:lang w:val="ru-RU"/>
        </w:rPr>
        <w:t>28. Выберите один вариант ответа</w:t>
      </w:r>
      <w:proofErr w:type="gramStart"/>
      <w:r w:rsidRPr="00713EA5">
        <w:rPr>
          <w:lang w:val="ru-RU"/>
        </w:rPr>
        <w:t xml:space="preserve"> Д</w:t>
      </w:r>
      <w:proofErr w:type="gramEnd"/>
      <w:r w:rsidRPr="00713EA5">
        <w:rPr>
          <w:lang w:val="ru-RU"/>
        </w:rPr>
        <w:t>ля развития сельского хозяйства в период «оттепели» было характерно … 1) принудительное внедрение посевов кукурузы 2) развитие семейных ферм 3) разрешение продажи земли в частные руки 4) ликвидация совхозов 1</w:t>
      </w:r>
    </w:p>
    <w:p w:rsidR="00713EA5" w:rsidRPr="00713EA5" w:rsidRDefault="00713EA5" w:rsidP="00713EA5">
      <w:pPr>
        <w:rPr>
          <w:lang w:val="ru-RU"/>
        </w:rPr>
      </w:pPr>
      <w:r w:rsidRPr="00713EA5">
        <w:rPr>
          <w:lang w:val="ru-RU"/>
        </w:rPr>
        <w:t>29. Выберите один вариант ответа Для социальной политики СССР в 1953-1964 гг. было характерно</w:t>
      </w:r>
      <w:proofErr w:type="gramStart"/>
      <w:r w:rsidRPr="00713EA5">
        <w:rPr>
          <w:lang w:val="ru-RU"/>
        </w:rPr>
        <w:t xml:space="preserve"> (-</w:t>
      </w:r>
      <w:proofErr w:type="gramEnd"/>
      <w:r w:rsidRPr="00713EA5">
        <w:rPr>
          <w:lang w:val="ru-RU"/>
        </w:rPr>
        <w:t xml:space="preserve">а) … 1) снижение окладов работникам промышленности 2) широкое жилищное </w:t>
      </w:r>
      <w:r w:rsidRPr="00713EA5">
        <w:rPr>
          <w:lang w:val="ru-RU"/>
        </w:rPr>
        <w:lastRenderedPageBreak/>
        <w:t xml:space="preserve">строительство 3) повышение пенсионного возраста 4) введение платы за обучение в старших классах средней школы </w:t>
      </w:r>
    </w:p>
    <w:p w:rsidR="00713EA5" w:rsidRPr="00713EA5" w:rsidRDefault="00713EA5" w:rsidP="00713EA5">
      <w:pPr>
        <w:rPr>
          <w:lang w:val="ru-RU"/>
        </w:rPr>
      </w:pPr>
      <w:r w:rsidRPr="00713EA5">
        <w:rPr>
          <w:lang w:val="ru-RU"/>
        </w:rPr>
        <w:t xml:space="preserve">30. Выберите один вариант ответа В 1961 г. произошли события … 1) полёт Юрия Гагарина, принятие новой программы КПСС 2) принятие Конституции СССР, запуск первого искусственного спутника Земли 3) приход к власти </w:t>
      </w:r>
      <w:proofErr w:type="spellStart"/>
      <w:r w:rsidRPr="00713EA5">
        <w:rPr>
          <w:lang w:val="ru-RU"/>
        </w:rPr>
        <w:t>Н.С.Хрущёва</w:t>
      </w:r>
      <w:proofErr w:type="spellEnd"/>
      <w:r w:rsidRPr="00713EA5">
        <w:rPr>
          <w:lang w:val="ru-RU"/>
        </w:rPr>
        <w:t xml:space="preserve">, ХХ съезд КПСС 4) смерть Сталина, арест Берии </w:t>
      </w:r>
    </w:p>
    <w:p w:rsidR="00713EA5" w:rsidRPr="00713EA5" w:rsidRDefault="00713EA5" w:rsidP="00713EA5">
      <w:pPr>
        <w:rPr>
          <w:lang w:val="ru-RU"/>
        </w:rPr>
      </w:pPr>
      <w:r w:rsidRPr="00713EA5">
        <w:rPr>
          <w:lang w:val="ru-RU"/>
        </w:rPr>
        <w:t>31. Выберите один вариант ответа Одной из причин неудачи экономических реформ в СССР во второй половине 1960-х гг. было</w:t>
      </w:r>
      <w:proofErr w:type="gramStart"/>
      <w:r w:rsidRPr="00713EA5">
        <w:rPr>
          <w:lang w:val="ru-RU"/>
        </w:rPr>
        <w:t xml:space="preserve"> (-</w:t>
      </w:r>
      <w:proofErr w:type="gramEnd"/>
      <w:r w:rsidRPr="00713EA5">
        <w:rPr>
          <w:lang w:val="ru-RU"/>
        </w:rPr>
        <w:t xml:space="preserve">а) ... 1) отсутствие поддержки реформ партийно-государственным аппаратом 2) ликвидация отраслевых министерств 3) недостаточное снабжение предприятий сырьем 4) прекращение государственного планирования развития экономики </w:t>
      </w:r>
    </w:p>
    <w:p w:rsidR="00713EA5" w:rsidRPr="00713EA5" w:rsidRDefault="00713EA5" w:rsidP="00713EA5">
      <w:pPr>
        <w:rPr>
          <w:lang w:val="ru-RU"/>
        </w:rPr>
      </w:pPr>
      <w:r w:rsidRPr="00713EA5">
        <w:rPr>
          <w:lang w:val="ru-RU"/>
        </w:rPr>
        <w:t xml:space="preserve">32. Выберите один вариант ответа Понятие «стагнация» относится к ... 1) годам перестройки 2) эпохе застоя 3) первому послевоенному десятилетию 4) периоду «оттепели» </w:t>
      </w:r>
    </w:p>
    <w:p w:rsidR="00713EA5" w:rsidRPr="00713EA5" w:rsidRDefault="00713EA5" w:rsidP="00713EA5">
      <w:pPr>
        <w:rPr>
          <w:lang w:val="ru-RU"/>
        </w:rPr>
      </w:pPr>
      <w:r w:rsidRPr="00713EA5">
        <w:rPr>
          <w:lang w:val="ru-RU"/>
        </w:rPr>
        <w:t xml:space="preserve">33. Выберите один вариант ответа Конституция, в которой утверждалось, что в СССР построено «развитое </w:t>
      </w:r>
      <w:proofErr w:type="spellStart"/>
      <w:r w:rsidRPr="00713EA5">
        <w:rPr>
          <w:lang w:val="ru-RU"/>
        </w:rPr>
        <w:t>социалист</w:t>
      </w:r>
      <w:proofErr w:type="gramStart"/>
      <w:r w:rsidRPr="00713EA5">
        <w:rPr>
          <w:lang w:val="ru-RU"/>
        </w:rPr>
        <w:t>и</w:t>
      </w:r>
      <w:proofErr w:type="spellEnd"/>
      <w:r w:rsidRPr="00713EA5">
        <w:rPr>
          <w:lang w:val="ru-RU"/>
        </w:rPr>
        <w:t>-</w:t>
      </w:r>
      <w:proofErr w:type="gramEnd"/>
      <w:r w:rsidRPr="00713EA5">
        <w:rPr>
          <w:lang w:val="ru-RU"/>
        </w:rPr>
        <w:t xml:space="preserve"> </w:t>
      </w:r>
      <w:proofErr w:type="spellStart"/>
      <w:r w:rsidRPr="00713EA5">
        <w:rPr>
          <w:lang w:val="ru-RU"/>
        </w:rPr>
        <w:t>ческое</w:t>
      </w:r>
      <w:proofErr w:type="spellEnd"/>
      <w:r w:rsidRPr="00713EA5">
        <w:rPr>
          <w:lang w:val="ru-RU"/>
        </w:rPr>
        <w:t xml:space="preserve"> общество», была принята в ... 1) 1924 г. 2) 1936 г. 3) 1977 г. 4) 1993 г. </w:t>
      </w:r>
    </w:p>
    <w:p w:rsidR="00713EA5" w:rsidRPr="00713EA5" w:rsidRDefault="00713EA5" w:rsidP="00713EA5">
      <w:pPr>
        <w:rPr>
          <w:lang w:val="ru-RU"/>
        </w:rPr>
      </w:pPr>
      <w:r w:rsidRPr="00713EA5">
        <w:rPr>
          <w:lang w:val="ru-RU"/>
        </w:rPr>
        <w:t xml:space="preserve">34. </w:t>
      </w:r>
      <w:proofErr w:type="gramStart"/>
      <w:r w:rsidRPr="00713EA5">
        <w:rPr>
          <w:lang w:val="ru-RU"/>
        </w:rPr>
        <w:t xml:space="preserve">Выберите один вариант ответа В период руководства </w:t>
      </w:r>
      <w:proofErr w:type="spellStart"/>
      <w:r w:rsidRPr="00713EA5">
        <w:rPr>
          <w:lang w:val="ru-RU"/>
        </w:rPr>
        <w:t>Л.И.Брежнева</w:t>
      </w:r>
      <w:proofErr w:type="spellEnd"/>
      <w:r w:rsidRPr="00713EA5">
        <w:rPr>
          <w:lang w:val="ru-RU"/>
        </w:rPr>
        <w:t xml:space="preserve"> главное внимание в экономике уделялось</w:t>
      </w:r>
      <w:proofErr w:type="gramEnd"/>
      <w:r w:rsidRPr="00713EA5">
        <w:rPr>
          <w:lang w:val="ru-RU"/>
        </w:rPr>
        <w:t xml:space="preserve"> ... 1) машиностроению 2) лёгкой промышленности 3) оборонной промышленности 4) сельскому хозяйству </w:t>
      </w:r>
    </w:p>
    <w:p w:rsidR="00713EA5" w:rsidRPr="00713EA5" w:rsidRDefault="00713EA5" w:rsidP="00713EA5">
      <w:pPr>
        <w:rPr>
          <w:lang w:val="ru-RU"/>
        </w:rPr>
      </w:pPr>
      <w:r w:rsidRPr="00713EA5">
        <w:rPr>
          <w:lang w:val="ru-RU"/>
        </w:rPr>
        <w:t xml:space="preserve">35. Выберите один вариант ответа «Хозрасчетная реформа» </w:t>
      </w:r>
      <w:proofErr w:type="spellStart"/>
      <w:r w:rsidRPr="00713EA5">
        <w:rPr>
          <w:lang w:val="ru-RU"/>
        </w:rPr>
        <w:t>А.Н.Косыгина</w:t>
      </w:r>
      <w:proofErr w:type="spellEnd"/>
      <w:r w:rsidRPr="00713EA5">
        <w:rPr>
          <w:lang w:val="ru-RU"/>
        </w:rPr>
        <w:t xml:space="preserve"> была нацелена на … 1) укрепление экономических связей между предприятиями различных регионов страны 2) предоставление советским предприятиям большей хозяйственной </w:t>
      </w:r>
      <w:proofErr w:type="spellStart"/>
      <w:r w:rsidRPr="00713EA5">
        <w:rPr>
          <w:lang w:val="ru-RU"/>
        </w:rPr>
        <w:t>самосто</w:t>
      </w:r>
      <w:proofErr w:type="gramStart"/>
      <w:r w:rsidRPr="00713EA5">
        <w:rPr>
          <w:lang w:val="ru-RU"/>
        </w:rPr>
        <w:t>я</w:t>
      </w:r>
      <w:proofErr w:type="spellEnd"/>
      <w:r w:rsidRPr="00713EA5">
        <w:rPr>
          <w:lang w:val="ru-RU"/>
        </w:rPr>
        <w:t>-</w:t>
      </w:r>
      <w:proofErr w:type="gramEnd"/>
      <w:r w:rsidRPr="00713EA5">
        <w:rPr>
          <w:lang w:val="ru-RU"/>
        </w:rPr>
        <w:t xml:space="preserve"> </w:t>
      </w:r>
      <w:proofErr w:type="spellStart"/>
      <w:r w:rsidRPr="00713EA5">
        <w:rPr>
          <w:lang w:val="ru-RU"/>
        </w:rPr>
        <w:t>тельности</w:t>
      </w:r>
      <w:proofErr w:type="spellEnd"/>
      <w:r w:rsidRPr="00713EA5">
        <w:rPr>
          <w:lang w:val="ru-RU"/>
        </w:rPr>
        <w:t xml:space="preserve"> 3) перевод советской экономики на рыночные отношения 4) на ужесточение командно-административных принципов управления экономикой </w:t>
      </w:r>
    </w:p>
    <w:p w:rsidR="00713EA5" w:rsidRPr="00713EA5" w:rsidRDefault="00713EA5" w:rsidP="00713EA5">
      <w:pPr>
        <w:rPr>
          <w:lang w:val="ru-RU"/>
        </w:rPr>
      </w:pPr>
      <w:r w:rsidRPr="00713EA5">
        <w:rPr>
          <w:lang w:val="ru-RU"/>
        </w:rPr>
        <w:t xml:space="preserve">36. Выберите один вариант ответа Граждан, не разделяющих официальную идеологию, противостоящих действиям </w:t>
      </w:r>
      <w:proofErr w:type="spellStart"/>
      <w:r w:rsidRPr="00713EA5">
        <w:rPr>
          <w:lang w:val="ru-RU"/>
        </w:rPr>
        <w:t>вл</w:t>
      </w:r>
      <w:proofErr w:type="gramStart"/>
      <w:r w:rsidRPr="00713EA5">
        <w:rPr>
          <w:lang w:val="ru-RU"/>
        </w:rPr>
        <w:t>а</w:t>
      </w:r>
      <w:proofErr w:type="spellEnd"/>
      <w:r w:rsidRPr="00713EA5">
        <w:rPr>
          <w:lang w:val="ru-RU"/>
        </w:rPr>
        <w:t>-</w:t>
      </w:r>
      <w:proofErr w:type="gramEnd"/>
      <w:r w:rsidRPr="00713EA5">
        <w:rPr>
          <w:lang w:val="ru-RU"/>
        </w:rPr>
        <w:t xml:space="preserve"> </w:t>
      </w:r>
      <w:proofErr w:type="spellStart"/>
      <w:r w:rsidRPr="00713EA5">
        <w:rPr>
          <w:lang w:val="ru-RU"/>
        </w:rPr>
        <w:t>стей</w:t>
      </w:r>
      <w:proofErr w:type="spellEnd"/>
      <w:r w:rsidRPr="00713EA5">
        <w:rPr>
          <w:lang w:val="ru-RU"/>
        </w:rPr>
        <w:t>, в СССР называли .. 1) «оппозиционерами» 2) «космополитами» 82 3) «</w:t>
      </w:r>
      <w:proofErr w:type="spellStart"/>
      <w:r w:rsidRPr="00713EA5">
        <w:rPr>
          <w:lang w:val="ru-RU"/>
        </w:rPr>
        <w:t>теневиками</w:t>
      </w:r>
      <w:proofErr w:type="spellEnd"/>
      <w:r w:rsidRPr="00713EA5">
        <w:rPr>
          <w:lang w:val="ru-RU"/>
        </w:rPr>
        <w:t xml:space="preserve">» 4) «диссидентами» </w:t>
      </w:r>
    </w:p>
    <w:p w:rsidR="00713EA5" w:rsidRPr="00713EA5" w:rsidRDefault="00713EA5" w:rsidP="00713EA5">
      <w:pPr>
        <w:rPr>
          <w:lang w:val="ru-RU"/>
        </w:rPr>
      </w:pPr>
      <w:r w:rsidRPr="00713EA5">
        <w:rPr>
          <w:lang w:val="ru-RU"/>
        </w:rPr>
        <w:t xml:space="preserve">37. Выберите один вариант ответа В 1980 г. СССР жил по Конституции ... 1) 1936 г. 2) 1956 г. 3) 1977 г. 4) 1978 г. </w:t>
      </w:r>
    </w:p>
    <w:p w:rsidR="00713EA5" w:rsidRPr="00713EA5" w:rsidRDefault="00713EA5" w:rsidP="00713EA5">
      <w:pPr>
        <w:rPr>
          <w:lang w:val="ru-RU"/>
        </w:rPr>
      </w:pPr>
      <w:r w:rsidRPr="00713EA5">
        <w:rPr>
          <w:lang w:val="ru-RU"/>
        </w:rPr>
        <w:t xml:space="preserve">38. Выберите один вариант ответа В 70-е гг. ХХ в не велось строительство ... 1) </w:t>
      </w:r>
      <w:proofErr w:type="gramStart"/>
      <w:r w:rsidRPr="00713EA5">
        <w:rPr>
          <w:lang w:val="ru-RU"/>
        </w:rPr>
        <w:t>Байкало-Амурская</w:t>
      </w:r>
      <w:proofErr w:type="gramEnd"/>
      <w:r w:rsidRPr="00713EA5">
        <w:rPr>
          <w:lang w:val="ru-RU"/>
        </w:rPr>
        <w:t xml:space="preserve"> железнодорожной магистрали 2) Волжского автомобильного завода 3) Магнитогорского металлургического комбината 4) Камского автомобильного завода </w:t>
      </w:r>
    </w:p>
    <w:p w:rsidR="00713EA5" w:rsidRPr="00713EA5" w:rsidRDefault="00713EA5" w:rsidP="00713EA5">
      <w:pPr>
        <w:rPr>
          <w:lang w:val="ru-RU"/>
        </w:rPr>
      </w:pPr>
      <w:r w:rsidRPr="00713EA5">
        <w:rPr>
          <w:lang w:val="ru-RU"/>
        </w:rPr>
        <w:t xml:space="preserve">39. </w:t>
      </w:r>
      <w:proofErr w:type="gramStart"/>
      <w:r w:rsidRPr="00713EA5">
        <w:rPr>
          <w:lang w:val="ru-RU"/>
        </w:rPr>
        <w:t xml:space="preserve">Выберите один вариант ответа Экономическая реформа </w:t>
      </w:r>
      <w:proofErr w:type="spellStart"/>
      <w:r w:rsidRPr="00713EA5">
        <w:rPr>
          <w:lang w:val="ru-RU"/>
        </w:rPr>
        <w:t>А.Н.Косыгина</w:t>
      </w:r>
      <w:proofErr w:type="spellEnd"/>
      <w:r w:rsidRPr="00713EA5">
        <w:rPr>
          <w:lang w:val="ru-RU"/>
        </w:rPr>
        <w:t xml:space="preserve"> проводилась</w:t>
      </w:r>
      <w:proofErr w:type="gramEnd"/>
      <w:r w:rsidRPr="00713EA5">
        <w:rPr>
          <w:lang w:val="ru-RU"/>
        </w:rPr>
        <w:t xml:space="preserve"> в СССР в … 1) 1965-1970 гг. 2) 1949-1953 гг. 3) 1956-1960 гг. 4) 1985-1991 гг. </w:t>
      </w:r>
    </w:p>
    <w:p w:rsidR="00713EA5" w:rsidRPr="00713EA5" w:rsidRDefault="00713EA5" w:rsidP="00713EA5">
      <w:pPr>
        <w:rPr>
          <w:lang w:val="ru-RU"/>
        </w:rPr>
      </w:pPr>
      <w:r w:rsidRPr="00713EA5">
        <w:rPr>
          <w:lang w:val="ru-RU"/>
        </w:rPr>
        <w:lastRenderedPageBreak/>
        <w:t xml:space="preserve">40. Выберите один вариант ответа Политический деятель, занявший пост Генерального секретаря ЦК КПСС после смерти </w:t>
      </w:r>
      <w:proofErr w:type="spellStart"/>
      <w:r w:rsidRPr="00713EA5">
        <w:rPr>
          <w:lang w:val="ru-RU"/>
        </w:rPr>
        <w:t>Л.И.Брежнева</w:t>
      </w:r>
      <w:proofErr w:type="spellEnd"/>
      <w:r w:rsidRPr="00713EA5">
        <w:rPr>
          <w:lang w:val="ru-RU"/>
        </w:rPr>
        <w:t xml:space="preserve"> … 1) </w:t>
      </w:r>
      <w:proofErr w:type="spellStart"/>
      <w:r w:rsidRPr="00713EA5">
        <w:rPr>
          <w:lang w:val="ru-RU"/>
        </w:rPr>
        <w:t>Ю.В.Андропов</w:t>
      </w:r>
      <w:proofErr w:type="spellEnd"/>
      <w:r w:rsidRPr="00713EA5">
        <w:rPr>
          <w:lang w:val="ru-RU"/>
        </w:rPr>
        <w:t xml:space="preserve"> 2) </w:t>
      </w:r>
      <w:proofErr w:type="spellStart"/>
      <w:r w:rsidRPr="00713EA5">
        <w:rPr>
          <w:lang w:val="ru-RU"/>
        </w:rPr>
        <w:t>К.У.Черненко</w:t>
      </w:r>
      <w:proofErr w:type="spellEnd"/>
      <w:r w:rsidRPr="00713EA5">
        <w:rPr>
          <w:lang w:val="ru-RU"/>
        </w:rPr>
        <w:t xml:space="preserve"> 3) </w:t>
      </w:r>
      <w:proofErr w:type="spellStart"/>
      <w:r w:rsidRPr="00713EA5">
        <w:rPr>
          <w:lang w:val="ru-RU"/>
        </w:rPr>
        <w:t>М.С.Горбачёв</w:t>
      </w:r>
      <w:proofErr w:type="spellEnd"/>
      <w:r w:rsidRPr="00713EA5">
        <w:rPr>
          <w:lang w:val="ru-RU"/>
        </w:rPr>
        <w:t xml:space="preserve"> 4) </w:t>
      </w:r>
      <w:proofErr w:type="spellStart"/>
      <w:r w:rsidRPr="00713EA5">
        <w:rPr>
          <w:lang w:val="ru-RU"/>
        </w:rPr>
        <w:t>А.А.Громыко</w:t>
      </w:r>
      <w:proofErr w:type="spellEnd"/>
      <w:r w:rsidRPr="00713EA5">
        <w:rPr>
          <w:lang w:val="ru-RU"/>
        </w:rPr>
        <w:t xml:space="preserve"> </w:t>
      </w:r>
    </w:p>
    <w:p w:rsidR="00713EA5" w:rsidRPr="00713EA5" w:rsidRDefault="00713EA5" w:rsidP="00713EA5">
      <w:pPr>
        <w:rPr>
          <w:lang w:val="ru-RU"/>
        </w:rPr>
      </w:pPr>
      <w:r w:rsidRPr="00713EA5">
        <w:rPr>
          <w:lang w:val="ru-RU"/>
        </w:rPr>
        <w:t xml:space="preserve">41. </w:t>
      </w:r>
      <w:proofErr w:type="gramStart"/>
      <w:r w:rsidRPr="00713EA5">
        <w:rPr>
          <w:lang w:val="ru-RU"/>
        </w:rPr>
        <w:t>Выберите один вариант ответа Диссидентским движением в СССР называли</w:t>
      </w:r>
      <w:proofErr w:type="gramEnd"/>
      <w:r w:rsidRPr="00713EA5">
        <w:rPr>
          <w:lang w:val="ru-RU"/>
        </w:rPr>
        <w:t xml:space="preserve"> … 1) деятельность групп и лиц, не разделявших господствовавшей идеологии 2) политическую парламентскую оппозицию исполнительной власти 3) граждан, имевших родственников за границей 4) всех, уехавших за границу граждан СССР </w:t>
      </w:r>
    </w:p>
    <w:p w:rsidR="00713EA5" w:rsidRPr="00713EA5" w:rsidRDefault="00713EA5" w:rsidP="00713EA5">
      <w:pPr>
        <w:rPr>
          <w:lang w:val="ru-RU"/>
        </w:rPr>
      </w:pPr>
      <w:r w:rsidRPr="00713EA5">
        <w:rPr>
          <w:lang w:val="ru-RU"/>
        </w:rPr>
        <w:t>42. Выберите один вариант ответа Ядром политической системы СССР по Конституции 1977 г. считалс</w:t>
      </w:r>
      <w:proofErr w:type="gramStart"/>
      <w:r w:rsidRPr="00713EA5">
        <w:rPr>
          <w:lang w:val="ru-RU"/>
        </w:rPr>
        <w:t>я(</w:t>
      </w:r>
      <w:proofErr w:type="gramEnd"/>
      <w:r w:rsidRPr="00713EA5">
        <w:rPr>
          <w:lang w:val="ru-RU"/>
        </w:rPr>
        <w:t xml:space="preserve">-ась) … 1) Коммунистическая партия 2) Верховный Совет СССР 3) Совет Министров СССР 4) Верховный суд СССР </w:t>
      </w:r>
    </w:p>
    <w:p w:rsidR="00713EA5" w:rsidRPr="00713EA5" w:rsidRDefault="00713EA5" w:rsidP="00713EA5">
      <w:pPr>
        <w:rPr>
          <w:lang w:val="ru-RU"/>
        </w:rPr>
      </w:pPr>
      <w:r w:rsidRPr="00713EA5">
        <w:rPr>
          <w:lang w:val="ru-RU"/>
        </w:rPr>
        <w:t xml:space="preserve">43. Выберите один вариант ответа Понятие «волюнтаризм» появилось в политическом лексиконе СССР в связи … 1) со снятием </w:t>
      </w:r>
      <w:proofErr w:type="spellStart"/>
      <w:r w:rsidRPr="00713EA5">
        <w:rPr>
          <w:lang w:val="ru-RU"/>
        </w:rPr>
        <w:t>Н.С.Хрущёва</w:t>
      </w:r>
      <w:proofErr w:type="spellEnd"/>
      <w:r w:rsidRPr="00713EA5">
        <w:rPr>
          <w:lang w:val="ru-RU"/>
        </w:rPr>
        <w:t xml:space="preserve"> со всех руководящих постов 2) с внутрипартийной борьбой за власть после смерти </w:t>
      </w:r>
      <w:proofErr w:type="spellStart"/>
      <w:r w:rsidRPr="00713EA5">
        <w:rPr>
          <w:lang w:val="ru-RU"/>
        </w:rPr>
        <w:t>И.В.Сталина</w:t>
      </w:r>
      <w:proofErr w:type="spellEnd"/>
      <w:r w:rsidRPr="00713EA5">
        <w:rPr>
          <w:lang w:val="ru-RU"/>
        </w:rPr>
        <w:t xml:space="preserve"> 3) организацией ГКЧП 4) отменой статьи Конституции СССР о руководящей роли КПСС </w:t>
      </w:r>
    </w:p>
    <w:p w:rsidR="00713EA5" w:rsidRPr="00713EA5" w:rsidRDefault="00713EA5" w:rsidP="00713EA5">
      <w:pPr>
        <w:rPr>
          <w:lang w:val="ru-RU"/>
        </w:rPr>
      </w:pPr>
      <w:r w:rsidRPr="00713EA5">
        <w:rPr>
          <w:lang w:val="ru-RU"/>
        </w:rPr>
        <w:t>44. Выберите один вариант ответа Понятие «</w:t>
      </w:r>
      <w:proofErr w:type="spellStart"/>
      <w:r w:rsidRPr="00713EA5">
        <w:rPr>
          <w:lang w:val="ru-RU"/>
        </w:rPr>
        <w:t>неосталинизм</w:t>
      </w:r>
      <w:proofErr w:type="spellEnd"/>
      <w:r w:rsidRPr="00713EA5">
        <w:rPr>
          <w:lang w:val="ru-RU"/>
        </w:rPr>
        <w:t>» относится … 1) к первому десятилетию после Великой Отечественной войны 2) к периоду «оттепели» 3) к годам перестройки 4) ко времени «застоя»</w:t>
      </w:r>
    </w:p>
    <w:p w:rsidR="00713EA5" w:rsidRPr="00713EA5" w:rsidRDefault="00713EA5" w:rsidP="00713EA5">
      <w:pPr>
        <w:rPr>
          <w:lang w:val="ru-RU"/>
        </w:rPr>
      </w:pPr>
    </w:p>
    <w:p w:rsidR="00713EA5" w:rsidRPr="00713EA5" w:rsidRDefault="00713EA5" w:rsidP="00713EA5">
      <w:pPr>
        <w:rPr>
          <w:lang w:val="ru-RU"/>
        </w:rPr>
      </w:pPr>
      <w:r w:rsidRPr="00713EA5">
        <w:rPr>
          <w:lang w:val="ru-RU"/>
        </w:rPr>
        <w:t xml:space="preserve">45. Выберите один вариант ответа Эпохой «развитого социализма», а также позже временем «застоя» называли период, когда у власти в СССР находился … 1) </w:t>
      </w:r>
      <w:proofErr w:type="spellStart"/>
      <w:r w:rsidRPr="00713EA5">
        <w:rPr>
          <w:lang w:val="ru-RU"/>
        </w:rPr>
        <w:t>Л.И.Брежнев</w:t>
      </w:r>
      <w:proofErr w:type="spellEnd"/>
      <w:r w:rsidRPr="00713EA5">
        <w:rPr>
          <w:lang w:val="ru-RU"/>
        </w:rPr>
        <w:t xml:space="preserve"> 2) </w:t>
      </w:r>
      <w:proofErr w:type="spellStart"/>
      <w:r w:rsidRPr="00713EA5">
        <w:rPr>
          <w:lang w:val="ru-RU"/>
        </w:rPr>
        <w:t>И.В.Сталин</w:t>
      </w:r>
      <w:proofErr w:type="spellEnd"/>
      <w:r w:rsidRPr="00713EA5">
        <w:rPr>
          <w:lang w:val="ru-RU"/>
        </w:rPr>
        <w:t xml:space="preserve"> 3) </w:t>
      </w:r>
      <w:proofErr w:type="spellStart"/>
      <w:r w:rsidRPr="00713EA5">
        <w:rPr>
          <w:lang w:val="ru-RU"/>
        </w:rPr>
        <w:t>Н.С.Хрущёв</w:t>
      </w:r>
      <w:proofErr w:type="spellEnd"/>
      <w:r w:rsidRPr="00713EA5">
        <w:rPr>
          <w:lang w:val="ru-RU"/>
        </w:rPr>
        <w:t xml:space="preserve"> 4) </w:t>
      </w:r>
      <w:proofErr w:type="spellStart"/>
      <w:r w:rsidRPr="00713EA5">
        <w:rPr>
          <w:lang w:val="ru-RU"/>
        </w:rPr>
        <w:t>М.С.Горбачёв</w:t>
      </w:r>
      <w:proofErr w:type="spellEnd"/>
      <w:r w:rsidRPr="00713EA5">
        <w:rPr>
          <w:lang w:val="ru-RU"/>
        </w:rPr>
        <w:t xml:space="preserve"> </w:t>
      </w:r>
    </w:p>
    <w:p w:rsidR="00713EA5" w:rsidRPr="00713EA5" w:rsidRDefault="00713EA5" w:rsidP="00713EA5">
      <w:pPr>
        <w:rPr>
          <w:lang w:val="ru-RU"/>
        </w:rPr>
      </w:pPr>
      <w:r w:rsidRPr="00713EA5">
        <w:rPr>
          <w:lang w:val="ru-RU"/>
        </w:rPr>
        <w:t xml:space="preserve">46. Выберите один вариант ответа Экономику СССР в 1960-е – первой половине 80-х гг. характеризовало … 1) первоочередное развитие лёгкой промышленности 2) преимущественное развитие ВПК 3) создание развитой банковской системы 4) интенсивный характер развития </w:t>
      </w:r>
    </w:p>
    <w:p w:rsidR="00713EA5" w:rsidRPr="00713EA5" w:rsidRDefault="00713EA5" w:rsidP="00713EA5">
      <w:pPr>
        <w:rPr>
          <w:lang w:val="ru-RU"/>
        </w:rPr>
      </w:pPr>
      <w:r w:rsidRPr="00713EA5">
        <w:rPr>
          <w:lang w:val="ru-RU"/>
        </w:rPr>
        <w:t xml:space="preserve">47. Выберите один вариант ответа Событие, произошедшее в СССР в эпоху «застоя» … 1) учреждение поста Президента СССР 2) создание ГКЧП 3) авария на Чернобыльской АЭС 4) демонстрация протеста на Красной площади в августе 1968 г. </w:t>
      </w:r>
    </w:p>
    <w:p w:rsidR="00713EA5" w:rsidRPr="00713EA5" w:rsidRDefault="00713EA5" w:rsidP="00713EA5">
      <w:pPr>
        <w:rPr>
          <w:lang w:val="ru-RU"/>
        </w:rPr>
      </w:pPr>
      <w:r w:rsidRPr="00713EA5">
        <w:rPr>
          <w:lang w:val="ru-RU"/>
        </w:rPr>
        <w:t xml:space="preserve">48. Выберите один вариант ответа БАМ – это стройка периода … 1) «застоя» 2) «оттепели» 3) перестройки 4) военного коммунизма </w:t>
      </w:r>
    </w:p>
    <w:p w:rsidR="00713EA5" w:rsidRPr="00713EA5" w:rsidRDefault="00713EA5" w:rsidP="00713EA5">
      <w:pPr>
        <w:rPr>
          <w:lang w:val="ru-RU"/>
        </w:rPr>
      </w:pPr>
      <w:r w:rsidRPr="00713EA5">
        <w:rPr>
          <w:lang w:val="ru-RU"/>
        </w:rPr>
        <w:t xml:space="preserve">49. </w:t>
      </w:r>
      <w:proofErr w:type="gramStart"/>
      <w:r w:rsidRPr="00713EA5">
        <w:rPr>
          <w:lang w:val="ru-RU"/>
        </w:rPr>
        <w:t>Выберите один вариант ответа Период застоя определяется</w:t>
      </w:r>
      <w:proofErr w:type="gramEnd"/>
      <w:r w:rsidRPr="00713EA5">
        <w:rPr>
          <w:lang w:val="ru-RU"/>
        </w:rPr>
        <w:t xml:space="preserve"> как время … 1) развития кризисных явлений во всех сферах жизни общества 2) разрешения создавать различные политические партии 3) ослабления роли партийного аппарата 4) полного согласия в обществе с проводимой властями политикой</w:t>
      </w:r>
    </w:p>
    <w:p w:rsidR="00713EA5" w:rsidRPr="00713EA5" w:rsidRDefault="00713EA5" w:rsidP="00713EA5">
      <w:pPr>
        <w:rPr>
          <w:lang w:val="ru-RU"/>
        </w:rPr>
      </w:pPr>
      <w:r w:rsidRPr="00713EA5">
        <w:rPr>
          <w:lang w:val="ru-RU"/>
        </w:rPr>
        <w:lastRenderedPageBreak/>
        <w:t xml:space="preserve">50. Выберите один вариант ответа В 1979 г. советские войска были введены в … 1) Вьетнам 2) Афганистан 3) Северную Корею 4) Чехословакию </w:t>
      </w:r>
    </w:p>
    <w:p w:rsidR="00713EA5" w:rsidRPr="00713EA5" w:rsidRDefault="00713EA5" w:rsidP="00713EA5">
      <w:pPr>
        <w:rPr>
          <w:lang w:val="ru-RU"/>
        </w:rPr>
      </w:pPr>
      <w:r w:rsidRPr="00713EA5">
        <w:rPr>
          <w:lang w:val="ru-RU"/>
        </w:rPr>
        <w:t xml:space="preserve">51. Выберите один вариант ответа В </w:t>
      </w:r>
      <w:proofErr w:type="gramStart"/>
      <w:r w:rsidRPr="00713EA5">
        <w:rPr>
          <w:lang w:val="ru-RU"/>
        </w:rPr>
        <w:t>подписании</w:t>
      </w:r>
      <w:proofErr w:type="gramEnd"/>
      <w:r w:rsidRPr="00713EA5">
        <w:rPr>
          <w:lang w:val="ru-RU"/>
        </w:rPr>
        <w:t xml:space="preserve"> Беловежских соглашений принимали участие руководители ... 1) Белоруссии, Украины и Грузии 2) Латвии, Литвы и Эстонии 3) Белоруссии, Украины и России 4) Белоруссии, России и Грузии </w:t>
      </w:r>
    </w:p>
    <w:p w:rsidR="00713EA5" w:rsidRPr="00713EA5" w:rsidRDefault="00713EA5" w:rsidP="00713EA5">
      <w:pPr>
        <w:rPr>
          <w:lang w:val="ru-RU"/>
        </w:rPr>
      </w:pPr>
      <w:r w:rsidRPr="00713EA5">
        <w:rPr>
          <w:lang w:val="ru-RU"/>
        </w:rPr>
        <w:t xml:space="preserve">52. Выберите один вариант ответа Первый президент СССР – это ... 1) </w:t>
      </w:r>
      <w:proofErr w:type="spellStart"/>
      <w:r w:rsidRPr="00713EA5">
        <w:rPr>
          <w:lang w:val="ru-RU"/>
        </w:rPr>
        <w:t>Ю.В.Андропов</w:t>
      </w:r>
      <w:proofErr w:type="spellEnd"/>
      <w:r w:rsidRPr="00713EA5">
        <w:rPr>
          <w:lang w:val="ru-RU"/>
        </w:rPr>
        <w:t xml:space="preserve"> 2) </w:t>
      </w:r>
      <w:proofErr w:type="spellStart"/>
      <w:r w:rsidRPr="00713EA5">
        <w:rPr>
          <w:lang w:val="ru-RU"/>
        </w:rPr>
        <w:t>Л.И.Брежнев</w:t>
      </w:r>
      <w:proofErr w:type="spellEnd"/>
      <w:r w:rsidRPr="00713EA5">
        <w:rPr>
          <w:lang w:val="ru-RU"/>
        </w:rPr>
        <w:t xml:space="preserve"> 3) </w:t>
      </w:r>
      <w:proofErr w:type="spellStart"/>
      <w:r w:rsidRPr="00713EA5">
        <w:rPr>
          <w:lang w:val="ru-RU"/>
        </w:rPr>
        <w:t>М.С.Горбачёв</w:t>
      </w:r>
      <w:proofErr w:type="spellEnd"/>
      <w:r w:rsidRPr="00713EA5">
        <w:rPr>
          <w:lang w:val="ru-RU"/>
        </w:rPr>
        <w:t xml:space="preserve"> 4) </w:t>
      </w:r>
      <w:proofErr w:type="spellStart"/>
      <w:r w:rsidRPr="00713EA5">
        <w:rPr>
          <w:lang w:val="ru-RU"/>
        </w:rPr>
        <w:t>Б.Н.Ельцин</w:t>
      </w:r>
      <w:proofErr w:type="spellEnd"/>
      <w:r w:rsidRPr="00713EA5">
        <w:rPr>
          <w:lang w:val="ru-RU"/>
        </w:rPr>
        <w:t xml:space="preserve"> </w:t>
      </w:r>
    </w:p>
    <w:p w:rsidR="00713EA5" w:rsidRPr="00713EA5" w:rsidRDefault="00713EA5" w:rsidP="00713EA5">
      <w:pPr>
        <w:rPr>
          <w:lang w:val="ru-RU"/>
        </w:rPr>
      </w:pPr>
      <w:r w:rsidRPr="00713EA5">
        <w:rPr>
          <w:lang w:val="ru-RU"/>
        </w:rPr>
        <w:t xml:space="preserve">54. Выберите один вариант ответа «Новое политическое мышление» - это ... 1) реформа политической системы 2) внешнеполитический курс </w:t>
      </w:r>
      <w:proofErr w:type="spellStart"/>
      <w:r w:rsidRPr="00713EA5">
        <w:rPr>
          <w:lang w:val="ru-RU"/>
        </w:rPr>
        <w:t>М.С.Горбачёва</w:t>
      </w:r>
      <w:proofErr w:type="spellEnd"/>
      <w:r w:rsidRPr="00713EA5">
        <w:rPr>
          <w:lang w:val="ru-RU"/>
        </w:rPr>
        <w:t xml:space="preserve"> 3) программа перехода к рыночным отношениям 4) реализация «Программы 500 дней» </w:t>
      </w:r>
      <w:proofErr w:type="spellStart"/>
      <w:r w:rsidRPr="00713EA5">
        <w:rPr>
          <w:lang w:val="ru-RU"/>
        </w:rPr>
        <w:t>Г.Явлинского</w:t>
      </w:r>
      <w:proofErr w:type="spellEnd"/>
      <w:r w:rsidRPr="00713EA5">
        <w:rPr>
          <w:lang w:val="ru-RU"/>
        </w:rPr>
        <w:t xml:space="preserve"> и </w:t>
      </w:r>
      <w:proofErr w:type="spellStart"/>
      <w:r w:rsidRPr="00713EA5">
        <w:rPr>
          <w:lang w:val="ru-RU"/>
        </w:rPr>
        <w:t>С.Шаталина</w:t>
      </w:r>
      <w:proofErr w:type="spellEnd"/>
      <w:r w:rsidRPr="00713EA5">
        <w:rPr>
          <w:lang w:val="ru-RU"/>
        </w:rPr>
        <w:t xml:space="preserve"> </w:t>
      </w:r>
    </w:p>
    <w:p w:rsidR="00713EA5" w:rsidRPr="00713EA5" w:rsidRDefault="00713EA5" w:rsidP="00713EA5">
      <w:pPr>
        <w:rPr>
          <w:lang w:val="ru-RU"/>
        </w:rPr>
      </w:pPr>
    </w:p>
    <w:p w:rsidR="00713EA5" w:rsidRPr="00713EA5" w:rsidRDefault="00713EA5" w:rsidP="00713EA5">
      <w:pPr>
        <w:rPr>
          <w:szCs w:val="24"/>
          <w:lang w:val="ru-RU"/>
        </w:rPr>
      </w:pPr>
      <w:r w:rsidRPr="00713EA5">
        <w:rPr>
          <w:b/>
          <w:color w:val="000000"/>
          <w:szCs w:val="24"/>
          <w:lang w:val="ru-RU"/>
        </w:rPr>
        <w:t>Раздел 10. Россия после распада СССР (1991-2023 гг.)</w:t>
      </w:r>
    </w:p>
    <w:p w:rsidR="00713EA5" w:rsidRPr="00713EA5" w:rsidRDefault="00713EA5" w:rsidP="00713EA5">
      <w:pPr>
        <w:rPr>
          <w:szCs w:val="20"/>
          <w:lang w:val="ru-RU"/>
        </w:rPr>
      </w:pPr>
      <w:r w:rsidRPr="00713EA5">
        <w:rPr>
          <w:lang w:val="ru-RU"/>
        </w:rPr>
        <w:t xml:space="preserve">1. Выберите один вариант ответа В 2014 г. Россия жила по Конституции ... 1) 1990 г. 2) 1991 г. 3) 1993 г. 4) 1996 г. </w:t>
      </w:r>
    </w:p>
    <w:p w:rsidR="00713EA5" w:rsidRPr="00713EA5" w:rsidRDefault="00713EA5" w:rsidP="00713EA5">
      <w:pPr>
        <w:rPr>
          <w:lang w:val="ru-RU"/>
        </w:rPr>
      </w:pPr>
      <w:r w:rsidRPr="00713EA5">
        <w:rPr>
          <w:lang w:val="ru-RU"/>
        </w:rPr>
        <w:t>2. Выберите один вариант ответа «Гласность» - это ... 1) реализация права граждан на получение полной информац</w:t>
      </w:r>
      <w:proofErr w:type="gramStart"/>
      <w:r w:rsidRPr="00713EA5">
        <w:rPr>
          <w:lang w:val="ru-RU"/>
        </w:rPr>
        <w:t>ии и её</w:t>
      </w:r>
      <w:proofErr w:type="gramEnd"/>
      <w:r w:rsidRPr="00713EA5">
        <w:rPr>
          <w:lang w:val="ru-RU"/>
        </w:rPr>
        <w:t xml:space="preserve"> обсуждение 2) обновление марксистско-ленинской идеологии 3) восхваление советского образа жизни 4) критика социалистического строя, социалистических ценностей </w:t>
      </w:r>
    </w:p>
    <w:p w:rsidR="00713EA5" w:rsidRPr="00713EA5" w:rsidRDefault="00713EA5" w:rsidP="00713EA5">
      <w:pPr>
        <w:rPr>
          <w:lang w:val="ru-RU"/>
        </w:rPr>
      </w:pPr>
      <w:r w:rsidRPr="00713EA5">
        <w:rPr>
          <w:lang w:val="ru-RU"/>
        </w:rPr>
        <w:t xml:space="preserve">3. Выберите один вариант ответа Замена льгот денежной компенсацией (монетизация) стала результатом решения </w:t>
      </w:r>
      <w:proofErr w:type="spellStart"/>
      <w:r w:rsidRPr="00713EA5">
        <w:rPr>
          <w:lang w:val="ru-RU"/>
        </w:rPr>
        <w:t>пр</w:t>
      </w:r>
      <w:proofErr w:type="gramStart"/>
      <w:r w:rsidRPr="00713EA5">
        <w:rPr>
          <w:lang w:val="ru-RU"/>
        </w:rPr>
        <w:t>а</w:t>
      </w:r>
      <w:proofErr w:type="spellEnd"/>
      <w:r w:rsidRPr="00713EA5">
        <w:rPr>
          <w:lang w:val="ru-RU"/>
        </w:rPr>
        <w:t>-</w:t>
      </w:r>
      <w:proofErr w:type="gramEnd"/>
      <w:r w:rsidRPr="00713EA5">
        <w:rPr>
          <w:lang w:val="ru-RU"/>
        </w:rPr>
        <w:t xml:space="preserve"> </w:t>
      </w:r>
      <w:proofErr w:type="spellStart"/>
      <w:r w:rsidRPr="00713EA5">
        <w:rPr>
          <w:lang w:val="ru-RU"/>
        </w:rPr>
        <w:t>вительства</w:t>
      </w:r>
      <w:proofErr w:type="spellEnd"/>
      <w:r w:rsidRPr="00713EA5">
        <w:rPr>
          <w:lang w:val="ru-RU"/>
        </w:rPr>
        <w:t xml:space="preserve"> под руководством ... 1) </w:t>
      </w:r>
      <w:proofErr w:type="spellStart"/>
      <w:r w:rsidRPr="00713EA5">
        <w:rPr>
          <w:lang w:val="ru-RU"/>
        </w:rPr>
        <w:t>М.Е.Фрадкова</w:t>
      </w:r>
      <w:proofErr w:type="spellEnd"/>
      <w:r w:rsidRPr="00713EA5">
        <w:rPr>
          <w:lang w:val="ru-RU"/>
        </w:rPr>
        <w:t xml:space="preserve"> 2) </w:t>
      </w:r>
      <w:proofErr w:type="spellStart"/>
      <w:r w:rsidRPr="00713EA5">
        <w:rPr>
          <w:lang w:val="ru-RU"/>
        </w:rPr>
        <w:t>Е.Т.Гайдара</w:t>
      </w:r>
      <w:proofErr w:type="spellEnd"/>
      <w:r w:rsidRPr="00713EA5">
        <w:rPr>
          <w:lang w:val="ru-RU"/>
        </w:rPr>
        <w:t xml:space="preserve"> 3) </w:t>
      </w:r>
      <w:proofErr w:type="spellStart"/>
      <w:r w:rsidRPr="00713EA5">
        <w:rPr>
          <w:lang w:val="ru-RU"/>
        </w:rPr>
        <w:t>С.В.Кириенко</w:t>
      </w:r>
      <w:proofErr w:type="spellEnd"/>
      <w:r w:rsidRPr="00713EA5">
        <w:rPr>
          <w:lang w:val="ru-RU"/>
        </w:rPr>
        <w:t xml:space="preserve"> 4) </w:t>
      </w:r>
      <w:proofErr w:type="spellStart"/>
      <w:r w:rsidRPr="00713EA5">
        <w:rPr>
          <w:lang w:val="ru-RU"/>
        </w:rPr>
        <w:t>Е.М.Примакова</w:t>
      </w:r>
      <w:proofErr w:type="spellEnd"/>
      <w:r w:rsidRPr="00713EA5">
        <w:rPr>
          <w:lang w:val="ru-RU"/>
        </w:rPr>
        <w:t xml:space="preserve"> </w:t>
      </w:r>
    </w:p>
    <w:p w:rsidR="00713EA5" w:rsidRPr="00713EA5" w:rsidRDefault="00713EA5" w:rsidP="00713EA5">
      <w:pPr>
        <w:rPr>
          <w:lang w:val="ru-RU"/>
        </w:rPr>
      </w:pPr>
      <w:r w:rsidRPr="00713EA5">
        <w:rPr>
          <w:lang w:val="ru-RU"/>
        </w:rPr>
        <w:t xml:space="preserve">4. Выберите один вариант ответа На выборах Президента Российской Федерации в 1996 </w:t>
      </w:r>
      <w:proofErr w:type="spellStart"/>
      <w:r w:rsidRPr="00713EA5">
        <w:rPr>
          <w:lang w:val="ru-RU"/>
        </w:rPr>
        <w:t>г</w:t>
      </w:r>
      <w:proofErr w:type="gramStart"/>
      <w:r w:rsidRPr="00713EA5">
        <w:rPr>
          <w:lang w:val="ru-RU"/>
        </w:rPr>
        <w:t>.п</w:t>
      </w:r>
      <w:proofErr w:type="gramEnd"/>
      <w:r w:rsidRPr="00713EA5">
        <w:rPr>
          <w:lang w:val="ru-RU"/>
        </w:rPr>
        <w:t>обеду</w:t>
      </w:r>
      <w:proofErr w:type="spellEnd"/>
      <w:r w:rsidRPr="00713EA5">
        <w:rPr>
          <w:lang w:val="ru-RU"/>
        </w:rPr>
        <w:t xml:space="preserve"> одержал ... 1) </w:t>
      </w:r>
      <w:proofErr w:type="spellStart"/>
      <w:r w:rsidRPr="00713EA5">
        <w:rPr>
          <w:lang w:val="ru-RU"/>
        </w:rPr>
        <w:t>Б.Н.Ельцин</w:t>
      </w:r>
      <w:proofErr w:type="spellEnd"/>
      <w:r w:rsidRPr="00713EA5">
        <w:rPr>
          <w:lang w:val="ru-RU"/>
        </w:rPr>
        <w:t xml:space="preserve"> 2) </w:t>
      </w:r>
      <w:proofErr w:type="spellStart"/>
      <w:r w:rsidRPr="00713EA5">
        <w:rPr>
          <w:lang w:val="ru-RU"/>
        </w:rPr>
        <w:t>М.С.Горбачёв</w:t>
      </w:r>
      <w:proofErr w:type="spellEnd"/>
      <w:r w:rsidRPr="00713EA5">
        <w:rPr>
          <w:lang w:val="ru-RU"/>
        </w:rPr>
        <w:t xml:space="preserve"> 3) </w:t>
      </w:r>
      <w:proofErr w:type="spellStart"/>
      <w:r w:rsidRPr="00713EA5">
        <w:rPr>
          <w:lang w:val="ru-RU"/>
        </w:rPr>
        <w:t>В.В.Путин</w:t>
      </w:r>
      <w:proofErr w:type="spellEnd"/>
      <w:r w:rsidRPr="00713EA5">
        <w:rPr>
          <w:lang w:val="ru-RU"/>
        </w:rPr>
        <w:t xml:space="preserve"> 4) </w:t>
      </w:r>
      <w:proofErr w:type="spellStart"/>
      <w:r w:rsidRPr="00713EA5">
        <w:rPr>
          <w:lang w:val="ru-RU"/>
        </w:rPr>
        <w:t>Г.А.Зюганов</w:t>
      </w:r>
      <w:proofErr w:type="spellEnd"/>
      <w:r w:rsidRPr="00713EA5">
        <w:rPr>
          <w:lang w:val="ru-RU"/>
        </w:rPr>
        <w:t xml:space="preserve"> </w:t>
      </w:r>
    </w:p>
    <w:p w:rsidR="00713EA5" w:rsidRPr="00713EA5" w:rsidRDefault="00713EA5" w:rsidP="00713EA5">
      <w:pPr>
        <w:rPr>
          <w:lang w:val="ru-RU"/>
        </w:rPr>
      </w:pPr>
      <w:r w:rsidRPr="00713EA5">
        <w:rPr>
          <w:lang w:val="ru-RU"/>
        </w:rPr>
        <w:t xml:space="preserve">8. </w:t>
      </w:r>
      <w:proofErr w:type="gramStart"/>
      <w:r w:rsidRPr="00713EA5">
        <w:rPr>
          <w:lang w:val="ru-RU"/>
        </w:rPr>
        <w:t>Выберите один вариант ответа Лидером либерально-демократической партии в современной России долгое время был</w:t>
      </w:r>
      <w:proofErr w:type="gramEnd"/>
      <w:r w:rsidRPr="00713EA5">
        <w:rPr>
          <w:lang w:val="ru-RU"/>
        </w:rPr>
        <w:t xml:space="preserve"> ... 1) </w:t>
      </w:r>
      <w:proofErr w:type="spellStart"/>
      <w:r w:rsidRPr="00713EA5">
        <w:rPr>
          <w:lang w:val="ru-RU"/>
        </w:rPr>
        <w:t>Ю.Лужков</w:t>
      </w:r>
      <w:proofErr w:type="spellEnd"/>
      <w:r w:rsidRPr="00713EA5">
        <w:rPr>
          <w:lang w:val="ru-RU"/>
        </w:rPr>
        <w:t xml:space="preserve"> 2) </w:t>
      </w:r>
      <w:proofErr w:type="spellStart"/>
      <w:r w:rsidRPr="00713EA5">
        <w:rPr>
          <w:lang w:val="ru-RU"/>
        </w:rPr>
        <w:t>И.Хакамада</w:t>
      </w:r>
      <w:proofErr w:type="spellEnd"/>
      <w:r w:rsidRPr="00713EA5">
        <w:rPr>
          <w:lang w:val="ru-RU"/>
        </w:rPr>
        <w:t xml:space="preserve"> 3) </w:t>
      </w:r>
      <w:proofErr w:type="spellStart"/>
      <w:r w:rsidRPr="00713EA5">
        <w:rPr>
          <w:lang w:val="ru-RU"/>
        </w:rPr>
        <w:t>Г.Явлинский</w:t>
      </w:r>
      <w:proofErr w:type="spellEnd"/>
      <w:r w:rsidRPr="00713EA5">
        <w:rPr>
          <w:lang w:val="ru-RU"/>
        </w:rPr>
        <w:t xml:space="preserve"> 4) </w:t>
      </w:r>
      <w:proofErr w:type="spellStart"/>
      <w:r w:rsidRPr="00713EA5">
        <w:rPr>
          <w:lang w:val="ru-RU"/>
        </w:rPr>
        <w:t>В.Жириновский</w:t>
      </w:r>
      <w:proofErr w:type="spellEnd"/>
      <w:r w:rsidRPr="00713EA5">
        <w:rPr>
          <w:lang w:val="ru-RU"/>
        </w:rPr>
        <w:t xml:space="preserve"> </w:t>
      </w:r>
    </w:p>
    <w:p w:rsidR="00713EA5" w:rsidRPr="00713EA5" w:rsidRDefault="00713EA5" w:rsidP="00713EA5">
      <w:pPr>
        <w:rPr>
          <w:lang w:val="ru-RU"/>
        </w:rPr>
      </w:pPr>
    </w:p>
    <w:p w:rsidR="00713EA5" w:rsidRPr="00713EA5" w:rsidRDefault="00713EA5" w:rsidP="00713EA5">
      <w:pPr>
        <w:rPr>
          <w:lang w:val="ru-RU"/>
        </w:rPr>
      </w:pPr>
      <w:r w:rsidRPr="00713EA5">
        <w:rPr>
          <w:lang w:val="ru-RU"/>
        </w:rPr>
        <w:t xml:space="preserve">5. Выберите один вариант ответа В 1993 г. в современной России впервые выбирались представители в ... 1) Верховный Совет 2) Государственную Думу 3) Совет Федерации 4) Государственный совет </w:t>
      </w:r>
    </w:p>
    <w:p w:rsidR="00713EA5" w:rsidRPr="00713EA5" w:rsidRDefault="00713EA5" w:rsidP="00713EA5">
      <w:pPr>
        <w:rPr>
          <w:lang w:val="ru-RU"/>
        </w:rPr>
      </w:pPr>
      <w:r w:rsidRPr="00713EA5">
        <w:rPr>
          <w:lang w:val="ru-RU"/>
        </w:rPr>
        <w:t xml:space="preserve">6. Выберите один вариант ответа Межгосударственное объединение, образованное Белоруссией, Россией и Украиной соглашениями от 8 декабря 1991 г., называется ... 1) ССР 2) СНГ 3) СЭВ 4) ОСНВ </w:t>
      </w:r>
    </w:p>
    <w:p w:rsidR="00713EA5" w:rsidRPr="00713EA5" w:rsidRDefault="00713EA5" w:rsidP="00713EA5">
      <w:pPr>
        <w:rPr>
          <w:lang w:val="ru-RU"/>
        </w:rPr>
      </w:pPr>
      <w:r w:rsidRPr="00713EA5">
        <w:rPr>
          <w:lang w:val="ru-RU"/>
        </w:rPr>
        <w:lastRenderedPageBreak/>
        <w:t xml:space="preserve">7. </w:t>
      </w:r>
      <w:proofErr w:type="gramStart"/>
      <w:r w:rsidRPr="00713EA5">
        <w:rPr>
          <w:lang w:val="ru-RU"/>
        </w:rPr>
        <w:t>Выберите один вариант ответа Отказ от государственного регулирования большинства цен называется</w:t>
      </w:r>
      <w:proofErr w:type="gramEnd"/>
      <w:r w:rsidRPr="00713EA5">
        <w:rPr>
          <w:lang w:val="ru-RU"/>
        </w:rPr>
        <w:t xml:space="preserve"> ... 1) национализацией 2) либерализацией 3) приватизацией 4) инфляцией 8. Выберите один вариант ответа Лидер КПРФ ... 1) </w:t>
      </w:r>
      <w:proofErr w:type="spellStart"/>
      <w:r w:rsidRPr="00713EA5">
        <w:rPr>
          <w:lang w:val="ru-RU"/>
        </w:rPr>
        <w:t>А.И.Лукьянов</w:t>
      </w:r>
      <w:proofErr w:type="spellEnd"/>
      <w:r w:rsidRPr="00713EA5">
        <w:rPr>
          <w:lang w:val="ru-RU"/>
        </w:rPr>
        <w:t xml:space="preserve"> 2) </w:t>
      </w:r>
      <w:proofErr w:type="spellStart"/>
      <w:r w:rsidRPr="00713EA5">
        <w:rPr>
          <w:lang w:val="ru-RU"/>
        </w:rPr>
        <w:t>М.С.Горбачёв</w:t>
      </w:r>
      <w:proofErr w:type="spellEnd"/>
      <w:r w:rsidRPr="00713EA5">
        <w:rPr>
          <w:lang w:val="ru-RU"/>
        </w:rPr>
        <w:t xml:space="preserve"> 3) </w:t>
      </w:r>
      <w:proofErr w:type="spellStart"/>
      <w:r w:rsidRPr="00713EA5">
        <w:rPr>
          <w:lang w:val="ru-RU"/>
        </w:rPr>
        <w:t>Г.А.Зюганов</w:t>
      </w:r>
      <w:proofErr w:type="spellEnd"/>
      <w:r w:rsidRPr="00713EA5">
        <w:rPr>
          <w:lang w:val="ru-RU"/>
        </w:rPr>
        <w:t xml:space="preserve"> 4) </w:t>
      </w:r>
      <w:proofErr w:type="spellStart"/>
      <w:r w:rsidRPr="00713EA5">
        <w:rPr>
          <w:lang w:val="ru-RU"/>
        </w:rPr>
        <w:t>Г.И.Янаев</w:t>
      </w:r>
      <w:proofErr w:type="spellEnd"/>
      <w:r w:rsidRPr="00713EA5">
        <w:rPr>
          <w:lang w:val="ru-RU"/>
        </w:rPr>
        <w:t xml:space="preserve"> </w:t>
      </w:r>
    </w:p>
    <w:p w:rsidR="00713EA5" w:rsidRPr="00713EA5" w:rsidRDefault="00713EA5" w:rsidP="00713EA5">
      <w:pPr>
        <w:rPr>
          <w:lang w:val="ru-RU"/>
        </w:rPr>
      </w:pPr>
      <w:r w:rsidRPr="00713EA5">
        <w:rPr>
          <w:lang w:val="ru-RU"/>
        </w:rPr>
        <w:t xml:space="preserve">9. </w:t>
      </w:r>
      <w:proofErr w:type="gramStart"/>
      <w:r w:rsidRPr="00713EA5">
        <w:rPr>
          <w:lang w:val="ru-RU"/>
        </w:rPr>
        <w:t>Выберите один вариант ответа Министром иностранных дел в настоящее время является</w:t>
      </w:r>
      <w:proofErr w:type="gramEnd"/>
      <w:r w:rsidRPr="00713EA5">
        <w:rPr>
          <w:lang w:val="ru-RU"/>
        </w:rPr>
        <w:t xml:space="preserve"> … 1) </w:t>
      </w:r>
      <w:proofErr w:type="spellStart"/>
      <w:r w:rsidRPr="00713EA5">
        <w:rPr>
          <w:lang w:val="ru-RU"/>
        </w:rPr>
        <w:t>С.Лавров</w:t>
      </w:r>
      <w:proofErr w:type="spellEnd"/>
      <w:r w:rsidRPr="00713EA5">
        <w:rPr>
          <w:lang w:val="ru-RU"/>
        </w:rPr>
        <w:t xml:space="preserve"> 2) </w:t>
      </w:r>
      <w:proofErr w:type="spellStart"/>
      <w:r w:rsidRPr="00713EA5">
        <w:rPr>
          <w:lang w:val="ru-RU"/>
        </w:rPr>
        <w:t>И.Иванов</w:t>
      </w:r>
      <w:proofErr w:type="spellEnd"/>
      <w:r w:rsidRPr="00713EA5">
        <w:rPr>
          <w:lang w:val="ru-RU"/>
        </w:rPr>
        <w:t xml:space="preserve"> 3) </w:t>
      </w:r>
      <w:proofErr w:type="spellStart"/>
      <w:r w:rsidRPr="00713EA5">
        <w:rPr>
          <w:lang w:val="ru-RU"/>
        </w:rPr>
        <w:t>С.Иванов</w:t>
      </w:r>
      <w:proofErr w:type="spellEnd"/>
      <w:r w:rsidRPr="00713EA5">
        <w:rPr>
          <w:lang w:val="ru-RU"/>
        </w:rPr>
        <w:t xml:space="preserve"> 4) </w:t>
      </w:r>
      <w:proofErr w:type="spellStart"/>
      <w:r w:rsidRPr="00713EA5">
        <w:rPr>
          <w:lang w:val="ru-RU"/>
        </w:rPr>
        <w:t>М.Фрадков</w:t>
      </w:r>
      <w:proofErr w:type="spellEnd"/>
      <w:r w:rsidRPr="00713EA5">
        <w:rPr>
          <w:lang w:val="ru-RU"/>
        </w:rPr>
        <w:t xml:space="preserve"> </w:t>
      </w:r>
    </w:p>
    <w:p w:rsidR="00713EA5" w:rsidRPr="00713EA5" w:rsidRDefault="00713EA5" w:rsidP="00713EA5">
      <w:pPr>
        <w:rPr>
          <w:lang w:val="ru-RU"/>
        </w:rPr>
      </w:pPr>
      <w:r w:rsidRPr="00713EA5">
        <w:rPr>
          <w:lang w:val="ru-RU"/>
        </w:rPr>
        <w:t>10. Выберите один вариант ответа Временный отказ платить по долгам (дефолт) и резкое увеличение курса доллара ст</w:t>
      </w:r>
      <w:proofErr w:type="gramStart"/>
      <w:r w:rsidRPr="00713EA5">
        <w:rPr>
          <w:lang w:val="ru-RU"/>
        </w:rPr>
        <w:t>а-</w:t>
      </w:r>
      <w:proofErr w:type="gramEnd"/>
      <w:r w:rsidRPr="00713EA5">
        <w:rPr>
          <w:lang w:val="ru-RU"/>
        </w:rPr>
        <w:t xml:space="preserve"> </w:t>
      </w:r>
      <w:proofErr w:type="spellStart"/>
      <w:r w:rsidRPr="00713EA5">
        <w:rPr>
          <w:lang w:val="ru-RU"/>
        </w:rPr>
        <w:t>ло</w:t>
      </w:r>
      <w:proofErr w:type="spellEnd"/>
      <w:r w:rsidRPr="00713EA5">
        <w:rPr>
          <w:lang w:val="ru-RU"/>
        </w:rPr>
        <w:t xml:space="preserve"> результатом решения правительства под руководством ... 1) </w:t>
      </w:r>
      <w:proofErr w:type="spellStart"/>
      <w:r w:rsidRPr="00713EA5">
        <w:rPr>
          <w:lang w:val="ru-RU"/>
        </w:rPr>
        <w:t>А.Чубайса</w:t>
      </w:r>
      <w:proofErr w:type="spellEnd"/>
      <w:r w:rsidRPr="00713EA5">
        <w:rPr>
          <w:lang w:val="ru-RU"/>
        </w:rPr>
        <w:t xml:space="preserve"> 2) </w:t>
      </w:r>
      <w:proofErr w:type="spellStart"/>
      <w:r w:rsidRPr="00713EA5">
        <w:rPr>
          <w:lang w:val="ru-RU"/>
        </w:rPr>
        <w:t>С.Кириенко</w:t>
      </w:r>
      <w:proofErr w:type="spellEnd"/>
      <w:r w:rsidRPr="00713EA5">
        <w:rPr>
          <w:lang w:val="ru-RU"/>
        </w:rPr>
        <w:t xml:space="preserve"> 3) </w:t>
      </w:r>
      <w:proofErr w:type="spellStart"/>
      <w:r w:rsidRPr="00713EA5">
        <w:rPr>
          <w:lang w:val="ru-RU"/>
        </w:rPr>
        <w:t>В.Черномырдина</w:t>
      </w:r>
      <w:proofErr w:type="spellEnd"/>
      <w:r w:rsidRPr="00713EA5">
        <w:rPr>
          <w:lang w:val="ru-RU"/>
        </w:rPr>
        <w:t xml:space="preserve"> 4) </w:t>
      </w:r>
      <w:proofErr w:type="spellStart"/>
      <w:r w:rsidRPr="00713EA5">
        <w:rPr>
          <w:lang w:val="ru-RU"/>
        </w:rPr>
        <w:t>М.Горбачёва</w:t>
      </w:r>
      <w:proofErr w:type="spellEnd"/>
      <w:r w:rsidRPr="00713EA5">
        <w:rPr>
          <w:lang w:val="ru-RU"/>
        </w:rPr>
        <w:t xml:space="preserve"> </w:t>
      </w:r>
    </w:p>
    <w:p w:rsidR="00713EA5" w:rsidRPr="00713EA5" w:rsidRDefault="00713EA5" w:rsidP="00713EA5">
      <w:pPr>
        <w:rPr>
          <w:lang w:val="ru-RU"/>
        </w:rPr>
      </w:pPr>
      <w:r w:rsidRPr="00713EA5">
        <w:rPr>
          <w:lang w:val="ru-RU"/>
        </w:rPr>
        <w:t xml:space="preserve">11. Выберите один вариант ответа Политику «шоковой терапии» в экономической сфере проводил ... 1) </w:t>
      </w:r>
      <w:proofErr w:type="spellStart"/>
      <w:r w:rsidRPr="00713EA5">
        <w:rPr>
          <w:lang w:val="ru-RU"/>
        </w:rPr>
        <w:t>Н.И.Рыжков</w:t>
      </w:r>
      <w:proofErr w:type="spellEnd"/>
      <w:r w:rsidRPr="00713EA5">
        <w:rPr>
          <w:lang w:val="ru-RU"/>
        </w:rPr>
        <w:t xml:space="preserve"> 2) </w:t>
      </w:r>
      <w:proofErr w:type="spellStart"/>
      <w:r w:rsidRPr="00713EA5">
        <w:rPr>
          <w:lang w:val="ru-RU"/>
        </w:rPr>
        <w:t>Е.М.Примаков</w:t>
      </w:r>
      <w:proofErr w:type="spellEnd"/>
      <w:r w:rsidRPr="00713EA5">
        <w:rPr>
          <w:lang w:val="ru-RU"/>
        </w:rPr>
        <w:t xml:space="preserve"> 3) </w:t>
      </w:r>
      <w:proofErr w:type="spellStart"/>
      <w:r w:rsidRPr="00713EA5">
        <w:rPr>
          <w:lang w:val="ru-RU"/>
        </w:rPr>
        <w:t>Е.Т.Гайдар</w:t>
      </w:r>
      <w:proofErr w:type="spellEnd"/>
      <w:r w:rsidRPr="00713EA5">
        <w:rPr>
          <w:lang w:val="ru-RU"/>
        </w:rPr>
        <w:t xml:space="preserve"> 4) </w:t>
      </w:r>
      <w:proofErr w:type="spellStart"/>
      <w:r w:rsidRPr="00713EA5">
        <w:rPr>
          <w:lang w:val="ru-RU"/>
        </w:rPr>
        <w:t>В.С.Павлов</w:t>
      </w:r>
      <w:proofErr w:type="spellEnd"/>
      <w:r w:rsidRPr="00713EA5">
        <w:rPr>
          <w:lang w:val="ru-RU"/>
        </w:rPr>
        <w:t xml:space="preserve"> </w:t>
      </w:r>
    </w:p>
    <w:p w:rsidR="00713EA5" w:rsidRPr="00713EA5" w:rsidRDefault="00713EA5" w:rsidP="00713EA5">
      <w:pPr>
        <w:rPr>
          <w:lang w:val="ru-RU"/>
        </w:rPr>
      </w:pPr>
      <w:r w:rsidRPr="00713EA5">
        <w:rPr>
          <w:lang w:val="ru-RU"/>
        </w:rPr>
        <w:t xml:space="preserve">12. Выберите один вариант ответа Изменение социальной структуры общества в России в 1990-е гг. выразилось в ... 1) сокращения слоя бюрократии 2) появлении слоя собственников крупного капитала 3) появлении многочисленного среднего класса 4) значительном увеличении числа промышленных рабочих </w:t>
      </w:r>
    </w:p>
    <w:p w:rsidR="00713EA5" w:rsidRPr="00713EA5" w:rsidRDefault="00713EA5" w:rsidP="00713EA5">
      <w:pPr>
        <w:rPr>
          <w:lang w:val="ru-RU"/>
        </w:rPr>
      </w:pPr>
      <w:r w:rsidRPr="00713EA5">
        <w:rPr>
          <w:lang w:val="ru-RU"/>
        </w:rPr>
        <w:t xml:space="preserve">13. Выберите один вариант ответа Дезинтеграционные процессы в конце ХХ в. представлены двумя событиями ... 1) распад СССР 2) введение единой валюты в Европе 3) образование новых государств на Балканах 4) объединение Германии </w:t>
      </w:r>
    </w:p>
    <w:p w:rsidR="00713EA5" w:rsidRPr="00713EA5" w:rsidRDefault="00713EA5" w:rsidP="00713EA5">
      <w:pPr>
        <w:rPr>
          <w:lang w:val="ru-RU"/>
        </w:rPr>
      </w:pPr>
      <w:r w:rsidRPr="00713EA5">
        <w:rPr>
          <w:lang w:val="ru-RU"/>
        </w:rPr>
        <w:t xml:space="preserve">14. Выберите один вариант ответа В октябре 1993 </w:t>
      </w:r>
      <w:proofErr w:type="spellStart"/>
      <w:r w:rsidRPr="00713EA5">
        <w:rPr>
          <w:lang w:val="ru-RU"/>
        </w:rPr>
        <w:t>г</w:t>
      </w:r>
      <w:proofErr w:type="gramStart"/>
      <w:r w:rsidRPr="00713EA5">
        <w:rPr>
          <w:lang w:val="ru-RU"/>
        </w:rPr>
        <w:t>.и</w:t>
      </w:r>
      <w:proofErr w:type="gramEnd"/>
      <w:r w:rsidRPr="00713EA5">
        <w:rPr>
          <w:lang w:val="ru-RU"/>
        </w:rPr>
        <w:t>з</w:t>
      </w:r>
      <w:proofErr w:type="spellEnd"/>
      <w:r w:rsidRPr="00713EA5">
        <w:rPr>
          <w:lang w:val="ru-RU"/>
        </w:rPr>
        <w:t xml:space="preserve"> указанных ниже событий произошло … 1) избрание </w:t>
      </w:r>
      <w:proofErr w:type="spellStart"/>
      <w:r w:rsidRPr="00713EA5">
        <w:rPr>
          <w:lang w:val="ru-RU"/>
        </w:rPr>
        <w:t>Б.Н.Ельцина</w:t>
      </w:r>
      <w:proofErr w:type="spellEnd"/>
      <w:r w:rsidRPr="00713EA5">
        <w:rPr>
          <w:lang w:val="ru-RU"/>
        </w:rPr>
        <w:t xml:space="preserve"> Президентом РФ 2) референдум о сохранении СССР 3) противостояние исполнительной и законодательной власти 4) начало работы Государственной думы и Совета Федерации первого созыва </w:t>
      </w:r>
    </w:p>
    <w:p w:rsidR="00713EA5" w:rsidRPr="00713EA5" w:rsidRDefault="00713EA5" w:rsidP="00713EA5">
      <w:pPr>
        <w:rPr>
          <w:lang w:val="ru-RU"/>
        </w:rPr>
      </w:pPr>
      <w:r w:rsidRPr="00713EA5">
        <w:rPr>
          <w:lang w:val="ru-RU"/>
        </w:rPr>
        <w:t xml:space="preserve">15. Выберите один вариант ответа В.В. Путин – Президент Российской Федерации 1) один срок 2) два срока 3) три срока 4) четыре срока </w:t>
      </w:r>
    </w:p>
    <w:p w:rsidR="00713EA5" w:rsidRPr="00713EA5" w:rsidRDefault="00713EA5" w:rsidP="00713EA5">
      <w:pPr>
        <w:rPr>
          <w:lang w:val="ru-RU"/>
        </w:rPr>
      </w:pPr>
      <w:r w:rsidRPr="00713EA5">
        <w:rPr>
          <w:lang w:val="ru-RU"/>
        </w:rPr>
        <w:t xml:space="preserve">16. </w:t>
      </w:r>
      <w:proofErr w:type="gramStart"/>
      <w:r w:rsidRPr="00713EA5">
        <w:rPr>
          <w:lang w:val="ru-RU"/>
        </w:rPr>
        <w:t xml:space="preserve">Выберите один вариант ответа </w:t>
      </w:r>
      <w:proofErr w:type="spellStart"/>
      <w:r w:rsidRPr="00713EA5">
        <w:rPr>
          <w:lang w:val="ru-RU"/>
        </w:rPr>
        <w:t>Д.А.Медведев</w:t>
      </w:r>
      <w:proofErr w:type="spellEnd"/>
      <w:r w:rsidRPr="00713EA5">
        <w:rPr>
          <w:lang w:val="ru-RU"/>
        </w:rPr>
        <w:t xml:space="preserve"> был</w:t>
      </w:r>
      <w:proofErr w:type="gramEnd"/>
      <w:r w:rsidRPr="00713EA5">
        <w:rPr>
          <w:lang w:val="ru-RU"/>
        </w:rPr>
        <w:t xml:space="preserve"> Президентом РФ в … 1) 2006 г. 2) 2007 г. 3) 2008 г. 4) 2010 г. </w:t>
      </w:r>
    </w:p>
    <w:p w:rsidR="00713EA5" w:rsidRPr="00713EA5" w:rsidRDefault="00713EA5" w:rsidP="00713EA5">
      <w:pPr>
        <w:rPr>
          <w:lang w:val="ru-RU"/>
        </w:rPr>
      </w:pPr>
    </w:p>
    <w:p w:rsidR="00713EA5" w:rsidRPr="00713EA5" w:rsidRDefault="00713EA5" w:rsidP="00713EA5">
      <w:pPr>
        <w:rPr>
          <w:lang w:val="ru-RU"/>
        </w:rPr>
      </w:pPr>
      <w:r w:rsidRPr="00713EA5">
        <w:rPr>
          <w:lang w:val="ru-RU"/>
        </w:rPr>
        <w:t xml:space="preserve">Критерии оценки: </w:t>
      </w:r>
    </w:p>
    <w:p w:rsidR="00713EA5" w:rsidRPr="00713EA5" w:rsidRDefault="00713EA5" w:rsidP="00713EA5">
      <w:pPr>
        <w:rPr>
          <w:lang w:val="ru-RU"/>
        </w:rPr>
      </w:pPr>
      <w:r w:rsidRPr="00713EA5">
        <w:rPr>
          <w:lang w:val="ru-RU"/>
        </w:rPr>
        <w:t xml:space="preserve">Количество правильных ответов в тесте  отлично 84-100% </w:t>
      </w:r>
    </w:p>
    <w:p w:rsidR="00713EA5" w:rsidRPr="00713EA5" w:rsidRDefault="00713EA5" w:rsidP="00713EA5">
      <w:pPr>
        <w:rPr>
          <w:lang w:val="ru-RU"/>
        </w:rPr>
      </w:pPr>
      <w:r w:rsidRPr="00713EA5">
        <w:rPr>
          <w:lang w:val="ru-RU"/>
        </w:rPr>
        <w:t xml:space="preserve">Количество правильных ответов в тесте хорошо 66-83 % </w:t>
      </w:r>
    </w:p>
    <w:p w:rsidR="00713EA5" w:rsidRPr="00713EA5" w:rsidRDefault="00713EA5" w:rsidP="00713EA5">
      <w:pPr>
        <w:rPr>
          <w:lang w:val="ru-RU"/>
        </w:rPr>
      </w:pPr>
      <w:r w:rsidRPr="00713EA5">
        <w:rPr>
          <w:lang w:val="ru-RU"/>
        </w:rPr>
        <w:t xml:space="preserve">Количество правильных ответов в тесте  удовлетворительно 50-65% </w:t>
      </w:r>
    </w:p>
    <w:p w:rsidR="00713EA5" w:rsidRPr="00713EA5" w:rsidRDefault="00713EA5" w:rsidP="00713EA5">
      <w:pPr>
        <w:rPr>
          <w:lang w:val="ru-RU"/>
        </w:rPr>
      </w:pPr>
    </w:p>
    <w:p w:rsidR="00713EA5" w:rsidRPr="00713EA5" w:rsidRDefault="00713EA5" w:rsidP="00713EA5">
      <w:pPr>
        <w:rPr>
          <w:lang w:val="ru-RU"/>
        </w:rPr>
      </w:pPr>
    </w:p>
    <w:p w:rsidR="00713EA5" w:rsidRPr="00713EA5" w:rsidRDefault="00713EA5" w:rsidP="00713EA5">
      <w:pPr>
        <w:rPr>
          <w:lang w:val="ru-RU"/>
        </w:rPr>
      </w:pPr>
    </w:p>
    <w:p w:rsidR="00713EA5" w:rsidRPr="00713EA5" w:rsidRDefault="00713EA5" w:rsidP="00713EA5">
      <w:pPr>
        <w:rPr>
          <w:sz w:val="28"/>
          <w:szCs w:val="28"/>
          <w:lang w:val="ru-RU"/>
        </w:rPr>
      </w:pPr>
    </w:p>
    <w:p w:rsidR="00713EA5" w:rsidRPr="00713EA5" w:rsidRDefault="00713EA5" w:rsidP="00713EA5">
      <w:pPr>
        <w:jc w:val="center"/>
        <w:rPr>
          <w:sz w:val="28"/>
          <w:szCs w:val="28"/>
          <w:lang w:val="ru-RU"/>
        </w:rPr>
      </w:pPr>
    </w:p>
    <w:p w:rsidR="00713EA5" w:rsidRPr="00713EA5" w:rsidRDefault="00713EA5" w:rsidP="00713EA5">
      <w:pPr>
        <w:jc w:val="center"/>
        <w:rPr>
          <w:sz w:val="28"/>
          <w:szCs w:val="28"/>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shd w:val="clear" w:color="auto" w:fill="FFFFFF"/>
        <w:rPr>
          <w:szCs w:val="24"/>
          <w:lang w:val="ru-RU"/>
        </w:rPr>
      </w:pPr>
    </w:p>
    <w:p w:rsidR="00713EA5" w:rsidRPr="00713EA5" w:rsidRDefault="00713EA5" w:rsidP="00713EA5">
      <w:pPr>
        <w:widowControl w:val="0"/>
        <w:shd w:val="clear" w:color="auto" w:fill="FFFFFF"/>
        <w:ind w:firstLine="708"/>
        <w:jc w:val="center"/>
        <w:rPr>
          <w:b/>
          <w:szCs w:val="24"/>
          <w:lang w:val="ru-RU"/>
        </w:rPr>
      </w:pPr>
      <w:r w:rsidRPr="00713EA5">
        <w:rPr>
          <w:b/>
          <w:szCs w:val="24"/>
          <w:lang w:val="ru-RU"/>
        </w:rPr>
        <w:t xml:space="preserve">Вопросы к зачету </w:t>
      </w:r>
    </w:p>
    <w:p w:rsidR="00713EA5" w:rsidRPr="00713EA5" w:rsidRDefault="00713EA5" w:rsidP="00713EA5">
      <w:pPr>
        <w:spacing w:line="240" w:lineRule="auto"/>
        <w:jc w:val="center"/>
        <w:rPr>
          <w:szCs w:val="24"/>
          <w:lang w:val="ru-RU"/>
        </w:rPr>
      </w:pPr>
      <w:r w:rsidRPr="00713EA5">
        <w:rPr>
          <w:szCs w:val="24"/>
          <w:lang w:val="ru-RU"/>
        </w:rPr>
        <w:t xml:space="preserve">по дисциплине по дисциплине </w:t>
      </w:r>
      <w:r w:rsidRPr="00713EA5">
        <w:rPr>
          <w:color w:val="000000"/>
          <w:szCs w:val="24"/>
          <w:lang w:val="ru-RU"/>
        </w:rPr>
        <w:t>Б</w:t>
      </w:r>
      <w:proofErr w:type="gramStart"/>
      <w:r w:rsidRPr="00713EA5">
        <w:rPr>
          <w:color w:val="000000"/>
          <w:szCs w:val="24"/>
          <w:lang w:val="ru-RU"/>
        </w:rPr>
        <w:t>1</w:t>
      </w:r>
      <w:proofErr w:type="gramEnd"/>
      <w:r w:rsidRPr="00713EA5">
        <w:rPr>
          <w:color w:val="000000"/>
          <w:szCs w:val="24"/>
          <w:lang w:val="ru-RU"/>
        </w:rPr>
        <w:t>.О.01  История России</w:t>
      </w:r>
    </w:p>
    <w:p w:rsidR="00713EA5" w:rsidRPr="00713EA5" w:rsidRDefault="00713EA5" w:rsidP="00713EA5">
      <w:pPr>
        <w:shd w:val="clear" w:color="auto" w:fill="FFFFFF"/>
        <w:ind w:left="360"/>
        <w:jc w:val="center"/>
        <w:rPr>
          <w:b/>
          <w:bCs/>
          <w:szCs w:val="24"/>
          <w:lang w:val="ru-RU"/>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4950"/>
      </w:tblGrid>
      <w:tr w:rsidR="00713EA5" w:rsidTr="00713EA5">
        <w:trPr>
          <w:trHeight w:val="279"/>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i/>
                <w:sz w:val="18"/>
                <w:szCs w:val="18"/>
              </w:rPr>
            </w:pPr>
            <w:r>
              <w:rPr>
                <w:b/>
              </w:rPr>
              <w:t xml:space="preserve">№ и </w:t>
            </w:r>
            <w:proofErr w:type="spellStart"/>
            <w:r>
              <w:rPr>
                <w:b/>
              </w:rPr>
              <w:t>наименование</w:t>
            </w:r>
            <w:proofErr w:type="spellEnd"/>
            <w:r>
              <w:rPr>
                <w:b/>
              </w:rPr>
              <w:t xml:space="preserve"> </w:t>
            </w:r>
            <w:proofErr w:type="spellStart"/>
            <w:r>
              <w:rPr>
                <w:b/>
              </w:rPr>
              <w:t>раздела</w:t>
            </w:r>
            <w:proofErr w:type="spellEnd"/>
            <w:r>
              <w:rPr>
                <w:b/>
              </w:rPr>
              <w:t xml:space="preserve"> </w:t>
            </w:r>
          </w:p>
        </w:tc>
        <w:tc>
          <w:tcPr>
            <w:tcW w:w="2576"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b/>
              </w:rPr>
            </w:pPr>
            <w:r>
              <w:rPr>
                <w:b/>
              </w:rPr>
              <w:t xml:space="preserve">ВОПРОСЫ К ЗАЧЕТУ </w:t>
            </w:r>
          </w:p>
        </w:tc>
      </w:tr>
      <w:tr w:rsidR="00713EA5" w:rsidTr="00713EA5">
        <w:trPr>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1</w:t>
            </w:r>
          </w:p>
        </w:tc>
        <w:tc>
          <w:tcPr>
            <w:tcW w:w="2576"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2</w:t>
            </w:r>
          </w:p>
        </w:tc>
      </w:tr>
      <w:tr w:rsidR="00713EA5" w:rsidTr="00713EA5">
        <w:trPr>
          <w:trHeight w:val="2140"/>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rPr>
                <w:rFonts w:eastAsia="Times New Roman"/>
                <w:szCs w:val="24"/>
                <w:lang w:val="ru-RU"/>
              </w:rPr>
            </w:pPr>
            <w:r w:rsidRPr="00713EA5">
              <w:rPr>
                <w:b/>
                <w:szCs w:val="24"/>
                <w:lang w:val="ru-RU"/>
              </w:rPr>
              <w:t xml:space="preserve">1. </w:t>
            </w:r>
            <w:r w:rsidRPr="00713EA5">
              <w:rPr>
                <w:color w:val="000000"/>
                <w:szCs w:val="24"/>
                <w:lang w:val="ru-RU"/>
              </w:rPr>
              <w:t xml:space="preserve">Введение. Русь в </w:t>
            </w:r>
            <w:r>
              <w:rPr>
                <w:color w:val="000000"/>
                <w:szCs w:val="24"/>
              </w:rPr>
              <w:t>IX</w:t>
            </w:r>
            <w:r w:rsidRPr="00713EA5">
              <w:rPr>
                <w:color w:val="000000"/>
                <w:szCs w:val="24"/>
                <w:lang w:val="ru-RU"/>
              </w:rPr>
              <w:t xml:space="preserve"> - первой трети </w:t>
            </w:r>
            <w:r>
              <w:rPr>
                <w:color w:val="000000"/>
                <w:szCs w:val="24"/>
              </w:rPr>
              <w:t>XIII</w:t>
            </w:r>
            <w:r w:rsidRPr="00713EA5">
              <w:rPr>
                <w:color w:val="000000"/>
                <w:szCs w:val="24"/>
                <w:lang w:val="ru-RU"/>
              </w:rPr>
              <w:t xml:space="preserve">  веков.</w:t>
            </w:r>
          </w:p>
          <w:p w:rsidR="00713EA5" w:rsidRPr="00713EA5" w:rsidRDefault="00713EA5">
            <w:pPr>
              <w:overflowPunct w:val="0"/>
              <w:autoSpaceDE w:val="0"/>
              <w:autoSpaceDN w:val="0"/>
              <w:adjustRightInd w:val="0"/>
              <w:spacing w:line="288" w:lineRule="auto"/>
              <w:jc w:val="both"/>
              <w:rPr>
                <w:rFonts w:eastAsia="Times New Roman"/>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1.1 Сущность и функции исторического знания.</w:t>
            </w:r>
          </w:p>
          <w:p w:rsidR="00713EA5" w:rsidRPr="00713EA5" w:rsidRDefault="00713EA5">
            <w:pPr>
              <w:spacing w:line="240" w:lineRule="auto"/>
              <w:rPr>
                <w:szCs w:val="24"/>
                <w:lang w:val="ru-RU"/>
              </w:rPr>
            </w:pPr>
            <w:r w:rsidRPr="00713EA5">
              <w:rPr>
                <w:color w:val="000000"/>
                <w:szCs w:val="24"/>
                <w:lang w:val="ru-RU"/>
              </w:rPr>
              <w:t>1.2 Методы и источники изучения истории.</w:t>
            </w:r>
          </w:p>
          <w:p w:rsidR="00713EA5" w:rsidRPr="00713EA5" w:rsidRDefault="00713EA5">
            <w:pPr>
              <w:spacing w:line="240" w:lineRule="auto"/>
              <w:rPr>
                <w:szCs w:val="24"/>
                <w:lang w:val="ru-RU"/>
              </w:rPr>
            </w:pPr>
            <w:r w:rsidRPr="00713EA5">
              <w:rPr>
                <w:color w:val="000000"/>
                <w:szCs w:val="24"/>
                <w:lang w:val="ru-RU"/>
              </w:rPr>
              <w:t xml:space="preserve">1.3 Восточные славяне в </w:t>
            </w:r>
            <w:r>
              <w:rPr>
                <w:color w:val="000000"/>
                <w:szCs w:val="24"/>
              </w:rPr>
              <w:t>V</w:t>
            </w:r>
            <w:r w:rsidRPr="00713EA5">
              <w:rPr>
                <w:color w:val="000000"/>
                <w:szCs w:val="24"/>
                <w:lang w:val="ru-RU"/>
              </w:rPr>
              <w:t>І-ІХ вв. и образование Древнерусского государства.</w:t>
            </w:r>
          </w:p>
          <w:p w:rsidR="00713EA5" w:rsidRPr="00713EA5" w:rsidRDefault="00713EA5">
            <w:pPr>
              <w:spacing w:line="240" w:lineRule="auto"/>
              <w:rPr>
                <w:szCs w:val="24"/>
                <w:lang w:val="ru-RU"/>
              </w:rPr>
            </w:pPr>
            <w:r w:rsidRPr="00713EA5">
              <w:rPr>
                <w:color w:val="000000"/>
                <w:szCs w:val="24"/>
                <w:lang w:val="ru-RU"/>
              </w:rPr>
              <w:t>1.4 Норманнская теория происхождения  Древнерусского государства.</w:t>
            </w:r>
          </w:p>
          <w:p w:rsidR="00713EA5" w:rsidRPr="00713EA5" w:rsidRDefault="00713EA5">
            <w:pPr>
              <w:spacing w:line="240" w:lineRule="auto"/>
              <w:rPr>
                <w:szCs w:val="24"/>
                <w:lang w:val="ru-RU"/>
              </w:rPr>
            </w:pPr>
            <w:r w:rsidRPr="00713EA5">
              <w:rPr>
                <w:color w:val="000000"/>
                <w:szCs w:val="24"/>
                <w:lang w:val="ru-RU"/>
              </w:rPr>
              <w:t>1.5 Крещение Руси.</w:t>
            </w:r>
          </w:p>
          <w:p w:rsidR="00713EA5" w:rsidRDefault="00713EA5">
            <w:pPr>
              <w:overflowPunct w:val="0"/>
              <w:autoSpaceDE w:val="0"/>
              <w:autoSpaceDN w:val="0"/>
              <w:adjustRightInd w:val="0"/>
              <w:spacing w:line="240" w:lineRule="auto"/>
              <w:jc w:val="both"/>
              <w:rPr>
                <w:rFonts w:eastAsia="Times New Roman"/>
                <w:szCs w:val="24"/>
              </w:rPr>
            </w:pPr>
            <w:r w:rsidRPr="00713EA5">
              <w:rPr>
                <w:color w:val="000000"/>
                <w:szCs w:val="24"/>
                <w:lang w:val="ru-RU"/>
              </w:rPr>
              <w:lastRenderedPageBreak/>
              <w:t>1.6 Социально-экономическое устройства  Киевской Руси и особенности политики первых киевских князей (І</w:t>
            </w:r>
            <w:proofErr w:type="gramStart"/>
            <w:r w:rsidRPr="00713EA5">
              <w:rPr>
                <w:color w:val="000000"/>
                <w:szCs w:val="24"/>
                <w:lang w:val="ru-RU"/>
              </w:rPr>
              <w:t>Х-</w:t>
            </w:r>
            <w:proofErr w:type="gramEnd"/>
            <w:r w:rsidRPr="00713EA5">
              <w:rPr>
                <w:color w:val="000000"/>
                <w:szCs w:val="24"/>
                <w:lang w:val="ru-RU"/>
              </w:rPr>
              <w:t xml:space="preserve"> сер. </w:t>
            </w:r>
            <w:r>
              <w:rPr>
                <w:color w:val="000000"/>
                <w:szCs w:val="24"/>
              </w:rPr>
              <w:t xml:space="preserve">Х </w:t>
            </w:r>
            <w:proofErr w:type="spellStart"/>
            <w:r>
              <w:rPr>
                <w:color w:val="000000"/>
                <w:szCs w:val="24"/>
              </w:rPr>
              <w:t>вв</w:t>
            </w:r>
            <w:proofErr w:type="spellEnd"/>
            <w:r>
              <w:rPr>
                <w:color w:val="000000"/>
                <w:szCs w:val="24"/>
              </w:rPr>
              <w:t>.)</w:t>
            </w:r>
          </w:p>
        </w:tc>
      </w:tr>
      <w:tr w:rsidR="00713EA5" w:rsidRPr="00E23FDB" w:rsidTr="00713EA5">
        <w:trPr>
          <w:trHeight w:val="2055"/>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hd w:val="clear" w:color="auto" w:fill="FFFFFF"/>
              <w:spacing w:line="240" w:lineRule="auto"/>
              <w:rPr>
                <w:rFonts w:eastAsia="Times New Roman"/>
                <w:szCs w:val="24"/>
                <w:lang w:val="ru-RU"/>
              </w:rPr>
            </w:pPr>
            <w:r w:rsidRPr="00713EA5">
              <w:rPr>
                <w:b/>
                <w:szCs w:val="24"/>
                <w:lang w:val="ru-RU"/>
              </w:rPr>
              <w:lastRenderedPageBreak/>
              <w:t>2.</w:t>
            </w:r>
            <w:r w:rsidRPr="00713EA5">
              <w:rPr>
                <w:rFonts w:eastAsia="Calibri"/>
                <w:szCs w:val="24"/>
                <w:lang w:val="ru-RU"/>
              </w:rPr>
              <w:t xml:space="preserve"> </w:t>
            </w:r>
            <w:r w:rsidRPr="00713EA5">
              <w:rPr>
                <w:color w:val="000000"/>
                <w:szCs w:val="24"/>
                <w:lang w:val="ru-RU"/>
              </w:rPr>
              <w:t xml:space="preserve">Русь с середины </w:t>
            </w:r>
            <w:r>
              <w:rPr>
                <w:color w:val="000000"/>
                <w:szCs w:val="24"/>
              </w:rPr>
              <w:t>XIII</w:t>
            </w:r>
            <w:r w:rsidRPr="00713EA5">
              <w:rPr>
                <w:color w:val="000000"/>
                <w:szCs w:val="24"/>
                <w:lang w:val="ru-RU"/>
              </w:rPr>
              <w:t xml:space="preserve"> до конца </w:t>
            </w:r>
            <w:r>
              <w:rPr>
                <w:color w:val="000000"/>
                <w:szCs w:val="24"/>
              </w:rPr>
              <w:t>XV</w:t>
            </w:r>
            <w:r w:rsidRPr="00713EA5">
              <w:rPr>
                <w:color w:val="000000"/>
                <w:szCs w:val="24"/>
                <w:lang w:val="ru-RU"/>
              </w:rPr>
              <w:t xml:space="preserve"> вв.</w:t>
            </w: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2.1 Борьба русских княжеств с монголо-татарским нашествием и немецко-шведской агрессией.</w:t>
            </w:r>
          </w:p>
          <w:p w:rsidR="00713EA5" w:rsidRPr="00713EA5" w:rsidRDefault="00713EA5">
            <w:pPr>
              <w:spacing w:line="240" w:lineRule="auto"/>
              <w:rPr>
                <w:szCs w:val="24"/>
                <w:lang w:val="ru-RU"/>
              </w:rPr>
            </w:pPr>
            <w:r w:rsidRPr="00713EA5">
              <w:rPr>
                <w:color w:val="000000"/>
                <w:szCs w:val="24"/>
                <w:lang w:val="ru-RU"/>
              </w:rPr>
              <w:t>2.2 Политическая централизация русских земель в ХІ</w:t>
            </w:r>
            <w:r>
              <w:rPr>
                <w:color w:val="000000"/>
                <w:szCs w:val="24"/>
              </w:rPr>
              <w:t>V</w:t>
            </w:r>
            <w:r w:rsidRPr="00713EA5">
              <w:rPr>
                <w:color w:val="000000"/>
                <w:szCs w:val="24"/>
                <w:lang w:val="ru-RU"/>
              </w:rPr>
              <w:t xml:space="preserve"> - Х</w:t>
            </w:r>
            <w:proofErr w:type="gramStart"/>
            <w:r>
              <w:rPr>
                <w:color w:val="000000"/>
                <w:szCs w:val="24"/>
              </w:rPr>
              <w:t>V</w:t>
            </w:r>
            <w:proofErr w:type="gramEnd"/>
            <w:r w:rsidRPr="00713EA5">
              <w:rPr>
                <w:color w:val="000000"/>
                <w:szCs w:val="24"/>
                <w:lang w:val="ru-RU"/>
              </w:rPr>
              <w:t xml:space="preserve"> вв.: этапы и итоги. Причины возвышения Москвы.</w:t>
            </w:r>
          </w:p>
          <w:p w:rsidR="00713EA5" w:rsidRPr="00713EA5" w:rsidRDefault="00713EA5">
            <w:pPr>
              <w:spacing w:line="240" w:lineRule="auto"/>
              <w:rPr>
                <w:szCs w:val="24"/>
                <w:lang w:val="ru-RU"/>
              </w:rPr>
            </w:pPr>
            <w:r w:rsidRPr="00713EA5">
              <w:rPr>
                <w:color w:val="000000"/>
                <w:szCs w:val="24"/>
                <w:lang w:val="ru-RU"/>
              </w:rPr>
              <w:t>2.3 Развитие политической системы Московского царства в Х</w:t>
            </w:r>
            <w:proofErr w:type="gramStart"/>
            <w:r>
              <w:rPr>
                <w:color w:val="000000"/>
                <w:szCs w:val="24"/>
              </w:rPr>
              <w:t>V</w:t>
            </w:r>
            <w:proofErr w:type="gramEnd"/>
            <w:r w:rsidRPr="00713EA5">
              <w:rPr>
                <w:color w:val="000000"/>
                <w:szCs w:val="24"/>
                <w:lang w:val="ru-RU"/>
              </w:rPr>
              <w:t xml:space="preserve"> - Х</w:t>
            </w:r>
            <w:r>
              <w:rPr>
                <w:color w:val="000000"/>
                <w:szCs w:val="24"/>
              </w:rPr>
              <w:t>V</w:t>
            </w:r>
            <w:r w:rsidRPr="00713EA5">
              <w:rPr>
                <w:color w:val="000000"/>
                <w:szCs w:val="24"/>
                <w:lang w:val="ru-RU"/>
              </w:rPr>
              <w:t>І вв.</w:t>
            </w:r>
          </w:p>
          <w:p w:rsidR="00713EA5" w:rsidRPr="00713EA5" w:rsidRDefault="00713EA5">
            <w:pPr>
              <w:spacing w:line="240" w:lineRule="auto"/>
              <w:rPr>
                <w:szCs w:val="24"/>
                <w:lang w:val="ru-RU"/>
              </w:rPr>
            </w:pPr>
            <w:r w:rsidRPr="00713EA5">
              <w:rPr>
                <w:color w:val="000000"/>
                <w:szCs w:val="24"/>
                <w:lang w:val="ru-RU"/>
              </w:rPr>
              <w:t>2.4 Внешняя политика Ивана І</w:t>
            </w:r>
            <w:r>
              <w:rPr>
                <w:color w:val="000000"/>
                <w:szCs w:val="24"/>
              </w:rPr>
              <w:t>V</w:t>
            </w:r>
            <w:r w:rsidRPr="00713EA5">
              <w:rPr>
                <w:color w:val="000000"/>
                <w:szCs w:val="24"/>
                <w:lang w:val="ru-RU"/>
              </w:rPr>
              <w:t xml:space="preserve"> и реформы 1550-х гг.</w:t>
            </w:r>
          </w:p>
          <w:p w:rsidR="00713EA5" w:rsidRPr="00713EA5" w:rsidRDefault="00713EA5">
            <w:pPr>
              <w:spacing w:line="240" w:lineRule="auto"/>
              <w:rPr>
                <w:szCs w:val="24"/>
                <w:lang w:val="ru-RU"/>
              </w:rPr>
            </w:pPr>
            <w:r w:rsidRPr="00713EA5">
              <w:rPr>
                <w:color w:val="000000"/>
                <w:szCs w:val="24"/>
                <w:lang w:val="ru-RU"/>
              </w:rPr>
              <w:t>2.5 Политика опричнины: причины, сущность, результаты.</w:t>
            </w:r>
          </w:p>
          <w:p w:rsidR="00713EA5" w:rsidRPr="00713EA5" w:rsidRDefault="00713EA5">
            <w:pPr>
              <w:overflowPunct w:val="0"/>
              <w:autoSpaceDE w:val="0"/>
              <w:autoSpaceDN w:val="0"/>
              <w:adjustRightInd w:val="0"/>
              <w:spacing w:line="288" w:lineRule="auto"/>
              <w:jc w:val="both"/>
              <w:rPr>
                <w:rFonts w:eastAsia="Times New Roman"/>
                <w:szCs w:val="24"/>
                <w:lang w:val="ru-RU"/>
              </w:rPr>
            </w:pPr>
            <w:r w:rsidRPr="00713EA5">
              <w:rPr>
                <w:color w:val="000000"/>
                <w:szCs w:val="24"/>
                <w:lang w:val="ru-RU"/>
              </w:rPr>
              <w:t>2.6 Причины, этапы и итоги Великой Смуты.</w:t>
            </w:r>
          </w:p>
        </w:tc>
      </w:tr>
      <w:tr w:rsidR="00713EA5" w:rsidRPr="00E23FDB" w:rsidTr="00713EA5">
        <w:trPr>
          <w:trHeight w:val="79"/>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hd w:val="clear" w:color="auto" w:fill="FFFFFF"/>
              <w:spacing w:line="240" w:lineRule="auto"/>
              <w:rPr>
                <w:rFonts w:eastAsia="Times New Roman"/>
                <w:szCs w:val="24"/>
                <w:lang w:val="ru-RU"/>
              </w:rPr>
            </w:pPr>
            <w:r w:rsidRPr="00713EA5">
              <w:rPr>
                <w:b/>
                <w:szCs w:val="24"/>
                <w:lang w:val="ru-RU"/>
              </w:rPr>
              <w:t>3.</w:t>
            </w:r>
            <w:r w:rsidRPr="00713EA5">
              <w:rPr>
                <w:rFonts w:eastAsia="Calibri"/>
                <w:szCs w:val="24"/>
                <w:lang w:val="ru-RU"/>
              </w:rPr>
              <w:t xml:space="preserve"> </w:t>
            </w:r>
            <w:r w:rsidRPr="00713EA5">
              <w:rPr>
                <w:color w:val="000000"/>
                <w:szCs w:val="24"/>
                <w:lang w:val="ru-RU"/>
              </w:rPr>
              <w:t xml:space="preserve">Россия в </w:t>
            </w:r>
            <w:r>
              <w:rPr>
                <w:color w:val="000000"/>
                <w:szCs w:val="24"/>
              </w:rPr>
              <w:t>XVI</w:t>
            </w:r>
            <w:r w:rsidRPr="00713EA5">
              <w:rPr>
                <w:color w:val="000000"/>
                <w:szCs w:val="24"/>
                <w:lang w:val="ru-RU"/>
              </w:rPr>
              <w:t>-</w:t>
            </w:r>
            <w:r>
              <w:rPr>
                <w:color w:val="000000"/>
                <w:szCs w:val="24"/>
              </w:rPr>
              <w:t>XVII</w:t>
            </w:r>
            <w:r w:rsidRPr="00713EA5">
              <w:rPr>
                <w:color w:val="000000"/>
                <w:szCs w:val="24"/>
                <w:lang w:val="ru-RU"/>
              </w:rPr>
              <w:t xml:space="preserve"> вв.</w:t>
            </w: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 xml:space="preserve">3.1 Великий князь Василий </w:t>
            </w:r>
            <w:r>
              <w:rPr>
                <w:color w:val="000000"/>
                <w:szCs w:val="24"/>
              </w:rPr>
              <w:t>III</w:t>
            </w:r>
            <w:r w:rsidRPr="00713EA5">
              <w:rPr>
                <w:color w:val="000000"/>
                <w:szCs w:val="24"/>
                <w:lang w:val="ru-RU"/>
              </w:rPr>
              <w:t xml:space="preserve"> Иванович.</w:t>
            </w:r>
          </w:p>
          <w:p w:rsidR="00713EA5" w:rsidRPr="00713EA5" w:rsidRDefault="00713EA5">
            <w:pPr>
              <w:spacing w:line="240" w:lineRule="auto"/>
              <w:rPr>
                <w:szCs w:val="24"/>
                <w:lang w:val="ru-RU"/>
              </w:rPr>
            </w:pPr>
            <w:r w:rsidRPr="00713EA5">
              <w:rPr>
                <w:color w:val="000000"/>
                <w:szCs w:val="24"/>
                <w:lang w:val="ru-RU"/>
              </w:rPr>
              <w:t xml:space="preserve">3.2 Эпоха Ивана </w:t>
            </w:r>
            <w:r>
              <w:rPr>
                <w:color w:val="000000"/>
                <w:szCs w:val="24"/>
              </w:rPr>
              <w:t>IV</w:t>
            </w:r>
            <w:r w:rsidRPr="00713EA5">
              <w:rPr>
                <w:color w:val="000000"/>
                <w:szCs w:val="24"/>
                <w:lang w:val="ru-RU"/>
              </w:rPr>
              <w:t xml:space="preserve"> Грозного.</w:t>
            </w:r>
          </w:p>
          <w:p w:rsidR="00713EA5" w:rsidRPr="00713EA5" w:rsidRDefault="00713EA5">
            <w:pPr>
              <w:spacing w:line="240" w:lineRule="auto"/>
              <w:rPr>
                <w:szCs w:val="24"/>
                <w:lang w:val="ru-RU"/>
              </w:rPr>
            </w:pPr>
            <w:r w:rsidRPr="00713EA5">
              <w:rPr>
                <w:color w:val="000000"/>
                <w:szCs w:val="24"/>
                <w:lang w:val="ru-RU"/>
              </w:rPr>
              <w:t>3.3 Регентство великой княгини Елены Глинской.</w:t>
            </w:r>
          </w:p>
          <w:p w:rsidR="00713EA5" w:rsidRPr="00713EA5" w:rsidRDefault="00713EA5">
            <w:pPr>
              <w:spacing w:line="240" w:lineRule="auto"/>
              <w:rPr>
                <w:szCs w:val="24"/>
                <w:lang w:val="ru-RU"/>
              </w:rPr>
            </w:pPr>
            <w:r w:rsidRPr="00713EA5">
              <w:rPr>
                <w:color w:val="000000"/>
                <w:szCs w:val="24"/>
                <w:lang w:val="ru-RU"/>
              </w:rPr>
              <w:t>3.4 Период боярского правления.</w:t>
            </w:r>
          </w:p>
          <w:p w:rsidR="00713EA5" w:rsidRPr="00713EA5" w:rsidRDefault="00713EA5">
            <w:pPr>
              <w:spacing w:line="240" w:lineRule="auto"/>
              <w:rPr>
                <w:szCs w:val="24"/>
                <w:lang w:val="ru-RU"/>
              </w:rPr>
            </w:pPr>
            <w:r w:rsidRPr="00713EA5">
              <w:rPr>
                <w:color w:val="000000"/>
                <w:szCs w:val="24"/>
                <w:lang w:val="ru-RU"/>
              </w:rPr>
              <w:t xml:space="preserve">3.5 Экономический кризис в Российском государстве конца </w:t>
            </w:r>
            <w:r>
              <w:rPr>
                <w:color w:val="000000"/>
                <w:szCs w:val="24"/>
              </w:rPr>
              <w:t>XVI</w:t>
            </w:r>
            <w:r w:rsidRPr="00713EA5">
              <w:rPr>
                <w:color w:val="000000"/>
                <w:szCs w:val="24"/>
                <w:lang w:val="ru-RU"/>
              </w:rPr>
              <w:t xml:space="preserve"> в.</w:t>
            </w:r>
          </w:p>
          <w:p w:rsidR="00713EA5" w:rsidRPr="00713EA5" w:rsidRDefault="00713EA5">
            <w:pPr>
              <w:spacing w:line="240" w:lineRule="auto"/>
              <w:rPr>
                <w:szCs w:val="24"/>
                <w:lang w:val="ru-RU"/>
              </w:rPr>
            </w:pPr>
            <w:r w:rsidRPr="00713EA5">
              <w:rPr>
                <w:color w:val="000000"/>
                <w:szCs w:val="24"/>
                <w:lang w:val="ru-RU"/>
              </w:rPr>
              <w:t>3.6 Правление боярина Бориса Федоровича Годунова.</w:t>
            </w:r>
          </w:p>
          <w:p w:rsidR="00713EA5" w:rsidRPr="00713EA5" w:rsidRDefault="00713EA5">
            <w:pPr>
              <w:spacing w:line="240" w:lineRule="auto"/>
              <w:rPr>
                <w:szCs w:val="24"/>
                <w:lang w:val="ru-RU"/>
              </w:rPr>
            </w:pPr>
            <w:r w:rsidRPr="00713EA5">
              <w:rPr>
                <w:color w:val="000000"/>
                <w:szCs w:val="24"/>
                <w:lang w:val="ru-RU"/>
              </w:rPr>
              <w:t xml:space="preserve">3.7 Смерть Бориса Годунова и воцарение Лжедмитрия </w:t>
            </w:r>
            <w:r>
              <w:rPr>
                <w:color w:val="000000"/>
                <w:szCs w:val="24"/>
              </w:rPr>
              <w:t>I</w:t>
            </w:r>
            <w:r w:rsidRPr="00713EA5">
              <w:rPr>
                <w:color w:val="000000"/>
                <w:szCs w:val="24"/>
                <w:lang w:val="ru-RU"/>
              </w:rPr>
              <w:t>.</w:t>
            </w:r>
          </w:p>
          <w:p w:rsidR="00713EA5" w:rsidRPr="00713EA5" w:rsidRDefault="00713EA5">
            <w:pPr>
              <w:spacing w:line="240" w:lineRule="auto"/>
              <w:rPr>
                <w:szCs w:val="24"/>
                <w:lang w:val="ru-RU"/>
              </w:rPr>
            </w:pPr>
            <w:r w:rsidRPr="00713EA5">
              <w:rPr>
                <w:color w:val="000000"/>
                <w:szCs w:val="24"/>
                <w:lang w:val="ru-RU"/>
              </w:rPr>
              <w:t xml:space="preserve">3.8 Повстанческое войско Ивана </w:t>
            </w:r>
            <w:proofErr w:type="spellStart"/>
            <w:r w:rsidRPr="00713EA5">
              <w:rPr>
                <w:color w:val="000000"/>
                <w:szCs w:val="24"/>
                <w:lang w:val="ru-RU"/>
              </w:rPr>
              <w:t>Болотникова</w:t>
            </w:r>
            <w:proofErr w:type="spellEnd"/>
            <w:r w:rsidRPr="00713EA5">
              <w:rPr>
                <w:color w:val="000000"/>
                <w:szCs w:val="24"/>
                <w:lang w:val="ru-RU"/>
              </w:rPr>
              <w:t>.</w:t>
            </w:r>
          </w:p>
          <w:p w:rsidR="00713EA5" w:rsidRPr="00713EA5" w:rsidRDefault="00713EA5">
            <w:pPr>
              <w:spacing w:line="240" w:lineRule="auto"/>
              <w:rPr>
                <w:szCs w:val="24"/>
                <w:lang w:val="ru-RU"/>
              </w:rPr>
            </w:pPr>
            <w:r w:rsidRPr="00713EA5">
              <w:rPr>
                <w:color w:val="000000"/>
                <w:szCs w:val="24"/>
                <w:lang w:val="ru-RU"/>
              </w:rPr>
              <w:t xml:space="preserve">3.9 Лжедмитрий </w:t>
            </w:r>
            <w:r>
              <w:rPr>
                <w:color w:val="000000"/>
                <w:szCs w:val="24"/>
              </w:rPr>
              <w:t>II</w:t>
            </w:r>
            <w:r w:rsidRPr="00713EA5">
              <w:rPr>
                <w:color w:val="000000"/>
                <w:szCs w:val="24"/>
                <w:lang w:val="ru-RU"/>
              </w:rPr>
              <w:t xml:space="preserve"> и его поход под Москву.</w:t>
            </w:r>
          </w:p>
          <w:p w:rsidR="00713EA5" w:rsidRPr="00713EA5" w:rsidRDefault="00713EA5">
            <w:pPr>
              <w:spacing w:line="240" w:lineRule="auto"/>
              <w:rPr>
                <w:szCs w:val="24"/>
                <w:lang w:val="ru-RU"/>
              </w:rPr>
            </w:pPr>
            <w:r w:rsidRPr="00713EA5">
              <w:rPr>
                <w:color w:val="000000"/>
                <w:szCs w:val="24"/>
                <w:lang w:val="ru-RU"/>
              </w:rPr>
              <w:t>3.10 «Патриарх Никон. Спор о взаимоотношениях «священства и царства». Церковная реформа и раскол Русской православной церкви.</w:t>
            </w:r>
          </w:p>
          <w:p w:rsidR="00713EA5" w:rsidRPr="00713EA5" w:rsidRDefault="00713EA5">
            <w:pPr>
              <w:overflowPunct w:val="0"/>
              <w:autoSpaceDE w:val="0"/>
              <w:autoSpaceDN w:val="0"/>
              <w:adjustRightInd w:val="0"/>
              <w:spacing w:line="288" w:lineRule="auto"/>
              <w:jc w:val="both"/>
              <w:rPr>
                <w:rFonts w:eastAsia="Times New Roman"/>
                <w:color w:val="000000"/>
                <w:szCs w:val="24"/>
                <w:lang w:val="ru-RU"/>
              </w:rPr>
            </w:pPr>
            <w:r w:rsidRPr="00713EA5">
              <w:rPr>
                <w:color w:val="000000"/>
                <w:szCs w:val="24"/>
                <w:lang w:val="ru-RU"/>
              </w:rPr>
              <w:t>3.11 Казацко-крестьянское  восстание  под  руководством  Степана  Тимофеевича  Разина.</w:t>
            </w:r>
          </w:p>
        </w:tc>
      </w:tr>
      <w:tr w:rsidR="00713EA5" w:rsidRPr="00E23FDB" w:rsidTr="00713EA5">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hd w:val="clear" w:color="auto" w:fill="FFFFFF"/>
              <w:spacing w:line="240" w:lineRule="auto"/>
              <w:rPr>
                <w:rFonts w:eastAsia="Times New Roman"/>
                <w:szCs w:val="24"/>
                <w:lang w:val="ru-RU"/>
              </w:rPr>
            </w:pPr>
            <w:r w:rsidRPr="00713EA5">
              <w:rPr>
                <w:b/>
                <w:szCs w:val="24"/>
                <w:lang w:val="ru-RU"/>
              </w:rPr>
              <w:t>4.</w:t>
            </w:r>
            <w:r w:rsidRPr="00713EA5">
              <w:rPr>
                <w:rFonts w:eastAsia="Calibri"/>
                <w:szCs w:val="24"/>
                <w:lang w:val="ru-RU"/>
              </w:rPr>
              <w:t xml:space="preserve"> </w:t>
            </w:r>
            <w:r w:rsidRPr="00713EA5">
              <w:rPr>
                <w:color w:val="000000"/>
                <w:szCs w:val="24"/>
                <w:lang w:val="ru-RU"/>
              </w:rPr>
              <w:t xml:space="preserve">Россия в конце </w:t>
            </w:r>
            <w:r>
              <w:rPr>
                <w:color w:val="000000"/>
                <w:szCs w:val="24"/>
              </w:rPr>
              <w:t>XVII</w:t>
            </w:r>
            <w:r w:rsidRPr="00713EA5">
              <w:rPr>
                <w:color w:val="000000"/>
                <w:szCs w:val="24"/>
                <w:lang w:val="ru-RU"/>
              </w:rPr>
              <w:t xml:space="preserve"> – </w:t>
            </w:r>
            <w:proofErr w:type="gramStart"/>
            <w:r w:rsidRPr="00713EA5">
              <w:rPr>
                <w:color w:val="000000"/>
                <w:szCs w:val="24"/>
                <w:lang w:val="ru-RU"/>
              </w:rPr>
              <w:t>Х</w:t>
            </w:r>
            <w:proofErr w:type="gramEnd"/>
            <w:r>
              <w:rPr>
                <w:color w:val="000000"/>
                <w:szCs w:val="24"/>
              </w:rPr>
              <w:t>VIII</w:t>
            </w:r>
            <w:r w:rsidRPr="00713EA5">
              <w:rPr>
                <w:color w:val="000000"/>
                <w:szCs w:val="24"/>
                <w:lang w:val="ru-RU"/>
              </w:rPr>
              <w:t xml:space="preserve"> веках.</w:t>
            </w: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4.1 Внешняя политика Петра І.</w:t>
            </w:r>
          </w:p>
          <w:p w:rsidR="00713EA5" w:rsidRPr="00713EA5" w:rsidRDefault="00713EA5">
            <w:pPr>
              <w:spacing w:line="240" w:lineRule="auto"/>
              <w:rPr>
                <w:szCs w:val="24"/>
                <w:lang w:val="ru-RU"/>
              </w:rPr>
            </w:pPr>
            <w:r w:rsidRPr="00713EA5">
              <w:rPr>
                <w:color w:val="000000"/>
                <w:szCs w:val="24"/>
                <w:lang w:val="ru-RU"/>
              </w:rPr>
              <w:t>4.2 Основные реформы петровской эпохи.</w:t>
            </w:r>
          </w:p>
          <w:p w:rsidR="00713EA5" w:rsidRPr="00713EA5" w:rsidRDefault="00713EA5">
            <w:pPr>
              <w:spacing w:line="240" w:lineRule="auto"/>
              <w:rPr>
                <w:szCs w:val="24"/>
                <w:lang w:val="ru-RU"/>
              </w:rPr>
            </w:pPr>
            <w:r w:rsidRPr="00713EA5">
              <w:rPr>
                <w:color w:val="000000"/>
                <w:szCs w:val="24"/>
                <w:lang w:val="ru-RU"/>
              </w:rPr>
              <w:t>4.3 Итоги европеизации России в Х</w:t>
            </w:r>
            <w:r>
              <w:rPr>
                <w:color w:val="000000"/>
                <w:szCs w:val="24"/>
              </w:rPr>
              <w:t>V</w:t>
            </w:r>
            <w:r w:rsidRPr="00713EA5">
              <w:rPr>
                <w:color w:val="000000"/>
                <w:szCs w:val="24"/>
                <w:lang w:val="ru-RU"/>
              </w:rPr>
              <w:t xml:space="preserve">ІІІ </w:t>
            </w:r>
            <w:proofErr w:type="gramStart"/>
            <w:r w:rsidRPr="00713EA5">
              <w:rPr>
                <w:color w:val="000000"/>
                <w:szCs w:val="24"/>
                <w:lang w:val="ru-RU"/>
              </w:rPr>
              <w:t>в</w:t>
            </w:r>
            <w:proofErr w:type="gramEnd"/>
            <w:r w:rsidRPr="00713EA5">
              <w:rPr>
                <w:color w:val="000000"/>
                <w:szCs w:val="24"/>
                <w:lang w:val="ru-RU"/>
              </w:rPr>
              <w:t>. Специфика российского абсолютизма</w:t>
            </w:r>
          </w:p>
          <w:p w:rsidR="00713EA5" w:rsidRPr="00713EA5" w:rsidRDefault="00713EA5">
            <w:pPr>
              <w:spacing w:line="240" w:lineRule="auto"/>
              <w:rPr>
                <w:szCs w:val="24"/>
                <w:lang w:val="ru-RU"/>
              </w:rPr>
            </w:pPr>
            <w:r w:rsidRPr="00713EA5">
              <w:rPr>
                <w:color w:val="000000"/>
                <w:szCs w:val="24"/>
                <w:lang w:val="ru-RU"/>
              </w:rPr>
              <w:t>4.4 Политика «просвещенного абсолютизма» Екатерины ІІ и ее особенности.</w:t>
            </w:r>
          </w:p>
          <w:p w:rsidR="00713EA5" w:rsidRPr="00713EA5" w:rsidRDefault="00713EA5">
            <w:pPr>
              <w:overflowPunct w:val="0"/>
              <w:autoSpaceDE w:val="0"/>
              <w:autoSpaceDN w:val="0"/>
              <w:adjustRightInd w:val="0"/>
              <w:spacing w:line="240" w:lineRule="auto"/>
              <w:jc w:val="both"/>
              <w:rPr>
                <w:rFonts w:eastAsia="Times New Roman"/>
                <w:szCs w:val="24"/>
                <w:lang w:val="ru-RU"/>
              </w:rPr>
            </w:pPr>
            <w:r w:rsidRPr="00713EA5">
              <w:rPr>
                <w:color w:val="000000"/>
                <w:szCs w:val="24"/>
                <w:lang w:val="ru-RU"/>
              </w:rPr>
              <w:t>4.5 Социально-экономическое развитие России в первой половине  ХІ</w:t>
            </w:r>
            <w:proofErr w:type="gramStart"/>
            <w:r w:rsidRPr="00713EA5">
              <w:rPr>
                <w:color w:val="000000"/>
                <w:szCs w:val="24"/>
                <w:lang w:val="ru-RU"/>
              </w:rPr>
              <w:t>Х</w:t>
            </w:r>
            <w:proofErr w:type="gramEnd"/>
            <w:r w:rsidRPr="00713EA5">
              <w:rPr>
                <w:color w:val="000000"/>
                <w:szCs w:val="24"/>
                <w:lang w:val="ru-RU"/>
              </w:rPr>
              <w:t xml:space="preserve"> в.</w:t>
            </w:r>
          </w:p>
        </w:tc>
      </w:tr>
      <w:tr w:rsidR="00713EA5" w:rsidRPr="00E23FDB" w:rsidTr="00713EA5">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713EA5" w:rsidRDefault="00713EA5">
            <w:pPr>
              <w:shd w:val="clear" w:color="auto" w:fill="FFFFFF"/>
              <w:spacing w:line="240" w:lineRule="auto"/>
              <w:rPr>
                <w:rFonts w:eastAsia="Times New Roman"/>
                <w:szCs w:val="24"/>
              </w:rPr>
            </w:pPr>
            <w:r>
              <w:rPr>
                <w:b/>
                <w:szCs w:val="24"/>
              </w:rPr>
              <w:lastRenderedPageBreak/>
              <w:t>5.</w:t>
            </w:r>
            <w:r>
              <w:rPr>
                <w:rFonts w:eastAsia="Calibri"/>
                <w:szCs w:val="24"/>
              </w:rPr>
              <w:t xml:space="preserve"> </w:t>
            </w:r>
            <w:proofErr w:type="spellStart"/>
            <w:r>
              <w:rPr>
                <w:color w:val="000000"/>
                <w:szCs w:val="24"/>
              </w:rPr>
              <w:t>Россия</w:t>
            </w:r>
            <w:proofErr w:type="spellEnd"/>
            <w:r>
              <w:rPr>
                <w:color w:val="000000"/>
                <w:szCs w:val="24"/>
              </w:rPr>
              <w:t xml:space="preserve"> в XIX </w:t>
            </w:r>
            <w:proofErr w:type="spellStart"/>
            <w:r>
              <w:rPr>
                <w:color w:val="000000"/>
                <w:szCs w:val="24"/>
              </w:rPr>
              <w:t>веке</w:t>
            </w:r>
            <w:proofErr w:type="spellEnd"/>
            <w:r>
              <w:rPr>
                <w:color w:val="000000"/>
                <w:szCs w:val="24"/>
              </w:rPr>
              <w:t>.</w:t>
            </w:r>
          </w:p>
          <w:p w:rsidR="00713EA5" w:rsidRDefault="00713EA5">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5.1 Отечественная война 1812 г. и ее влияние на русское общество.</w:t>
            </w:r>
          </w:p>
          <w:p w:rsidR="00713EA5" w:rsidRPr="00713EA5" w:rsidRDefault="00713EA5">
            <w:pPr>
              <w:spacing w:line="240" w:lineRule="auto"/>
              <w:rPr>
                <w:szCs w:val="24"/>
                <w:lang w:val="ru-RU"/>
              </w:rPr>
            </w:pPr>
            <w:r w:rsidRPr="00713EA5">
              <w:rPr>
                <w:color w:val="000000"/>
                <w:szCs w:val="24"/>
                <w:lang w:val="ru-RU"/>
              </w:rPr>
              <w:t>5.2 Движение декабристов. Восстание 14 декабря 1825 г.</w:t>
            </w:r>
          </w:p>
          <w:p w:rsidR="00713EA5" w:rsidRPr="00713EA5" w:rsidRDefault="00713EA5">
            <w:pPr>
              <w:spacing w:line="240" w:lineRule="auto"/>
              <w:rPr>
                <w:szCs w:val="24"/>
                <w:lang w:val="ru-RU"/>
              </w:rPr>
            </w:pPr>
            <w:r w:rsidRPr="00713EA5">
              <w:rPr>
                <w:color w:val="000000"/>
                <w:szCs w:val="24"/>
                <w:lang w:val="ru-RU"/>
              </w:rPr>
              <w:t>5.3 Ссыльные декабристы в Сибири.</w:t>
            </w:r>
          </w:p>
          <w:p w:rsidR="00713EA5" w:rsidRPr="00713EA5" w:rsidRDefault="00713EA5">
            <w:pPr>
              <w:spacing w:line="240" w:lineRule="auto"/>
              <w:rPr>
                <w:szCs w:val="24"/>
                <w:lang w:val="ru-RU"/>
              </w:rPr>
            </w:pPr>
            <w:r w:rsidRPr="00713EA5">
              <w:rPr>
                <w:color w:val="000000"/>
                <w:szCs w:val="24"/>
                <w:lang w:val="ru-RU"/>
              </w:rPr>
              <w:t xml:space="preserve">5.4. Общественная мысль России І половины </w:t>
            </w:r>
            <w:r>
              <w:rPr>
                <w:color w:val="000000"/>
                <w:szCs w:val="24"/>
              </w:rPr>
              <w:t>XIX</w:t>
            </w:r>
            <w:r w:rsidRPr="00713EA5">
              <w:rPr>
                <w:color w:val="000000"/>
                <w:szCs w:val="24"/>
                <w:lang w:val="ru-RU"/>
              </w:rPr>
              <w:t xml:space="preserve"> в.</w:t>
            </w:r>
          </w:p>
          <w:p w:rsidR="00713EA5" w:rsidRPr="00713EA5" w:rsidRDefault="00713EA5">
            <w:pPr>
              <w:spacing w:line="240" w:lineRule="auto"/>
              <w:rPr>
                <w:szCs w:val="24"/>
                <w:lang w:val="ru-RU"/>
              </w:rPr>
            </w:pPr>
            <w:r w:rsidRPr="00713EA5">
              <w:rPr>
                <w:color w:val="000000"/>
                <w:szCs w:val="24"/>
                <w:lang w:val="ru-RU"/>
              </w:rPr>
              <w:t>5.5 Причины, цели и характер реформ 1860-1870-х гг.</w:t>
            </w:r>
          </w:p>
          <w:p w:rsidR="00713EA5" w:rsidRPr="00713EA5" w:rsidRDefault="00713EA5">
            <w:pPr>
              <w:spacing w:line="240" w:lineRule="auto"/>
              <w:rPr>
                <w:szCs w:val="24"/>
                <w:lang w:val="ru-RU"/>
              </w:rPr>
            </w:pPr>
            <w:r w:rsidRPr="00713EA5">
              <w:rPr>
                <w:color w:val="000000"/>
                <w:szCs w:val="24"/>
                <w:lang w:val="ru-RU"/>
              </w:rPr>
              <w:t>5.6  Великие реформы Александра ІІ.</w:t>
            </w:r>
          </w:p>
          <w:p w:rsidR="00713EA5" w:rsidRPr="00713EA5" w:rsidRDefault="00713EA5">
            <w:pPr>
              <w:overflowPunct w:val="0"/>
              <w:autoSpaceDE w:val="0"/>
              <w:autoSpaceDN w:val="0"/>
              <w:adjustRightInd w:val="0"/>
              <w:spacing w:line="240" w:lineRule="auto"/>
              <w:jc w:val="both"/>
              <w:rPr>
                <w:rFonts w:eastAsia="Times New Roman"/>
                <w:szCs w:val="24"/>
                <w:lang w:val="ru-RU"/>
              </w:rPr>
            </w:pPr>
            <w:r w:rsidRPr="00713EA5">
              <w:rPr>
                <w:color w:val="000000"/>
                <w:szCs w:val="24"/>
                <w:lang w:val="ru-RU"/>
              </w:rPr>
              <w:t xml:space="preserve">5.7 Общественное движение в России 1860-1890-х </w:t>
            </w:r>
            <w:proofErr w:type="spellStart"/>
            <w:proofErr w:type="gramStart"/>
            <w:r w:rsidRPr="00713EA5">
              <w:rPr>
                <w:color w:val="000000"/>
                <w:szCs w:val="24"/>
                <w:lang w:val="ru-RU"/>
              </w:rPr>
              <w:t>гг</w:t>
            </w:r>
            <w:proofErr w:type="spellEnd"/>
            <w:proofErr w:type="gramEnd"/>
          </w:p>
        </w:tc>
      </w:tr>
    </w:tbl>
    <w:p w:rsidR="00713EA5" w:rsidRPr="00713EA5" w:rsidRDefault="00713EA5" w:rsidP="00713EA5">
      <w:pPr>
        <w:pStyle w:val="410"/>
        <w:tabs>
          <w:tab w:val="left" w:pos="1009"/>
        </w:tabs>
        <w:spacing w:before="0" w:line="360" w:lineRule="auto"/>
        <w:ind w:left="709" w:right="97" w:firstLine="0"/>
        <w:rPr>
          <w:rStyle w:val="41"/>
          <w:sz w:val="16"/>
          <w:szCs w:val="16"/>
          <w:lang w:val="ru-RU"/>
        </w:rPr>
      </w:pPr>
    </w:p>
    <w:p w:rsidR="00713EA5" w:rsidRPr="00713EA5" w:rsidRDefault="00713EA5" w:rsidP="00713EA5">
      <w:pPr>
        <w:widowControl w:val="0"/>
        <w:shd w:val="clear" w:color="auto" w:fill="FFFFFF"/>
        <w:ind w:firstLine="708"/>
        <w:jc w:val="center"/>
        <w:rPr>
          <w:szCs w:val="24"/>
          <w:lang w:val="ru-RU"/>
        </w:rPr>
      </w:pPr>
    </w:p>
    <w:p w:rsidR="00713EA5" w:rsidRPr="00713EA5" w:rsidRDefault="00713EA5" w:rsidP="00713EA5">
      <w:pPr>
        <w:widowControl w:val="0"/>
        <w:shd w:val="clear" w:color="auto" w:fill="FFFFFF"/>
        <w:ind w:firstLine="708"/>
        <w:jc w:val="center"/>
        <w:rPr>
          <w:b/>
          <w:szCs w:val="24"/>
          <w:lang w:val="ru-RU"/>
        </w:rPr>
      </w:pPr>
      <w:r w:rsidRPr="00713EA5">
        <w:rPr>
          <w:b/>
          <w:szCs w:val="24"/>
          <w:lang w:val="ru-RU"/>
        </w:rPr>
        <w:t>Вопросы к зачету с оценкой</w:t>
      </w:r>
    </w:p>
    <w:p w:rsidR="00713EA5" w:rsidRPr="00713EA5" w:rsidRDefault="00713EA5" w:rsidP="00713EA5">
      <w:pPr>
        <w:spacing w:line="240" w:lineRule="auto"/>
        <w:jc w:val="center"/>
        <w:rPr>
          <w:szCs w:val="24"/>
          <w:lang w:val="ru-RU"/>
        </w:rPr>
      </w:pPr>
      <w:r w:rsidRPr="00713EA5">
        <w:rPr>
          <w:szCs w:val="24"/>
          <w:lang w:val="ru-RU"/>
        </w:rPr>
        <w:t xml:space="preserve">по дисциплине по дисциплине </w:t>
      </w:r>
      <w:r w:rsidRPr="00713EA5">
        <w:rPr>
          <w:color w:val="000000"/>
          <w:szCs w:val="24"/>
          <w:lang w:val="ru-RU"/>
        </w:rPr>
        <w:t>Б</w:t>
      </w:r>
      <w:proofErr w:type="gramStart"/>
      <w:r w:rsidRPr="00713EA5">
        <w:rPr>
          <w:color w:val="000000"/>
          <w:szCs w:val="24"/>
          <w:lang w:val="ru-RU"/>
        </w:rPr>
        <w:t>1</w:t>
      </w:r>
      <w:proofErr w:type="gramEnd"/>
      <w:r w:rsidRPr="00713EA5">
        <w:rPr>
          <w:color w:val="000000"/>
          <w:szCs w:val="24"/>
          <w:lang w:val="ru-RU"/>
        </w:rPr>
        <w:t>.О.01  История России</w:t>
      </w:r>
    </w:p>
    <w:p w:rsidR="00713EA5" w:rsidRPr="00713EA5" w:rsidRDefault="00713EA5" w:rsidP="00713EA5">
      <w:pPr>
        <w:shd w:val="clear" w:color="auto" w:fill="FFFFFF"/>
        <w:ind w:left="360"/>
        <w:jc w:val="center"/>
        <w:rPr>
          <w:b/>
          <w:bCs/>
          <w:szCs w:val="24"/>
          <w:lang w:val="ru-RU"/>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4950"/>
      </w:tblGrid>
      <w:tr w:rsidR="00713EA5" w:rsidRPr="00E23FDB" w:rsidTr="00713EA5">
        <w:trPr>
          <w:trHeight w:val="279"/>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i/>
                <w:sz w:val="18"/>
                <w:szCs w:val="18"/>
              </w:rPr>
            </w:pPr>
            <w:r>
              <w:rPr>
                <w:b/>
              </w:rPr>
              <w:t xml:space="preserve">№ и </w:t>
            </w:r>
            <w:proofErr w:type="spellStart"/>
            <w:r>
              <w:rPr>
                <w:b/>
              </w:rPr>
              <w:t>наименование</w:t>
            </w:r>
            <w:proofErr w:type="spellEnd"/>
            <w:r>
              <w:rPr>
                <w:b/>
              </w:rPr>
              <w:t xml:space="preserve"> </w:t>
            </w:r>
            <w:proofErr w:type="spellStart"/>
            <w:r>
              <w:rPr>
                <w:b/>
              </w:rPr>
              <w:t>раздела</w:t>
            </w:r>
            <w:proofErr w:type="spellEnd"/>
            <w:r>
              <w:rPr>
                <w:b/>
              </w:rPr>
              <w:t xml:space="preserve"> </w:t>
            </w:r>
          </w:p>
        </w:tc>
        <w:tc>
          <w:tcPr>
            <w:tcW w:w="2576" w:type="pct"/>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widowControl w:val="0"/>
              <w:shd w:val="clear" w:color="auto" w:fill="FFFFFF"/>
              <w:overflowPunct w:val="0"/>
              <w:autoSpaceDE w:val="0"/>
              <w:autoSpaceDN w:val="0"/>
              <w:adjustRightInd w:val="0"/>
              <w:spacing w:line="288" w:lineRule="auto"/>
              <w:jc w:val="center"/>
              <w:rPr>
                <w:rFonts w:eastAsia="Times New Roman"/>
                <w:b/>
                <w:lang w:val="ru-RU"/>
              </w:rPr>
            </w:pPr>
            <w:r w:rsidRPr="00713EA5">
              <w:rPr>
                <w:b/>
                <w:lang w:val="ru-RU"/>
              </w:rPr>
              <w:t xml:space="preserve">ВОПРОСЫ К ЗАЧЕТУ С ОЦЕНКОЙ </w:t>
            </w:r>
          </w:p>
        </w:tc>
      </w:tr>
      <w:tr w:rsidR="00713EA5" w:rsidTr="00713EA5">
        <w:trPr>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1</w:t>
            </w:r>
          </w:p>
        </w:tc>
        <w:tc>
          <w:tcPr>
            <w:tcW w:w="2576"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2</w:t>
            </w:r>
          </w:p>
        </w:tc>
      </w:tr>
      <w:tr w:rsidR="00713EA5" w:rsidRPr="00E23FDB" w:rsidTr="00713EA5">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713EA5" w:rsidRDefault="00713EA5">
            <w:pPr>
              <w:shd w:val="clear" w:color="auto" w:fill="FFFFFF"/>
              <w:spacing w:line="240" w:lineRule="auto"/>
              <w:rPr>
                <w:rFonts w:eastAsia="Times New Roman"/>
                <w:szCs w:val="24"/>
              </w:rPr>
            </w:pPr>
            <w:r>
              <w:rPr>
                <w:b/>
                <w:szCs w:val="24"/>
              </w:rPr>
              <w:t>6.</w:t>
            </w:r>
            <w:r>
              <w:rPr>
                <w:rFonts w:eastAsia="Calibri"/>
                <w:szCs w:val="24"/>
              </w:rPr>
              <w:t xml:space="preserve"> </w:t>
            </w:r>
            <w:proofErr w:type="spellStart"/>
            <w:r>
              <w:rPr>
                <w:color w:val="000000"/>
                <w:szCs w:val="24"/>
              </w:rPr>
              <w:t>Россия</w:t>
            </w:r>
            <w:proofErr w:type="spellEnd"/>
            <w:r>
              <w:rPr>
                <w:color w:val="000000"/>
                <w:szCs w:val="24"/>
              </w:rPr>
              <w:t xml:space="preserve"> в XIX </w:t>
            </w:r>
            <w:proofErr w:type="spellStart"/>
            <w:r>
              <w:rPr>
                <w:color w:val="000000"/>
                <w:szCs w:val="24"/>
              </w:rPr>
              <w:t>веке</w:t>
            </w:r>
            <w:proofErr w:type="spellEnd"/>
            <w:r>
              <w:rPr>
                <w:color w:val="000000"/>
                <w:szCs w:val="24"/>
              </w:rPr>
              <w:t>.</w:t>
            </w:r>
          </w:p>
          <w:p w:rsidR="00713EA5" w:rsidRDefault="00713EA5">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 xml:space="preserve">6.1 Экономическое развитие России </w:t>
            </w:r>
            <w:proofErr w:type="gramStart"/>
            <w:r w:rsidRPr="00713EA5">
              <w:rPr>
                <w:color w:val="000000"/>
                <w:szCs w:val="24"/>
                <w:lang w:val="ru-RU"/>
              </w:rPr>
              <w:t>в начале</w:t>
            </w:r>
            <w:proofErr w:type="gramEnd"/>
            <w:r w:rsidRPr="00713EA5">
              <w:rPr>
                <w:color w:val="000000"/>
                <w:szCs w:val="24"/>
                <w:lang w:val="ru-RU"/>
              </w:rPr>
              <w:t xml:space="preserve"> ХХ в. </w:t>
            </w:r>
            <w:proofErr w:type="spellStart"/>
            <w:r w:rsidRPr="00713EA5">
              <w:rPr>
                <w:color w:val="000000"/>
                <w:szCs w:val="24"/>
                <w:lang w:val="ru-RU"/>
              </w:rPr>
              <w:t>Столыпинская</w:t>
            </w:r>
            <w:proofErr w:type="spellEnd"/>
            <w:r w:rsidRPr="00713EA5">
              <w:rPr>
                <w:color w:val="000000"/>
                <w:szCs w:val="24"/>
                <w:lang w:val="ru-RU"/>
              </w:rPr>
              <w:t xml:space="preserve"> аграрная реформа.</w:t>
            </w:r>
          </w:p>
          <w:p w:rsidR="00713EA5" w:rsidRPr="00713EA5" w:rsidRDefault="00713EA5">
            <w:pPr>
              <w:spacing w:line="240" w:lineRule="auto"/>
              <w:rPr>
                <w:szCs w:val="24"/>
                <w:lang w:val="ru-RU"/>
              </w:rPr>
            </w:pPr>
            <w:r w:rsidRPr="00713EA5">
              <w:rPr>
                <w:color w:val="000000"/>
                <w:szCs w:val="24"/>
                <w:lang w:val="ru-RU"/>
              </w:rPr>
              <w:t>6.2 Революция 1905-1907 гг. и изменение государственной системы России.</w:t>
            </w:r>
          </w:p>
          <w:p w:rsidR="00713EA5" w:rsidRPr="00713EA5" w:rsidRDefault="00713EA5">
            <w:pPr>
              <w:spacing w:line="240" w:lineRule="auto"/>
              <w:rPr>
                <w:szCs w:val="24"/>
                <w:lang w:val="ru-RU"/>
              </w:rPr>
            </w:pPr>
            <w:r w:rsidRPr="00713EA5">
              <w:rPr>
                <w:color w:val="000000"/>
                <w:szCs w:val="24"/>
                <w:lang w:val="ru-RU"/>
              </w:rPr>
              <w:t>6.3 Политические партии дореволюционной России. Проблемы становления русского парламентаризма.</w:t>
            </w:r>
          </w:p>
          <w:p w:rsidR="00713EA5" w:rsidRPr="00713EA5" w:rsidRDefault="00713EA5">
            <w:pPr>
              <w:spacing w:line="240" w:lineRule="auto"/>
              <w:rPr>
                <w:szCs w:val="24"/>
                <w:lang w:val="ru-RU"/>
              </w:rPr>
            </w:pPr>
            <w:r w:rsidRPr="00713EA5">
              <w:rPr>
                <w:color w:val="000000"/>
                <w:szCs w:val="24"/>
                <w:lang w:val="ru-RU"/>
              </w:rPr>
              <w:t>6.4 Россия в период Первой мировой войны. Нарастание общенационального кризиса.</w:t>
            </w:r>
          </w:p>
          <w:p w:rsidR="00713EA5" w:rsidRPr="00713EA5" w:rsidRDefault="00713EA5">
            <w:pPr>
              <w:overflowPunct w:val="0"/>
              <w:autoSpaceDE w:val="0"/>
              <w:autoSpaceDN w:val="0"/>
              <w:adjustRightInd w:val="0"/>
              <w:spacing w:line="240" w:lineRule="auto"/>
              <w:jc w:val="both"/>
              <w:rPr>
                <w:rFonts w:eastAsia="Times New Roman"/>
                <w:szCs w:val="24"/>
                <w:lang w:val="ru-RU"/>
              </w:rPr>
            </w:pPr>
            <w:r w:rsidRPr="00713EA5">
              <w:rPr>
                <w:color w:val="000000"/>
                <w:szCs w:val="24"/>
                <w:lang w:val="ru-RU"/>
              </w:rPr>
              <w:t>6.5 1917 г.: выбор исторического пути развития России. Февральская революция и Октябрьское вооруженное восстание.</w:t>
            </w:r>
          </w:p>
        </w:tc>
      </w:tr>
      <w:tr w:rsidR="00713EA5" w:rsidRPr="00E23FDB" w:rsidTr="00713EA5">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pacing w:line="240" w:lineRule="auto"/>
              <w:rPr>
                <w:rFonts w:eastAsia="Times New Roman"/>
                <w:szCs w:val="24"/>
                <w:lang w:val="ru-RU"/>
              </w:rPr>
            </w:pPr>
            <w:r w:rsidRPr="00713EA5">
              <w:rPr>
                <w:b/>
                <w:szCs w:val="24"/>
                <w:lang w:val="ru-RU"/>
              </w:rPr>
              <w:t>7.</w:t>
            </w:r>
            <w:r w:rsidRPr="00713EA5">
              <w:rPr>
                <w:rFonts w:eastAsia="Calibri"/>
                <w:szCs w:val="24"/>
                <w:lang w:val="ru-RU"/>
              </w:rPr>
              <w:t xml:space="preserve"> </w:t>
            </w:r>
            <w:r w:rsidRPr="00713EA5">
              <w:rPr>
                <w:color w:val="000000"/>
                <w:szCs w:val="24"/>
                <w:lang w:val="ru-RU"/>
              </w:rPr>
              <w:t xml:space="preserve">Становление новой государственности. СССР в 20-е – 30-е  годы ХХ </w:t>
            </w:r>
            <w:proofErr w:type="gramStart"/>
            <w:r w:rsidRPr="00713EA5">
              <w:rPr>
                <w:color w:val="000000"/>
                <w:szCs w:val="24"/>
                <w:lang w:val="ru-RU"/>
              </w:rPr>
              <w:t>в</w:t>
            </w:r>
            <w:proofErr w:type="gramEnd"/>
            <w:r w:rsidRPr="00713EA5">
              <w:rPr>
                <w:color w:val="000000"/>
                <w:szCs w:val="24"/>
                <w:lang w:val="ru-RU"/>
              </w:rPr>
              <w:t>.</w:t>
            </w:r>
          </w:p>
          <w:p w:rsidR="00713EA5" w:rsidRPr="00713EA5" w:rsidRDefault="00713EA5">
            <w:pPr>
              <w:shd w:val="clear" w:color="auto" w:fill="FFFFFF"/>
              <w:spacing w:line="240" w:lineRule="auto"/>
              <w:rPr>
                <w:szCs w:val="24"/>
                <w:lang w:val="ru-RU"/>
              </w:rPr>
            </w:pP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7.1 Политика «военного коммунизма» и формирование советской политической системы</w:t>
            </w:r>
          </w:p>
          <w:p w:rsidR="00713EA5" w:rsidRPr="00713EA5" w:rsidRDefault="00713EA5">
            <w:pPr>
              <w:spacing w:line="240" w:lineRule="auto"/>
              <w:rPr>
                <w:szCs w:val="24"/>
                <w:lang w:val="ru-RU"/>
              </w:rPr>
            </w:pPr>
            <w:r w:rsidRPr="00713EA5">
              <w:rPr>
                <w:color w:val="000000"/>
                <w:szCs w:val="24"/>
                <w:lang w:val="ru-RU"/>
              </w:rPr>
              <w:t>7.2 Гражданская война и иностранная интервенция</w:t>
            </w:r>
          </w:p>
          <w:p w:rsidR="00713EA5" w:rsidRPr="00713EA5" w:rsidRDefault="00713EA5">
            <w:pPr>
              <w:spacing w:line="240" w:lineRule="auto"/>
              <w:rPr>
                <w:szCs w:val="24"/>
                <w:lang w:val="ru-RU"/>
              </w:rPr>
            </w:pPr>
            <w:r w:rsidRPr="00713EA5">
              <w:rPr>
                <w:color w:val="000000"/>
                <w:szCs w:val="24"/>
                <w:lang w:val="ru-RU"/>
              </w:rPr>
              <w:t>7.4 НЭП и его сущность.</w:t>
            </w:r>
          </w:p>
          <w:p w:rsidR="00713EA5" w:rsidRPr="00713EA5" w:rsidRDefault="00713EA5">
            <w:pPr>
              <w:spacing w:line="240" w:lineRule="auto"/>
              <w:rPr>
                <w:szCs w:val="24"/>
                <w:lang w:val="ru-RU"/>
              </w:rPr>
            </w:pPr>
            <w:r w:rsidRPr="00713EA5">
              <w:rPr>
                <w:color w:val="000000"/>
                <w:szCs w:val="24"/>
                <w:lang w:val="ru-RU"/>
              </w:rPr>
              <w:t>7.5 Образование СССР и особенности национально-государственной политики большевиков.</w:t>
            </w:r>
          </w:p>
          <w:p w:rsidR="00713EA5" w:rsidRPr="00713EA5" w:rsidRDefault="00713EA5">
            <w:pPr>
              <w:spacing w:line="240" w:lineRule="auto"/>
              <w:rPr>
                <w:szCs w:val="24"/>
                <w:lang w:val="ru-RU"/>
              </w:rPr>
            </w:pPr>
            <w:r w:rsidRPr="00713EA5">
              <w:rPr>
                <w:color w:val="000000"/>
                <w:szCs w:val="24"/>
                <w:lang w:val="ru-RU"/>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rsidR="00713EA5" w:rsidRPr="00713EA5" w:rsidRDefault="00713EA5">
            <w:pPr>
              <w:spacing w:line="240" w:lineRule="auto"/>
              <w:rPr>
                <w:color w:val="000000"/>
                <w:szCs w:val="24"/>
                <w:lang w:val="ru-RU"/>
              </w:rPr>
            </w:pPr>
            <w:r w:rsidRPr="00713EA5">
              <w:rPr>
                <w:color w:val="000000"/>
                <w:szCs w:val="24"/>
                <w:lang w:val="ru-RU"/>
              </w:rPr>
              <w:t>7.7 Индустриализация в СССР: особенности, этапы, значение.</w:t>
            </w:r>
          </w:p>
          <w:p w:rsidR="00713EA5" w:rsidRPr="00713EA5" w:rsidRDefault="00713EA5">
            <w:pPr>
              <w:overflowPunct w:val="0"/>
              <w:autoSpaceDE w:val="0"/>
              <w:autoSpaceDN w:val="0"/>
              <w:adjustRightInd w:val="0"/>
              <w:spacing w:line="240" w:lineRule="auto"/>
              <w:jc w:val="both"/>
              <w:rPr>
                <w:rFonts w:eastAsia="Times New Roman"/>
                <w:color w:val="000000"/>
                <w:szCs w:val="24"/>
                <w:lang w:val="ru-RU"/>
              </w:rPr>
            </w:pPr>
            <w:r w:rsidRPr="00713EA5">
              <w:rPr>
                <w:color w:val="000000"/>
                <w:szCs w:val="24"/>
                <w:lang w:val="ru-RU"/>
              </w:rPr>
              <w:t>7.8 Насильственная коллективизация: методы проведения, этапы, результаты.</w:t>
            </w:r>
          </w:p>
        </w:tc>
      </w:tr>
      <w:tr w:rsidR="00713EA5" w:rsidTr="00713EA5">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713EA5" w:rsidRDefault="00713EA5">
            <w:pPr>
              <w:spacing w:line="240" w:lineRule="auto"/>
              <w:rPr>
                <w:rFonts w:eastAsia="Times New Roman"/>
                <w:szCs w:val="24"/>
              </w:rPr>
            </w:pPr>
            <w:r>
              <w:rPr>
                <w:b/>
                <w:szCs w:val="24"/>
              </w:rPr>
              <w:lastRenderedPageBreak/>
              <w:t>8.</w:t>
            </w:r>
            <w:r>
              <w:rPr>
                <w:rFonts w:eastAsia="Calibri"/>
                <w:szCs w:val="24"/>
              </w:rPr>
              <w:t xml:space="preserve"> </w:t>
            </w:r>
            <w:proofErr w:type="spellStart"/>
            <w:r>
              <w:rPr>
                <w:color w:val="000000"/>
                <w:szCs w:val="24"/>
              </w:rPr>
              <w:t>Великая</w:t>
            </w:r>
            <w:proofErr w:type="spellEnd"/>
            <w:r>
              <w:rPr>
                <w:color w:val="000000"/>
                <w:szCs w:val="24"/>
              </w:rPr>
              <w:t xml:space="preserve"> </w:t>
            </w:r>
            <w:proofErr w:type="spellStart"/>
            <w:r>
              <w:rPr>
                <w:color w:val="000000"/>
                <w:szCs w:val="24"/>
              </w:rPr>
              <w:t>отечественная</w:t>
            </w:r>
            <w:proofErr w:type="spellEnd"/>
            <w:r>
              <w:rPr>
                <w:color w:val="000000"/>
                <w:szCs w:val="24"/>
              </w:rPr>
              <w:t xml:space="preserve"> </w:t>
            </w:r>
            <w:proofErr w:type="spellStart"/>
            <w:r>
              <w:rPr>
                <w:color w:val="000000"/>
                <w:szCs w:val="24"/>
              </w:rPr>
              <w:t>война</w:t>
            </w:r>
            <w:proofErr w:type="spellEnd"/>
            <w:r>
              <w:rPr>
                <w:color w:val="000000"/>
                <w:szCs w:val="24"/>
              </w:rPr>
              <w:t>.</w:t>
            </w:r>
          </w:p>
          <w:p w:rsidR="00713EA5" w:rsidRDefault="00713EA5">
            <w:pPr>
              <w:spacing w:line="240" w:lineRule="auto"/>
              <w:rPr>
                <w:szCs w:val="24"/>
              </w:rPr>
            </w:pPr>
          </w:p>
          <w:p w:rsidR="00713EA5" w:rsidRDefault="00713EA5">
            <w:pPr>
              <w:shd w:val="clear" w:color="auto" w:fill="FFFFFF"/>
              <w:spacing w:line="240" w:lineRule="auto"/>
              <w:rPr>
                <w:szCs w:val="24"/>
              </w:rPr>
            </w:pPr>
          </w:p>
          <w:p w:rsidR="00713EA5" w:rsidRDefault="00713EA5">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 xml:space="preserve">8.1 Советская внешняя политика накануне Великой Отечественной войны (1939-1940 </w:t>
            </w:r>
            <w:proofErr w:type="spellStart"/>
            <w:proofErr w:type="gramStart"/>
            <w:r w:rsidRPr="00713EA5">
              <w:rPr>
                <w:color w:val="000000"/>
                <w:szCs w:val="24"/>
                <w:lang w:val="ru-RU"/>
              </w:rPr>
              <w:t>гг</w:t>
            </w:r>
            <w:proofErr w:type="spellEnd"/>
            <w:proofErr w:type="gramEnd"/>
            <w:r w:rsidRPr="00713EA5">
              <w:rPr>
                <w:color w:val="000000"/>
                <w:szCs w:val="24"/>
                <w:lang w:val="ru-RU"/>
              </w:rPr>
              <w:t>).</w:t>
            </w:r>
          </w:p>
          <w:p w:rsidR="00713EA5" w:rsidRPr="00713EA5" w:rsidRDefault="00713EA5">
            <w:pPr>
              <w:spacing w:line="240" w:lineRule="auto"/>
              <w:rPr>
                <w:szCs w:val="24"/>
                <w:lang w:val="ru-RU"/>
              </w:rPr>
            </w:pPr>
            <w:r w:rsidRPr="00713EA5">
              <w:rPr>
                <w:color w:val="000000"/>
                <w:szCs w:val="24"/>
                <w:lang w:val="ru-RU"/>
              </w:rPr>
              <w:t>8.2 Основные битвы Великой Отечественной войны.</w:t>
            </w:r>
          </w:p>
          <w:p w:rsidR="00713EA5" w:rsidRPr="00713EA5" w:rsidRDefault="00713EA5">
            <w:pPr>
              <w:spacing w:line="240" w:lineRule="auto"/>
              <w:rPr>
                <w:szCs w:val="24"/>
                <w:lang w:val="ru-RU"/>
              </w:rPr>
            </w:pPr>
            <w:r w:rsidRPr="00713EA5">
              <w:rPr>
                <w:color w:val="000000"/>
                <w:szCs w:val="24"/>
                <w:lang w:val="ru-RU"/>
              </w:rPr>
              <w:t>8.3 Советский тыл в годы Великой Отечественной войны.</w:t>
            </w:r>
          </w:p>
          <w:p w:rsidR="00713EA5" w:rsidRDefault="00713EA5">
            <w:pPr>
              <w:overflowPunct w:val="0"/>
              <w:autoSpaceDE w:val="0"/>
              <w:autoSpaceDN w:val="0"/>
              <w:adjustRightInd w:val="0"/>
              <w:spacing w:line="240" w:lineRule="auto"/>
              <w:jc w:val="both"/>
              <w:rPr>
                <w:rFonts w:eastAsia="Times New Roman"/>
                <w:szCs w:val="24"/>
              </w:rPr>
            </w:pPr>
            <w:r w:rsidRPr="00713EA5">
              <w:rPr>
                <w:color w:val="000000"/>
                <w:szCs w:val="24"/>
                <w:lang w:val="ru-RU"/>
              </w:rPr>
              <w:t xml:space="preserve">8.4 Итоги Великой Отечественной и Второй мировой войн. </w:t>
            </w:r>
            <w:proofErr w:type="spellStart"/>
            <w:r>
              <w:rPr>
                <w:color w:val="000000"/>
                <w:szCs w:val="24"/>
              </w:rPr>
              <w:t>Начальный</w:t>
            </w:r>
            <w:proofErr w:type="spellEnd"/>
            <w:r>
              <w:rPr>
                <w:color w:val="000000"/>
                <w:szCs w:val="24"/>
              </w:rPr>
              <w:t xml:space="preserve"> </w:t>
            </w:r>
            <w:proofErr w:type="spellStart"/>
            <w:r>
              <w:rPr>
                <w:color w:val="000000"/>
                <w:szCs w:val="24"/>
              </w:rPr>
              <w:t>этап</w:t>
            </w:r>
            <w:proofErr w:type="spellEnd"/>
            <w:r>
              <w:rPr>
                <w:color w:val="000000"/>
                <w:szCs w:val="24"/>
              </w:rPr>
              <w:t xml:space="preserve"> «</w:t>
            </w:r>
            <w:proofErr w:type="spellStart"/>
            <w:r>
              <w:rPr>
                <w:color w:val="000000"/>
                <w:szCs w:val="24"/>
              </w:rPr>
              <w:t>холодной</w:t>
            </w:r>
            <w:proofErr w:type="spellEnd"/>
            <w:r>
              <w:rPr>
                <w:color w:val="000000"/>
                <w:szCs w:val="24"/>
              </w:rPr>
              <w:t xml:space="preserve">» </w:t>
            </w:r>
            <w:proofErr w:type="spellStart"/>
            <w:r>
              <w:rPr>
                <w:color w:val="000000"/>
                <w:szCs w:val="24"/>
              </w:rPr>
              <w:t>войны</w:t>
            </w:r>
            <w:proofErr w:type="spellEnd"/>
            <w:r>
              <w:rPr>
                <w:color w:val="000000"/>
                <w:szCs w:val="24"/>
              </w:rPr>
              <w:t>.</w:t>
            </w:r>
          </w:p>
        </w:tc>
      </w:tr>
      <w:tr w:rsidR="00713EA5" w:rsidRPr="00E23FDB" w:rsidTr="00713EA5">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pacing w:line="240" w:lineRule="auto"/>
              <w:rPr>
                <w:rFonts w:eastAsia="Times New Roman"/>
                <w:szCs w:val="24"/>
                <w:lang w:val="ru-RU"/>
              </w:rPr>
            </w:pPr>
            <w:r w:rsidRPr="00713EA5">
              <w:rPr>
                <w:b/>
                <w:szCs w:val="24"/>
                <w:lang w:val="ru-RU"/>
              </w:rPr>
              <w:t>9.</w:t>
            </w:r>
            <w:r w:rsidRPr="00713EA5">
              <w:rPr>
                <w:rFonts w:eastAsia="Calibri"/>
                <w:szCs w:val="24"/>
                <w:lang w:val="ru-RU"/>
              </w:rPr>
              <w:t xml:space="preserve"> </w:t>
            </w:r>
            <w:r w:rsidRPr="00713EA5">
              <w:rPr>
                <w:color w:val="000000"/>
                <w:szCs w:val="24"/>
                <w:lang w:val="ru-RU"/>
              </w:rPr>
              <w:t>СССР в период с 1945 по 1991 гг.</w:t>
            </w:r>
          </w:p>
          <w:p w:rsidR="00713EA5" w:rsidRPr="00713EA5" w:rsidRDefault="00713EA5">
            <w:pPr>
              <w:spacing w:line="240" w:lineRule="auto"/>
              <w:rPr>
                <w:szCs w:val="24"/>
                <w:lang w:val="ru-RU"/>
              </w:rPr>
            </w:pPr>
          </w:p>
          <w:p w:rsidR="00713EA5" w:rsidRPr="00713EA5" w:rsidRDefault="00713EA5">
            <w:pPr>
              <w:shd w:val="clear" w:color="auto" w:fill="FFFFFF"/>
              <w:spacing w:line="240" w:lineRule="auto"/>
              <w:rPr>
                <w:szCs w:val="24"/>
                <w:lang w:val="ru-RU"/>
              </w:rPr>
            </w:pP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9.1 Основные проблемы и тенденции развития послевоенного советского общества.</w:t>
            </w:r>
          </w:p>
          <w:p w:rsidR="00713EA5" w:rsidRPr="00713EA5" w:rsidRDefault="00713EA5">
            <w:pPr>
              <w:spacing w:line="240" w:lineRule="auto"/>
              <w:rPr>
                <w:szCs w:val="24"/>
                <w:lang w:val="ru-RU"/>
              </w:rPr>
            </w:pPr>
            <w:r w:rsidRPr="00713EA5">
              <w:rPr>
                <w:color w:val="000000"/>
                <w:szCs w:val="24"/>
                <w:lang w:val="ru-RU"/>
              </w:rPr>
              <w:t>9.1 Восстановление и развитие экономики СССР в 1945-52 гг.</w:t>
            </w:r>
          </w:p>
          <w:p w:rsidR="00713EA5" w:rsidRPr="00713EA5" w:rsidRDefault="00713EA5">
            <w:pPr>
              <w:spacing w:line="240" w:lineRule="auto"/>
              <w:rPr>
                <w:szCs w:val="24"/>
                <w:lang w:val="ru-RU"/>
              </w:rPr>
            </w:pPr>
            <w:r w:rsidRPr="00713EA5">
              <w:rPr>
                <w:color w:val="000000"/>
                <w:szCs w:val="24"/>
                <w:lang w:val="ru-RU"/>
              </w:rPr>
              <w:t>9.3 Экономика СССР в 1950 - начале 1960-х гг.: основные векторы развития.</w:t>
            </w:r>
          </w:p>
          <w:p w:rsidR="00713EA5" w:rsidRPr="00713EA5" w:rsidRDefault="00713EA5">
            <w:pPr>
              <w:spacing w:line="240" w:lineRule="auto"/>
              <w:rPr>
                <w:szCs w:val="24"/>
                <w:lang w:val="ru-RU"/>
              </w:rPr>
            </w:pPr>
            <w:r w:rsidRPr="00713EA5">
              <w:rPr>
                <w:color w:val="000000"/>
                <w:szCs w:val="24"/>
                <w:lang w:val="ru-RU"/>
              </w:rPr>
              <w:t xml:space="preserve">9.4 Частичная демократизация общественной жизни СССР в рамках хрущевской «оттепели». Политика </w:t>
            </w:r>
            <w:proofErr w:type="spellStart"/>
            <w:r w:rsidRPr="00713EA5">
              <w:rPr>
                <w:color w:val="000000"/>
                <w:szCs w:val="24"/>
                <w:lang w:val="ru-RU"/>
              </w:rPr>
              <w:t>десталинизации</w:t>
            </w:r>
            <w:proofErr w:type="spellEnd"/>
            <w:r w:rsidRPr="00713EA5">
              <w:rPr>
                <w:color w:val="000000"/>
                <w:szCs w:val="24"/>
                <w:lang w:val="ru-RU"/>
              </w:rPr>
              <w:t>.</w:t>
            </w:r>
          </w:p>
          <w:p w:rsidR="00713EA5" w:rsidRPr="00713EA5" w:rsidRDefault="00713EA5">
            <w:pPr>
              <w:spacing w:line="240" w:lineRule="auto"/>
              <w:rPr>
                <w:szCs w:val="24"/>
                <w:lang w:val="ru-RU"/>
              </w:rPr>
            </w:pPr>
            <w:r w:rsidRPr="00713EA5">
              <w:rPr>
                <w:color w:val="000000"/>
                <w:szCs w:val="24"/>
                <w:lang w:val="ru-RU"/>
              </w:rPr>
              <w:t>9.5 «Застой» в экономическом и социально-политическом развитии советского общества в 1964-1984 гг.</w:t>
            </w:r>
          </w:p>
          <w:p w:rsidR="00713EA5" w:rsidRPr="00713EA5" w:rsidRDefault="00713EA5">
            <w:pPr>
              <w:spacing w:line="240" w:lineRule="auto"/>
              <w:rPr>
                <w:szCs w:val="24"/>
                <w:lang w:val="ru-RU"/>
              </w:rPr>
            </w:pPr>
            <w:r w:rsidRPr="00713EA5">
              <w:rPr>
                <w:color w:val="000000"/>
                <w:szCs w:val="24"/>
                <w:lang w:val="ru-RU"/>
              </w:rPr>
              <w:t>9.6 Особенности внешней политики СССР в 1964-1984 гг.</w:t>
            </w:r>
          </w:p>
          <w:p w:rsidR="00713EA5" w:rsidRPr="00713EA5" w:rsidRDefault="00713EA5">
            <w:pPr>
              <w:spacing w:line="240" w:lineRule="auto"/>
              <w:rPr>
                <w:szCs w:val="24"/>
                <w:lang w:val="ru-RU"/>
              </w:rPr>
            </w:pPr>
            <w:r w:rsidRPr="00713EA5">
              <w:rPr>
                <w:color w:val="000000"/>
                <w:szCs w:val="24"/>
                <w:lang w:val="ru-RU"/>
              </w:rPr>
              <w:t>9.7 Развитие экономики Советского Союза в 1985-1991 гг.</w:t>
            </w:r>
          </w:p>
          <w:p w:rsidR="00713EA5" w:rsidRPr="00713EA5" w:rsidRDefault="00713EA5">
            <w:pPr>
              <w:spacing w:line="240" w:lineRule="auto"/>
              <w:rPr>
                <w:szCs w:val="24"/>
                <w:lang w:val="ru-RU"/>
              </w:rPr>
            </w:pPr>
            <w:r w:rsidRPr="00713EA5">
              <w:rPr>
                <w:color w:val="000000"/>
                <w:szCs w:val="24"/>
                <w:lang w:val="ru-RU"/>
              </w:rPr>
              <w:t>9.8 «Перестройка» в общественно-политической жизни.</w:t>
            </w:r>
          </w:p>
          <w:p w:rsidR="00713EA5" w:rsidRPr="00713EA5" w:rsidRDefault="00713EA5">
            <w:pPr>
              <w:overflowPunct w:val="0"/>
              <w:autoSpaceDE w:val="0"/>
              <w:autoSpaceDN w:val="0"/>
              <w:adjustRightInd w:val="0"/>
              <w:spacing w:line="240" w:lineRule="auto"/>
              <w:jc w:val="both"/>
              <w:rPr>
                <w:rFonts w:eastAsia="Times New Roman"/>
                <w:szCs w:val="24"/>
                <w:lang w:val="ru-RU"/>
              </w:rPr>
            </w:pPr>
            <w:r w:rsidRPr="00713EA5">
              <w:rPr>
                <w:color w:val="000000"/>
                <w:szCs w:val="24"/>
                <w:lang w:val="ru-RU"/>
              </w:rPr>
              <w:t>9.9 «Новое политическое мышление» как внешнеполитический курс М.С. Горбачева.</w:t>
            </w:r>
          </w:p>
        </w:tc>
      </w:tr>
      <w:tr w:rsidR="00713EA5" w:rsidTr="00713EA5">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713EA5" w:rsidRPr="00713EA5" w:rsidRDefault="00713EA5">
            <w:pPr>
              <w:spacing w:line="240" w:lineRule="auto"/>
              <w:rPr>
                <w:rFonts w:eastAsia="Times New Roman"/>
                <w:szCs w:val="24"/>
                <w:lang w:val="ru-RU"/>
              </w:rPr>
            </w:pPr>
            <w:r w:rsidRPr="00713EA5">
              <w:rPr>
                <w:b/>
                <w:szCs w:val="24"/>
                <w:lang w:val="ru-RU"/>
              </w:rPr>
              <w:t>10.</w:t>
            </w:r>
            <w:r w:rsidRPr="00713EA5">
              <w:rPr>
                <w:rFonts w:eastAsia="Calibri"/>
                <w:szCs w:val="24"/>
                <w:lang w:val="ru-RU"/>
              </w:rPr>
              <w:t xml:space="preserve"> </w:t>
            </w:r>
            <w:r w:rsidRPr="00713EA5">
              <w:rPr>
                <w:color w:val="000000"/>
                <w:szCs w:val="24"/>
                <w:lang w:val="ru-RU"/>
              </w:rPr>
              <w:t>Россия после распада СССР (1991-2023 гг.)</w:t>
            </w:r>
          </w:p>
          <w:p w:rsidR="00713EA5" w:rsidRPr="00713EA5" w:rsidRDefault="00713EA5">
            <w:pPr>
              <w:shd w:val="clear" w:color="auto" w:fill="FFFFFF"/>
              <w:spacing w:line="240" w:lineRule="auto"/>
              <w:rPr>
                <w:szCs w:val="24"/>
                <w:lang w:val="ru-RU"/>
              </w:rPr>
            </w:pPr>
          </w:p>
          <w:p w:rsidR="00713EA5" w:rsidRPr="00713EA5" w:rsidRDefault="00713EA5">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szCs w:val="24"/>
                <w:lang w:val="ru-RU"/>
              </w:rPr>
            </w:pPr>
            <w:r w:rsidRPr="00713EA5">
              <w:rPr>
                <w:color w:val="000000"/>
                <w:szCs w:val="24"/>
                <w:lang w:val="ru-RU"/>
              </w:rPr>
              <w:t>10.1 Распад СССР и его последствия.</w:t>
            </w:r>
          </w:p>
          <w:p w:rsidR="00713EA5" w:rsidRPr="00713EA5" w:rsidRDefault="00713EA5">
            <w:pPr>
              <w:spacing w:line="240" w:lineRule="auto"/>
              <w:rPr>
                <w:szCs w:val="24"/>
                <w:lang w:val="ru-RU"/>
              </w:rPr>
            </w:pPr>
            <w:r w:rsidRPr="00713EA5">
              <w:rPr>
                <w:color w:val="000000"/>
                <w:szCs w:val="24"/>
                <w:lang w:val="ru-RU"/>
              </w:rPr>
              <w:t>10.2 Конституционный кризис и становление новой российской государственности (1993-1999гг.).</w:t>
            </w:r>
          </w:p>
          <w:p w:rsidR="00713EA5" w:rsidRPr="00713EA5" w:rsidRDefault="00713EA5">
            <w:pPr>
              <w:spacing w:line="240" w:lineRule="auto"/>
              <w:rPr>
                <w:szCs w:val="24"/>
                <w:lang w:val="ru-RU"/>
              </w:rPr>
            </w:pPr>
            <w:r w:rsidRPr="00713EA5">
              <w:rPr>
                <w:color w:val="000000"/>
                <w:szCs w:val="24"/>
                <w:lang w:val="ru-RU"/>
              </w:rPr>
              <w:t>10.3 Проблемы и перспективы перехода России к рыночной экономике (1990-е гг.).</w:t>
            </w:r>
          </w:p>
          <w:p w:rsidR="00713EA5" w:rsidRPr="00713EA5" w:rsidRDefault="00713EA5">
            <w:pPr>
              <w:spacing w:line="240" w:lineRule="auto"/>
              <w:rPr>
                <w:szCs w:val="24"/>
                <w:lang w:val="ru-RU"/>
              </w:rPr>
            </w:pPr>
            <w:r w:rsidRPr="00713EA5">
              <w:rPr>
                <w:color w:val="000000"/>
                <w:szCs w:val="24"/>
                <w:lang w:val="ru-RU"/>
              </w:rPr>
              <w:t>10.4 Внешнеполитический курс в условиях новой геополитической ситуации: международные связи СНГ со странами дальнего зарубежья.</w:t>
            </w:r>
          </w:p>
          <w:p w:rsidR="00713EA5" w:rsidRPr="00713EA5" w:rsidRDefault="00713EA5">
            <w:pPr>
              <w:spacing w:line="240" w:lineRule="auto"/>
              <w:rPr>
                <w:szCs w:val="24"/>
                <w:lang w:val="ru-RU"/>
              </w:rPr>
            </w:pPr>
            <w:r w:rsidRPr="00713EA5">
              <w:rPr>
                <w:color w:val="000000"/>
                <w:szCs w:val="24"/>
                <w:lang w:val="ru-RU"/>
              </w:rPr>
              <w:t>10.5 Особенности  политических  процессов  1990-х  гг.  Б.  Н.  Ельцин  и  его  окружение</w:t>
            </w:r>
          </w:p>
          <w:p w:rsidR="00713EA5" w:rsidRPr="00713EA5" w:rsidRDefault="00713EA5">
            <w:pPr>
              <w:spacing w:line="240" w:lineRule="auto"/>
              <w:rPr>
                <w:szCs w:val="24"/>
                <w:lang w:val="ru-RU"/>
              </w:rPr>
            </w:pPr>
            <w:r w:rsidRPr="00713EA5">
              <w:rPr>
                <w:color w:val="000000"/>
                <w:szCs w:val="24"/>
                <w:lang w:val="ru-RU"/>
              </w:rPr>
              <w:t>10.6 Основные   политические партии   и   движения   1990-х   гг.,   их   лидеры   и  платформы.</w:t>
            </w:r>
          </w:p>
          <w:p w:rsidR="00713EA5" w:rsidRPr="00713EA5" w:rsidRDefault="00713EA5">
            <w:pPr>
              <w:spacing w:line="240" w:lineRule="auto"/>
              <w:rPr>
                <w:szCs w:val="24"/>
                <w:lang w:val="ru-RU"/>
              </w:rPr>
            </w:pPr>
            <w:r w:rsidRPr="00713EA5">
              <w:rPr>
                <w:color w:val="000000"/>
                <w:szCs w:val="24"/>
                <w:lang w:val="ru-RU"/>
              </w:rPr>
              <w:t>10.7 Назначение  премьер-министром  РФ  В.В.  Путина  и  вставшие  перед  ним  первоочередные  задачи.</w:t>
            </w:r>
          </w:p>
          <w:p w:rsidR="00713EA5" w:rsidRPr="00713EA5" w:rsidRDefault="00713EA5">
            <w:pPr>
              <w:spacing w:line="240" w:lineRule="auto"/>
              <w:rPr>
                <w:szCs w:val="24"/>
                <w:lang w:val="ru-RU"/>
              </w:rPr>
            </w:pPr>
            <w:r w:rsidRPr="00713EA5">
              <w:rPr>
                <w:color w:val="000000"/>
                <w:szCs w:val="24"/>
                <w:lang w:val="ru-RU"/>
              </w:rPr>
              <w:t xml:space="preserve">10.8 Начало расширения НАТО на восток. Завершение вывода российских войск из  </w:t>
            </w:r>
            <w:r w:rsidRPr="00713EA5">
              <w:rPr>
                <w:color w:val="000000"/>
                <w:szCs w:val="24"/>
                <w:lang w:val="ru-RU"/>
              </w:rPr>
              <w:lastRenderedPageBreak/>
              <w:t>Европы. Заключение с США договора СНВ-2.</w:t>
            </w:r>
          </w:p>
          <w:p w:rsidR="00713EA5" w:rsidRPr="00713EA5" w:rsidRDefault="00713EA5">
            <w:pPr>
              <w:spacing w:line="240" w:lineRule="auto"/>
              <w:rPr>
                <w:szCs w:val="24"/>
                <w:lang w:val="ru-RU"/>
              </w:rPr>
            </w:pPr>
            <w:r w:rsidRPr="00713EA5">
              <w:rPr>
                <w:color w:val="000000"/>
                <w:szCs w:val="24"/>
                <w:lang w:val="ru-RU"/>
              </w:rPr>
              <w:t>10.9 Распад Югославии. Бомбардировки США и НАТО Югославии в 1999 г. как переломный момент взаимоотношений России с Западом.</w:t>
            </w:r>
          </w:p>
          <w:p w:rsidR="00713EA5" w:rsidRDefault="00713EA5">
            <w:pPr>
              <w:overflowPunct w:val="0"/>
              <w:autoSpaceDE w:val="0"/>
              <w:autoSpaceDN w:val="0"/>
              <w:adjustRightInd w:val="0"/>
              <w:spacing w:line="240" w:lineRule="auto"/>
              <w:jc w:val="both"/>
              <w:rPr>
                <w:rFonts w:eastAsia="Times New Roman"/>
                <w:szCs w:val="24"/>
              </w:rPr>
            </w:pPr>
            <w:r w:rsidRPr="00713EA5">
              <w:rPr>
                <w:color w:val="000000"/>
                <w:szCs w:val="24"/>
                <w:lang w:val="ru-RU"/>
              </w:rPr>
              <w:t xml:space="preserve">10.10 Внедрение в России «Болонской системы» образования. Система ЕГЭ.  Негосударственные   вузы   и   школы. </w:t>
            </w:r>
            <w:proofErr w:type="spellStart"/>
            <w:r>
              <w:rPr>
                <w:color w:val="000000"/>
                <w:szCs w:val="24"/>
              </w:rPr>
              <w:t>Позитивные</w:t>
            </w:r>
            <w:proofErr w:type="spellEnd"/>
            <w:r>
              <w:rPr>
                <w:color w:val="000000"/>
                <w:szCs w:val="24"/>
              </w:rPr>
              <w:t xml:space="preserve"> и </w:t>
            </w:r>
            <w:proofErr w:type="spellStart"/>
            <w:r>
              <w:rPr>
                <w:color w:val="000000"/>
                <w:szCs w:val="24"/>
              </w:rPr>
              <w:t>негативные</w:t>
            </w:r>
            <w:proofErr w:type="spellEnd"/>
            <w:r>
              <w:rPr>
                <w:color w:val="000000"/>
                <w:szCs w:val="24"/>
              </w:rPr>
              <w:t xml:space="preserve"> </w:t>
            </w:r>
            <w:proofErr w:type="spellStart"/>
            <w:r>
              <w:rPr>
                <w:color w:val="000000"/>
                <w:szCs w:val="24"/>
              </w:rPr>
              <w:t>аспекты</w:t>
            </w:r>
            <w:proofErr w:type="spellEnd"/>
            <w:r>
              <w:rPr>
                <w:color w:val="000000"/>
                <w:szCs w:val="24"/>
              </w:rPr>
              <w:t xml:space="preserve"> </w:t>
            </w:r>
            <w:proofErr w:type="spellStart"/>
            <w:r>
              <w:rPr>
                <w:color w:val="000000"/>
                <w:szCs w:val="24"/>
              </w:rPr>
              <w:t>образовательной</w:t>
            </w:r>
            <w:proofErr w:type="spellEnd"/>
            <w:r>
              <w:rPr>
                <w:color w:val="000000"/>
                <w:szCs w:val="24"/>
              </w:rPr>
              <w:t xml:space="preserve"> </w:t>
            </w:r>
            <w:proofErr w:type="spellStart"/>
            <w:r>
              <w:rPr>
                <w:color w:val="000000"/>
                <w:szCs w:val="24"/>
              </w:rPr>
              <w:t>реформы</w:t>
            </w:r>
            <w:proofErr w:type="spellEnd"/>
            <w:r>
              <w:rPr>
                <w:color w:val="000000"/>
                <w:szCs w:val="24"/>
              </w:rPr>
              <w:t>.</w:t>
            </w:r>
          </w:p>
        </w:tc>
      </w:tr>
    </w:tbl>
    <w:p w:rsidR="00713EA5" w:rsidRDefault="00713EA5" w:rsidP="00713EA5">
      <w:pPr>
        <w:pStyle w:val="410"/>
        <w:tabs>
          <w:tab w:val="left" w:pos="1009"/>
        </w:tabs>
        <w:spacing w:before="0" w:line="360" w:lineRule="auto"/>
        <w:ind w:left="709" w:right="97" w:firstLine="0"/>
        <w:rPr>
          <w:rStyle w:val="41"/>
          <w:sz w:val="16"/>
          <w:szCs w:val="16"/>
        </w:rPr>
      </w:pPr>
    </w:p>
    <w:p w:rsidR="00713EA5" w:rsidRDefault="00713EA5" w:rsidP="00713EA5">
      <w:pPr>
        <w:shd w:val="clear" w:color="auto" w:fill="FFFFFF"/>
        <w:spacing w:line="240" w:lineRule="auto"/>
        <w:ind w:firstLine="709"/>
        <w:rPr>
          <w:szCs w:val="24"/>
        </w:rPr>
      </w:pPr>
    </w:p>
    <w:p w:rsidR="00713EA5" w:rsidRPr="00713EA5" w:rsidRDefault="00713EA5" w:rsidP="00713EA5">
      <w:pPr>
        <w:shd w:val="clear" w:color="auto" w:fill="FFFFFF"/>
        <w:spacing w:line="240" w:lineRule="auto"/>
        <w:ind w:firstLine="709"/>
        <w:rPr>
          <w:szCs w:val="24"/>
          <w:lang w:val="ru-RU"/>
        </w:rPr>
      </w:pPr>
      <w:r w:rsidRPr="00713EA5">
        <w:rPr>
          <w:szCs w:val="24"/>
          <w:lang w:val="ru-RU"/>
        </w:rPr>
        <w:t>К комплекту вопросов к зачету с оценкой прилагаются разработанные преподавателем критерии оценки по дисциплине.</w:t>
      </w:r>
    </w:p>
    <w:p w:rsidR="00713EA5" w:rsidRPr="00713EA5" w:rsidRDefault="00713EA5" w:rsidP="00713EA5">
      <w:pPr>
        <w:jc w:val="center"/>
        <w:rPr>
          <w:b/>
          <w:bCs/>
          <w:szCs w:val="20"/>
          <w:lang w:val="ru-RU"/>
        </w:rPr>
      </w:pPr>
    </w:p>
    <w:tbl>
      <w:tblPr>
        <w:tblW w:w="99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100"/>
      </w:tblGrid>
      <w:tr w:rsidR="00713EA5" w:rsidTr="00713EA5">
        <w:tc>
          <w:tcPr>
            <w:tcW w:w="18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b/>
                <w:bCs/>
              </w:rPr>
            </w:pPr>
            <w:proofErr w:type="spellStart"/>
            <w:r>
              <w:rPr>
                <w:b/>
                <w:bCs/>
              </w:rPr>
              <w:t>Оценка</w:t>
            </w:r>
            <w:proofErr w:type="spellEnd"/>
          </w:p>
        </w:tc>
        <w:tc>
          <w:tcPr>
            <w:tcW w:w="81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b/>
                <w:bCs/>
              </w:rPr>
            </w:pPr>
            <w:proofErr w:type="spellStart"/>
            <w:r>
              <w:rPr>
                <w:b/>
                <w:bCs/>
              </w:rPr>
              <w:t>Критерии</w:t>
            </w:r>
            <w:proofErr w:type="spellEnd"/>
          </w:p>
        </w:tc>
      </w:tr>
      <w:tr w:rsidR="00713EA5" w:rsidRPr="00E23FDB" w:rsidTr="00713EA5">
        <w:tc>
          <w:tcPr>
            <w:tcW w:w="18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sz w:val="22"/>
              </w:rPr>
            </w:pPr>
            <w:proofErr w:type="spellStart"/>
            <w:r>
              <w:rPr>
                <w:sz w:val="22"/>
              </w:rPr>
              <w:t>отлично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jc w:val="both"/>
              <w:rPr>
                <w:rFonts w:eastAsia="Times New Roman"/>
                <w:sz w:val="22"/>
                <w:lang w:val="ru-RU"/>
              </w:rPr>
            </w:pPr>
            <w:proofErr w:type="gramStart"/>
            <w:r w:rsidRPr="00713EA5">
              <w:rPr>
                <w:color w:val="000000"/>
                <w:sz w:val="22"/>
                <w:lang w:val="ru-RU"/>
              </w:rPr>
              <w:t>Свободно и уверенно находит достоверные источники информации, оперирует предоставленной информацией, отлично владеет навыками анализа и синтеза информации, знает все основные методы решения проблем, предусмотренные учебной программой, знает типичные ошибки и возможные сложности при решении той или иной проблемы и способен выбрать и эффективно применить адекватный метод решения конкретной проблемы или учебной задачи.</w:t>
            </w:r>
            <w:proofErr w:type="gramEnd"/>
            <w:r w:rsidRPr="00713EA5">
              <w:rPr>
                <w:color w:val="000000"/>
                <w:sz w:val="22"/>
                <w:lang w:val="ru-RU"/>
              </w:rPr>
              <w:t xml:space="preserve"> Демонстрирует на высоком уровне навыки выполнения расчетов и вычислений. Грамотно использует при этом возможности </w:t>
            </w:r>
            <w:r w:rsidRPr="00713EA5">
              <w:rPr>
                <w:sz w:val="22"/>
                <w:lang w:val="ru-RU"/>
              </w:rPr>
              <w:t>вычислительных устройств и информационных технологий.</w:t>
            </w:r>
          </w:p>
        </w:tc>
      </w:tr>
      <w:tr w:rsidR="00713EA5" w:rsidRPr="00E23FDB" w:rsidTr="00713EA5">
        <w:tc>
          <w:tcPr>
            <w:tcW w:w="18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sz w:val="22"/>
              </w:rPr>
            </w:pPr>
            <w:proofErr w:type="spellStart"/>
            <w:r>
              <w:rPr>
                <w:sz w:val="22"/>
              </w:rPr>
              <w:t>хорошо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jc w:val="both"/>
              <w:rPr>
                <w:rFonts w:eastAsia="Times New Roman"/>
                <w:sz w:val="22"/>
                <w:lang w:val="ru-RU"/>
              </w:rPr>
            </w:pPr>
            <w:r w:rsidRPr="00713EA5">
              <w:rPr>
                <w:color w:val="000000"/>
                <w:sz w:val="22"/>
                <w:lang w:val="ru-RU"/>
              </w:rPr>
              <w:t xml:space="preserve">В </w:t>
            </w:r>
            <w:proofErr w:type="gramStart"/>
            <w:r w:rsidRPr="00713EA5">
              <w:rPr>
                <w:color w:val="000000"/>
                <w:sz w:val="22"/>
                <w:lang w:val="ru-RU"/>
              </w:rPr>
              <w:t>большинстве</w:t>
            </w:r>
            <w:proofErr w:type="gramEnd"/>
            <w:r w:rsidRPr="00713EA5">
              <w:rPr>
                <w:color w:val="000000"/>
                <w:sz w:val="22"/>
                <w:lang w:val="ru-RU"/>
              </w:rPr>
              <w:t xml:space="preserve"> случаев способен выявить достоверные источники информации, обработать, анализировать и синтезировать предложенную информацию, выбрать метод решения проблемы и решить ее. Допускает единичные серьезные ошибки в решении проблем, испытывает сложности в редко встречающихся или сложных случаях </w:t>
            </w:r>
            <w:r w:rsidRPr="00713EA5">
              <w:rPr>
                <w:sz w:val="22"/>
                <w:lang w:val="ru-RU"/>
              </w:rPr>
              <w:t>решения</w:t>
            </w:r>
            <w:r w:rsidRPr="00713EA5">
              <w:rPr>
                <w:color w:val="000000"/>
                <w:sz w:val="22"/>
                <w:lang w:val="ru-RU"/>
              </w:rPr>
              <w:t xml:space="preserve"> проблем, не знает типичных ошибок и возможных сложностей при решении той или иной проблемы. Демонстрирует на достаточном уровне навыки выполнения расчетов и вычислений. Изредка использует при этом возможности </w:t>
            </w:r>
            <w:r w:rsidRPr="00713EA5">
              <w:rPr>
                <w:sz w:val="22"/>
                <w:lang w:val="ru-RU"/>
              </w:rPr>
              <w:t>вычислительных устройств и информационных технологий.</w:t>
            </w:r>
          </w:p>
        </w:tc>
      </w:tr>
      <w:tr w:rsidR="00713EA5" w:rsidTr="00713EA5">
        <w:tc>
          <w:tcPr>
            <w:tcW w:w="18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sz w:val="22"/>
              </w:rPr>
            </w:pPr>
            <w:proofErr w:type="spellStart"/>
            <w:r>
              <w:rPr>
                <w:sz w:val="22"/>
              </w:rPr>
              <w:t>удовлетворительно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both"/>
              <w:rPr>
                <w:rFonts w:eastAsia="Times New Roman"/>
                <w:sz w:val="22"/>
              </w:rPr>
            </w:pPr>
            <w:r w:rsidRPr="00713EA5">
              <w:rPr>
                <w:color w:val="000000"/>
                <w:sz w:val="22"/>
                <w:lang w:val="ru-RU"/>
              </w:rPr>
              <w:t xml:space="preserve">Допускает ошибки в определении достоверности источников информации. Демонстрирует на низком уровне способность применять теоретические знания к конкретному фактическому материалу. В отдельных случаях </w:t>
            </w:r>
            <w:proofErr w:type="gramStart"/>
            <w:r w:rsidRPr="00713EA5">
              <w:rPr>
                <w:color w:val="000000"/>
                <w:sz w:val="22"/>
                <w:lang w:val="ru-RU"/>
              </w:rPr>
              <w:t>способен</w:t>
            </w:r>
            <w:proofErr w:type="gramEnd"/>
            <w:r w:rsidRPr="00713EA5">
              <w:rPr>
                <w:color w:val="000000"/>
                <w:sz w:val="22"/>
                <w:lang w:val="ru-RU"/>
              </w:rPr>
              <w:t xml:space="preserve"> правильно решать только типичные, наиболее часто встречающиеся проблемы, задачи в конкретной области. </w:t>
            </w:r>
            <w:proofErr w:type="spellStart"/>
            <w:r>
              <w:rPr>
                <w:color w:val="000000"/>
                <w:sz w:val="22"/>
              </w:rPr>
              <w:t>Демонстрирует</w:t>
            </w:r>
            <w:proofErr w:type="spellEnd"/>
            <w:r>
              <w:rPr>
                <w:color w:val="000000"/>
                <w:sz w:val="22"/>
              </w:rPr>
              <w:t xml:space="preserve"> </w:t>
            </w:r>
            <w:proofErr w:type="spellStart"/>
            <w:r>
              <w:rPr>
                <w:color w:val="000000"/>
                <w:sz w:val="22"/>
              </w:rPr>
              <w:t>на</w:t>
            </w:r>
            <w:proofErr w:type="spellEnd"/>
            <w:r>
              <w:rPr>
                <w:color w:val="000000"/>
                <w:sz w:val="22"/>
              </w:rPr>
              <w:t xml:space="preserve"> </w:t>
            </w:r>
            <w:proofErr w:type="spellStart"/>
            <w:r>
              <w:rPr>
                <w:color w:val="000000"/>
                <w:sz w:val="22"/>
              </w:rPr>
              <w:t>низком</w:t>
            </w:r>
            <w:proofErr w:type="spellEnd"/>
            <w:r>
              <w:rPr>
                <w:color w:val="000000"/>
                <w:sz w:val="22"/>
              </w:rPr>
              <w:t xml:space="preserve"> </w:t>
            </w:r>
            <w:proofErr w:type="spellStart"/>
            <w:r>
              <w:rPr>
                <w:color w:val="000000"/>
                <w:sz w:val="22"/>
              </w:rPr>
              <w:t>уровне</w:t>
            </w:r>
            <w:proofErr w:type="spellEnd"/>
            <w:r>
              <w:rPr>
                <w:color w:val="000000"/>
                <w:sz w:val="22"/>
              </w:rPr>
              <w:t xml:space="preserve"> </w:t>
            </w:r>
            <w:proofErr w:type="spellStart"/>
            <w:r>
              <w:rPr>
                <w:color w:val="000000"/>
                <w:sz w:val="22"/>
              </w:rPr>
              <w:t>навыки</w:t>
            </w:r>
            <w:proofErr w:type="spellEnd"/>
            <w:r>
              <w:rPr>
                <w:color w:val="000000"/>
                <w:sz w:val="22"/>
              </w:rPr>
              <w:t xml:space="preserve"> </w:t>
            </w:r>
            <w:proofErr w:type="spellStart"/>
            <w:r>
              <w:rPr>
                <w:color w:val="000000"/>
                <w:sz w:val="22"/>
              </w:rPr>
              <w:t>выполнения</w:t>
            </w:r>
            <w:proofErr w:type="spellEnd"/>
            <w:r>
              <w:rPr>
                <w:color w:val="000000"/>
                <w:sz w:val="22"/>
              </w:rPr>
              <w:t xml:space="preserve"> </w:t>
            </w:r>
            <w:proofErr w:type="spellStart"/>
            <w:r>
              <w:rPr>
                <w:color w:val="000000"/>
                <w:sz w:val="22"/>
              </w:rPr>
              <w:t>расчетов</w:t>
            </w:r>
            <w:proofErr w:type="spellEnd"/>
            <w:r>
              <w:rPr>
                <w:color w:val="000000"/>
                <w:sz w:val="22"/>
              </w:rPr>
              <w:t xml:space="preserve"> и </w:t>
            </w:r>
            <w:proofErr w:type="spellStart"/>
            <w:r>
              <w:rPr>
                <w:color w:val="000000"/>
                <w:sz w:val="22"/>
              </w:rPr>
              <w:t>вычислений</w:t>
            </w:r>
            <w:proofErr w:type="spellEnd"/>
            <w:r>
              <w:rPr>
                <w:color w:val="000000"/>
                <w:sz w:val="22"/>
              </w:rPr>
              <w:t>.</w:t>
            </w:r>
          </w:p>
        </w:tc>
      </w:tr>
      <w:tr w:rsidR="00713EA5" w:rsidTr="00713EA5">
        <w:tc>
          <w:tcPr>
            <w:tcW w:w="1800" w:type="dxa"/>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88" w:lineRule="auto"/>
              <w:jc w:val="center"/>
              <w:rPr>
                <w:rFonts w:eastAsia="Times New Roman"/>
                <w:sz w:val="22"/>
              </w:rPr>
            </w:pPr>
            <w:proofErr w:type="spellStart"/>
            <w:r>
              <w:rPr>
                <w:sz w:val="22"/>
              </w:rPr>
              <w:t>неудовлетворительно</w:t>
            </w:r>
            <w:proofErr w:type="spellEnd"/>
          </w:p>
        </w:tc>
        <w:tc>
          <w:tcPr>
            <w:tcW w:w="8100" w:type="dxa"/>
            <w:tcBorders>
              <w:top w:val="single" w:sz="4" w:space="0" w:color="auto"/>
              <w:left w:val="single" w:sz="4" w:space="0" w:color="auto"/>
              <w:bottom w:val="single" w:sz="4" w:space="0" w:color="auto"/>
              <w:right w:val="single" w:sz="4" w:space="0" w:color="auto"/>
            </w:tcBorders>
          </w:tcPr>
          <w:p w:rsidR="00713EA5" w:rsidRDefault="00713EA5">
            <w:pPr>
              <w:spacing w:line="240" w:lineRule="auto"/>
              <w:rPr>
                <w:rFonts w:eastAsia="Times New Roman"/>
                <w:sz w:val="22"/>
              </w:rPr>
            </w:pPr>
            <w:r w:rsidRPr="00713EA5">
              <w:rPr>
                <w:sz w:val="22"/>
                <w:lang w:val="ru-RU"/>
              </w:rPr>
              <w:t xml:space="preserve">Неспособен осуществлять поиск необходимой информации, обрабатывать информацию, не имеет навыков анализа и синтеза, не знает методов решения проблем, задач, не может решать проблемы, задачи. </w:t>
            </w:r>
            <w:proofErr w:type="spellStart"/>
            <w:r>
              <w:rPr>
                <w:sz w:val="22"/>
              </w:rPr>
              <w:t>Не</w:t>
            </w:r>
            <w:proofErr w:type="spellEnd"/>
            <w:r>
              <w:rPr>
                <w:sz w:val="22"/>
              </w:rPr>
              <w:t xml:space="preserve"> </w:t>
            </w:r>
            <w:proofErr w:type="spellStart"/>
            <w:r>
              <w:rPr>
                <w:sz w:val="22"/>
              </w:rPr>
              <w:t>владеет</w:t>
            </w:r>
            <w:proofErr w:type="spellEnd"/>
            <w:r>
              <w:rPr>
                <w:sz w:val="22"/>
              </w:rPr>
              <w:t xml:space="preserve"> </w:t>
            </w:r>
            <w:proofErr w:type="spellStart"/>
            <w:r>
              <w:rPr>
                <w:sz w:val="22"/>
              </w:rPr>
              <w:t>техникой</w:t>
            </w:r>
            <w:proofErr w:type="spellEnd"/>
            <w:r>
              <w:rPr>
                <w:sz w:val="22"/>
              </w:rPr>
              <w:t xml:space="preserve"> </w:t>
            </w:r>
            <w:proofErr w:type="spellStart"/>
            <w:r>
              <w:rPr>
                <w:sz w:val="22"/>
              </w:rPr>
              <w:t>вычислений</w:t>
            </w:r>
            <w:proofErr w:type="spellEnd"/>
            <w:r>
              <w:rPr>
                <w:sz w:val="22"/>
              </w:rPr>
              <w:t>.</w:t>
            </w:r>
          </w:p>
          <w:p w:rsidR="00713EA5" w:rsidRDefault="00713EA5">
            <w:pPr>
              <w:overflowPunct w:val="0"/>
              <w:autoSpaceDE w:val="0"/>
              <w:autoSpaceDN w:val="0"/>
              <w:adjustRightInd w:val="0"/>
              <w:spacing w:line="240" w:lineRule="auto"/>
              <w:jc w:val="both"/>
              <w:rPr>
                <w:rFonts w:eastAsia="Times New Roman"/>
                <w:sz w:val="22"/>
              </w:rPr>
            </w:pPr>
          </w:p>
        </w:tc>
      </w:tr>
    </w:tbl>
    <w:p w:rsidR="00713EA5" w:rsidRDefault="00713EA5" w:rsidP="00713EA5">
      <w:pPr>
        <w:spacing w:line="240" w:lineRule="auto"/>
        <w:jc w:val="center"/>
        <w:rPr>
          <w:rFonts w:eastAsia="Times New Roman"/>
          <w:szCs w:val="20"/>
        </w:rPr>
      </w:pPr>
    </w:p>
    <w:p w:rsidR="00713EA5" w:rsidRDefault="00713EA5" w:rsidP="00713EA5"/>
    <w:p w:rsidR="00713EA5" w:rsidRDefault="00713EA5" w:rsidP="00713EA5">
      <w:proofErr w:type="spellStart"/>
      <w:r>
        <w:t>Составитель</w:t>
      </w:r>
      <w:proofErr w:type="spellEnd"/>
      <w:r>
        <w:t>:</w:t>
      </w:r>
    </w:p>
    <w:p w:rsidR="00713EA5" w:rsidRPr="00713EA5" w:rsidRDefault="00713EA5" w:rsidP="00713EA5">
      <w:pPr>
        <w:rPr>
          <w:lang w:val="ru-RU"/>
        </w:rPr>
      </w:pPr>
      <w:r w:rsidRPr="00713EA5">
        <w:rPr>
          <w:lang w:val="ru-RU"/>
        </w:rPr>
        <w:t xml:space="preserve">Доцент каф. </w:t>
      </w:r>
      <w:proofErr w:type="spellStart"/>
      <w:r w:rsidRPr="00713EA5">
        <w:rPr>
          <w:lang w:val="ru-RU"/>
        </w:rPr>
        <w:t>ИПиП</w:t>
      </w:r>
      <w:proofErr w:type="spellEnd"/>
      <w:r w:rsidRPr="00713EA5">
        <w:rPr>
          <w:lang w:val="ru-RU"/>
        </w:rPr>
        <w:t xml:space="preserve"> </w:t>
      </w:r>
      <w:r w:rsidRPr="00713EA5">
        <w:rPr>
          <w:lang w:val="ru-RU"/>
        </w:rPr>
        <w:tab/>
      </w:r>
      <w:r w:rsidRPr="00713EA5">
        <w:rPr>
          <w:lang w:val="ru-RU"/>
        </w:rPr>
        <w:tab/>
        <w:t>___________________</w:t>
      </w:r>
      <w:r w:rsidRPr="00713EA5">
        <w:rPr>
          <w:lang w:val="ru-RU"/>
        </w:rPr>
        <w:tab/>
        <w:t>И.В. Ефремов</w:t>
      </w:r>
    </w:p>
    <w:p w:rsidR="00713EA5" w:rsidRPr="00713EA5" w:rsidRDefault="00713EA5" w:rsidP="00713EA5">
      <w:pPr>
        <w:shd w:val="clear" w:color="auto" w:fill="FFFFFF"/>
        <w:spacing w:line="240" w:lineRule="auto"/>
        <w:ind w:firstLine="709"/>
        <w:rPr>
          <w:szCs w:val="24"/>
          <w:lang w:val="ru-RU"/>
        </w:rPr>
      </w:pPr>
    </w:p>
    <w:p w:rsidR="00713EA5" w:rsidRPr="00713EA5" w:rsidRDefault="00713EA5" w:rsidP="00713EA5">
      <w:pPr>
        <w:shd w:val="clear" w:color="auto" w:fill="FFFFFF"/>
        <w:jc w:val="center"/>
        <w:rPr>
          <w:b/>
          <w:szCs w:val="20"/>
          <w:lang w:val="ru-RU"/>
        </w:rPr>
      </w:pPr>
    </w:p>
    <w:p w:rsidR="00713EA5" w:rsidRPr="00713EA5" w:rsidRDefault="00713EA5" w:rsidP="00713EA5">
      <w:pPr>
        <w:spacing w:line="240" w:lineRule="auto"/>
        <w:jc w:val="center"/>
        <w:rPr>
          <w:szCs w:val="28"/>
          <w:lang w:val="ru-RU"/>
        </w:rPr>
      </w:pPr>
      <w:r w:rsidRPr="00713EA5">
        <w:rPr>
          <w:b/>
          <w:sz w:val="28"/>
          <w:szCs w:val="28"/>
          <w:lang w:val="ru-RU"/>
        </w:rPr>
        <w:lastRenderedPageBreak/>
        <w:t xml:space="preserve">Оценочные средства </w:t>
      </w:r>
      <w:r w:rsidRPr="00713EA5">
        <w:rPr>
          <w:b/>
          <w:sz w:val="28"/>
          <w:szCs w:val="28"/>
          <w:lang w:val="ru-RU"/>
        </w:rPr>
        <w:br/>
        <w:t>для диагностического дисциплинарного тестирования</w:t>
      </w:r>
    </w:p>
    <w:p w:rsidR="00713EA5" w:rsidRPr="00713EA5" w:rsidRDefault="00713EA5" w:rsidP="00713EA5">
      <w:pPr>
        <w:tabs>
          <w:tab w:val="center" w:pos="4677"/>
          <w:tab w:val="right" w:pos="9355"/>
        </w:tabs>
        <w:rPr>
          <w:rFonts w:eastAsia="Calibri"/>
          <w:bCs/>
          <w:szCs w:val="24"/>
          <w:lang w:val="ru-RU"/>
        </w:rPr>
      </w:pPr>
      <w:r w:rsidRPr="00713EA5">
        <w:rPr>
          <w:szCs w:val="28"/>
          <w:lang w:val="ru-RU"/>
        </w:rPr>
        <w:tab/>
      </w:r>
    </w:p>
    <w:p w:rsidR="00713EA5" w:rsidRPr="00713EA5" w:rsidRDefault="00713EA5" w:rsidP="00713EA5">
      <w:pPr>
        <w:spacing w:line="240" w:lineRule="auto"/>
        <w:rPr>
          <w:rFonts w:eastAsia="Times New Roman"/>
          <w:i/>
          <w:szCs w:val="24"/>
          <w:lang w:val="ru-RU" w:eastAsia="ru-RU"/>
        </w:rPr>
      </w:pPr>
      <w:r w:rsidRPr="00713EA5">
        <w:rPr>
          <w:rFonts w:eastAsia="Calibri"/>
          <w:bCs/>
          <w:szCs w:val="24"/>
          <w:lang w:val="ru-RU"/>
        </w:rPr>
        <w:tab/>
      </w:r>
      <w:r w:rsidRPr="00713EA5">
        <w:rPr>
          <w:iCs/>
          <w:kern w:val="2"/>
          <w:szCs w:val="24"/>
          <w:lang w:val="ru-RU"/>
        </w:rPr>
        <w:t xml:space="preserve">по компетенции УК-5 </w:t>
      </w:r>
      <w:proofErr w:type="gramStart"/>
      <w:r w:rsidRPr="00713EA5">
        <w:rPr>
          <w:bCs/>
          <w:lang w:val="ru-RU"/>
        </w:rPr>
        <w:t>Способен</w:t>
      </w:r>
      <w:proofErr w:type="gramEnd"/>
      <w:r w:rsidRPr="00713EA5">
        <w:rPr>
          <w:bCs/>
          <w:lang w:val="ru-RU"/>
        </w:rPr>
        <w:t xml:space="preserve"> анализировать и учитывать разнообразие культур в процессе межкультурного взаимодействия</w:t>
      </w:r>
    </w:p>
    <w:p w:rsidR="00713EA5" w:rsidRPr="00713EA5" w:rsidRDefault="00713EA5" w:rsidP="00713EA5">
      <w:pPr>
        <w:tabs>
          <w:tab w:val="center" w:pos="4677"/>
          <w:tab w:val="right" w:pos="9355"/>
        </w:tabs>
        <w:rPr>
          <w:rFonts w:eastAsia="Calibri"/>
          <w:bCs/>
          <w:szCs w:val="24"/>
          <w:lang w:val="ru-RU"/>
        </w:rPr>
      </w:pPr>
    </w:p>
    <w:tbl>
      <w:tblPr>
        <w:tblW w:w="4856" w:type="pct"/>
        <w:jc w:val="center"/>
        <w:tblCellMar>
          <w:left w:w="113" w:type="dxa"/>
        </w:tblCellMar>
        <w:tblLook w:val="04A0" w:firstRow="1" w:lastRow="0" w:firstColumn="1" w:lastColumn="0" w:noHBand="0" w:noVBand="1"/>
      </w:tblPr>
      <w:tblGrid>
        <w:gridCol w:w="3786"/>
        <w:gridCol w:w="5839"/>
      </w:tblGrid>
      <w:tr w:rsidR="00713EA5" w:rsidRPr="00E23FDB" w:rsidTr="00713EA5">
        <w:trPr>
          <w:jc w:val="center"/>
        </w:trPr>
        <w:tc>
          <w:tcPr>
            <w:tcW w:w="1967" w:type="pct"/>
            <w:tcBorders>
              <w:top w:val="single" w:sz="4" w:space="0" w:color="000001"/>
              <w:left w:val="single" w:sz="4" w:space="0" w:color="000001"/>
              <w:bottom w:val="single" w:sz="4" w:space="0" w:color="000001"/>
              <w:right w:val="single" w:sz="4" w:space="0" w:color="000001"/>
            </w:tcBorders>
            <w:vAlign w:val="center"/>
            <w:hideMark/>
          </w:tcPr>
          <w:p w:rsidR="00713EA5" w:rsidRPr="00713EA5" w:rsidRDefault="00713EA5">
            <w:pPr>
              <w:suppressAutoHyphens/>
              <w:overflowPunct w:val="0"/>
              <w:autoSpaceDE w:val="0"/>
              <w:autoSpaceDN w:val="0"/>
              <w:adjustRightInd w:val="0"/>
              <w:spacing w:line="240" w:lineRule="auto"/>
              <w:ind w:left="-57" w:right="-57"/>
              <w:jc w:val="center"/>
              <w:rPr>
                <w:rFonts w:eastAsia="Times New Roman"/>
                <w:i/>
                <w:kern w:val="2"/>
                <w:lang w:val="ru-RU"/>
              </w:rPr>
            </w:pPr>
            <w:r w:rsidRPr="00713EA5">
              <w:rPr>
                <w:b/>
                <w:kern w:val="2"/>
                <w:sz w:val="22"/>
                <w:lang w:val="ru-RU"/>
              </w:rPr>
              <w:t>Код и содержание индикаторов достижения</w:t>
            </w:r>
          </w:p>
        </w:tc>
        <w:tc>
          <w:tcPr>
            <w:tcW w:w="3033" w:type="pct"/>
            <w:tcBorders>
              <w:top w:val="single" w:sz="4" w:space="0" w:color="000001"/>
              <w:left w:val="single" w:sz="4" w:space="0" w:color="000001"/>
              <w:bottom w:val="single" w:sz="4" w:space="0" w:color="000001"/>
              <w:right w:val="single" w:sz="4" w:space="0" w:color="000001"/>
            </w:tcBorders>
            <w:vAlign w:val="center"/>
            <w:hideMark/>
          </w:tcPr>
          <w:p w:rsidR="00713EA5" w:rsidRPr="00713EA5" w:rsidRDefault="00713EA5">
            <w:pPr>
              <w:suppressAutoHyphens/>
              <w:overflowPunct w:val="0"/>
              <w:autoSpaceDE w:val="0"/>
              <w:autoSpaceDN w:val="0"/>
              <w:adjustRightInd w:val="0"/>
              <w:spacing w:line="240" w:lineRule="auto"/>
              <w:ind w:left="-57" w:right="-57"/>
              <w:jc w:val="center"/>
              <w:rPr>
                <w:rFonts w:eastAsia="Times New Roman"/>
                <w:b/>
                <w:kern w:val="2"/>
                <w:lang w:val="ru-RU"/>
              </w:rPr>
            </w:pPr>
            <w:r w:rsidRPr="00713EA5">
              <w:rPr>
                <w:b/>
                <w:kern w:val="2"/>
                <w:sz w:val="22"/>
                <w:lang w:val="ru-RU"/>
              </w:rPr>
              <w:t xml:space="preserve">Планируемые результаты </w:t>
            </w:r>
            <w:proofErr w:type="gramStart"/>
            <w:r w:rsidRPr="00713EA5">
              <w:rPr>
                <w:b/>
                <w:kern w:val="2"/>
                <w:sz w:val="22"/>
                <w:lang w:val="ru-RU"/>
              </w:rPr>
              <w:t>обучения по дисциплине</w:t>
            </w:r>
            <w:proofErr w:type="gramEnd"/>
          </w:p>
        </w:tc>
      </w:tr>
      <w:tr w:rsidR="00713EA5" w:rsidRPr="00E23FDB" w:rsidTr="00713EA5">
        <w:trPr>
          <w:trHeight w:val="1599"/>
          <w:jc w:val="center"/>
        </w:trPr>
        <w:tc>
          <w:tcPr>
            <w:tcW w:w="1967" w:type="pct"/>
            <w:tcBorders>
              <w:top w:val="single" w:sz="4" w:space="0" w:color="000001"/>
              <w:left w:val="single" w:sz="4" w:space="0" w:color="000001"/>
              <w:bottom w:val="single" w:sz="4" w:space="0" w:color="auto"/>
              <w:right w:val="single" w:sz="4" w:space="0" w:color="000001"/>
            </w:tcBorders>
            <w:vAlign w:val="center"/>
            <w:hideMark/>
          </w:tcPr>
          <w:p w:rsidR="00713EA5" w:rsidRPr="00713EA5" w:rsidRDefault="00713EA5">
            <w:pPr>
              <w:autoSpaceDE w:val="0"/>
              <w:autoSpaceDN w:val="0"/>
              <w:adjustRightInd w:val="0"/>
              <w:spacing w:line="240" w:lineRule="auto"/>
              <w:jc w:val="both"/>
              <w:rPr>
                <w:rFonts w:eastAsia="Times New Roman"/>
                <w:b/>
                <w:bCs/>
                <w:kern w:val="2"/>
                <w:sz w:val="20"/>
                <w:lang w:val="ru-RU"/>
              </w:rPr>
            </w:pPr>
            <w:r w:rsidRPr="00713EA5">
              <w:rPr>
                <w:rFonts w:eastAsia="Calibri"/>
                <w:i/>
                <w:sz w:val="20"/>
                <w:lang w:val="ru-RU"/>
              </w:rPr>
              <w:t xml:space="preserve">УК 5.1. </w:t>
            </w:r>
            <w:r w:rsidRPr="00713EA5">
              <w:rPr>
                <w:i/>
                <w:kern w:val="2"/>
                <w:sz w:val="20"/>
                <w:lang w:val="ru-RU"/>
              </w:rPr>
              <w:t>Анализирует современное состояние общества на основе знания истории.</w:t>
            </w:r>
          </w:p>
        </w:tc>
        <w:tc>
          <w:tcPr>
            <w:tcW w:w="3033" w:type="pct"/>
            <w:tcBorders>
              <w:top w:val="single" w:sz="4" w:space="0" w:color="000001"/>
              <w:left w:val="single" w:sz="4" w:space="0" w:color="000001"/>
              <w:bottom w:val="single" w:sz="4" w:space="0" w:color="auto"/>
              <w:right w:val="single" w:sz="4" w:space="0" w:color="000001"/>
            </w:tcBorders>
            <w:hideMark/>
          </w:tcPr>
          <w:p w:rsidR="00713EA5" w:rsidRPr="00713EA5" w:rsidRDefault="00713EA5">
            <w:pPr>
              <w:spacing w:line="240" w:lineRule="auto"/>
              <w:rPr>
                <w:rFonts w:eastAsia="Times New Roman"/>
                <w:lang w:val="ru-RU"/>
              </w:rPr>
            </w:pPr>
            <w:r w:rsidRPr="00713EA5">
              <w:rPr>
                <w:b/>
                <w:sz w:val="22"/>
                <w:lang w:val="ru-RU"/>
              </w:rPr>
              <w:t xml:space="preserve">Знать: </w:t>
            </w:r>
            <w:r w:rsidRPr="00713EA5">
              <w:rPr>
                <w:sz w:val="22"/>
                <w:lang w:val="ru-RU"/>
              </w:rPr>
              <w:t>основные события и процессы отечественной  и мировой  истории</w:t>
            </w:r>
            <w:r w:rsidRPr="00713EA5">
              <w:rPr>
                <w:kern w:val="2"/>
                <w:sz w:val="22"/>
                <w:lang w:val="ru-RU"/>
              </w:rPr>
              <w:t>;</w:t>
            </w:r>
          </w:p>
          <w:p w:rsidR="00713EA5" w:rsidRPr="00713EA5" w:rsidRDefault="00713EA5">
            <w:pPr>
              <w:spacing w:line="240" w:lineRule="auto"/>
              <w:rPr>
                <w:b/>
                <w:lang w:val="ru-RU"/>
              </w:rPr>
            </w:pPr>
            <w:r w:rsidRPr="00713EA5">
              <w:rPr>
                <w:b/>
                <w:sz w:val="22"/>
                <w:lang w:val="ru-RU"/>
              </w:rPr>
              <w:t xml:space="preserve">Уметь: </w:t>
            </w:r>
            <w:r w:rsidRPr="00713EA5">
              <w:rPr>
                <w:sz w:val="22"/>
                <w:lang w:val="ru-RU"/>
              </w:rPr>
              <w:t xml:space="preserve">ориентироваться в мировом историческом </w:t>
            </w:r>
            <w:proofErr w:type="gramStart"/>
            <w:r w:rsidRPr="00713EA5">
              <w:rPr>
                <w:sz w:val="22"/>
                <w:lang w:val="ru-RU"/>
              </w:rPr>
              <w:t>про-</w:t>
            </w:r>
            <w:proofErr w:type="spellStart"/>
            <w:r w:rsidRPr="00713EA5">
              <w:rPr>
                <w:sz w:val="22"/>
                <w:lang w:val="ru-RU"/>
              </w:rPr>
              <w:t>цессе</w:t>
            </w:r>
            <w:proofErr w:type="spellEnd"/>
            <w:proofErr w:type="gramEnd"/>
            <w:r w:rsidRPr="00713EA5">
              <w:rPr>
                <w:sz w:val="22"/>
                <w:lang w:val="ru-RU"/>
              </w:rPr>
              <w:t>; соблюдать требования уважительного отношения к историческому наследию</w:t>
            </w:r>
            <w:r w:rsidRPr="00713EA5">
              <w:rPr>
                <w:kern w:val="2"/>
                <w:sz w:val="22"/>
                <w:lang w:val="ru-RU"/>
              </w:rPr>
              <w:t>;</w:t>
            </w:r>
          </w:p>
          <w:p w:rsidR="00713EA5" w:rsidRPr="00713EA5" w:rsidRDefault="00713EA5">
            <w:pPr>
              <w:pStyle w:val="21"/>
              <w:spacing w:before="0" w:line="240" w:lineRule="auto"/>
              <w:rPr>
                <w:rFonts w:ascii="Times New Roman" w:eastAsia="Times New Roman" w:hAnsi="Times New Roman"/>
                <w:b w:val="0"/>
                <w:color w:val="auto"/>
                <w:sz w:val="22"/>
                <w:szCs w:val="22"/>
                <w:lang w:val="ru-RU"/>
              </w:rPr>
            </w:pPr>
            <w:r w:rsidRPr="00713EA5">
              <w:rPr>
                <w:rFonts w:ascii="Times New Roman" w:hAnsi="Times New Roman"/>
                <w:color w:val="auto"/>
                <w:sz w:val="22"/>
                <w:szCs w:val="22"/>
                <w:lang w:val="ru-RU"/>
              </w:rPr>
              <w:t xml:space="preserve">Владеть: </w:t>
            </w:r>
            <w:r w:rsidRPr="00713EA5">
              <w:rPr>
                <w:rFonts w:ascii="Times New Roman" w:hAnsi="Times New Roman"/>
                <w:color w:val="000000"/>
                <w:sz w:val="22"/>
                <w:szCs w:val="22"/>
                <w:lang w:val="ru-RU"/>
              </w:rPr>
              <w:t xml:space="preserve">навыками анализа процессов и явлений, </w:t>
            </w:r>
            <w:proofErr w:type="spellStart"/>
            <w:proofErr w:type="gramStart"/>
            <w:r w:rsidRPr="00713EA5">
              <w:rPr>
                <w:rFonts w:ascii="Times New Roman" w:hAnsi="Times New Roman"/>
                <w:color w:val="000000"/>
                <w:sz w:val="22"/>
                <w:szCs w:val="22"/>
                <w:lang w:val="ru-RU"/>
              </w:rPr>
              <w:t>проис</w:t>
            </w:r>
            <w:proofErr w:type="spellEnd"/>
            <w:r w:rsidRPr="00713EA5">
              <w:rPr>
                <w:rFonts w:ascii="Times New Roman" w:hAnsi="Times New Roman"/>
                <w:color w:val="000000"/>
                <w:sz w:val="22"/>
                <w:szCs w:val="22"/>
                <w:lang w:val="ru-RU"/>
              </w:rPr>
              <w:t>-ходящих</w:t>
            </w:r>
            <w:proofErr w:type="gramEnd"/>
            <w:r w:rsidRPr="00713EA5">
              <w:rPr>
                <w:rFonts w:ascii="Times New Roman" w:hAnsi="Times New Roman"/>
                <w:color w:val="000000"/>
                <w:sz w:val="22"/>
                <w:szCs w:val="22"/>
                <w:lang w:val="ru-RU"/>
              </w:rPr>
              <w:t xml:space="preserve">  в обществе на основе знания истории, толе-</w:t>
            </w:r>
            <w:proofErr w:type="spellStart"/>
            <w:r w:rsidRPr="00713EA5">
              <w:rPr>
                <w:rFonts w:ascii="Times New Roman" w:hAnsi="Times New Roman"/>
                <w:color w:val="000000"/>
                <w:sz w:val="22"/>
                <w:szCs w:val="22"/>
                <w:lang w:val="ru-RU"/>
              </w:rPr>
              <w:t>рантного</w:t>
            </w:r>
            <w:proofErr w:type="spellEnd"/>
            <w:r w:rsidRPr="00713EA5">
              <w:rPr>
                <w:rFonts w:ascii="Times New Roman" w:hAnsi="Times New Roman"/>
                <w:color w:val="000000"/>
                <w:sz w:val="22"/>
                <w:szCs w:val="22"/>
                <w:lang w:val="ru-RU"/>
              </w:rPr>
              <w:t xml:space="preserve"> восприятия социальных и культурных </w:t>
            </w:r>
            <w:proofErr w:type="spellStart"/>
            <w:r w:rsidRPr="00713EA5">
              <w:rPr>
                <w:rFonts w:ascii="Times New Roman" w:hAnsi="Times New Roman"/>
                <w:color w:val="000000"/>
                <w:sz w:val="22"/>
                <w:szCs w:val="22"/>
                <w:lang w:val="ru-RU"/>
              </w:rPr>
              <w:t>разли</w:t>
            </w:r>
            <w:proofErr w:type="spellEnd"/>
            <w:r w:rsidRPr="00713EA5">
              <w:rPr>
                <w:rFonts w:ascii="Times New Roman" w:hAnsi="Times New Roman"/>
                <w:color w:val="000000"/>
                <w:sz w:val="22"/>
                <w:szCs w:val="22"/>
                <w:lang w:val="ru-RU"/>
              </w:rPr>
              <w:t>-чий</w:t>
            </w:r>
            <w:r w:rsidRPr="00713EA5">
              <w:rPr>
                <w:rFonts w:ascii="Times New Roman" w:hAnsi="Times New Roman"/>
                <w:color w:val="000000"/>
                <w:kern w:val="2"/>
                <w:sz w:val="22"/>
                <w:szCs w:val="22"/>
                <w:lang w:val="ru-RU"/>
              </w:rPr>
              <w:t>.</w:t>
            </w:r>
          </w:p>
        </w:tc>
      </w:tr>
    </w:tbl>
    <w:p w:rsidR="00713EA5" w:rsidRPr="00713EA5" w:rsidRDefault="00713EA5" w:rsidP="00713EA5">
      <w:pPr>
        <w:spacing w:line="240" w:lineRule="auto"/>
        <w:jc w:val="center"/>
        <w:rPr>
          <w:rFonts w:eastAsia="Times New Roman"/>
          <w:sz w:val="14"/>
          <w:lang w:val="ru-RU" w:eastAsia="ru-RU"/>
        </w:rPr>
      </w:pPr>
    </w:p>
    <w:p w:rsidR="00713EA5" w:rsidRPr="00713EA5" w:rsidRDefault="00713EA5" w:rsidP="00713EA5">
      <w:pPr>
        <w:spacing w:line="240" w:lineRule="auto"/>
        <w:jc w:val="center"/>
        <w:rPr>
          <w:b/>
          <w:szCs w:val="28"/>
          <w:lang w:val="ru-RU"/>
        </w:rPr>
      </w:pPr>
    </w:p>
    <w:p w:rsidR="00713EA5" w:rsidRPr="00713EA5" w:rsidRDefault="00713EA5" w:rsidP="00713EA5">
      <w:pPr>
        <w:spacing w:line="240" w:lineRule="auto"/>
        <w:jc w:val="center"/>
        <w:rPr>
          <w:b/>
          <w:szCs w:val="28"/>
          <w:lang w:val="ru-RU"/>
        </w:rPr>
      </w:pPr>
      <w:r w:rsidRPr="00713EA5">
        <w:rPr>
          <w:b/>
          <w:szCs w:val="28"/>
          <w:lang w:val="ru-RU"/>
        </w:rPr>
        <w:t>Распределение заданий</w:t>
      </w:r>
      <w:r w:rsidRPr="00713EA5">
        <w:rPr>
          <w:szCs w:val="28"/>
          <w:lang w:val="ru-RU"/>
        </w:rPr>
        <w:t xml:space="preserve"> </w:t>
      </w:r>
      <w:r w:rsidRPr="00713EA5">
        <w:rPr>
          <w:b/>
          <w:szCs w:val="28"/>
          <w:lang w:val="ru-RU"/>
        </w:rPr>
        <w:t>по типам и уровням сложности</w:t>
      </w:r>
    </w:p>
    <w:p w:rsidR="00713EA5" w:rsidRPr="00713EA5" w:rsidRDefault="00713EA5" w:rsidP="00713EA5">
      <w:pPr>
        <w:spacing w:line="240" w:lineRule="auto"/>
        <w:jc w:val="center"/>
        <w:rPr>
          <w:b/>
          <w:szCs w:val="28"/>
          <w:lang w:val="ru-RU"/>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2353"/>
        <w:gridCol w:w="3761"/>
        <w:gridCol w:w="1475"/>
      </w:tblGrid>
      <w:tr w:rsidR="00713EA5" w:rsidTr="00713EA5">
        <w:trPr>
          <w:trHeight w:val="20"/>
          <w:jc w:val="center"/>
        </w:trPr>
        <w:tc>
          <w:tcPr>
            <w:tcW w:w="1001"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center"/>
              <w:rPr>
                <w:rFonts w:eastAsia="Times New Roman"/>
                <w:b/>
                <w:sz w:val="22"/>
              </w:rPr>
            </w:pPr>
            <w:proofErr w:type="spellStart"/>
            <w:r>
              <w:rPr>
                <w:b/>
                <w:sz w:val="22"/>
              </w:rPr>
              <w:t>Индикатор</w:t>
            </w:r>
            <w:proofErr w:type="spellEnd"/>
            <w:r>
              <w:rPr>
                <w:b/>
                <w:sz w:val="22"/>
              </w:rPr>
              <w:t xml:space="preserve"> </w:t>
            </w:r>
            <w:proofErr w:type="spellStart"/>
            <w:r>
              <w:rPr>
                <w:b/>
                <w:sz w:val="22"/>
              </w:rPr>
              <w:t>компетенции</w:t>
            </w:r>
            <w:proofErr w:type="spellEnd"/>
          </w:p>
        </w:tc>
        <w:tc>
          <w:tcPr>
            <w:tcW w:w="1240"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ind w:right="-108"/>
              <w:jc w:val="center"/>
              <w:rPr>
                <w:rFonts w:eastAsia="Times New Roman"/>
                <w:b/>
                <w:sz w:val="22"/>
              </w:rPr>
            </w:pPr>
            <w:proofErr w:type="spellStart"/>
            <w:r>
              <w:rPr>
                <w:b/>
                <w:sz w:val="22"/>
              </w:rPr>
              <w:t>Уровень</w:t>
            </w:r>
            <w:proofErr w:type="spellEnd"/>
            <w:r>
              <w:rPr>
                <w:b/>
                <w:sz w:val="22"/>
              </w:rPr>
              <w:t xml:space="preserve"> </w:t>
            </w:r>
            <w:proofErr w:type="spellStart"/>
            <w:r>
              <w:rPr>
                <w:b/>
                <w:sz w:val="22"/>
              </w:rPr>
              <w:t>сложности</w:t>
            </w:r>
            <w:proofErr w:type="spellEnd"/>
            <w:r>
              <w:rPr>
                <w:b/>
                <w:sz w:val="22"/>
              </w:rPr>
              <w:t xml:space="preserve"> </w:t>
            </w:r>
            <w:proofErr w:type="spellStart"/>
            <w:r>
              <w:rPr>
                <w:b/>
                <w:sz w:val="22"/>
              </w:rPr>
              <w:t>задания</w:t>
            </w:r>
            <w:proofErr w:type="spellEnd"/>
          </w:p>
        </w:tc>
        <w:tc>
          <w:tcPr>
            <w:tcW w:w="1981"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center"/>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777"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center"/>
              <w:rPr>
                <w:rFonts w:eastAsia="Times New Roman"/>
                <w:b/>
                <w:sz w:val="22"/>
              </w:rPr>
            </w:pPr>
            <w:proofErr w:type="spellStart"/>
            <w:r>
              <w:rPr>
                <w:b/>
                <w:sz w:val="22"/>
              </w:rPr>
              <w:t>Количество</w:t>
            </w:r>
            <w:proofErr w:type="spellEnd"/>
            <w:r>
              <w:rPr>
                <w:b/>
                <w:sz w:val="22"/>
              </w:rPr>
              <w:t xml:space="preserve"> </w:t>
            </w:r>
            <w:r>
              <w:rPr>
                <w:b/>
                <w:sz w:val="22"/>
              </w:rPr>
              <w:br/>
            </w:r>
            <w:proofErr w:type="spellStart"/>
            <w:r>
              <w:rPr>
                <w:b/>
                <w:sz w:val="22"/>
              </w:rPr>
              <w:t>заданий</w:t>
            </w:r>
            <w:proofErr w:type="spellEnd"/>
          </w:p>
        </w:tc>
      </w:tr>
      <w:tr w:rsidR="00713EA5" w:rsidTr="00713EA5">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jc w:val="center"/>
              <w:rPr>
                <w:rFonts w:eastAsia="Times New Roman"/>
                <w:b/>
                <w:sz w:val="22"/>
              </w:rPr>
            </w:pPr>
            <w:proofErr w:type="spellStart"/>
            <w:r>
              <w:rPr>
                <w:b/>
                <w:sz w:val="22"/>
              </w:rPr>
              <w:t>Семестр</w:t>
            </w:r>
            <w:proofErr w:type="spellEnd"/>
            <w:r>
              <w:rPr>
                <w:b/>
                <w:sz w:val="22"/>
              </w:rPr>
              <w:t xml:space="preserve"> 2</w:t>
            </w:r>
          </w:p>
        </w:tc>
      </w:tr>
      <w:tr w:rsidR="00713EA5" w:rsidTr="00713EA5">
        <w:trPr>
          <w:trHeight w:val="20"/>
          <w:jc w:val="center"/>
        </w:trPr>
        <w:tc>
          <w:tcPr>
            <w:tcW w:w="1001" w:type="pct"/>
            <w:vMerge w:val="restar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center"/>
              <w:rPr>
                <w:rFonts w:eastAsia="Times New Roman"/>
                <w:sz w:val="22"/>
              </w:rPr>
            </w:pPr>
            <w:r>
              <w:rPr>
                <w:sz w:val="22"/>
              </w:rPr>
              <w:t>УК-5.1</w:t>
            </w:r>
          </w:p>
        </w:tc>
        <w:tc>
          <w:tcPr>
            <w:tcW w:w="1240"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proofErr w:type="spellStart"/>
            <w:r>
              <w:rPr>
                <w:sz w:val="22"/>
              </w:rPr>
              <w:t>Базовый</w:t>
            </w:r>
            <w:proofErr w:type="spellEnd"/>
            <w:r>
              <w:rPr>
                <w:sz w:val="22"/>
              </w:rPr>
              <w:t xml:space="preserve"> (20%)</w:t>
            </w:r>
          </w:p>
        </w:tc>
        <w:tc>
          <w:tcPr>
            <w:tcW w:w="1981" w:type="pct"/>
            <w:tcBorders>
              <w:top w:val="single" w:sz="4" w:space="0" w:color="auto"/>
              <w:left w:val="single" w:sz="4" w:space="0" w:color="auto"/>
              <w:bottom w:val="single" w:sz="4" w:space="0" w:color="auto"/>
              <w:right w:val="single" w:sz="4" w:space="0" w:color="auto"/>
            </w:tcBorders>
            <w:hideMark/>
          </w:tcPr>
          <w:p w:rsidR="00713EA5" w:rsidRPr="00713EA5" w:rsidRDefault="00713EA5">
            <w:pPr>
              <w:widowControl w:val="0"/>
              <w:overflowPunct w:val="0"/>
              <w:autoSpaceDE w:val="0"/>
              <w:autoSpaceDN w:val="0"/>
              <w:adjustRightInd w:val="0"/>
              <w:spacing w:line="240" w:lineRule="auto"/>
              <w:jc w:val="both"/>
              <w:rPr>
                <w:rFonts w:eastAsia="Times New Roman"/>
                <w:sz w:val="22"/>
                <w:lang w:val="ru-RU"/>
              </w:rPr>
            </w:pPr>
            <w:r w:rsidRPr="00713EA5">
              <w:rPr>
                <w:sz w:val="22"/>
                <w:lang w:val="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ind w:left="-60"/>
              <w:jc w:val="center"/>
              <w:rPr>
                <w:rFonts w:eastAsia="Times New Roman"/>
                <w:sz w:val="22"/>
              </w:rPr>
            </w:pPr>
            <w:r>
              <w:rPr>
                <w:sz w:val="22"/>
              </w:rPr>
              <w:t>4</w:t>
            </w:r>
          </w:p>
        </w:tc>
      </w:tr>
      <w:tr w:rsidR="00713EA5" w:rsidTr="00713EA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240" w:type="pct"/>
            <w:vMerge w:val="restar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proofErr w:type="spellStart"/>
            <w:r>
              <w:rPr>
                <w:sz w:val="22"/>
              </w:rPr>
              <w:t>Повышенный</w:t>
            </w:r>
            <w:proofErr w:type="spellEnd"/>
            <w:r>
              <w:rPr>
                <w:sz w:val="22"/>
              </w:rPr>
              <w:t xml:space="preserve"> (70%)</w:t>
            </w:r>
          </w:p>
        </w:tc>
        <w:tc>
          <w:tcPr>
            <w:tcW w:w="1981"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последовательности</w:t>
            </w:r>
            <w:proofErr w:type="spellEnd"/>
          </w:p>
        </w:tc>
        <w:tc>
          <w:tcPr>
            <w:tcW w:w="777" w:type="pct"/>
            <w:vMerge w:val="restar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ind w:left="-60"/>
              <w:jc w:val="center"/>
              <w:rPr>
                <w:rFonts w:eastAsia="Times New Roman"/>
                <w:sz w:val="22"/>
              </w:rPr>
            </w:pPr>
            <w:r>
              <w:rPr>
                <w:sz w:val="22"/>
              </w:rPr>
              <w:t>14</w:t>
            </w:r>
          </w:p>
        </w:tc>
      </w:tr>
      <w:tr w:rsidR="00713EA5" w:rsidTr="00713EA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981"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соответствия</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r>
      <w:tr w:rsidR="00713EA5" w:rsidTr="00713EA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sz w:val="22"/>
              </w:rPr>
            </w:pPr>
          </w:p>
        </w:tc>
        <w:tc>
          <w:tcPr>
            <w:tcW w:w="1240"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proofErr w:type="spellStart"/>
            <w:r>
              <w:rPr>
                <w:sz w:val="22"/>
              </w:rPr>
              <w:t>Высокий</w:t>
            </w:r>
            <w:proofErr w:type="spellEnd"/>
            <w:r>
              <w:rPr>
                <w:sz w:val="22"/>
              </w:rPr>
              <w:t xml:space="preserve"> (10%)</w:t>
            </w:r>
          </w:p>
        </w:tc>
        <w:tc>
          <w:tcPr>
            <w:tcW w:w="1981" w:type="pct"/>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sz w:val="22"/>
              </w:rPr>
            </w:pPr>
            <w:r>
              <w:rPr>
                <w:sz w:val="22"/>
              </w:rPr>
              <w:t xml:space="preserve">с </w:t>
            </w:r>
            <w:proofErr w:type="spellStart"/>
            <w:r>
              <w:rPr>
                <w:sz w:val="22"/>
              </w:rPr>
              <w:t>развернутым</w:t>
            </w:r>
            <w:proofErr w:type="spellEnd"/>
            <w:r>
              <w:rPr>
                <w:sz w:val="22"/>
              </w:rPr>
              <w:t xml:space="preserve"> </w:t>
            </w:r>
            <w:proofErr w:type="spellStart"/>
            <w:r>
              <w:rPr>
                <w:sz w:val="22"/>
              </w:rPr>
              <w:t>ответом</w:t>
            </w:r>
            <w:proofErr w:type="spellEnd"/>
          </w:p>
        </w:tc>
        <w:tc>
          <w:tcPr>
            <w:tcW w:w="777"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ind w:left="-60"/>
              <w:jc w:val="center"/>
              <w:rPr>
                <w:rFonts w:eastAsia="Times New Roman"/>
                <w:sz w:val="22"/>
              </w:rPr>
            </w:pPr>
            <w:r>
              <w:rPr>
                <w:sz w:val="22"/>
              </w:rPr>
              <w:t>2</w:t>
            </w:r>
          </w:p>
        </w:tc>
      </w:tr>
      <w:tr w:rsidR="00713EA5" w:rsidTr="00713EA5">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jc w:val="right"/>
              <w:rPr>
                <w:rFonts w:eastAsia="Times New Roman"/>
                <w:b/>
                <w:sz w:val="22"/>
              </w:rPr>
            </w:pPr>
            <w:proofErr w:type="spellStart"/>
            <w:r>
              <w:rPr>
                <w:b/>
                <w:sz w:val="22"/>
              </w:rPr>
              <w:t>Итого</w:t>
            </w:r>
            <w:proofErr w:type="spellEnd"/>
            <w:r>
              <w:rPr>
                <w:b/>
                <w:sz w:val="22"/>
              </w:rPr>
              <w:t xml:space="preserve"> </w:t>
            </w:r>
            <w:proofErr w:type="spellStart"/>
            <w:r>
              <w:rPr>
                <w:b/>
                <w:sz w:val="22"/>
              </w:rPr>
              <w:t>для</w:t>
            </w:r>
            <w:proofErr w:type="spellEnd"/>
            <w:r>
              <w:rPr>
                <w:b/>
                <w:sz w:val="22"/>
              </w:rPr>
              <w:t xml:space="preserve"> УК-5</w:t>
            </w:r>
          </w:p>
        </w:tc>
        <w:tc>
          <w:tcPr>
            <w:tcW w:w="777" w:type="pct"/>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40" w:lineRule="auto"/>
              <w:jc w:val="center"/>
              <w:rPr>
                <w:rFonts w:eastAsia="Times New Roman"/>
                <w:b/>
                <w:sz w:val="22"/>
              </w:rPr>
            </w:pPr>
            <w:r>
              <w:rPr>
                <w:b/>
                <w:sz w:val="22"/>
              </w:rPr>
              <w:t>20</w:t>
            </w:r>
          </w:p>
        </w:tc>
      </w:tr>
    </w:tbl>
    <w:p w:rsidR="00713EA5" w:rsidRDefault="00713EA5" w:rsidP="00713EA5">
      <w:pPr>
        <w:jc w:val="center"/>
        <w:rPr>
          <w:rFonts w:eastAsia="Times New Roman"/>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lang w:val="ru-RU"/>
        </w:rPr>
      </w:pPr>
    </w:p>
    <w:p w:rsidR="00713EA5" w:rsidRDefault="00713EA5" w:rsidP="00713EA5">
      <w:pPr>
        <w:jc w:val="center"/>
        <w:rPr>
          <w:b/>
          <w:szCs w:val="28"/>
        </w:rPr>
      </w:pPr>
    </w:p>
    <w:p w:rsidR="00713EA5" w:rsidRDefault="00713EA5" w:rsidP="00713EA5">
      <w:pPr>
        <w:jc w:val="center"/>
        <w:rPr>
          <w:b/>
          <w:szCs w:val="28"/>
        </w:rPr>
      </w:pPr>
    </w:p>
    <w:p w:rsidR="00713EA5" w:rsidRDefault="00713EA5" w:rsidP="00713EA5">
      <w:pPr>
        <w:jc w:val="center"/>
        <w:rPr>
          <w:b/>
          <w:szCs w:val="28"/>
        </w:rPr>
      </w:pPr>
      <w:proofErr w:type="spellStart"/>
      <w:r>
        <w:rPr>
          <w:b/>
          <w:szCs w:val="28"/>
        </w:rPr>
        <w:t>Комплект</w:t>
      </w:r>
      <w:proofErr w:type="spellEnd"/>
      <w:r>
        <w:rPr>
          <w:b/>
          <w:szCs w:val="28"/>
        </w:rPr>
        <w:t xml:space="preserve"> </w:t>
      </w:r>
      <w:proofErr w:type="spellStart"/>
      <w:r>
        <w:rPr>
          <w:b/>
          <w:szCs w:val="28"/>
        </w:rPr>
        <w:t>тестовых</w:t>
      </w:r>
      <w:proofErr w:type="spellEnd"/>
      <w:r>
        <w:rPr>
          <w:b/>
          <w:szCs w:val="28"/>
        </w:rPr>
        <w:t xml:space="preserve"> </w:t>
      </w:r>
      <w:proofErr w:type="spellStart"/>
      <w:r>
        <w:rPr>
          <w:b/>
          <w:szCs w:val="28"/>
        </w:rPr>
        <w:t>заданий</w:t>
      </w:r>
      <w:proofErr w:type="spellEnd"/>
      <w:r>
        <w:rPr>
          <w:b/>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252"/>
        <w:gridCol w:w="1482"/>
        <w:gridCol w:w="3563"/>
        <w:gridCol w:w="1378"/>
      </w:tblGrid>
      <w:tr w:rsidR="00713EA5" w:rsidTr="00713EA5">
        <w:trPr>
          <w:jc w:val="center"/>
        </w:trPr>
        <w:tc>
          <w:tcPr>
            <w:tcW w:w="3012" w:type="dxa"/>
            <w:tcBorders>
              <w:top w:val="single" w:sz="4" w:space="0" w:color="auto"/>
              <w:left w:val="single" w:sz="4" w:space="0" w:color="auto"/>
              <w:bottom w:val="single" w:sz="4" w:space="0" w:color="auto"/>
              <w:right w:val="single" w:sz="4" w:space="0" w:color="auto"/>
            </w:tcBorders>
            <w:shd w:val="clear" w:color="auto" w:fill="D9D9D9"/>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Индикатор</w:t>
            </w:r>
            <w:proofErr w:type="spellEnd"/>
            <w:r>
              <w:rPr>
                <w:b/>
                <w:sz w:val="22"/>
              </w:rPr>
              <w:t xml:space="preserve"> </w:t>
            </w:r>
          </w:p>
        </w:tc>
        <w:tc>
          <w:tcPr>
            <w:tcW w:w="1600" w:type="dxa"/>
            <w:gridSpan w:val="2"/>
            <w:tcBorders>
              <w:top w:val="single" w:sz="4" w:space="0" w:color="auto"/>
              <w:left w:val="single" w:sz="4" w:space="0" w:color="auto"/>
              <w:bottom w:val="single" w:sz="4" w:space="0" w:color="auto"/>
              <w:right w:val="single" w:sz="4" w:space="0" w:color="auto"/>
            </w:tcBorders>
            <w:shd w:val="clear" w:color="auto" w:fill="D9D9D9"/>
            <w:hideMark/>
          </w:tcPr>
          <w:p w:rsidR="00713EA5" w:rsidRDefault="00713EA5">
            <w:pPr>
              <w:widowControl w:val="0"/>
              <w:overflowPunct w:val="0"/>
              <w:autoSpaceDE w:val="0"/>
              <w:autoSpaceDN w:val="0"/>
              <w:adjustRightInd w:val="0"/>
              <w:spacing w:line="240" w:lineRule="auto"/>
              <w:jc w:val="both"/>
              <w:rPr>
                <w:rFonts w:eastAsia="Times New Roman"/>
                <w:b/>
                <w:sz w:val="22"/>
              </w:rPr>
            </w:pPr>
            <w:r>
              <w:rPr>
                <w:b/>
                <w:sz w:val="22"/>
              </w:rPr>
              <w:t>УК-5.1</w:t>
            </w:r>
          </w:p>
        </w:tc>
        <w:tc>
          <w:tcPr>
            <w:tcW w:w="3547" w:type="dxa"/>
            <w:tcBorders>
              <w:top w:val="single" w:sz="4" w:space="0" w:color="auto"/>
              <w:left w:val="single" w:sz="4" w:space="0" w:color="auto"/>
              <w:bottom w:val="single" w:sz="4" w:space="0" w:color="auto"/>
              <w:right w:val="single" w:sz="4" w:space="0" w:color="auto"/>
            </w:tcBorders>
            <w:shd w:val="clear" w:color="auto" w:fill="D9D9D9"/>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Семестр</w:t>
            </w:r>
            <w:proofErr w:type="spellEnd"/>
          </w:p>
        </w:tc>
        <w:tc>
          <w:tcPr>
            <w:tcW w:w="1412" w:type="dxa"/>
            <w:tcBorders>
              <w:top w:val="single" w:sz="4" w:space="0" w:color="auto"/>
              <w:left w:val="single" w:sz="4" w:space="0" w:color="auto"/>
              <w:bottom w:val="single" w:sz="4" w:space="0" w:color="auto"/>
              <w:right w:val="single" w:sz="4" w:space="0" w:color="auto"/>
            </w:tcBorders>
            <w:shd w:val="clear" w:color="auto" w:fill="D9D9D9"/>
            <w:hideMark/>
          </w:tcPr>
          <w:p w:rsidR="00713EA5" w:rsidRDefault="00713EA5">
            <w:pPr>
              <w:widowControl w:val="0"/>
              <w:overflowPunct w:val="0"/>
              <w:autoSpaceDE w:val="0"/>
              <w:autoSpaceDN w:val="0"/>
              <w:adjustRightInd w:val="0"/>
              <w:spacing w:line="240" w:lineRule="auto"/>
              <w:jc w:val="both"/>
              <w:rPr>
                <w:rFonts w:eastAsia="Times New Roman"/>
                <w:b/>
                <w:sz w:val="22"/>
              </w:rPr>
            </w:pPr>
            <w:r>
              <w:rPr>
                <w:b/>
                <w:sz w:val="22"/>
              </w:rPr>
              <w:t>2</w:t>
            </w:r>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Базовый</w:t>
            </w:r>
            <w:proofErr w:type="spellEnd"/>
          </w:p>
        </w:tc>
      </w:tr>
      <w:tr w:rsidR="00713EA5" w:rsidRPr="00E23FDB"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Pr="00713EA5" w:rsidRDefault="00713EA5">
            <w:pPr>
              <w:widowControl w:val="0"/>
              <w:overflowPunct w:val="0"/>
              <w:autoSpaceDE w:val="0"/>
              <w:autoSpaceDN w:val="0"/>
              <w:adjustRightInd w:val="0"/>
              <w:spacing w:line="240" w:lineRule="auto"/>
              <w:jc w:val="both"/>
              <w:rPr>
                <w:rFonts w:eastAsia="Times New Roman"/>
                <w:b/>
                <w:sz w:val="22"/>
                <w:lang w:val="ru-RU"/>
              </w:rPr>
            </w:pPr>
            <w:r w:rsidRPr="00713EA5">
              <w:rPr>
                <w:b/>
                <w:sz w:val="22"/>
                <w:lang w:val="ru-RU"/>
              </w:rPr>
              <w:t>Задания с выбором одного ответа / нескольких ответов</w:t>
            </w:r>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i/>
                <w:sz w:val="22"/>
              </w:rPr>
              <w:t>укажите</w:t>
            </w:r>
            <w:proofErr w:type="spellEnd"/>
            <w:r>
              <w:rPr>
                <w:i/>
                <w:sz w:val="22"/>
              </w:rPr>
              <w:t xml:space="preserve"> </w:t>
            </w:r>
            <w:proofErr w:type="spellStart"/>
            <w:r>
              <w:rPr>
                <w:i/>
                <w:sz w:val="22"/>
              </w:rPr>
              <w:t>один</w:t>
            </w:r>
            <w:proofErr w:type="spellEnd"/>
            <w:r>
              <w:rPr>
                <w:i/>
                <w:sz w:val="22"/>
              </w:rPr>
              <w:t xml:space="preserve"> </w:t>
            </w:r>
            <w:proofErr w:type="spellStart"/>
            <w:r>
              <w:rPr>
                <w:i/>
                <w:sz w:val="22"/>
              </w:rPr>
              <w:t>вариант</w:t>
            </w:r>
            <w:proofErr w:type="spellEnd"/>
            <w:r>
              <w:rPr>
                <w:i/>
                <w:sz w:val="22"/>
              </w:rPr>
              <w:t xml:space="preserve"> </w:t>
            </w:r>
            <w:proofErr w:type="spellStart"/>
            <w:r>
              <w:rPr>
                <w:i/>
                <w:sz w:val="22"/>
              </w:rPr>
              <w:t>ответа</w:t>
            </w:r>
            <w:proofErr w:type="spellEnd"/>
            <w:r>
              <w:rPr>
                <w:i/>
                <w:sz w:val="22"/>
              </w:rPr>
              <w:t xml:space="preserve"> </w:t>
            </w:r>
          </w:p>
        </w:tc>
      </w:tr>
      <w:tr w:rsidR="00713EA5" w:rsidRPr="00E23FDB" w:rsidTr="00713EA5">
        <w:trPr>
          <w:trHeight w:val="986"/>
          <w:jc w:val="center"/>
        </w:trPr>
        <w:tc>
          <w:tcPr>
            <w:tcW w:w="9571" w:type="dxa"/>
            <w:gridSpan w:val="5"/>
            <w:tcBorders>
              <w:top w:val="single" w:sz="4" w:space="0" w:color="auto"/>
              <w:left w:val="single" w:sz="4" w:space="0" w:color="auto"/>
              <w:bottom w:val="single" w:sz="4" w:space="0" w:color="auto"/>
              <w:right w:val="single" w:sz="4" w:space="0" w:color="auto"/>
            </w:tcBorders>
          </w:tcPr>
          <w:p w:rsidR="00713EA5" w:rsidRPr="00713EA5" w:rsidRDefault="00713EA5">
            <w:pPr>
              <w:widowControl w:val="0"/>
              <w:rPr>
                <w:rFonts w:ascii="Times New Roman, sans-serif" w:eastAsia="Times New Roman" w:hAnsi="Times New Roman, sans-serif"/>
                <w:b/>
                <w:sz w:val="22"/>
                <w:lang w:val="ru-RU"/>
              </w:rPr>
            </w:pPr>
            <w:r w:rsidRPr="00713EA5">
              <w:rPr>
                <w:b/>
                <w:color w:val="000000"/>
                <w:sz w:val="22"/>
                <w:lang w:val="ru-RU"/>
              </w:rPr>
              <w:t xml:space="preserve">1. </w:t>
            </w:r>
            <w:r w:rsidRPr="00713EA5">
              <w:rPr>
                <w:b/>
                <w:color w:val="202020"/>
                <w:sz w:val="22"/>
                <w:lang w:val="ru-RU"/>
              </w:rPr>
              <w:t xml:space="preserve">Найдите и запишите порядковый номер события, относящегося к периоду </w:t>
            </w:r>
            <w:r w:rsidRPr="00713EA5">
              <w:rPr>
                <w:b/>
                <w:color w:val="202020"/>
                <w:spacing w:val="-2"/>
                <w:sz w:val="22"/>
                <w:lang w:val="ru-RU"/>
              </w:rPr>
              <w:t>Перестройки</w:t>
            </w:r>
          </w:p>
          <w:p w:rsidR="00713EA5" w:rsidRPr="00713EA5" w:rsidRDefault="00713EA5">
            <w:pPr>
              <w:widowControl w:val="0"/>
              <w:rPr>
                <w:b/>
                <w:sz w:val="22"/>
                <w:lang w:val="ru-RU"/>
              </w:rPr>
            </w:pPr>
            <w:r w:rsidRPr="00713EA5">
              <w:rPr>
                <w:rStyle w:val="monospace1"/>
                <w:b/>
                <w:sz w:val="22"/>
                <w:lang w:val="ru-RU"/>
              </w:rPr>
              <w:t xml:space="preserve">А. </w:t>
            </w:r>
            <w:r w:rsidRPr="00713EA5">
              <w:rPr>
                <w:b/>
                <w:color w:val="202020"/>
                <w:sz w:val="22"/>
                <w:lang w:val="ru-RU"/>
              </w:rPr>
              <w:t xml:space="preserve">Образование Съезда народных депутатов </w:t>
            </w:r>
            <w:r w:rsidRPr="00713EA5">
              <w:rPr>
                <w:b/>
                <w:color w:val="202020"/>
                <w:spacing w:val="-4"/>
                <w:sz w:val="22"/>
                <w:lang w:val="ru-RU"/>
              </w:rPr>
              <w:t>СССР</w:t>
            </w:r>
          </w:p>
          <w:p w:rsidR="00713EA5" w:rsidRPr="00713EA5" w:rsidRDefault="00713EA5">
            <w:pPr>
              <w:widowControl w:val="0"/>
              <w:rPr>
                <w:b/>
                <w:color w:val="000000"/>
                <w:sz w:val="22"/>
                <w:lang w:val="ru-RU"/>
              </w:rPr>
            </w:pPr>
            <w:r w:rsidRPr="00713EA5">
              <w:rPr>
                <w:rStyle w:val="monospace1"/>
                <w:sz w:val="22"/>
                <w:lang w:val="ru-RU"/>
              </w:rPr>
              <w:t>Б.</w:t>
            </w:r>
            <w:r w:rsidRPr="00713EA5">
              <w:rPr>
                <w:sz w:val="22"/>
                <w:lang w:val="ru-RU"/>
              </w:rPr>
              <w:t xml:space="preserve"> </w:t>
            </w:r>
            <w:r w:rsidRPr="00713EA5">
              <w:rPr>
                <w:color w:val="202020"/>
                <w:sz w:val="22"/>
                <w:lang w:val="ru-RU"/>
              </w:rPr>
              <w:t xml:space="preserve">Преобразование министерств в народные </w:t>
            </w:r>
            <w:r w:rsidRPr="00713EA5">
              <w:rPr>
                <w:color w:val="202020"/>
                <w:spacing w:val="-2"/>
                <w:sz w:val="22"/>
                <w:lang w:val="ru-RU"/>
              </w:rPr>
              <w:t>комиссариаты</w:t>
            </w:r>
          </w:p>
          <w:p w:rsidR="00713EA5" w:rsidRPr="00713EA5" w:rsidRDefault="00713EA5">
            <w:pPr>
              <w:widowControl w:val="0"/>
              <w:rPr>
                <w:color w:val="000000"/>
                <w:sz w:val="22"/>
                <w:lang w:val="ru-RU"/>
              </w:rPr>
            </w:pPr>
            <w:r w:rsidRPr="00713EA5">
              <w:rPr>
                <w:color w:val="000000"/>
                <w:sz w:val="22"/>
                <w:lang w:val="ru-RU"/>
              </w:rPr>
              <w:t>В.</w:t>
            </w:r>
            <w:r w:rsidRPr="00713EA5">
              <w:rPr>
                <w:b/>
                <w:color w:val="000000"/>
                <w:sz w:val="22"/>
                <w:lang w:val="ru-RU"/>
              </w:rPr>
              <w:t xml:space="preserve"> </w:t>
            </w:r>
            <w:r w:rsidRPr="00713EA5">
              <w:rPr>
                <w:color w:val="202020"/>
                <w:sz w:val="22"/>
                <w:lang w:val="ru-RU"/>
              </w:rPr>
              <w:t>Первый выход человека из космического корабля в открытый</w:t>
            </w:r>
            <w:r w:rsidRPr="00713EA5">
              <w:rPr>
                <w:color w:val="202020"/>
                <w:spacing w:val="-2"/>
                <w:sz w:val="22"/>
                <w:lang w:val="ru-RU"/>
              </w:rPr>
              <w:t xml:space="preserve"> космос</w:t>
            </w:r>
          </w:p>
          <w:p w:rsidR="00713EA5" w:rsidRPr="00713EA5" w:rsidRDefault="00713EA5">
            <w:pPr>
              <w:widowControl w:val="0"/>
              <w:rPr>
                <w:b/>
                <w:sz w:val="22"/>
                <w:lang w:val="ru-RU"/>
              </w:rPr>
            </w:pPr>
            <w:r w:rsidRPr="00713EA5">
              <w:rPr>
                <w:color w:val="000000"/>
                <w:sz w:val="22"/>
                <w:lang w:val="ru-RU"/>
              </w:rPr>
              <w:t xml:space="preserve">Г. </w:t>
            </w:r>
            <w:r w:rsidRPr="00713EA5">
              <w:rPr>
                <w:color w:val="202020"/>
                <w:spacing w:val="-2"/>
                <w:sz w:val="22"/>
                <w:lang w:val="ru-RU"/>
              </w:rPr>
              <w:t>Упразднение</w:t>
            </w:r>
            <w:r w:rsidRPr="00713EA5">
              <w:rPr>
                <w:sz w:val="22"/>
                <w:lang w:val="ru-RU"/>
              </w:rPr>
              <w:t xml:space="preserve"> </w:t>
            </w:r>
            <w:r w:rsidRPr="00713EA5">
              <w:rPr>
                <w:color w:val="202020"/>
                <w:spacing w:val="-2"/>
                <w:sz w:val="22"/>
                <w:lang w:val="ru-RU"/>
              </w:rPr>
              <w:t>совнархозов</w:t>
            </w:r>
          </w:p>
          <w:p w:rsidR="00713EA5" w:rsidRPr="00713EA5" w:rsidRDefault="00713EA5">
            <w:pPr>
              <w:widowControl w:val="0"/>
              <w:rPr>
                <w:sz w:val="22"/>
                <w:lang w:val="ru-RU"/>
              </w:rPr>
            </w:pPr>
          </w:p>
          <w:p w:rsidR="00713EA5" w:rsidRDefault="00713EA5">
            <w:pPr>
              <w:pStyle w:val="aff8"/>
              <w:widowControl w:val="0"/>
              <w:rPr>
                <w:b/>
                <w:sz w:val="22"/>
                <w:szCs w:val="22"/>
              </w:rPr>
            </w:pPr>
            <w:r>
              <w:rPr>
                <w:b/>
                <w:sz w:val="22"/>
                <w:szCs w:val="22"/>
              </w:rPr>
              <w:t>2.  Хрущевская реформа управления народным хозяйством предусматривала …</w:t>
            </w:r>
          </w:p>
          <w:p w:rsidR="00713EA5" w:rsidRPr="00713EA5" w:rsidRDefault="00713EA5">
            <w:pPr>
              <w:widowControl w:val="0"/>
              <w:rPr>
                <w:sz w:val="22"/>
                <w:lang w:val="ru-RU"/>
              </w:rPr>
            </w:pPr>
            <w:r w:rsidRPr="00713EA5">
              <w:rPr>
                <w:rStyle w:val="monospace1"/>
                <w:sz w:val="22"/>
                <w:lang w:val="ru-RU"/>
              </w:rPr>
              <w:t>А. п</w:t>
            </w:r>
            <w:r w:rsidRPr="00713EA5">
              <w:rPr>
                <w:sz w:val="22"/>
                <w:lang w:val="ru-RU"/>
              </w:rPr>
              <w:t>онижение плановых показателей</w:t>
            </w:r>
          </w:p>
          <w:p w:rsidR="00713EA5" w:rsidRPr="00713EA5" w:rsidRDefault="00713EA5">
            <w:pPr>
              <w:widowControl w:val="0"/>
              <w:rPr>
                <w:b/>
                <w:sz w:val="22"/>
                <w:lang w:val="ru-RU"/>
              </w:rPr>
            </w:pPr>
            <w:r w:rsidRPr="00713EA5">
              <w:rPr>
                <w:rStyle w:val="monospace1"/>
                <w:b/>
                <w:sz w:val="22"/>
                <w:lang w:val="ru-RU"/>
              </w:rPr>
              <w:t xml:space="preserve">Б. </w:t>
            </w:r>
            <w:r w:rsidRPr="00713EA5">
              <w:rPr>
                <w:b/>
                <w:sz w:val="22"/>
                <w:lang w:val="ru-RU"/>
              </w:rPr>
              <w:t>ликвидацию отраслевых министерств</w:t>
            </w:r>
          </w:p>
          <w:p w:rsidR="00713EA5" w:rsidRPr="00713EA5" w:rsidRDefault="00713EA5">
            <w:pPr>
              <w:widowControl w:val="0"/>
              <w:rPr>
                <w:color w:val="000000"/>
                <w:sz w:val="22"/>
                <w:lang w:val="ru-RU"/>
              </w:rPr>
            </w:pPr>
            <w:r w:rsidRPr="00713EA5">
              <w:rPr>
                <w:rStyle w:val="monospace1"/>
                <w:sz w:val="22"/>
                <w:lang w:val="ru-RU"/>
              </w:rPr>
              <w:t xml:space="preserve">В. </w:t>
            </w:r>
            <w:r w:rsidRPr="00713EA5">
              <w:rPr>
                <w:sz w:val="22"/>
                <w:lang w:val="ru-RU"/>
              </w:rPr>
              <w:t>конвертируемость советской валюты</w:t>
            </w:r>
          </w:p>
          <w:p w:rsidR="00713EA5" w:rsidRPr="00713EA5" w:rsidRDefault="00713EA5">
            <w:pPr>
              <w:widowControl w:val="0"/>
              <w:rPr>
                <w:sz w:val="22"/>
                <w:lang w:val="ru-RU"/>
              </w:rPr>
            </w:pPr>
            <w:r w:rsidRPr="00713EA5">
              <w:rPr>
                <w:color w:val="000000"/>
                <w:sz w:val="22"/>
                <w:lang w:val="ru-RU"/>
              </w:rPr>
              <w:t xml:space="preserve">Г. </w:t>
            </w:r>
            <w:r w:rsidRPr="00713EA5">
              <w:rPr>
                <w:sz w:val="22"/>
                <w:lang w:val="ru-RU"/>
              </w:rPr>
              <w:t>развитие частного предпринимательства</w:t>
            </w:r>
          </w:p>
          <w:p w:rsidR="00713EA5" w:rsidRPr="00713EA5" w:rsidRDefault="00713EA5">
            <w:pPr>
              <w:widowControl w:val="0"/>
              <w:ind w:firstLine="567"/>
              <w:rPr>
                <w:rStyle w:val="af6"/>
                <w:lang w:val="ru-RU"/>
              </w:rPr>
            </w:pPr>
            <w:r w:rsidRPr="00713EA5">
              <w:rPr>
                <w:rStyle w:val="af6"/>
                <w:sz w:val="22"/>
                <w:lang w:val="ru-RU"/>
              </w:rPr>
              <w:t xml:space="preserve"> </w:t>
            </w:r>
          </w:p>
          <w:p w:rsidR="00713EA5" w:rsidRDefault="00713EA5">
            <w:pPr>
              <w:pStyle w:val="aff8"/>
              <w:widowControl w:val="0"/>
              <w:rPr>
                <w:rFonts w:eastAsiaTheme="majorEastAsia"/>
              </w:rPr>
            </w:pPr>
            <w:r>
              <w:rPr>
                <w:b/>
                <w:sz w:val="22"/>
                <w:szCs w:val="22"/>
              </w:rPr>
              <w:t xml:space="preserve">3. Основными направлениями аграрной реформы П.А. Столыпина </w:t>
            </w:r>
            <w:proofErr w:type="gramStart"/>
            <w:r>
              <w:rPr>
                <w:b/>
                <w:sz w:val="22"/>
                <w:szCs w:val="22"/>
              </w:rPr>
              <w:t>являлись</w:t>
            </w:r>
            <w:proofErr w:type="gramEnd"/>
            <w:r>
              <w:rPr>
                <w:b/>
                <w:sz w:val="22"/>
                <w:szCs w:val="22"/>
              </w:rPr>
              <w:t>… Выберите не менее двух вариантов</w:t>
            </w:r>
          </w:p>
          <w:p w:rsidR="00713EA5" w:rsidRPr="00713EA5" w:rsidRDefault="00713EA5">
            <w:pPr>
              <w:widowControl w:val="0"/>
              <w:rPr>
                <w:rStyle w:val="monospace1"/>
                <w:sz w:val="22"/>
                <w:lang w:val="ru-RU"/>
              </w:rPr>
            </w:pPr>
            <w:r w:rsidRPr="00713EA5">
              <w:rPr>
                <w:rStyle w:val="monospace1"/>
                <w:sz w:val="22"/>
                <w:lang w:val="ru-RU"/>
              </w:rPr>
              <w:t xml:space="preserve">А. </w:t>
            </w:r>
            <w:r w:rsidRPr="00713EA5">
              <w:rPr>
                <w:sz w:val="22"/>
                <w:lang w:val="ru-RU"/>
              </w:rPr>
              <w:t>отмена временно-обязанного положения крестьян</w:t>
            </w:r>
            <w:r w:rsidRPr="00713EA5">
              <w:rPr>
                <w:rStyle w:val="monospace1"/>
                <w:b/>
                <w:sz w:val="22"/>
                <w:lang w:val="ru-RU"/>
              </w:rPr>
              <w:t xml:space="preserve"> </w:t>
            </w:r>
          </w:p>
          <w:p w:rsidR="00713EA5" w:rsidRPr="00713EA5" w:rsidRDefault="00713EA5">
            <w:pPr>
              <w:widowControl w:val="0"/>
              <w:rPr>
                <w:rFonts w:cs="Times New Roman"/>
                <w:color w:val="000000"/>
                <w:lang w:val="ru-RU"/>
              </w:rPr>
            </w:pPr>
            <w:r w:rsidRPr="00713EA5">
              <w:rPr>
                <w:rStyle w:val="monospace1"/>
                <w:b/>
                <w:sz w:val="22"/>
                <w:lang w:val="ru-RU"/>
              </w:rPr>
              <w:t>Б.</w:t>
            </w:r>
            <w:r w:rsidRPr="00713EA5">
              <w:rPr>
                <w:b/>
                <w:sz w:val="22"/>
                <w:lang w:val="ru-RU"/>
              </w:rPr>
              <w:t xml:space="preserve"> ликвидация круговой поруки и чересполосицы</w:t>
            </w:r>
          </w:p>
          <w:p w:rsidR="00713EA5" w:rsidRPr="00713EA5" w:rsidRDefault="00713EA5">
            <w:pPr>
              <w:widowControl w:val="0"/>
              <w:rPr>
                <w:color w:val="000000"/>
                <w:sz w:val="22"/>
                <w:lang w:val="ru-RU"/>
              </w:rPr>
            </w:pPr>
            <w:r w:rsidRPr="00713EA5">
              <w:rPr>
                <w:color w:val="000000"/>
                <w:sz w:val="22"/>
                <w:lang w:val="ru-RU"/>
              </w:rPr>
              <w:t>В.</w:t>
            </w:r>
            <w:r w:rsidRPr="00713EA5">
              <w:rPr>
                <w:b/>
                <w:color w:val="000000"/>
                <w:sz w:val="22"/>
                <w:lang w:val="ru-RU"/>
              </w:rPr>
              <w:t xml:space="preserve"> </w:t>
            </w:r>
            <w:r w:rsidRPr="00713EA5">
              <w:rPr>
                <w:sz w:val="22"/>
                <w:lang w:val="ru-RU"/>
              </w:rPr>
              <w:t>уравнение крестьян в правах с другими сословиями</w:t>
            </w:r>
            <w:r w:rsidRPr="00713EA5">
              <w:rPr>
                <w:color w:val="000000"/>
                <w:sz w:val="22"/>
                <w:lang w:val="ru-RU"/>
              </w:rPr>
              <w:t xml:space="preserve"> </w:t>
            </w:r>
          </w:p>
          <w:p w:rsidR="00713EA5" w:rsidRPr="00713EA5" w:rsidRDefault="00713EA5">
            <w:pPr>
              <w:widowControl w:val="0"/>
              <w:rPr>
                <w:b/>
                <w:sz w:val="22"/>
                <w:lang w:val="ru-RU"/>
              </w:rPr>
            </w:pPr>
            <w:r w:rsidRPr="00713EA5">
              <w:rPr>
                <w:b/>
                <w:color w:val="000000"/>
                <w:sz w:val="22"/>
                <w:lang w:val="ru-RU"/>
              </w:rPr>
              <w:t xml:space="preserve">Г. </w:t>
            </w:r>
            <w:r w:rsidRPr="00713EA5">
              <w:rPr>
                <w:b/>
                <w:sz w:val="22"/>
                <w:lang w:val="ru-RU"/>
              </w:rPr>
              <w:t>передача надельных земель в собственность крестьян</w:t>
            </w:r>
          </w:p>
          <w:p w:rsidR="00713EA5" w:rsidRPr="00713EA5" w:rsidRDefault="00713EA5">
            <w:pPr>
              <w:widowControl w:val="0"/>
              <w:rPr>
                <w:szCs w:val="20"/>
                <w:lang w:val="ru-RU"/>
              </w:rPr>
            </w:pPr>
          </w:p>
          <w:p w:rsidR="00713EA5" w:rsidRDefault="00713EA5">
            <w:pPr>
              <w:pStyle w:val="aff8"/>
              <w:widowControl w:val="0"/>
              <w:rPr>
                <w:b/>
              </w:rPr>
            </w:pPr>
            <w:r>
              <w:rPr>
                <w:b/>
                <w:noProof/>
                <w:sz w:val="22"/>
                <w:szCs w:val="22"/>
              </w:rPr>
              <w:t>4</w:t>
            </w:r>
            <w:r>
              <w:rPr>
                <w:b/>
                <w:sz w:val="22"/>
                <w:szCs w:val="22"/>
              </w:rPr>
              <w:t>. В 1950-е гг. произошли такие события как</w:t>
            </w:r>
            <w:proofErr w:type="gramStart"/>
            <w:r>
              <w:rPr>
                <w:b/>
                <w:sz w:val="22"/>
                <w:szCs w:val="22"/>
              </w:rPr>
              <w:t>… В</w:t>
            </w:r>
            <w:proofErr w:type="gramEnd"/>
            <w:r>
              <w:rPr>
                <w:b/>
                <w:sz w:val="22"/>
                <w:szCs w:val="22"/>
              </w:rPr>
              <w:t>ыберите не менее двух вариантов.</w:t>
            </w:r>
          </w:p>
          <w:p w:rsidR="00713EA5" w:rsidRPr="00713EA5" w:rsidRDefault="00713EA5">
            <w:pPr>
              <w:widowControl w:val="0"/>
              <w:rPr>
                <w:b/>
                <w:sz w:val="22"/>
                <w:lang w:val="ru-RU"/>
              </w:rPr>
            </w:pPr>
            <w:r w:rsidRPr="00713EA5">
              <w:rPr>
                <w:rStyle w:val="monospace1"/>
                <w:b/>
                <w:sz w:val="22"/>
                <w:lang w:val="ru-RU"/>
              </w:rPr>
              <w:t xml:space="preserve">А. </w:t>
            </w:r>
            <w:r w:rsidRPr="00713EA5">
              <w:rPr>
                <w:b/>
                <w:sz w:val="22"/>
                <w:lang w:val="ru-RU"/>
              </w:rPr>
              <w:t>ликвидация промышленных министерств, создание совнархозов</w:t>
            </w:r>
          </w:p>
          <w:p w:rsidR="00713EA5" w:rsidRPr="00713EA5" w:rsidRDefault="00713EA5">
            <w:pPr>
              <w:widowControl w:val="0"/>
              <w:rPr>
                <w:b/>
                <w:sz w:val="22"/>
                <w:lang w:val="ru-RU"/>
              </w:rPr>
            </w:pPr>
            <w:r w:rsidRPr="00713EA5">
              <w:rPr>
                <w:rStyle w:val="monospace1"/>
                <w:b/>
                <w:sz w:val="22"/>
                <w:lang w:val="ru-RU"/>
              </w:rPr>
              <w:t xml:space="preserve">Б. </w:t>
            </w:r>
            <w:r w:rsidRPr="00713EA5">
              <w:rPr>
                <w:b/>
                <w:sz w:val="22"/>
                <w:lang w:val="ru-RU"/>
              </w:rPr>
              <w:t>пуск первой в мире атомной электростанции в г. Обнинске</w:t>
            </w:r>
          </w:p>
          <w:p w:rsidR="00713EA5" w:rsidRPr="00713EA5" w:rsidRDefault="00713EA5">
            <w:pPr>
              <w:widowControl w:val="0"/>
              <w:rPr>
                <w:color w:val="000000"/>
                <w:sz w:val="22"/>
                <w:lang w:val="ru-RU"/>
              </w:rPr>
            </w:pPr>
            <w:r w:rsidRPr="00713EA5">
              <w:rPr>
                <w:rStyle w:val="monospace1"/>
                <w:sz w:val="22"/>
                <w:lang w:val="ru-RU"/>
              </w:rPr>
              <w:t xml:space="preserve">В. </w:t>
            </w:r>
            <w:r w:rsidRPr="00713EA5">
              <w:rPr>
                <w:sz w:val="22"/>
                <w:lang w:val="ru-RU"/>
              </w:rPr>
              <w:t>первый полет человека в космос</w:t>
            </w:r>
          </w:p>
          <w:p w:rsidR="00713EA5" w:rsidRPr="00713EA5" w:rsidRDefault="00713EA5">
            <w:pPr>
              <w:widowControl w:val="0"/>
              <w:rPr>
                <w:sz w:val="22"/>
                <w:lang w:val="ru-RU"/>
              </w:rPr>
            </w:pPr>
            <w:r w:rsidRPr="00713EA5">
              <w:rPr>
                <w:color w:val="000000"/>
                <w:sz w:val="22"/>
                <w:lang w:val="ru-RU"/>
              </w:rPr>
              <w:t xml:space="preserve">Г. </w:t>
            </w:r>
            <w:r w:rsidRPr="00713EA5">
              <w:rPr>
                <w:sz w:val="22"/>
                <w:lang w:val="ru-RU"/>
              </w:rPr>
              <w:t>начало коллективизации</w:t>
            </w:r>
          </w:p>
          <w:p w:rsidR="00713EA5" w:rsidRPr="00713EA5" w:rsidRDefault="00713EA5">
            <w:pPr>
              <w:widowControl w:val="0"/>
              <w:rPr>
                <w:sz w:val="22"/>
                <w:lang w:val="ru-RU"/>
              </w:rPr>
            </w:pPr>
            <w:r w:rsidRPr="00713EA5">
              <w:rPr>
                <w:sz w:val="22"/>
                <w:lang w:val="ru-RU"/>
              </w:rPr>
              <w:lastRenderedPageBreak/>
              <w:t>Д. авария на Чернобыльской атомной электростанции</w:t>
            </w:r>
          </w:p>
          <w:p w:rsidR="00713EA5" w:rsidRPr="00713EA5" w:rsidRDefault="00713EA5">
            <w:pPr>
              <w:widowControl w:val="0"/>
              <w:rPr>
                <w:b/>
                <w:sz w:val="22"/>
                <w:lang w:val="ru-RU"/>
              </w:rPr>
            </w:pPr>
            <w:r w:rsidRPr="00713EA5">
              <w:rPr>
                <w:b/>
                <w:sz w:val="22"/>
                <w:lang w:val="ru-RU"/>
              </w:rPr>
              <w:t>Е. начало освоения целинных и залежных земель</w:t>
            </w:r>
          </w:p>
          <w:p w:rsidR="00713EA5" w:rsidRPr="00713EA5" w:rsidRDefault="00713EA5">
            <w:pPr>
              <w:widowControl w:val="0"/>
              <w:overflowPunct w:val="0"/>
              <w:autoSpaceDE w:val="0"/>
              <w:autoSpaceDN w:val="0"/>
              <w:adjustRightInd w:val="0"/>
              <w:spacing w:line="288" w:lineRule="auto"/>
              <w:jc w:val="both"/>
              <w:rPr>
                <w:rFonts w:eastAsia="Times New Roman"/>
                <w:sz w:val="22"/>
                <w:lang w:val="ru-RU"/>
              </w:rPr>
            </w:pPr>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lastRenderedPageBreak/>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Повышенный</w:t>
            </w:r>
            <w:proofErr w:type="spellEnd"/>
          </w:p>
        </w:tc>
      </w:tr>
      <w:tr w:rsidR="00713EA5" w:rsidRPr="00E23FDB"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Pr="00713EA5" w:rsidRDefault="00713EA5">
            <w:pPr>
              <w:widowControl w:val="0"/>
              <w:overflowPunct w:val="0"/>
              <w:autoSpaceDE w:val="0"/>
              <w:autoSpaceDN w:val="0"/>
              <w:adjustRightInd w:val="0"/>
              <w:spacing w:line="240" w:lineRule="auto"/>
              <w:jc w:val="both"/>
              <w:rPr>
                <w:rFonts w:eastAsia="Times New Roman"/>
                <w:b/>
                <w:sz w:val="22"/>
                <w:lang w:val="ru-RU"/>
              </w:rPr>
            </w:pPr>
            <w:r w:rsidRPr="00713EA5">
              <w:rPr>
                <w:b/>
                <w:sz w:val="22"/>
                <w:lang w:val="ru-RU"/>
              </w:rPr>
              <w:t>Задания на установление последовательности / соответствия</w:t>
            </w:r>
          </w:p>
        </w:tc>
      </w:tr>
      <w:tr w:rsidR="00713EA5" w:rsidRPr="00E23FDB"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Pr="00713EA5" w:rsidRDefault="00713EA5">
            <w:pPr>
              <w:widowControl w:val="0"/>
              <w:overflowPunct w:val="0"/>
              <w:autoSpaceDE w:val="0"/>
              <w:autoSpaceDN w:val="0"/>
              <w:adjustRightInd w:val="0"/>
              <w:spacing w:line="240" w:lineRule="auto"/>
              <w:jc w:val="both"/>
              <w:rPr>
                <w:rFonts w:eastAsia="Times New Roman"/>
                <w:b/>
                <w:sz w:val="22"/>
                <w:lang w:val="ru-RU"/>
              </w:rPr>
            </w:pPr>
            <w:r w:rsidRPr="00713EA5">
              <w:rPr>
                <w:i/>
                <w:sz w:val="22"/>
                <w:lang w:val="ru-RU"/>
              </w:rPr>
              <w:t>установите последовательность элементов / соответствие между объектами задания и вариантами ответа</w:t>
            </w:r>
          </w:p>
        </w:tc>
      </w:tr>
      <w:tr w:rsidR="00713EA5" w:rsidRPr="00E23FDB" w:rsidTr="00713EA5">
        <w:trPr>
          <w:jc w:val="center"/>
        </w:trPr>
        <w:tc>
          <w:tcPr>
            <w:tcW w:w="9571" w:type="dxa"/>
            <w:gridSpan w:val="5"/>
            <w:tcBorders>
              <w:top w:val="single" w:sz="4" w:space="0" w:color="auto"/>
              <w:left w:val="single" w:sz="4" w:space="0" w:color="auto"/>
              <w:bottom w:val="single" w:sz="4" w:space="0" w:color="auto"/>
              <w:right w:val="single" w:sz="4" w:space="0" w:color="auto"/>
            </w:tcBorders>
          </w:tcPr>
          <w:p w:rsidR="00713EA5" w:rsidRPr="00713EA5" w:rsidRDefault="00713EA5">
            <w:pPr>
              <w:widowControl w:val="0"/>
              <w:spacing w:line="276" w:lineRule="auto"/>
              <w:rPr>
                <w:rFonts w:eastAsia="Times New Roman"/>
                <w:b/>
                <w:sz w:val="22"/>
                <w:lang w:val="ru-RU"/>
              </w:rPr>
            </w:pPr>
            <w:r w:rsidRPr="00713EA5">
              <w:rPr>
                <w:b/>
                <w:sz w:val="22"/>
                <w:lang w:val="ru-RU"/>
              </w:rPr>
              <w:t>5. Установите соответствие между событиями и действиями:</w:t>
            </w:r>
          </w:p>
          <w:p w:rsidR="00713EA5" w:rsidRPr="00713EA5" w:rsidRDefault="00713EA5">
            <w:pPr>
              <w:widowControl w:val="0"/>
              <w:spacing w:line="276" w:lineRule="auto"/>
              <w:rPr>
                <w:b/>
                <w:sz w:val="22"/>
                <w:lang w:val="ru-RU"/>
              </w:rPr>
            </w:pPr>
          </w:p>
          <w:tbl>
            <w:tblPr>
              <w:tblW w:w="9101" w:type="dxa"/>
              <w:tblInd w:w="105" w:type="dxa"/>
              <w:tblLook w:val="04A0" w:firstRow="1" w:lastRow="0" w:firstColumn="1" w:lastColumn="0" w:noHBand="0" w:noVBand="1"/>
            </w:tblPr>
            <w:tblGrid>
              <w:gridCol w:w="2864"/>
              <w:gridCol w:w="6237"/>
            </w:tblGrid>
            <w:tr w:rsidR="00713EA5">
              <w:trPr>
                <w:trHeight w:val="259"/>
              </w:trPr>
              <w:tc>
                <w:tcPr>
                  <w:tcW w:w="2864"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6237"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ДЕЙСТВИЯ</w:t>
                  </w:r>
                </w:p>
              </w:tc>
            </w:tr>
            <w:tr w:rsidR="00713EA5" w:rsidRPr="00E23FDB">
              <w:trPr>
                <w:trHeight w:val="478"/>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разрядка</w:t>
                  </w:r>
                  <w:proofErr w:type="spellEnd"/>
                  <w:r>
                    <w:rPr>
                      <w:color w:val="232323"/>
                      <w:sz w:val="22"/>
                    </w:rPr>
                    <w:t xml:space="preserve"> </w:t>
                  </w:r>
                  <w:proofErr w:type="spellStart"/>
                  <w:r>
                    <w:rPr>
                      <w:color w:val="232323"/>
                      <w:sz w:val="22"/>
                    </w:rPr>
                    <w:t>международной</w:t>
                  </w:r>
                  <w:proofErr w:type="spellEnd"/>
                  <w:r>
                    <w:rPr>
                      <w:color w:val="232323"/>
                      <w:sz w:val="22"/>
                    </w:rPr>
                    <w:t xml:space="preserve"> </w:t>
                  </w:r>
                  <w:proofErr w:type="spellStart"/>
                  <w:r>
                    <w:rPr>
                      <w:color w:val="232323"/>
                      <w:sz w:val="22"/>
                    </w:rPr>
                    <w:t>напряжённости</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А) стыковка космических кораблей «Союз» и «Аполлон»</w:t>
                  </w:r>
                </w:p>
              </w:tc>
            </w:tr>
            <w:tr w:rsidR="00713EA5">
              <w:trPr>
                <w:trHeight w:val="230"/>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2) </w:t>
                  </w:r>
                  <w:proofErr w:type="spellStart"/>
                  <w:r>
                    <w:rPr>
                      <w:color w:val="232323"/>
                      <w:sz w:val="22"/>
                    </w:rPr>
                    <w:t>закрепощение</w:t>
                  </w:r>
                  <w:proofErr w:type="spellEnd"/>
                  <w:r>
                    <w:rPr>
                      <w:color w:val="232323"/>
                      <w:sz w:val="22"/>
                    </w:rPr>
                    <w:t xml:space="preserve"> </w:t>
                  </w:r>
                  <w:proofErr w:type="spellStart"/>
                  <w:r>
                    <w:rPr>
                      <w:color w:val="232323"/>
                      <w:sz w:val="22"/>
                    </w:rPr>
                    <w:t>крестьян</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w:t>
                  </w:r>
                  <w:proofErr w:type="spellStart"/>
                  <w:r>
                    <w:rPr>
                      <w:color w:val="232323"/>
                      <w:sz w:val="22"/>
                    </w:rPr>
                    <w:t>введение</w:t>
                  </w:r>
                  <w:proofErr w:type="spellEnd"/>
                  <w:r>
                    <w:rPr>
                      <w:color w:val="232323"/>
                      <w:sz w:val="22"/>
                    </w:rPr>
                    <w:t xml:space="preserve"> «</w:t>
                  </w:r>
                  <w:proofErr w:type="spellStart"/>
                  <w:r>
                    <w:rPr>
                      <w:color w:val="232323"/>
                      <w:sz w:val="22"/>
                    </w:rPr>
                    <w:t>заповедных</w:t>
                  </w:r>
                  <w:proofErr w:type="spellEnd"/>
                  <w:r>
                    <w:rPr>
                      <w:color w:val="232323"/>
                      <w:sz w:val="22"/>
                    </w:rPr>
                    <w:t xml:space="preserve"> </w:t>
                  </w:r>
                  <w:proofErr w:type="spellStart"/>
                  <w:r>
                    <w:rPr>
                      <w:color w:val="232323"/>
                      <w:sz w:val="22"/>
                    </w:rPr>
                    <w:t>лет</w:t>
                  </w:r>
                  <w:proofErr w:type="spellEnd"/>
                  <w:r>
                    <w:rPr>
                      <w:color w:val="232323"/>
                      <w:sz w:val="22"/>
                    </w:rPr>
                    <w:t>»</w:t>
                  </w:r>
                </w:p>
              </w:tc>
            </w:tr>
            <w:tr w:rsidR="00713EA5">
              <w:trPr>
                <w:trHeight w:val="188"/>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3) </w:t>
                  </w:r>
                  <w:proofErr w:type="spellStart"/>
                  <w:r>
                    <w:rPr>
                      <w:color w:val="232323"/>
                      <w:sz w:val="22"/>
                    </w:rPr>
                    <w:t>реформы</w:t>
                  </w:r>
                  <w:proofErr w:type="spellEnd"/>
                  <w:r>
                    <w:rPr>
                      <w:color w:val="232323"/>
                      <w:sz w:val="22"/>
                    </w:rPr>
                    <w:t xml:space="preserve"> </w:t>
                  </w:r>
                  <w:proofErr w:type="spellStart"/>
                  <w:r>
                    <w:rPr>
                      <w:color w:val="232323"/>
                      <w:sz w:val="22"/>
                    </w:rPr>
                    <w:t>Александра</w:t>
                  </w:r>
                  <w:proofErr w:type="spellEnd"/>
                  <w:r>
                    <w:rPr>
                      <w:color w:val="232323"/>
                      <w:sz w:val="22"/>
                    </w:rPr>
                    <w:t xml:space="preserve"> I</w:t>
                  </w: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В) </w:t>
                  </w:r>
                  <w:proofErr w:type="spellStart"/>
                  <w:r>
                    <w:rPr>
                      <w:color w:val="232323"/>
                      <w:sz w:val="22"/>
                    </w:rPr>
                    <w:t>создание</w:t>
                  </w:r>
                  <w:proofErr w:type="spellEnd"/>
                  <w:r>
                    <w:rPr>
                      <w:color w:val="232323"/>
                      <w:sz w:val="22"/>
                    </w:rPr>
                    <w:t xml:space="preserve"> </w:t>
                  </w:r>
                  <w:proofErr w:type="spellStart"/>
                  <w:r>
                    <w:rPr>
                      <w:color w:val="232323"/>
                      <w:sz w:val="22"/>
                    </w:rPr>
                    <w:t>Государственного</w:t>
                  </w:r>
                  <w:proofErr w:type="spellEnd"/>
                  <w:r>
                    <w:rPr>
                      <w:color w:val="232323"/>
                      <w:sz w:val="22"/>
                    </w:rPr>
                    <w:t xml:space="preserve"> </w:t>
                  </w:r>
                  <w:proofErr w:type="spellStart"/>
                  <w:r>
                    <w:rPr>
                      <w:color w:val="232323"/>
                      <w:sz w:val="22"/>
                    </w:rPr>
                    <w:t>совета</w:t>
                  </w:r>
                  <w:proofErr w:type="spellEnd"/>
                </w:p>
              </w:tc>
            </w:tr>
            <w:tr w:rsidR="00713EA5" w:rsidRPr="00E23FDB">
              <w:trPr>
                <w:trHeight w:val="495"/>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spacing w:line="240" w:lineRule="auto"/>
                    <w:ind w:right="141"/>
                    <w:rPr>
                      <w:rFonts w:eastAsia="Times New Roman"/>
                      <w:color w:val="232323"/>
                    </w:rPr>
                  </w:pPr>
                  <w:r>
                    <w:rPr>
                      <w:color w:val="232323"/>
                      <w:sz w:val="22"/>
                    </w:rPr>
                    <w:t xml:space="preserve">4) </w:t>
                  </w:r>
                  <w:proofErr w:type="spellStart"/>
                  <w:r>
                    <w:rPr>
                      <w:color w:val="232323"/>
                      <w:sz w:val="22"/>
                    </w:rPr>
                    <w:t>новое</w:t>
                  </w:r>
                  <w:proofErr w:type="spellEnd"/>
                  <w:r>
                    <w:rPr>
                      <w:color w:val="232323"/>
                      <w:sz w:val="22"/>
                    </w:rPr>
                    <w:t xml:space="preserve"> </w:t>
                  </w:r>
                  <w:proofErr w:type="spellStart"/>
                  <w:r>
                    <w:rPr>
                      <w:color w:val="232323"/>
                      <w:sz w:val="22"/>
                    </w:rPr>
                    <w:t>политическое</w:t>
                  </w:r>
                  <w:proofErr w:type="spellEnd"/>
                </w:p>
                <w:p w:rsidR="00713EA5" w:rsidRDefault="00713EA5">
                  <w:pPr>
                    <w:overflowPunct w:val="0"/>
                    <w:autoSpaceDE w:val="0"/>
                    <w:autoSpaceDN w:val="0"/>
                    <w:adjustRightInd w:val="0"/>
                    <w:spacing w:line="240" w:lineRule="auto"/>
                    <w:ind w:right="141"/>
                    <w:jc w:val="both"/>
                    <w:rPr>
                      <w:rFonts w:ascii="Times New Roman, sans-serif" w:eastAsia="Times New Roman" w:hAnsi="Times New Roman, sans-serif"/>
                    </w:rPr>
                  </w:pPr>
                  <w:proofErr w:type="spellStart"/>
                  <w:r>
                    <w:rPr>
                      <w:color w:val="232323"/>
                      <w:sz w:val="22"/>
                    </w:rPr>
                    <w:t>мышление</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Г) подписание договора о ликвидации ракет средней и меньшей дальности</w:t>
                  </w:r>
                </w:p>
              </w:tc>
            </w:tr>
            <w:tr w:rsidR="00713EA5" w:rsidRPr="00E23FDB">
              <w:trPr>
                <w:trHeight w:val="303"/>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Д) ввод советских войск в Афганистан</w:t>
                  </w:r>
                </w:p>
              </w:tc>
            </w:tr>
            <w:tr w:rsidR="00713EA5" w:rsidRPr="00E23FDB">
              <w:trPr>
                <w:trHeight w:val="280"/>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Е) издание указа о трёхдневной барщине</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Default="00713EA5">
            <w:pPr>
              <w:pStyle w:val="aff8"/>
              <w:widowControl w:val="0"/>
              <w:rPr>
                <w:b/>
                <w:sz w:val="22"/>
                <w:szCs w:val="22"/>
              </w:rPr>
            </w:pPr>
          </w:p>
          <w:p w:rsidR="00713EA5" w:rsidRPr="00713EA5" w:rsidRDefault="00713EA5">
            <w:pPr>
              <w:widowControl w:val="0"/>
              <w:spacing w:line="240" w:lineRule="auto"/>
              <w:rPr>
                <w:b/>
                <w:sz w:val="22"/>
                <w:lang w:val="ru-RU"/>
              </w:rPr>
            </w:pPr>
          </w:p>
          <w:p w:rsidR="00713EA5" w:rsidRPr="00713EA5" w:rsidRDefault="00713EA5">
            <w:pPr>
              <w:widowControl w:val="0"/>
              <w:spacing w:line="276" w:lineRule="auto"/>
              <w:rPr>
                <w:b/>
                <w:sz w:val="22"/>
                <w:lang w:val="ru-RU"/>
              </w:rPr>
            </w:pPr>
            <w:r w:rsidRPr="00713EA5">
              <w:rPr>
                <w:b/>
                <w:sz w:val="22"/>
                <w:lang w:val="ru-RU"/>
              </w:rPr>
              <w:t>6.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713EA5">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ГОДЫ</w:t>
                  </w:r>
                </w:p>
              </w:tc>
            </w:tr>
            <w:tr w:rsidR="00713EA5">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5"/>
                    <w:jc w:val="both"/>
                    <w:rPr>
                      <w:rFonts w:ascii="Times New Roman, sans-serif" w:eastAsia="Times New Roman" w:hAnsi="Times New Roman, sans-serif"/>
                    </w:rPr>
                  </w:pPr>
                  <w:r>
                    <w:rPr>
                      <w:color w:val="232323"/>
                      <w:sz w:val="22"/>
                    </w:rPr>
                    <w:t xml:space="preserve">1) </w:t>
                  </w:r>
                  <w:proofErr w:type="spellStart"/>
                  <w:r>
                    <w:rPr>
                      <w:color w:val="232323"/>
                      <w:sz w:val="22"/>
                    </w:rPr>
                    <w:t>подписание</w:t>
                  </w:r>
                  <w:proofErr w:type="spellEnd"/>
                  <w:r>
                    <w:rPr>
                      <w:color w:val="232323"/>
                      <w:sz w:val="22"/>
                    </w:rPr>
                    <w:t xml:space="preserve"> </w:t>
                  </w:r>
                  <w:proofErr w:type="spellStart"/>
                  <w:r>
                    <w:rPr>
                      <w:color w:val="232323"/>
                      <w:sz w:val="22"/>
                    </w:rPr>
                    <w:t>Брестского</w:t>
                  </w:r>
                  <w:proofErr w:type="spellEnd"/>
                  <w:r>
                    <w:rPr>
                      <w:color w:val="232323"/>
                      <w:sz w:val="22"/>
                    </w:rPr>
                    <w:t xml:space="preserve"> </w:t>
                  </w:r>
                  <w:proofErr w:type="spellStart"/>
                  <w:r>
                    <w:rPr>
                      <w:color w:val="232323"/>
                      <w:spacing w:val="-4"/>
                      <w:sz w:val="22"/>
                    </w:rPr>
                    <w:t>мира</w:t>
                  </w:r>
                  <w:proofErr w:type="spellEnd"/>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А) 1918 </w:t>
                  </w:r>
                  <w:r>
                    <w:rPr>
                      <w:color w:val="232323"/>
                      <w:spacing w:val="-5"/>
                      <w:sz w:val="22"/>
                    </w:rPr>
                    <w:t>г.</w:t>
                  </w:r>
                </w:p>
              </w:tc>
            </w:tr>
            <w:tr w:rsidR="00713EA5">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5"/>
                    <w:jc w:val="both"/>
                    <w:rPr>
                      <w:rFonts w:ascii="Times New Roman, sans-serif" w:eastAsia="Times New Roman" w:hAnsi="Times New Roman, sans-serif"/>
                    </w:rPr>
                  </w:pPr>
                  <w:r>
                    <w:rPr>
                      <w:color w:val="232323"/>
                      <w:sz w:val="22"/>
                    </w:rPr>
                    <w:t xml:space="preserve">2) </w:t>
                  </w:r>
                  <w:proofErr w:type="spellStart"/>
                  <w:r>
                    <w:rPr>
                      <w:color w:val="232323"/>
                      <w:sz w:val="22"/>
                    </w:rPr>
                    <w:t>образование</w:t>
                  </w:r>
                  <w:proofErr w:type="spellEnd"/>
                  <w:r>
                    <w:rPr>
                      <w:color w:val="232323"/>
                      <w:sz w:val="22"/>
                    </w:rPr>
                    <w:t xml:space="preserve"> </w:t>
                  </w:r>
                  <w:r>
                    <w:rPr>
                      <w:color w:val="232323"/>
                      <w:spacing w:val="-4"/>
                      <w:sz w:val="22"/>
                    </w:rPr>
                    <w:t>СССР</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1922 </w:t>
                  </w:r>
                  <w:r>
                    <w:rPr>
                      <w:color w:val="232323"/>
                      <w:spacing w:val="-5"/>
                      <w:sz w:val="22"/>
                    </w:rPr>
                    <w:t>г.</w:t>
                  </w:r>
                </w:p>
              </w:tc>
            </w:tr>
            <w:tr w:rsidR="00713EA5" w:rsidRPr="00E23FDB">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5"/>
                    <w:jc w:val="both"/>
                    <w:rPr>
                      <w:rFonts w:ascii="Times New Roman, sans-serif" w:eastAsia="Times New Roman" w:hAnsi="Times New Roman, sans-serif"/>
                      <w:lang w:val="ru-RU"/>
                    </w:rPr>
                  </w:pPr>
                  <w:r w:rsidRPr="00713EA5">
                    <w:rPr>
                      <w:color w:val="232323"/>
                      <w:sz w:val="22"/>
                      <w:lang w:val="ru-RU"/>
                    </w:rPr>
                    <w:t xml:space="preserve">3) начало освоения целинных залежных </w:t>
                  </w:r>
                  <w:r w:rsidRPr="00713EA5">
                    <w:rPr>
                      <w:color w:val="232323"/>
                      <w:spacing w:val="-2"/>
                      <w:sz w:val="22"/>
                      <w:lang w:val="ru-RU"/>
                    </w:rPr>
                    <w:t>земель</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1955 </w:t>
                  </w:r>
                  <w:r w:rsidRPr="00713EA5">
                    <w:rPr>
                      <w:color w:val="232323"/>
                      <w:spacing w:val="-5"/>
                      <w:sz w:val="22"/>
                      <w:lang w:val="ru-RU"/>
                    </w:rPr>
                    <w:t>г.</w:t>
                  </w:r>
                </w:p>
              </w:tc>
            </w:tr>
            <w:tr w:rsidR="00713EA5" w:rsidRPr="00E23FDB">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5"/>
                    <w:jc w:val="both"/>
                    <w:rPr>
                      <w:rFonts w:ascii="Times New Roman, sans-serif" w:eastAsia="Times New Roman" w:hAnsi="Times New Roman, sans-serif"/>
                      <w:lang w:val="ru-RU"/>
                    </w:rPr>
                  </w:pPr>
                  <w:r w:rsidRPr="00713EA5">
                    <w:rPr>
                      <w:color w:val="232323"/>
                      <w:sz w:val="22"/>
                      <w:lang w:val="ru-RU"/>
                    </w:rPr>
                    <w:t xml:space="preserve">4) убийство Павла </w:t>
                  </w:r>
                  <w:r>
                    <w:rPr>
                      <w:color w:val="232323"/>
                      <w:spacing w:val="-10"/>
                      <w:sz w:val="22"/>
                    </w:rPr>
                    <w:t>I</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1801 </w:t>
                  </w:r>
                  <w:r w:rsidRPr="00713EA5">
                    <w:rPr>
                      <w:color w:val="232323"/>
                      <w:spacing w:val="-5"/>
                      <w:sz w:val="22"/>
                      <w:lang w:val="ru-RU"/>
                    </w:rPr>
                    <w:t>г.</w:t>
                  </w:r>
                </w:p>
              </w:tc>
            </w:tr>
            <w:tr w:rsidR="00713EA5" w:rsidRPr="00E23FDB">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Д) 1961 </w:t>
                  </w:r>
                  <w:r w:rsidRPr="00713EA5">
                    <w:rPr>
                      <w:color w:val="232323"/>
                      <w:spacing w:val="-5"/>
                      <w:sz w:val="22"/>
                      <w:lang w:val="ru-RU"/>
                    </w:rPr>
                    <w:t>г.</w:t>
                  </w:r>
                </w:p>
              </w:tc>
            </w:tr>
            <w:tr w:rsidR="00713EA5" w:rsidRPr="00E23FDB">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Е) 1775 </w:t>
                  </w:r>
                  <w:r w:rsidRPr="00713EA5">
                    <w:rPr>
                      <w:color w:val="232323"/>
                      <w:spacing w:val="-5"/>
                      <w:sz w:val="22"/>
                      <w:lang w:val="ru-RU"/>
                    </w:rPr>
                    <w:t>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pacing w:line="276" w:lineRule="auto"/>
              <w:rPr>
                <w:b/>
                <w:sz w:val="22"/>
                <w:lang w:val="ru-RU"/>
              </w:rPr>
            </w:pPr>
            <w:r w:rsidRPr="00713EA5">
              <w:rPr>
                <w:b/>
                <w:sz w:val="22"/>
                <w:lang w:val="ru-RU"/>
              </w:rPr>
              <w:t>7.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713EA5" w:rsidRPr="00E23FDB">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b/>
                      <w:bCs/>
                      <w:color w:val="232323"/>
                      <w:sz w:val="22"/>
                      <w:lang w:val="ru-RU"/>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b/>
                      <w:bCs/>
                      <w:color w:val="232323"/>
                      <w:sz w:val="22"/>
                      <w:lang w:val="ru-RU"/>
                    </w:rPr>
                    <w:t>ГОДЫ</w:t>
                  </w:r>
                </w:p>
              </w:tc>
            </w:tr>
            <w:tr w:rsidR="00713EA5" w:rsidRPr="00E23FDB">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1)</w:t>
                  </w:r>
                  <w:r>
                    <w:rPr>
                      <w:color w:val="232323"/>
                      <w:sz w:val="22"/>
                    </w:rPr>
                    <w:t> </w:t>
                  </w:r>
                  <w:r w:rsidRPr="00713EA5">
                    <w:rPr>
                      <w:color w:val="232323"/>
                      <w:sz w:val="22"/>
                      <w:lang w:val="ru-RU"/>
                    </w:rPr>
                    <w:t xml:space="preserve"> дело “</w:t>
                  </w:r>
                  <w:proofErr w:type="spellStart"/>
                  <w:r w:rsidRPr="00713EA5">
                    <w:rPr>
                      <w:color w:val="232323"/>
                      <w:sz w:val="22"/>
                      <w:lang w:val="ru-RU"/>
                    </w:rPr>
                    <w:t>Каталина</w:t>
                  </w:r>
                  <w:proofErr w:type="spellEnd"/>
                  <w:r w:rsidRPr="00713EA5">
                    <w:rPr>
                      <w:color w:val="232323"/>
                      <w:sz w:val="22"/>
                      <w:lang w:val="ru-RU"/>
                    </w:rPr>
                    <w:t>”</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А) 1952 </w:t>
                  </w:r>
                  <w:r w:rsidRPr="00713EA5">
                    <w:rPr>
                      <w:color w:val="232323"/>
                      <w:spacing w:val="-5"/>
                      <w:sz w:val="22"/>
                      <w:lang w:val="ru-RU"/>
                    </w:rPr>
                    <w:t>г.</w:t>
                  </w:r>
                </w:p>
              </w:tc>
            </w:tr>
            <w:tr w:rsidR="00713EA5" w:rsidRPr="00E23FDB">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2)</w:t>
                  </w:r>
                  <w:r>
                    <w:rPr>
                      <w:color w:val="232323"/>
                      <w:sz w:val="22"/>
                    </w:rPr>
                    <w:t> </w:t>
                  </w:r>
                  <w:r w:rsidRPr="00713EA5">
                    <w:rPr>
                      <w:color w:val="232323"/>
                      <w:sz w:val="22"/>
                      <w:lang w:val="ru-RU"/>
                    </w:rPr>
                    <w:t xml:space="preserve"> смерть И. В. </w:t>
                  </w:r>
                  <w:r w:rsidRPr="00713EA5">
                    <w:rPr>
                      <w:color w:val="232323"/>
                      <w:spacing w:val="-2"/>
                      <w:sz w:val="22"/>
                      <w:lang w:val="ru-RU"/>
                    </w:rPr>
                    <w:t>Сталина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Б) 1953 </w:t>
                  </w:r>
                  <w:r w:rsidRPr="00713EA5">
                    <w:rPr>
                      <w:color w:val="232323"/>
                      <w:spacing w:val="-5"/>
                      <w:sz w:val="22"/>
                      <w:lang w:val="ru-RU"/>
                    </w:rPr>
                    <w:t>г.</w:t>
                  </w:r>
                </w:p>
              </w:tc>
            </w:tr>
            <w:tr w:rsidR="00713EA5" w:rsidRPr="00E23FDB">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3)</w:t>
                  </w:r>
                  <w:r>
                    <w:rPr>
                      <w:color w:val="232323"/>
                      <w:sz w:val="22"/>
                    </w:rPr>
                    <w:t> </w:t>
                  </w:r>
                  <w:r w:rsidRPr="00713EA5">
                    <w:rPr>
                      <w:color w:val="232323"/>
                      <w:sz w:val="22"/>
                      <w:lang w:val="ru-RU"/>
                    </w:rPr>
                    <w:t xml:space="preserve"> начало «Мингрельского </w:t>
                  </w:r>
                  <w:r w:rsidRPr="00713EA5">
                    <w:rPr>
                      <w:color w:val="232323"/>
                      <w:spacing w:val="-4"/>
                      <w:sz w:val="22"/>
                      <w:lang w:val="ru-RU"/>
                    </w:rPr>
                    <w:t>дела»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1951 </w:t>
                  </w:r>
                  <w:r w:rsidRPr="00713EA5">
                    <w:rPr>
                      <w:color w:val="232323"/>
                      <w:spacing w:val="-5"/>
                      <w:sz w:val="22"/>
                      <w:lang w:val="ru-RU"/>
                    </w:rPr>
                    <w:t>г.</w:t>
                  </w:r>
                </w:p>
              </w:tc>
            </w:tr>
            <w:tr w:rsidR="00713EA5" w:rsidRPr="00E23FDB">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4)</w:t>
                  </w:r>
                  <w:r>
                    <w:rPr>
                      <w:color w:val="232323"/>
                      <w:sz w:val="22"/>
                    </w:rPr>
                    <w:t> </w:t>
                  </w:r>
                  <w:r w:rsidRPr="00713EA5">
                    <w:rPr>
                      <w:color w:val="232323"/>
                      <w:sz w:val="22"/>
                      <w:lang w:val="ru-RU"/>
                    </w:rPr>
                    <w:t xml:space="preserve"> </w:t>
                  </w:r>
                  <w:r>
                    <w:rPr>
                      <w:color w:val="232323"/>
                      <w:sz w:val="22"/>
                    </w:rPr>
                    <w:t>XIX</w:t>
                  </w:r>
                  <w:r w:rsidRPr="00713EA5">
                    <w:rPr>
                      <w:color w:val="232323"/>
                      <w:sz w:val="22"/>
                      <w:lang w:val="ru-RU"/>
                    </w:rPr>
                    <w:t xml:space="preserve"> Всесоюзная конференция </w:t>
                  </w:r>
                  <w:r w:rsidRPr="00713EA5">
                    <w:rPr>
                      <w:color w:val="232323"/>
                      <w:spacing w:val="-4"/>
                      <w:sz w:val="22"/>
                      <w:lang w:val="ru-RU"/>
                    </w:rPr>
                    <w:t>КПСС</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1988 </w:t>
                  </w:r>
                  <w:r w:rsidRPr="00713EA5">
                    <w:rPr>
                      <w:color w:val="232323"/>
                      <w:spacing w:val="-5"/>
                      <w:sz w:val="22"/>
                      <w:lang w:val="ru-RU"/>
                    </w:rPr>
                    <w:t>г.</w:t>
                  </w:r>
                </w:p>
              </w:tc>
            </w:tr>
            <w:tr w:rsidR="00713EA5" w:rsidRPr="00E23FDB">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Д) 1990 </w:t>
                  </w:r>
                  <w:r w:rsidRPr="00713EA5">
                    <w:rPr>
                      <w:color w:val="232323"/>
                      <w:spacing w:val="-5"/>
                      <w:sz w:val="22"/>
                      <w:lang w:val="ru-RU"/>
                    </w:rPr>
                    <w:t>г.</w:t>
                  </w:r>
                </w:p>
              </w:tc>
            </w:tr>
            <w:tr w:rsidR="00713EA5" w:rsidRPr="00E23FDB">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Е) 1957 </w:t>
                  </w:r>
                  <w:r w:rsidRPr="00713EA5">
                    <w:rPr>
                      <w:color w:val="232323"/>
                      <w:spacing w:val="-5"/>
                      <w:sz w:val="22"/>
                      <w:lang w:val="ru-RU"/>
                    </w:rPr>
                    <w:t>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Default="00713EA5">
            <w:pPr>
              <w:pStyle w:val="aff8"/>
              <w:widowControl w:val="0"/>
              <w:rPr>
                <w:b/>
                <w:sz w:val="22"/>
                <w:szCs w:val="22"/>
              </w:rPr>
            </w:pPr>
          </w:p>
          <w:p w:rsidR="00713EA5" w:rsidRPr="00713EA5" w:rsidRDefault="00713EA5">
            <w:pPr>
              <w:widowControl w:val="0"/>
              <w:spacing w:line="276" w:lineRule="auto"/>
              <w:rPr>
                <w:b/>
                <w:sz w:val="22"/>
                <w:lang w:val="ru-RU"/>
              </w:rPr>
            </w:pPr>
            <w:r w:rsidRPr="00713EA5">
              <w:rPr>
                <w:b/>
                <w:sz w:val="22"/>
                <w:lang w:val="ru-RU"/>
              </w:rPr>
              <w:t>8.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713EA5">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ГОДЫ</w:t>
                  </w:r>
                </w:p>
              </w:tc>
            </w:tr>
            <w:tr w:rsidR="00713EA5">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 xml:space="preserve">1) ввод советских войск в </w:t>
                  </w:r>
                  <w:r w:rsidRPr="00713EA5">
                    <w:rPr>
                      <w:color w:val="232323"/>
                      <w:spacing w:val="-2"/>
                      <w:sz w:val="22"/>
                      <w:lang w:val="ru-RU"/>
                    </w:rPr>
                    <w:t>Афганистан</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А) 1979 </w:t>
                  </w:r>
                  <w:r>
                    <w:rPr>
                      <w:color w:val="232323"/>
                      <w:spacing w:val="-10"/>
                      <w:sz w:val="22"/>
                    </w:rPr>
                    <w:t>г.</w:t>
                  </w:r>
                </w:p>
              </w:tc>
            </w:tr>
            <w:tr w:rsidR="00713EA5">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both"/>
                    <w:rPr>
                      <w:rFonts w:ascii="Times New Roman, sans-serif" w:eastAsia="Times New Roman" w:hAnsi="Times New Roman, sans-serif"/>
                    </w:rPr>
                  </w:pPr>
                  <w:r>
                    <w:rPr>
                      <w:color w:val="232323"/>
                      <w:sz w:val="22"/>
                    </w:rPr>
                    <w:t xml:space="preserve">2) </w:t>
                  </w:r>
                  <w:proofErr w:type="spellStart"/>
                  <w:r>
                    <w:rPr>
                      <w:color w:val="232323"/>
                      <w:sz w:val="22"/>
                    </w:rPr>
                    <w:t>Невская</w:t>
                  </w:r>
                  <w:proofErr w:type="spellEnd"/>
                  <w:r>
                    <w:rPr>
                      <w:color w:val="232323"/>
                      <w:sz w:val="22"/>
                    </w:rPr>
                    <w:t xml:space="preserve"> </w:t>
                  </w:r>
                  <w:proofErr w:type="spellStart"/>
                  <w:r>
                    <w:rPr>
                      <w:color w:val="232323"/>
                      <w:spacing w:val="-4"/>
                      <w:sz w:val="22"/>
                    </w:rPr>
                    <w:t>битва</w:t>
                  </w:r>
                  <w:proofErr w:type="spellEnd"/>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1240 </w:t>
                  </w:r>
                  <w:r>
                    <w:rPr>
                      <w:color w:val="232323"/>
                      <w:spacing w:val="-10"/>
                      <w:sz w:val="22"/>
                    </w:rPr>
                    <w:t>г.</w:t>
                  </w:r>
                </w:p>
              </w:tc>
            </w:tr>
            <w:tr w:rsidR="00713EA5">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 xml:space="preserve">3) издание указа о «вольных </w:t>
                  </w:r>
                  <w:r w:rsidRPr="00713EA5">
                    <w:rPr>
                      <w:color w:val="232323"/>
                      <w:spacing w:val="-2"/>
                      <w:sz w:val="22"/>
                      <w:lang w:val="ru-RU"/>
                    </w:rPr>
                    <w:t>хлебопашцах»</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В) 1803 </w:t>
                  </w:r>
                  <w:r>
                    <w:rPr>
                      <w:color w:val="232323"/>
                      <w:spacing w:val="-5"/>
                      <w:sz w:val="22"/>
                    </w:rPr>
                    <w:t>г.</w:t>
                  </w:r>
                </w:p>
              </w:tc>
            </w:tr>
            <w:tr w:rsidR="00713EA5" w:rsidRPr="00E23FDB">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 xml:space="preserve">4) вхождение Казани в состав </w:t>
                  </w:r>
                  <w:r w:rsidRPr="00713EA5">
                    <w:rPr>
                      <w:color w:val="232323"/>
                      <w:spacing w:val="-2"/>
                      <w:sz w:val="22"/>
                      <w:lang w:val="ru-RU"/>
                    </w:rPr>
                    <w:t>России</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1552 </w:t>
                  </w:r>
                  <w:r w:rsidRPr="00713EA5">
                    <w:rPr>
                      <w:color w:val="232323"/>
                      <w:spacing w:val="-10"/>
                      <w:sz w:val="22"/>
                      <w:lang w:val="ru-RU"/>
                    </w:rPr>
                    <w:t>г.</w:t>
                  </w:r>
                </w:p>
              </w:tc>
            </w:tr>
            <w:tr w:rsidR="00713EA5" w:rsidRPr="00E23FDB">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Д) 1549 </w:t>
                  </w:r>
                  <w:r w:rsidRPr="00713EA5">
                    <w:rPr>
                      <w:color w:val="232323"/>
                      <w:spacing w:val="-10"/>
                      <w:sz w:val="22"/>
                      <w:lang w:val="ru-RU"/>
                    </w:rPr>
                    <w:t>г.</w:t>
                  </w:r>
                </w:p>
              </w:tc>
            </w:tr>
            <w:tr w:rsidR="00713EA5" w:rsidRPr="00E23FDB">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ascii="Times New Roman, sans-serif" w:eastAsia="Times New Roman" w:hAnsi="Times New Roman, sans-serif"/>
                      <w:lang w:val="ru-RU"/>
                    </w:rPr>
                  </w:pPr>
                  <w:r w:rsidRPr="00713EA5">
                    <w:rPr>
                      <w:color w:val="232323"/>
                      <w:sz w:val="22"/>
                      <w:lang w:val="ru-RU"/>
                    </w:rPr>
                    <w:t xml:space="preserve">Е) 1989 </w:t>
                  </w:r>
                  <w:r w:rsidRPr="00713EA5">
                    <w:rPr>
                      <w:color w:val="232323"/>
                      <w:spacing w:val="-5"/>
                      <w:sz w:val="22"/>
                      <w:lang w:val="ru-RU"/>
                    </w:rPr>
                    <w:t>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pacing w:line="240" w:lineRule="auto"/>
              <w:rPr>
                <w:b/>
                <w:iCs/>
                <w:color w:val="000000"/>
                <w:sz w:val="22"/>
                <w:lang w:val="ru-RU"/>
              </w:rPr>
            </w:pPr>
          </w:p>
          <w:p w:rsidR="00713EA5" w:rsidRDefault="00713EA5">
            <w:pPr>
              <w:pStyle w:val="aff8"/>
              <w:widowControl w:val="0"/>
              <w:rPr>
                <w:b/>
                <w:sz w:val="22"/>
                <w:szCs w:val="22"/>
              </w:rPr>
            </w:pPr>
          </w:p>
          <w:p w:rsidR="00713EA5" w:rsidRPr="00713EA5" w:rsidRDefault="00713EA5">
            <w:pPr>
              <w:widowControl w:val="0"/>
              <w:spacing w:line="276" w:lineRule="auto"/>
              <w:rPr>
                <w:b/>
                <w:sz w:val="22"/>
                <w:lang w:val="ru-RU"/>
              </w:rPr>
            </w:pPr>
            <w:r w:rsidRPr="00713EA5">
              <w:rPr>
                <w:b/>
                <w:sz w:val="22"/>
                <w:lang w:val="ru-RU"/>
              </w:rPr>
              <w:t>9.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713EA5">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ГОДЫ</w:t>
                  </w:r>
                </w:p>
              </w:tc>
            </w:tr>
            <w:tr w:rsidR="00713EA5" w:rsidRPr="00E23FDB">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eastAsia="Times New Roman"/>
                      <w:lang w:val="ru-RU"/>
                    </w:rPr>
                  </w:pPr>
                  <w:r w:rsidRPr="00713EA5">
                    <w:rPr>
                      <w:color w:val="232323"/>
                      <w:sz w:val="22"/>
                      <w:lang w:val="ru-RU"/>
                    </w:rPr>
                    <w:t xml:space="preserve">1) </w:t>
                  </w:r>
                  <w:r w:rsidRPr="00713EA5">
                    <w:rPr>
                      <w:sz w:val="22"/>
                      <w:lang w:val="ru-RU"/>
                    </w:rPr>
                    <w:t>первое упоминание Москвы в летописи</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А) </w:t>
                  </w:r>
                  <w:r w:rsidRPr="00713EA5">
                    <w:rPr>
                      <w:sz w:val="22"/>
                      <w:lang w:val="ru-RU"/>
                    </w:rPr>
                    <w:t>1147 г.</w:t>
                  </w:r>
                </w:p>
              </w:tc>
            </w:tr>
            <w:tr w:rsidR="00713EA5" w:rsidRPr="00E23FDB">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eastAsia="Times New Roman"/>
                      <w:lang w:val="ru-RU"/>
                    </w:rPr>
                  </w:pPr>
                  <w:r w:rsidRPr="00713EA5">
                    <w:rPr>
                      <w:color w:val="232323"/>
                      <w:sz w:val="22"/>
                      <w:lang w:val="ru-RU"/>
                    </w:rPr>
                    <w:t xml:space="preserve">2) </w:t>
                  </w:r>
                  <w:r w:rsidRPr="00713EA5">
                    <w:rPr>
                      <w:sz w:val="22"/>
                      <w:lang w:val="ru-RU"/>
                    </w:rPr>
                    <w:t>Карибский кризис</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Б) </w:t>
                  </w:r>
                  <w:r w:rsidRPr="00713EA5">
                    <w:rPr>
                      <w:sz w:val="22"/>
                      <w:lang w:val="ru-RU"/>
                    </w:rPr>
                    <w:t>1962 г.</w:t>
                  </w:r>
                </w:p>
              </w:tc>
            </w:tr>
            <w:tr w:rsidR="00713EA5" w:rsidRPr="00E23FDB">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eastAsia="Times New Roman"/>
                      <w:lang w:val="ru-RU"/>
                    </w:rPr>
                  </w:pPr>
                  <w:r w:rsidRPr="00713EA5">
                    <w:rPr>
                      <w:color w:val="232323"/>
                      <w:sz w:val="22"/>
                      <w:lang w:val="ru-RU"/>
                    </w:rPr>
                    <w:t xml:space="preserve">3) </w:t>
                  </w:r>
                  <w:r w:rsidRPr="00713EA5">
                    <w:rPr>
                      <w:sz w:val="22"/>
                      <w:lang w:val="ru-RU"/>
                    </w:rPr>
                    <w:t>Бородинская битва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w:t>
                  </w:r>
                  <w:r w:rsidRPr="00713EA5">
                    <w:rPr>
                      <w:sz w:val="22"/>
                      <w:lang w:val="ru-RU"/>
                    </w:rPr>
                    <w:t>1812 г.</w:t>
                  </w:r>
                </w:p>
              </w:tc>
            </w:tr>
            <w:tr w:rsidR="00713EA5" w:rsidRPr="00E23FDB">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eastAsia="Times New Roman"/>
                      <w:lang w:val="ru-RU"/>
                    </w:rPr>
                  </w:pPr>
                  <w:r w:rsidRPr="00713EA5">
                    <w:rPr>
                      <w:color w:val="232323"/>
                      <w:sz w:val="22"/>
                      <w:lang w:val="ru-RU"/>
                    </w:rPr>
                    <w:t xml:space="preserve">4) </w:t>
                  </w:r>
                  <w:r w:rsidRPr="00713EA5">
                    <w:rPr>
                      <w:sz w:val="22"/>
                      <w:lang w:val="ru-RU"/>
                    </w:rPr>
                    <w:t>Медный бунт</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w:t>
                  </w:r>
                  <w:r w:rsidRPr="00713EA5">
                    <w:rPr>
                      <w:sz w:val="22"/>
                      <w:lang w:val="ru-RU"/>
                    </w:rPr>
                    <w:t>1662 г.</w:t>
                  </w:r>
                </w:p>
              </w:tc>
            </w:tr>
            <w:tr w:rsidR="00713EA5" w:rsidRPr="00E23FDB">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Д) </w:t>
                  </w:r>
                  <w:r w:rsidRPr="00713EA5">
                    <w:rPr>
                      <w:sz w:val="22"/>
                      <w:lang w:val="ru-RU"/>
                    </w:rPr>
                    <w:t>1939 г.</w:t>
                  </w:r>
                </w:p>
              </w:tc>
            </w:tr>
            <w:tr w:rsidR="00713EA5" w:rsidRPr="00E23FDB">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w:t>
                  </w:r>
                  <w:r w:rsidRPr="00713EA5">
                    <w:rPr>
                      <w:sz w:val="22"/>
                      <w:lang w:val="ru-RU"/>
                    </w:rPr>
                    <w:t>988 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76" w:lineRule="auto"/>
              <w:rPr>
                <w:b/>
                <w:sz w:val="22"/>
                <w:lang w:val="ru-RU"/>
              </w:rPr>
            </w:pPr>
            <w:r w:rsidRPr="00713EA5">
              <w:rPr>
                <w:b/>
                <w:sz w:val="22"/>
                <w:lang w:val="ru-RU"/>
              </w:rPr>
              <w:t>10.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8251" w:type="dxa"/>
              <w:tblInd w:w="105" w:type="dxa"/>
              <w:tblLook w:val="04A0" w:firstRow="1" w:lastRow="0" w:firstColumn="1" w:lastColumn="0" w:noHBand="0" w:noVBand="1"/>
            </w:tblPr>
            <w:tblGrid>
              <w:gridCol w:w="6975"/>
              <w:gridCol w:w="1276"/>
            </w:tblGrid>
            <w:tr w:rsidR="00713EA5">
              <w:trPr>
                <w:trHeight w:val="267"/>
              </w:trPr>
              <w:tc>
                <w:tcPr>
                  <w:tcW w:w="697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СОБЫТИЯ</w:t>
                  </w:r>
                </w:p>
              </w:tc>
              <w:tc>
                <w:tcPr>
                  <w:tcW w:w="1276"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ГОДЫ</w:t>
                  </w:r>
                </w:p>
              </w:tc>
            </w:tr>
            <w:tr w:rsidR="00713EA5">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8"/>
                    <w:jc w:val="both"/>
                    <w:rPr>
                      <w:rFonts w:eastAsia="Times New Roman"/>
                    </w:rPr>
                  </w:pPr>
                  <w:r>
                    <w:rPr>
                      <w:color w:val="232323"/>
                      <w:sz w:val="22"/>
                    </w:rPr>
                    <w:t xml:space="preserve">1) </w:t>
                  </w:r>
                  <w:proofErr w:type="spellStart"/>
                  <w:r>
                    <w:rPr>
                      <w:sz w:val="22"/>
                    </w:rPr>
                    <w:t>отставка</w:t>
                  </w:r>
                  <w:proofErr w:type="spellEnd"/>
                  <w:r>
                    <w:rPr>
                      <w:sz w:val="22"/>
                    </w:rPr>
                    <w:t xml:space="preserve"> Н. С. </w:t>
                  </w:r>
                  <w:proofErr w:type="spellStart"/>
                  <w:r>
                    <w:rPr>
                      <w:sz w:val="22"/>
                    </w:rPr>
                    <w:t>Хрущёва</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А) </w:t>
                  </w:r>
                  <w:r>
                    <w:rPr>
                      <w:sz w:val="22"/>
                    </w:rPr>
                    <w:t>1964 г.</w:t>
                  </w:r>
                </w:p>
              </w:tc>
            </w:tr>
            <w:tr w:rsidR="00713EA5">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8"/>
                    <w:jc w:val="both"/>
                    <w:rPr>
                      <w:rFonts w:eastAsia="Times New Roman"/>
                    </w:rPr>
                  </w:pPr>
                  <w:r>
                    <w:rPr>
                      <w:color w:val="232323"/>
                      <w:sz w:val="22"/>
                    </w:rPr>
                    <w:t xml:space="preserve">2) </w:t>
                  </w:r>
                  <w:proofErr w:type="spellStart"/>
                  <w:r>
                    <w:rPr>
                      <w:sz w:val="22"/>
                    </w:rPr>
                    <w:t>пресечение</w:t>
                  </w:r>
                  <w:proofErr w:type="spellEnd"/>
                  <w:r>
                    <w:rPr>
                      <w:sz w:val="22"/>
                    </w:rPr>
                    <w:t xml:space="preserve"> </w:t>
                  </w:r>
                  <w:proofErr w:type="spellStart"/>
                  <w:r>
                    <w:rPr>
                      <w:sz w:val="22"/>
                    </w:rPr>
                    <w:t>династии</w:t>
                  </w:r>
                  <w:proofErr w:type="spellEnd"/>
                  <w:r>
                    <w:rPr>
                      <w:sz w:val="22"/>
                    </w:rPr>
                    <w:t xml:space="preserve"> </w:t>
                  </w:r>
                  <w:proofErr w:type="spellStart"/>
                  <w:r>
                    <w:rPr>
                      <w:sz w:val="22"/>
                    </w:rPr>
                    <w:t>Рюриковичей</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1598 </w:t>
                  </w:r>
                  <w:r>
                    <w:rPr>
                      <w:color w:val="232323"/>
                      <w:spacing w:val="-10"/>
                      <w:sz w:val="22"/>
                    </w:rPr>
                    <w:t>г.</w:t>
                  </w:r>
                </w:p>
              </w:tc>
            </w:tr>
            <w:tr w:rsidR="00713EA5" w:rsidRPr="00E23FDB">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8"/>
                    <w:jc w:val="both"/>
                    <w:rPr>
                      <w:rFonts w:eastAsia="Times New Roman"/>
                      <w:lang w:val="ru-RU"/>
                    </w:rPr>
                  </w:pPr>
                  <w:r w:rsidRPr="00713EA5">
                    <w:rPr>
                      <w:color w:val="232323"/>
                      <w:sz w:val="22"/>
                      <w:lang w:val="ru-RU"/>
                    </w:rPr>
                    <w:t xml:space="preserve">3) </w:t>
                  </w:r>
                  <w:r w:rsidRPr="00713EA5">
                    <w:rPr>
                      <w:sz w:val="22"/>
                      <w:lang w:val="ru-RU"/>
                    </w:rPr>
                    <w:t xml:space="preserve">поход новгород-северского князя Игоря </w:t>
                  </w:r>
                  <w:proofErr w:type="spellStart"/>
                  <w:r w:rsidRPr="00713EA5">
                    <w:rPr>
                      <w:sz w:val="22"/>
                      <w:lang w:val="ru-RU"/>
                    </w:rPr>
                    <w:t>Святославича</w:t>
                  </w:r>
                  <w:proofErr w:type="spellEnd"/>
                  <w:r w:rsidRPr="00713EA5">
                    <w:rPr>
                      <w:sz w:val="22"/>
                      <w:lang w:val="ru-RU"/>
                    </w:rPr>
                    <w:t xml:space="preserve"> на половцев</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1185 </w:t>
                  </w:r>
                  <w:r w:rsidRPr="00713EA5">
                    <w:rPr>
                      <w:color w:val="232323"/>
                      <w:spacing w:val="-5"/>
                      <w:sz w:val="22"/>
                      <w:lang w:val="ru-RU"/>
                    </w:rPr>
                    <w:t>г.</w:t>
                  </w:r>
                </w:p>
              </w:tc>
            </w:tr>
            <w:tr w:rsidR="00713EA5" w:rsidRPr="00E23FDB">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8"/>
                    <w:jc w:val="both"/>
                    <w:rPr>
                      <w:rFonts w:eastAsia="Times New Roman"/>
                      <w:lang w:val="ru-RU"/>
                    </w:rPr>
                  </w:pPr>
                  <w:r w:rsidRPr="00713EA5">
                    <w:rPr>
                      <w:color w:val="232323"/>
                      <w:sz w:val="22"/>
                      <w:lang w:val="ru-RU"/>
                    </w:rPr>
                    <w:t xml:space="preserve">4) </w:t>
                  </w:r>
                  <w:r w:rsidRPr="00713EA5">
                    <w:rPr>
                      <w:sz w:val="22"/>
                      <w:lang w:val="ru-RU"/>
                    </w:rPr>
                    <w:t>учреждение Правительствующего сената</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1711 </w:t>
                  </w:r>
                  <w:r w:rsidRPr="00713EA5">
                    <w:rPr>
                      <w:color w:val="232323"/>
                      <w:spacing w:val="-10"/>
                      <w:sz w:val="22"/>
                      <w:lang w:val="ru-RU"/>
                    </w:rPr>
                    <w:t>г.</w:t>
                  </w:r>
                </w:p>
              </w:tc>
            </w:tr>
            <w:tr w:rsidR="00713EA5" w:rsidRPr="00E23FDB">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Д) 1223 </w:t>
                  </w:r>
                  <w:r w:rsidRPr="00713EA5">
                    <w:rPr>
                      <w:color w:val="232323"/>
                      <w:spacing w:val="-10"/>
                      <w:sz w:val="22"/>
                      <w:lang w:val="ru-RU"/>
                    </w:rPr>
                    <w:t>г.</w:t>
                  </w:r>
                </w:p>
              </w:tc>
            </w:tr>
            <w:tr w:rsidR="00713EA5" w:rsidRPr="00E23FDB">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1953 </w:t>
                  </w:r>
                  <w:r w:rsidRPr="00713EA5">
                    <w:rPr>
                      <w:color w:val="232323"/>
                      <w:spacing w:val="-5"/>
                      <w:sz w:val="22"/>
                      <w:lang w:val="ru-RU"/>
                    </w:rPr>
                    <w:t>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76" w:lineRule="auto"/>
              <w:rPr>
                <w:b/>
                <w:sz w:val="22"/>
                <w:lang w:val="ru-RU"/>
              </w:rPr>
            </w:pPr>
            <w:r w:rsidRPr="00713EA5">
              <w:rPr>
                <w:b/>
                <w:sz w:val="22"/>
                <w:lang w:val="ru-RU"/>
              </w:rPr>
              <w:t>11. Установите соответствие между событиями и участниками этих событий:</w:t>
            </w:r>
          </w:p>
          <w:p w:rsidR="00713EA5" w:rsidRPr="00713EA5" w:rsidRDefault="00713EA5">
            <w:pPr>
              <w:widowControl w:val="0"/>
              <w:spacing w:line="276" w:lineRule="auto"/>
              <w:rPr>
                <w:b/>
                <w:sz w:val="22"/>
                <w:lang w:val="ru-RU"/>
              </w:rPr>
            </w:pPr>
          </w:p>
          <w:tbl>
            <w:tblPr>
              <w:tblW w:w="9527" w:type="dxa"/>
              <w:tblInd w:w="105" w:type="dxa"/>
              <w:tblLook w:val="04A0" w:firstRow="1" w:lastRow="0" w:firstColumn="1" w:lastColumn="0" w:noHBand="0" w:noVBand="1"/>
            </w:tblPr>
            <w:tblGrid>
              <w:gridCol w:w="5983"/>
              <w:gridCol w:w="3544"/>
            </w:tblGrid>
            <w:tr w:rsidR="00713EA5">
              <w:trPr>
                <w:trHeight w:val="267"/>
              </w:trPr>
              <w:tc>
                <w:tcPr>
                  <w:tcW w:w="5983"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z w:val="22"/>
                    </w:rPr>
                    <w:t xml:space="preserve">ИСТОРИЧЕСКИЕ </w:t>
                  </w:r>
                  <w:r>
                    <w:rPr>
                      <w:b/>
                      <w:bCs/>
                      <w:color w:val="232323"/>
                      <w:spacing w:val="-2"/>
                      <w:sz w:val="22"/>
                    </w:rPr>
                    <w:t>СОБЫТИЯ</w:t>
                  </w:r>
                </w:p>
              </w:tc>
              <w:tc>
                <w:tcPr>
                  <w:tcW w:w="3544"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jc w:val="center"/>
                    <w:rPr>
                      <w:rFonts w:eastAsia="Times New Roman"/>
                      <w:b/>
                      <w:bCs/>
                      <w:color w:val="232323"/>
                      <w:spacing w:val="-2"/>
                    </w:rPr>
                  </w:pPr>
                  <w:r>
                    <w:rPr>
                      <w:b/>
                      <w:bCs/>
                      <w:color w:val="232323"/>
                      <w:spacing w:val="-2"/>
                      <w:sz w:val="22"/>
                    </w:rPr>
                    <w:t>ГОСУДАРСТВЕННЫЕ</w:t>
                  </w:r>
                </w:p>
                <w:p w:rsidR="00713EA5" w:rsidRDefault="00713EA5">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pacing w:val="-2"/>
                      <w:sz w:val="22"/>
                    </w:rPr>
                    <w:t>ДЕЯТЕЛИ</w:t>
                  </w:r>
                </w:p>
              </w:tc>
            </w:tr>
            <w:tr w:rsidR="00713EA5">
              <w:trPr>
                <w:trHeight w:val="131"/>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отмена</w:t>
                  </w:r>
                  <w:proofErr w:type="spellEnd"/>
                  <w:r>
                    <w:rPr>
                      <w:color w:val="232323"/>
                      <w:sz w:val="22"/>
                    </w:rPr>
                    <w:t xml:space="preserve"> </w:t>
                  </w:r>
                  <w:proofErr w:type="spellStart"/>
                  <w:r>
                    <w:rPr>
                      <w:color w:val="232323"/>
                      <w:sz w:val="22"/>
                    </w:rPr>
                    <w:t>внутренних</w:t>
                  </w:r>
                  <w:proofErr w:type="spellEnd"/>
                  <w:r>
                    <w:rPr>
                      <w:color w:val="232323"/>
                      <w:sz w:val="22"/>
                    </w:rPr>
                    <w:t xml:space="preserve"> </w:t>
                  </w:r>
                  <w:proofErr w:type="spellStart"/>
                  <w:r>
                    <w:rPr>
                      <w:color w:val="232323"/>
                      <w:sz w:val="22"/>
                    </w:rPr>
                    <w:t>таможенных</w:t>
                  </w:r>
                  <w:proofErr w:type="spellEnd"/>
                  <w:r>
                    <w:rPr>
                      <w:color w:val="232323"/>
                      <w:sz w:val="22"/>
                    </w:rPr>
                    <w:t xml:space="preserve"> </w:t>
                  </w:r>
                  <w:proofErr w:type="spellStart"/>
                  <w:r>
                    <w:rPr>
                      <w:color w:val="232323"/>
                      <w:spacing w:val="-2"/>
                      <w:sz w:val="22"/>
                    </w:rPr>
                    <w:t>пошлин</w:t>
                  </w:r>
                  <w:proofErr w:type="spellEnd"/>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А) </w:t>
                  </w:r>
                  <w:proofErr w:type="spellStart"/>
                  <w:r>
                    <w:rPr>
                      <w:color w:val="232323"/>
                      <w:sz w:val="22"/>
                    </w:rPr>
                    <w:t>Елизавета</w:t>
                  </w:r>
                  <w:proofErr w:type="spellEnd"/>
                  <w:r>
                    <w:rPr>
                      <w:color w:val="232323"/>
                      <w:sz w:val="22"/>
                    </w:rPr>
                    <w:t xml:space="preserve"> </w:t>
                  </w:r>
                  <w:proofErr w:type="spellStart"/>
                  <w:r>
                    <w:rPr>
                      <w:color w:val="232323"/>
                      <w:spacing w:val="-2"/>
                      <w:sz w:val="22"/>
                    </w:rPr>
                    <w:t>Петровна</w:t>
                  </w:r>
                  <w:proofErr w:type="spellEnd"/>
                </w:p>
              </w:tc>
            </w:tr>
            <w:tr w:rsidR="00713EA5">
              <w:trPr>
                <w:trHeight w:val="237"/>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713EA5">
                    <w:rPr>
                      <w:color w:val="232323"/>
                      <w:sz w:val="22"/>
                      <w:lang w:val="ru-RU"/>
                    </w:rPr>
                    <w:t xml:space="preserve">2) </w:t>
                  </w:r>
                  <w:r>
                    <w:rPr>
                      <w:color w:val="232323"/>
                      <w:sz w:val="22"/>
                    </w:rPr>
                    <w:t>VI</w:t>
                  </w:r>
                  <w:r w:rsidRPr="00713EA5">
                    <w:rPr>
                      <w:color w:val="232323"/>
                      <w:sz w:val="22"/>
                      <w:lang w:val="ru-RU"/>
                    </w:rPr>
                    <w:t xml:space="preserve"> Всемирный фестиваль молодежи и</w:t>
                  </w:r>
                  <w:r w:rsidRPr="00713EA5">
                    <w:rPr>
                      <w:color w:val="232323"/>
                      <w:spacing w:val="-2"/>
                      <w:sz w:val="22"/>
                      <w:lang w:val="ru-RU"/>
                    </w:rPr>
                    <w:t xml:space="preserve"> студентов</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Н.С. </w:t>
                  </w:r>
                  <w:proofErr w:type="spellStart"/>
                  <w:r>
                    <w:rPr>
                      <w:color w:val="232323"/>
                      <w:spacing w:val="-2"/>
                      <w:sz w:val="22"/>
                    </w:rPr>
                    <w:t>Хрущев</w:t>
                  </w:r>
                  <w:proofErr w:type="spellEnd"/>
                </w:p>
              </w:tc>
            </w:tr>
            <w:tr w:rsidR="00713EA5">
              <w:trPr>
                <w:trHeight w:val="194"/>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713EA5">
                    <w:rPr>
                      <w:color w:val="232323"/>
                      <w:sz w:val="22"/>
                      <w:lang w:val="ru-RU"/>
                    </w:rPr>
                    <w:t xml:space="preserve">3) появление первых полков иноземного </w:t>
                  </w:r>
                  <w:r w:rsidRPr="00713EA5">
                    <w:rPr>
                      <w:color w:val="232323"/>
                      <w:spacing w:val="-4"/>
                      <w:sz w:val="22"/>
                      <w:lang w:val="ru-RU"/>
                    </w:rPr>
                    <w:t>строя</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В) </w:t>
                  </w:r>
                  <w:proofErr w:type="spellStart"/>
                  <w:r>
                    <w:rPr>
                      <w:color w:val="232323"/>
                      <w:sz w:val="22"/>
                    </w:rPr>
                    <w:t>Михаил</w:t>
                  </w:r>
                  <w:proofErr w:type="spellEnd"/>
                  <w:r>
                    <w:rPr>
                      <w:color w:val="232323"/>
                      <w:spacing w:val="-2"/>
                      <w:sz w:val="22"/>
                    </w:rPr>
                    <w:t xml:space="preserve"> </w:t>
                  </w:r>
                  <w:proofErr w:type="spellStart"/>
                  <w:r>
                    <w:rPr>
                      <w:color w:val="232323"/>
                      <w:spacing w:val="-2"/>
                      <w:sz w:val="22"/>
                    </w:rPr>
                    <w:t>Федорович</w:t>
                  </w:r>
                  <w:proofErr w:type="spellEnd"/>
                </w:p>
              </w:tc>
            </w:tr>
            <w:tr w:rsidR="00713EA5" w:rsidRPr="00E23FDB">
              <w:trPr>
                <w:trHeight w:val="173"/>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713EA5">
                    <w:rPr>
                      <w:color w:val="232323"/>
                      <w:sz w:val="22"/>
                      <w:lang w:val="ru-RU"/>
                    </w:rPr>
                    <w:lastRenderedPageBreak/>
                    <w:t>4) начало процесса собирания русских земель вокруг Москвы</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Г) Иван</w:t>
                  </w:r>
                  <w:r w:rsidRPr="00713EA5">
                    <w:rPr>
                      <w:color w:val="232323"/>
                      <w:spacing w:val="-2"/>
                      <w:sz w:val="22"/>
                      <w:lang w:val="ru-RU"/>
                    </w:rPr>
                    <w:t xml:space="preserve"> </w:t>
                  </w:r>
                  <w:proofErr w:type="spellStart"/>
                  <w:r w:rsidRPr="00713EA5">
                    <w:rPr>
                      <w:color w:val="232323"/>
                      <w:spacing w:val="-2"/>
                      <w:sz w:val="22"/>
                      <w:lang w:val="ru-RU"/>
                    </w:rPr>
                    <w:t>Калита</w:t>
                  </w:r>
                  <w:proofErr w:type="spellEnd"/>
                </w:p>
              </w:tc>
            </w:tr>
            <w:tr w:rsidR="00713EA5" w:rsidRPr="00E23FDB">
              <w:trPr>
                <w:trHeight w:val="313"/>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Д) Петр </w:t>
                  </w:r>
                  <w:r>
                    <w:rPr>
                      <w:color w:val="232323"/>
                      <w:spacing w:val="-10"/>
                      <w:sz w:val="22"/>
                    </w:rPr>
                    <w:t>I</w:t>
                  </w:r>
                </w:p>
              </w:tc>
            </w:tr>
            <w:tr w:rsidR="00713EA5" w:rsidRPr="00E23FDB">
              <w:trPr>
                <w:trHeight w:val="289"/>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Василий </w:t>
                  </w:r>
                  <w:r>
                    <w:rPr>
                      <w:color w:val="232323"/>
                      <w:spacing w:val="-5"/>
                      <w:sz w:val="22"/>
                    </w:rPr>
                    <w:t>III</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pacing w:line="240" w:lineRule="auto"/>
              <w:rPr>
                <w:b/>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pacing w:line="276" w:lineRule="auto"/>
              <w:rPr>
                <w:b/>
                <w:sz w:val="22"/>
                <w:lang w:val="ru-RU"/>
              </w:rPr>
            </w:pPr>
            <w:r w:rsidRPr="00713EA5">
              <w:rPr>
                <w:b/>
                <w:sz w:val="22"/>
                <w:lang w:val="ru-RU"/>
              </w:rPr>
              <w:t>12. Установите соответствие между государственными деятелями и результатами их деятельности:</w:t>
            </w:r>
          </w:p>
          <w:p w:rsidR="00713EA5" w:rsidRPr="00713EA5" w:rsidRDefault="00713EA5">
            <w:pPr>
              <w:widowControl w:val="0"/>
              <w:spacing w:line="276" w:lineRule="auto"/>
              <w:rPr>
                <w:b/>
                <w:sz w:val="22"/>
                <w:lang w:val="ru-RU"/>
              </w:rPr>
            </w:pPr>
          </w:p>
          <w:tbl>
            <w:tblPr>
              <w:tblW w:w="8818" w:type="dxa"/>
              <w:tblInd w:w="105" w:type="dxa"/>
              <w:tblLook w:val="04A0" w:firstRow="1" w:lastRow="0" w:firstColumn="1" w:lastColumn="0" w:noHBand="0" w:noVBand="1"/>
            </w:tblPr>
            <w:tblGrid>
              <w:gridCol w:w="3715"/>
              <w:gridCol w:w="5103"/>
            </w:tblGrid>
            <w:tr w:rsidR="00713EA5">
              <w:trPr>
                <w:trHeight w:val="267"/>
              </w:trPr>
              <w:tc>
                <w:tcPr>
                  <w:tcW w:w="371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pacing w:val="-2"/>
                      <w:sz w:val="22"/>
                    </w:rPr>
                    <w:t>ГОСУДАРСТВЕННЫЕ ДЕЯТЕЛИ</w:t>
                  </w:r>
                </w:p>
              </w:tc>
              <w:tc>
                <w:tcPr>
                  <w:tcW w:w="5103"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z w:val="22"/>
                    </w:rPr>
                    <w:t xml:space="preserve">РЕЗУЛЬТАТ </w:t>
                  </w:r>
                  <w:r>
                    <w:rPr>
                      <w:b/>
                      <w:bCs/>
                      <w:color w:val="232323"/>
                      <w:spacing w:val="-2"/>
                      <w:sz w:val="22"/>
                    </w:rPr>
                    <w:t>ДЕЯТЕЛЬНОСТИ</w:t>
                  </w:r>
                </w:p>
              </w:tc>
            </w:tr>
            <w:tr w:rsidR="00713EA5" w:rsidRPr="00E23FDB">
              <w:trPr>
                <w:trHeight w:val="131"/>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княгиня</w:t>
                  </w:r>
                  <w:proofErr w:type="spellEnd"/>
                  <w:r>
                    <w:rPr>
                      <w:color w:val="232323"/>
                      <w:sz w:val="22"/>
                    </w:rPr>
                    <w:t xml:space="preserve"> </w:t>
                  </w:r>
                  <w:r>
                    <w:rPr>
                      <w:color w:val="232323"/>
                      <w:spacing w:val="-4"/>
                      <w:sz w:val="22"/>
                    </w:rPr>
                    <w:t>Ольга</w:t>
                  </w: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А) создание первых ячеек центральной княжеской власти на местах — </w:t>
                  </w:r>
                  <w:r w:rsidRPr="00713EA5">
                    <w:rPr>
                      <w:color w:val="232323"/>
                      <w:spacing w:val="-2"/>
                      <w:sz w:val="22"/>
                      <w:lang w:val="ru-RU"/>
                    </w:rPr>
                    <w:t>погостов</w:t>
                  </w:r>
                </w:p>
              </w:tc>
            </w:tr>
            <w:tr w:rsidR="00713EA5">
              <w:trPr>
                <w:trHeight w:val="237"/>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2) </w:t>
                  </w:r>
                  <w:proofErr w:type="spellStart"/>
                  <w:r>
                    <w:rPr>
                      <w:color w:val="232323"/>
                      <w:sz w:val="22"/>
                    </w:rPr>
                    <w:t>Петр</w:t>
                  </w:r>
                  <w:proofErr w:type="spellEnd"/>
                  <w:r>
                    <w:rPr>
                      <w:color w:val="232323"/>
                      <w:sz w:val="22"/>
                    </w:rPr>
                    <w:t xml:space="preserve"> </w:t>
                  </w:r>
                  <w:r>
                    <w:rPr>
                      <w:color w:val="232323"/>
                      <w:spacing w:val="-10"/>
                      <w:sz w:val="22"/>
                    </w:rPr>
                    <w:t>I</w:t>
                  </w: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w:t>
                  </w:r>
                  <w:proofErr w:type="spellStart"/>
                  <w:r>
                    <w:rPr>
                      <w:color w:val="232323"/>
                      <w:sz w:val="22"/>
                    </w:rPr>
                    <w:t>создание</w:t>
                  </w:r>
                  <w:proofErr w:type="spellEnd"/>
                  <w:r>
                    <w:rPr>
                      <w:color w:val="232323"/>
                      <w:sz w:val="22"/>
                    </w:rPr>
                    <w:t xml:space="preserve"> </w:t>
                  </w:r>
                  <w:proofErr w:type="spellStart"/>
                  <w:r>
                    <w:rPr>
                      <w:color w:val="232323"/>
                      <w:spacing w:val="-2"/>
                      <w:sz w:val="22"/>
                    </w:rPr>
                    <w:t>коллегий</w:t>
                  </w:r>
                  <w:proofErr w:type="spellEnd"/>
                </w:p>
              </w:tc>
            </w:tr>
            <w:tr w:rsidR="00713EA5" w:rsidRPr="00E23FDB">
              <w:trPr>
                <w:trHeight w:val="194"/>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3) Н.С. </w:t>
                  </w:r>
                  <w:proofErr w:type="spellStart"/>
                  <w:r>
                    <w:rPr>
                      <w:color w:val="232323"/>
                      <w:spacing w:val="-2"/>
                      <w:sz w:val="22"/>
                    </w:rPr>
                    <w:t>Хрущев</w:t>
                  </w:r>
                  <w:proofErr w:type="spellEnd"/>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доклад «О культе личности и его </w:t>
                  </w:r>
                  <w:r w:rsidRPr="00713EA5">
                    <w:rPr>
                      <w:color w:val="232323"/>
                      <w:spacing w:val="-2"/>
                      <w:sz w:val="22"/>
                      <w:lang w:val="ru-RU"/>
                    </w:rPr>
                    <w:t>последствиях»</w:t>
                  </w:r>
                </w:p>
              </w:tc>
            </w:tr>
            <w:tr w:rsidR="00713EA5">
              <w:trPr>
                <w:trHeight w:val="173"/>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4) </w:t>
                  </w:r>
                  <w:proofErr w:type="spellStart"/>
                  <w:r>
                    <w:rPr>
                      <w:color w:val="232323"/>
                      <w:sz w:val="22"/>
                    </w:rPr>
                    <w:t>Александр</w:t>
                  </w:r>
                  <w:proofErr w:type="spellEnd"/>
                  <w:r>
                    <w:rPr>
                      <w:color w:val="232323"/>
                      <w:sz w:val="22"/>
                    </w:rPr>
                    <w:t xml:space="preserve"> </w:t>
                  </w:r>
                  <w:r>
                    <w:rPr>
                      <w:color w:val="232323"/>
                      <w:spacing w:val="-5"/>
                      <w:sz w:val="22"/>
                    </w:rPr>
                    <w:t>II</w:t>
                  </w: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Г) </w:t>
                  </w:r>
                  <w:proofErr w:type="spellStart"/>
                  <w:r>
                    <w:rPr>
                      <w:color w:val="232323"/>
                      <w:sz w:val="22"/>
                    </w:rPr>
                    <w:t>создание</w:t>
                  </w:r>
                  <w:proofErr w:type="spellEnd"/>
                  <w:r>
                    <w:rPr>
                      <w:color w:val="232323"/>
                      <w:sz w:val="22"/>
                    </w:rPr>
                    <w:t xml:space="preserve"> </w:t>
                  </w:r>
                  <w:proofErr w:type="spellStart"/>
                  <w:r>
                    <w:rPr>
                      <w:color w:val="232323"/>
                      <w:spacing w:val="-2"/>
                      <w:sz w:val="22"/>
                    </w:rPr>
                    <w:t>земств</w:t>
                  </w:r>
                  <w:proofErr w:type="spellEnd"/>
                </w:p>
              </w:tc>
            </w:tr>
            <w:tr w:rsidR="00713EA5">
              <w:trPr>
                <w:trHeight w:val="313"/>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spacing w:line="240" w:lineRule="auto"/>
                    <w:rPr>
                      <w:rFonts w:ascii="Calibri" w:eastAsia="Calibri" w:hAnsi="Calibri"/>
                      <w:sz w:val="20"/>
                    </w:rPr>
                  </w:pP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color w:val="232323"/>
                      <w:sz w:val="22"/>
                    </w:rPr>
                    <w:t xml:space="preserve">Д) </w:t>
                  </w:r>
                  <w:proofErr w:type="spellStart"/>
                  <w:r>
                    <w:rPr>
                      <w:color w:val="232323"/>
                      <w:sz w:val="22"/>
                    </w:rPr>
                    <w:t>создание</w:t>
                  </w:r>
                  <w:proofErr w:type="spellEnd"/>
                  <w:r>
                    <w:rPr>
                      <w:color w:val="232323"/>
                      <w:sz w:val="22"/>
                    </w:rPr>
                    <w:t xml:space="preserve"> </w:t>
                  </w:r>
                  <w:proofErr w:type="spellStart"/>
                  <w:r>
                    <w:rPr>
                      <w:color w:val="232323"/>
                      <w:sz w:val="22"/>
                    </w:rPr>
                    <w:t>системы</w:t>
                  </w:r>
                  <w:proofErr w:type="spellEnd"/>
                  <w:r>
                    <w:rPr>
                      <w:color w:val="232323"/>
                      <w:sz w:val="22"/>
                    </w:rPr>
                    <w:t xml:space="preserve"> </w:t>
                  </w:r>
                  <w:proofErr w:type="spellStart"/>
                  <w:r>
                    <w:rPr>
                      <w:color w:val="232323"/>
                      <w:spacing w:val="-2"/>
                      <w:sz w:val="22"/>
                    </w:rPr>
                    <w:t>приказов</w:t>
                  </w:r>
                  <w:proofErr w:type="spellEnd"/>
                </w:p>
              </w:tc>
            </w:tr>
            <w:tr w:rsidR="00713EA5" w:rsidRPr="00E23FDB">
              <w:trPr>
                <w:trHeight w:val="289"/>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spacing w:line="240" w:lineRule="auto"/>
                    <w:rPr>
                      <w:rFonts w:ascii="Calibri" w:eastAsia="Calibri" w:hAnsi="Calibri"/>
                      <w:sz w:val="20"/>
                    </w:rPr>
                  </w:pP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введение христианства как государственной религии </w:t>
                  </w:r>
                  <w:r w:rsidRPr="00713EA5">
                    <w:rPr>
                      <w:color w:val="232323"/>
                      <w:spacing w:val="-4"/>
                      <w:sz w:val="22"/>
                      <w:lang w:val="ru-RU"/>
                    </w:rPr>
                    <w:t>Руси</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rPr>
                <w:b/>
                <w:sz w:val="22"/>
                <w:lang w:val="ru-RU"/>
              </w:rPr>
            </w:pPr>
            <w:r w:rsidRPr="00713EA5">
              <w:rPr>
                <w:b/>
                <w:sz w:val="22"/>
                <w:lang w:val="ru-RU"/>
              </w:rPr>
              <w:t>13. Установите в хронологической последовательности исторические события.</w:t>
            </w:r>
          </w:p>
          <w:p w:rsidR="00713EA5" w:rsidRPr="00713EA5" w:rsidRDefault="00713EA5">
            <w:pPr>
              <w:widowControl w:val="0"/>
              <w:spacing w:line="240" w:lineRule="auto"/>
              <w:rPr>
                <w:b/>
                <w:sz w:val="22"/>
                <w:lang w:val="ru-RU"/>
              </w:rPr>
            </w:pPr>
          </w:p>
          <w:p w:rsidR="00713EA5" w:rsidRPr="00713EA5" w:rsidRDefault="00713EA5">
            <w:pPr>
              <w:widowControl w:val="0"/>
              <w:rPr>
                <w:sz w:val="22"/>
                <w:lang w:val="ru-RU"/>
              </w:rPr>
            </w:pPr>
            <w:r w:rsidRPr="00713EA5">
              <w:rPr>
                <w:b/>
                <w:bCs/>
                <w:sz w:val="22"/>
                <w:lang w:val="ru-RU"/>
              </w:rPr>
              <w:t>1</w:t>
            </w:r>
            <w:r w:rsidRPr="00713EA5">
              <w:rPr>
                <w:sz w:val="22"/>
                <w:lang w:val="ru-RU"/>
              </w:rPr>
              <w:t xml:space="preserve"> падение Византийской империи</w:t>
            </w:r>
          </w:p>
          <w:p w:rsidR="00713EA5" w:rsidRPr="00713EA5" w:rsidRDefault="00713EA5">
            <w:pPr>
              <w:widowControl w:val="0"/>
              <w:rPr>
                <w:sz w:val="22"/>
                <w:lang w:val="ru-RU"/>
              </w:rPr>
            </w:pPr>
            <w:r w:rsidRPr="00713EA5">
              <w:rPr>
                <w:b/>
                <w:bCs/>
                <w:sz w:val="22"/>
                <w:lang w:val="ru-RU"/>
              </w:rPr>
              <w:t>2</w:t>
            </w:r>
            <w:r w:rsidRPr="00713EA5">
              <w:rPr>
                <w:sz w:val="22"/>
                <w:lang w:val="ru-RU"/>
              </w:rPr>
              <w:t xml:space="preserve"> реформа патриарха Никона</w:t>
            </w:r>
          </w:p>
          <w:p w:rsidR="00713EA5" w:rsidRPr="00713EA5" w:rsidRDefault="00713EA5">
            <w:pPr>
              <w:widowControl w:val="0"/>
              <w:rPr>
                <w:sz w:val="22"/>
                <w:lang w:val="ru-RU"/>
              </w:rPr>
            </w:pPr>
            <w:r w:rsidRPr="00713EA5">
              <w:rPr>
                <w:b/>
                <w:bCs/>
                <w:sz w:val="22"/>
                <w:lang w:val="ru-RU"/>
              </w:rPr>
              <w:t>3</w:t>
            </w:r>
            <w:r w:rsidRPr="00713EA5">
              <w:rPr>
                <w:sz w:val="22"/>
                <w:lang w:val="ru-RU"/>
              </w:rPr>
              <w:t xml:space="preserve"> Крымская война</w:t>
            </w:r>
          </w:p>
          <w:p w:rsidR="00713EA5" w:rsidRPr="00713EA5" w:rsidRDefault="00713EA5">
            <w:pPr>
              <w:widowControl w:val="0"/>
              <w:shd w:val="clear" w:color="auto" w:fill="FFFFFF"/>
              <w:spacing w:line="240" w:lineRule="auto"/>
              <w:rPr>
                <w:b/>
                <w:bCs/>
                <w:color w:val="000000"/>
                <w:sz w:val="22"/>
                <w:lang w:val="ru-RU"/>
              </w:rPr>
            </w:pPr>
          </w:p>
          <w:p w:rsidR="00713EA5" w:rsidRPr="00713EA5" w:rsidRDefault="00713EA5">
            <w:pPr>
              <w:widowControl w:val="0"/>
              <w:shd w:val="clear" w:color="auto" w:fill="FFFFFF"/>
              <w:spacing w:line="240" w:lineRule="auto"/>
              <w:rPr>
                <w:color w:val="000000"/>
                <w:sz w:val="22"/>
                <w:lang w:val="ru-RU"/>
              </w:rPr>
            </w:pPr>
            <w:r w:rsidRPr="00713EA5">
              <w:rPr>
                <w:b/>
                <w:bCs/>
                <w:color w:val="000000"/>
                <w:sz w:val="22"/>
                <w:lang w:val="ru-RU"/>
              </w:rPr>
              <w:t>Ответ:</w:t>
            </w:r>
            <w:r>
              <w:rPr>
                <w:color w:val="000000"/>
                <w:sz w:val="22"/>
              </w:rPr>
              <w:t> </w:t>
            </w:r>
            <w:r w:rsidRPr="00713EA5">
              <w:rPr>
                <w:color w:val="000000"/>
                <w:sz w:val="22"/>
                <w:lang w:val="ru-RU"/>
              </w:rPr>
              <w:t xml:space="preserve">1 → 2 → 3 </w:t>
            </w: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rPr>
                <w:b/>
                <w:sz w:val="22"/>
                <w:lang w:val="ru-RU"/>
              </w:rPr>
            </w:pPr>
            <w:r w:rsidRPr="00713EA5">
              <w:rPr>
                <w:b/>
                <w:sz w:val="22"/>
                <w:lang w:val="ru-RU"/>
              </w:rPr>
              <w:t>14. Установите в хронологической последовательности исторические события.</w:t>
            </w:r>
          </w:p>
          <w:p w:rsidR="00713EA5" w:rsidRPr="00713EA5" w:rsidRDefault="00713EA5">
            <w:pPr>
              <w:widowControl w:val="0"/>
              <w:rPr>
                <w:sz w:val="22"/>
                <w:lang w:val="ru-RU"/>
              </w:rPr>
            </w:pPr>
            <w:r w:rsidRPr="00713EA5">
              <w:rPr>
                <w:b/>
                <w:bCs/>
                <w:sz w:val="22"/>
                <w:lang w:val="ru-RU"/>
              </w:rPr>
              <w:t>1</w:t>
            </w:r>
            <w:r w:rsidRPr="00713EA5">
              <w:rPr>
                <w:sz w:val="22"/>
                <w:lang w:val="ru-RU"/>
              </w:rPr>
              <w:t xml:space="preserve"> объединение Киева и Новгорода под властью князя Олега</w:t>
            </w:r>
          </w:p>
          <w:p w:rsidR="00713EA5" w:rsidRPr="00713EA5" w:rsidRDefault="00713EA5">
            <w:pPr>
              <w:widowControl w:val="0"/>
              <w:rPr>
                <w:sz w:val="22"/>
                <w:lang w:val="ru-RU"/>
              </w:rPr>
            </w:pPr>
            <w:r w:rsidRPr="00713EA5">
              <w:rPr>
                <w:b/>
                <w:bCs/>
                <w:sz w:val="22"/>
                <w:lang w:val="ru-RU"/>
              </w:rPr>
              <w:t>2</w:t>
            </w:r>
            <w:r w:rsidRPr="00713EA5">
              <w:rPr>
                <w:sz w:val="22"/>
                <w:lang w:val="ru-RU"/>
              </w:rPr>
              <w:t xml:space="preserve"> битва на реке </w:t>
            </w:r>
            <w:proofErr w:type="spellStart"/>
            <w:r w:rsidRPr="00713EA5">
              <w:rPr>
                <w:sz w:val="22"/>
                <w:lang w:val="ru-RU"/>
              </w:rPr>
              <w:t>Воже</w:t>
            </w:r>
            <w:proofErr w:type="spellEnd"/>
          </w:p>
          <w:p w:rsidR="00713EA5" w:rsidRPr="00713EA5" w:rsidRDefault="00713EA5">
            <w:pPr>
              <w:widowControl w:val="0"/>
              <w:rPr>
                <w:sz w:val="22"/>
                <w:lang w:val="ru-RU"/>
              </w:rPr>
            </w:pPr>
            <w:r w:rsidRPr="00713EA5">
              <w:rPr>
                <w:b/>
                <w:bCs/>
                <w:sz w:val="22"/>
                <w:lang w:val="ru-RU"/>
              </w:rPr>
              <w:t>3</w:t>
            </w:r>
            <w:r w:rsidRPr="00713EA5">
              <w:rPr>
                <w:sz w:val="22"/>
                <w:lang w:val="ru-RU"/>
              </w:rPr>
              <w:t xml:space="preserve"> начало правления Петра </w:t>
            </w:r>
            <w:r>
              <w:rPr>
                <w:sz w:val="22"/>
              </w:rPr>
              <w:t>I</w:t>
            </w:r>
          </w:p>
          <w:p w:rsidR="00713EA5" w:rsidRPr="00713EA5" w:rsidRDefault="00713EA5">
            <w:pPr>
              <w:widowControl w:val="0"/>
              <w:shd w:val="clear" w:color="auto" w:fill="FFFFFF"/>
              <w:spacing w:line="240" w:lineRule="auto"/>
              <w:rPr>
                <w:b/>
                <w:bCs/>
                <w:color w:val="000000"/>
                <w:sz w:val="22"/>
                <w:lang w:val="ru-RU"/>
              </w:rPr>
            </w:pPr>
          </w:p>
          <w:p w:rsidR="00713EA5" w:rsidRPr="00713EA5" w:rsidRDefault="00713EA5">
            <w:pPr>
              <w:widowControl w:val="0"/>
              <w:shd w:val="clear" w:color="auto" w:fill="FFFFFF"/>
              <w:spacing w:line="240" w:lineRule="auto"/>
              <w:rPr>
                <w:color w:val="000000"/>
                <w:sz w:val="22"/>
                <w:lang w:val="ru-RU"/>
              </w:rPr>
            </w:pPr>
            <w:r w:rsidRPr="00713EA5">
              <w:rPr>
                <w:b/>
                <w:bCs/>
                <w:color w:val="000000"/>
                <w:sz w:val="22"/>
                <w:lang w:val="ru-RU"/>
              </w:rPr>
              <w:t>Ответ:</w:t>
            </w:r>
            <w:r>
              <w:rPr>
                <w:color w:val="000000"/>
                <w:sz w:val="22"/>
              </w:rPr>
              <w:t> </w:t>
            </w:r>
            <w:r w:rsidRPr="00713EA5">
              <w:rPr>
                <w:color w:val="000000"/>
                <w:sz w:val="22"/>
                <w:lang w:val="ru-RU"/>
              </w:rPr>
              <w:t xml:space="preserve">1 → 2 → 3 </w:t>
            </w:r>
          </w:p>
          <w:p w:rsidR="00713EA5" w:rsidRPr="00713EA5" w:rsidRDefault="00713EA5">
            <w:pPr>
              <w:widowControl w:val="0"/>
              <w:shd w:val="clear" w:color="auto" w:fill="FFFFFF"/>
              <w:spacing w:line="240" w:lineRule="auto"/>
              <w:rPr>
                <w:color w:val="000000"/>
                <w:sz w:val="22"/>
                <w:lang w:val="ru-RU"/>
              </w:rPr>
            </w:pPr>
          </w:p>
          <w:p w:rsidR="00713EA5" w:rsidRDefault="00713EA5">
            <w:pPr>
              <w:pStyle w:val="aff8"/>
              <w:widowControl w:val="0"/>
              <w:rPr>
                <w:b/>
                <w:sz w:val="22"/>
                <w:szCs w:val="22"/>
              </w:rPr>
            </w:pPr>
          </w:p>
          <w:p w:rsidR="00713EA5" w:rsidRPr="00713EA5" w:rsidRDefault="00713EA5">
            <w:pPr>
              <w:widowControl w:val="0"/>
              <w:rPr>
                <w:b/>
                <w:sz w:val="22"/>
                <w:lang w:val="ru-RU"/>
              </w:rPr>
            </w:pPr>
            <w:r w:rsidRPr="00713EA5">
              <w:rPr>
                <w:b/>
                <w:sz w:val="22"/>
                <w:lang w:val="ru-RU"/>
              </w:rPr>
              <w:t>15. Установите в хронологической последовательности исторические события.</w:t>
            </w:r>
          </w:p>
          <w:p w:rsidR="00713EA5" w:rsidRPr="00713EA5" w:rsidRDefault="00713EA5">
            <w:pPr>
              <w:widowControl w:val="0"/>
              <w:rPr>
                <w:sz w:val="22"/>
                <w:lang w:val="ru-RU"/>
              </w:rPr>
            </w:pPr>
            <w:r w:rsidRPr="00713EA5">
              <w:rPr>
                <w:b/>
                <w:bCs/>
                <w:sz w:val="22"/>
                <w:lang w:val="ru-RU"/>
              </w:rPr>
              <w:t>1</w:t>
            </w:r>
            <w:r w:rsidRPr="00713EA5">
              <w:rPr>
                <w:sz w:val="22"/>
                <w:lang w:val="ru-RU"/>
              </w:rPr>
              <w:t xml:space="preserve"> смерть царевича Дмитрия в Угличе</w:t>
            </w:r>
          </w:p>
          <w:p w:rsidR="00713EA5" w:rsidRPr="00713EA5" w:rsidRDefault="00713EA5">
            <w:pPr>
              <w:widowControl w:val="0"/>
              <w:rPr>
                <w:sz w:val="22"/>
                <w:lang w:val="ru-RU"/>
              </w:rPr>
            </w:pPr>
            <w:r w:rsidRPr="00713EA5">
              <w:rPr>
                <w:b/>
                <w:bCs/>
                <w:sz w:val="22"/>
                <w:lang w:val="ru-RU"/>
              </w:rPr>
              <w:t>2</w:t>
            </w:r>
            <w:r w:rsidRPr="00713EA5">
              <w:rPr>
                <w:sz w:val="22"/>
                <w:lang w:val="ru-RU"/>
              </w:rPr>
              <w:t xml:space="preserve"> год окончания правления Екатерины </w:t>
            </w:r>
            <w:r>
              <w:rPr>
                <w:sz w:val="22"/>
              </w:rPr>
              <w:t>II</w:t>
            </w:r>
          </w:p>
          <w:p w:rsidR="00713EA5" w:rsidRPr="00713EA5" w:rsidRDefault="00713EA5">
            <w:pPr>
              <w:widowControl w:val="0"/>
              <w:rPr>
                <w:sz w:val="22"/>
                <w:lang w:val="ru-RU"/>
              </w:rPr>
            </w:pPr>
            <w:r w:rsidRPr="00713EA5">
              <w:rPr>
                <w:b/>
                <w:bCs/>
                <w:sz w:val="22"/>
                <w:lang w:val="ru-RU"/>
              </w:rPr>
              <w:t>3</w:t>
            </w:r>
            <w:r w:rsidRPr="00713EA5">
              <w:rPr>
                <w:sz w:val="22"/>
                <w:lang w:val="ru-RU"/>
              </w:rPr>
              <w:t xml:space="preserve"> дата смерти Генералиссимуса</w:t>
            </w:r>
            <w:r>
              <w:rPr>
                <w:sz w:val="22"/>
              </w:rPr>
              <w:t> </w:t>
            </w:r>
            <w:r w:rsidRPr="00713EA5">
              <w:rPr>
                <w:sz w:val="22"/>
                <w:lang w:val="ru-RU"/>
              </w:rPr>
              <w:t xml:space="preserve"> Советского Союза И.В. Сталина</w:t>
            </w:r>
          </w:p>
          <w:p w:rsidR="00713EA5" w:rsidRPr="00713EA5" w:rsidRDefault="00713EA5">
            <w:pPr>
              <w:widowControl w:val="0"/>
              <w:shd w:val="clear" w:color="auto" w:fill="FFFFFF"/>
              <w:spacing w:line="240" w:lineRule="auto"/>
              <w:rPr>
                <w:b/>
                <w:bCs/>
                <w:color w:val="000000"/>
                <w:sz w:val="22"/>
                <w:lang w:val="ru-RU"/>
              </w:rPr>
            </w:pPr>
          </w:p>
          <w:p w:rsidR="00713EA5" w:rsidRPr="00713EA5" w:rsidRDefault="00713EA5">
            <w:pPr>
              <w:widowControl w:val="0"/>
              <w:shd w:val="clear" w:color="auto" w:fill="FFFFFF"/>
              <w:spacing w:line="240" w:lineRule="auto"/>
              <w:rPr>
                <w:color w:val="000000"/>
                <w:sz w:val="22"/>
                <w:lang w:val="ru-RU"/>
              </w:rPr>
            </w:pPr>
            <w:r w:rsidRPr="00713EA5">
              <w:rPr>
                <w:b/>
                <w:bCs/>
                <w:color w:val="000000"/>
                <w:sz w:val="22"/>
                <w:lang w:val="ru-RU"/>
              </w:rPr>
              <w:t>Ответ:</w:t>
            </w:r>
            <w:r>
              <w:rPr>
                <w:color w:val="000000"/>
                <w:sz w:val="22"/>
              </w:rPr>
              <w:t> </w:t>
            </w:r>
            <w:r w:rsidRPr="00713EA5">
              <w:rPr>
                <w:color w:val="000000"/>
                <w:sz w:val="22"/>
                <w:lang w:val="ru-RU"/>
              </w:rPr>
              <w:t xml:space="preserve">1 → 2 → 3 </w:t>
            </w:r>
          </w:p>
          <w:p w:rsidR="00713EA5" w:rsidRPr="00713EA5" w:rsidRDefault="00713EA5">
            <w:pPr>
              <w:widowControl w:val="0"/>
              <w:rPr>
                <w:b/>
                <w:sz w:val="22"/>
                <w:lang w:val="ru-RU"/>
              </w:rPr>
            </w:pPr>
          </w:p>
          <w:p w:rsidR="00713EA5" w:rsidRPr="00713EA5" w:rsidRDefault="00713EA5">
            <w:pPr>
              <w:widowControl w:val="0"/>
              <w:spacing w:line="276" w:lineRule="auto"/>
              <w:rPr>
                <w:b/>
                <w:sz w:val="22"/>
                <w:lang w:val="ru-RU"/>
              </w:rPr>
            </w:pPr>
            <w:r w:rsidRPr="00713EA5">
              <w:rPr>
                <w:b/>
                <w:sz w:val="22"/>
                <w:lang w:val="ru-RU"/>
              </w:rPr>
              <w:t>16. Установите соответствие между терминами и их определениями:</w:t>
            </w:r>
          </w:p>
          <w:tbl>
            <w:tblPr>
              <w:tblW w:w="8818" w:type="dxa"/>
              <w:tblInd w:w="105" w:type="dxa"/>
              <w:tblLook w:val="04A0" w:firstRow="1" w:lastRow="0" w:firstColumn="1" w:lastColumn="0" w:noHBand="0" w:noVBand="1"/>
            </w:tblPr>
            <w:tblGrid>
              <w:gridCol w:w="1730"/>
              <w:gridCol w:w="7088"/>
            </w:tblGrid>
            <w:tr w:rsidR="00713EA5">
              <w:trPr>
                <w:trHeight w:val="267"/>
              </w:trPr>
              <w:tc>
                <w:tcPr>
                  <w:tcW w:w="173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pacing w:val="-2"/>
                      <w:sz w:val="22"/>
                    </w:rPr>
                    <w:t>ТЕРМИНЫ</w:t>
                  </w:r>
                </w:p>
              </w:tc>
              <w:tc>
                <w:tcPr>
                  <w:tcW w:w="708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z w:val="22"/>
                    </w:rPr>
                    <w:t>ОПРЕДЕЛЕНИЯ</w:t>
                  </w:r>
                </w:p>
              </w:tc>
            </w:tr>
            <w:tr w:rsidR="00713EA5" w:rsidRPr="00E23FDB">
              <w:trPr>
                <w:trHeight w:val="131"/>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pacing w:val="-2"/>
                      <w:sz w:val="22"/>
                    </w:rPr>
                    <w:t>погост</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А) центр административно-податного округа, крупное селение с церковью и </w:t>
                  </w:r>
                  <w:r w:rsidRPr="00713EA5">
                    <w:rPr>
                      <w:color w:val="232323"/>
                      <w:spacing w:val="-2"/>
                      <w:sz w:val="22"/>
                      <w:lang w:val="ru-RU"/>
                    </w:rPr>
                    <w:t>кладбищем</w:t>
                  </w:r>
                </w:p>
              </w:tc>
            </w:tr>
            <w:tr w:rsidR="00713EA5" w:rsidRPr="00E23FDB">
              <w:trPr>
                <w:trHeight w:val="237"/>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2) </w:t>
                  </w:r>
                  <w:proofErr w:type="spellStart"/>
                  <w:r>
                    <w:rPr>
                      <w:color w:val="232323"/>
                      <w:spacing w:val="-2"/>
                      <w:sz w:val="22"/>
                    </w:rPr>
                    <w:t>полюдье</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jc w:val="both"/>
                    <w:rPr>
                      <w:rFonts w:ascii="Times New Roman, sans-serif" w:eastAsia="Times New Roman" w:hAnsi="Times New Roman, sans-serif"/>
                      <w:lang w:val="ru-RU"/>
                    </w:rPr>
                  </w:pPr>
                  <w:r w:rsidRPr="00713EA5">
                    <w:rPr>
                      <w:color w:val="232323"/>
                      <w:sz w:val="22"/>
                      <w:lang w:val="ru-RU"/>
                    </w:rPr>
                    <w:t xml:space="preserve">Б) способ сбора дани на Руси, его характерной чертой был ненормированный </w:t>
                  </w:r>
                  <w:r w:rsidRPr="00713EA5">
                    <w:rPr>
                      <w:color w:val="232323"/>
                      <w:spacing w:val="-2"/>
                      <w:sz w:val="22"/>
                      <w:lang w:val="ru-RU"/>
                    </w:rPr>
                    <w:t>характер</w:t>
                  </w:r>
                  <w:r w:rsidRPr="00713EA5">
                    <w:rPr>
                      <w:rFonts w:ascii="Times New Roman, sans-serif" w:hAnsi="Times New Roman, sans-serif"/>
                      <w:lang w:val="ru-RU"/>
                    </w:rPr>
                    <w:t xml:space="preserve"> </w:t>
                  </w:r>
                </w:p>
              </w:tc>
            </w:tr>
            <w:tr w:rsidR="00713EA5" w:rsidRPr="00E23FDB">
              <w:trPr>
                <w:trHeight w:val="194"/>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3) </w:t>
                  </w:r>
                  <w:proofErr w:type="spellStart"/>
                  <w:r>
                    <w:rPr>
                      <w:color w:val="232323"/>
                      <w:spacing w:val="-2"/>
                      <w:sz w:val="22"/>
                    </w:rPr>
                    <w:t>десятина</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В) отчисление в пользу служителей культа, церкви доли денежных и натуральных доходов верующих</w:t>
                  </w:r>
                </w:p>
              </w:tc>
            </w:tr>
            <w:tr w:rsidR="00713EA5" w:rsidRPr="00E23FDB">
              <w:trPr>
                <w:trHeight w:val="173"/>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4) </w:t>
                  </w:r>
                  <w:proofErr w:type="spellStart"/>
                  <w:r>
                    <w:rPr>
                      <w:color w:val="232323"/>
                      <w:spacing w:val="-4"/>
                      <w:sz w:val="22"/>
                    </w:rPr>
                    <w:t>вира</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Г) древнерусская мера наказания за нарушение закона, выражалась во взыскании с виновника денежного возмещения</w:t>
                  </w:r>
                </w:p>
              </w:tc>
            </w:tr>
          </w:tbl>
          <w:p w:rsidR="00713EA5" w:rsidRPr="00713EA5" w:rsidRDefault="00713EA5">
            <w:pPr>
              <w:widowControl w:val="0"/>
              <w:spacing w:line="240" w:lineRule="auto"/>
              <w:rPr>
                <w:rFonts w:eastAsia="Times New Roman"/>
                <w:b/>
                <w:color w:val="000000"/>
                <w:sz w:val="22"/>
                <w:lang w:val="ru-RU"/>
              </w:rPr>
            </w:pPr>
          </w:p>
          <w:p w:rsidR="00713EA5" w:rsidRPr="00713EA5" w:rsidRDefault="00713EA5">
            <w:pPr>
              <w:widowControl w:val="0"/>
              <w:spacing w:line="240" w:lineRule="auto"/>
              <w:rPr>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 4 – Г)</w:t>
            </w:r>
          </w:p>
          <w:p w:rsidR="00713EA5" w:rsidRPr="00713EA5" w:rsidRDefault="00713EA5">
            <w:pPr>
              <w:widowControl w:val="0"/>
              <w:shd w:val="clear" w:color="auto" w:fill="FFFFFF"/>
              <w:spacing w:line="240" w:lineRule="auto"/>
              <w:rPr>
                <w:color w:val="000000"/>
                <w:sz w:val="22"/>
                <w:lang w:val="ru-RU"/>
              </w:rPr>
            </w:pPr>
          </w:p>
          <w:p w:rsidR="00713EA5" w:rsidRPr="00713EA5" w:rsidRDefault="00713EA5">
            <w:pPr>
              <w:widowControl w:val="0"/>
              <w:spacing w:line="240" w:lineRule="auto"/>
              <w:rPr>
                <w:b/>
                <w:sz w:val="22"/>
                <w:lang w:val="ru-RU"/>
              </w:rPr>
            </w:pPr>
          </w:p>
          <w:p w:rsidR="00713EA5" w:rsidRPr="00713EA5" w:rsidRDefault="00713EA5">
            <w:pPr>
              <w:widowControl w:val="0"/>
              <w:spacing w:line="276" w:lineRule="auto"/>
              <w:rPr>
                <w:b/>
                <w:sz w:val="22"/>
                <w:lang w:val="ru-RU"/>
              </w:rPr>
            </w:pPr>
            <w:r w:rsidRPr="00713EA5">
              <w:rPr>
                <w:b/>
                <w:sz w:val="22"/>
                <w:lang w:val="ru-RU"/>
              </w:rPr>
              <w:t>17. Установите соответствие между предложениями и вариантом пропущенного слова в них:</w:t>
            </w:r>
          </w:p>
          <w:p w:rsidR="00713EA5" w:rsidRPr="00713EA5" w:rsidRDefault="00713EA5">
            <w:pPr>
              <w:widowControl w:val="0"/>
              <w:spacing w:line="276" w:lineRule="auto"/>
              <w:rPr>
                <w:b/>
                <w:sz w:val="22"/>
                <w:lang w:val="ru-RU"/>
              </w:rPr>
            </w:pPr>
          </w:p>
          <w:tbl>
            <w:tblPr>
              <w:tblW w:w="9101" w:type="dxa"/>
              <w:tblInd w:w="105" w:type="dxa"/>
              <w:tblLook w:val="04A0" w:firstRow="1" w:lastRow="0" w:firstColumn="1" w:lastColumn="0" w:noHBand="0" w:noVBand="1"/>
            </w:tblPr>
            <w:tblGrid>
              <w:gridCol w:w="6975"/>
              <w:gridCol w:w="2126"/>
            </w:tblGrid>
            <w:tr w:rsidR="00713EA5">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eastAsia="Times New Roman"/>
                      <w:lang w:val="ru-RU"/>
                    </w:rPr>
                  </w:pPr>
                  <w:r w:rsidRPr="00713EA5">
                    <w:rPr>
                      <w:color w:val="232323"/>
                      <w:sz w:val="22"/>
                      <w:lang w:val="ru-RU"/>
                    </w:rPr>
                    <w:t xml:space="preserve">1) </w:t>
                  </w:r>
                  <w:r w:rsidRPr="00713EA5">
                    <w:rPr>
                      <w:sz w:val="22"/>
                      <w:lang w:val="ru-RU"/>
                    </w:rPr>
                    <w:t xml:space="preserve">Приказ № 227 («Ни шагу назад!») был издан </w:t>
                  </w:r>
                  <w:proofErr w:type="gramStart"/>
                  <w:r w:rsidRPr="00713EA5">
                    <w:rPr>
                      <w:sz w:val="22"/>
                      <w:lang w:val="ru-RU"/>
                    </w:rPr>
                    <w:t>в</w:t>
                  </w:r>
                  <w:proofErr w:type="gramEnd"/>
                  <w:r w:rsidRPr="00713EA5">
                    <w:rPr>
                      <w:sz w:val="22"/>
                      <w:lang w:val="ru-RU"/>
                    </w:rPr>
                    <w:t xml:space="preserve"> _______________ года</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А) </w:t>
                  </w:r>
                  <w:proofErr w:type="spellStart"/>
                  <w:r>
                    <w:rPr>
                      <w:sz w:val="22"/>
                    </w:rPr>
                    <w:t>июле</w:t>
                  </w:r>
                  <w:proofErr w:type="spellEnd"/>
                  <w:r>
                    <w:rPr>
                      <w:sz w:val="22"/>
                    </w:rPr>
                    <w:t xml:space="preserve"> 1942</w:t>
                  </w:r>
                </w:p>
              </w:tc>
            </w:tr>
            <w:tr w:rsidR="00713EA5">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eastAsia="Times New Roman"/>
                      <w:lang w:val="ru-RU"/>
                    </w:rPr>
                  </w:pPr>
                  <w:r w:rsidRPr="00713EA5">
                    <w:rPr>
                      <w:color w:val="232323"/>
                      <w:sz w:val="22"/>
                      <w:lang w:val="ru-RU"/>
                    </w:rPr>
                    <w:t xml:space="preserve">2) </w:t>
                  </w:r>
                  <w:r w:rsidRPr="00713EA5">
                    <w:rPr>
                      <w:sz w:val="22"/>
                      <w:lang w:val="ru-RU"/>
                    </w:rPr>
                    <w:t>Созданный во время войны Государственный Комитет Обороны СССР возглавлял _______________.</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w:t>
                  </w:r>
                  <w:r>
                    <w:rPr>
                      <w:sz w:val="22"/>
                    </w:rPr>
                    <w:t xml:space="preserve">И.В. </w:t>
                  </w:r>
                  <w:proofErr w:type="spellStart"/>
                  <w:r>
                    <w:rPr>
                      <w:sz w:val="22"/>
                    </w:rPr>
                    <w:t>Сталин</w:t>
                  </w:r>
                  <w:proofErr w:type="spellEnd"/>
                </w:p>
              </w:tc>
            </w:tr>
            <w:tr w:rsidR="00713EA5" w:rsidRPr="00E23FDB">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41"/>
                    <w:jc w:val="both"/>
                    <w:rPr>
                      <w:rFonts w:eastAsia="Times New Roman"/>
                      <w:lang w:val="ru-RU"/>
                    </w:rPr>
                  </w:pPr>
                  <w:r w:rsidRPr="00713EA5">
                    <w:rPr>
                      <w:color w:val="232323"/>
                      <w:sz w:val="22"/>
                      <w:lang w:val="ru-RU"/>
                    </w:rPr>
                    <w:t xml:space="preserve">3) </w:t>
                  </w:r>
                  <w:r w:rsidRPr="00713EA5">
                    <w:rPr>
                      <w:sz w:val="22"/>
                      <w:lang w:val="ru-RU"/>
                    </w:rPr>
                    <w:t>Крупное танковое сражение под Прохоровкой произошло во время _______________ битвы.</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w:t>
                  </w:r>
                  <w:r w:rsidRPr="00713EA5">
                    <w:rPr>
                      <w:sz w:val="22"/>
                      <w:lang w:val="ru-RU"/>
                    </w:rPr>
                    <w:t>Курской</w:t>
                  </w:r>
                </w:p>
              </w:tc>
            </w:tr>
            <w:tr w:rsidR="00713EA5" w:rsidRPr="00E23FDB">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w:t>
                  </w:r>
                  <w:r w:rsidRPr="00713EA5">
                    <w:rPr>
                      <w:sz w:val="22"/>
                      <w:lang w:val="ru-RU"/>
                    </w:rPr>
                    <w:t>Сталинградской</w:t>
                  </w:r>
                </w:p>
              </w:tc>
            </w:tr>
            <w:tr w:rsidR="00713EA5" w:rsidRPr="00E23FDB">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Д) </w:t>
                  </w:r>
                  <w:r w:rsidRPr="00713EA5">
                    <w:rPr>
                      <w:sz w:val="22"/>
                      <w:lang w:val="ru-RU"/>
                    </w:rPr>
                    <w:t>В.М. Молотов</w:t>
                  </w:r>
                </w:p>
              </w:tc>
            </w:tr>
            <w:tr w:rsidR="00713EA5" w:rsidRPr="00E23FDB">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w:t>
                  </w:r>
                  <w:proofErr w:type="gramStart"/>
                  <w:r w:rsidRPr="00713EA5">
                    <w:rPr>
                      <w:sz w:val="22"/>
                      <w:lang w:val="ru-RU"/>
                    </w:rPr>
                    <w:t>июле</w:t>
                  </w:r>
                  <w:proofErr w:type="gramEnd"/>
                  <w:r w:rsidRPr="00713EA5">
                    <w:rPr>
                      <w:sz w:val="22"/>
                      <w:lang w:val="ru-RU"/>
                    </w:rPr>
                    <w:t xml:space="preserve"> 1943</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t xml:space="preserve"> (</w:t>
            </w:r>
            <w:r w:rsidRPr="00713EA5">
              <w:rPr>
                <w:color w:val="000000"/>
                <w:sz w:val="22"/>
                <w:shd w:val="clear" w:color="auto" w:fill="FFFFFF"/>
                <w:lang w:val="ru-RU"/>
              </w:rPr>
              <w:t>1 – А, 2 – Б, 3 – В)</w:t>
            </w:r>
          </w:p>
          <w:p w:rsidR="00713EA5" w:rsidRDefault="00713EA5">
            <w:pPr>
              <w:pStyle w:val="aff8"/>
              <w:widowControl w:val="0"/>
              <w:rPr>
                <w:b/>
                <w:sz w:val="22"/>
                <w:szCs w:val="22"/>
              </w:rPr>
            </w:pPr>
          </w:p>
          <w:p w:rsidR="00713EA5" w:rsidRPr="00713EA5" w:rsidRDefault="00713EA5">
            <w:pPr>
              <w:widowControl w:val="0"/>
              <w:spacing w:line="276" w:lineRule="auto"/>
              <w:rPr>
                <w:b/>
                <w:sz w:val="22"/>
                <w:lang w:val="ru-RU"/>
              </w:rPr>
            </w:pPr>
            <w:r w:rsidRPr="00713EA5">
              <w:rPr>
                <w:b/>
                <w:sz w:val="22"/>
                <w:lang w:val="ru-RU"/>
              </w:rPr>
              <w:t>18. Установите соответствие между событиями и годами:</w:t>
            </w:r>
          </w:p>
          <w:p w:rsidR="00713EA5" w:rsidRPr="00713EA5" w:rsidRDefault="00713EA5">
            <w:pPr>
              <w:widowControl w:val="0"/>
              <w:spacing w:line="276" w:lineRule="auto"/>
              <w:rPr>
                <w:b/>
                <w:sz w:val="22"/>
                <w:lang w:val="ru-RU"/>
              </w:rPr>
            </w:pPr>
          </w:p>
          <w:tbl>
            <w:tblPr>
              <w:tblW w:w="8251" w:type="dxa"/>
              <w:tblInd w:w="105" w:type="dxa"/>
              <w:tblLook w:val="04A0" w:firstRow="1" w:lastRow="0" w:firstColumn="1" w:lastColumn="0" w:noHBand="0" w:noVBand="1"/>
            </w:tblPr>
            <w:tblGrid>
              <w:gridCol w:w="6975"/>
              <w:gridCol w:w="1276"/>
            </w:tblGrid>
            <w:tr w:rsidR="00713EA5">
              <w:trPr>
                <w:trHeight w:val="267"/>
              </w:trPr>
              <w:tc>
                <w:tcPr>
                  <w:tcW w:w="697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СОБЫТИЯ</w:t>
                  </w:r>
                </w:p>
              </w:tc>
              <w:tc>
                <w:tcPr>
                  <w:tcW w:w="1276"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rPr>
                  </w:pPr>
                  <w:r>
                    <w:rPr>
                      <w:b/>
                      <w:bCs/>
                      <w:color w:val="232323"/>
                      <w:sz w:val="22"/>
                    </w:rPr>
                    <w:t>ГОДЫ</w:t>
                  </w:r>
                </w:p>
              </w:tc>
            </w:tr>
            <w:tr w:rsidR="00713EA5">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8"/>
                    <w:jc w:val="both"/>
                    <w:rPr>
                      <w:rFonts w:eastAsia="Times New Roman"/>
                    </w:rPr>
                  </w:pPr>
                  <w:r>
                    <w:rPr>
                      <w:color w:val="232323"/>
                      <w:sz w:val="22"/>
                    </w:rPr>
                    <w:t xml:space="preserve">1) </w:t>
                  </w:r>
                  <w:proofErr w:type="spellStart"/>
                  <w:r>
                    <w:rPr>
                      <w:sz w:val="22"/>
                    </w:rPr>
                    <w:t>принятие</w:t>
                  </w:r>
                  <w:proofErr w:type="spellEnd"/>
                  <w:r>
                    <w:rPr>
                      <w:sz w:val="22"/>
                    </w:rPr>
                    <w:t xml:space="preserve"> </w:t>
                  </w:r>
                  <w:proofErr w:type="spellStart"/>
                  <w:r>
                    <w:rPr>
                      <w:sz w:val="22"/>
                    </w:rPr>
                    <w:t>плана</w:t>
                  </w:r>
                  <w:proofErr w:type="spellEnd"/>
                  <w:r>
                    <w:rPr>
                      <w:sz w:val="22"/>
                    </w:rPr>
                    <w:t xml:space="preserve"> ГОЭЛРО</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jc w:val="both"/>
                    <w:rPr>
                      <w:rFonts w:eastAsia="Times New Roman"/>
                    </w:rPr>
                  </w:pPr>
                  <w:r>
                    <w:rPr>
                      <w:color w:val="232323"/>
                      <w:sz w:val="22"/>
                    </w:rPr>
                    <w:t xml:space="preserve">А) </w:t>
                  </w:r>
                  <w:r>
                    <w:rPr>
                      <w:sz w:val="22"/>
                    </w:rPr>
                    <w:t xml:space="preserve">1920 г. </w:t>
                  </w:r>
                </w:p>
              </w:tc>
            </w:tr>
            <w:tr w:rsidR="00713EA5">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88" w:lineRule="auto"/>
                    <w:ind w:right="138"/>
                    <w:jc w:val="both"/>
                    <w:rPr>
                      <w:rFonts w:eastAsia="Times New Roman"/>
                    </w:rPr>
                  </w:pPr>
                  <w:r>
                    <w:rPr>
                      <w:color w:val="232323"/>
                      <w:sz w:val="22"/>
                    </w:rPr>
                    <w:t xml:space="preserve">2) </w:t>
                  </w:r>
                  <w:proofErr w:type="spellStart"/>
                  <w:r>
                    <w:rPr>
                      <w:sz w:val="22"/>
                    </w:rPr>
                    <w:t>издание</w:t>
                  </w:r>
                  <w:proofErr w:type="spellEnd"/>
                  <w:r>
                    <w:rPr>
                      <w:sz w:val="22"/>
                    </w:rPr>
                    <w:t xml:space="preserve"> </w:t>
                  </w:r>
                  <w:proofErr w:type="spellStart"/>
                  <w:r>
                    <w:rPr>
                      <w:sz w:val="22"/>
                    </w:rPr>
                    <w:t>Новоторгового</w:t>
                  </w:r>
                  <w:proofErr w:type="spellEnd"/>
                  <w:r>
                    <w:rPr>
                      <w:sz w:val="22"/>
                    </w:rPr>
                    <w:t xml:space="preserve"> </w:t>
                  </w:r>
                  <w:proofErr w:type="spellStart"/>
                  <w:r>
                    <w:rPr>
                      <w:sz w:val="22"/>
                    </w:rPr>
                    <w:t>устава</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Default="00713EA5">
                  <w:pPr>
                    <w:overflowPunct w:val="0"/>
                    <w:autoSpaceDE w:val="0"/>
                    <w:autoSpaceDN w:val="0"/>
                    <w:adjustRightInd w:val="0"/>
                    <w:spacing w:line="240" w:lineRule="auto"/>
                    <w:jc w:val="both"/>
                    <w:rPr>
                      <w:rFonts w:eastAsia="Times New Roman"/>
                      <w:color w:val="232323"/>
                    </w:rPr>
                  </w:pPr>
                  <w:r>
                    <w:rPr>
                      <w:color w:val="232323"/>
                      <w:sz w:val="22"/>
                    </w:rPr>
                    <w:t xml:space="preserve">Б) 1667 </w:t>
                  </w:r>
                  <w:r>
                    <w:rPr>
                      <w:color w:val="232323"/>
                      <w:spacing w:val="-10"/>
                      <w:sz w:val="22"/>
                    </w:rPr>
                    <w:t>г.</w:t>
                  </w:r>
                </w:p>
              </w:tc>
            </w:tr>
            <w:tr w:rsidR="00713EA5" w:rsidRPr="00E23FDB">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8"/>
                    <w:jc w:val="both"/>
                    <w:rPr>
                      <w:rFonts w:eastAsia="Times New Roman"/>
                      <w:lang w:val="ru-RU"/>
                    </w:rPr>
                  </w:pPr>
                  <w:r w:rsidRPr="00713EA5">
                    <w:rPr>
                      <w:color w:val="232323"/>
                      <w:sz w:val="22"/>
                      <w:lang w:val="ru-RU"/>
                    </w:rPr>
                    <w:t xml:space="preserve">3) </w:t>
                  </w:r>
                  <w:r w:rsidRPr="00713EA5">
                    <w:rPr>
                      <w:sz w:val="22"/>
                      <w:lang w:val="ru-RU"/>
                    </w:rPr>
                    <w:t>убийство князя Игоря в ходе восстания древлян</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В) 945 </w:t>
                  </w:r>
                  <w:r w:rsidRPr="00713EA5">
                    <w:rPr>
                      <w:color w:val="232323"/>
                      <w:spacing w:val="-5"/>
                      <w:sz w:val="22"/>
                      <w:lang w:val="ru-RU"/>
                    </w:rPr>
                    <w:t>г.</w:t>
                  </w:r>
                </w:p>
              </w:tc>
            </w:tr>
            <w:tr w:rsidR="00713EA5" w:rsidRPr="00E23FDB">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88" w:lineRule="auto"/>
                    <w:ind w:right="138"/>
                    <w:jc w:val="both"/>
                    <w:rPr>
                      <w:rFonts w:eastAsia="Times New Roman"/>
                      <w:lang w:val="ru-RU"/>
                    </w:rPr>
                  </w:pPr>
                  <w:r w:rsidRPr="00713EA5">
                    <w:rPr>
                      <w:color w:val="232323"/>
                      <w:sz w:val="22"/>
                      <w:lang w:val="ru-RU"/>
                    </w:rPr>
                    <w:t xml:space="preserve">4) </w:t>
                  </w:r>
                  <w:r w:rsidRPr="00713EA5">
                    <w:rPr>
                      <w:sz w:val="22"/>
                      <w:lang w:val="ru-RU"/>
                    </w:rPr>
                    <w:t>дарование конституции Царству Польскому</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color w:val="232323"/>
                      <w:lang w:val="ru-RU"/>
                    </w:rPr>
                  </w:pPr>
                  <w:r w:rsidRPr="00713EA5">
                    <w:rPr>
                      <w:color w:val="232323"/>
                      <w:sz w:val="22"/>
                      <w:lang w:val="ru-RU"/>
                    </w:rPr>
                    <w:t xml:space="preserve">Г) 1815 </w:t>
                  </w:r>
                  <w:r w:rsidRPr="00713EA5">
                    <w:rPr>
                      <w:color w:val="232323"/>
                      <w:spacing w:val="-10"/>
                      <w:sz w:val="22"/>
                      <w:lang w:val="ru-RU"/>
                    </w:rPr>
                    <w:t>г.</w:t>
                  </w:r>
                </w:p>
              </w:tc>
            </w:tr>
            <w:tr w:rsidR="00713EA5" w:rsidRPr="00E23FDB">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Д) 1961 </w:t>
                  </w:r>
                  <w:r w:rsidRPr="00713EA5">
                    <w:rPr>
                      <w:color w:val="232323"/>
                      <w:spacing w:val="-10"/>
                      <w:sz w:val="22"/>
                      <w:lang w:val="ru-RU"/>
                    </w:rPr>
                    <w:t>г.</w:t>
                  </w:r>
                </w:p>
              </w:tc>
            </w:tr>
            <w:tr w:rsidR="00713EA5" w:rsidRPr="00E23FDB">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713EA5" w:rsidRPr="00713EA5" w:rsidRDefault="00713EA5">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color w:val="232323"/>
                      <w:sz w:val="22"/>
                      <w:lang w:val="ru-RU"/>
                    </w:rPr>
                    <w:t xml:space="preserve">Е) 1097 </w:t>
                  </w:r>
                  <w:r w:rsidRPr="00713EA5">
                    <w:rPr>
                      <w:color w:val="232323"/>
                      <w:spacing w:val="-5"/>
                      <w:sz w:val="22"/>
                      <w:lang w:val="ru-RU"/>
                    </w:rPr>
                    <w:t>г.</w:t>
                  </w:r>
                </w:p>
              </w:tc>
            </w:tr>
          </w:tbl>
          <w:p w:rsidR="00713EA5" w:rsidRPr="00713EA5" w:rsidRDefault="00713EA5">
            <w:pPr>
              <w:widowControl w:val="0"/>
              <w:spacing w:line="240" w:lineRule="auto"/>
              <w:rPr>
                <w:rFonts w:eastAsia="Times New Roman"/>
                <w:b/>
                <w:iCs/>
                <w:color w:val="000000"/>
                <w:sz w:val="22"/>
                <w:lang w:val="ru-RU"/>
              </w:rPr>
            </w:pPr>
            <w:r w:rsidRPr="00713EA5">
              <w:rPr>
                <w:b/>
                <w:color w:val="000000"/>
                <w:sz w:val="22"/>
                <w:lang w:val="ru-RU"/>
              </w:rPr>
              <w:lastRenderedPageBreak/>
              <w:t xml:space="preserve"> (</w:t>
            </w:r>
            <w:r w:rsidRPr="00713EA5">
              <w:rPr>
                <w:color w:val="000000"/>
                <w:sz w:val="22"/>
                <w:shd w:val="clear" w:color="auto" w:fill="FFFFFF"/>
                <w:lang w:val="ru-RU"/>
              </w:rPr>
              <w:t>1 – А, 2 – Б, 3 – В, 4 – Г)</w:t>
            </w:r>
          </w:p>
          <w:p w:rsidR="00713EA5" w:rsidRPr="00713EA5" w:rsidRDefault="00713EA5">
            <w:pPr>
              <w:widowControl w:val="0"/>
              <w:overflowPunct w:val="0"/>
              <w:autoSpaceDE w:val="0"/>
              <w:autoSpaceDN w:val="0"/>
              <w:adjustRightInd w:val="0"/>
              <w:spacing w:line="240" w:lineRule="auto"/>
              <w:jc w:val="both"/>
              <w:rPr>
                <w:rFonts w:eastAsia="Times New Roman"/>
                <w:b/>
                <w:iCs/>
                <w:color w:val="000000"/>
                <w:sz w:val="22"/>
                <w:lang w:val="ru-RU"/>
              </w:rPr>
            </w:pPr>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lastRenderedPageBreak/>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Высокий</w:t>
            </w:r>
            <w:proofErr w:type="spellEnd"/>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b/>
                <w:sz w:val="22"/>
              </w:rPr>
              <w:t>Задания</w:t>
            </w:r>
            <w:proofErr w:type="spellEnd"/>
            <w:r>
              <w:rPr>
                <w:b/>
                <w:sz w:val="22"/>
              </w:rPr>
              <w:t xml:space="preserve"> с </w:t>
            </w:r>
            <w:proofErr w:type="spellStart"/>
            <w:r>
              <w:rPr>
                <w:b/>
                <w:sz w:val="22"/>
              </w:rPr>
              <w:t>развернутым</w:t>
            </w:r>
            <w:proofErr w:type="spellEnd"/>
            <w:r>
              <w:rPr>
                <w:b/>
                <w:sz w:val="22"/>
              </w:rPr>
              <w:t xml:space="preserve"> </w:t>
            </w:r>
            <w:proofErr w:type="spellStart"/>
            <w:r>
              <w:rPr>
                <w:b/>
                <w:sz w:val="22"/>
              </w:rPr>
              <w:t>ответом</w:t>
            </w:r>
            <w:proofErr w:type="spellEnd"/>
          </w:p>
        </w:tc>
      </w:tr>
      <w:tr w:rsidR="00713EA5" w:rsidTr="00713EA5">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40" w:lineRule="auto"/>
              <w:jc w:val="both"/>
              <w:rPr>
                <w:rFonts w:eastAsia="Times New Roman"/>
                <w:b/>
                <w:sz w:val="22"/>
              </w:rPr>
            </w:pPr>
            <w:proofErr w:type="spellStart"/>
            <w:r>
              <w:rPr>
                <w:i/>
                <w:sz w:val="22"/>
              </w:rPr>
              <w:t>введите</w:t>
            </w:r>
            <w:proofErr w:type="spellEnd"/>
            <w:r>
              <w:rPr>
                <w:i/>
                <w:sz w:val="22"/>
              </w:rPr>
              <w:t xml:space="preserve"> </w:t>
            </w:r>
            <w:proofErr w:type="spellStart"/>
            <w:r>
              <w:rPr>
                <w:i/>
                <w:sz w:val="22"/>
              </w:rPr>
              <w:t>развернутый</w:t>
            </w:r>
            <w:proofErr w:type="spellEnd"/>
            <w:r>
              <w:rPr>
                <w:i/>
                <w:sz w:val="22"/>
              </w:rPr>
              <w:t xml:space="preserve"> </w:t>
            </w:r>
            <w:proofErr w:type="spellStart"/>
            <w:r>
              <w:rPr>
                <w:i/>
                <w:sz w:val="22"/>
              </w:rPr>
              <w:t>обоснованный</w:t>
            </w:r>
            <w:proofErr w:type="spellEnd"/>
            <w:r>
              <w:rPr>
                <w:i/>
                <w:sz w:val="22"/>
              </w:rPr>
              <w:t xml:space="preserve"> </w:t>
            </w:r>
            <w:proofErr w:type="spellStart"/>
            <w:r>
              <w:rPr>
                <w:i/>
                <w:sz w:val="22"/>
              </w:rPr>
              <w:t>ответ</w:t>
            </w:r>
            <w:proofErr w:type="spellEnd"/>
          </w:p>
        </w:tc>
      </w:tr>
      <w:tr w:rsidR="00713EA5" w:rsidTr="00713EA5">
        <w:trPr>
          <w:jc w:val="center"/>
        </w:trPr>
        <w:tc>
          <w:tcPr>
            <w:tcW w:w="9571" w:type="dxa"/>
            <w:gridSpan w:val="5"/>
            <w:tcBorders>
              <w:top w:val="single" w:sz="4" w:space="0" w:color="auto"/>
              <w:left w:val="single" w:sz="4" w:space="0" w:color="auto"/>
              <w:bottom w:val="single" w:sz="4" w:space="0" w:color="auto"/>
              <w:right w:val="single" w:sz="4" w:space="0" w:color="auto"/>
            </w:tcBorders>
          </w:tcPr>
          <w:p w:rsidR="00713EA5" w:rsidRPr="00713EA5" w:rsidRDefault="00713EA5">
            <w:pPr>
              <w:widowControl w:val="0"/>
              <w:spacing w:line="240" w:lineRule="auto"/>
              <w:rPr>
                <w:rFonts w:eastAsia="Times New Roman"/>
                <w:b/>
                <w:sz w:val="22"/>
                <w:lang w:val="ru-RU"/>
              </w:rPr>
            </w:pPr>
            <w:r w:rsidRPr="00713EA5">
              <w:rPr>
                <w:b/>
                <w:bCs/>
                <w:sz w:val="22"/>
                <w:lang w:val="ru-RU"/>
              </w:rPr>
              <w:t xml:space="preserve">19. </w:t>
            </w:r>
            <w:r w:rsidRPr="00713EA5">
              <w:rPr>
                <w:b/>
                <w:sz w:val="22"/>
                <w:lang w:val="ru-RU"/>
              </w:rPr>
              <w:t xml:space="preserve">Запишите </w:t>
            </w:r>
            <w:proofErr w:type="gramStart"/>
            <w:r w:rsidRPr="00713EA5">
              <w:rPr>
                <w:b/>
                <w:sz w:val="22"/>
                <w:lang w:val="ru-RU"/>
              </w:rPr>
              <w:t>ответ</w:t>
            </w:r>
            <w:proofErr w:type="gramEnd"/>
            <w:r w:rsidRPr="00713EA5">
              <w:rPr>
                <w:b/>
                <w:sz w:val="22"/>
                <w:lang w:val="ru-RU"/>
              </w:rPr>
              <w:t xml:space="preserve"> одним словом</w:t>
            </w:r>
          </w:p>
          <w:p w:rsidR="00713EA5" w:rsidRDefault="00713EA5">
            <w:pPr>
              <w:pStyle w:val="aff8"/>
              <w:widowControl w:val="0"/>
              <w:jc w:val="both"/>
              <w:rPr>
                <w:b/>
                <w:sz w:val="22"/>
                <w:szCs w:val="22"/>
              </w:rPr>
            </w:pPr>
            <w:r>
              <w:rPr>
                <w:b/>
                <w:sz w:val="22"/>
                <w:szCs w:val="22"/>
              </w:rPr>
              <w:t>Прочитайте отрывок из сообщения в газете «Правда» и напишите географическое название, дважды пропущенное в тексте.</w:t>
            </w:r>
          </w:p>
          <w:p w:rsidR="00713EA5" w:rsidRDefault="00713EA5">
            <w:pPr>
              <w:pStyle w:val="aff8"/>
              <w:widowControl w:val="0"/>
              <w:jc w:val="both"/>
              <w:rPr>
                <w:b/>
                <w:sz w:val="22"/>
                <w:szCs w:val="22"/>
              </w:rPr>
            </w:pPr>
            <w:r>
              <w:rPr>
                <w:b/>
                <w:sz w:val="22"/>
                <w:szCs w:val="22"/>
              </w:rPr>
              <w:br/>
              <w:t xml:space="preserve">«ТАСС сообщает, что японская </w:t>
            </w:r>
            <w:proofErr w:type="gramStart"/>
            <w:r>
              <w:rPr>
                <w:b/>
                <w:sz w:val="22"/>
                <w:szCs w:val="22"/>
              </w:rPr>
              <w:t>военщина</w:t>
            </w:r>
            <w:proofErr w:type="gramEnd"/>
            <w:r>
              <w:rPr>
                <w:b/>
                <w:sz w:val="22"/>
                <w:szCs w:val="22"/>
              </w:rPr>
              <w:t xml:space="preserve"> 31 июля нарушила советскую границу на высотах, что к западу от озера _________, и японские войска, открыв неожиданный артиллерийский огонь, внезапно атаковали в ночное время войска пограничной охраны СССР, расположенные на границе. Японцы заняли советскую территорию глубиной в четыре километра. На высотах к западу от озера _________ завязался бой, продолжавшийся несколько часов. Японская </w:t>
            </w:r>
            <w:proofErr w:type="gramStart"/>
            <w:r>
              <w:rPr>
                <w:b/>
                <w:sz w:val="22"/>
                <w:szCs w:val="22"/>
              </w:rPr>
              <w:t>военщина</w:t>
            </w:r>
            <w:proofErr w:type="gramEnd"/>
            <w:r>
              <w:rPr>
                <w:b/>
                <w:sz w:val="22"/>
                <w:szCs w:val="22"/>
              </w:rPr>
              <w:t xml:space="preserve"> получает сильный отпор, и японские войска несут большие потери в людях и материальной части. Потери советских войск выясняются».</w:t>
            </w: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bCs/>
                <w:sz w:val="22"/>
                <w:lang w:val="ru-RU"/>
              </w:rPr>
            </w:pPr>
            <w:r w:rsidRPr="00713EA5">
              <w:rPr>
                <w:b/>
                <w:bCs/>
                <w:sz w:val="22"/>
                <w:lang w:val="ru-RU"/>
              </w:rPr>
              <w:t xml:space="preserve">(Хасан, ХАСАН, </w:t>
            </w:r>
            <w:proofErr w:type="spellStart"/>
            <w:r w:rsidRPr="00713EA5">
              <w:rPr>
                <w:b/>
                <w:bCs/>
                <w:sz w:val="22"/>
                <w:lang w:val="ru-RU"/>
              </w:rPr>
              <w:t>хасан</w:t>
            </w:r>
            <w:proofErr w:type="spellEnd"/>
            <w:r w:rsidRPr="00713EA5">
              <w:rPr>
                <w:b/>
                <w:bCs/>
                <w:sz w:val="22"/>
                <w:lang w:val="ru-RU"/>
              </w:rPr>
              <w:t>)</w:t>
            </w:r>
          </w:p>
          <w:p w:rsidR="00713EA5" w:rsidRPr="00713EA5" w:rsidRDefault="00713EA5">
            <w:pPr>
              <w:widowControl w:val="0"/>
              <w:spacing w:line="240" w:lineRule="auto"/>
              <w:rPr>
                <w:b/>
                <w:bCs/>
                <w:sz w:val="22"/>
                <w:lang w:val="ru-RU"/>
              </w:rPr>
            </w:pPr>
          </w:p>
          <w:p w:rsidR="00713EA5" w:rsidRPr="00713EA5" w:rsidRDefault="00713EA5">
            <w:pPr>
              <w:widowControl w:val="0"/>
              <w:spacing w:line="240" w:lineRule="auto"/>
              <w:rPr>
                <w:b/>
                <w:sz w:val="22"/>
                <w:lang w:val="ru-RU"/>
              </w:rPr>
            </w:pPr>
            <w:r w:rsidRPr="00713EA5">
              <w:rPr>
                <w:b/>
                <w:bCs/>
                <w:sz w:val="22"/>
                <w:lang w:val="ru-RU"/>
              </w:rPr>
              <w:t xml:space="preserve">20. </w:t>
            </w:r>
            <w:r w:rsidRPr="00713EA5">
              <w:rPr>
                <w:b/>
                <w:sz w:val="22"/>
                <w:lang w:val="ru-RU"/>
              </w:rPr>
              <w:t xml:space="preserve">Запишите </w:t>
            </w:r>
            <w:proofErr w:type="gramStart"/>
            <w:r w:rsidRPr="00713EA5">
              <w:rPr>
                <w:b/>
                <w:sz w:val="22"/>
                <w:lang w:val="ru-RU"/>
              </w:rPr>
              <w:t>ответ</w:t>
            </w:r>
            <w:proofErr w:type="gramEnd"/>
            <w:r w:rsidRPr="00713EA5">
              <w:rPr>
                <w:b/>
                <w:sz w:val="22"/>
                <w:lang w:val="ru-RU"/>
              </w:rPr>
              <w:t xml:space="preserve"> одним словом</w:t>
            </w:r>
          </w:p>
          <w:p w:rsidR="00713EA5" w:rsidRPr="00713EA5" w:rsidRDefault="00713EA5">
            <w:pPr>
              <w:widowControl w:val="0"/>
              <w:spacing w:line="240" w:lineRule="auto"/>
              <w:rPr>
                <w:b/>
                <w:sz w:val="22"/>
                <w:lang w:val="ru-RU"/>
              </w:rPr>
            </w:pPr>
          </w:p>
          <w:p w:rsidR="00713EA5" w:rsidRPr="00713EA5" w:rsidRDefault="00713EA5">
            <w:pPr>
              <w:widowControl w:val="0"/>
              <w:spacing w:line="240" w:lineRule="auto"/>
              <w:rPr>
                <w:b/>
                <w:color w:val="000000"/>
                <w:sz w:val="22"/>
                <w:lang w:val="ru-RU"/>
              </w:rPr>
            </w:pPr>
            <w:r w:rsidRPr="00713EA5">
              <w:rPr>
                <w:b/>
                <w:sz w:val="22"/>
                <w:lang w:val="ru-RU"/>
              </w:rPr>
              <w:t>…. — это процесс объединения индивидуальных (единоличных) крестьянских хозяйств в коллективные хозяйства, такие как колхозы и совхозы</w:t>
            </w:r>
            <w:r w:rsidRPr="00713EA5">
              <w:rPr>
                <w:b/>
                <w:color w:val="000000"/>
                <w:sz w:val="22"/>
                <w:lang w:val="ru-RU"/>
              </w:rPr>
              <w:t xml:space="preserve"> </w:t>
            </w:r>
          </w:p>
          <w:p w:rsidR="00713EA5" w:rsidRPr="00713EA5" w:rsidRDefault="00713EA5">
            <w:pPr>
              <w:widowControl w:val="0"/>
              <w:spacing w:line="240" w:lineRule="auto"/>
              <w:rPr>
                <w:color w:val="000000"/>
                <w:sz w:val="22"/>
                <w:lang w:val="ru-RU"/>
              </w:rPr>
            </w:pPr>
          </w:p>
          <w:p w:rsidR="00713EA5" w:rsidRDefault="00713EA5">
            <w:pPr>
              <w:widowControl w:val="0"/>
              <w:spacing w:line="240" w:lineRule="auto"/>
              <w:rPr>
                <w:b/>
                <w:bCs/>
                <w:sz w:val="22"/>
              </w:rPr>
            </w:pPr>
            <w:r w:rsidRPr="00713EA5">
              <w:rPr>
                <w:bCs/>
                <w:sz w:val="22"/>
                <w:lang w:val="ru-RU"/>
              </w:rPr>
              <w:t xml:space="preserve"> </w:t>
            </w:r>
            <w:r>
              <w:rPr>
                <w:b/>
                <w:bCs/>
                <w:sz w:val="22"/>
              </w:rPr>
              <w:t>(</w:t>
            </w:r>
            <w:proofErr w:type="spellStart"/>
            <w:r>
              <w:rPr>
                <w:b/>
                <w:bCs/>
                <w:sz w:val="22"/>
              </w:rPr>
              <w:t>Коллективизация</w:t>
            </w:r>
            <w:proofErr w:type="spellEnd"/>
            <w:r>
              <w:rPr>
                <w:b/>
                <w:bCs/>
                <w:sz w:val="22"/>
              </w:rPr>
              <w:t xml:space="preserve">, </w:t>
            </w:r>
            <w:proofErr w:type="spellStart"/>
            <w:r>
              <w:rPr>
                <w:b/>
                <w:bCs/>
                <w:sz w:val="22"/>
              </w:rPr>
              <w:t>коллективизация</w:t>
            </w:r>
            <w:proofErr w:type="spellEnd"/>
            <w:r>
              <w:rPr>
                <w:b/>
                <w:bCs/>
                <w:sz w:val="22"/>
              </w:rPr>
              <w:t>)</w:t>
            </w:r>
          </w:p>
          <w:p w:rsidR="00713EA5" w:rsidRDefault="00713EA5">
            <w:pPr>
              <w:widowControl w:val="0"/>
              <w:overflowPunct w:val="0"/>
              <w:autoSpaceDE w:val="0"/>
              <w:autoSpaceDN w:val="0"/>
              <w:adjustRightInd w:val="0"/>
              <w:spacing w:line="240" w:lineRule="auto"/>
              <w:jc w:val="both"/>
              <w:rPr>
                <w:rFonts w:eastAsia="Times New Roman"/>
                <w:b/>
                <w:bCs/>
                <w:sz w:val="22"/>
              </w:rPr>
            </w:pPr>
          </w:p>
        </w:tc>
      </w:tr>
    </w:tbl>
    <w:p w:rsidR="00713EA5" w:rsidRDefault="00713EA5" w:rsidP="00713EA5">
      <w:pPr>
        <w:rPr>
          <w:rFonts w:eastAsia="Times New Roman"/>
          <w:i/>
          <w:sz w:val="20"/>
          <w:szCs w:val="20"/>
        </w:rPr>
      </w:pPr>
    </w:p>
    <w:p w:rsidR="00713EA5" w:rsidRDefault="00713EA5" w:rsidP="00713EA5">
      <w:pPr>
        <w:spacing w:line="240" w:lineRule="auto"/>
        <w:rPr>
          <w:b/>
          <w:sz w:val="28"/>
          <w:szCs w:val="28"/>
        </w:rPr>
      </w:pPr>
      <w:r>
        <w:rPr>
          <w:b/>
          <w:sz w:val="28"/>
          <w:szCs w:val="28"/>
        </w:rPr>
        <w:br w:type="page"/>
      </w:r>
    </w:p>
    <w:p w:rsidR="00713EA5" w:rsidRPr="00713EA5" w:rsidRDefault="00713EA5" w:rsidP="00713EA5">
      <w:pPr>
        <w:spacing w:line="240" w:lineRule="auto"/>
        <w:jc w:val="center"/>
        <w:rPr>
          <w:b/>
          <w:szCs w:val="28"/>
          <w:lang w:val="ru-RU"/>
        </w:rPr>
      </w:pPr>
      <w:r w:rsidRPr="00713EA5">
        <w:rPr>
          <w:b/>
          <w:szCs w:val="28"/>
          <w:lang w:val="ru-RU"/>
        </w:rPr>
        <w:lastRenderedPageBreak/>
        <w:t xml:space="preserve">Ключи правильных ответов (2 семестр, индикатор ОПК-5)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697"/>
        <w:gridCol w:w="1275"/>
        <w:gridCol w:w="4247"/>
      </w:tblGrid>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proofErr w:type="spellStart"/>
            <w:r>
              <w:rPr>
                <w:sz w:val="22"/>
              </w:rPr>
              <w:t>Номер</w:t>
            </w:r>
            <w:proofErr w:type="spellEnd"/>
            <w:r>
              <w:rPr>
                <w:sz w:val="22"/>
              </w:rPr>
              <w:t xml:space="preserve"> </w:t>
            </w:r>
            <w:proofErr w:type="spellStart"/>
            <w:r>
              <w:rPr>
                <w:sz w:val="22"/>
              </w:rPr>
              <w:t>задания</w:t>
            </w:r>
            <w:proofErr w:type="spellEnd"/>
          </w:p>
        </w:tc>
        <w:tc>
          <w:tcPr>
            <w:tcW w:w="2697" w:type="dxa"/>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88" w:lineRule="auto"/>
              <w:jc w:val="center"/>
              <w:rPr>
                <w:rFonts w:eastAsia="Times New Roman"/>
                <w:sz w:val="22"/>
              </w:rPr>
            </w:pPr>
            <w:proofErr w:type="spellStart"/>
            <w:r>
              <w:rPr>
                <w:sz w:val="22"/>
              </w:rPr>
              <w:t>Верный</w:t>
            </w:r>
            <w:proofErr w:type="spellEnd"/>
            <w:r>
              <w:rPr>
                <w:sz w:val="22"/>
              </w:rPr>
              <w:t xml:space="preserve"> </w:t>
            </w:r>
            <w:proofErr w:type="spellStart"/>
            <w:r>
              <w:rPr>
                <w:sz w:val="22"/>
              </w:rPr>
              <w:t>ответ</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proofErr w:type="spellStart"/>
            <w:r>
              <w:rPr>
                <w:sz w:val="22"/>
              </w:rPr>
              <w:t>Номер</w:t>
            </w:r>
            <w:proofErr w:type="spellEnd"/>
            <w:r>
              <w:rPr>
                <w:sz w:val="22"/>
              </w:rPr>
              <w:t xml:space="preserve"> </w:t>
            </w:r>
            <w:proofErr w:type="spellStart"/>
            <w:r>
              <w:rPr>
                <w:sz w:val="22"/>
              </w:rPr>
              <w:t>задания</w:t>
            </w:r>
            <w:proofErr w:type="spellEnd"/>
          </w:p>
        </w:tc>
        <w:tc>
          <w:tcPr>
            <w:tcW w:w="4247" w:type="dxa"/>
            <w:tcBorders>
              <w:top w:val="single" w:sz="4" w:space="0" w:color="auto"/>
              <w:left w:val="single" w:sz="4" w:space="0" w:color="auto"/>
              <w:bottom w:val="single" w:sz="4" w:space="0" w:color="auto"/>
              <w:right w:val="single" w:sz="4" w:space="0" w:color="auto"/>
            </w:tcBorders>
            <w:vAlign w:val="center"/>
            <w:hideMark/>
          </w:tcPr>
          <w:p w:rsidR="00713EA5" w:rsidRDefault="00713EA5">
            <w:pPr>
              <w:widowControl w:val="0"/>
              <w:overflowPunct w:val="0"/>
              <w:autoSpaceDE w:val="0"/>
              <w:autoSpaceDN w:val="0"/>
              <w:adjustRightInd w:val="0"/>
              <w:spacing w:line="288" w:lineRule="auto"/>
              <w:jc w:val="center"/>
              <w:rPr>
                <w:rFonts w:eastAsia="Times New Roman"/>
                <w:sz w:val="22"/>
              </w:rPr>
            </w:pPr>
            <w:proofErr w:type="spellStart"/>
            <w:r>
              <w:rPr>
                <w:sz w:val="22"/>
              </w:rPr>
              <w:t>Верный</w:t>
            </w:r>
            <w:proofErr w:type="spellEnd"/>
            <w:r>
              <w:rPr>
                <w:sz w:val="22"/>
              </w:rPr>
              <w:t xml:space="preserve"> </w:t>
            </w:r>
            <w:proofErr w:type="spellStart"/>
            <w:r>
              <w:rPr>
                <w:sz w:val="22"/>
              </w:rPr>
              <w:t>ответ</w:t>
            </w:r>
            <w:proofErr w:type="spellEnd"/>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sz w:val="22"/>
              </w:rPr>
              <w:t>А</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11</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2</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sz w:val="22"/>
              </w:rPr>
              <w:t>Б</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12</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3</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shd w:val="clear" w:color="auto" w:fill="FFFFFF"/>
              <w:overflowPunct w:val="0"/>
              <w:autoSpaceDE w:val="0"/>
              <w:autoSpaceDN w:val="0"/>
              <w:adjustRightInd w:val="0"/>
              <w:spacing w:line="240" w:lineRule="auto"/>
              <w:jc w:val="both"/>
              <w:rPr>
                <w:rFonts w:eastAsia="Times New Roman"/>
                <w:color w:val="000000"/>
                <w:sz w:val="22"/>
              </w:rPr>
            </w:pPr>
            <w:r>
              <w:rPr>
                <w:sz w:val="22"/>
              </w:rPr>
              <w:t>Б,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13</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rPr>
              <w:t>1 → 2 → 3</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4</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shd w:val="clear" w:color="auto" w:fill="FFFFFF"/>
              <w:overflowPunct w:val="0"/>
              <w:autoSpaceDE w:val="0"/>
              <w:autoSpaceDN w:val="0"/>
              <w:adjustRightInd w:val="0"/>
              <w:spacing w:line="240" w:lineRule="auto"/>
              <w:jc w:val="both"/>
              <w:rPr>
                <w:rFonts w:eastAsia="Times New Roman"/>
                <w:color w:val="000000"/>
                <w:sz w:val="22"/>
              </w:rPr>
            </w:pPr>
            <w:r>
              <w:rPr>
                <w:sz w:val="22"/>
              </w:rPr>
              <w:t>Б, Е</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14</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rPr>
              <w:t>1 → 2 → 3</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5</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15</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rPr>
              <w:t>1 → 2 → 3</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6</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16</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shd w:val="clear" w:color="auto" w:fill="FFFFFF"/>
              </w:rPr>
              <w:t>1 – А, 2 – Б, 3 – В, 4 – Г</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7</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17</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8</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18</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9</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19</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proofErr w:type="spellStart"/>
            <w:r>
              <w:rPr>
                <w:bCs/>
                <w:sz w:val="22"/>
              </w:rPr>
              <w:t>Хасан</w:t>
            </w:r>
            <w:proofErr w:type="spellEnd"/>
            <w:r>
              <w:rPr>
                <w:bCs/>
                <w:sz w:val="22"/>
              </w:rPr>
              <w:t xml:space="preserve">, ХАСАН, </w:t>
            </w:r>
            <w:proofErr w:type="spellStart"/>
            <w:r>
              <w:rPr>
                <w:bCs/>
                <w:sz w:val="22"/>
              </w:rPr>
              <w:t>хасан</w:t>
            </w:r>
            <w:proofErr w:type="spellEnd"/>
          </w:p>
        </w:tc>
      </w:tr>
      <w:tr w:rsidR="00713EA5" w:rsidTr="00713EA5">
        <w:trPr>
          <w:jc w:val="center"/>
        </w:trPr>
        <w:tc>
          <w:tcPr>
            <w:tcW w:w="1126"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10</w:t>
            </w:r>
          </w:p>
        </w:tc>
        <w:tc>
          <w:tcPr>
            <w:tcW w:w="269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center"/>
              <w:rPr>
                <w:rFonts w:eastAsia="Times New Roman"/>
                <w:sz w:val="22"/>
              </w:rPr>
            </w:pPr>
            <w:r>
              <w:rPr>
                <w:sz w:val="22"/>
              </w:rPr>
              <w:t>20</w:t>
            </w:r>
          </w:p>
        </w:tc>
        <w:tc>
          <w:tcPr>
            <w:tcW w:w="4247" w:type="dxa"/>
            <w:tcBorders>
              <w:top w:val="single" w:sz="4" w:space="0" w:color="auto"/>
              <w:left w:val="single" w:sz="4" w:space="0" w:color="auto"/>
              <w:bottom w:val="single" w:sz="4" w:space="0" w:color="auto"/>
              <w:right w:val="single" w:sz="4" w:space="0" w:color="auto"/>
            </w:tcBorders>
            <w:hideMark/>
          </w:tcPr>
          <w:p w:rsidR="00713EA5" w:rsidRDefault="00713EA5">
            <w:pPr>
              <w:widowControl w:val="0"/>
              <w:overflowPunct w:val="0"/>
              <w:autoSpaceDE w:val="0"/>
              <w:autoSpaceDN w:val="0"/>
              <w:adjustRightInd w:val="0"/>
              <w:spacing w:line="288" w:lineRule="auto"/>
              <w:jc w:val="both"/>
              <w:rPr>
                <w:rFonts w:eastAsia="Times New Roman"/>
                <w:sz w:val="22"/>
              </w:rPr>
            </w:pPr>
            <w:proofErr w:type="spellStart"/>
            <w:r>
              <w:rPr>
                <w:bCs/>
                <w:sz w:val="22"/>
              </w:rPr>
              <w:t>Коллективизация</w:t>
            </w:r>
            <w:proofErr w:type="spellEnd"/>
            <w:r>
              <w:rPr>
                <w:bCs/>
                <w:sz w:val="22"/>
              </w:rPr>
              <w:t xml:space="preserve">, </w:t>
            </w:r>
            <w:proofErr w:type="spellStart"/>
            <w:r>
              <w:rPr>
                <w:bCs/>
                <w:sz w:val="22"/>
              </w:rPr>
              <w:t>коллективизация</w:t>
            </w:r>
            <w:proofErr w:type="spellEnd"/>
          </w:p>
        </w:tc>
      </w:tr>
    </w:tbl>
    <w:p w:rsidR="00713EA5" w:rsidRDefault="00713EA5" w:rsidP="00713EA5">
      <w:pPr>
        <w:spacing w:line="240" w:lineRule="auto"/>
        <w:rPr>
          <w:rFonts w:eastAsia="Times New Roman"/>
          <w:i/>
          <w:sz w:val="28"/>
          <w:szCs w:val="28"/>
        </w:rPr>
      </w:pPr>
    </w:p>
    <w:p w:rsidR="00713EA5" w:rsidRDefault="00713EA5" w:rsidP="00713EA5">
      <w:pPr>
        <w:spacing w:line="240" w:lineRule="auto"/>
        <w:jc w:val="center"/>
        <w:rPr>
          <w:b/>
          <w:szCs w:val="28"/>
        </w:rPr>
      </w:pPr>
      <w:proofErr w:type="spellStart"/>
      <w:r>
        <w:rPr>
          <w:b/>
          <w:szCs w:val="28"/>
        </w:rPr>
        <w:t>Критерии</w:t>
      </w:r>
      <w:proofErr w:type="spellEnd"/>
      <w:r>
        <w:rPr>
          <w:b/>
          <w:szCs w:val="28"/>
        </w:rPr>
        <w:t xml:space="preserve"> </w:t>
      </w:r>
      <w:proofErr w:type="spellStart"/>
      <w:r>
        <w:rPr>
          <w:b/>
          <w:szCs w:val="28"/>
        </w:rPr>
        <w:t>оценки</w:t>
      </w:r>
      <w:proofErr w:type="spellEnd"/>
      <w:r>
        <w:rPr>
          <w:b/>
          <w:szCs w:val="28"/>
        </w:rPr>
        <w:t xml:space="preserve"> </w:t>
      </w:r>
      <w:proofErr w:type="spellStart"/>
      <w:r>
        <w:rPr>
          <w:b/>
          <w:szCs w:val="28"/>
        </w:rPr>
        <w:t>тестовых</w:t>
      </w:r>
      <w:proofErr w:type="spellEnd"/>
      <w:r>
        <w:rPr>
          <w:b/>
          <w:szCs w:val="28"/>
        </w:rPr>
        <w:t xml:space="preserve"> </w:t>
      </w:r>
      <w:proofErr w:type="spellStart"/>
      <w:r>
        <w:rPr>
          <w:b/>
          <w:szCs w:val="28"/>
        </w:rPr>
        <w:t>заданий</w:t>
      </w:r>
      <w:proofErr w:type="spellEnd"/>
      <w:r>
        <w:rPr>
          <w:b/>
          <w:szCs w:val="28"/>
        </w:rPr>
        <w:t xml:space="preserve">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2561"/>
        <w:gridCol w:w="5624"/>
      </w:tblGrid>
      <w:tr w:rsidR="00713EA5" w:rsidTr="00713EA5">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b/>
              </w:rPr>
            </w:pPr>
            <w:proofErr w:type="spellStart"/>
            <w:r>
              <w:rPr>
                <w:b/>
                <w:sz w:val="22"/>
              </w:rPr>
              <w:t>Результат</w:t>
            </w:r>
            <w:proofErr w:type="spellEnd"/>
            <w:r>
              <w:rPr>
                <w:b/>
                <w:sz w:val="22"/>
              </w:rPr>
              <w:t xml:space="preserve"> </w:t>
            </w:r>
            <w:proofErr w:type="spellStart"/>
            <w:r>
              <w:rPr>
                <w:b/>
                <w:sz w:val="22"/>
              </w:rPr>
              <w:t>оценивания</w:t>
            </w:r>
            <w:proofErr w:type="spellEnd"/>
          </w:p>
        </w:tc>
        <w:tc>
          <w:tcPr>
            <w:tcW w:w="1329"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b/>
              </w:rPr>
            </w:pPr>
            <w:proofErr w:type="spellStart"/>
            <w:r>
              <w:rPr>
                <w:b/>
                <w:sz w:val="22"/>
              </w:rPr>
              <w:t>Тип</w:t>
            </w:r>
            <w:proofErr w:type="spellEnd"/>
            <w:r>
              <w:rPr>
                <w:b/>
                <w:sz w:val="22"/>
              </w:rPr>
              <w:t xml:space="preserve"> </w:t>
            </w:r>
            <w:proofErr w:type="spellStart"/>
            <w:r>
              <w:rPr>
                <w:b/>
                <w:sz w:val="22"/>
              </w:rPr>
              <w:t>задания</w:t>
            </w:r>
            <w:proofErr w:type="spellEnd"/>
          </w:p>
        </w:tc>
        <w:tc>
          <w:tcPr>
            <w:tcW w:w="2919"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b/>
              </w:rPr>
            </w:pPr>
            <w:proofErr w:type="spellStart"/>
            <w:r>
              <w:rPr>
                <w:b/>
                <w:sz w:val="22"/>
              </w:rPr>
              <w:t>Критерии</w:t>
            </w:r>
            <w:proofErr w:type="spellEnd"/>
          </w:p>
        </w:tc>
      </w:tr>
      <w:tr w:rsidR="00713EA5" w:rsidRPr="00E23FDB" w:rsidTr="00713EA5">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rPr>
                <w:rFonts w:eastAsia="Times New Roman"/>
                <w:lang w:val="ru-RU"/>
              </w:rPr>
            </w:pPr>
            <w:r w:rsidRPr="00713EA5">
              <w:rPr>
                <w:sz w:val="22"/>
                <w:lang w:val="ru-RU"/>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overflowPunct w:val="0"/>
              <w:autoSpaceDE w:val="0"/>
              <w:autoSpaceDN w:val="0"/>
              <w:adjustRightInd w:val="0"/>
              <w:spacing w:line="240" w:lineRule="auto"/>
              <w:jc w:val="both"/>
              <w:rPr>
                <w:rFonts w:eastAsia="Times New Roman"/>
                <w:lang w:val="ru-RU"/>
              </w:rPr>
            </w:pPr>
            <w:r w:rsidRPr="00713EA5">
              <w:rPr>
                <w:sz w:val="22"/>
                <w:lang w:val="ru-RU"/>
              </w:rPr>
              <w:t>Полное совпадение с верным ответом</w:t>
            </w:r>
          </w:p>
        </w:tc>
      </w:tr>
      <w:tr w:rsidR="00713EA5" w:rsidTr="00713EA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spacing w:line="240" w:lineRule="auto"/>
              <w:rPr>
                <w:rFonts w:eastAsia="Times New Roman"/>
                <w:lang w:val="ru-RU"/>
              </w:rPr>
            </w:pPr>
          </w:p>
        </w:tc>
        <w:tc>
          <w:tcPr>
            <w:tcW w:w="1329"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rPr>
                <w:rFonts w:eastAsia="Times New Roman"/>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последовательности</w:t>
            </w:r>
            <w:proofErr w:type="spellEnd"/>
            <w:r>
              <w:rPr>
                <w:sz w:val="22"/>
              </w:rPr>
              <w:t xml:space="preserve"> / </w:t>
            </w:r>
            <w:proofErr w:type="spellStart"/>
            <w:r>
              <w:rPr>
                <w:sz w:val="22"/>
              </w:rPr>
              <w:t>соответствия</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rPr>
            </w:pPr>
          </w:p>
        </w:tc>
      </w:tr>
      <w:tr w:rsidR="00713EA5" w:rsidTr="00713EA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EA5" w:rsidRDefault="00713EA5">
            <w:pPr>
              <w:spacing w:line="240" w:lineRule="auto"/>
              <w:rPr>
                <w:rFonts w:eastAsia="Times New Roman"/>
              </w:rPr>
            </w:pPr>
          </w:p>
        </w:tc>
        <w:tc>
          <w:tcPr>
            <w:tcW w:w="1329"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rPr>
                <w:rFonts w:eastAsia="Times New Roman"/>
              </w:rPr>
            </w:pPr>
            <w:r>
              <w:rPr>
                <w:sz w:val="22"/>
              </w:rPr>
              <w:t xml:space="preserve">с </w:t>
            </w:r>
            <w:proofErr w:type="spellStart"/>
            <w:r>
              <w:rPr>
                <w:sz w:val="22"/>
              </w:rPr>
              <w:t>развернутым</w:t>
            </w:r>
            <w:proofErr w:type="spellEnd"/>
            <w:r>
              <w:rPr>
                <w:sz w:val="22"/>
              </w:rPr>
              <w:t xml:space="preserve"> </w:t>
            </w:r>
            <w:proofErr w:type="spellStart"/>
            <w:r>
              <w:rPr>
                <w:sz w:val="22"/>
              </w:rPr>
              <w:t>ответом</w:t>
            </w:r>
            <w:proofErr w:type="spellEnd"/>
          </w:p>
        </w:tc>
        <w:tc>
          <w:tcPr>
            <w:tcW w:w="2919" w:type="pct"/>
            <w:tcBorders>
              <w:top w:val="single" w:sz="4" w:space="0" w:color="auto"/>
              <w:left w:val="single" w:sz="4" w:space="0" w:color="auto"/>
              <w:bottom w:val="single" w:sz="4" w:space="0" w:color="auto"/>
              <w:right w:val="single" w:sz="4" w:space="0" w:color="auto"/>
            </w:tcBorders>
            <w:hideMark/>
          </w:tcPr>
          <w:p w:rsidR="00713EA5" w:rsidRPr="00713EA5" w:rsidRDefault="00713EA5">
            <w:pPr>
              <w:spacing w:line="240" w:lineRule="auto"/>
              <w:rPr>
                <w:rFonts w:eastAsia="Times New Roman"/>
                <w:lang w:val="ru-RU"/>
              </w:rPr>
            </w:pPr>
            <w:r w:rsidRPr="00713EA5">
              <w:rPr>
                <w:sz w:val="22"/>
                <w:lang w:val="ru-RU"/>
              </w:rPr>
              <w:t>Правильность ответа (отсутствие фактических ошибок).</w:t>
            </w:r>
          </w:p>
          <w:p w:rsidR="00713EA5" w:rsidRPr="00713EA5" w:rsidRDefault="00713EA5">
            <w:pPr>
              <w:spacing w:line="240" w:lineRule="auto"/>
              <w:rPr>
                <w:lang w:val="ru-RU"/>
              </w:rPr>
            </w:pPr>
            <w:r w:rsidRPr="00713EA5">
              <w:rPr>
                <w:sz w:val="22"/>
                <w:lang w:val="ru-RU"/>
              </w:rPr>
              <w:t>Полнота ответа (раскрытие объема используемых понятий).</w:t>
            </w:r>
          </w:p>
          <w:p w:rsidR="00713EA5" w:rsidRDefault="00713EA5">
            <w:pPr>
              <w:overflowPunct w:val="0"/>
              <w:autoSpaceDE w:val="0"/>
              <w:autoSpaceDN w:val="0"/>
              <w:adjustRightInd w:val="0"/>
              <w:spacing w:line="240" w:lineRule="auto"/>
              <w:jc w:val="both"/>
              <w:rPr>
                <w:rFonts w:eastAsia="Times New Roman"/>
              </w:rPr>
            </w:pPr>
            <w:proofErr w:type="spellStart"/>
            <w:r>
              <w:rPr>
                <w:sz w:val="22"/>
              </w:rPr>
              <w:t>Сопоставимость</w:t>
            </w:r>
            <w:proofErr w:type="spellEnd"/>
            <w:r>
              <w:rPr>
                <w:sz w:val="22"/>
              </w:rPr>
              <w:t xml:space="preserve"> с </w:t>
            </w:r>
            <w:proofErr w:type="spellStart"/>
            <w:r>
              <w:rPr>
                <w:sz w:val="22"/>
              </w:rPr>
              <w:t>эталонным</w:t>
            </w:r>
            <w:proofErr w:type="spellEnd"/>
            <w:r>
              <w:rPr>
                <w:sz w:val="22"/>
              </w:rPr>
              <w:t xml:space="preserve"> </w:t>
            </w:r>
            <w:proofErr w:type="spellStart"/>
            <w:r>
              <w:rPr>
                <w:sz w:val="22"/>
              </w:rPr>
              <w:t>ответом</w:t>
            </w:r>
            <w:proofErr w:type="spellEnd"/>
            <w:r>
              <w:rPr>
                <w:sz w:val="22"/>
              </w:rPr>
              <w:t>.</w:t>
            </w:r>
          </w:p>
        </w:tc>
      </w:tr>
      <w:tr w:rsidR="00713EA5" w:rsidRPr="00E23FDB" w:rsidTr="00713EA5">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неверно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rsidR="00713EA5" w:rsidRPr="00713EA5" w:rsidRDefault="00713EA5">
            <w:pPr>
              <w:overflowPunct w:val="0"/>
              <w:autoSpaceDE w:val="0"/>
              <w:autoSpaceDN w:val="0"/>
              <w:adjustRightInd w:val="0"/>
              <w:spacing w:line="240" w:lineRule="auto"/>
              <w:rPr>
                <w:rFonts w:eastAsia="Times New Roman"/>
                <w:lang w:val="ru-RU"/>
              </w:rPr>
            </w:pPr>
            <w:r w:rsidRPr="00713EA5">
              <w:rPr>
                <w:sz w:val="22"/>
                <w:lang w:val="ru-RU"/>
              </w:rPr>
              <w:t xml:space="preserve">с выбором одного/нескольких ответов; на установление последовательности / соответствия; </w:t>
            </w:r>
            <w:r w:rsidRPr="00713EA5">
              <w:rPr>
                <w:sz w:val="22"/>
                <w:lang w:val="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713EA5" w:rsidRPr="00713EA5" w:rsidRDefault="00713EA5">
            <w:pPr>
              <w:overflowPunct w:val="0"/>
              <w:autoSpaceDE w:val="0"/>
              <w:autoSpaceDN w:val="0"/>
              <w:adjustRightInd w:val="0"/>
              <w:spacing w:line="240" w:lineRule="auto"/>
              <w:rPr>
                <w:rFonts w:eastAsia="Times New Roman"/>
                <w:lang w:val="ru-RU"/>
              </w:rPr>
            </w:pPr>
            <w:r w:rsidRPr="00713EA5">
              <w:rPr>
                <w:sz w:val="22"/>
                <w:lang w:val="ru-RU"/>
              </w:rPr>
              <w:t>Допущены ошибки или ответ отсутствует</w:t>
            </w:r>
          </w:p>
        </w:tc>
      </w:tr>
    </w:tbl>
    <w:p w:rsidR="00713EA5" w:rsidRPr="00713EA5" w:rsidRDefault="00713EA5" w:rsidP="00713EA5">
      <w:pPr>
        <w:spacing w:line="240" w:lineRule="auto"/>
        <w:rPr>
          <w:rFonts w:eastAsia="Times New Roman"/>
          <w:b/>
          <w:szCs w:val="24"/>
          <w:lang w:val="ru-RU"/>
        </w:rPr>
      </w:pPr>
    </w:p>
    <w:p w:rsidR="00713EA5" w:rsidRPr="00713EA5" w:rsidRDefault="00713EA5" w:rsidP="00713EA5">
      <w:pPr>
        <w:spacing w:line="240" w:lineRule="auto"/>
        <w:rPr>
          <w:b/>
          <w:szCs w:val="24"/>
          <w:lang w:val="ru-RU"/>
        </w:rPr>
      </w:pPr>
    </w:p>
    <w:p w:rsidR="00713EA5" w:rsidRPr="00713EA5" w:rsidRDefault="00713EA5" w:rsidP="00713EA5">
      <w:pPr>
        <w:spacing w:line="240" w:lineRule="auto"/>
        <w:rPr>
          <w:b/>
          <w:szCs w:val="24"/>
          <w:lang w:val="ru-RU"/>
        </w:rPr>
      </w:pPr>
    </w:p>
    <w:p w:rsidR="00713EA5" w:rsidRPr="00713EA5" w:rsidRDefault="00713EA5" w:rsidP="00713EA5">
      <w:pPr>
        <w:spacing w:line="240" w:lineRule="auto"/>
        <w:jc w:val="center"/>
        <w:rPr>
          <w:b/>
          <w:szCs w:val="20"/>
          <w:lang w:val="ru-RU"/>
        </w:rPr>
      </w:pPr>
      <w:r w:rsidRPr="00713EA5">
        <w:rPr>
          <w:b/>
          <w:lang w:val="ru-RU"/>
        </w:rPr>
        <w:t>Шкала оценивания результатов компьютерного тестирования обучающихся</w:t>
      </w:r>
    </w:p>
    <w:p w:rsidR="00713EA5" w:rsidRDefault="00713EA5" w:rsidP="00713EA5">
      <w:pPr>
        <w:spacing w:line="240" w:lineRule="auto"/>
        <w:jc w:val="center"/>
        <w:rPr>
          <w:bCs/>
          <w:i/>
          <w:iCs/>
        </w:rPr>
      </w:pPr>
      <w:r>
        <w:rPr>
          <w:bCs/>
          <w:i/>
          <w:iCs/>
        </w:rPr>
        <w:t>(</w:t>
      </w:r>
      <w:proofErr w:type="spellStart"/>
      <w:proofErr w:type="gramStart"/>
      <w:r>
        <w:rPr>
          <w:bCs/>
          <w:i/>
          <w:iCs/>
        </w:rPr>
        <w:t>рекомендуемая</w:t>
      </w:r>
      <w:proofErr w:type="spellEnd"/>
      <w:proofErr w:type="gramEnd"/>
      <w:r>
        <w:rPr>
          <w:bCs/>
          <w:i/>
          <w:iCs/>
        </w:rPr>
        <w:t>)</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0"/>
        <w:gridCol w:w="3995"/>
      </w:tblGrid>
      <w:tr w:rsidR="00713EA5" w:rsidTr="00713EA5">
        <w:trPr>
          <w:jc w:val="center"/>
        </w:trPr>
        <w:tc>
          <w:tcPr>
            <w:tcW w:w="2892"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b/>
              </w:rPr>
            </w:pPr>
            <w:proofErr w:type="spellStart"/>
            <w:r>
              <w:rPr>
                <w:b/>
                <w:sz w:val="22"/>
              </w:rPr>
              <w:t>Оценка</w:t>
            </w:r>
            <w:proofErr w:type="spellEnd"/>
          </w:p>
        </w:tc>
        <w:tc>
          <w:tcPr>
            <w:tcW w:w="2108"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b/>
              </w:rPr>
            </w:pPr>
            <w:proofErr w:type="spellStart"/>
            <w:r>
              <w:rPr>
                <w:b/>
                <w:sz w:val="22"/>
              </w:rPr>
              <w:t>Процент</w:t>
            </w:r>
            <w:proofErr w:type="spellEnd"/>
            <w:r>
              <w:rPr>
                <w:b/>
                <w:sz w:val="22"/>
              </w:rPr>
              <w:t xml:space="preserve"> </w:t>
            </w:r>
            <w:proofErr w:type="spellStart"/>
            <w:r>
              <w:rPr>
                <w:b/>
                <w:sz w:val="22"/>
              </w:rPr>
              <w:t>верных</w:t>
            </w:r>
            <w:proofErr w:type="spellEnd"/>
            <w:r>
              <w:rPr>
                <w:b/>
                <w:sz w:val="22"/>
              </w:rPr>
              <w:t xml:space="preserve"> </w:t>
            </w:r>
            <w:proofErr w:type="spellStart"/>
            <w:r>
              <w:rPr>
                <w:b/>
                <w:sz w:val="22"/>
              </w:rPr>
              <w:t>ответов</w:t>
            </w:r>
            <w:proofErr w:type="spellEnd"/>
          </w:p>
        </w:tc>
      </w:tr>
      <w:tr w:rsidR="00713EA5" w:rsidTr="00713EA5">
        <w:trPr>
          <w:jc w:val="center"/>
        </w:trPr>
        <w:tc>
          <w:tcPr>
            <w:tcW w:w="2892"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отлично</w:t>
            </w:r>
            <w:proofErr w:type="spellEnd"/>
          </w:p>
        </w:tc>
        <w:tc>
          <w:tcPr>
            <w:tcW w:w="2108" w:type="pct"/>
            <w:tcBorders>
              <w:top w:val="single" w:sz="4" w:space="0" w:color="auto"/>
              <w:left w:val="single" w:sz="4" w:space="0" w:color="auto"/>
              <w:bottom w:val="single" w:sz="4" w:space="0" w:color="auto"/>
              <w:right w:val="single" w:sz="4" w:space="0" w:color="auto"/>
            </w:tcBorders>
            <w:vAlign w:val="center"/>
            <w:hideMark/>
          </w:tcPr>
          <w:p w:rsidR="00713EA5" w:rsidRDefault="00713EA5">
            <w:pPr>
              <w:overflowPunct w:val="0"/>
              <w:autoSpaceDE w:val="0"/>
              <w:autoSpaceDN w:val="0"/>
              <w:adjustRightInd w:val="0"/>
              <w:spacing w:line="240" w:lineRule="auto"/>
              <w:jc w:val="center"/>
              <w:rPr>
                <w:rFonts w:eastAsia="Times New Roman"/>
              </w:rPr>
            </w:pPr>
            <w:r>
              <w:rPr>
                <w:sz w:val="22"/>
              </w:rPr>
              <w:t>91-100</w:t>
            </w:r>
          </w:p>
        </w:tc>
      </w:tr>
      <w:tr w:rsidR="00713EA5" w:rsidTr="00713EA5">
        <w:trPr>
          <w:jc w:val="center"/>
        </w:trPr>
        <w:tc>
          <w:tcPr>
            <w:tcW w:w="2892"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хорошо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r>
              <w:rPr>
                <w:sz w:val="22"/>
              </w:rPr>
              <w:t>80-90</w:t>
            </w:r>
          </w:p>
        </w:tc>
      </w:tr>
      <w:tr w:rsidR="00713EA5" w:rsidTr="00713EA5">
        <w:trPr>
          <w:jc w:val="center"/>
        </w:trPr>
        <w:tc>
          <w:tcPr>
            <w:tcW w:w="2892"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удовлетворительно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r>
              <w:rPr>
                <w:sz w:val="22"/>
              </w:rPr>
              <w:t>70-79</w:t>
            </w:r>
          </w:p>
        </w:tc>
      </w:tr>
      <w:tr w:rsidR="00713EA5" w:rsidTr="00713EA5">
        <w:trPr>
          <w:jc w:val="center"/>
        </w:trPr>
        <w:tc>
          <w:tcPr>
            <w:tcW w:w="2892"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неудовлетворительно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713EA5" w:rsidRDefault="00713EA5">
            <w:pPr>
              <w:overflowPunct w:val="0"/>
              <w:autoSpaceDE w:val="0"/>
              <w:autoSpaceDN w:val="0"/>
              <w:adjustRightInd w:val="0"/>
              <w:spacing w:line="240" w:lineRule="auto"/>
              <w:jc w:val="center"/>
              <w:rPr>
                <w:rFonts w:eastAsia="Times New Roman"/>
              </w:rPr>
            </w:pPr>
            <w:proofErr w:type="spellStart"/>
            <w:r>
              <w:rPr>
                <w:sz w:val="22"/>
              </w:rPr>
              <w:t>менее</w:t>
            </w:r>
            <w:proofErr w:type="spellEnd"/>
            <w:r>
              <w:rPr>
                <w:sz w:val="22"/>
              </w:rPr>
              <w:t xml:space="preserve"> 70</w:t>
            </w:r>
          </w:p>
        </w:tc>
      </w:tr>
    </w:tbl>
    <w:p w:rsidR="00713EA5" w:rsidRDefault="00713EA5" w:rsidP="00713EA5">
      <w:pPr>
        <w:ind w:firstLine="180"/>
        <w:rPr>
          <w:rFonts w:eastAsia="Times New Roman"/>
          <w:szCs w:val="24"/>
        </w:rPr>
      </w:pPr>
    </w:p>
    <w:p w:rsidR="00713EA5" w:rsidRPr="001F087C" w:rsidRDefault="00713EA5" w:rsidP="00713EA5">
      <w:pPr>
        <w:ind w:firstLine="180"/>
        <w:rPr>
          <w:szCs w:val="24"/>
          <w:lang w:val="ru-RU"/>
        </w:rPr>
      </w:pPr>
      <w:r w:rsidRPr="001F087C">
        <w:rPr>
          <w:szCs w:val="24"/>
          <w:lang w:val="ru-RU"/>
        </w:rPr>
        <w:t>Составитель</w:t>
      </w:r>
      <w:proofErr w:type="gramStart"/>
      <w:r w:rsidRPr="001F087C">
        <w:rPr>
          <w:szCs w:val="24"/>
          <w:lang w:val="ru-RU"/>
        </w:rPr>
        <w:t xml:space="preserve"> :</w:t>
      </w:r>
      <w:proofErr w:type="gramEnd"/>
    </w:p>
    <w:p w:rsidR="00713EA5" w:rsidRPr="00713EA5" w:rsidRDefault="00713EA5" w:rsidP="00713EA5">
      <w:pPr>
        <w:ind w:left="360"/>
        <w:rPr>
          <w:sz w:val="6"/>
          <w:szCs w:val="6"/>
          <w:lang w:val="ru-RU"/>
        </w:rPr>
      </w:pPr>
      <w:r w:rsidRPr="00713EA5">
        <w:rPr>
          <w:szCs w:val="24"/>
          <w:lang w:val="ru-RU"/>
        </w:rPr>
        <w:t xml:space="preserve">И.В. Ефремов, </w:t>
      </w:r>
      <w:proofErr w:type="spellStart"/>
      <w:r w:rsidRPr="00713EA5">
        <w:rPr>
          <w:szCs w:val="24"/>
          <w:lang w:val="ru-RU"/>
        </w:rPr>
        <w:t>к</w:t>
      </w:r>
      <w:proofErr w:type="gramStart"/>
      <w:r w:rsidRPr="00713EA5">
        <w:rPr>
          <w:szCs w:val="24"/>
          <w:lang w:val="ru-RU"/>
        </w:rPr>
        <w:t>.и</w:t>
      </w:r>
      <w:proofErr w:type="gramEnd"/>
      <w:r w:rsidRPr="00713EA5">
        <w:rPr>
          <w:szCs w:val="24"/>
          <w:lang w:val="ru-RU"/>
        </w:rPr>
        <w:t>ст.н</w:t>
      </w:r>
      <w:proofErr w:type="spellEnd"/>
      <w:r w:rsidRPr="00713EA5">
        <w:rPr>
          <w:szCs w:val="24"/>
          <w:lang w:val="ru-RU"/>
        </w:rPr>
        <w:t>., доцент _____________________________</w:t>
      </w:r>
    </w:p>
    <w:p w:rsidR="00713EA5" w:rsidRPr="00713EA5" w:rsidRDefault="00713EA5" w:rsidP="00713EA5">
      <w:pPr>
        <w:ind w:firstLine="720"/>
        <w:rPr>
          <w:szCs w:val="20"/>
          <w:lang w:val="ru-RU"/>
        </w:rPr>
      </w:pPr>
      <w:r w:rsidRPr="001F087C">
        <w:rPr>
          <w:szCs w:val="24"/>
          <w:lang w:val="ru-RU"/>
        </w:rPr>
        <w:t>«___» _________________</w:t>
      </w:r>
      <w:r w:rsidRPr="001F087C">
        <w:rPr>
          <w:b/>
          <w:szCs w:val="24"/>
          <w:lang w:val="ru-RU"/>
        </w:rPr>
        <w:t xml:space="preserve"> </w:t>
      </w:r>
      <w:r w:rsidRPr="001F087C">
        <w:rPr>
          <w:szCs w:val="24"/>
          <w:lang w:val="ru-RU"/>
        </w:rPr>
        <w:t>20___ г.</w:t>
      </w:r>
    </w:p>
    <w:p w:rsidR="001F087C" w:rsidRDefault="001F087C" w:rsidP="001F087C">
      <w:pPr>
        <w:overflowPunct w:val="0"/>
        <w:autoSpaceDE w:val="0"/>
        <w:autoSpaceDN w:val="0"/>
        <w:adjustRightInd w:val="0"/>
        <w:jc w:val="center"/>
        <w:textAlignment w:val="baseline"/>
        <w:outlineLvl w:val="1"/>
        <w:rPr>
          <w:rFonts w:eastAsia="Calibri"/>
          <w:b/>
          <w:szCs w:val="24"/>
          <w:lang w:val="ru-RU"/>
        </w:rPr>
      </w:pPr>
    </w:p>
    <w:p w:rsidR="001F087C" w:rsidRPr="001F087C" w:rsidRDefault="001F087C" w:rsidP="001F087C">
      <w:pPr>
        <w:overflowPunct w:val="0"/>
        <w:autoSpaceDE w:val="0"/>
        <w:autoSpaceDN w:val="0"/>
        <w:adjustRightInd w:val="0"/>
        <w:jc w:val="center"/>
        <w:textAlignment w:val="baseline"/>
        <w:outlineLvl w:val="1"/>
        <w:rPr>
          <w:rFonts w:eastAsia="Calibri"/>
          <w:b/>
          <w:szCs w:val="24"/>
          <w:lang w:val="ru-RU"/>
        </w:rPr>
      </w:pPr>
      <w:r w:rsidRPr="001F087C">
        <w:rPr>
          <w:rFonts w:eastAsia="Calibri"/>
          <w:b/>
          <w:szCs w:val="24"/>
          <w:lang w:val="ru-RU"/>
        </w:rPr>
        <w:lastRenderedPageBreak/>
        <w:t>ПРОТОКОЛ О ДОПОЛНЕНИЯХ И ИЗМЕНЕНИЯХ В ФОС</w:t>
      </w:r>
    </w:p>
    <w:p w:rsidR="001F087C" w:rsidRPr="001F087C" w:rsidRDefault="001F087C" w:rsidP="001F087C">
      <w:pPr>
        <w:overflowPunct w:val="0"/>
        <w:autoSpaceDE w:val="0"/>
        <w:autoSpaceDN w:val="0"/>
        <w:adjustRightInd w:val="0"/>
        <w:jc w:val="center"/>
        <w:textAlignment w:val="baseline"/>
        <w:outlineLvl w:val="1"/>
        <w:rPr>
          <w:rFonts w:eastAsia="Calibri"/>
          <w:b/>
          <w:szCs w:val="24"/>
          <w:lang w:val="ru-RU"/>
        </w:rPr>
      </w:pPr>
    </w:p>
    <w:p w:rsidR="001F087C" w:rsidRDefault="001F087C" w:rsidP="001F087C">
      <w:pPr>
        <w:overflowPunct w:val="0"/>
        <w:autoSpaceDE w:val="0"/>
        <w:autoSpaceDN w:val="0"/>
        <w:adjustRightInd w:val="0"/>
        <w:jc w:val="center"/>
        <w:textAlignment w:val="baseline"/>
        <w:outlineLvl w:val="1"/>
        <w:rPr>
          <w:rFonts w:ascii="Time Roman" w:eastAsia="Times New Roman" w:hAnsi="Time Roman"/>
          <w:b/>
          <w:szCs w:val="24"/>
          <w:lang w:val="x-none" w:eastAsia="x-none"/>
        </w:rPr>
      </w:pPr>
      <w:r>
        <w:rPr>
          <w:rFonts w:ascii="Time Roman" w:hAnsi="Time Roman"/>
          <w:b/>
          <w:szCs w:val="24"/>
          <w:lang w:val="x-none" w:eastAsia="x-none"/>
        </w:rPr>
        <w:t>Протокол о дополнениях и изменениях в ФОС</w:t>
      </w:r>
    </w:p>
    <w:p w:rsidR="001F087C" w:rsidRDefault="001F087C" w:rsidP="001F087C">
      <w:pPr>
        <w:jc w:val="center"/>
        <w:outlineLvl w:val="1"/>
        <w:rPr>
          <w:rFonts w:ascii="Time Roman" w:hAnsi="Time Roman"/>
          <w:b/>
          <w:szCs w:val="24"/>
          <w:lang w:val="x-none" w:eastAsia="x-none"/>
        </w:rPr>
      </w:pPr>
      <w:r>
        <w:rPr>
          <w:rFonts w:ascii="Time Roman" w:hAnsi="Time Roman"/>
          <w:b/>
          <w:szCs w:val="24"/>
          <w:lang w:val="x-none" w:eastAsia="x-none"/>
        </w:rPr>
        <w:t xml:space="preserve">на  </w:t>
      </w:r>
      <w:r>
        <w:rPr>
          <w:rFonts w:ascii="Time Roman" w:hAnsi="Time Roman"/>
          <w:szCs w:val="24"/>
          <w:lang w:val="x-none" w:eastAsia="x-none"/>
        </w:rPr>
        <w:t xml:space="preserve"> </w:t>
      </w:r>
      <w:r>
        <w:rPr>
          <w:rFonts w:ascii="Time Roman" w:hAnsi="Time Roman"/>
          <w:b/>
          <w:szCs w:val="24"/>
          <w:lang w:val="x-none" w:eastAsia="x-none"/>
        </w:rPr>
        <w:t>20</w:t>
      </w:r>
      <w:r w:rsidRPr="001F087C">
        <w:rPr>
          <w:rFonts w:ascii="Time Roman" w:hAnsi="Time Roman"/>
          <w:b/>
          <w:szCs w:val="24"/>
          <w:lang w:val="ru-RU" w:eastAsia="x-none"/>
        </w:rPr>
        <w:t>25</w:t>
      </w:r>
      <w:r>
        <w:rPr>
          <w:rFonts w:ascii="Time Roman" w:hAnsi="Time Roman"/>
          <w:b/>
          <w:szCs w:val="24"/>
          <w:lang w:val="x-none" w:eastAsia="x-none"/>
        </w:rPr>
        <w:t>-20</w:t>
      </w:r>
      <w:r w:rsidRPr="001F087C">
        <w:rPr>
          <w:rFonts w:ascii="Time Roman" w:hAnsi="Time Roman"/>
          <w:b/>
          <w:szCs w:val="24"/>
          <w:lang w:val="ru-RU" w:eastAsia="x-none"/>
        </w:rPr>
        <w:t>26</w:t>
      </w:r>
      <w:r>
        <w:rPr>
          <w:rFonts w:ascii="Time Roman" w:hAnsi="Time Roman"/>
          <w:b/>
          <w:szCs w:val="24"/>
          <w:lang w:val="x-none" w:eastAsia="x-none"/>
        </w:rPr>
        <w:t xml:space="preserve"> </w:t>
      </w:r>
      <w:r>
        <w:rPr>
          <w:rFonts w:ascii="Time Roman" w:hAnsi="Time Roman"/>
          <w:szCs w:val="24"/>
          <w:lang w:val="x-none" w:eastAsia="x-none"/>
        </w:rPr>
        <w:t xml:space="preserve"> </w:t>
      </w:r>
      <w:r>
        <w:rPr>
          <w:rFonts w:ascii="Time Roman" w:hAnsi="Time Roman"/>
          <w:b/>
          <w:szCs w:val="24"/>
          <w:lang w:val="x-none" w:eastAsia="x-none"/>
        </w:rPr>
        <w:t>учебный год</w:t>
      </w:r>
    </w:p>
    <w:p w:rsidR="001F087C" w:rsidRDefault="001F087C" w:rsidP="001F087C">
      <w:pPr>
        <w:overflowPunct w:val="0"/>
        <w:autoSpaceDE w:val="0"/>
        <w:autoSpaceDN w:val="0"/>
        <w:adjustRightInd w:val="0"/>
        <w:spacing w:line="288" w:lineRule="auto"/>
        <w:jc w:val="right"/>
        <w:textAlignment w:val="baseline"/>
        <w:rPr>
          <w:rFonts w:ascii="Time Roman" w:hAnsi="Time Roman"/>
          <w:i/>
          <w:szCs w:val="24"/>
          <w:lang w:val="ru-RU" w:eastAsia="ru-RU"/>
        </w:rPr>
      </w:pPr>
    </w:p>
    <w:p w:rsidR="001F087C" w:rsidRPr="001F087C" w:rsidRDefault="001F087C" w:rsidP="001F087C">
      <w:pPr>
        <w:overflowPunct w:val="0"/>
        <w:autoSpaceDE w:val="0"/>
        <w:autoSpaceDN w:val="0"/>
        <w:adjustRightInd w:val="0"/>
        <w:spacing w:line="288" w:lineRule="auto"/>
        <w:ind w:left="360" w:hanging="360"/>
        <w:jc w:val="both"/>
        <w:textAlignment w:val="baseline"/>
        <w:rPr>
          <w:rFonts w:ascii="Time Roman" w:hAnsi="Time Roman"/>
          <w:i/>
          <w:szCs w:val="24"/>
          <w:lang w:val="ru-RU"/>
        </w:rPr>
      </w:pPr>
      <w:r w:rsidRPr="001F087C">
        <w:rPr>
          <w:rFonts w:ascii="Time Roman" w:hAnsi="Time Roman"/>
          <w:b/>
          <w:szCs w:val="24"/>
          <w:lang w:val="ru-RU"/>
        </w:rPr>
        <w:t xml:space="preserve">1. </w:t>
      </w:r>
      <w:r w:rsidRPr="001F087C">
        <w:rPr>
          <w:rFonts w:ascii="Time Roman" w:hAnsi="Time Roman"/>
          <w:szCs w:val="24"/>
          <w:lang w:val="ru-RU"/>
        </w:rPr>
        <w:t>В фонд оценочных средств по дисциплине/практике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1F087C" w:rsidTr="001F087C">
        <w:tc>
          <w:tcPr>
            <w:tcW w:w="9639" w:type="dxa"/>
            <w:tcBorders>
              <w:top w:val="nil"/>
              <w:left w:val="nil"/>
              <w:bottom w:val="single" w:sz="4" w:space="0" w:color="auto"/>
              <w:right w:val="nil"/>
            </w:tcBorders>
            <w:hideMark/>
          </w:tcPr>
          <w:p w:rsidR="001F087C" w:rsidRDefault="001F087C">
            <w:pPr>
              <w:widowControl w:val="0"/>
              <w:overflowPunct w:val="0"/>
              <w:autoSpaceDE w:val="0"/>
              <w:autoSpaceDN w:val="0"/>
              <w:adjustRightInd w:val="0"/>
              <w:spacing w:line="288" w:lineRule="auto"/>
              <w:jc w:val="center"/>
              <w:textAlignment w:val="baseline"/>
              <w:rPr>
                <w:rFonts w:ascii="Time Roman" w:hAnsi="Time Roman"/>
                <w:i/>
                <w:szCs w:val="24"/>
              </w:rPr>
            </w:pPr>
            <w:proofErr w:type="spellStart"/>
            <w:r>
              <w:rPr>
                <w:rFonts w:ascii="Time Roman" w:hAnsi="Time Roman"/>
                <w:i/>
                <w:szCs w:val="24"/>
              </w:rPr>
              <w:t>дополнений</w:t>
            </w:r>
            <w:proofErr w:type="spellEnd"/>
            <w:r>
              <w:rPr>
                <w:rFonts w:ascii="Time Roman" w:hAnsi="Time Roman"/>
                <w:i/>
                <w:szCs w:val="24"/>
              </w:rPr>
              <w:t xml:space="preserve"> </w:t>
            </w:r>
            <w:proofErr w:type="spellStart"/>
            <w:r>
              <w:rPr>
                <w:rFonts w:ascii="Time Roman" w:hAnsi="Time Roman"/>
                <w:i/>
                <w:szCs w:val="24"/>
              </w:rPr>
              <w:t>нет</w:t>
            </w:r>
            <w:proofErr w:type="spellEnd"/>
          </w:p>
        </w:tc>
      </w:tr>
      <w:tr w:rsidR="001F087C" w:rsidTr="001F087C">
        <w:tc>
          <w:tcPr>
            <w:tcW w:w="9639" w:type="dxa"/>
            <w:tcBorders>
              <w:top w:val="single" w:sz="4" w:space="0" w:color="auto"/>
              <w:left w:val="nil"/>
              <w:bottom w:val="single" w:sz="4" w:space="0" w:color="auto"/>
              <w:right w:val="nil"/>
            </w:tcBorders>
          </w:tcPr>
          <w:p w:rsidR="001F087C" w:rsidRDefault="001F087C">
            <w:pPr>
              <w:widowControl w:val="0"/>
              <w:overflowPunct w:val="0"/>
              <w:autoSpaceDE w:val="0"/>
              <w:autoSpaceDN w:val="0"/>
              <w:adjustRightInd w:val="0"/>
              <w:spacing w:line="288" w:lineRule="auto"/>
              <w:jc w:val="both"/>
              <w:textAlignment w:val="baseline"/>
              <w:rPr>
                <w:rFonts w:ascii="Time Roman" w:hAnsi="Time Roman"/>
                <w:szCs w:val="24"/>
              </w:rPr>
            </w:pPr>
          </w:p>
        </w:tc>
      </w:tr>
      <w:tr w:rsidR="001F087C" w:rsidTr="001F087C">
        <w:tc>
          <w:tcPr>
            <w:tcW w:w="9639" w:type="dxa"/>
            <w:tcBorders>
              <w:top w:val="single" w:sz="4" w:space="0" w:color="auto"/>
              <w:left w:val="nil"/>
              <w:bottom w:val="single" w:sz="4" w:space="0" w:color="auto"/>
              <w:right w:val="nil"/>
            </w:tcBorders>
          </w:tcPr>
          <w:p w:rsidR="001F087C" w:rsidRDefault="001F087C">
            <w:pPr>
              <w:widowControl w:val="0"/>
              <w:overflowPunct w:val="0"/>
              <w:autoSpaceDE w:val="0"/>
              <w:autoSpaceDN w:val="0"/>
              <w:adjustRightInd w:val="0"/>
              <w:spacing w:line="288" w:lineRule="auto"/>
              <w:jc w:val="both"/>
              <w:textAlignment w:val="baseline"/>
              <w:rPr>
                <w:rFonts w:ascii="Time Roman" w:hAnsi="Time Roman"/>
                <w:szCs w:val="24"/>
              </w:rPr>
            </w:pPr>
          </w:p>
        </w:tc>
      </w:tr>
    </w:tbl>
    <w:p w:rsidR="001F087C" w:rsidRDefault="001F087C" w:rsidP="001F087C">
      <w:pPr>
        <w:overflowPunct w:val="0"/>
        <w:autoSpaceDE w:val="0"/>
        <w:autoSpaceDN w:val="0"/>
        <w:adjustRightInd w:val="0"/>
        <w:spacing w:after="120" w:line="288" w:lineRule="auto"/>
        <w:jc w:val="both"/>
        <w:textAlignment w:val="baseline"/>
        <w:rPr>
          <w:rFonts w:ascii="Time Roman" w:hAnsi="Time Roman"/>
          <w:b/>
          <w:szCs w:val="24"/>
        </w:rPr>
      </w:pPr>
    </w:p>
    <w:p w:rsidR="001F087C" w:rsidRPr="001F087C" w:rsidRDefault="001F087C" w:rsidP="001F087C">
      <w:pPr>
        <w:overflowPunct w:val="0"/>
        <w:autoSpaceDE w:val="0"/>
        <w:autoSpaceDN w:val="0"/>
        <w:adjustRightInd w:val="0"/>
        <w:spacing w:after="120" w:line="288" w:lineRule="auto"/>
        <w:jc w:val="both"/>
        <w:textAlignment w:val="baseline"/>
        <w:rPr>
          <w:rFonts w:ascii="Time Roman" w:hAnsi="Time Roman"/>
          <w:szCs w:val="24"/>
          <w:lang w:val="ru-RU"/>
        </w:rPr>
      </w:pPr>
      <w:r w:rsidRPr="001F087C">
        <w:rPr>
          <w:rFonts w:ascii="Time Roman" w:hAnsi="Time Roman"/>
          <w:b/>
          <w:szCs w:val="24"/>
          <w:lang w:val="ru-RU"/>
        </w:rPr>
        <w:t>2.</w:t>
      </w:r>
      <w:r w:rsidRPr="001F087C">
        <w:rPr>
          <w:rFonts w:ascii="Time Roman" w:hAnsi="Time Roman"/>
          <w:szCs w:val="24"/>
          <w:lang w:val="ru-RU"/>
        </w:rPr>
        <w:t xml:space="preserve"> В фонд оценочных средств по дисциплине/практике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1F087C" w:rsidTr="001F087C">
        <w:tc>
          <w:tcPr>
            <w:tcW w:w="9639" w:type="dxa"/>
            <w:tcBorders>
              <w:top w:val="nil"/>
              <w:left w:val="nil"/>
              <w:bottom w:val="single" w:sz="4" w:space="0" w:color="auto"/>
              <w:right w:val="nil"/>
            </w:tcBorders>
            <w:hideMark/>
          </w:tcPr>
          <w:p w:rsidR="001F087C" w:rsidRDefault="001F087C">
            <w:pPr>
              <w:widowControl w:val="0"/>
              <w:overflowPunct w:val="0"/>
              <w:autoSpaceDE w:val="0"/>
              <w:autoSpaceDN w:val="0"/>
              <w:adjustRightInd w:val="0"/>
              <w:spacing w:line="288" w:lineRule="auto"/>
              <w:jc w:val="center"/>
              <w:textAlignment w:val="baseline"/>
              <w:rPr>
                <w:rFonts w:ascii="Time Roman" w:hAnsi="Time Roman"/>
                <w:i/>
                <w:szCs w:val="24"/>
              </w:rPr>
            </w:pPr>
            <w:proofErr w:type="spellStart"/>
            <w:r>
              <w:rPr>
                <w:rFonts w:ascii="Time Roman" w:hAnsi="Time Roman"/>
                <w:i/>
                <w:szCs w:val="24"/>
              </w:rPr>
              <w:t>изменений</w:t>
            </w:r>
            <w:proofErr w:type="spellEnd"/>
            <w:r>
              <w:rPr>
                <w:rFonts w:ascii="Time Roman" w:hAnsi="Time Roman"/>
                <w:i/>
                <w:szCs w:val="24"/>
              </w:rPr>
              <w:t xml:space="preserve"> </w:t>
            </w:r>
            <w:proofErr w:type="spellStart"/>
            <w:r>
              <w:rPr>
                <w:rFonts w:ascii="Time Roman" w:hAnsi="Time Roman"/>
                <w:i/>
                <w:szCs w:val="24"/>
              </w:rPr>
              <w:t>нет</w:t>
            </w:r>
            <w:proofErr w:type="spellEnd"/>
          </w:p>
        </w:tc>
      </w:tr>
      <w:tr w:rsidR="001F087C" w:rsidTr="001F087C">
        <w:tc>
          <w:tcPr>
            <w:tcW w:w="9639" w:type="dxa"/>
            <w:tcBorders>
              <w:top w:val="single" w:sz="4" w:space="0" w:color="auto"/>
              <w:left w:val="nil"/>
              <w:bottom w:val="single" w:sz="4" w:space="0" w:color="auto"/>
              <w:right w:val="nil"/>
            </w:tcBorders>
          </w:tcPr>
          <w:p w:rsidR="001F087C" w:rsidRDefault="001F087C">
            <w:pPr>
              <w:widowControl w:val="0"/>
              <w:overflowPunct w:val="0"/>
              <w:autoSpaceDE w:val="0"/>
              <w:autoSpaceDN w:val="0"/>
              <w:adjustRightInd w:val="0"/>
              <w:spacing w:line="288" w:lineRule="auto"/>
              <w:jc w:val="both"/>
              <w:textAlignment w:val="baseline"/>
              <w:rPr>
                <w:rFonts w:ascii="Time Roman" w:hAnsi="Time Roman"/>
                <w:szCs w:val="24"/>
              </w:rPr>
            </w:pPr>
          </w:p>
        </w:tc>
      </w:tr>
      <w:tr w:rsidR="001F087C" w:rsidTr="001F087C">
        <w:tc>
          <w:tcPr>
            <w:tcW w:w="9639" w:type="dxa"/>
            <w:tcBorders>
              <w:top w:val="single" w:sz="4" w:space="0" w:color="auto"/>
              <w:left w:val="nil"/>
              <w:bottom w:val="single" w:sz="4" w:space="0" w:color="auto"/>
              <w:right w:val="nil"/>
            </w:tcBorders>
          </w:tcPr>
          <w:p w:rsidR="001F087C" w:rsidRDefault="001F087C">
            <w:pPr>
              <w:widowControl w:val="0"/>
              <w:overflowPunct w:val="0"/>
              <w:autoSpaceDE w:val="0"/>
              <w:autoSpaceDN w:val="0"/>
              <w:adjustRightInd w:val="0"/>
              <w:spacing w:line="288" w:lineRule="auto"/>
              <w:jc w:val="both"/>
              <w:textAlignment w:val="baseline"/>
              <w:rPr>
                <w:rFonts w:ascii="Time Roman" w:hAnsi="Time Roman"/>
                <w:szCs w:val="24"/>
              </w:rPr>
            </w:pPr>
          </w:p>
        </w:tc>
      </w:tr>
    </w:tbl>
    <w:p w:rsidR="001F087C" w:rsidRDefault="001F087C" w:rsidP="001F087C">
      <w:pPr>
        <w:overflowPunct w:val="0"/>
        <w:autoSpaceDE w:val="0"/>
        <w:autoSpaceDN w:val="0"/>
        <w:adjustRightInd w:val="0"/>
        <w:spacing w:line="288" w:lineRule="auto"/>
        <w:jc w:val="both"/>
        <w:textAlignment w:val="baseline"/>
        <w:rPr>
          <w:rFonts w:ascii="Time Roman" w:hAnsi="Time Roman"/>
          <w:szCs w:val="24"/>
        </w:rPr>
      </w:pPr>
    </w:p>
    <w:p w:rsidR="001F087C" w:rsidRPr="001F087C" w:rsidRDefault="001F087C" w:rsidP="001F087C">
      <w:pPr>
        <w:overflowPunct w:val="0"/>
        <w:autoSpaceDE w:val="0"/>
        <w:autoSpaceDN w:val="0"/>
        <w:adjustRightInd w:val="0"/>
        <w:spacing w:line="288" w:lineRule="auto"/>
        <w:textAlignment w:val="baseline"/>
        <w:outlineLvl w:val="2"/>
        <w:rPr>
          <w:rFonts w:ascii="Time Roman" w:hAnsi="Time Roman"/>
          <w:bCs/>
          <w:szCs w:val="24"/>
          <w:lang w:val="ru-RU" w:eastAsia="x-none"/>
        </w:rPr>
      </w:pPr>
      <w:r>
        <w:rPr>
          <w:rFonts w:ascii="Time Roman" w:hAnsi="Time Roman"/>
          <w:bCs/>
          <w:szCs w:val="24"/>
          <w:lang w:val="x-none" w:eastAsia="x-none"/>
        </w:rPr>
        <w:t>Протокол  заседания</w:t>
      </w:r>
      <w:r w:rsidRPr="001F087C">
        <w:rPr>
          <w:rFonts w:ascii="Time Roman" w:hAnsi="Time Roman"/>
          <w:bCs/>
          <w:szCs w:val="24"/>
          <w:lang w:val="ru-RU" w:eastAsia="x-none"/>
        </w:rPr>
        <w:t xml:space="preserve"> выпускающей</w:t>
      </w:r>
      <w:r>
        <w:rPr>
          <w:rFonts w:ascii="Time Roman" w:hAnsi="Time Roman"/>
          <w:bCs/>
          <w:szCs w:val="24"/>
          <w:lang w:val="x-none" w:eastAsia="x-none"/>
        </w:rPr>
        <w:t xml:space="preserve"> кафедры </w:t>
      </w:r>
      <w:proofErr w:type="spellStart"/>
      <w:r w:rsidRPr="001F087C">
        <w:rPr>
          <w:rFonts w:ascii="Time Roman" w:hAnsi="Time Roman"/>
          <w:bCs/>
          <w:szCs w:val="24"/>
          <w:lang w:val="ru-RU" w:eastAsia="x-none"/>
        </w:rPr>
        <w:t>ИПиП</w:t>
      </w:r>
      <w:proofErr w:type="spellEnd"/>
      <w:r w:rsidRPr="001F087C">
        <w:rPr>
          <w:rFonts w:ascii="Time Roman" w:hAnsi="Time Roman"/>
          <w:bCs/>
          <w:szCs w:val="24"/>
          <w:lang w:val="ru-RU" w:eastAsia="x-none"/>
        </w:rPr>
        <w:t xml:space="preserve">  </w:t>
      </w:r>
      <w:r>
        <w:rPr>
          <w:bCs/>
          <w:szCs w:val="24"/>
          <w:lang w:val="x-none" w:eastAsia="x-none"/>
        </w:rPr>
        <w:t xml:space="preserve">№ </w:t>
      </w:r>
      <w:r w:rsidRPr="001F087C">
        <w:rPr>
          <w:bCs/>
          <w:szCs w:val="24"/>
          <w:lang w:val="ru-RU" w:eastAsia="x-none"/>
        </w:rPr>
        <w:t>9</w:t>
      </w:r>
      <w:r>
        <w:rPr>
          <w:rFonts w:ascii="Time Roman" w:hAnsi="Time Roman"/>
          <w:bCs/>
          <w:szCs w:val="24"/>
          <w:lang w:val="x-none" w:eastAsia="x-none"/>
        </w:rPr>
        <w:t xml:space="preserve"> </w:t>
      </w:r>
      <w:r w:rsidRPr="001F087C">
        <w:rPr>
          <w:rFonts w:ascii="Time Roman" w:hAnsi="Time Roman"/>
          <w:bCs/>
          <w:szCs w:val="24"/>
          <w:lang w:val="ru-RU" w:eastAsia="x-none"/>
        </w:rPr>
        <w:t xml:space="preserve">  </w:t>
      </w:r>
      <w:r>
        <w:rPr>
          <w:rFonts w:ascii="Time Roman" w:hAnsi="Time Roman"/>
          <w:bCs/>
          <w:szCs w:val="24"/>
          <w:lang w:val="x-none" w:eastAsia="x-none"/>
        </w:rPr>
        <w:t>от  «</w:t>
      </w:r>
      <w:r w:rsidRPr="001F087C">
        <w:rPr>
          <w:rFonts w:ascii="Time Roman" w:hAnsi="Time Roman"/>
          <w:bCs/>
          <w:szCs w:val="24"/>
          <w:lang w:val="ru-RU" w:eastAsia="x-none"/>
        </w:rPr>
        <w:t>17</w:t>
      </w:r>
      <w:r>
        <w:rPr>
          <w:rFonts w:ascii="Time Roman" w:hAnsi="Time Roman"/>
          <w:bCs/>
          <w:szCs w:val="24"/>
          <w:lang w:val="x-none" w:eastAsia="x-none"/>
        </w:rPr>
        <w:t xml:space="preserve">»  </w:t>
      </w:r>
      <w:r w:rsidRPr="001F087C">
        <w:rPr>
          <w:rFonts w:ascii="Time Roman" w:hAnsi="Time Roman"/>
          <w:bCs/>
          <w:szCs w:val="24"/>
          <w:lang w:val="ru-RU" w:eastAsia="x-none"/>
        </w:rPr>
        <w:t xml:space="preserve">апреля </w:t>
      </w:r>
      <w:r>
        <w:rPr>
          <w:rFonts w:ascii="Time Roman" w:hAnsi="Time Roman"/>
          <w:bCs/>
          <w:szCs w:val="24"/>
          <w:lang w:val="x-none" w:eastAsia="x-none"/>
        </w:rPr>
        <w:t>20</w:t>
      </w:r>
      <w:r w:rsidRPr="001F087C">
        <w:rPr>
          <w:rFonts w:ascii="Time Roman" w:hAnsi="Time Roman"/>
          <w:bCs/>
          <w:szCs w:val="24"/>
          <w:lang w:val="ru-RU" w:eastAsia="x-none"/>
        </w:rPr>
        <w:t>26</w:t>
      </w:r>
      <w:r>
        <w:rPr>
          <w:rFonts w:ascii="Time Roman" w:hAnsi="Time Roman"/>
          <w:bCs/>
          <w:szCs w:val="24"/>
          <w:lang w:val="x-none" w:eastAsia="x-none"/>
        </w:rPr>
        <w:t xml:space="preserve"> г., </w:t>
      </w:r>
    </w:p>
    <w:p w:rsidR="001F087C" w:rsidRPr="001F087C" w:rsidRDefault="001F087C" w:rsidP="001F087C">
      <w:pPr>
        <w:overflowPunct w:val="0"/>
        <w:autoSpaceDE w:val="0"/>
        <w:autoSpaceDN w:val="0"/>
        <w:adjustRightInd w:val="0"/>
        <w:spacing w:line="288" w:lineRule="auto"/>
        <w:ind w:firstLine="708"/>
        <w:jc w:val="both"/>
        <w:textAlignment w:val="baseline"/>
        <w:rPr>
          <w:rFonts w:ascii="Time Roman" w:hAnsi="Time Roman"/>
          <w:i/>
          <w:szCs w:val="24"/>
          <w:vertAlign w:val="superscript"/>
          <w:lang w:val="ru-RU" w:eastAsia="ru-RU"/>
        </w:rPr>
      </w:pPr>
      <w:r w:rsidRPr="001F087C">
        <w:rPr>
          <w:rFonts w:ascii="Time Roman" w:hAnsi="Time Roman"/>
          <w:i/>
          <w:szCs w:val="24"/>
          <w:vertAlign w:val="superscript"/>
          <w:lang w:val="ru-RU"/>
        </w:rPr>
        <w:t xml:space="preserve">                    (разработчик)</w:t>
      </w:r>
    </w:p>
    <w:p w:rsidR="001F087C" w:rsidRPr="001F087C" w:rsidRDefault="001F087C" w:rsidP="001F087C">
      <w:pPr>
        <w:overflowPunct w:val="0"/>
        <w:autoSpaceDE w:val="0"/>
        <w:autoSpaceDN w:val="0"/>
        <w:adjustRightInd w:val="0"/>
        <w:jc w:val="both"/>
        <w:textAlignment w:val="baseline"/>
        <w:rPr>
          <w:rFonts w:ascii="Time Roman" w:hAnsi="Time Roman"/>
          <w:szCs w:val="24"/>
          <w:lang w:val="ru-RU"/>
        </w:rPr>
      </w:pPr>
    </w:p>
    <w:p w:rsidR="001F087C" w:rsidRPr="001F087C" w:rsidRDefault="001F087C" w:rsidP="001F087C">
      <w:pPr>
        <w:overflowPunct w:val="0"/>
        <w:autoSpaceDE w:val="0"/>
        <w:autoSpaceDN w:val="0"/>
        <w:adjustRightInd w:val="0"/>
        <w:jc w:val="both"/>
        <w:textAlignment w:val="baseline"/>
        <w:rPr>
          <w:rFonts w:ascii="Time Roman" w:hAnsi="Time Roman"/>
          <w:szCs w:val="24"/>
          <w:lang w:val="ru-RU"/>
        </w:rPr>
      </w:pPr>
      <w:proofErr w:type="gramStart"/>
      <w:r w:rsidRPr="001F087C">
        <w:rPr>
          <w:rFonts w:ascii="Time Roman" w:hAnsi="Time Roman"/>
          <w:szCs w:val="24"/>
          <w:lang w:val="ru-RU"/>
        </w:rPr>
        <w:t>Заведующий</w:t>
      </w:r>
      <w:proofErr w:type="gramEnd"/>
      <w:r w:rsidRPr="001F087C">
        <w:rPr>
          <w:rFonts w:ascii="Time Roman" w:hAnsi="Time Roman"/>
          <w:szCs w:val="24"/>
          <w:lang w:val="ru-RU"/>
        </w:rPr>
        <w:t xml:space="preserve"> базовой кафедры </w:t>
      </w:r>
      <w:proofErr w:type="spellStart"/>
      <w:r w:rsidRPr="001F087C">
        <w:rPr>
          <w:rFonts w:ascii="Time Roman" w:hAnsi="Time Roman"/>
          <w:bCs/>
          <w:szCs w:val="24"/>
          <w:lang w:val="ru-RU" w:eastAsia="x-none"/>
        </w:rPr>
        <w:t>ИПиП</w:t>
      </w:r>
      <w:proofErr w:type="spellEnd"/>
      <w:r w:rsidRPr="001F087C">
        <w:rPr>
          <w:rFonts w:ascii="Time Roman" w:hAnsi="Time Roman"/>
          <w:szCs w:val="24"/>
          <w:lang w:val="ru-RU"/>
        </w:rPr>
        <w:t xml:space="preserve">     _______________  </w:t>
      </w:r>
      <w:r w:rsidRPr="001F087C">
        <w:rPr>
          <w:rFonts w:ascii="Time Roman" w:hAnsi="Time Roman"/>
          <w:szCs w:val="24"/>
          <w:lang w:val="ru-RU"/>
        </w:rPr>
        <w:tab/>
        <w:t>______</w:t>
      </w:r>
      <w:r w:rsidRPr="001F087C">
        <w:rPr>
          <w:rFonts w:ascii="Time Roman" w:hAnsi="Time Roman"/>
          <w:szCs w:val="24"/>
          <w:u w:val="single"/>
          <w:lang w:val="ru-RU"/>
        </w:rPr>
        <w:t>В.В. Кудряшов</w:t>
      </w:r>
      <w:r w:rsidRPr="001F087C">
        <w:rPr>
          <w:rFonts w:ascii="Time Roman" w:hAnsi="Time Roman"/>
          <w:szCs w:val="24"/>
          <w:lang w:val="ru-RU"/>
        </w:rPr>
        <w:t xml:space="preserve"> ______</w:t>
      </w:r>
    </w:p>
    <w:p w:rsidR="003F5273" w:rsidRPr="003A7024" w:rsidRDefault="003F5273">
      <w:pPr>
        <w:rPr>
          <w:lang w:val="ru-RU"/>
        </w:rPr>
      </w:pPr>
    </w:p>
    <w:sectPr w:rsidR="003F5273" w:rsidRPr="003A7024" w:rsidSect="00034616">
      <w:pgSz w:w="12240" w:h="15840"/>
      <w:pgMar w:top="850" w:right="850" w:bottom="8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F087C"/>
    <w:rsid w:val="0029639D"/>
    <w:rsid w:val="00326F90"/>
    <w:rsid w:val="003A7024"/>
    <w:rsid w:val="003F5273"/>
    <w:rsid w:val="004766AD"/>
    <w:rsid w:val="00713EA5"/>
    <w:rsid w:val="00AA1D8D"/>
    <w:rsid w:val="00B47730"/>
    <w:rsid w:val="00CB0664"/>
    <w:rsid w:val="00DD6FE8"/>
    <w:rsid w:val="00E23F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qFormat/>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713EA5"/>
    <w:pPr>
      <w:spacing w:before="100" w:beforeAutospacing="1" w:after="100" w:afterAutospacing="1" w:line="240" w:lineRule="auto"/>
    </w:pPr>
    <w:rPr>
      <w:rFonts w:eastAsia="Times New Roman" w:cs="Times New Roman"/>
      <w:szCs w:val="24"/>
      <w:lang w:val="ru-RU" w:eastAsia="ru-RU"/>
    </w:rPr>
  </w:style>
  <w:style w:type="paragraph" w:styleId="aff9">
    <w:name w:val="Body Text Indent"/>
    <w:basedOn w:val="a1"/>
    <w:link w:val="affa"/>
    <w:uiPriority w:val="99"/>
    <w:semiHidden/>
    <w:unhideWhenUsed/>
    <w:rsid w:val="00713EA5"/>
    <w:pPr>
      <w:overflowPunct w:val="0"/>
      <w:autoSpaceDE w:val="0"/>
      <w:autoSpaceDN w:val="0"/>
      <w:adjustRightInd w:val="0"/>
      <w:spacing w:after="120" w:line="288" w:lineRule="auto"/>
      <w:ind w:left="283"/>
      <w:jc w:val="both"/>
    </w:pPr>
    <w:rPr>
      <w:rFonts w:eastAsia="Times New Roman" w:cs="Times New Roman"/>
      <w:szCs w:val="20"/>
      <w:lang w:val="x-none" w:eastAsia="x-none"/>
    </w:rPr>
  </w:style>
  <w:style w:type="character" w:customStyle="1" w:styleId="affa">
    <w:name w:val="Основной текст с отступом Знак"/>
    <w:basedOn w:val="a2"/>
    <w:link w:val="aff9"/>
    <w:uiPriority w:val="99"/>
    <w:semiHidden/>
    <w:rsid w:val="00713EA5"/>
    <w:rPr>
      <w:rFonts w:ascii="Times New Roman" w:eastAsia="Times New Roman" w:hAnsi="Times New Roman" w:cs="Times New Roman"/>
      <w:sz w:val="24"/>
      <w:szCs w:val="20"/>
      <w:lang w:val="x-none" w:eastAsia="x-none"/>
    </w:rPr>
  </w:style>
  <w:style w:type="paragraph" w:styleId="2c">
    <w:name w:val="Body Text Indent 2"/>
    <w:basedOn w:val="a1"/>
    <w:link w:val="2d"/>
    <w:uiPriority w:val="99"/>
    <w:semiHidden/>
    <w:unhideWhenUsed/>
    <w:rsid w:val="00713EA5"/>
    <w:pPr>
      <w:spacing w:after="120" w:line="480" w:lineRule="auto"/>
      <w:ind w:left="283"/>
    </w:pPr>
    <w:rPr>
      <w:rFonts w:eastAsia="Times New Roman" w:cs="Times New Roman"/>
      <w:sz w:val="20"/>
      <w:szCs w:val="20"/>
      <w:lang w:val="x-none" w:eastAsia="x-none"/>
    </w:rPr>
  </w:style>
  <w:style w:type="character" w:customStyle="1" w:styleId="2d">
    <w:name w:val="Основной текст с отступом 2 Знак"/>
    <w:basedOn w:val="a2"/>
    <w:link w:val="2c"/>
    <w:uiPriority w:val="99"/>
    <w:semiHidden/>
    <w:rsid w:val="00713EA5"/>
    <w:rPr>
      <w:rFonts w:ascii="Times New Roman" w:eastAsia="Times New Roman" w:hAnsi="Times New Roman" w:cs="Times New Roman"/>
      <w:sz w:val="20"/>
      <w:szCs w:val="20"/>
      <w:lang w:val="x-none" w:eastAsia="x-none"/>
    </w:rPr>
  </w:style>
  <w:style w:type="paragraph" w:styleId="affb">
    <w:name w:val="Balloon Text"/>
    <w:basedOn w:val="a1"/>
    <w:link w:val="affc"/>
    <w:uiPriority w:val="99"/>
    <w:semiHidden/>
    <w:unhideWhenUsed/>
    <w:rsid w:val="00713EA5"/>
    <w:pPr>
      <w:overflowPunct w:val="0"/>
      <w:autoSpaceDE w:val="0"/>
      <w:autoSpaceDN w:val="0"/>
      <w:adjustRightInd w:val="0"/>
      <w:spacing w:line="240" w:lineRule="auto"/>
      <w:jc w:val="both"/>
    </w:pPr>
    <w:rPr>
      <w:rFonts w:ascii="Tahoma" w:eastAsia="Times New Roman" w:hAnsi="Tahoma" w:cs="Times New Roman"/>
      <w:sz w:val="16"/>
      <w:szCs w:val="16"/>
      <w:lang w:val="x-none" w:eastAsia="ru-RU"/>
    </w:rPr>
  </w:style>
  <w:style w:type="character" w:customStyle="1" w:styleId="affc">
    <w:name w:val="Текст выноски Знак"/>
    <w:basedOn w:val="a2"/>
    <w:link w:val="affb"/>
    <w:uiPriority w:val="99"/>
    <w:semiHidden/>
    <w:rsid w:val="00713EA5"/>
    <w:rPr>
      <w:rFonts w:ascii="Tahoma" w:eastAsia="Times New Roman" w:hAnsi="Tahoma" w:cs="Times New Roman"/>
      <w:sz w:val="16"/>
      <w:szCs w:val="16"/>
      <w:lang w:val="x-none" w:eastAsia="ru-RU"/>
    </w:rPr>
  </w:style>
  <w:style w:type="paragraph" w:customStyle="1" w:styleId="affd">
    <w:name w:val="Основной б.о."/>
    <w:basedOn w:val="a1"/>
    <w:next w:val="a1"/>
    <w:uiPriority w:val="99"/>
    <w:rsid w:val="00713EA5"/>
    <w:pPr>
      <w:spacing w:line="240" w:lineRule="auto"/>
      <w:jc w:val="both"/>
    </w:pPr>
    <w:rPr>
      <w:rFonts w:eastAsia="Times New Roman" w:cs="Times New Roman"/>
      <w:sz w:val="28"/>
      <w:szCs w:val="20"/>
      <w:lang w:val="ru-RU" w:eastAsia="ru-RU"/>
    </w:rPr>
  </w:style>
  <w:style w:type="character" w:customStyle="1" w:styleId="41">
    <w:name w:val="Основной текст (4)_"/>
    <w:link w:val="410"/>
    <w:locked/>
    <w:rsid w:val="00713EA5"/>
    <w:rPr>
      <w:b/>
      <w:bCs/>
      <w:i/>
      <w:iCs/>
      <w:shd w:val="clear" w:color="auto" w:fill="FFFFFF"/>
    </w:rPr>
  </w:style>
  <w:style w:type="paragraph" w:customStyle="1" w:styleId="410">
    <w:name w:val="Основной текст (4)1"/>
    <w:basedOn w:val="a1"/>
    <w:link w:val="41"/>
    <w:rsid w:val="00713EA5"/>
    <w:pPr>
      <w:widowControl w:val="0"/>
      <w:shd w:val="clear" w:color="auto" w:fill="FFFFFF"/>
      <w:spacing w:before="120" w:line="236" w:lineRule="exact"/>
      <w:ind w:hanging="1180"/>
      <w:jc w:val="both"/>
    </w:pPr>
    <w:rPr>
      <w:rFonts w:asciiTheme="minorHAnsi" w:hAnsiTheme="minorHAnsi"/>
      <w:b/>
      <w:bCs/>
      <w:i/>
      <w:iCs/>
      <w:sz w:val="22"/>
    </w:rPr>
  </w:style>
  <w:style w:type="paragraph" w:customStyle="1" w:styleId="14">
    <w:name w:val="Обычный1"/>
    <w:uiPriority w:val="99"/>
    <w:rsid w:val="00713EA5"/>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Default">
    <w:name w:val="Default"/>
    <w:uiPriority w:val="99"/>
    <w:rsid w:val="00713EA5"/>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2e">
    <w:name w:val="Обычный2"/>
    <w:uiPriority w:val="99"/>
    <w:rsid w:val="00713EA5"/>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15">
    <w:name w:val="заголовок 1"/>
    <w:basedOn w:val="a1"/>
    <w:next w:val="a1"/>
    <w:uiPriority w:val="99"/>
    <w:rsid w:val="00713EA5"/>
    <w:pPr>
      <w:keepNext/>
      <w:autoSpaceDE w:val="0"/>
      <w:autoSpaceDN w:val="0"/>
      <w:spacing w:line="240" w:lineRule="auto"/>
      <w:outlineLvl w:val="0"/>
    </w:pPr>
    <w:rPr>
      <w:rFonts w:eastAsia="Times New Roman" w:cs="Times New Roman"/>
      <w:i/>
      <w:iCs/>
      <w:sz w:val="20"/>
      <w:szCs w:val="20"/>
      <w:lang w:eastAsia="ru-RU"/>
    </w:rPr>
  </w:style>
  <w:style w:type="paragraph" w:customStyle="1" w:styleId="16">
    <w:name w:val="Без интервала1"/>
    <w:uiPriority w:val="99"/>
    <w:rsid w:val="00713EA5"/>
    <w:pPr>
      <w:spacing w:after="0" w:line="240" w:lineRule="auto"/>
    </w:pPr>
    <w:rPr>
      <w:rFonts w:ascii="Calibri" w:eastAsia="Times New Roman" w:hAnsi="Calibri" w:cs="Times New Roman"/>
      <w:lang w:val="ru-RU"/>
    </w:rPr>
  </w:style>
  <w:style w:type="paragraph" w:customStyle="1" w:styleId="Standard">
    <w:name w:val="Standard"/>
    <w:rsid w:val="00713EA5"/>
    <w:pPr>
      <w:suppressAutoHyphens/>
      <w:autoSpaceDN w:val="0"/>
      <w:spacing w:after="160" w:line="256" w:lineRule="auto"/>
    </w:pPr>
    <w:rPr>
      <w:rFonts w:ascii="Calibri" w:eastAsia="Calibri" w:hAnsi="Calibri" w:cs="Times New Roman"/>
      <w:kern w:val="3"/>
      <w:lang w:val="ru-RU"/>
    </w:rPr>
  </w:style>
  <w:style w:type="character" w:customStyle="1" w:styleId="17">
    <w:name w:val="Название Знак1"/>
    <w:uiPriority w:val="10"/>
    <w:locked/>
    <w:rsid w:val="00713EA5"/>
    <w:rPr>
      <w:rFonts w:ascii="Calibri Light" w:eastAsia="Times New Roman" w:hAnsi="Calibri Light" w:cs="Times New Roman"/>
      <w:b/>
      <w:bCs/>
      <w:kern w:val="28"/>
      <w:sz w:val="32"/>
      <w:szCs w:val="32"/>
      <w:lang w:val="ru-RU" w:eastAsia="ru-RU"/>
    </w:rPr>
  </w:style>
  <w:style w:type="character" w:customStyle="1" w:styleId="monospace1">
    <w:name w:val="monospace1"/>
    <w:rsid w:val="00713EA5"/>
    <w:rPr>
      <w:rFonts w:ascii="Courier New" w:hAnsi="Courier New" w:cs="Courier New"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qFormat/>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713EA5"/>
    <w:pPr>
      <w:spacing w:before="100" w:beforeAutospacing="1" w:after="100" w:afterAutospacing="1" w:line="240" w:lineRule="auto"/>
    </w:pPr>
    <w:rPr>
      <w:rFonts w:eastAsia="Times New Roman" w:cs="Times New Roman"/>
      <w:szCs w:val="24"/>
      <w:lang w:val="ru-RU" w:eastAsia="ru-RU"/>
    </w:rPr>
  </w:style>
  <w:style w:type="paragraph" w:styleId="aff9">
    <w:name w:val="Body Text Indent"/>
    <w:basedOn w:val="a1"/>
    <w:link w:val="affa"/>
    <w:uiPriority w:val="99"/>
    <w:semiHidden/>
    <w:unhideWhenUsed/>
    <w:rsid w:val="00713EA5"/>
    <w:pPr>
      <w:overflowPunct w:val="0"/>
      <w:autoSpaceDE w:val="0"/>
      <w:autoSpaceDN w:val="0"/>
      <w:adjustRightInd w:val="0"/>
      <w:spacing w:after="120" w:line="288" w:lineRule="auto"/>
      <w:ind w:left="283"/>
      <w:jc w:val="both"/>
    </w:pPr>
    <w:rPr>
      <w:rFonts w:eastAsia="Times New Roman" w:cs="Times New Roman"/>
      <w:szCs w:val="20"/>
      <w:lang w:val="x-none" w:eastAsia="x-none"/>
    </w:rPr>
  </w:style>
  <w:style w:type="character" w:customStyle="1" w:styleId="affa">
    <w:name w:val="Основной текст с отступом Знак"/>
    <w:basedOn w:val="a2"/>
    <w:link w:val="aff9"/>
    <w:uiPriority w:val="99"/>
    <w:semiHidden/>
    <w:rsid w:val="00713EA5"/>
    <w:rPr>
      <w:rFonts w:ascii="Times New Roman" w:eastAsia="Times New Roman" w:hAnsi="Times New Roman" w:cs="Times New Roman"/>
      <w:sz w:val="24"/>
      <w:szCs w:val="20"/>
      <w:lang w:val="x-none" w:eastAsia="x-none"/>
    </w:rPr>
  </w:style>
  <w:style w:type="paragraph" w:styleId="2c">
    <w:name w:val="Body Text Indent 2"/>
    <w:basedOn w:val="a1"/>
    <w:link w:val="2d"/>
    <w:uiPriority w:val="99"/>
    <w:semiHidden/>
    <w:unhideWhenUsed/>
    <w:rsid w:val="00713EA5"/>
    <w:pPr>
      <w:spacing w:after="120" w:line="480" w:lineRule="auto"/>
      <w:ind w:left="283"/>
    </w:pPr>
    <w:rPr>
      <w:rFonts w:eastAsia="Times New Roman" w:cs="Times New Roman"/>
      <w:sz w:val="20"/>
      <w:szCs w:val="20"/>
      <w:lang w:val="x-none" w:eastAsia="x-none"/>
    </w:rPr>
  </w:style>
  <w:style w:type="character" w:customStyle="1" w:styleId="2d">
    <w:name w:val="Основной текст с отступом 2 Знак"/>
    <w:basedOn w:val="a2"/>
    <w:link w:val="2c"/>
    <w:uiPriority w:val="99"/>
    <w:semiHidden/>
    <w:rsid w:val="00713EA5"/>
    <w:rPr>
      <w:rFonts w:ascii="Times New Roman" w:eastAsia="Times New Roman" w:hAnsi="Times New Roman" w:cs="Times New Roman"/>
      <w:sz w:val="20"/>
      <w:szCs w:val="20"/>
      <w:lang w:val="x-none" w:eastAsia="x-none"/>
    </w:rPr>
  </w:style>
  <w:style w:type="paragraph" w:styleId="affb">
    <w:name w:val="Balloon Text"/>
    <w:basedOn w:val="a1"/>
    <w:link w:val="affc"/>
    <w:uiPriority w:val="99"/>
    <w:semiHidden/>
    <w:unhideWhenUsed/>
    <w:rsid w:val="00713EA5"/>
    <w:pPr>
      <w:overflowPunct w:val="0"/>
      <w:autoSpaceDE w:val="0"/>
      <w:autoSpaceDN w:val="0"/>
      <w:adjustRightInd w:val="0"/>
      <w:spacing w:line="240" w:lineRule="auto"/>
      <w:jc w:val="both"/>
    </w:pPr>
    <w:rPr>
      <w:rFonts w:ascii="Tahoma" w:eastAsia="Times New Roman" w:hAnsi="Tahoma" w:cs="Times New Roman"/>
      <w:sz w:val="16"/>
      <w:szCs w:val="16"/>
      <w:lang w:val="x-none" w:eastAsia="ru-RU"/>
    </w:rPr>
  </w:style>
  <w:style w:type="character" w:customStyle="1" w:styleId="affc">
    <w:name w:val="Текст выноски Знак"/>
    <w:basedOn w:val="a2"/>
    <w:link w:val="affb"/>
    <w:uiPriority w:val="99"/>
    <w:semiHidden/>
    <w:rsid w:val="00713EA5"/>
    <w:rPr>
      <w:rFonts w:ascii="Tahoma" w:eastAsia="Times New Roman" w:hAnsi="Tahoma" w:cs="Times New Roman"/>
      <w:sz w:val="16"/>
      <w:szCs w:val="16"/>
      <w:lang w:val="x-none" w:eastAsia="ru-RU"/>
    </w:rPr>
  </w:style>
  <w:style w:type="paragraph" w:customStyle="1" w:styleId="affd">
    <w:name w:val="Основной б.о."/>
    <w:basedOn w:val="a1"/>
    <w:next w:val="a1"/>
    <w:uiPriority w:val="99"/>
    <w:rsid w:val="00713EA5"/>
    <w:pPr>
      <w:spacing w:line="240" w:lineRule="auto"/>
      <w:jc w:val="both"/>
    </w:pPr>
    <w:rPr>
      <w:rFonts w:eastAsia="Times New Roman" w:cs="Times New Roman"/>
      <w:sz w:val="28"/>
      <w:szCs w:val="20"/>
      <w:lang w:val="ru-RU" w:eastAsia="ru-RU"/>
    </w:rPr>
  </w:style>
  <w:style w:type="character" w:customStyle="1" w:styleId="41">
    <w:name w:val="Основной текст (4)_"/>
    <w:link w:val="410"/>
    <w:locked/>
    <w:rsid w:val="00713EA5"/>
    <w:rPr>
      <w:b/>
      <w:bCs/>
      <w:i/>
      <w:iCs/>
      <w:shd w:val="clear" w:color="auto" w:fill="FFFFFF"/>
    </w:rPr>
  </w:style>
  <w:style w:type="paragraph" w:customStyle="1" w:styleId="410">
    <w:name w:val="Основной текст (4)1"/>
    <w:basedOn w:val="a1"/>
    <w:link w:val="41"/>
    <w:rsid w:val="00713EA5"/>
    <w:pPr>
      <w:widowControl w:val="0"/>
      <w:shd w:val="clear" w:color="auto" w:fill="FFFFFF"/>
      <w:spacing w:before="120" w:line="236" w:lineRule="exact"/>
      <w:ind w:hanging="1180"/>
      <w:jc w:val="both"/>
    </w:pPr>
    <w:rPr>
      <w:rFonts w:asciiTheme="minorHAnsi" w:hAnsiTheme="minorHAnsi"/>
      <w:b/>
      <w:bCs/>
      <w:i/>
      <w:iCs/>
      <w:sz w:val="22"/>
    </w:rPr>
  </w:style>
  <w:style w:type="paragraph" w:customStyle="1" w:styleId="14">
    <w:name w:val="Обычный1"/>
    <w:uiPriority w:val="99"/>
    <w:rsid w:val="00713EA5"/>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Default">
    <w:name w:val="Default"/>
    <w:uiPriority w:val="99"/>
    <w:rsid w:val="00713EA5"/>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2e">
    <w:name w:val="Обычный2"/>
    <w:uiPriority w:val="99"/>
    <w:rsid w:val="00713EA5"/>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15">
    <w:name w:val="заголовок 1"/>
    <w:basedOn w:val="a1"/>
    <w:next w:val="a1"/>
    <w:uiPriority w:val="99"/>
    <w:rsid w:val="00713EA5"/>
    <w:pPr>
      <w:keepNext/>
      <w:autoSpaceDE w:val="0"/>
      <w:autoSpaceDN w:val="0"/>
      <w:spacing w:line="240" w:lineRule="auto"/>
      <w:outlineLvl w:val="0"/>
    </w:pPr>
    <w:rPr>
      <w:rFonts w:eastAsia="Times New Roman" w:cs="Times New Roman"/>
      <w:i/>
      <w:iCs/>
      <w:sz w:val="20"/>
      <w:szCs w:val="20"/>
      <w:lang w:eastAsia="ru-RU"/>
    </w:rPr>
  </w:style>
  <w:style w:type="paragraph" w:customStyle="1" w:styleId="16">
    <w:name w:val="Без интервала1"/>
    <w:uiPriority w:val="99"/>
    <w:rsid w:val="00713EA5"/>
    <w:pPr>
      <w:spacing w:after="0" w:line="240" w:lineRule="auto"/>
    </w:pPr>
    <w:rPr>
      <w:rFonts w:ascii="Calibri" w:eastAsia="Times New Roman" w:hAnsi="Calibri" w:cs="Times New Roman"/>
      <w:lang w:val="ru-RU"/>
    </w:rPr>
  </w:style>
  <w:style w:type="paragraph" w:customStyle="1" w:styleId="Standard">
    <w:name w:val="Standard"/>
    <w:rsid w:val="00713EA5"/>
    <w:pPr>
      <w:suppressAutoHyphens/>
      <w:autoSpaceDN w:val="0"/>
      <w:spacing w:after="160" w:line="256" w:lineRule="auto"/>
    </w:pPr>
    <w:rPr>
      <w:rFonts w:ascii="Calibri" w:eastAsia="Calibri" w:hAnsi="Calibri" w:cs="Times New Roman"/>
      <w:kern w:val="3"/>
      <w:lang w:val="ru-RU"/>
    </w:rPr>
  </w:style>
  <w:style w:type="character" w:customStyle="1" w:styleId="17">
    <w:name w:val="Название Знак1"/>
    <w:uiPriority w:val="10"/>
    <w:locked/>
    <w:rsid w:val="00713EA5"/>
    <w:rPr>
      <w:rFonts w:ascii="Calibri Light" w:eastAsia="Times New Roman" w:hAnsi="Calibri Light" w:cs="Times New Roman"/>
      <w:b/>
      <w:bCs/>
      <w:kern w:val="28"/>
      <w:sz w:val="32"/>
      <w:szCs w:val="32"/>
      <w:lang w:val="ru-RU" w:eastAsia="ru-RU"/>
    </w:rPr>
  </w:style>
  <w:style w:type="character" w:customStyle="1" w:styleId="monospace1">
    <w:name w:val="monospace1"/>
    <w:rsid w:val="00713EA5"/>
    <w:rPr>
      <w:rFonts w:ascii="Courier New" w:hAnsi="Courier New" w:cs="Courier New"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72069">
      <w:bodyDiv w:val="1"/>
      <w:marLeft w:val="0"/>
      <w:marRight w:val="0"/>
      <w:marTop w:val="0"/>
      <w:marBottom w:val="0"/>
      <w:divBdr>
        <w:top w:val="none" w:sz="0" w:space="0" w:color="auto"/>
        <w:left w:val="none" w:sz="0" w:space="0" w:color="auto"/>
        <w:bottom w:val="none" w:sz="0" w:space="0" w:color="auto"/>
        <w:right w:val="none" w:sz="0" w:space="0" w:color="auto"/>
      </w:divBdr>
    </w:div>
    <w:div w:id="308443223">
      <w:bodyDiv w:val="1"/>
      <w:marLeft w:val="0"/>
      <w:marRight w:val="0"/>
      <w:marTop w:val="0"/>
      <w:marBottom w:val="0"/>
      <w:divBdr>
        <w:top w:val="none" w:sz="0" w:space="0" w:color="auto"/>
        <w:left w:val="none" w:sz="0" w:space="0" w:color="auto"/>
        <w:bottom w:val="none" w:sz="0" w:space="0" w:color="auto"/>
        <w:right w:val="none" w:sz="0" w:space="0" w:color="auto"/>
      </w:divBdr>
    </w:div>
    <w:div w:id="906497105">
      <w:bodyDiv w:val="1"/>
      <w:marLeft w:val="0"/>
      <w:marRight w:val="0"/>
      <w:marTop w:val="0"/>
      <w:marBottom w:val="0"/>
      <w:divBdr>
        <w:top w:val="none" w:sz="0" w:space="0" w:color="auto"/>
        <w:left w:val="none" w:sz="0" w:space="0" w:color="auto"/>
        <w:bottom w:val="none" w:sz="0" w:space="0" w:color="auto"/>
        <w:right w:val="none" w:sz="0" w:space="0" w:color="auto"/>
      </w:divBdr>
    </w:div>
    <w:div w:id="1741363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B3244-BC95-4115-B6DF-51C77376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53</Pages>
  <Words>14503</Words>
  <Characters>82668</Characters>
  <Application>Microsoft Office Word</Application>
  <DocSecurity>0</DocSecurity>
  <Lines>688</Lines>
  <Paragraphs>193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Ольга В. Галак</cp:lastModifiedBy>
  <cp:revision>7</cp:revision>
  <dcterms:created xsi:type="dcterms:W3CDTF">2013-12-23T23:15:00Z</dcterms:created>
  <dcterms:modified xsi:type="dcterms:W3CDTF">2026-05-29T07:54:00Z</dcterms:modified>
  <cp:category/>
</cp:coreProperties>
</file>