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FB9" w:rsidRPr="009121ED" w:rsidRDefault="009121ED">
      <w:pPr>
        <w:spacing w:line="240" w:lineRule="auto"/>
        <w:jc w:val="center"/>
        <w:rPr>
          <w:lang w:val="ru-RU"/>
        </w:rPr>
      </w:pPr>
      <w:r w:rsidRPr="009121ED">
        <w:rPr>
          <w:sz w:val="20"/>
          <w:lang w:val="ru-RU"/>
        </w:rPr>
        <w:t>МИНИСТЕРСТВО НАУКИ И ВЫСШЕГО ОБРАЗОВАНИЯ РОССИЙСКОЙ ФЕДЕРАЦИИ</w:t>
      </w:r>
    </w:p>
    <w:p w:rsidR="00DE0FB9" w:rsidRPr="009121ED" w:rsidRDefault="009121ED">
      <w:pPr>
        <w:spacing w:line="240" w:lineRule="auto"/>
        <w:jc w:val="center"/>
        <w:rPr>
          <w:lang w:val="ru-RU"/>
        </w:rPr>
      </w:pPr>
      <w:r w:rsidRPr="009121ED">
        <w:rPr>
          <w:lang w:val="ru-RU"/>
        </w:rPr>
        <w:br/>
        <w:t>ФЕДЕРАЛЬНОЕ ГОСУДАРСТВЕННОЕ БЮДЖЕТНОЕ</w:t>
      </w:r>
      <w:r w:rsidRPr="009121ED">
        <w:rPr>
          <w:lang w:val="ru-RU"/>
        </w:rPr>
        <w:br/>
        <w:t>ОБРАЗОВАТЕЛЬНОЕ УЧРЕЖДЕНИЕ ВЫСШЕГО ОБРАЗОВАНИЯ</w:t>
      </w:r>
    </w:p>
    <w:p w:rsidR="00DE0FB9" w:rsidRPr="009121ED" w:rsidRDefault="009121ED">
      <w:pPr>
        <w:spacing w:line="240" w:lineRule="auto"/>
        <w:jc w:val="center"/>
        <w:rPr>
          <w:lang w:val="ru-RU"/>
        </w:rPr>
      </w:pPr>
      <w:r w:rsidRPr="009121ED">
        <w:rPr>
          <w:b/>
          <w:lang w:val="ru-RU"/>
        </w:rPr>
        <w:br/>
        <w:t>«БРАТСКИЙ ГОСУДАРСТВЕННЫЙ УНИВЕРСИТЕТ»</w:t>
      </w:r>
    </w:p>
    <w:p w:rsidR="00DE0FB9" w:rsidRPr="009121ED" w:rsidRDefault="009121ED">
      <w:pPr>
        <w:spacing w:line="240" w:lineRule="auto"/>
        <w:jc w:val="center"/>
        <w:rPr>
          <w:lang w:val="ru-RU"/>
        </w:rPr>
      </w:pP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</w:r>
      <w:r w:rsidRPr="009121ED">
        <w:rPr>
          <w:b/>
          <w:sz w:val="28"/>
          <w:lang w:val="ru-RU"/>
        </w:rPr>
        <w:br/>
        <w:t xml:space="preserve">ФОНД </w:t>
      </w:r>
      <w:r w:rsidRPr="009121ED">
        <w:rPr>
          <w:b/>
          <w:sz w:val="28"/>
          <w:lang w:val="ru-RU"/>
        </w:rPr>
        <w:br/>
        <w:t>ОЦЕНОЧНЫХ СРЕДСТВ</w:t>
      </w:r>
    </w:p>
    <w:p w:rsidR="00DE0FB9" w:rsidRPr="009121ED" w:rsidRDefault="00DE0FB9">
      <w:pPr>
        <w:rPr>
          <w:lang w:val="ru-RU"/>
        </w:rPr>
      </w:pPr>
    </w:p>
    <w:p w:rsidR="00DE0FB9" w:rsidRPr="009121ED" w:rsidRDefault="009121ED">
      <w:pPr>
        <w:jc w:val="center"/>
        <w:rPr>
          <w:lang w:val="ru-RU"/>
        </w:rPr>
      </w:pPr>
      <w:r w:rsidRPr="009121ED">
        <w:rPr>
          <w:lang w:val="ru-RU"/>
        </w:rPr>
        <w:t xml:space="preserve">по дисциплине </w:t>
      </w:r>
      <w:r w:rsidRPr="009121ED">
        <w:rPr>
          <w:lang w:val="ru-RU"/>
        </w:rPr>
        <w:br/>
        <w:t>Б1.О.05.02 Компьютерные технологии</w:t>
      </w:r>
      <w:r w:rsidRPr="009121ED">
        <w:rPr>
          <w:lang w:val="ru-RU"/>
        </w:rPr>
        <w:br/>
      </w:r>
    </w:p>
    <w:p w:rsidR="00DE0FB9" w:rsidRPr="009121ED" w:rsidRDefault="009121ED">
      <w:pPr>
        <w:rPr>
          <w:lang w:val="ru-RU"/>
        </w:rPr>
      </w:pPr>
      <w:r w:rsidRPr="009121ED">
        <w:rPr>
          <w:lang w:val="ru-RU"/>
        </w:rPr>
        <w:t>Направление подготовки 13.03.02 Электроэнергетика и электротехника</w:t>
      </w:r>
      <w:r w:rsidRPr="009121ED">
        <w:rPr>
          <w:lang w:val="ru-RU"/>
        </w:rPr>
        <w:br/>
      </w:r>
    </w:p>
    <w:p w:rsidR="00DE0FB9" w:rsidRPr="009121ED" w:rsidRDefault="009121ED">
      <w:pPr>
        <w:rPr>
          <w:lang w:val="ru-RU"/>
        </w:rPr>
      </w:pPr>
      <w:r w:rsidRPr="009121ED">
        <w:rPr>
          <w:lang w:val="ru-RU"/>
        </w:rPr>
        <w:t>Профиль подготовки Электроэнергетика</w:t>
      </w:r>
      <w:r w:rsidRPr="009121ED">
        <w:rPr>
          <w:lang w:val="ru-RU"/>
        </w:rPr>
        <w:br/>
      </w:r>
    </w:p>
    <w:p w:rsidR="00DE0FB9" w:rsidRPr="009121ED" w:rsidRDefault="009121ED">
      <w:pPr>
        <w:rPr>
          <w:lang w:val="ru-RU"/>
        </w:rPr>
      </w:pPr>
      <w:r w:rsidRPr="009121ED">
        <w:rPr>
          <w:lang w:val="ru-RU"/>
        </w:rPr>
        <w:t>Квалификация бакалавр</w:t>
      </w:r>
      <w:r w:rsidRPr="009121ED">
        <w:rPr>
          <w:lang w:val="ru-RU"/>
        </w:rPr>
        <w:br/>
      </w:r>
    </w:p>
    <w:p w:rsidR="00DE0FB9" w:rsidRPr="009121ED" w:rsidRDefault="009121ED">
      <w:pPr>
        <w:rPr>
          <w:lang w:val="ru-RU"/>
        </w:rPr>
      </w:pPr>
      <w:r w:rsidRPr="009121ED">
        <w:rPr>
          <w:lang w:val="ru-RU"/>
        </w:rPr>
        <w:t>Год начала подготовки 2025</w:t>
      </w:r>
      <w:r w:rsidRPr="009121ED">
        <w:rPr>
          <w:lang w:val="ru-RU"/>
        </w:rPr>
        <w:br/>
      </w:r>
    </w:p>
    <w:p w:rsidR="00DE0FB9" w:rsidRPr="009121ED" w:rsidRDefault="009121ED">
      <w:pPr>
        <w:rPr>
          <w:lang w:val="ru-RU"/>
        </w:rPr>
      </w:pPr>
      <w:r w:rsidRPr="009121ED">
        <w:rPr>
          <w:lang w:val="ru-RU"/>
        </w:rPr>
        <w:br w:type="page"/>
      </w:r>
      <w:bookmarkStart w:id="0" w:name="_GoBack"/>
      <w:bookmarkEnd w:id="0"/>
    </w:p>
    <w:p w:rsidR="00DE0FB9" w:rsidRPr="009121ED" w:rsidRDefault="009121ED">
      <w:pPr>
        <w:rPr>
          <w:lang w:val="ru-RU"/>
        </w:rPr>
      </w:pPr>
      <w:r w:rsidRPr="009121ED">
        <w:rPr>
          <w:lang w:val="ru-RU"/>
        </w:rPr>
        <w:lastRenderedPageBreak/>
        <w:t xml:space="preserve">Составитель: </w:t>
      </w:r>
      <w:r w:rsidRPr="009121ED">
        <w:rPr>
          <w:lang w:val="ru-RU"/>
        </w:rPr>
        <w:br/>
        <w:t>В.В. Кижин</w:t>
      </w:r>
      <w:r>
        <w:rPr>
          <w:lang w:val="ru-RU"/>
        </w:rPr>
        <w:t xml:space="preserve"> </w:t>
      </w:r>
      <w:r w:rsidRPr="009121ED">
        <w:rPr>
          <w:szCs w:val="24"/>
          <w:lang w:val="ru-RU"/>
        </w:rPr>
        <w:t xml:space="preserve">старший преподаватель кафедры энергетики     </w:t>
      </w:r>
      <w:r w:rsidRPr="009121ED">
        <w:rPr>
          <w:lang w:val="ru-RU"/>
        </w:rPr>
        <w:tab/>
        <w:t>________________</w:t>
      </w:r>
      <w:r w:rsidRPr="009121ED">
        <w:rPr>
          <w:lang w:val="ru-RU"/>
        </w:rPr>
        <w:br/>
      </w:r>
    </w:p>
    <w:p w:rsidR="00DE0FB9" w:rsidRPr="009121ED" w:rsidRDefault="009121ED">
      <w:pPr>
        <w:rPr>
          <w:lang w:val="ru-RU"/>
        </w:rPr>
      </w:pPr>
      <w:r w:rsidRPr="009121ED">
        <w:rPr>
          <w:lang w:val="ru-RU"/>
        </w:rPr>
        <w:t xml:space="preserve">Одобрено на заседании кафедры </w:t>
      </w:r>
      <w:proofErr w:type="gramStart"/>
      <w:r w:rsidRPr="009121ED">
        <w:rPr>
          <w:lang w:val="ru-RU"/>
        </w:rPr>
        <w:t>энергетики</w:t>
      </w:r>
      <w:r w:rsidRPr="009121ED">
        <w:rPr>
          <w:lang w:val="ru-RU"/>
        </w:rPr>
        <w:br/>
        <w:t>«</w:t>
      </w:r>
      <w:proofErr w:type="gramEnd"/>
      <w:r w:rsidRPr="009121ED">
        <w:rPr>
          <w:lang w:val="ru-RU"/>
        </w:rPr>
        <w:t>2</w:t>
      </w:r>
      <w:r>
        <w:rPr>
          <w:lang w:val="ru-RU"/>
        </w:rPr>
        <w:t>4</w:t>
      </w:r>
      <w:r w:rsidRPr="009121ED">
        <w:rPr>
          <w:lang w:val="ru-RU"/>
        </w:rPr>
        <w:t>» апрель 2026 г., протокол №</w:t>
      </w:r>
      <w:r>
        <w:rPr>
          <w:lang w:val="ru-RU"/>
        </w:rPr>
        <w:t>11</w:t>
      </w:r>
      <w:r w:rsidRPr="009121ED">
        <w:rPr>
          <w:lang w:val="ru-RU"/>
        </w:rPr>
        <w:br/>
      </w:r>
      <w:r w:rsidRPr="009121ED">
        <w:rPr>
          <w:lang w:val="ru-RU"/>
        </w:rPr>
        <w:br/>
        <w:t xml:space="preserve">Заведующий кафедрой </w:t>
      </w:r>
      <w:r w:rsidRPr="009121ED">
        <w:rPr>
          <w:lang w:val="ru-RU"/>
        </w:rPr>
        <w:br/>
        <w:t>энергетики</w:t>
      </w:r>
      <w:r w:rsidRPr="009121ED">
        <w:rPr>
          <w:lang w:val="ru-RU"/>
        </w:rPr>
        <w:tab/>
      </w:r>
      <w:r w:rsidRPr="009121ED">
        <w:rPr>
          <w:lang w:val="ru-RU"/>
        </w:rPr>
        <w:tab/>
        <w:t>____________ Ю.Н. Булатов</w:t>
      </w:r>
      <w:r w:rsidRPr="009121ED">
        <w:rPr>
          <w:lang w:val="ru-RU"/>
        </w:rPr>
        <w:br/>
      </w:r>
      <w:r w:rsidRPr="009121ED">
        <w:rPr>
          <w:lang w:val="ru-RU"/>
        </w:rPr>
        <w:br/>
      </w:r>
    </w:p>
    <w:p w:rsidR="00DE0FB9" w:rsidRDefault="009121ED">
      <w:pPr>
        <w:rPr>
          <w:lang w:val="ru-RU"/>
        </w:rPr>
      </w:pPr>
      <w:r w:rsidRPr="009121ED">
        <w:rPr>
          <w:lang w:val="ru-RU"/>
        </w:rPr>
        <w:t>Председатель методической комиссии факультета энергетики и автоматики</w:t>
      </w:r>
      <w:r>
        <w:rPr>
          <w:lang w:val="ru-RU"/>
        </w:rPr>
        <w:br/>
        <w:t xml:space="preserve">_____________   С.В. </w:t>
      </w:r>
      <w:proofErr w:type="spellStart"/>
      <w:proofErr w:type="gramStart"/>
      <w:r>
        <w:rPr>
          <w:lang w:val="ru-RU"/>
        </w:rPr>
        <w:t>Латушкина</w:t>
      </w:r>
      <w:proofErr w:type="spellEnd"/>
      <w:r w:rsidRPr="009121ED">
        <w:rPr>
          <w:lang w:val="ru-RU"/>
        </w:rPr>
        <w:br/>
        <w:t>«</w:t>
      </w:r>
      <w:proofErr w:type="gramEnd"/>
      <w:r w:rsidRPr="009121ED">
        <w:rPr>
          <w:lang w:val="ru-RU"/>
        </w:rPr>
        <w:t>29» апрель 2026 г., протокол № 9</w:t>
      </w:r>
      <w:r w:rsidRPr="009121ED">
        <w:rPr>
          <w:lang w:val="ru-RU"/>
        </w:rPr>
        <w:br/>
      </w:r>
      <w:r w:rsidRPr="009121ED">
        <w:rPr>
          <w:lang w:val="ru-RU"/>
        </w:rPr>
        <w:br/>
      </w:r>
      <w:r w:rsidRPr="009121ED">
        <w:rPr>
          <w:lang w:val="ru-RU"/>
        </w:rPr>
        <w:br/>
        <w:t>Ответственный за реализацию ОПОП</w:t>
      </w:r>
      <w:r w:rsidRPr="009121ED">
        <w:rPr>
          <w:lang w:val="ru-RU"/>
        </w:rPr>
        <w:tab/>
        <w:t>________________ Ю.Н. Булатов</w:t>
      </w:r>
      <w:r w:rsidRPr="009121ED">
        <w:rPr>
          <w:lang w:val="ru-RU"/>
        </w:rPr>
        <w:br/>
      </w:r>
    </w:p>
    <w:p w:rsidR="00B465A8" w:rsidRDefault="00B465A8">
      <w:pPr>
        <w:rPr>
          <w:lang w:val="ru-RU"/>
        </w:rPr>
      </w:pPr>
    </w:p>
    <w:p w:rsidR="00B465A8" w:rsidRDefault="00B465A8">
      <w:pPr>
        <w:rPr>
          <w:lang w:val="ru-RU"/>
        </w:rPr>
      </w:pPr>
    </w:p>
    <w:p w:rsidR="00B465A8" w:rsidRDefault="00B465A8">
      <w:pPr>
        <w:rPr>
          <w:lang w:val="ru-RU"/>
        </w:rPr>
      </w:pPr>
    </w:p>
    <w:p w:rsidR="00B465A8" w:rsidRDefault="00B465A8">
      <w:pPr>
        <w:rPr>
          <w:lang w:val="ru-RU"/>
        </w:rPr>
      </w:pPr>
    </w:p>
    <w:p w:rsidR="00B465A8" w:rsidRDefault="00B465A8">
      <w:pPr>
        <w:rPr>
          <w:lang w:val="ru-RU"/>
        </w:rPr>
      </w:pPr>
    </w:p>
    <w:p w:rsidR="00B465A8" w:rsidRDefault="00B465A8">
      <w:pPr>
        <w:rPr>
          <w:lang w:val="ru-RU"/>
        </w:rPr>
      </w:pPr>
    </w:p>
    <w:p w:rsidR="00B465A8" w:rsidRDefault="00B465A8">
      <w:pPr>
        <w:rPr>
          <w:lang w:val="ru-RU"/>
        </w:rPr>
      </w:pPr>
    </w:p>
    <w:p w:rsidR="00B465A8" w:rsidRDefault="00B465A8">
      <w:pPr>
        <w:rPr>
          <w:lang w:val="ru-RU"/>
        </w:rPr>
      </w:pPr>
    </w:p>
    <w:p w:rsidR="00B465A8" w:rsidRDefault="00B465A8">
      <w:pPr>
        <w:rPr>
          <w:lang w:val="ru-RU"/>
        </w:rPr>
      </w:pPr>
    </w:p>
    <w:p w:rsidR="00B465A8" w:rsidRDefault="00B465A8">
      <w:pPr>
        <w:rPr>
          <w:lang w:val="ru-RU"/>
        </w:rPr>
      </w:pPr>
    </w:p>
    <w:p w:rsidR="00B465A8" w:rsidRDefault="00B465A8">
      <w:pPr>
        <w:rPr>
          <w:lang w:val="ru-RU"/>
        </w:rPr>
      </w:pPr>
    </w:p>
    <w:p w:rsidR="00B465A8" w:rsidRDefault="00B465A8">
      <w:pPr>
        <w:rPr>
          <w:lang w:val="ru-RU"/>
        </w:rPr>
      </w:pPr>
    </w:p>
    <w:p w:rsidR="00B465A8" w:rsidRDefault="00B465A8">
      <w:pPr>
        <w:rPr>
          <w:lang w:val="ru-RU"/>
        </w:rPr>
      </w:pPr>
    </w:p>
    <w:p w:rsidR="00B465A8" w:rsidRDefault="00B465A8">
      <w:pPr>
        <w:rPr>
          <w:lang w:val="ru-RU"/>
        </w:rPr>
      </w:pPr>
    </w:p>
    <w:p w:rsidR="00B465A8" w:rsidRDefault="00B465A8">
      <w:pPr>
        <w:rPr>
          <w:lang w:val="ru-RU"/>
        </w:rPr>
      </w:pPr>
    </w:p>
    <w:p w:rsidR="00B465A8" w:rsidRDefault="00B465A8">
      <w:pPr>
        <w:rPr>
          <w:lang w:val="ru-RU"/>
        </w:rPr>
      </w:pPr>
    </w:p>
    <w:p w:rsidR="00B465A8" w:rsidRDefault="00B465A8">
      <w:pPr>
        <w:rPr>
          <w:lang w:val="ru-RU"/>
        </w:rPr>
      </w:pPr>
    </w:p>
    <w:p w:rsidR="00B465A8" w:rsidRDefault="00B465A8">
      <w:pPr>
        <w:rPr>
          <w:lang w:val="ru-RU"/>
        </w:rPr>
      </w:pPr>
    </w:p>
    <w:p w:rsidR="00B465A8" w:rsidRPr="00B465A8" w:rsidRDefault="00B465A8" w:rsidP="00B465A8">
      <w:pPr>
        <w:jc w:val="center"/>
        <w:rPr>
          <w:b/>
          <w:sz w:val="28"/>
          <w:szCs w:val="28"/>
          <w:lang w:val="ru-RU"/>
        </w:rPr>
      </w:pPr>
      <w:r w:rsidRPr="00B465A8">
        <w:rPr>
          <w:b/>
          <w:sz w:val="28"/>
          <w:szCs w:val="28"/>
          <w:lang w:val="ru-RU"/>
        </w:rPr>
        <w:lastRenderedPageBreak/>
        <w:t>Паспорт</w:t>
      </w:r>
    </w:p>
    <w:p w:rsidR="00B465A8" w:rsidRPr="00B465A8" w:rsidRDefault="00B465A8" w:rsidP="00B465A8">
      <w:pPr>
        <w:jc w:val="center"/>
        <w:rPr>
          <w:b/>
          <w:sz w:val="28"/>
          <w:szCs w:val="28"/>
          <w:lang w:val="ru-RU"/>
        </w:rPr>
      </w:pPr>
      <w:r w:rsidRPr="00B465A8">
        <w:rPr>
          <w:b/>
          <w:sz w:val="28"/>
          <w:szCs w:val="28"/>
          <w:lang w:val="ru-RU"/>
        </w:rPr>
        <w:t xml:space="preserve">фонда оценочных средств </w:t>
      </w:r>
    </w:p>
    <w:p w:rsidR="00B465A8" w:rsidRPr="00B465A8" w:rsidRDefault="00B465A8" w:rsidP="00B465A8">
      <w:pPr>
        <w:jc w:val="center"/>
        <w:rPr>
          <w:sz w:val="28"/>
          <w:szCs w:val="28"/>
          <w:lang w:val="ru-RU"/>
        </w:rPr>
      </w:pPr>
      <w:r w:rsidRPr="00B465A8">
        <w:rPr>
          <w:szCs w:val="24"/>
          <w:lang w:val="ru-RU"/>
        </w:rPr>
        <w:t xml:space="preserve">по дисциплине </w:t>
      </w:r>
      <w:r w:rsidRPr="009121ED">
        <w:rPr>
          <w:lang w:val="ru-RU"/>
        </w:rPr>
        <w:t>Б1.О.05.02 Компьютерные технологии</w:t>
      </w:r>
    </w:p>
    <w:p w:rsidR="00B465A8" w:rsidRPr="00B465A8" w:rsidRDefault="00B465A8" w:rsidP="00B465A8">
      <w:pPr>
        <w:jc w:val="center"/>
        <w:rPr>
          <w:szCs w:val="24"/>
          <w:lang w:val="ru-RU"/>
        </w:rPr>
      </w:pPr>
    </w:p>
    <w:p w:rsidR="00B465A8" w:rsidRPr="00B465A8" w:rsidRDefault="00B465A8" w:rsidP="00B465A8">
      <w:pPr>
        <w:spacing w:line="240" w:lineRule="auto"/>
        <w:ind w:firstLine="709"/>
        <w:rPr>
          <w:szCs w:val="24"/>
          <w:lang w:val="ru-RU"/>
        </w:rPr>
      </w:pPr>
      <w:r w:rsidRPr="00B465A8">
        <w:rPr>
          <w:szCs w:val="24"/>
          <w:lang w:val="ru-RU"/>
        </w:rPr>
        <w:t>Компетенции обучающегося, формируемые в результате освоения дисциплины:</w:t>
      </w:r>
    </w:p>
    <w:p w:rsidR="00B465A8" w:rsidRPr="00B465A8" w:rsidRDefault="00B465A8" w:rsidP="00B465A8">
      <w:pPr>
        <w:spacing w:line="240" w:lineRule="auto"/>
        <w:rPr>
          <w:szCs w:val="24"/>
          <w:lang w:val="ru-RU"/>
        </w:rPr>
      </w:pPr>
    </w:p>
    <w:p w:rsidR="00B465A8" w:rsidRPr="00B465A8" w:rsidRDefault="00B465A8" w:rsidP="00B465A8">
      <w:pPr>
        <w:spacing w:line="240" w:lineRule="auto"/>
        <w:ind w:firstLine="708"/>
        <w:rPr>
          <w:szCs w:val="24"/>
          <w:lang w:val="ru-RU"/>
        </w:rPr>
      </w:pPr>
      <w:r w:rsidRPr="00B465A8">
        <w:rPr>
          <w:szCs w:val="24"/>
          <w:lang w:val="ru-RU"/>
        </w:rPr>
        <w:t>1</w:t>
      </w:r>
      <w:r w:rsidRPr="00B465A8">
        <w:rPr>
          <w:color w:val="000000"/>
          <w:szCs w:val="24"/>
          <w:lang w:val="ru-RU"/>
        </w:rPr>
        <w:t xml:space="preserve"> </w:t>
      </w:r>
      <w:r>
        <w:rPr>
          <w:color w:val="000000"/>
          <w:szCs w:val="24"/>
          <w:lang w:val="ru-RU"/>
        </w:rPr>
        <w:t>У</w:t>
      </w:r>
      <w:r w:rsidRPr="00B465A8">
        <w:rPr>
          <w:color w:val="000000"/>
          <w:szCs w:val="24"/>
          <w:lang w:val="ru-RU"/>
        </w:rPr>
        <w:t xml:space="preserve">К-1: </w:t>
      </w:r>
      <w:r>
        <w:rPr>
          <w:color w:val="000000"/>
          <w:szCs w:val="24"/>
          <w:lang w:val="ru-RU"/>
        </w:rPr>
        <w:t>Способность осуществлять поиск, критический анализ и синтез информации, применять системный подход для решения поставленных задач</w:t>
      </w:r>
      <w:r w:rsidRPr="00B465A8">
        <w:rPr>
          <w:color w:val="000000"/>
          <w:szCs w:val="24"/>
          <w:lang w:val="ru-RU"/>
        </w:rPr>
        <w:t>;</w:t>
      </w:r>
    </w:p>
    <w:p w:rsidR="00B465A8" w:rsidRPr="00B465A8" w:rsidRDefault="00B465A8" w:rsidP="00B465A8">
      <w:pPr>
        <w:spacing w:line="240" w:lineRule="auto"/>
        <w:rPr>
          <w:color w:val="000000"/>
          <w:szCs w:val="24"/>
          <w:lang w:val="ru-RU"/>
        </w:rPr>
      </w:pPr>
      <w:r w:rsidRPr="00B465A8">
        <w:rPr>
          <w:szCs w:val="24"/>
          <w:lang w:val="ru-RU"/>
        </w:rPr>
        <w:tab/>
        <w:t xml:space="preserve">Индикаторы: </w:t>
      </w:r>
      <w:r>
        <w:rPr>
          <w:color w:val="000000"/>
          <w:szCs w:val="24"/>
          <w:lang w:val="ru-RU"/>
        </w:rPr>
        <w:t>У</w:t>
      </w:r>
      <w:r w:rsidRPr="00B465A8">
        <w:rPr>
          <w:color w:val="000000"/>
          <w:szCs w:val="24"/>
          <w:lang w:val="ru-RU"/>
        </w:rPr>
        <w:t xml:space="preserve">К-1.2. </w:t>
      </w:r>
      <w:r>
        <w:rPr>
          <w:color w:val="000000"/>
          <w:szCs w:val="24"/>
          <w:lang w:val="ru-RU"/>
        </w:rPr>
        <w:t>Использует системный подход для решения поставленных задач</w:t>
      </w:r>
    </w:p>
    <w:p w:rsidR="00B465A8" w:rsidRPr="00B465A8" w:rsidRDefault="00B465A8" w:rsidP="00B465A8">
      <w:pPr>
        <w:spacing w:line="240" w:lineRule="auto"/>
        <w:ind w:firstLine="708"/>
        <w:rPr>
          <w:szCs w:val="24"/>
          <w:lang w:val="ru-RU"/>
        </w:rPr>
      </w:pPr>
      <w:r>
        <w:rPr>
          <w:szCs w:val="24"/>
          <w:lang w:val="ru-RU"/>
        </w:rPr>
        <w:t>2</w:t>
      </w:r>
      <w:r w:rsidRPr="00B465A8">
        <w:rPr>
          <w:color w:val="000000"/>
          <w:szCs w:val="24"/>
          <w:lang w:val="ru-RU"/>
        </w:rPr>
        <w:t xml:space="preserve"> </w:t>
      </w:r>
      <w:r>
        <w:rPr>
          <w:color w:val="000000"/>
          <w:szCs w:val="24"/>
          <w:lang w:val="ru-RU"/>
        </w:rPr>
        <w:t>ОП</w:t>
      </w:r>
      <w:r w:rsidRPr="00B465A8">
        <w:rPr>
          <w:color w:val="000000"/>
          <w:szCs w:val="24"/>
          <w:lang w:val="ru-RU"/>
        </w:rPr>
        <w:t xml:space="preserve">К-1: </w:t>
      </w:r>
      <w:r>
        <w:rPr>
          <w:color w:val="000000"/>
          <w:szCs w:val="24"/>
          <w:lang w:val="ru-RU"/>
        </w:rPr>
        <w:t>Способность п</w:t>
      </w:r>
      <w:r w:rsidR="003C5AD1">
        <w:rPr>
          <w:color w:val="000000"/>
          <w:szCs w:val="24"/>
          <w:lang w:val="ru-RU"/>
        </w:rPr>
        <w:t>онимать</w:t>
      </w:r>
      <w:r>
        <w:rPr>
          <w:color w:val="000000"/>
          <w:szCs w:val="24"/>
          <w:lang w:val="ru-RU"/>
        </w:rPr>
        <w:t xml:space="preserve"> принципы работы современных информационных </w:t>
      </w:r>
      <w:r w:rsidR="003C5AD1">
        <w:rPr>
          <w:color w:val="000000"/>
          <w:szCs w:val="24"/>
          <w:lang w:val="ru-RU"/>
        </w:rPr>
        <w:t>технологий</w:t>
      </w:r>
      <w:r>
        <w:rPr>
          <w:color w:val="000000"/>
          <w:szCs w:val="24"/>
          <w:lang w:val="ru-RU"/>
        </w:rPr>
        <w:t xml:space="preserve"> и использовать их для решения задач профессиональной </w:t>
      </w:r>
      <w:r w:rsidR="003C5AD1">
        <w:rPr>
          <w:color w:val="000000"/>
          <w:szCs w:val="24"/>
          <w:lang w:val="ru-RU"/>
        </w:rPr>
        <w:t>деятельности</w:t>
      </w:r>
      <w:r w:rsidRPr="00B465A8">
        <w:rPr>
          <w:color w:val="000000"/>
          <w:szCs w:val="24"/>
          <w:lang w:val="ru-RU"/>
        </w:rPr>
        <w:t>;</w:t>
      </w:r>
    </w:p>
    <w:p w:rsidR="00B465A8" w:rsidRPr="00B465A8" w:rsidRDefault="00B465A8" w:rsidP="00B465A8">
      <w:pPr>
        <w:spacing w:line="240" w:lineRule="auto"/>
        <w:rPr>
          <w:color w:val="000000"/>
          <w:szCs w:val="24"/>
          <w:lang w:val="ru-RU"/>
        </w:rPr>
      </w:pPr>
      <w:r w:rsidRPr="00B465A8">
        <w:rPr>
          <w:szCs w:val="24"/>
          <w:lang w:val="ru-RU"/>
        </w:rPr>
        <w:tab/>
        <w:t xml:space="preserve">Индикаторы: </w:t>
      </w:r>
      <w:r w:rsidR="003C5AD1">
        <w:rPr>
          <w:color w:val="000000"/>
          <w:szCs w:val="24"/>
          <w:lang w:val="ru-RU"/>
        </w:rPr>
        <w:t>ОП</w:t>
      </w:r>
      <w:r w:rsidR="003C5AD1" w:rsidRPr="00B465A8">
        <w:rPr>
          <w:color w:val="000000"/>
          <w:szCs w:val="24"/>
          <w:lang w:val="ru-RU"/>
        </w:rPr>
        <w:t>К</w:t>
      </w:r>
      <w:r w:rsidRPr="00B465A8">
        <w:rPr>
          <w:color w:val="000000"/>
          <w:szCs w:val="24"/>
          <w:lang w:val="ru-RU"/>
        </w:rPr>
        <w:t>-1.</w:t>
      </w:r>
      <w:r w:rsidR="003C5AD1">
        <w:rPr>
          <w:color w:val="000000"/>
          <w:szCs w:val="24"/>
          <w:lang w:val="ru-RU"/>
        </w:rPr>
        <w:t>1</w:t>
      </w:r>
      <w:r w:rsidRPr="00B465A8">
        <w:rPr>
          <w:color w:val="000000"/>
          <w:szCs w:val="24"/>
          <w:lang w:val="ru-RU"/>
        </w:rPr>
        <w:t xml:space="preserve">. </w:t>
      </w:r>
      <w:r w:rsidR="003C5AD1">
        <w:rPr>
          <w:color w:val="000000"/>
          <w:szCs w:val="24"/>
          <w:lang w:val="ru-RU"/>
        </w:rPr>
        <w:t>Понимает принципы работы современных информационных технологий.</w:t>
      </w:r>
    </w:p>
    <w:p w:rsidR="00B465A8" w:rsidRPr="00B465A8" w:rsidRDefault="00B465A8" w:rsidP="00B465A8">
      <w:pPr>
        <w:spacing w:line="240" w:lineRule="auto"/>
        <w:ind w:left="1416" w:firstLine="708"/>
        <w:rPr>
          <w:color w:val="000000"/>
          <w:szCs w:val="24"/>
          <w:lang w:val="ru-RU"/>
        </w:rPr>
      </w:pPr>
    </w:p>
    <w:tbl>
      <w:tblPr>
        <w:tblW w:w="489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0"/>
        <w:gridCol w:w="2892"/>
        <w:gridCol w:w="1088"/>
        <w:gridCol w:w="1737"/>
        <w:gridCol w:w="1868"/>
      </w:tblGrid>
      <w:tr w:rsidR="00B465A8" w:rsidRPr="0061790B" w:rsidTr="004B2A9F">
        <w:tc>
          <w:tcPr>
            <w:tcW w:w="1284" w:type="pct"/>
            <w:vAlign w:val="center"/>
          </w:tcPr>
          <w:p w:rsidR="00B465A8" w:rsidRPr="003F6996" w:rsidRDefault="00B465A8" w:rsidP="004B2A9F">
            <w:pPr>
              <w:spacing w:line="240" w:lineRule="auto"/>
              <w:jc w:val="center"/>
              <w:rPr>
                <w:b/>
                <w:sz w:val="20"/>
              </w:rPr>
            </w:pPr>
            <w:r w:rsidRPr="003F6996">
              <w:rPr>
                <w:b/>
                <w:sz w:val="20"/>
              </w:rPr>
              <w:t>Раздел</w:t>
            </w:r>
          </w:p>
          <w:p w:rsidR="00B465A8" w:rsidRPr="003F6996" w:rsidRDefault="00B465A8" w:rsidP="004B2A9F">
            <w:pPr>
              <w:spacing w:line="240" w:lineRule="auto"/>
              <w:jc w:val="center"/>
              <w:rPr>
                <w:b/>
                <w:sz w:val="20"/>
              </w:rPr>
            </w:pPr>
            <w:r w:rsidRPr="003F6996">
              <w:rPr>
                <w:b/>
                <w:sz w:val="20"/>
              </w:rPr>
              <w:t xml:space="preserve">(№, </w:t>
            </w:r>
            <w:proofErr w:type="spellStart"/>
            <w:r w:rsidRPr="003F6996">
              <w:rPr>
                <w:b/>
                <w:sz w:val="20"/>
              </w:rPr>
              <w:t>наименование</w:t>
            </w:r>
            <w:proofErr w:type="spellEnd"/>
            <w:r w:rsidRPr="003F6996">
              <w:rPr>
                <w:b/>
                <w:sz w:val="20"/>
              </w:rPr>
              <w:t>)</w:t>
            </w:r>
          </w:p>
        </w:tc>
        <w:tc>
          <w:tcPr>
            <w:tcW w:w="1417" w:type="pct"/>
            <w:vAlign w:val="center"/>
          </w:tcPr>
          <w:p w:rsidR="00B465A8" w:rsidRPr="003F6996" w:rsidRDefault="00B465A8" w:rsidP="004B2A9F">
            <w:pPr>
              <w:spacing w:line="240" w:lineRule="auto"/>
              <w:jc w:val="center"/>
              <w:rPr>
                <w:b/>
                <w:sz w:val="20"/>
              </w:rPr>
            </w:pPr>
            <w:proofErr w:type="spellStart"/>
            <w:r w:rsidRPr="003F6996">
              <w:rPr>
                <w:b/>
                <w:sz w:val="20"/>
              </w:rPr>
              <w:t>Тема</w:t>
            </w:r>
            <w:proofErr w:type="spellEnd"/>
          </w:p>
        </w:tc>
        <w:tc>
          <w:tcPr>
            <w:tcW w:w="533" w:type="pct"/>
            <w:vAlign w:val="center"/>
          </w:tcPr>
          <w:p w:rsidR="00B465A8" w:rsidRPr="003F6996" w:rsidRDefault="00B465A8" w:rsidP="004B2A9F">
            <w:pPr>
              <w:spacing w:line="240" w:lineRule="auto"/>
              <w:jc w:val="center"/>
              <w:rPr>
                <w:b/>
                <w:sz w:val="20"/>
              </w:rPr>
            </w:pPr>
            <w:proofErr w:type="spellStart"/>
            <w:r w:rsidRPr="003F6996">
              <w:rPr>
                <w:b/>
                <w:sz w:val="20"/>
              </w:rPr>
              <w:t>Код</w:t>
            </w:r>
            <w:proofErr w:type="spellEnd"/>
            <w:r w:rsidRPr="003F6996">
              <w:rPr>
                <w:b/>
                <w:sz w:val="20"/>
              </w:rPr>
              <w:t xml:space="preserve"> </w:t>
            </w:r>
          </w:p>
          <w:p w:rsidR="00B465A8" w:rsidRPr="003F6996" w:rsidRDefault="00B465A8" w:rsidP="004B2A9F">
            <w:pPr>
              <w:spacing w:line="240" w:lineRule="auto"/>
              <w:ind w:left="-92" w:right="-108"/>
              <w:jc w:val="center"/>
              <w:rPr>
                <w:b/>
                <w:sz w:val="20"/>
              </w:rPr>
            </w:pPr>
            <w:proofErr w:type="spellStart"/>
            <w:r w:rsidRPr="003F6996">
              <w:rPr>
                <w:b/>
                <w:sz w:val="20"/>
              </w:rPr>
              <w:t>индикатора</w:t>
            </w:r>
            <w:proofErr w:type="spellEnd"/>
          </w:p>
        </w:tc>
        <w:tc>
          <w:tcPr>
            <w:tcW w:w="851" w:type="pct"/>
            <w:vAlign w:val="center"/>
          </w:tcPr>
          <w:p w:rsidR="00B465A8" w:rsidRPr="00B465A8" w:rsidRDefault="00B465A8" w:rsidP="004B2A9F">
            <w:pPr>
              <w:spacing w:line="240" w:lineRule="auto"/>
              <w:jc w:val="center"/>
              <w:rPr>
                <w:b/>
                <w:sz w:val="20"/>
                <w:lang w:val="ru-RU"/>
              </w:rPr>
            </w:pPr>
            <w:r w:rsidRPr="00B465A8">
              <w:rPr>
                <w:b/>
                <w:sz w:val="20"/>
                <w:lang w:val="ru-RU"/>
              </w:rPr>
              <w:t>Форма</w:t>
            </w:r>
          </w:p>
          <w:p w:rsidR="00B465A8" w:rsidRPr="00B465A8" w:rsidRDefault="00B465A8" w:rsidP="004B2A9F">
            <w:pPr>
              <w:spacing w:line="240" w:lineRule="auto"/>
              <w:jc w:val="center"/>
              <w:rPr>
                <w:b/>
                <w:sz w:val="20"/>
                <w:lang w:val="ru-RU"/>
              </w:rPr>
            </w:pPr>
            <w:r w:rsidRPr="00B465A8">
              <w:rPr>
                <w:b/>
                <w:sz w:val="20"/>
                <w:lang w:val="ru-RU"/>
              </w:rPr>
              <w:t>оценки</w:t>
            </w:r>
          </w:p>
          <w:p w:rsidR="00B465A8" w:rsidRPr="00B465A8" w:rsidRDefault="00B465A8" w:rsidP="004B2A9F">
            <w:pPr>
              <w:spacing w:line="240" w:lineRule="auto"/>
              <w:jc w:val="center"/>
              <w:rPr>
                <w:b/>
                <w:sz w:val="20"/>
                <w:lang w:val="ru-RU"/>
              </w:rPr>
            </w:pPr>
            <w:r w:rsidRPr="00B465A8">
              <w:rPr>
                <w:b/>
                <w:sz w:val="20"/>
                <w:lang w:val="ru-RU"/>
              </w:rPr>
              <w:t>(текущий контроль, промежуточная аттестация, диагностическое дисциплинарное тестирование)</w:t>
            </w:r>
          </w:p>
        </w:tc>
        <w:tc>
          <w:tcPr>
            <w:tcW w:w="915" w:type="pct"/>
            <w:vAlign w:val="center"/>
          </w:tcPr>
          <w:p w:rsidR="00B465A8" w:rsidRPr="003F6996" w:rsidRDefault="00B465A8" w:rsidP="004B2A9F">
            <w:pPr>
              <w:spacing w:line="240" w:lineRule="auto"/>
              <w:jc w:val="center"/>
              <w:rPr>
                <w:b/>
                <w:sz w:val="20"/>
              </w:rPr>
            </w:pPr>
            <w:r w:rsidRPr="003F6996">
              <w:rPr>
                <w:b/>
                <w:sz w:val="20"/>
              </w:rPr>
              <w:t>ФОС</w:t>
            </w:r>
          </w:p>
          <w:p w:rsidR="00B465A8" w:rsidRPr="003F6996" w:rsidRDefault="00B465A8" w:rsidP="004B2A9F">
            <w:pPr>
              <w:spacing w:line="240" w:lineRule="auto"/>
              <w:ind w:left="-164" w:right="-108"/>
              <w:jc w:val="center"/>
              <w:rPr>
                <w:b/>
                <w:sz w:val="20"/>
              </w:rPr>
            </w:pPr>
            <w:r w:rsidRPr="003F6996">
              <w:rPr>
                <w:b/>
                <w:sz w:val="20"/>
              </w:rPr>
              <w:t>(</w:t>
            </w:r>
            <w:proofErr w:type="spellStart"/>
            <w:r w:rsidRPr="003F6996">
              <w:rPr>
                <w:b/>
                <w:sz w:val="20"/>
              </w:rPr>
              <w:t>согласно</w:t>
            </w:r>
            <w:proofErr w:type="spellEnd"/>
            <w:r w:rsidRPr="003F6996">
              <w:rPr>
                <w:b/>
                <w:sz w:val="20"/>
              </w:rPr>
              <w:t xml:space="preserve"> </w:t>
            </w:r>
          </w:p>
          <w:p w:rsidR="00B465A8" w:rsidRPr="003F6996" w:rsidRDefault="00B465A8" w:rsidP="004B2A9F">
            <w:pPr>
              <w:spacing w:line="240" w:lineRule="auto"/>
              <w:ind w:left="-164" w:right="-108"/>
              <w:jc w:val="center"/>
              <w:rPr>
                <w:b/>
                <w:sz w:val="20"/>
              </w:rPr>
            </w:pPr>
            <w:proofErr w:type="spellStart"/>
            <w:r w:rsidRPr="003F6996">
              <w:rPr>
                <w:b/>
                <w:sz w:val="20"/>
              </w:rPr>
              <w:t>раздела</w:t>
            </w:r>
            <w:proofErr w:type="spellEnd"/>
            <w:r w:rsidRPr="003F6996">
              <w:rPr>
                <w:b/>
                <w:sz w:val="20"/>
              </w:rPr>
              <w:t xml:space="preserve"> 6 РПД)</w:t>
            </w:r>
          </w:p>
        </w:tc>
      </w:tr>
      <w:tr w:rsidR="00B465A8" w:rsidRPr="0061790B" w:rsidTr="004B2A9F">
        <w:tc>
          <w:tcPr>
            <w:tcW w:w="1284" w:type="pct"/>
            <w:vAlign w:val="center"/>
          </w:tcPr>
          <w:p w:rsidR="00B465A8" w:rsidRPr="003F6996" w:rsidRDefault="00B465A8" w:rsidP="004B2A9F">
            <w:pPr>
              <w:spacing w:line="240" w:lineRule="auto"/>
              <w:jc w:val="center"/>
              <w:rPr>
                <w:sz w:val="20"/>
              </w:rPr>
            </w:pPr>
            <w:r w:rsidRPr="003F6996">
              <w:rPr>
                <w:sz w:val="20"/>
              </w:rPr>
              <w:t>1</w:t>
            </w:r>
          </w:p>
        </w:tc>
        <w:tc>
          <w:tcPr>
            <w:tcW w:w="1417" w:type="pct"/>
            <w:vAlign w:val="center"/>
          </w:tcPr>
          <w:p w:rsidR="00B465A8" w:rsidRPr="003F6996" w:rsidRDefault="00B465A8" w:rsidP="004B2A9F">
            <w:pPr>
              <w:spacing w:line="240" w:lineRule="auto"/>
              <w:jc w:val="center"/>
              <w:rPr>
                <w:sz w:val="20"/>
              </w:rPr>
            </w:pPr>
            <w:r w:rsidRPr="003F6996">
              <w:rPr>
                <w:sz w:val="20"/>
              </w:rPr>
              <w:t>2</w:t>
            </w:r>
          </w:p>
        </w:tc>
        <w:tc>
          <w:tcPr>
            <w:tcW w:w="533" w:type="pct"/>
            <w:vAlign w:val="center"/>
          </w:tcPr>
          <w:p w:rsidR="00B465A8" w:rsidRPr="003F6996" w:rsidRDefault="00B465A8" w:rsidP="004B2A9F">
            <w:pPr>
              <w:spacing w:line="240" w:lineRule="auto"/>
              <w:jc w:val="center"/>
              <w:rPr>
                <w:sz w:val="20"/>
              </w:rPr>
            </w:pPr>
            <w:r w:rsidRPr="003F6996">
              <w:rPr>
                <w:sz w:val="20"/>
              </w:rPr>
              <w:t>3</w:t>
            </w:r>
          </w:p>
        </w:tc>
        <w:tc>
          <w:tcPr>
            <w:tcW w:w="851" w:type="pct"/>
            <w:vAlign w:val="center"/>
          </w:tcPr>
          <w:p w:rsidR="00B465A8" w:rsidRPr="003F6996" w:rsidRDefault="00B465A8" w:rsidP="004B2A9F">
            <w:pPr>
              <w:spacing w:line="240" w:lineRule="auto"/>
              <w:jc w:val="center"/>
              <w:rPr>
                <w:sz w:val="20"/>
              </w:rPr>
            </w:pPr>
            <w:r w:rsidRPr="003F6996">
              <w:rPr>
                <w:sz w:val="20"/>
              </w:rPr>
              <w:t>4</w:t>
            </w:r>
          </w:p>
        </w:tc>
        <w:tc>
          <w:tcPr>
            <w:tcW w:w="915" w:type="pct"/>
            <w:vAlign w:val="center"/>
          </w:tcPr>
          <w:p w:rsidR="00B465A8" w:rsidRPr="003F6996" w:rsidRDefault="00B465A8" w:rsidP="004B2A9F">
            <w:pPr>
              <w:spacing w:line="240" w:lineRule="auto"/>
              <w:jc w:val="center"/>
              <w:rPr>
                <w:sz w:val="20"/>
              </w:rPr>
            </w:pPr>
            <w:r w:rsidRPr="003F6996">
              <w:rPr>
                <w:sz w:val="20"/>
              </w:rPr>
              <w:t>5</w:t>
            </w:r>
          </w:p>
        </w:tc>
      </w:tr>
      <w:tr w:rsidR="00B465A8" w:rsidRPr="0061790B" w:rsidTr="003C5AD1">
        <w:trPr>
          <w:trHeight w:val="1334"/>
        </w:trPr>
        <w:tc>
          <w:tcPr>
            <w:tcW w:w="1284" w:type="pct"/>
            <w:vAlign w:val="center"/>
          </w:tcPr>
          <w:p w:rsidR="00B465A8" w:rsidRPr="003C5AD1" w:rsidRDefault="00B465A8" w:rsidP="003C5AD1">
            <w:pPr>
              <w:numPr>
                <w:ilvl w:val="0"/>
                <w:numId w:val="10"/>
              </w:numPr>
              <w:tabs>
                <w:tab w:val="left" w:pos="254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color w:val="000000"/>
                <w:sz w:val="20"/>
                <w:szCs w:val="20"/>
                <w:lang w:val="ru-RU"/>
              </w:rPr>
            </w:pPr>
            <w:r w:rsidRPr="003C5AD1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r w:rsidR="003C5AD1" w:rsidRPr="003C5AD1">
              <w:rPr>
                <w:color w:val="000000"/>
                <w:sz w:val="20"/>
                <w:szCs w:val="20"/>
                <w:lang w:val="ru-RU"/>
              </w:rPr>
              <w:t>Общие сведения и элементы языка</w:t>
            </w:r>
          </w:p>
        </w:tc>
        <w:tc>
          <w:tcPr>
            <w:tcW w:w="1417" w:type="pct"/>
            <w:vAlign w:val="center"/>
          </w:tcPr>
          <w:p w:rsidR="00B465A8" w:rsidRPr="003C5AD1" w:rsidRDefault="003C5AD1" w:rsidP="004B2A9F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3C5AD1">
              <w:rPr>
                <w:sz w:val="20"/>
                <w:szCs w:val="20"/>
              </w:rPr>
              <w:t>Элементы</w:t>
            </w:r>
            <w:proofErr w:type="spellEnd"/>
            <w:r w:rsidRPr="003C5AD1">
              <w:rPr>
                <w:sz w:val="20"/>
                <w:szCs w:val="20"/>
              </w:rPr>
              <w:t xml:space="preserve"> </w:t>
            </w:r>
            <w:proofErr w:type="spellStart"/>
            <w:r w:rsidRPr="003C5AD1">
              <w:rPr>
                <w:sz w:val="20"/>
                <w:szCs w:val="20"/>
              </w:rPr>
              <w:t>языка</w:t>
            </w:r>
            <w:proofErr w:type="spellEnd"/>
          </w:p>
        </w:tc>
        <w:tc>
          <w:tcPr>
            <w:tcW w:w="533" w:type="pct"/>
            <w:vAlign w:val="center"/>
          </w:tcPr>
          <w:p w:rsidR="00B465A8" w:rsidRPr="003C5AD1" w:rsidRDefault="003C5AD1" w:rsidP="004B2A9F">
            <w:pPr>
              <w:spacing w:line="240" w:lineRule="auto"/>
              <w:rPr>
                <w:sz w:val="20"/>
                <w:szCs w:val="20"/>
              </w:rPr>
            </w:pPr>
            <w:r w:rsidRPr="003C5AD1">
              <w:rPr>
                <w:sz w:val="20"/>
                <w:szCs w:val="20"/>
              </w:rPr>
              <w:t>У</w:t>
            </w:r>
            <w:r w:rsidR="00B465A8" w:rsidRPr="003C5AD1">
              <w:rPr>
                <w:sz w:val="20"/>
                <w:szCs w:val="20"/>
              </w:rPr>
              <w:t>К 1.</w:t>
            </w:r>
            <w:r w:rsidRPr="003C5AD1">
              <w:rPr>
                <w:sz w:val="20"/>
                <w:szCs w:val="20"/>
              </w:rPr>
              <w:t>2</w:t>
            </w:r>
            <w:r w:rsidR="00B465A8" w:rsidRPr="003C5AD1">
              <w:rPr>
                <w:sz w:val="20"/>
                <w:szCs w:val="20"/>
              </w:rPr>
              <w:t>.</w:t>
            </w:r>
          </w:p>
          <w:p w:rsidR="00B465A8" w:rsidRPr="003C5AD1" w:rsidRDefault="003C5AD1" w:rsidP="004B2A9F">
            <w:pPr>
              <w:spacing w:line="240" w:lineRule="auto"/>
              <w:rPr>
                <w:sz w:val="20"/>
                <w:szCs w:val="20"/>
              </w:rPr>
            </w:pPr>
            <w:r w:rsidRPr="003C5AD1">
              <w:rPr>
                <w:sz w:val="20"/>
                <w:szCs w:val="20"/>
              </w:rPr>
              <w:t>ОПК-1.1</w:t>
            </w:r>
          </w:p>
        </w:tc>
        <w:tc>
          <w:tcPr>
            <w:tcW w:w="851" w:type="pct"/>
            <w:vAlign w:val="center"/>
          </w:tcPr>
          <w:p w:rsidR="00B465A8" w:rsidRPr="003C5AD1" w:rsidRDefault="00B465A8" w:rsidP="004B2A9F">
            <w:pPr>
              <w:spacing w:line="240" w:lineRule="auto"/>
              <w:jc w:val="center"/>
              <w:rPr>
                <w:sz w:val="20"/>
                <w:szCs w:val="20"/>
                <w:lang w:val="ru-RU"/>
              </w:rPr>
            </w:pPr>
            <w:r w:rsidRPr="003C5AD1">
              <w:rPr>
                <w:sz w:val="20"/>
                <w:szCs w:val="20"/>
                <w:lang w:val="ru-RU"/>
              </w:rPr>
              <w:t>Текущий контроль</w:t>
            </w:r>
          </w:p>
          <w:p w:rsidR="00B465A8" w:rsidRPr="003C5AD1" w:rsidRDefault="00B465A8" w:rsidP="004B2A9F">
            <w:pPr>
              <w:spacing w:line="240" w:lineRule="auto"/>
              <w:jc w:val="center"/>
              <w:rPr>
                <w:sz w:val="20"/>
                <w:szCs w:val="20"/>
                <w:lang w:val="ru-RU"/>
              </w:rPr>
            </w:pPr>
            <w:r w:rsidRPr="003C5AD1">
              <w:rPr>
                <w:sz w:val="20"/>
                <w:szCs w:val="20"/>
                <w:lang w:val="ru-RU"/>
              </w:rPr>
              <w:t>Промежуточная аттестация - зачет</w:t>
            </w:r>
          </w:p>
          <w:p w:rsidR="00B465A8" w:rsidRPr="003C5AD1" w:rsidRDefault="00B465A8" w:rsidP="003C5AD1">
            <w:pPr>
              <w:spacing w:line="240" w:lineRule="auto"/>
              <w:jc w:val="center"/>
              <w:rPr>
                <w:sz w:val="20"/>
                <w:szCs w:val="20"/>
                <w:lang w:val="ru-RU"/>
              </w:rPr>
            </w:pPr>
            <w:r w:rsidRPr="003C5AD1">
              <w:rPr>
                <w:sz w:val="20"/>
                <w:szCs w:val="20"/>
                <w:lang w:val="ru-RU"/>
              </w:rPr>
              <w:t>Диагностическое дисци</w:t>
            </w:r>
            <w:r w:rsidR="003C5AD1" w:rsidRPr="003C5AD1">
              <w:rPr>
                <w:sz w:val="20"/>
                <w:szCs w:val="20"/>
                <w:lang w:val="ru-RU"/>
              </w:rPr>
              <w:t>плинарное тестирование</w:t>
            </w:r>
          </w:p>
        </w:tc>
        <w:tc>
          <w:tcPr>
            <w:tcW w:w="915" w:type="pct"/>
            <w:vAlign w:val="center"/>
          </w:tcPr>
          <w:p w:rsidR="00B465A8" w:rsidRPr="003C5AD1" w:rsidRDefault="00B465A8" w:rsidP="004B2A9F">
            <w:pPr>
              <w:spacing w:line="240" w:lineRule="auto"/>
              <w:jc w:val="center"/>
              <w:rPr>
                <w:sz w:val="20"/>
                <w:szCs w:val="20"/>
              </w:rPr>
            </w:pPr>
            <w:proofErr w:type="spellStart"/>
            <w:r w:rsidRPr="003C5AD1">
              <w:rPr>
                <w:sz w:val="20"/>
                <w:szCs w:val="20"/>
              </w:rPr>
              <w:t>Вопрос</w:t>
            </w:r>
            <w:proofErr w:type="spellEnd"/>
            <w:r w:rsidRPr="003C5AD1">
              <w:rPr>
                <w:sz w:val="20"/>
                <w:szCs w:val="20"/>
              </w:rPr>
              <w:t xml:space="preserve"> к </w:t>
            </w:r>
            <w:proofErr w:type="spellStart"/>
            <w:r w:rsidRPr="003C5AD1">
              <w:rPr>
                <w:sz w:val="20"/>
                <w:szCs w:val="20"/>
              </w:rPr>
              <w:t>зачету</w:t>
            </w:r>
            <w:proofErr w:type="spellEnd"/>
            <w:r w:rsidRPr="003C5AD1">
              <w:rPr>
                <w:sz w:val="20"/>
                <w:szCs w:val="20"/>
              </w:rPr>
              <w:t xml:space="preserve">, </w:t>
            </w:r>
            <w:proofErr w:type="spellStart"/>
            <w:r w:rsidRPr="003C5AD1">
              <w:rPr>
                <w:sz w:val="20"/>
                <w:szCs w:val="20"/>
              </w:rPr>
              <w:t>вопросы</w:t>
            </w:r>
            <w:proofErr w:type="spellEnd"/>
            <w:r w:rsidRPr="003C5AD1">
              <w:rPr>
                <w:sz w:val="20"/>
                <w:szCs w:val="20"/>
              </w:rPr>
              <w:t xml:space="preserve"> 1</w:t>
            </w:r>
          </w:p>
          <w:p w:rsidR="00B465A8" w:rsidRPr="003C5AD1" w:rsidRDefault="00B465A8" w:rsidP="004B2A9F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C5AD1" w:rsidRPr="0061790B" w:rsidTr="004B2A9F">
        <w:trPr>
          <w:trHeight w:val="1840"/>
        </w:trPr>
        <w:tc>
          <w:tcPr>
            <w:tcW w:w="1284" w:type="pct"/>
            <w:vAlign w:val="center"/>
          </w:tcPr>
          <w:p w:rsidR="003C5AD1" w:rsidRPr="003C5AD1" w:rsidRDefault="003C5AD1" w:rsidP="003C5AD1">
            <w:pPr>
              <w:numPr>
                <w:ilvl w:val="0"/>
                <w:numId w:val="10"/>
              </w:numPr>
              <w:tabs>
                <w:tab w:val="left" w:pos="254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color w:val="000000"/>
                <w:sz w:val="20"/>
                <w:szCs w:val="20"/>
                <w:lang w:val="ru-RU"/>
              </w:rPr>
            </w:pPr>
            <w:r w:rsidRPr="003C5AD1">
              <w:rPr>
                <w:color w:val="000000"/>
                <w:sz w:val="20"/>
                <w:szCs w:val="20"/>
                <w:lang w:val="ru-RU"/>
              </w:rPr>
              <w:t>Структура программы</w:t>
            </w:r>
          </w:p>
        </w:tc>
        <w:tc>
          <w:tcPr>
            <w:tcW w:w="1417" w:type="pct"/>
            <w:vAlign w:val="center"/>
          </w:tcPr>
          <w:p w:rsidR="003C5AD1" w:rsidRPr="003C5AD1" w:rsidRDefault="003C5AD1" w:rsidP="003C5AD1">
            <w:pPr>
              <w:spacing w:line="240" w:lineRule="auto"/>
              <w:rPr>
                <w:sz w:val="20"/>
                <w:szCs w:val="20"/>
              </w:rPr>
            </w:pPr>
            <w:proofErr w:type="spellStart"/>
            <w:r w:rsidRPr="003C5AD1">
              <w:rPr>
                <w:sz w:val="20"/>
                <w:szCs w:val="20"/>
              </w:rPr>
              <w:t>Правила</w:t>
            </w:r>
            <w:proofErr w:type="spellEnd"/>
            <w:r w:rsidRPr="003C5AD1">
              <w:rPr>
                <w:sz w:val="20"/>
                <w:szCs w:val="20"/>
              </w:rPr>
              <w:t xml:space="preserve"> </w:t>
            </w:r>
            <w:proofErr w:type="spellStart"/>
            <w:r w:rsidRPr="003C5AD1">
              <w:rPr>
                <w:sz w:val="20"/>
                <w:szCs w:val="20"/>
              </w:rPr>
              <w:t>записи</w:t>
            </w:r>
            <w:proofErr w:type="spellEnd"/>
            <w:r w:rsidRPr="003C5AD1">
              <w:rPr>
                <w:sz w:val="20"/>
                <w:szCs w:val="20"/>
              </w:rPr>
              <w:t xml:space="preserve"> </w:t>
            </w:r>
            <w:proofErr w:type="spellStart"/>
            <w:r w:rsidRPr="003C5AD1">
              <w:rPr>
                <w:sz w:val="20"/>
                <w:szCs w:val="20"/>
              </w:rPr>
              <w:t>программы</w:t>
            </w:r>
            <w:proofErr w:type="spellEnd"/>
          </w:p>
        </w:tc>
        <w:tc>
          <w:tcPr>
            <w:tcW w:w="533" w:type="pct"/>
            <w:vAlign w:val="center"/>
          </w:tcPr>
          <w:p w:rsidR="003C5AD1" w:rsidRPr="003C5AD1" w:rsidRDefault="003C5AD1" w:rsidP="003C5AD1">
            <w:pPr>
              <w:spacing w:line="240" w:lineRule="auto"/>
              <w:rPr>
                <w:sz w:val="20"/>
                <w:szCs w:val="20"/>
              </w:rPr>
            </w:pPr>
            <w:r w:rsidRPr="003C5AD1">
              <w:rPr>
                <w:sz w:val="20"/>
                <w:szCs w:val="20"/>
              </w:rPr>
              <w:t>УК 1.2.</w:t>
            </w:r>
          </w:p>
          <w:p w:rsidR="003C5AD1" w:rsidRPr="003C5AD1" w:rsidRDefault="003C5AD1" w:rsidP="003C5AD1">
            <w:pPr>
              <w:spacing w:line="240" w:lineRule="auto"/>
              <w:rPr>
                <w:sz w:val="20"/>
                <w:szCs w:val="20"/>
              </w:rPr>
            </w:pPr>
            <w:r w:rsidRPr="003C5AD1">
              <w:rPr>
                <w:sz w:val="20"/>
                <w:szCs w:val="20"/>
              </w:rPr>
              <w:t>ОПК-1.1</w:t>
            </w:r>
          </w:p>
        </w:tc>
        <w:tc>
          <w:tcPr>
            <w:tcW w:w="851" w:type="pct"/>
            <w:vAlign w:val="center"/>
          </w:tcPr>
          <w:p w:rsidR="003C5AD1" w:rsidRPr="003C5AD1" w:rsidRDefault="003C5AD1" w:rsidP="003C5AD1">
            <w:pPr>
              <w:spacing w:line="240" w:lineRule="auto"/>
              <w:jc w:val="center"/>
              <w:rPr>
                <w:sz w:val="20"/>
                <w:szCs w:val="20"/>
                <w:lang w:val="ru-RU"/>
              </w:rPr>
            </w:pPr>
            <w:r w:rsidRPr="003C5AD1">
              <w:rPr>
                <w:sz w:val="20"/>
                <w:szCs w:val="20"/>
                <w:lang w:val="ru-RU"/>
              </w:rPr>
              <w:t>Текущий контроль</w:t>
            </w:r>
          </w:p>
          <w:p w:rsidR="003C5AD1" w:rsidRPr="003C5AD1" w:rsidRDefault="003C5AD1" w:rsidP="003C5AD1">
            <w:pPr>
              <w:spacing w:line="240" w:lineRule="auto"/>
              <w:jc w:val="center"/>
              <w:rPr>
                <w:sz w:val="20"/>
                <w:szCs w:val="20"/>
                <w:lang w:val="ru-RU"/>
              </w:rPr>
            </w:pPr>
            <w:r w:rsidRPr="003C5AD1">
              <w:rPr>
                <w:sz w:val="20"/>
                <w:szCs w:val="20"/>
                <w:lang w:val="ru-RU"/>
              </w:rPr>
              <w:t>Промежуточная аттестация - зачет</w:t>
            </w:r>
          </w:p>
          <w:p w:rsidR="003C5AD1" w:rsidRPr="003C5AD1" w:rsidRDefault="003C5AD1" w:rsidP="003C5AD1">
            <w:pPr>
              <w:spacing w:line="240" w:lineRule="auto"/>
              <w:jc w:val="center"/>
              <w:rPr>
                <w:sz w:val="20"/>
                <w:szCs w:val="20"/>
                <w:lang w:val="ru-RU"/>
              </w:rPr>
            </w:pPr>
            <w:r w:rsidRPr="003C5AD1">
              <w:rPr>
                <w:sz w:val="20"/>
                <w:szCs w:val="20"/>
                <w:lang w:val="ru-RU"/>
              </w:rPr>
              <w:t>Диагностическое дисциплинарное тестирование</w:t>
            </w:r>
          </w:p>
        </w:tc>
        <w:tc>
          <w:tcPr>
            <w:tcW w:w="915" w:type="pct"/>
            <w:vAlign w:val="center"/>
          </w:tcPr>
          <w:p w:rsidR="003C5AD1" w:rsidRPr="003C5AD1" w:rsidRDefault="003C5AD1" w:rsidP="003C5AD1">
            <w:pPr>
              <w:spacing w:line="240" w:lineRule="auto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3C5AD1">
              <w:rPr>
                <w:sz w:val="20"/>
                <w:szCs w:val="20"/>
              </w:rPr>
              <w:t>Вопрос</w:t>
            </w:r>
            <w:proofErr w:type="spellEnd"/>
            <w:r w:rsidRPr="003C5AD1">
              <w:rPr>
                <w:sz w:val="20"/>
                <w:szCs w:val="20"/>
              </w:rPr>
              <w:t xml:space="preserve"> к </w:t>
            </w:r>
            <w:proofErr w:type="spellStart"/>
            <w:r w:rsidRPr="003C5AD1">
              <w:rPr>
                <w:sz w:val="20"/>
                <w:szCs w:val="20"/>
              </w:rPr>
              <w:t>зачету</w:t>
            </w:r>
            <w:proofErr w:type="spellEnd"/>
            <w:r w:rsidRPr="003C5AD1">
              <w:rPr>
                <w:sz w:val="20"/>
                <w:szCs w:val="20"/>
              </w:rPr>
              <w:t xml:space="preserve">, </w:t>
            </w:r>
            <w:proofErr w:type="spellStart"/>
            <w:r w:rsidRPr="003C5AD1">
              <w:rPr>
                <w:sz w:val="20"/>
                <w:szCs w:val="20"/>
              </w:rPr>
              <w:t>вопросы</w:t>
            </w:r>
            <w:proofErr w:type="spellEnd"/>
            <w:r w:rsidRPr="003C5AD1">
              <w:rPr>
                <w:sz w:val="20"/>
                <w:szCs w:val="20"/>
                <w:lang w:val="ru-RU"/>
              </w:rPr>
              <w:t xml:space="preserve"> 2</w:t>
            </w:r>
          </w:p>
          <w:p w:rsidR="003C5AD1" w:rsidRPr="003C5AD1" w:rsidRDefault="003C5AD1" w:rsidP="003C5AD1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C5AD1" w:rsidRPr="0061790B" w:rsidTr="004B2A9F">
        <w:trPr>
          <w:trHeight w:val="490"/>
        </w:trPr>
        <w:tc>
          <w:tcPr>
            <w:tcW w:w="1284" w:type="pct"/>
            <w:vAlign w:val="center"/>
          </w:tcPr>
          <w:p w:rsidR="003C5AD1" w:rsidRPr="003C5AD1" w:rsidRDefault="003C5AD1" w:rsidP="003C5AD1">
            <w:pPr>
              <w:numPr>
                <w:ilvl w:val="0"/>
                <w:numId w:val="10"/>
              </w:numPr>
              <w:tabs>
                <w:tab w:val="left" w:pos="254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color w:val="000000"/>
                <w:sz w:val="20"/>
                <w:szCs w:val="20"/>
                <w:lang w:val="ru-RU"/>
              </w:rPr>
            </w:pPr>
            <w:r w:rsidRPr="003C5AD1">
              <w:rPr>
                <w:color w:val="000000"/>
                <w:sz w:val="20"/>
                <w:szCs w:val="20"/>
                <w:lang w:val="ru-RU"/>
              </w:rPr>
              <w:t>Система ввода-вывода и встроенные функции</w:t>
            </w:r>
          </w:p>
        </w:tc>
        <w:tc>
          <w:tcPr>
            <w:tcW w:w="1417" w:type="pct"/>
            <w:vAlign w:val="center"/>
          </w:tcPr>
          <w:p w:rsidR="003C5AD1" w:rsidRPr="003C5AD1" w:rsidRDefault="003C5AD1" w:rsidP="003C5AD1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3C5AD1">
              <w:rPr>
                <w:sz w:val="20"/>
                <w:szCs w:val="20"/>
                <w:lang w:val="ru-RU"/>
              </w:rPr>
              <w:t>Встроенные функции и системы "ввода-вывода"</w:t>
            </w:r>
          </w:p>
        </w:tc>
        <w:tc>
          <w:tcPr>
            <w:tcW w:w="533" w:type="pct"/>
            <w:vAlign w:val="center"/>
          </w:tcPr>
          <w:p w:rsidR="003C5AD1" w:rsidRPr="003C5AD1" w:rsidRDefault="003C5AD1" w:rsidP="003C5AD1">
            <w:pPr>
              <w:spacing w:line="240" w:lineRule="auto"/>
              <w:rPr>
                <w:sz w:val="20"/>
                <w:szCs w:val="20"/>
              </w:rPr>
            </w:pPr>
            <w:r w:rsidRPr="003C5AD1">
              <w:rPr>
                <w:sz w:val="20"/>
                <w:szCs w:val="20"/>
              </w:rPr>
              <w:t>УК 1.2.</w:t>
            </w:r>
          </w:p>
          <w:p w:rsidR="003C5AD1" w:rsidRPr="003C5AD1" w:rsidRDefault="003C5AD1" w:rsidP="003C5AD1">
            <w:pPr>
              <w:spacing w:line="240" w:lineRule="auto"/>
              <w:rPr>
                <w:sz w:val="20"/>
                <w:szCs w:val="20"/>
              </w:rPr>
            </w:pPr>
            <w:r w:rsidRPr="003C5AD1">
              <w:rPr>
                <w:sz w:val="20"/>
                <w:szCs w:val="20"/>
              </w:rPr>
              <w:t>ОПК-1.1</w:t>
            </w:r>
          </w:p>
        </w:tc>
        <w:tc>
          <w:tcPr>
            <w:tcW w:w="851" w:type="pct"/>
            <w:vAlign w:val="center"/>
          </w:tcPr>
          <w:p w:rsidR="003C5AD1" w:rsidRPr="003C5AD1" w:rsidRDefault="003C5AD1" w:rsidP="003C5AD1">
            <w:pPr>
              <w:spacing w:line="240" w:lineRule="auto"/>
              <w:jc w:val="center"/>
              <w:rPr>
                <w:sz w:val="20"/>
                <w:szCs w:val="20"/>
                <w:lang w:val="ru-RU"/>
              </w:rPr>
            </w:pPr>
            <w:r w:rsidRPr="003C5AD1">
              <w:rPr>
                <w:sz w:val="20"/>
                <w:szCs w:val="20"/>
                <w:lang w:val="ru-RU"/>
              </w:rPr>
              <w:t>Текущий контроль</w:t>
            </w:r>
          </w:p>
          <w:p w:rsidR="003C5AD1" w:rsidRPr="003C5AD1" w:rsidRDefault="003C5AD1" w:rsidP="003C5AD1">
            <w:pPr>
              <w:spacing w:line="240" w:lineRule="auto"/>
              <w:jc w:val="center"/>
              <w:rPr>
                <w:sz w:val="20"/>
                <w:szCs w:val="20"/>
                <w:lang w:val="ru-RU"/>
              </w:rPr>
            </w:pPr>
            <w:r w:rsidRPr="003C5AD1">
              <w:rPr>
                <w:sz w:val="20"/>
                <w:szCs w:val="20"/>
                <w:lang w:val="ru-RU"/>
              </w:rPr>
              <w:t>Промежуточная аттестация - зачет</w:t>
            </w:r>
          </w:p>
          <w:p w:rsidR="003C5AD1" w:rsidRPr="003C5AD1" w:rsidRDefault="003C5AD1" w:rsidP="003C5AD1">
            <w:pPr>
              <w:spacing w:line="240" w:lineRule="auto"/>
              <w:jc w:val="center"/>
              <w:rPr>
                <w:sz w:val="20"/>
                <w:szCs w:val="20"/>
                <w:lang w:val="ru-RU"/>
              </w:rPr>
            </w:pPr>
            <w:r w:rsidRPr="003C5AD1">
              <w:rPr>
                <w:sz w:val="20"/>
                <w:szCs w:val="20"/>
                <w:lang w:val="ru-RU"/>
              </w:rPr>
              <w:t>Диагностическое дисциплинарное тестирование</w:t>
            </w:r>
          </w:p>
        </w:tc>
        <w:tc>
          <w:tcPr>
            <w:tcW w:w="915" w:type="pct"/>
            <w:vAlign w:val="center"/>
          </w:tcPr>
          <w:p w:rsidR="003C5AD1" w:rsidRPr="003C5AD1" w:rsidRDefault="003C5AD1" w:rsidP="003C5AD1">
            <w:pPr>
              <w:spacing w:line="240" w:lineRule="auto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3C5AD1">
              <w:rPr>
                <w:sz w:val="20"/>
                <w:szCs w:val="20"/>
              </w:rPr>
              <w:t>Вопрос</w:t>
            </w:r>
            <w:proofErr w:type="spellEnd"/>
            <w:r w:rsidRPr="003C5AD1">
              <w:rPr>
                <w:sz w:val="20"/>
                <w:szCs w:val="20"/>
              </w:rPr>
              <w:t xml:space="preserve"> к </w:t>
            </w:r>
            <w:proofErr w:type="spellStart"/>
            <w:r w:rsidRPr="003C5AD1">
              <w:rPr>
                <w:sz w:val="20"/>
                <w:szCs w:val="20"/>
              </w:rPr>
              <w:t>зачету</w:t>
            </w:r>
            <w:proofErr w:type="spellEnd"/>
            <w:r w:rsidRPr="003C5AD1">
              <w:rPr>
                <w:sz w:val="20"/>
                <w:szCs w:val="20"/>
              </w:rPr>
              <w:t xml:space="preserve">, </w:t>
            </w:r>
            <w:proofErr w:type="spellStart"/>
            <w:r w:rsidRPr="003C5AD1">
              <w:rPr>
                <w:sz w:val="20"/>
                <w:szCs w:val="20"/>
              </w:rPr>
              <w:t>вопросы</w:t>
            </w:r>
            <w:proofErr w:type="spellEnd"/>
            <w:r w:rsidRPr="003C5AD1">
              <w:rPr>
                <w:sz w:val="20"/>
                <w:szCs w:val="20"/>
              </w:rPr>
              <w:t xml:space="preserve"> </w:t>
            </w:r>
            <w:r w:rsidRPr="003C5AD1">
              <w:rPr>
                <w:sz w:val="20"/>
                <w:szCs w:val="20"/>
                <w:lang w:val="ru-RU"/>
              </w:rPr>
              <w:t>3</w:t>
            </w:r>
          </w:p>
          <w:p w:rsidR="003C5AD1" w:rsidRPr="003C5AD1" w:rsidRDefault="003C5AD1" w:rsidP="003C5AD1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C5AD1" w:rsidRPr="0061790B" w:rsidTr="004B2A9F">
        <w:trPr>
          <w:trHeight w:val="369"/>
        </w:trPr>
        <w:tc>
          <w:tcPr>
            <w:tcW w:w="1284" w:type="pct"/>
            <w:vMerge w:val="restart"/>
            <w:vAlign w:val="center"/>
          </w:tcPr>
          <w:p w:rsidR="003C5AD1" w:rsidRPr="003C5AD1" w:rsidRDefault="003C5AD1" w:rsidP="003C5AD1">
            <w:pPr>
              <w:numPr>
                <w:ilvl w:val="0"/>
                <w:numId w:val="10"/>
              </w:numPr>
              <w:tabs>
                <w:tab w:val="left" w:pos="254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color w:val="000000"/>
                <w:sz w:val="20"/>
                <w:szCs w:val="20"/>
              </w:rPr>
            </w:pPr>
            <w:proofErr w:type="spellStart"/>
            <w:r w:rsidRPr="003C5AD1">
              <w:rPr>
                <w:color w:val="000000"/>
                <w:sz w:val="20"/>
                <w:szCs w:val="20"/>
              </w:rPr>
              <w:t>Операторы</w:t>
            </w:r>
            <w:proofErr w:type="spellEnd"/>
            <w:r w:rsidRPr="003C5AD1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3C5AD1">
              <w:rPr>
                <w:color w:val="000000"/>
                <w:sz w:val="20"/>
                <w:szCs w:val="20"/>
              </w:rPr>
              <w:t>графические</w:t>
            </w:r>
            <w:proofErr w:type="spellEnd"/>
            <w:r w:rsidRPr="003C5AD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C5AD1">
              <w:rPr>
                <w:color w:val="000000"/>
                <w:sz w:val="20"/>
                <w:szCs w:val="20"/>
              </w:rPr>
              <w:t>функции</w:t>
            </w:r>
            <w:proofErr w:type="spellEnd"/>
          </w:p>
        </w:tc>
        <w:tc>
          <w:tcPr>
            <w:tcW w:w="1417" w:type="pct"/>
          </w:tcPr>
          <w:p w:rsidR="003C5AD1" w:rsidRPr="003C5AD1" w:rsidRDefault="003C5AD1" w:rsidP="003C5AD1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3C5AD1">
              <w:rPr>
                <w:sz w:val="20"/>
                <w:szCs w:val="20"/>
                <w:lang w:val="ru-RU"/>
              </w:rPr>
              <w:t>Операторы и графические функции</w:t>
            </w:r>
          </w:p>
        </w:tc>
        <w:tc>
          <w:tcPr>
            <w:tcW w:w="533" w:type="pct"/>
            <w:vMerge w:val="restart"/>
            <w:vAlign w:val="center"/>
          </w:tcPr>
          <w:p w:rsidR="003C5AD1" w:rsidRPr="003C5AD1" w:rsidRDefault="003C5AD1" w:rsidP="003C5AD1">
            <w:pPr>
              <w:spacing w:line="240" w:lineRule="auto"/>
              <w:rPr>
                <w:sz w:val="20"/>
                <w:szCs w:val="20"/>
              </w:rPr>
            </w:pPr>
            <w:r w:rsidRPr="003C5AD1">
              <w:rPr>
                <w:sz w:val="20"/>
                <w:szCs w:val="20"/>
              </w:rPr>
              <w:t>УК 1.2.</w:t>
            </w:r>
          </w:p>
          <w:p w:rsidR="003C5AD1" w:rsidRPr="003C5AD1" w:rsidRDefault="003C5AD1" w:rsidP="003C5AD1">
            <w:pPr>
              <w:spacing w:line="240" w:lineRule="auto"/>
              <w:rPr>
                <w:sz w:val="20"/>
                <w:szCs w:val="20"/>
              </w:rPr>
            </w:pPr>
            <w:r w:rsidRPr="003C5AD1">
              <w:rPr>
                <w:sz w:val="20"/>
                <w:szCs w:val="20"/>
              </w:rPr>
              <w:t>ОПК-1.1</w:t>
            </w:r>
          </w:p>
        </w:tc>
        <w:tc>
          <w:tcPr>
            <w:tcW w:w="851" w:type="pct"/>
            <w:vMerge w:val="restart"/>
            <w:vAlign w:val="center"/>
          </w:tcPr>
          <w:p w:rsidR="003C5AD1" w:rsidRPr="003C5AD1" w:rsidRDefault="003C5AD1" w:rsidP="003C5AD1">
            <w:pPr>
              <w:spacing w:line="240" w:lineRule="auto"/>
              <w:jc w:val="center"/>
              <w:rPr>
                <w:sz w:val="20"/>
                <w:szCs w:val="20"/>
                <w:lang w:val="ru-RU"/>
              </w:rPr>
            </w:pPr>
            <w:r w:rsidRPr="003C5AD1">
              <w:rPr>
                <w:sz w:val="20"/>
                <w:szCs w:val="20"/>
                <w:lang w:val="ru-RU"/>
              </w:rPr>
              <w:t>Текущий контроль</w:t>
            </w:r>
          </w:p>
          <w:p w:rsidR="003C5AD1" w:rsidRPr="003C5AD1" w:rsidRDefault="003C5AD1" w:rsidP="003C5AD1">
            <w:pPr>
              <w:spacing w:line="240" w:lineRule="auto"/>
              <w:jc w:val="center"/>
              <w:rPr>
                <w:sz w:val="20"/>
                <w:szCs w:val="20"/>
                <w:lang w:val="ru-RU"/>
              </w:rPr>
            </w:pPr>
            <w:r w:rsidRPr="003C5AD1">
              <w:rPr>
                <w:sz w:val="20"/>
                <w:szCs w:val="20"/>
                <w:lang w:val="ru-RU"/>
              </w:rPr>
              <w:t>Промежуточная аттестация - зачет</w:t>
            </w:r>
          </w:p>
          <w:p w:rsidR="003C5AD1" w:rsidRPr="003C5AD1" w:rsidRDefault="003C5AD1" w:rsidP="003C5AD1">
            <w:pPr>
              <w:spacing w:line="240" w:lineRule="auto"/>
              <w:jc w:val="center"/>
              <w:rPr>
                <w:sz w:val="20"/>
                <w:szCs w:val="20"/>
                <w:lang w:val="ru-RU"/>
              </w:rPr>
            </w:pPr>
            <w:r w:rsidRPr="003C5AD1">
              <w:rPr>
                <w:sz w:val="20"/>
                <w:szCs w:val="20"/>
                <w:lang w:val="ru-RU"/>
              </w:rPr>
              <w:t>Диагностическое дисциплинарное тестирование</w:t>
            </w:r>
          </w:p>
        </w:tc>
        <w:tc>
          <w:tcPr>
            <w:tcW w:w="915" w:type="pct"/>
            <w:vMerge w:val="restart"/>
            <w:vAlign w:val="center"/>
          </w:tcPr>
          <w:p w:rsidR="003C5AD1" w:rsidRPr="003C5AD1" w:rsidRDefault="003C5AD1" w:rsidP="003C5AD1">
            <w:pPr>
              <w:spacing w:line="240" w:lineRule="auto"/>
              <w:jc w:val="center"/>
              <w:rPr>
                <w:sz w:val="20"/>
                <w:szCs w:val="20"/>
                <w:lang w:val="ru-RU"/>
              </w:rPr>
            </w:pPr>
            <w:proofErr w:type="spellStart"/>
            <w:r w:rsidRPr="003C5AD1">
              <w:rPr>
                <w:sz w:val="20"/>
                <w:szCs w:val="20"/>
              </w:rPr>
              <w:t>Вопрос</w:t>
            </w:r>
            <w:proofErr w:type="spellEnd"/>
            <w:r w:rsidRPr="003C5AD1">
              <w:rPr>
                <w:sz w:val="20"/>
                <w:szCs w:val="20"/>
              </w:rPr>
              <w:t xml:space="preserve"> к </w:t>
            </w:r>
            <w:proofErr w:type="spellStart"/>
            <w:r w:rsidRPr="003C5AD1">
              <w:rPr>
                <w:sz w:val="20"/>
                <w:szCs w:val="20"/>
              </w:rPr>
              <w:t>зачету</w:t>
            </w:r>
            <w:proofErr w:type="spellEnd"/>
            <w:r w:rsidRPr="003C5AD1">
              <w:rPr>
                <w:sz w:val="20"/>
                <w:szCs w:val="20"/>
              </w:rPr>
              <w:t xml:space="preserve">, </w:t>
            </w:r>
            <w:proofErr w:type="spellStart"/>
            <w:r w:rsidRPr="003C5AD1">
              <w:rPr>
                <w:sz w:val="20"/>
                <w:szCs w:val="20"/>
              </w:rPr>
              <w:t>вопросы</w:t>
            </w:r>
            <w:proofErr w:type="spellEnd"/>
            <w:r w:rsidRPr="003C5AD1">
              <w:rPr>
                <w:sz w:val="20"/>
                <w:szCs w:val="20"/>
              </w:rPr>
              <w:t xml:space="preserve"> </w:t>
            </w:r>
            <w:r w:rsidRPr="003C5AD1">
              <w:rPr>
                <w:sz w:val="20"/>
                <w:szCs w:val="20"/>
                <w:lang w:val="ru-RU"/>
              </w:rPr>
              <w:t>4</w:t>
            </w:r>
            <w:r w:rsidRPr="003C5AD1">
              <w:rPr>
                <w:sz w:val="20"/>
                <w:szCs w:val="20"/>
              </w:rPr>
              <w:t>-</w:t>
            </w:r>
            <w:r w:rsidRPr="003C5AD1">
              <w:rPr>
                <w:sz w:val="20"/>
                <w:szCs w:val="20"/>
                <w:lang w:val="ru-RU"/>
              </w:rPr>
              <w:t>8</w:t>
            </w:r>
          </w:p>
          <w:p w:rsidR="003C5AD1" w:rsidRPr="003C5AD1" w:rsidRDefault="003C5AD1" w:rsidP="003C5AD1">
            <w:pPr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3C5AD1" w:rsidRPr="004B2A9F" w:rsidTr="004B2A9F">
        <w:trPr>
          <w:trHeight w:val="369"/>
        </w:trPr>
        <w:tc>
          <w:tcPr>
            <w:tcW w:w="1284" w:type="pct"/>
            <w:vMerge/>
            <w:vAlign w:val="center"/>
          </w:tcPr>
          <w:p w:rsidR="003C5AD1" w:rsidRPr="003C5AD1" w:rsidRDefault="003C5AD1" w:rsidP="003C5AD1">
            <w:pPr>
              <w:numPr>
                <w:ilvl w:val="0"/>
                <w:numId w:val="10"/>
              </w:numPr>
              <w:tabs>
                <w:tab w:val="left" w:pos="254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color w:val="000000"/>
                <w:sz w:val="21"/>
                <w:szCs w:val="21"/>
              </w:rPr>
            </w:pPr>
          </w:p>
        </w:tc>
        <w:tc>
          <w:tcPr>
            <w:tcW w:w="1417" w:type="pct"/>
          </w:tcPr>
          <w:p w:rsidR="003C5AD1" w:rsidRPr="003C5AD1" w:rsidRDefault="003C5AD1" w:rsidP="003C5AD1">
            <w:pPr>
              <w:spacing w:line="240" w:lineRule="auto"/>
              <w:rPr>
                <w:sz w:val="21"/>
                <w:szCs w:val="21"/>
                <w:lang w:val="ru-RU"/>
              </w:rPr>
            </w:pPr>
            <w:r w:rsidRPr="003C5AD1">
              <w:rPr>
                <w:sz w:val="21"/>
                <w:szCs w:val="21"/>
                <w:lang w:val="ru-RU"/>
              </w:rPr>
              <w:t>Расчет потерь мощности в трансформаторах</w:t>
            </w:r>
          </w:p>
        </w:tc>
        <w:tc>
          <w:tcPr>
            <w:tcW w:w="533" w:type="pct"/>
            <w:vMerge/>
          </w:tcPr>
          <w:p w:rsidR="003C5AD1" w:rsidRPr="003C5AD1" w:rsidRDefault="003C5AD1" w:rsidP="003C5AD1">
            <w:pPr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851" w:type="pct"/>
            <w:vMerge/>
            <w:vAlign w:val="center"/>
          </w:tcPr>
          <w:p w:rsidR="003C5AD1" w:rsidRPr="00B465A8" w:rsidRDefault="003C5AD1" w:rsidP="003C5AD1">
            <w:pPr>
              <w:spacing w:line="240" w:lineRule="auto"/>
              <w:jc w:val="center"/>
              <w:rPr>
                <w:sz w:val="20"/>
                <w:lang w:val="ru-RU"/>
              </w:rPr>
            </w:pPr>
          </w:p>
        </w:tc>
        <w:tc>
          <w:tcPr>
            <w:tcW w:w="915" w:type="pct"/>
            <w:vMerge/>
            <w:vAlign w:val="center"/>
          </w:tcPr>
          <w:p w:rsidR="003C5AD1" w:rsidRPr="003C5AD1" w:rsidRDefault="003C5AD1" w:rsidP="003C5AD1">
            <w:pPr>
              <w:spacing w:line="240" w:lineRule="auto"/>
              <w:jc w:val="center"/>
              <w:rPr>
                <w:sz w:val="21"/>
                <w:szCs w:val="21"/>
                <w:lang w:val="ru-RU"/>
              </w:rPr>
            </w:pPr>
          </w:p>
        </w:tc>
      </w:tr>
      <w:tr w:rsidR="003C5AD1" w:rsidRPr="004B2A9F" w:rsidTr="004B2A9F">
        <w:trPr>
          <w:trHeight w:val="369"/>
        </w:trPr>
        <w:tc>
          <w:tcPr>
            <w:tcW w:w="1284" w:type="pct"/>
            <w:vMerge/>
            <w:vAlign w:val="center"/>
          </w:tcPr>
          <w:p w:rsidR="003C5AD1" w:rsidRPr="003C5AD1" w:rsidRDefault="003C5AD1" w:rsidP="003C5AD1">
            <w:pPr>
              <w:numPr>
                <w:ilvl w:val="0"/>
                <w:numId w:val="10"/>
              </w:numPr>
              <w:tabs>
                <w:tab w:val="left" w:pos="254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417" w:type="pct"/>
          </w:tcPr>
          <w:p w:rsidR="003C5AD1" w:rsidRPr="003C5AD1" w:rsidRDefault="003C5AD1" w:rsidP="003C5AD1">
            <w:pPr>
              <w:spacing w:line="240" w:lineRule="auto"/>
              <w:rPr>
                <w:sz w:val="21"/>
                <w:szCs w:val="21"/>
                <w:lang w:val="ru-RU"/>
              </w:rPr>
            </w:pPr>
            <w:r w:rsidRPr="003C5AD1">
              <w:rPr>
                <w:sz w:val="21"/>
                <w:szCs w:val="21"/>
                <w:lang w:val="ru-RU"/>
              </w:rPr>
              <w:t>Расчёт характеристики мощности синхронного генератора</w:t>
            </w:r>
          </w:p>
        </w:tc>
        <w:tc>
          <w:tcPr>
            <w:tcW w:w="533" w:type="pct"/>
            <w:vMerge/>
          </w:tcPr>
          <w:p w:rsidR="003C5AD1" w:rsidRPr="003C5AD1" w:rsidRDefault="003C5AD1" w:rsidP="003C5AD1">
            <w:pPr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851" w:type="pct"/>
            <w:vMerge/>
            <w:vAlign w:val="center"/>
          </w:tcPr>
          <w:p w:rsidR="003C5AD1" w:rsidRPr="00B465A8" w:rsidRDefault="003C5AD1" w:rsidP="003C5AD1">
            <w:pPr>
              <w:spacing w:line="240" w:lineRule="auto"/>
              <w:jc w:val="center"/>
              <w:rPr>
                <w:sz w:val="20"/>
                <w:lang w:val="ru-RU"/>
              </w:rPr>
            </w:pPr>
          </w:p>
        </w:tc>
        <w:tc>
          <w:tcPr>
            <w:tcW w:w="915" w:type="pct"/>
            <w:vMerge/>
            <w:vAlign w:val="center"/>
          </w:tcPr>
          <w:p w:rsidR="003C5AD1" w:rsidRPr="003C5AD1" w:rsidRDefault="003C5AD1" w:rsidP="003C5AD1">
            <w:pPr>
              <w:spacing w:line="240" w:lineRule="auto"/>
              <w:jc w:val="center"/>
              <w:rPr>
                <w:sz w:val="21"/>
                <w:szCs w:val="21"/>
                <w:lang w:val="ru-RU"/>
              </w:rPr>
            </w:pPr>
          </w:p>
        </w:tc>
      </w:tr>
      <w:tr w:rsidR="003C5AD1" w:rsidRPr="004B2A9F" w:rsidTr="004B2A9F">
        <w:trPr>
          <w:trHeight w:val="369"/>
        </w:trPr>
        <w:tc>
          <w:tcPr>
            <w:tcW w:w="1284" w:type="pct"/>
            <w:vMerge/>
            <w:vAlign w:val="center"/>
          </w:tcPr>
          <w:p w:rsidR="003C5AD1" w:rsidRPr="003C5AD1" w:rsidRDefault="003C5AD1" w:rsidP="003C5AD1">
            <w:pPr>
              <w:numPr>
                <w:ilvl w:val="0"/>
                <w:numId w:val="10"/>
              </w:numPr>
              <w:tabs>
                <w:tab w:val="left" w:pos="254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417" w:type="pct"/>
          </w:tcPr>
          <w:p w:rsidR="003C5AD1" w:rsidRPr="003C5AD1" w:rsidRDefault="003C5AD1" w:rsidP="003C5AD1">
            <w:pPr>
              <w:spacing w:line="240" w:lineRule="auto"/>
              <w:rPr>
                <w:sz w:val="21"/>
                <w:szCs w:val="21"/>
                <w:lang w:val="ru-RU"/>
              </w:rPr>
            </w:pPr>
            <w:r w:rsidRPr="003C5AD1">
              <w:rPr>
                <w:sz w:val="21"/>
                <w:szCs w:val="21"/>
                <w:lang w:val="ru-RU"/>
              </w:rPr>
              <w:t xml:space="preserve">Расчёт электрической </w:t>
            </w:r>
            <w:r w:rsidRPr="003C5AD1">
              <w:rPr>
                <w:sz w:val="21"/>
                <w:szCs w:val="21"/>
                <w:lang w:val="ru-RU"/>
              </w:rPr>
              <w:lastRenderedPageBreak/>
              <w:t>нагрузки жилых домов микрорайона</w:t>
            </w:r>
          </w:p>
        </w:tc>
        <w:tc>
          <w:tcPr>
            <w:tcW w:w="533" w:type="pct"/>
            <w:vMerge/>
          </w:tcPr>
          <w:p w:rsidR="003C5AD1" w:rsidRPr="003C5AD1" w:rsidRDefault="003C5AD1" w:rsidP="003C5AD1">
            <w:pPr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851" w:type="pct"/>
            <w:vMerge/>
            <w:vAlign w:val="center"/>
          </w:tcPr>
          <w:p w:rsidR="003C5AD1" w:rsidRPr="00B465A8" w:rsidRDefault="003C5AD1" w:rsidP="003C5AD1">
            <w:pPr>
              <w:spacing w:line="240" w:lineRule="auto"/>
              <w:jc w:val="center"/>
              <w:rPr>
                <w:sz w:val="20"/>
                <w:lang w:val="ru-RU"/>
              </w:rPr>
            </w:pPr>
          </w:p>
        </w:tc>
        <w:tc>
          <w:tcPr>
            <w:tcW w:w="915" w:type="pct"/>
            <w:vMerge/>
            <w:vAlign w:val="center"/>
          </w:tcPr>
          <w:p w:rsidR="003C5AD1" w:rsidRPr="003C5AD1" w:rsidRDefault="003C5AD1" w:rsidP="003C5AD1">
            <w:pPr>
              <w:spacing w:line="240" w:lineRule="auto"/>
              <w:jc w:val="center"/>
              <w:rPr>
                <w:sz w:val="21"/>
                <w:szCs w:val="21"/>
                <w:lang w:val="ru-RU"/>
              </w:rPr>
            </w:pPr>
          </w:p>
        </w:tc>
      </w:tr>
      <w:tr w:rsidR="003C5AD1" w:rsidRPr="003C5AD1" w:rsidTr="004B2A9F">
        <w:trPr>
          <w:trHeight w:val="369"/>
        </w:trPr>
        <w:tc>
          <w:tcPr>
            <w:tcW w:w="1284" w:type="pct"/>
            <w:vMerge/>
            <w:vAlign w:val="center"/>
          </w:tcPr>
          <w:p w:rsidR="003C5AD1" w:rsidRPr="003C5AD1" w:rsidRDefault="003C5AD1" w:rsidP="003C5AD1">
            <w:pPr>
              <w:numPr>
                <w:ilvl w:val="0"/>
                <w:numId w:val="10"/>
              </w:numPr>
              <w:tabs>
                <w:tab w:val="left" w:pos="254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color w:val="000000"/>
                <w:sz w:val="21"/>
                <w:szCs w:val="21"/>
                <w:lang w:val="ru-RU"/>
              </w:rPr>
            </w:pPr>
          </w:p>
        </w:tc>
        <w:tc>
          <w:tcPr>
            <w:tcW w:w="1417" w:type="pct"/>
          </w:tcPr>
          <w:p w:rsidR="003C5AD1" w:rsidRPr="003C5AD1" w:rsidRDefault="003C5AD1" w:rsidP="003C5AD1">
            <w:pPr>
              <w:spacing w:line="240" w:lineRule="auto"/>
              <w:rPr>
                <w:sz w:val="21"/>
                <w:szCs w:val="21"/>
                <w:lang w:val="ru-RU"/>
              </w:rPr>
            </w:pPr>
            <w:r w:rsidRPr="003C5AD1">
              <w:rPr>
                <w:sz w:val="21"/>
                <w:szCs w:val="21"/>
                <w:lang w:val="ru-RU"/>
              </w:rPr>
              <w:t>Определение удельного сопротивления кабеля</w:t>
            </w:r>
          </w:p>
        </w:tc>
        <w:tc>
          <w:tcPr>
            <w:tcW w:w="533" w:type="pct"/>
            <w:vMerge/>
          </w:tcPr>
          <w:p w:rsidR="003C5AD1" w:rsidRPr="003C5AD1" w:rsidRDefault="003C5AD1" w:rsidP="003C5AD1">
            <w:pPr>
              <w:spacing w:line="240" w:lineRule="auto"/>
              <w:rPr>
                <w:sz w:val="20"/>
                <w:lang w:val="ru-RU"/>
              </w:rPr>
            </w:pPr>
          </w:p>
        </w:tc>
        <w:tc>
          <w:tcPr>
            <w:tcW w:w="851" w:type="pct"/>
            <w:vMerge/>
            <w:vAlign w:val="center"/>
          </w:tcPr>
          <w:p w:rsidR="003C5AD1" w:rsidRPr="00B465A8" w:rsidRDefault="003C5AD1" w:rsidP="003C5AD1">
            <w:pPr>
              <w:spacing w:line="240" w:lineRule="auto"/>
              <w:jc w:val="center"/>
              <w:rPr>
                <w:sz w:val="20"/>
                <w:lang w:val="ru-RU"/>
              </w:rPr>
            </w:pPr>
          </w:p>
        </w:tc>
        <w:tc>
          <w:tcPr>
            <w:tcW w:w="915" w:type="pct"/>
            <w:vMerge/>
            <w:vAlign w:val="center"/>
          </w:tcPr>
          <w:p w:rsidR="003C5AD1" w:rsidRPr="003C5AD1" w:rsidRDefault="003C5AD1" w:rsidP="003C5AD1">
            <w:pPr>
              <w:spacing w:line="240" w:lineRule="auto"/>
              <w:jc w:val="center"/>
              <w:rPr>
                <w:sz w:val="21"/>
                <w:szCs w:val="21"/>
                <w:lang w:val="ru-RU"/>
              </w:rPr>
            </w:pPr>
          </w:p>
        </w:tc>
      </w:tr>
    </w:tbl>
    <w:p w:rsidR="003C5AD1" w:rsidRPr="003C5AD1" w:rsidRDefault="003C5AD1" w:rsidP="00B465A8">
      <w:pPr>
        <w:rPr>
          <w:b/>
          <w:sz w:val="28"/>
          <w:szCs w:val="28"/>
          <w:lang w:val="ru-RU"/>
        </w:rPr>
      </w:pPr>
    </w:p>
    <w:p w:rsidR="003C5AD1" w:rsidRPr="003C5AD1" w:rsidRDefault="003C5AD1" w:rsidP="003C5AD1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3C5AD1">
        <w:rPr>
          <w:rFonts w:eastAsia="Times New Roman" w:cs="Times New Roman"/>
          <w:b/>
          <w:szCs w:val="24"/>
          <w:lang w:val="ru-RU" w:eastAsia="ru-RU"/>
        </w:rPr>
        <w:t>Перечень и краткая характеристика оценочных средств</w:t>
      </w:r>
    </w:p>
    <w:p w:rsidR="003C5AD1" w:rsidRPr="00B465A8" w:rsidRDefault="003C5AD1" w:rsidP="003C5AD1">
      <w:pPr>
        <w:jc w:val="center"/>
        <w:rPr>
          <w:sz w:val="28"/>
          <w:szCs w:val="28"/>
          <w:lang w:val="ru-RU"/>
        </w:rPr>
      </w:pPr>
      <w:r w:rsidRPr="00B465A8">
        <w:rPr>
          <w:szCs w:val="24"/>
          <w:lang w:val="ru-RU"/>
        </w:rPr>
        <w:t xml:space="preserve">по дисциплине </w:t>
      </w:r>
      <w:r w:rsidRPr="009121ED">
        <w:rPr>
          <w:lang w:val="ru-RU"/>
        </w:rPr>
        <w:t>Б1.О.05.02 Компьютерные технологии</w:t>
      </w:r>
    </w:p>
    <w:p w:rsidR="00B465A8" w:rsidRPr="003C5AD1" w:rsidRDefault="00B465A8" w:rsidP="00B465A8">
      <w:pPr>
        <w:jc w:val="center"/>
        <w:rPr>
          <w:szCs w:val="24"/>
          <w:lang w:val="ru-RU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4426"/>
        <w:gridCol w:w="3260"/>
      </w:tblGrid>
      <w:tr w:rsidR="00B465A8" w:rsidRPr="004B2A9F" w:rsidTr="004B2A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5A8" w:rsidRPr="0061790B" w:rsidRDefault="00B465A8" w:rsidP="004B2A9F">
            <w:pPr>
              <w:spacing w:line="240" w:lineRule="auto"/>
              <w:jc w:val="center"/>
              <w:rPr>
                <w:b/>
                <w:sz w:val="22"/>
              </w:rPr>
            </w:pPr>
            <w:r w:rsidRPr="0061790B">
              <w:rPr>
                <w:b/>
                <w:sz w:val="22"/>
              </w:rPr>
              <w:t>№</w:t>
            </w:r>
          </w:p>
          <w:p w:rsidR="00B465A8" w:rsidRPr="0061790B" w:rsidRDefault="00B465A8" w:rsidP="004B2A9F">
            <w:pPr>
              <w:spacing w:line="240" w:lineRule="auto"/>
              <w:jc w:val="center"/>
              <w:rPr>
                <w:b/>
                <w:sz w:val="22"/>
              </w:rPr>
            </w:pPr>
            <w:r w:rsidRPr="0061790B">
              <w:rPr>
                <w:b/>
                <w:sz w:val="22"/>
              </w:rPr>
              <w:t>п/п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5A8" w:rsidRPr="00B465A8" w:rsidRDefault="00B465A8" w:rsidP="004B2A9F">
            <w:pPr>
              <w:spacing w:line="240" w:lineRule="auto"/>
              <w:jc w:val="center"/>
              <w:rPr>
                <w:b/>
                <w:sz w:val="22"/>
                <w:lang w:val="ru-RU"/>
              </w:rPr>
            </w:pPr>
            <w:r w:rsidRPr="00B465A8">
              <w:rPr>
                <w:b/>
                <w:sz w:val="22"/>
                <w:lang w:val="ru-RU"/>
              </w:rPr>
              <w:t xml:space="preserve">Наименование оценочного средства </w:t>
            </w:r>
            <w:r w:rsidRPr="00B465A8">
              <w:rPr>
                <w:b/>
                <w:sz w:val="22"/>
                <w:lang w:val="ru-RU"/>
              </w:rPr>
              <w:br/>
            </w:r>
            <w:r w:rsidRPr="00B465A8">
              <w:rPr>
                <w:bCs/>
                <w:sz w:val="20"/>
                <w:lang w:val="ru-RU"/>
              </w:rPr>
              <w:t>(процесс / конечный продукт)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5A8" w:rsidRPr="0061790B" w:rsidRDefault="00B465A8" w:rsidP="004B2A9F">
            <w:pPr>
              <w:spacing w:line="240" w:lineRule="auto"/>
              <w:jc w:val="center"/>
              <w:rPr>
                <w:b/>
                <w:sz w:val="22"/>
              </w:rPr>
            </w:pPr>
            <w:proofErr w:type="spellStart"/>
            <w:r w:rsidRPr="0061790B">
              <w:rPr>
                <w:b/>
                <w:sz w:val="22"/>
              </w:rPr>
              <w:t>Краткая</w:t>
            </w:r>
            <w:proofErr w:type="spellEnd"/>
            <w:r w:rsidRPr="0061790B">
              <w:rPr>
                <w:b/>
                <w:sz w:val="22"/>
              </w:rPr>
              <w:t xml:space="preserve"> </w:t>
            </w:r>
            <w:proofErr w:type="spellStart"/>
            <w:r w:rsidRPr="0061790B">
              <w:rPr>
                <w:b/>
                <w:sz w:val="22"/>
              </w:rPr>
              <w:t>характеристика</w:t>
            </w:r>
            <w:proofErr w:type="spellEnd"/>
            <w:r w:rsidRPr="0061790B">
              <w:rPr>
                <w:b/>
                <w:sz w:val="22"/>
              </w:rPr>
              <w:t xml:space="preserve"> </w:t>
            </w:r>
            <w:proofErr w:type="spellStart"/>
            <w:r w:rsidRPr="0061790B">
              <w:rPr>
                <w:b/>
                <w:sz w:val="22"/>
              </w:rPr>
              <w:t>оценочного</w:t>
            </w:r>
            <w:proofErr w:type="spellEnd"/>
            <w:r w:rsidRPr="0061790B">
              <w:rPr>
                <w:b/>
                <w:sz w:val="22"/>
              </w:rPr>
              <w:t xml:space="preserve"> </w:t>
            </w:r>
            <w:proofErr w:type="spellStart"/>
            <w:r w:rsidRPr="0061790B">
              <w:rPr>
                <w:b/>
                <w:sz w:val="22"/>
              </w:rPr>
              <w:t>средства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5A8" w:rsidRPr="00B465A8" w:rsidRDefault="00B465A8" w:rsidP="004B2A9F">
            <w:pPr>
              <w:spacing w:line="240" w:lineRule="auto"/>
              <w:jc w:val="center"/>
              <w:rPr>
                <w:b/>
                <w:sz w:val="22"/>
                <w:lang w:val="ru-RU"/>
              </w:rPr>
            </w:pPr>
            <w:r w:rsidRPr="00B465A8">
              <w:rPr>
                <w:b/>
                <w:sz w:val="22"/>
                <w:lang w:val="ru-RU"/>
              </w:rPr>
              <w:t xml:space="preserve">Представление оценочного средства </w:t>
            </w:r>
            <w:r w:rsidRPr="00B465A8">
              <w:rPr>
                <w:b/>
                <w:sz w:val="22"/>
                <w:lang w:val="ru-RU"/>
              </w:rPr>
              <w:br/>
              <w:t>в фонде</w:t>
            </w:r>
          </w:p>
        </w:tc>
      </w:tr>
      <w:tr w:rsidR="00B465A8" w:rsidRPr="0061790B" w:rsidTr="004B2A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5A8" w:rsidRPr="0061790B" w:rsidRDefault="00B465A8" w:rsidP="004B2A9F">
            <w:pPr>
              <w:spacing w:line="240" w:lineRule="auto"/>
              <w:jc w:val="center"/>
              <w:rPr>
                <w:sz w:val="22"/>
              </w:rPr>
            </w:pPr>
            <w:r w:rsidRPr="0061790B">
              <w:rPr>
                <w:sz w:val="22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5A8" w:rsidRPr="0061790B" w:rsidRDefault="00B465A8" w:rsidP="004B2A9F">
            <w:pPr>
              <w:spacing w:line="240" w:lineRule="auto"/>
              <w:jc w:val="center"/>
              <w:rPr>
                <w:sz w:val="22"/>
              </w:rPr>
            </w:pPr>
            <w:r w:rsidRPr="0061790B">
              <w:rPr>
                <w:sz w:val="22"/>
              </w:rPr>
              <w:t>2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5A8" w:rsidRPr="0061790B" w:rsidRDefault="00B465A8" w:rsidP="004B2A9F">
            <w:pPr>
              <w:spacing w:line="240" w:lineRule="auto"/>
              <w:ind w:firstLine="28"/>
              <w:jc w:val="center"/>
              <w:rPr>
                <w:sz w:val="22"/>
              </w:rPr>
            </w:pPr>
            <w:r w:rsidRPr="0061790B">
              <w:rPr>
                <w:sz w:val="22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5A8" w:rsidRPr="0061790B" w:rsidRDefault="00B465A8" w:rsidP="004B2A9F">
            <w:pPr>
              <w:spacing w:line="240" w:lineRule="auto"/>
              <w:jc w:val="center"/>
              <w:rPr>
                <w:sz w:val="22"/>
              </w:rPr>
            </w:pPr>
            <w:r w:rsidRPr="0061790B">
              <w:rPr>
                <w:sz w:val="22"/>
              </w:rPr>
              <w:t>4</w:t>
            </w:r>
          </w:p>
        </w:tc>
      </w:tr>
      <w:tr w:rsidR="00B465A8" w:rsidRPr="004B2A9F" w:rsidTr="004B2A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5A8" w:rsidRPr="0061790B" w:rsidRDefault="00B465A8" w:rsidP="004B2A9F">
            <w:pPr>
              <w:spacing w:line="240" w:lineRule="auto"/>
              <w:jc w:val="center"/>
              <w:rPr>
                <w:sz w:val="22"/>
              </w:rPr>
            </w:pPr>
            <w:r w:rsidRPr="0061790B">
              <w:rPr>
                <w:sz w:val="22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5A8" w:rsidRPr="0061790B" w:rsidRDefault="00B465A8" w:rsidP="004B2A9F">
            <w:pPr>
              <w:spacing w:line="240" w:lineRule="auto"/>
              <w:rPr>
                <w:sz w:val="22"/>
              </w:rPr>
            </w:pPr>
            <w:proofErr w:type="spellStart"/>
            <w:r>
              <w:rPr>
                <w:sz w:val="22"/>
              </w:rPr>
              <w:t>В</w:t>
            </w:r>
            <w:r w:rsidRPr="0061790B">
              <w:rPr>
                <w:sz w:val="22"/>
              </w:rPr>
              <w:t>опросы</w:t>
            </w:r>
            <w:proofErr w:type="spellEnd"/>
            <w:r>
              <w:rPr>
                <w:sz w:val="22"/>
              </w:rPr>
              <w:t xml:space="preserve"> к </w:t>
            </w:r>
            <w:proofErr w:type="spellStart"/>
            <w:r>
              <w:rPr>
                <w:sz w:val="22"/>
              </w:rPr>
              <w:t>зачету</w:t>
            </w:r>
            <w:proofErr w:type="spellEnd"/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5A8" w:rsidRPr="00B465A8" w:rsidRDefault="00B465A8" w:rsidP="004B2A9F">
            <w:pPr>
              <w:spacing w:line="240" w:lineRule="auto"/>
              <w:ind w:firstLine="28"/>
              <w:rPr>
                <w:sz w:val="22"/>
                <w:lang w:val="ru-RU"/>
              </w:rPr>
            </w:pPr>
            <w:r w:rsidRPr="00B465A8">
              <w:rPr>
                <w:sz w:val="22"/>
                <w:lang w:val="ru-RU"/>
              </w:rPr>
              <w:t>Средство контроля усвоения материала в виде вопросов по всем темам дисциплины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5A8" w:rsidRPr="00B465A8" w:rsidRDefault="00B465A8" w:rsidP="00CD005E">
            <w:pPr>
              <w:spacing w:line="240" w:lineRule="auto"/>
              <w:jc w:val="center"/>
              <w:rPr>
                <w:sz w:val="22"/>
                <w:lang w:val="ru-RU"/>
              </w:rPr>
            </w:pPr>
            <w:r w:rsidRPr="00B465A8">
              <w:rPr>
                <w:sz w:val="22"/>
                <w:lang w:val="ru-RU"/>
              </w:rPr>
              <w:t xml:space="preserve">Комплект вопросов по всем темам в количестве </w:t>
            </w:r>
            <w:r w:rsidR="00CD005E">
              <w:rPr>
                <w:szCs w:val="24"/>
                <w:lang w:val="ru-RU"/>
              </w:rPr>
              <w:t>8</w:t>
            </w:r>
          </w:p>
        </w:tc>
      </w:tr>
      <w:tr w:rsidR="00B465A8" w:rsidRPr="0061790B" w:rsidTr="004B2A9F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5A8" w:rsidRPr="00CD005E" w:rsidRDefault="00CD005E" w:rsidP="004B2A9F">
            <w:pPr>
              <w:spacing w:line="240" w:lineRule="auto"/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65A8" w:rsidRPr="00B465A8" w:rsidRDefault="00B465A8" w:rsidP="004B2A9F">
            <w:pPr>
              <w:spacing w:line="240" w:lineRule="auto"/>
              <w:rPr>
                <w:sz w:val="22"/>
                <w:lang w:val="ru-RU"/>
              </w:rPr>
            </w:pPr>
            <w:r w:rsidRPr="00B465A8">
              <w:rPr>
                <w:sz w:val="22"/>
                <w:lang w:val="ru-RU"/>
              </w:rPr>
              <w:t>Задания</w:t>
            </w:r>
            <w:r w:rsidRPr="0061790B">
              <w:rPr>
                <w:sz w:val="22"/>
              </w:rPr>
              <w:t> </w:t>
            </w:r>
            <w:r w:rsidRPr="00B465A8">
              <w:rPr>
                <w:sz w:val="22"/>
                <w:lang w:val="ru-RU"/>
              </w:rPr>
              <w:t>для диагностического дисциплинарного тестирования</w:t>
            </w:r>
          </w:p>
        </w:tc>
        <w:tc>
          <w:tcPr>
            <w:tcW w:w="4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5A8" w:rsidRPr="00B465A8" w:rsidRDefault="00B465A8" w:rsidP="004B2A9F">
            <w:pPr>
              <w:spacing w:line="240" w:lineRule="auto"/>
              <w:rPr>
                <w:sz w:val="22"/>
                <w:lang w:val="ru-RU"/>
              </w:rPr>
            </w:pPr>
            <w:r w:rsidRPr="00B465A8">
              <w:rPr>
                <w:sz w:val="22"/>
                <w:lang w:val="ru-RU"/>
              </w:rPr>
              <w:t>Задания для проверки уровня освоения компетенций обучающегося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65A8" w:rsidRPr="0061790B" w:rsidRDefault="00B465A8" w:rsidP="004B2A9F">
            <w:pPr>
              <w:spacing w:line="240" w:lineRule="auto"/>
              <w:rPr>
                <w:sz w:val="22"/>
              </w:rPr>
            </w:pPr>
            <w:proofErr w:type="spellStart"/>
            <w:r w:rsidRPr="0061790B">
              <w:rPr>
                <w:sz w:val="22"/>
              </w:rPr>
              <w:t>Комплект</w:t>
            </w:r>
            <w:proofErr w:type="spellEnd"/>
            <w:r w:rsidRPr="0061790B">
              <w:rPr>
                <w:sz w:val="22"/>
              </w:rPr>
              <w:t xml:space="preserve"> </w:t>
            </w:r>
            <w:proofErr w:type="spellStart"/>
            <w:r w:rsidRPr="0061790B">
              <w:rPr>
                <w:sz w:val="22"/>
              </w:rPr>
              <w:t>тестовых</w:t>
            </w:r>
            <w:proofErr w:type="spellEnd"/>
            <w:r w:rsidRPr="0061790B">
              <w:rPr>
                <w:sz w:val="22"/>
              </w:rPr>
              <w:t xml:space="preserve"> </w:t>
            </w:r>
            <w:proofErr w:type="spellStart"/>
            <w:r w:rsidRPr="0061790B">
              <w:rPr>
                <w:sz w:val="22"/>
              </w:rPr>
              <w:t>заданий</w:t>
            </w:r>
            <w:proofErr w:type="spellEnd"/>
          </w:p>
        </w:tc>
      </w:tr>
    </w:tbl>
    <w:p w:rsidR="00B465A8" w:rsidRPr="0061790B" w:rsidRDefault="00B465A8" w:rsidP="00B465A8">
      <w:pPr>
        <w:pStyle w:val="1"/>
        <w:keepNext w:val="0"/>
        <w:widowControl w:val="0"/>
        <w:spacing w:before="0" w:line="240" w:lineRule="auto"/>
        <w:rPr>
          <w:rStyle w:val="2c"/>
          <w:rFonts w:ascii="Times New Roman" w:hAnsi="Times New Roman"/>
          <w:bCs w:val="0"/>
          <w:color w:val="000000"/>
          <w:spacing w:val="0"/>
          <w:sz w:val="24"/>
          <w:szCs w:val="24"/>
        </w:rPr>
        <w:sectPr w:rsidR="00B465A8" w:rsidRPr="0061790B" w:rsidSect="004B2A9F">
          <w:pgSz w:w="11906" w:h="16838" w:code="9"/>
          <w:pgMar w:top="1134" w:right="851" w:bottom="1134" w:left="851" w:header="709" w:footer="709" w:gutter="0"/>
          <w:cols w:space="708"/>
          <w:docGrid w:linePitch="360"/>
        </w:sectPr>
      </w:pPr>
    </w:p>
    <w:p w:rsidR="00CD005E" w:rsidRPr="00CD005E" w:rsidRDefault="00CD005E" w:rsidP="00CD005E">
      <w:pPr>
        <w:widowControl w:val="0"/>
        <w:overflowPunct w:val="0"/>
        <w:autoSpaceDE w:val="0"/>
        <w:autoSpaceDN w:val="0"/>
        <w:adjustRightInd w:val="0"/>
        <w:spacing w:line="288" w:lineRule="auto"/>
        <w:ind w:firstLine="708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CD005E">
        <w:rPr>
          <w:rFonts w:eastAsia="Times New Roman" w:cs="Times New Roman"/>
          <w:b/>
          <w:szCs w:val="24"/>
          <w:lang w:val="ru-RU" w:eastAsia="ru-RU"/>
        </w:rPr>
        <w:lastRenderedPageBreak/>
        <w:t>Комплект оценочных средств для текущего контроля</w:t>
      </w:r>
    </w:p>
    <w:p w:rsidR="00B465A8" w:rsidRPr="00B465A8" w:rsidRDefault="00CD005E" w:rsidP="00B465A8">
      <w:pPr>
        <w:jc w:val="center"/>
        <w:rPr>
          <w:szCs w:val="24"/>
          <w:lang w:val="ru-RU"/>
        </w:rPr>
      </w:pPr>
      <w:r w:rsidRPr="009121ED">
        <w:rPr>
          <w:lang w:val="ru-RU"/>
        </w:rPr>
        <w:t>Б1.О.05.02 Компьютерные технологии</w:t>
      </w:r>
    </w:p>
    <w:tbl>
      <w:tblPr>
        <w:tblW w:w="5259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19"/>
        <w:gridCol w:w="590"/>
        <w:gridCol w:w="7809"/>
      </w:tblGrid>
      <w:tr w:rsidR="00B465A8" w:rsidRPr="0061790B" w:rsidTr="004B2A9F">
        <w:trPr>
          <w:trHeight w:val="520"/>
        </w:trPr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5A8" w:rsidRPr="0061790B" w:rsidRDefault="00B465A8" w:rsidP="004B2A9F">
            <w:pPr>
              <w:widowControl w:val="0"/>
              <w:spacing w:line="240" w:lineRule="auto"/>
              <w:jc w:val="center"/>
              <w:rPr>
                <w:b/>
              </w:rPr>
            </w:pPr>
            <w:r w:rsidRPr="0061790B">
              <w:rPr>
                <w:b/>
              </w:rPr>
              <w:t xml:space="preserve">№ и </w:t>
            </w:r>
            <w:proofErr w:type="spellStart"/>
            <w:r w:rsidRPr="0061790B">
              <w:rPr>
                <w:b/>
              </w:rPr>
              <w:t>наименование</w:t>
            </w:r>
            <w:proofErr w:type="spellEnd"/>
          </w:p>
          <w:p w:rsidR="00B465A8" w:rsidRPr="0061790B" w:rsidRDefault="00B465A8" w:rsidP="004B2A9F">
            <w:pPr>
              <w:widowControl w:val="0"/>
              <w:spacing w:line="240" w:lineRule="auto"/>
              <w:jc w:val="center"/>
              <w:rPr>
                <w:b/>
              </w:rPr>
            </w:pPr>
            <w:proofErr w:type="spellStart"/>
            <w:r w:rsidRPr="0061790B">
              <w:rPr>
                <w:b/>
              </w:rPr>
              <w:t>раздела</w:t>
            </w:r>
            <w:proofErr w:type="spellEnd"/>
          </w:p>
          <w:p w:rsidR="00B465A8" w:rsidRPr="0061790B" w:rsidRDefault="00B465A8" w:rsidP="004B2A9F">
            <w:pPr>
              <w:widowControl w:val="0"/>
              <w:spacing w:line="240" w:lineRule="auto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5A8" w:rsidRPr="0064180F" w:rsidRDefault="00B465A8" w:rsidP="004B2A9F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3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5A8" w:rsidRPr="0061790B" w:rsidRDefault="00B465A8" w:rsidP="004B2A9F">
            <w:pPr>
              <w:widowControl w:val="0"/>
              <w:spacing w:line="240" w:lineRule="auto"/>
              <w:jc w:val="center"/>
              <w:rPr>
                <w:b/>
              </w:rPr>
            </w:pPr>
            <w:r w:rsidRPr="0061790B">
              <w:rPr>
                <w:b/>
              </w:rPr>
              <w:t>ВОПРОСЫ</w:t>
            </w:r>
            <w:r>
              <w:rPr>
                <w:b/>
              </w:rPr>
              <w:t xml:space="preserve"> К ЗАЧЕТУ</w:t>
            </w:r>
          </w:p>
        </w:tc>
      </w:tr>
      <w:tr w:rsidR="00B465A8" w:rsidRPr="0061790B" w:rsidTr="004B2A9F">
        <w:tc>
          <w:tcPr>
            <w:tcW w:w="9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5A8" w:rsidRPr="0061790B" w:rsidRDefault="00B465A8" w:rsidP="004B2A9F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61790B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A8" w:rsidRPr="0061790B" w:rsidRDefault="00B465A8" w:rsidP="004B2A9F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65A8" w:rsidRPr="0061790B" w:rsidRDefault="00B465A8" w:rsidP="004B2A9F">
            <w:pPr>
              <w:widowControl w:val="0"/>
              <w:spacing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</w:tr>
      <w:tr w:rsidR="00B465A8" w:rsidRPr="0061790B" w:rsidTr="004B2A9F">
        <w:tc>
          <w:tcPr>
            <w:tcW w:w="9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65A8" w:rsidRPr="00B465A8" w:rsidRDefault="00B465A8" w:rsidP="004B2A9F">
            <w:pPr>
              <w:widowControl w:val="0"/>
              <w:spacing w:line="240" w:lineRule="auto"/>
              <w:rPr>
                <w:sz w:val="22"/>
                <w:lang w:val="ru-RU"/>
              </w:rPr>
            </w:pPr>
            <w:r w:rsidRPr="00B465A8">
              <w:rPr>
                <w:sz w:val="22"/>
                <w:lang w:val="ru-RU"/>
              </w:rPr>
              <w:t xml:space="preserve">1. </w:t>
            </w:r>
            <w:r w:rsidR="00CD005E" w:rsidRPr="003C5AD1">
              <w:rPr>
                <w:color w:val="000000"/>
                <w:sz w:val="20"/>
                <w:szCs w:val="20"/>
                <w:lang w:val="ru-RU"/>
              </w:rPr>
              <w:t>Общие сведения и элементы языка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A8" w:rsidRPr="007C223D" w:rsidRDefault="00B465A8" w:rsidP="004B2A9F">
            <w:pPr>
              <w:widowControl w:val="0"/>
              <w:spacing w:line="240" w:lineRule="auto"/>
              <w:jc w:val="center"/>
              <w:rPr>
                <w:sz w:val="22"/>
              </w:rPr>
            </w:pPr>
            <w:r w:rsidRPr="007C223D">
              <w:rPr>
                <w:sz w:val="22"/>
              </w:rPr>
              <w:t>1</w:t>
            </w:r>
          </w:p>
        </w:tc>
        <w:tc>
          <w:tcPr>
            <w:tcW w:w="3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A8" w:rsidRPr="001502CB" w:rsidRDefault="00CD005E" w:rsidP="004B2A9F">
            <w:pPr>
              <w:rPr>
                <w:sz w:val="19"/>
                <w:szCs w:val="19"/>
              </w:rPr>
            </w:pPr>
            <w:proofErr w:type="spellStart"/>
            <w:r w:rsidRPr="003C5AD1">
              <w:rPr>
                <w:sz w:val="20"/>
                <w:szCs w:val="20"/>
              </w:rPr>
              <w:t>Элементы</w:t>
            </w:r>
            <w:proofErr w:type="spellEnd"/>
            <w:r w:rsidRPr="003C5AD1">
              <w:rPr>
                <w:sz w:val="20"/>
                <w:szCs w:val="20"/>
              </w:rPr>
              <w:t xml:space="preserve"> </w:t>
            </w:r>
            <w:proofErr w:type="spellStart"/>
            <w:r w:rsidRPr="003C5AD1">
              <w:rPr>
                <w:sz w:val="20"/>
                <w:szCs w:val="20"/>
              </w:rPr>
              <w:t>языка</w:t>
            </w:r>
            <w:proofErr w:type="spellEnd"/>
          </w:p>
        </w:tc>
      </w:tr>
      <w:tr w:rsidR="00B465A8" w:rsidRPr="00B465A8" w:rsidTr="004B2A9F">
        <w:tc>
          <w:tcPr>
            <w:tcW w:w="9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65A8" w:rsidRPr="00B465A8" w:rsidRDefault="00B465A8" w:rsidP="004B2A9F">
            <w:pPr>
              <w:widowControl w:val="0"/>
              <w:spacing w:line="240" w:lineRule="auto"/>
              <w:rPr>
                <w:sz w:val="22"/>
                <w:lang w:val="ru-RU"/>
              </w:rPr>
            </w:pPr>
            <w:r w:rsidRPr="00B465A8">
              <w:rPr>
                <w:sz w:val="22"/>
                <w:lang w:val="ru-RU"/>
              </w:rPr>
              <w:t xml:space="preserve">2. </w:t>
            </w:r>
            <w:r w:rsidR="00CD005E" w:rsidRPr="003C5AD1">
              <w:rPr>
                <w:color w:val="000000"/>
                <w:sz w:val="20"/>
                <w:szCs w:val="20"/>
                <w:lang w:val="ru-RU"/>
              </w:rPr>
              <w:t>Структура программы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A8" w:rsidRPr="00CD005E" w:rsidRDefault="00CD005E" w:rsidP="004B2A9F">
            <w:pPr>
              <w:widowControl w:val="0"/>
              <w:spacing w:line="240" w:lineRule="auto"/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2</w:t>
            </w:r>
          </w:p>
        </w:tc>
        <w:tc>
          <w:tcPr>
            <w:tcW w:w="3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A8" w:rsidRPr="00B465A8" w:rsidRDefault="00CD005E" w:rsidP="004B2A9F">
            <w:pPr>
              <w:numPr>
                <w:ilvl w:val="12"/>
                <w:numId w:val="0"/>
              </w:numPr>
              <w:spacing w:line="240" w:lineRule="auto"/>
              <w:rPr>
                <w:sz w:val="20"/>
                <w:lang w:val="ru-RU"/>
              </w:rPr>
            </w:pPr>
            <w:proofErr w:type="spellStart"/>
            <w:r w:rsidRPr="003C5AD1">
              <w:rPr>
                <w:sz w:val="20"/>
                <w:szCs w:val="20"/>
              </w:rPr>
              <w:t>Правила</w:t>
            </w:r>
            <w:proofErr w:type="spellEnd"/>
            <w:r w:rsidRPr="003C5AD1">
              <w:rPr>
                <w:sz w:val="20"/>
                <w:szCs w:val="20"/>
              </w:rPr>
              <w:t xml:space="preserve"> </w:t>
            </w:r>
            <w:proofErr w:type="spellStart"/>
            <w:r w:rsidRPr="003C5AD1">
              <w:rPr>
                <w:sz w:val="20"/>
                <w:szCs w:val="20"/>
              </w:rPr>
              <w:t>записи</w:t>
            </w:r>
            <w:proofErr w:type="spellEnd"/>
            <w:r w:rsidRPr="003C5AD1">
              <w:rPr>
                <w:sz w:val="20"/>
                <w:szCs w:val="20"/>
              </w:rPr>
              <w:t xml:space="preserve"> </w:t>
            </w:r>
            <w:proofErr w:type="spellStart"/>
            <w:r w:rsidRPr="003C5AD1">
              <w:rPr>
                <w:sz w:val="20"/>
                <w:szCs w:val="20"/>
              </w:rPr>
              <w:t>программы</w:t>
            </w:r>
            <w:proofErr w:type="spellEnd"/>
          </w:p>
        </w:tc>
      </w:tr>
      <w:tr w:rsidR="00B465A8" w:rsidRPr="004B2A9F" w:rsidTr="004B2A9F">
        <w:tc>
          <w:tcPr>
            <w:tcW w:w="9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65A8" w:rsidRPr="00CD005E" w:rsidRDefault="00B465A8" w:rsidP="004B2A9F">
            <w:pPr>
              <w:widowControl w:val="0"/>
              <w:spacing w:line="240" w:lineRule="auto"/>
              <w:rPr>
                <w:sz w:val="22"/>
                <w:lang w:val="ru-RU"/>
              </w:rPr>
            </w:pPr>
            <w:r w:rsidRPr="00CD005E">
              <w:rPr>
                <w:sz w:val="22"/>
                <w:lang w:val="ru-RU"/>
              </w:rPr>
              <w:t xml:space="preserve">3. </w:t>
            </w:r>
            <w:r w:rsidR="00CD005E" w:rsidRPr="003C5AD1">
              <w:rPr>
                <w:color w:val="000000"/>
                <w:sz w:val="20"/>
                <w:szCs w:val="20"/>
                <w:lang w:val="ru-RU"/>
              </w:rPr>
              <w:t>Система ввода-вывода и встроенные функции</w:t>
            </w: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A8" w:rsidRPr="00CD005E" w:rsidRDefault="00CD005E" w:rsidP="004B2A9F">
            <w:pPr>
              <w:widowControl w:val="0"/>
              <w:spacing w:line="240" w:lineRule="auto"/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3</w:t>
            </w:r>
          </w:p>
        </w:tc>
        <w:tc>
          <w:tcPr>
            <w:tcW w:w="3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65A8" w:rsidRPr="00B465A8" w:rsidRDefault="00CD005E" w:rsidP="004B2A9F">
            <w:pPr>
              <w:spacing w:line="240" w:lineRule="auto"/>
              <w:rPr>
                <w:sz w:val="20"/>
                <w:lang w:val="ru-RU"/>
              </w:rPr>
            </w:pPr>
            <w:r w:rsidRPr="003C5AD1">
              <w:rPr>
                <w:sz w:val="20"/>
                <w:szCs w:val="20"/>
                <w:lang w:val="ru-RU"/>
              </w:rPr>
              <w:t>Встроенные функции и системы "ввода-вывода"</w:t>
            </w:r>
          </w:p>
        </w:tc>
      </w:tr>
      <w:tr w:rsidR="00CD005E" w:rsidRPr="00B465A8" w:rsidTr="004B2A9F">
        <w:trPr>
          <w:trHeight w:val="110"/>
        </w:trPr>
        <w:tc>
          <w:tcPr>
            <w:tcW w:w="969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05E" w:rsidRPr="007C223D" w:rsidRDefault="00CD005E" w:rsidP="00CD005E">
            <w:pPr>
              <w:widowControl w:val="0"/>
              <w:spacing w:line="240" w:lineRule="auto"/>
              <w:rPr>
                <w:sz w:val="22"/>
              </w:rPr>
            </w:pPr>
            <w:r w:rsidRPr="007C223D">
              <w:rPr>
                <w:color w:val="000000"/>
                <w:sz w:val="22"/>
              </w:rPr>
              <w:t>4.</w:t>
            </w:r>
            <w:r w:rsidRPr="001502CB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C5AD1">
              <w:rPr>
                <w:color w:val="000000"/>
                <w:sz w:val="20"/>
                <w:szCs w:val="20"/>
              </w:rPr>
              <w:t>Операторы</w:t>
            </w:r>
            <w:proofErr w:type="spellEnd"/>
            <w:r w:rsidRPr="003C5AD1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3C5AD1">
              <w:rPr>
                <w:color w:val="000000"/>
                <w:sz w:val="20"/>
                <w:szCs w:val="20"/>
              </w:rPr>
              <w:t>графические</w:t>
            </w:r>
            <w:proofErr w:type="spellEnd"/>
            <w:r w:rsidRPr="003C5AD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C5AD1">
              <w:rPr>
                <w:color w:val="000000"/>
                <w:sz w:val="20"/>
                <w:szCs w:val="20"/>
              </w:rPr>
              <w:t>функции</w:t>
            </w:r>
            <w:proofErr w:type="spellEnd"/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05E" w:rsidRPr="00CD005E" w:rsidRDefault="00CD005E" w:rsidP="00CD005E">
            <w:pPr>
              <w:widowControl w:val="0"/>
              <w:spacing w:line="240" w:lineRule="auto"/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4</w:t>
            </w:r>
          </w:p>
        </w:tc>
        <w:tc>
          <w:tcPr>
            <w:tcW w:w="37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D005E" w:rsidRPr="003C5AD1" w:rsidRDefault="00CD005E" w:rsidP="00CD005E">
            <w:pPr>
              <w:spacing w:line="240" w:lineRule="auto"/>
              <w:rPr>
                <w:sz w:val="20"/>
                <w:szCs w:val="20"/>
                <w:lang w:val="ru-RU"/>
              </w:rPr>
            </w:pPr>
            <w:r w:rsidRPr="003C5AD1">
              <w:rPr>
                <w:sz w:val="20"/>
                <w:szCs w:val="20"/>
                <w:lang w:val="ru-RU"/>
              </w:rPr>
              <w:t>Операторы и графические функции</w:t>
            </w:r>
          </w:p>
        </w:tc>
      </w:tr>
      <w:tr w:rsidR="00CD005E" w:rsidRPr="004B2A9F" w:rsidTr="004B2A9F">
        <w:trPr>
          <w:trHeight w:val="110"/>
        </w:trPr>
        <w:tc>
          <w:tcPr>
            <w:tcW w:w="9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05E" w:rsidRPr="00B465A8" w:rsidRDefault="00CD005E" w:rsidP="00CD005E">
            <w:pPr>
              <w:widowControl w:val="0"/>
              <w:spacing w:line="240" w:lineRule="auto"/>
              <w:rPr>
                <w:color w:val="000000"/>
                <w:sz w:val="22"/>
                <w:lang w:val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05E" w:rsidRPr="00CD005E" w:rsidRDefault="00CD005E" w:rsidP="00CD005E">
            <w:pPr>
              <w:widowControl w:val="0"/>
              <w:spacing w:line="240" w:lineRule="auto"/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5</w:t>
            </w:r>
          </w:p>
        </w:tc>
        <w:tc>
          <w:tcPr>
            <w:tcW w:w="3748" w:type="pct"/>
            <w:tcBorders>
              <w:left w:val="single" w:sz="4" w:space="0" w:color="auto"/>
              <w:right w:val="single" w:sz="4" w:space="0" w:color="auto"/>
            </w:tcBorders>
          </w:tcPr>
          <w:p w:rsidR="00CD005E" w:rsidRPr="003C5AD1" w:rsidRDefault="00CD005E" w:rsidP="00CD005E">
            <w:pPr>
              <w:spacing w:line="240" w:lineRule="auto"/>
              <w:rPr>
                <w:sz w:val="21"/>
                <w:szCs w:val="21"/>
                <w:lang w:val="ru-RU"/>
              </w:rPr>
            </w:pPr>
            <w:r w:rsidRPr="003C5AD1">
              <w:rPr>
                <w:sz w:val="21"/>
                <w:szCs w:val="21"/>
                <w:lang w:val="ru-RU"/>
              </w:rPr>
              <w:t>Расчет потерь мощности в трансформаторах</w:t>
            </w:r>
          </w:p>
        </w:tc>
      </w:tr>
      <w:tr w:rsidR="00CD005E" w:rsidRPr="004B2A9F" w:rsidTr="00CD005E">
        <w:trPr>
          <w:trHeight w:val="110"/>
        </w:trPr>
        <w:tc>
          <w:tcPr>
            <w:tcW w:w="9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05E" w:rsidRPr="007C223D" w:rsidRDefault="00CD005E" w:rsidP="00CD005E">
            <w:pPr>
              <w:widowControl w:val="0"/>
              <w:spacing w:line="240" w:lineRule="auto"/>
              <w:rPr>
                <w:sz w:val="22"/>
              </w:rPr>
            </w:pPr>
            <w:r w:rsidRPr="007C223D">
              <w:rPr>
                <w:color w:val="000000"/>
                <w:sz w:val="22"/>
              </w:rPr>
              <w:t>4.</w:t>
            </w:r>
            <w:r w:rsidRPr="001502CB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C5AD1">
              <w:rPr>
                <w:color w:val="000000"/>
                <w:sz w:val="20"/>
                <w:szCs w:val="20"/>
              </w:rPr>
              <w:t>Операторы</w:t>
            </w:r>
            <w:proofErr w:type="spellEnd"/>
            <w:r w:rsidRPr="003C5AD1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3C5AD1">
              <w:rPr>
                <w:color w:val="000000"/>
                <w:sz w:val="20"/>
                <w:szCs w:val="20"/>
              </w:rPr>
              <w:t>графические</w:t>
            </w:r>
            <w:proofErr w:type="spellEnd"/>
            <w:r w:rsidRPr="003C5AD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C5AD1">
              <w:rPr>
                <w:color w:val="000000"/>
                <w:sz w:val="20"/>
                <w:szCs w:val="20"/>
              </w:rPr>
              <w:t>функции</w:t>
            </w:r>
            <w:proofErr w:type="spellEnd"/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05E" w:rsidRPr="00CD005E" w:rsidRDefault="00CD005E" w:rsidP="00CD005E">
            <w:pPr>
              <w:widowControl w:val="0"/>
              <w:spacing w:line="240" w:lineRule="auto"/>
              <w:jc w:val="center"/>
              <w:rPr>
                <w:color w:val="000000"/>
                <w:sz w:val="22"/>
                <w:lang w:val="ru-RU"/>
              </w:rPr>
            </w:pPr>
            <w:r>
              <w:rPr>
                <w:color w:val="000000"/>
                <w:sz w:val="22"/>
                <w:lang w:val="ru-RU"/>
              </w:rPr>
              <w:t>6</w:t>
            </w:r>
          </w:p>
        </w:tc>
        <w:tc>
          <w:tcPr>
            <w:tcW w:w="3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05E" w:rsidRPr="003C5AD1" w:rsidRDefault="00CD005E" w:rsidP="00CD005E">
            <w:pPr>
              <w:spacing w:line="240" w:lineRule="auto"/>
              <w:rPr>
                <w:sz w:val="21"/>
                <w:szCs w:val="21"/>
                <w:lang w:val="ru-RU"/>
              </w:rPr>
            </w:pPr>
            <w:r w:rsidRPr="003C5AD1">
              <w:rPr>
                <w:sz w:val="21"/>
                <w:szCs w:val="21"/>
                <w:lang w:val="ru-RU"/>
              </w:rPr>
              <w:t>Расчёт характеристики мощности синхронного генератора</w:t>
            </w:r>
          </w:p>
        </w:tc>
      </w:tr>
      <w:tr w:rsidR="00CD005E" w:rsidRPr="004B2A9F" w:rsidTr="00CD005E">
        <w:trPr>
          <w:trHeight w:val="110"/>
        </w:trPr>
        <w:tc>
          <w:tcPr>
            <w:tcW w:w="9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05E" w:rsidRPr="00B465A8" w:rsidRDefault="00CD005E" w:rsidP="00CD005E">
            <w:pPr>
              <w:widowControl w:val="0"/>
              <w:spacing w:line="240" w:lineRule="auto"/>
              <w:rPr>
                <w:color w:val="000000"/>
                <w:sz w:val="22"/>
                <w:lang w:val="ru-RU"/>
              </w:rPr>
            </w:pPr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05E" w:rsidRPr="00CD005E" w:rsidRDefault="00CD005E" w:rsidP="00CD005E">
            <w:pPr>
              <w:widowControl w:val="0"/>
              <w:spacing w:line="240" w:lineRule="auto"/>
              <w:jc w:val="center"/>
              <w:rPr>
                <w:color w:val="000000"/>
                <w:sz w:val="22"/>
                <w:lang w:val="ru-RU"/>
              </w:rPr>
            </w:pPr>
            <w:r>
              <w:rPr>
                <w:color w:val="000000"/>
                <w:sz w:val="22"/>
                <w:lang w:val="ru-RU"/>
              </w:rPr>
              <w:t>7</w:t>
            </w:r>
          </w:p>
        </w:tc>
        <w:tc>
          <w:tcPr>
            <w:tcW w:w="3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05E" w:rsidRPr="003C5AD1" w:rsidRDefault="00CD005E" w:rsidP="00CD005E">
            <w:pPr>
              <w:spacing w:line="240" w:lineRule="auto"/>
              <w:rPr>
                <w:sz w:val="21"/>
                <w:szCs w:val="21"/>
                <w:lang w:val="ru-RU"/>
              </w:rPr>
            </w:pPr>
            <w:r w:rsidRPr="003C5AD1">
              <w:rPr>
                <w:sz w:val="21"/>
                <w:szCs w:val="21"/>
                <w:lang w:val="ru-RU"/>
              </w:rPr>
              <w:t>Расчёт электрической нагрузки жилых домов микрорайона</w:t>
            </w:r>
          </w:p>
        </w:tc>
      </w:tr>
      <w:tr w:rsidR="00CD005E" w:rsidRPr="00B465A8" w:rsidTr="00CD005E">
        <w:trPr>
          <w:trHeight w:val="110"/>
        </w:trPr>
        <w:tc>
          <w:tcPr>
            <w:tcW w:w="96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005E" w:rsidRPr="007C223D" w:rsidRDefault="00CD005E" w:rsidP="00CD005E">
            <w:pPr>
              <w:widowControl w:val="0"/>
              <w:spacing w:line="240" w:lineRule="auto"/>
              <w:rPr>
                <w:sz w:val="22"/>
              </w:rPr>
            </w:pPr>
            <w:r w:rsidRPr="007C223D">
              <w:rPr>
                <w:color w:val="000000"/>
                <w:sz w:val="22"/>
              </w:rPr>
              <w:t>4.</w:t>
            </w:r>
            <w:r w:rsidRPr="001502CB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3C5AD1">
              <w:rPr>
                <w:color w:val="000000"/>
                <w:sz w:val="20"/>
                <w:szCs w:val="20"/>
              </w:rPr>
              <w:t>Операторы</w:t>
            </w:r>
            <w:proofErr w:type="spellEnd"/>
            <w:r w:rsidRPr="003C5AD1">
              <w:rPr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3C5AD1">
              <w:rPr>
                <w:color w:val="000000"/>
                <w:sz w:val="20"/>
                <w:szCs w:val="20"/>
              </w:rPr>
              <w:t>графические</w:t>
            </w:r>
            <w:proofErr w:type="spellEnd"/>
            <w:r w:rsidRPr="003C5AD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C5AD1">
              <w:rPr>
                <w:color w:val="000000"/>
                <w:sz w:val="20"/>
                <w:szCs w:val="20"/>
              </w:rPr>
              <w:t>функции</w:t>
            </w:r>
            <w:proofErr w:type="spellEnd"/>
          </w:p>
        </w:tc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05E" w:rsidRPr="00CD005E" w:rsidRDefault="00CD005E" w:rsidP="00CD005E">
            <w:pPr>
              <w:widowControl w:val="0"/>
              <w:spacing w:line="240" w:lineRule="auto"/>
              <w:jc w:val="center"/>
              <w:rPr>
                <w:color w:val="000000"/>
                <w:sz w:val="22"/>
                <w:lang w:val="ru-RU"/>
              </w:rPr>
            </w:pPr>
            <w:r>
              <w:rPr>
                <w:color w:val="000000"/>
                <w:sz w:val="22"/>
                <w:lang w:val="ru-RU"/>
              </w:rPr>
              <w:t>8</w:t>
            </w:r>
          </w:p>
        </w:tc>
        <w:tc>
          <w:tcPr>
            <w:tcW w:w="3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05E" w:rsidRPr="003C5AD1" w:rsidRDefault="00CD005E" w:rsidP="00CD005E">
            <w:pPr>
              <w:spacing w:line="240" w:lineRule="auto"/>
              <w:rPr>
                <w:sz w:val="21"/>
                <w:szCs w:val="21"/>
                <w:lang w:val="ru-RU"/>
              </w:rPr>
            </w:pPr>
            <w:r w:rsidRPr="003C5AD1">
              <w:rPr>
                <w:sz w:val="21"/>
                <w:szCs w:val="21"/>
                <w:lang w:val="ru-RU"/>
              </w:rPr>
              <w:t>Определение удельного сопротивления кабеля</w:t>
            </w:r>
          </w:p>
        </w:tc>
      </w:tr>
    </w:tbl>
    <w:p w:rsidR="00B465A8" w:rsidRPr="00B465A8" w:rsidRDefault="00B465A8" w:rsidP="009B6882">
      <w:pPr>
        <w:rPr>
          <w:b/>
          <w:szCs w:val="24"/>
          <w:lang w:val="ru-RU"/>
        </w:rPr>
      </w:pPr>
    </w:p>
    <w:p w:rsidR="00B465A8" w:rsidRPr="00B465A8" w:rsidRDefault="00B465A8" w:rsidP="00B465A8">
      <w:pPr>
        <w:spacing w:after="240"/>
        <w:jc w:val="center"/>
        <w:rPr>
          <w:szCs w:val="24"/>
          <w:lang w:val="ru-RU"/>
        </w:rPr>
      </w:pPr>
      <w:r w:rsidRPr="00B465A8">
        <w:rPr>
          <w:b/>
          <w:szCs w:val="24"/>
          <w:lang w:val="ru-RU"/>
        </w:rPr>
        <w:t>Критерии оценки зачета</w:t>
      </w:r>
      <w:r w:rsidRPr="00B465A8">
        <w:rPr>
          <w:szCs w:val="24"/>
          <w:lang w:val="ru-RU"/>
        </w:rPr>
        <w:t xml:space="preserve"> </w:t>
      </w:r>
    </w:p>
    <w:p w:rsidR="00B465A8" w:rsidRPr="00B465A8" w:rsidRDefault="00B465A8" w:rsidP="00B465A8">
      <w:pPr>
        <w:spacing w:after="240"/>
        <w:jc w:val="center"/>
        <w:rPr>
          <w:szCs w:val="24"/>
          <w:lang w:val="ru-RU"/>
        </w:rPr>
      </w:pPr>
      <w:r w:rsidRPr="00B465A8">
        <w:rPr>
          <w:szCs w:val="24"/>
          <w:lang w:val="ru-RU"/>
        </w:rPr>
        <w:t>по дисциплине Б1.В.14 Основы инженерного проектирования</w:t>
      </w: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8363"/>
      </w:tblGrid>
      <w:tr w:rsidR="00B465A8" w:rsidRPr="0061790B" w:rsidTr="004B2A9F">
        <w:tc>
          <w:tcPr>
            <w:tcW w:w="1702" w:type="dxa"/>
            <w:vAlign w:val="center"/>
          </w:tcPr>
          <w:p w:rsidR="00B465A8" w:rsidRPr="0061790B" w:rsidRDefault="00B465A8" w:rsidP="004B2A9F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61790B">
              <w:rPr>
                <w:b/>
                <w:szCs w:val="24"/>
              </w:rPr>
              <w:t>Оценка</w:t>
            </w:r>
            <w:proofErr w:type="spellEnd"/>
          </w:p>
        </w:tc>
        <w:tc>
          <w:tcPr>
            <w:tcW w:w="8363" w:type="dxa"/>
            <w:vAlign w:val="center"/>
          </w:tcPr>
          <w:p w:rsidR="00B465A8" w:rsidRPr="0061790B" w:rsidRDefault="00B465A8" w:rsidP="004B2A9F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61790B">
              <w:rPr>
                <w:b/>
                <w:szCs w:val="24"/>
              </w:rPr>
              <w:t>Критерии</w:t>
            </w:r>
            <w:proofErr w:type="spellEnd"/>
          </w:p>
        </w:tc>
      </w:tr>
      <w:tr w:rsidR="00B465A8" w:rsidRPr="004B2A9F" w:rsidTr="004B2A9F">
        <w:tc>
          <w:tcPr>
            <w:tcW w:w="1702" w:type="dxa"/>
          </w:tcPr>
          <w:p w:rsidR="00B465A8" w:rsidRPr="0061790B" w:rsidRDefault="00B465A8" w:rsidP="004B2A9F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Зачтено</w:t>
            </w:r>
            <w:proofErr w:type="spellEnd"/>
          </w:p>
        </w:tc>
        <w:tc>
          <w:tcPr>
            <w:tcW w:w="8363" w:type="dxa"/>
            <w:vAlign w:val="center"/>
          </w:tcPr>
          <w:p w:rsidR="00B465A8" w:rsidRPr="00B465A8" w:rsidRDefault="00B465A8" w:rsidP="004B2A9F">
            <w:pPr>
              <w:spacing w:line="240" w:lineRule="auto"/>
              <w:rPr>
                <w:szCs w:val="24"/>
                <w:lang w:val="ru-RU"/>
              </w:rPr>
            </w:pPr>
            <w:r w:rsidRPr="00B465A8">
              <w:rPr>
                <w:szCs w:val="24"/>
                <w:lang w:val="ru-RU"/>
              </w:rPr>
              <w:t>Оценка «зачтено» выставляется в случае, если обучающийся усвоил программный материал и демонстрирует:</w:t>
            </w:r>
          </w:p>
          <w:p w:rsidR="00B465A8" w:rsidRPr="00B465A8" w:rsidRDefault="00B465A8" w:rsidP="004B2A9F">
            <w:pPr>
              <w:spacing w:line="240" w:lineRule="auto"/>
              <w:rPr>
                <w:szCs w:val="24"/>
                <w:lang w:val="ru-RU"/>
              </w:rPr>
            </w:pPr>
            <w:r w:rsidRPr="00B465A8">
              <w:rPr>
                <w:szCs w:val="24"/>
                <w:lang w:val="ru-RU"/>
              </w:rPr>
              <w:t xml:space="preserve">- допустимое знание программного материала в области </w:t>
            </w:r>
            <w:r w:rsidR="00CD005E">
              <w:rPr>
                <w:szCs w:val="24"/>
                <w:lang w:val="ru-RU"/>
              </w:rPr>
              <w:t>компьютерных технологий</w:t>
            </w:r>
            <w:r w:rsidRPr="00B465A8">
              <w:rPr>
                <w:szCs w:val="24"/>
                <w:lang w:val="ru-RU"/>
              </w:rPr>
              <w:t>;</w:t>
            </w:r>
          </w:p>
          <w:p w:rsidR="00B465A8" w:rsidRPr="00B465A8" w:rsidRDefault="00B465A8" w:rsidP="004B2A9F">
            <w:pPr>
              <w:spacing w:line="240" w:lineRule="auto"/>
              <w:rPr>
                <w:szCs w:val="24"/>
                <w:lang w:val="ru-RU"/>
              </w:rPr>
            </w:pPr>
            <w:r w:rsidRPr="00B465A8">
              <w:rPr>
                <w:szCs w:val="24"/>
                <w:lang w:val="ru-RU"/>
              </w:rPr>
              <w:t xml:space="preserve">- умение правильного применения программных комплексов; </w:t>
            </w:r>
          </w:p>
          <w:p w:rsidR="00B465A8" w:rsidRPr="00B465A8" w:rsidRDefault="00B465A8" w:rsidP="004B2A9F">
            <w:pPr>
              <w:spacing w:line="240" w:lineRule="auto"/>
              <w:rPr>
                <w:szCs w:val="24"/>
                <w:lang w:val="ru-RU"/>
              </w:rPr>
            </w:pPr>
            <w:r w:rsidRPr="00B465A8">
              <w:rPr>
                <w:szCs w:val="24"/>
                <w:lang w:val="ru-RU"/>
              </w:rPr>
              <w:t>- владеет допустимым уровнем навыков, полученных в ходе изучения программного материала.</w:t>
            </w:r>
          </w:p>
        </w:tc>
      </w:tr>
      <w:tr w:rsidR="00B465A8" w:rsidRPr="004B2A9F" w:rsidTr="004B2A9F">
        <w:tc>
          <w:tcPr>
            <w:tcW w:w="1702" w:type="dxa"/>
          </w:tcPr>
          <w:p w:rsidR="00B465A8" w:rsidRPr="0061790B" w:rsidRDefault="00B465A8" w:rsidP="004B2A9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Не </w:t>
            </w:r>
            <w:proofErr w:type="spellStart"/>
            <w:r>
              <w:rPr>
                <w:szCs w:val="24"/>
              </w:rPr>
              <w:t>зачтено</w:t>
            </w:r>
            <w:proofErr w:type="spellEnd"/>
          </w:p>
        </w:tc>
        <w:tc>
          <w:tcPr>
            <w:tcW w:w="8363" w:type="dxa"/>
            <w:vAlign w:val="center"/>
          </w:tcPr>
          <w:p w:rsidR="00B465A8" w:rsidRPr="00B465A8" w:rsidRDefault="00B465A8" w:rsidP="004B2A9F">
            <w:pPr>
              <w:spacing w:line="240" w:lineRule="auto"/>
              <w:rPr>
                <w:szCs w:val="24"/>
                <w:lang w:val="ru-RU"/>
              </w:rPr>
            </w:pPr>
            <w:r w:rsidRPr="00B465A8">
              <w:rPr>
                <w:szCs w:val="24"/>
                <w:lang w:val="ru-RU"/>
              </w:rPr>
              <w:t>Оценка «не зачтено» выставляется в случае, если уровень владения программным материалом в области инженерного проектирования не отвечает допустимым требованиям усвоения материала.</w:t>
            </w:r>
          </w:p>
        </w:tc>
      </w:tr>
    </w:tbl>
    <w:p w:rsidR="00B465A8" w:rsidRPr="00B465A8" w:rsidRDefault="00B465A8" w:rsidP="00B465A8">
      <w:pPr>
        <w:rPr>
          <w:szCs w:val="24"/>
          <w:lang w:val="ru-RU"/>
        </w:rPr>
      </w:pPr>
    </w:p>
    <w:p w:rsidR="00B465A8" w:rsidRPr="00B465A8" w:rsidRDefault="00B465A8" w:rsidP="00B465A8">
      <w:pPr>
        <w:rPr>
          <w:szCs w:val="24"/>
          <w:lang w:val="ru-RU"/>
        </w:rPr>
      </w:pPr>
      <w:r w:rsidRPr="00B465A8">
        <w:rPr>
          <w:szCs w:val="24"/>
          <w:lang w:val="ru-RU"/>
        </w:rPr>
        <w:t>Составитель:</w:t>
      </w:r>
    </w:p>
    <w:p w:rsidR="00B465A8" w:rsidRPr="00B465A8" w:rsidRDefault="00B465A8" w:rsidP="00B465A8">
      <w:pPr>
        <w:rPr>
          <w:szCs w:val="24"/>
          <w:lang w:val="ru-RU"/>
        </w:rPr>
      </w:pPr>
      <w:r w:rsidRPr="00B465A8">
        <w:rPr>
          <w:szCs w:val="24"/>
          <w:lang w:val="ru-RU"/>
        </w:rPr>
        <w:t>В.В. Кижин, старший преподаватель кафедры энергетики     _________________</w:t>
      </w:r>
    </w:p>
    <w:p w:rsidR="00B465A8" w:rsidRPr="00B465A8" w:rsidRDefault="00B465A8" w:rsidP="00B465A8">
      <w:pPr>
        <w:ind w:left="-709"/>
        <w:jc w:val="center"/>
        <w:rPr>
          <w:b/>
          <w:szCs w:val="24"/>
          <w:lang w:val="ru-RU"/>
        </w:rPr>
      </w:pPr>
    </w:p>
    <w:p w:rsidR="00B465A8" w:rsidRDefault="00B465A8">
      <w:pPr>
        <w:rPr>
          <w:lang w:val="ru-RU"/>
        </w:rPr>
      </w:pPr>
    </w:p>
    <w:p w:rsidR="009B6882" w:rsidRDefault="009B6882">
      <w:pPr>
        <w:rPr>
          <w:lang w:val="ru-RU"/>
        </w:rPr>
      </w:pPr>
    </w:p>
    <w:p w:rsidR="009B6882" w:rsidRDefault="009B6882">
      <w:pPr>
        <w:rPr>
          <w:lang w:val="ru-RU"/>
        </w:rPr>
      </w:pPr>
    </w:p>
    <w:p w:rsidR="009B6882" w:rsidRDefault="009B6882">
      <w:pPr>
        <w:rPr>
          <w:lang w:val="ru-RU"/>
        </w:rPr>
      </w:pPr>
    </w:p>
    <w:p w:rsidR="009B6882" w:rsidRDefault="009B6882">
      <w:pPr>
        <w:rPr>
          <w:lang w:val="ru-RU"/>
        </w:rPr>
      </w:pPr>
    </w:p>
    <w:p w:rsidR="009B6882" w:rsidRDefault="009B6882">
      <w:pPr>
        <w:rPr>
          <w:lang w:val="ru-RU"/>
        </w:rPr>
      </w:pPr>
    </w:p>
    <w:p w:rsidR="009B6882" w:rsidRDefault="009B6882" w:rsidP="009B6882">
      <w:pPr>
        <w:ind w:left="-709"/>
        <w:jc w:val="center"/>
        <w:rPr>
          <w:b/>
          <w:szCs w:val="24"/>
          <w:lang w:val="ru-RU"/>
        </w:rPr>
      </w:pPr>
    </w:p>
    <w:p w:rsidR="009B6882" w:rsidRPr="00CD005E" w:rsidRDefault="009B6882" w:rsidP="009B6882">
      <w:pPr>
        <w:tabs>
          <w:tab w:val="left" w:pos="2295"/>
        </w:tabs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rFonts w:eastAsia="Times New Roman" w:cs="Times New Roman"/>
          <w:b/>
          <w:szCs w:val="24"/>
          <w:lang w:val="ru-RU" w:eastAsia="ru-RU"/>
        </w:rPr>
      </w:pPr>
      <w:r w:rsidRPr="00CD005E">
        <w:rPr>
          <w:rFonts w:eastAsia="Times New Roman" w:cs="Times New Roman"/>
          <w:b/>
          <w:szCs w:val="24"/>
          <w:lang w:val="ru-RU" w:eastAsia="ru-RU"/>
        </w:rPr>
        <w:t xml:space="preserve">Комплект оценочных средств для диагностического дисциплинарного тестирования </w:t>
      </w:r>
    </w:p>
    <w:p w:rsidR="009B6882" w:rsidRPr="009B6882" w:rsidRDefault="009B6882" w:rsidP="009B6882">
      <w:pPr>
        <w:jc w:val="center"/>
        <w:rPr>
          <w:szCs w:val="24"/>
          <w:lang w:val="ru-RU"/>
        </w:rPr>
      </w:pPr>
      <w:r w:rsidRPr="009121ED">
        <w:rPr>
          <w:lang w:val="ru-RU"/>
        </w:rPr>
        <w:t>Б1.О.05.02 Компьютерные технологии</w:t>
      </w:r>
    </w:p>
    <w:p w:rsidR="009B6882" w:rsidRPr="009B6882" w:rsidRDefault="009B6882" w:rsidP="009B6882">
      <w:pPr>
        <w:spacing w:line="240" w:lineRule="auto"/>
        <w:ind w:left="-142"/>
        <w:jc w:val="center"/>
        <w:rPr>
          <w:szCs w:val="28"/>
          <w:lang w:val="ru-RU"/>
        </w:rPr>
      </w:pPr>
      <w:r w:rsidRPr="009B6882">
        <w:rPr>
          <w:szCs w:val="28"/>
          <w:lang w:val="ru-RU"/>
        </w:rPr>
        <w:t xml:space="preserve">по компетенции </w:t>
      </w:r>
      <w:r>
        <w:rPr>
          <w:color w:val="000000"/>
          <w:szCs w:val="24"/>
          <w:lang w:val="ru-RU"/>
        </w:rPr>
        <w:t>У</w:t>
      </w:r>
      <w:r w:rsidRPr="00B465A8">
        <w:rPr>
          <w:color w:val="000000"/>
          <w:szCs w:val="24"/>
          <w:lang w:val="ru-RU"/>
        </w:rPr>
        <w:t xml:space="preserve">К-1: </w:t>
      </w:r>
      <w:r>
        <w:rPr>
          <w:color w:val="000000"/>
          <w:szCs w:val="24"/>
          <w:lang w:val="ru-RU"/>
        </w:rPr>
        <w:t>Способность осуществлять поиск, критический анализ и синтез информации, применять системный подход для решения поставленных задач</w:t>
      </w:r>
    </w:p>
    <w:p w:rsidR="009B6882" w:rsidRPr="009B6882" w:rsidRDefault="009B6882" w:rsidP="009B6882">
      <w:pPr>
        <w:ind w:left="20"/>
        <w:jc w:val="center"/>
        <w:rPr>
          <w:szCs w:val="28"/>
          <w:lang w:val="ru-RU"/>
        </w:rPr>
      </w:pPr>
    </w:p>
    <w:tbl>
      <w:tblPr>
        <w:tblW w:w="5000" w:type="pct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896"/>
        <w:gridCol w:w="7014"/>
      </w:tblGrid>
      <w:tr w:rsidR="009B6882" w:rsidRPr="004B2A9F" w:rsidTr="004B2A9F">
        <w:tc>
          <w:tcPr>
            <w:tcW w:w="146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9B6882" w:rsidRPr="009B6882" w:rsidRDefault="009B6882" w:rsidP="004B2A9F">
            <w:pPr>
              <w:suppressAutoHyphens/>
              <w:spacing w:line="240" w:lineRule="auto"/>
              <w:ind w:left="-57" w:right="-57"/>
              <w:jc w:val="center"/>
              <w:rPr>
                <w:i/>
                <w:kern w:val="1"/>
                <w:szCs w:val="24"/>
                <w:lang w:val="ru-RU"/>
              </w:rPr>
            </w:pPr>
            <w:r w:rsidRPr="009B6882">
              <w:rPr>
                <w:b/>
                <w:kern w:val="1"/>
                <w:szCs w:val="24"/>
                <w:lang w:val="ru-RU"/>
              </w:rPr>
              <w:t>Код и содержание индикаторов достижения</w:t>
            </w:r>
          </w:p>
        </w:tc>
        <w:tc>
          <w:tcPr>
            <w:tcW w:w="353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9B6882" w:rsidRPr="009B6882" w:rsidRDefault="009B6882" w:rsidP="004B2A9F">
            <w:pPr>
              <w:suppressAutoHyphens/>
              <w:spacing w:line="240" w:lineRule="auto"/>
              <w:ind w:left="-57" w:right="-57"/>
              <w:jc w:val="center"/>
              <w:rPr>
                <w:b/>
                <w:kern w:val="1"/>
                <w:szCs w:val="24"/>
                <w:lang w:val="ru-RU"/>
              </w:rPr>
            </w:pPr>
            <w:r w:rsidRPr="009B6882">
              <w:rPr>
                <w:b/>
                <w:kern w:val="1"/>
                <w:szCs w:val="24"/>
                <w:lang w:val="ru-RU"/>
              </w:rPr>
              <w:t>Планируемые результаты обучения по дисциплине</w:t>
            </w:r>
          </w:p>
        </w:tc>
      </w:tr>
      <w:tr w:rsidR="009B6882" w:rsidRPr="004B2A9F" w:rsidTr="004B2A9F">
        <w:tc>
          <w:tcPr>
            <w:tcW w:w="146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9B6882" w:rsidRPr="009B6882" w:rsidRDefault="009B6882" w:rsidP="004B2A9F">
            <w:pPr>
              <w:suppressAutoHyphens/>
              <w:spacing w:line="240" w:lineRule="auto"/>
              <w:ind w:left="-57" w:right="-57"/>
              <w:jc w:val="center"/>
              <w:rPr>
                <w:b/>
                <w:i/>
                <w:kern w:val="1"/>
                <w:szCs w:val="24"/>
                <w:lang w:val="ru-RU"/>
              </w:rPr>
            </w:pPr>
            <w:r w:rsidRPr="009B6882">
              <w:rPr>
                <w:i/>
                <w:szCs w:val="24"/>
                <w:lang w:val="ru-RU"/>
              </w:rPr>
              <w:t>УК-1.2. Использует системный подход для решения поставленных задач</w:t>
            </w:r>
          </w:p>
        </w:tc>
        <w:tc>
          <w:tcPr>
            <w:tcW w:w="353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B6882" w:rsidRPr="009B6882" w:rsidRDefault="009B6882" w:rsidP="004B2A9F">
            <w:pPr>
              <w:suppressAutoHyphens/>
              <w:spacing w:line="240" w:lineRule="auto"/>
              <w:ind w:left="-57" w:right="-57"/>
              <w:rPr>
                <w:b/>
                <w:kern w:val="2"/>
                <w:szCs w:val="24"/>
                <w:lang w:val="ru-RU"/>
              </w:rPr>
            </w:pPr>
            <w:r w:rsidRPr="009B6882">
              <w:rPr>
                <w:b/>
                <w:kern w:val="2"/>
                <w:szCs w:val="24"/>
                <w:lang w:val="ru-RU"/>
              </w:rPr>
              <w:t>Знать:</w:t>
            </w:r>
          </w:p>
          <w:p w:rsidR="009B6882" w:rsidRDefault="009B6882" w:rsidP="004B2A9F">
            <w:pPr>
              <w:suppressAutoHyphens/>
              <w:spacing w:line="240" w:lineRule="auto"/>
              <w:ind w:left="-57" w:right="-57"/>
              <w:rPr>
                <w:szCs w:val="24"/>
                <w:lang w:val="ru-RU"/>
              </w:rPr>
            </w:pPr>
            <w:r w:rsidRPr="009B6882">
              <w:rPr>
                <w:kern w:val="2"/>
                <w:szCs w:val="24"/>
                <w:lang w:val="ru-RU"/>
              </w:rPr>
              <w:t>-</w:t>
            </w:r>
            <w:r w:rsidRPr="00387066">
              <w:rPr>
                <w:kern w:val="2"/>
                <w:szCs w:val="24"/>
              </w:rPr>
              <w:t> </w:t>
            </w:r>
            <w:r w:rsidRPr="009B6882">
              <w:rPr>
                <w:szCs w:val="24"/>
                <w:lang w:val="ru-RU"/>
              </w:rPr>
              <w:t xml:space="preserve">способы использования компьютерных технологий. </w:t>
            </w:r>
          </w:p>
          <w:p w:rsidR="009B6882" w:rsidRPr="009B6882" w:rsidRDefault="009B6882" w:rsidP="004B2A9F">
            <w:pPr>
              <w:suppressAutoHyphens/>
              <w:spacing w:line="240" w:lineRule="auto"/>
              <w:ind w:left="-57" w:right="-57"/>
              <w:rPr>
                <w:b/>
                <w:kern w:val="2"/>
                <w:szCs w:val="24"/>
                <w:lang w:val="ru-RU"/>
              </w:rPr>
            </w:pPr>
            <w:r w:rsidRPr="009B6882">
              <w:rPr>
                <w:b/>
                <w:kern w:val="2"/>
                <w:szCs w:val="24"/>
                <w:lang w:val="ru-RU"/>
              </w:rPr>
              <w:t>Уметь:</w:t>
            </w:r>
          </w:p>
          <w:p w:rsidR="009B6882" w:rsidRPr="009B6882" w:rsidRDefault="009B6882" w:rsidP="004B2A9F">
            <w:pPr>
              <w:suppressAutoHyphens/>
              <w:spacing w:line="240" w:lineRule="auto"/>
              <w:ind w:left="-57" w:right="-57"/>
              <w:rPr>
                <w:kern w:val="2"/>
                <w:szCs w:val="24"/>
                <w:lang w:val="ru-RU"/>
              </w:rPr>
            </w:pPr>
            <w:r w:rsidRPr="009B6882">
              <w:rPr>
                <w:kern w:val="2"/>
                <w:szCs w:val="24"/>
                <w:lang w:val="ru-RU"/>
              </w:rPr>
              <w:t>-</w:t>
            </w:r>
            <w:r w:rsidRPr="00387066">
              <w:rPr>
                <w:kern w:val="2"/>
                <w:szCs w:val="24"/>
              </w:rPr>
              <w:t> </w:t>
            </w:r>
            <w:r>
              <w:rPr>
                <w:szCs w:val="24"/>
                <w:lang w:val="ru-RU"/>
              </w:rPr>
              <w:t xml:space="preserve">применять компьютерную технику </w:t>
            </w:r>
            <w:r w:rsidRPr="009B6882">
              <w:rPr>
                <w:szCs w:val="24"/>
                <w:lang w:val="ru-RU"/>
              </w:rPr>
              <w:t>в своей профессиональной деятельности, в работе над проектами электроэнергетических и электротехнических систем и отдельных их компонентов.</w:t>
            </w:r>
          </w:p>
          <w:p w:rsidR="009B6882" w:rsidRPr="009B6882" w:rsidRDefault="009B6882" w:rsidP="004B2A9F">
            <w:pPr>
              <w:suppressAutoHyphens/>
              <w:spacing w:line="240" w:lineRule="auto"/>
              <w:ind w:left="-57" w:right="-57"/>
              <w:rPr>
                <w:b/>
                <w:kern w:val="2"/>
                <w:szCs w:val="24"/>
                <w:lang w:val="ru-RU"/>
              </w:rPr>
            </w:pPr>
            <w:r w:rsidRPr="009B6882">
              <w:rPr>
                <w:b/>
                <w:kern w:val="2"/>
                <w:szCs w:val="24"/>
                <w:lang w:val="ru-RU"/>
              </w:rPr>
              <w:t>Владеть:</w:t>
            </w:r>
          </w:p>
          <w:p w:rsidR="009B6882" w:rsidRPr="009B6882" w:rsidRDefault="009B6882" w:rsidP="004B2A9F">
            <w:pPr>
              <w:suppressAutoHyphens/>
              <w:spacing w:line="240" w:lineRule="auto"/>
              <w:ind w:left="-57" w:right="-57"/>
              <w:rPr>
                <w:kern w:val="2"/>
                <w:szCs w:val="24"/>
                <w:lang w:val="ru-RU"/>
              </w:rPr>
            </w:pPr>
            <w:r w:rsidRPr="009B6882">
              <w:rPr>
                <w:kern w:val="2"/>
                <w:szCs w:val="24"/>
                <w:lang w:val="ru-RU"/>
              </w:rPr>
              <w:t>-</w:t>
            </w:r>
            <w:r w:rsidRPr="00387066">
              <w:rPr>
                <w:kern w:val="2"/>
                <w:szCs w:val="24"/>
              </w:rPr>
              <w:t> </w:t>
            </w:r>
            <w:r w:rsidRPr="009B6882">
              <w:rPr>
                <w:szCs w:val="24"/>
                <w:lang w:val="ru-RU"/>
              </w:rPr>
              <w:t>средствами компьютерной техники и сетевых технологий в своей предметной области.</w:t>
            </w:r>
          </w:p>
        </w:tc>
      </w:tr>
    </w:tbl>
    <w:p w:rsidR="009B6882" w:rsidRPr="009B6882" w:rsidRDefault="009B6882" w:rsidP="009B6882">
      <w:pPr>
        <w:ind w:left="20"/>
        <w:jc w:val="center"/>
        <w:rPr>
          <w:b/>
          <w:sz w:val="28"/>
          <w:szCs w:val="28"/>
          <w:lang w:val="ru-RU"/>
        </w:rPr>
      </w:pPr>
    </w:p>
    <w:p w:rsidR="009B6882" w:rsidRPr="009B6882" w:rsidRDefault="009B6882" w:rsidP="009B6882">
      <w:pPr>
        <w:spacing w:after="240" w:line="240" w:lineRule="auto"/>
        <w:jc w:val="center"/>
        <w:rPr>
          <w:b/>
          <w:szCs w:val="28"/>
          <w:lang w:val="ru-RU"/>
        </w:rPr>
      </w:pPr>
      <w:r w:rsidRPr="009B6882">
        <w:rPr>
          <w:b/>
          <w:szCs w:val="28"/>
          <w:lang w:val="ru-RU"/>
        </w:rPr>
        <w:t>Распределение заданий</w:t>
      </w:r>
      <w:r w:rsidRPr="009B6882">
        <w:rPr>
          <w:szCs w:val="28"/>
          <w:lang w:val="ru-RU"/>
        </w:rPr>
        <w:t xml:space="preserve"> </w:t>
      </w:r>
      <w:r w:rsidRPr="009B6882">
        <w:rPr>
          <w:b/>
          <w:szCs w:val="28"/>
          <w:lang w:val="ru-RU"/>
        </w:rPr>
        <w:t>по типам и уровням сложности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2"/>
        <w:gridCol w:w="1908"/>
        <w:gridCol w:w="4616"/>
        <w:gridCol w:w="1589"/>
      </w:tblGrid>
      <w:tr w:rsidR="009B6882" w:rsidRPr="0061790B" w:rsidTr="004B2A9F">
        <w:trPr>
          <w:trHeight w:val="20"/>
          <w:jc w:val="center"/>
        </w:trPr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B12DD4" w:rsidRDefault="009B6882" w:rsidP="004B2A9F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B12DD4">
              <w:rPr>
                <w:b/>
                <w:szCs w:val="24"/>
              </w:rPr>
              <w:t>Индикатор</w:t>
            </w:r>
            <w:proofErr w:type="spellEnd"/>
            <w:r w:rsidRPr="00B12DD4">
              <w:rPr>
                <w:b/>
                <w:szCs w:val="24"/>
              </w:rPr>
              <w:t xml:space="preserve"> </w:t>
            </w:r>
            <w:proofErr w:type="spellStart"/>
            <w:r w:rsidRPr="00B12DD4">
              <w:rPr>
                <w:b/>
                <w:szCs w:val="24"/>
              </w:rPr>
              <w:t>компетенции</w:t>
            </w:r>
            <w:proofErr w:type="spellEnd"/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B12DD4" w:rsidRDefault="009B6882" w:rsidP="004B2A9F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B12DD4">
              <w:rPr>
                <w:b/>
                <w:szCs w:val="24"/>
              </w:rPr>
              <w:t>Уровень</w:t>
            </w:r>
            <w:proofErr w:type="spellEnd"/>
            <w:r w:rsidRPr="00B12DD4">
              <w:rPr>
                <w:b/>
                <w:szCs w:val="24"/>
              </w:rPr>
              <w:t xml:space="preserve"> </w:t>
            </w:r>
            <w:proofErr w:type="spellStart"/>
            <w:r w:rsidRPr="00B12DD4">
              <w:rPr>
                <w:b/>
                <w:szCs w:val="24"/>
              </w:rPr>
              <w:t>сложности</w:t>
            </w:r>
            <w:proofErr w:type="spellEnd"/>
            <w:r w:rsidRPr="00B12DD4">
              <w:rPr>
                <w:b/>
                <w:szCs w:val="24"/>
              </w:rPr>
              <w:t xml:space="preserve"> </w:t>
            </w:r>
            <w:proofErr w:type="spellStart"/>
            <w:r w:rsidRPr="00B12DD4"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2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B12DD4" w:rsidRDefault="009B6882" w:rsidP="004B2A9F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B12DD4">
              <w:rPr>
                <w:b/>
                <w:szCs w:val="24"/>
              </w:rPr>
              <w:t>Тип</w:t>
            </w:r>
            <w:proofErr w:type="spellEnd"/>
            <w:r w:rsidRPr="00B12DD4">
              <w:rPr>
                <w:b/>
                <w:szCs w:val="24"/>
              </w:rPr>
              <w:t xml:space="preserve"> </w:t>
            </w:r>
            <w:proofErr w:type="spellStart"/>
            <w:r w:rsidRPr="00B12DD4"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B12DD4" w:rsidRDefault="009B6882" w:rsidP="004B2A9F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B12DD4">
              <w:rPr>
                <w:b/>
                <w:szCs w:val="24"/>
              </w:rPr>
              <w:t>Количество</w:t>
            </w:r>
            <w:proofErr w:type="spellEnd"/>
            <w:r w:rsidRPr="00B12DD4">
              <w:rPr>
                <w:b/>
                <w:szCs w:val="24"/>
              </w:rPr>
              <w:t xml:space="preserve"> </w:t>
            </w:r>
            <w:r w:rsidRPr="00B12DD4">
              <w:rPr>
                <w:b/>
                <w:szCs w:val="24"/>
              </w:rPr>
              <w:br/>
            </w:r>
            <w:proofErr w:type="spellStart"/>
            <w:r w:rsidRPr="00B12DD4">
              <w:rPr>
                <w:b/>
                <w:szCs w:val="24"/>
              </w:rPr>
              <w:t>заданий</w:t>
            </w:r>
            <w:proofErr w:type="spellEnd"/>
          </w:p>
        </w:tc>
      </w:tr>
      <w:tr w:rsidR="009B6882" w:rsidRPr="0061790B" w:rsidTr="004B2A9F">
        <w:trPr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B12DD4" w:rsidRDefault="009B6882" w:rsidP="009B6882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B12DD4">
              <w:rPr>
                <w:b/>
                <w:szCs w:val="24"/>
              </w:rPr>
              <w:t>Семестр</w:t>
            </w:r>
            <w:proofErr w:type="spellEnd"/>
            <w:r w:rsidRPr="00B12DD4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</w:t>
            </w:r>
          </w:p>
        </w:tc>
      </w:tr>
      <w:tr w:rsidR="009B6882" w:rsidRPr="0061790B" w:rsidTr="004B2A9F">
        <w:trPr>
          <w:trHeight w:val="20"/>
          <w:jc w:val="center"/>
        </w:trPr>
        <w:tc>
          <w:tcPr>
            <w:tcW w:w="9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82" w:rsidRPr="00B12DD4" w:rsidRDefault="009B6882" w:rsidP="004B2A9F">
            <w:pPr>
              <w:spacing w:line="240" w:lineRule="auto"/>
              <w:jc w:val="center"/>
              <w:rPr>
                <w:szCs w:val="24"/>
              </w:rPr>
            </w:pPr>
            <w:r w:rsidRPr="009B6882">
              <w:rPr>
                <w:i/>
                <w:szCs w:val="24"/>
                <w:lang w:val="ru-RU"/>
              </w:rPr>
              <w:t>УК-1.2.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82" w:rsidRPr="00B12DD4" w:rsidRDefault="009B6882" w:rsidP="004B2A9F">
            <w:pPr>
              <w:spacing w:line="240" w:lineRule="auto"/>
              <w:rPr>
                <w:szCs w:val="24"/>
              </w:rPr>
            </w:pPr>
            <w:proofErr w:type="spellStart"/>
            <w:r w:rsidRPr="00B12DD4">
              <w:rPr>
                <w:szCs w:val="24"/>
              </w:rPr>
              <w:t>Базовый</w:t>
            </w:r>
            <w:proofErr w:type="spellEnd"/>
            <w:r w:rsidRPr="00B12DD4">
              <w:rPr>
                <w:szCs w:val="24"/>
              </w:rPr>
              <w:t xml:space="preserve"> (20%)</w:t>
            </w:r>
          </w:p>
        </w:tc>
        <w:tc>
          <w:tcPr>
            <w:tcW w:w="2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82" w:rsidRPr="009B6882" w:rsidRDefault="009B6882" w:rsidP="004B2A9F">
            <w:pPr>
              <w:spacing w:line="240" w:lineRule="auto"/>
              <w:rPr>
                <w:szCs w:val="24"/>
                <w:lang w:val="ru-RU"/>
              </w:rPr>
            </w:pPr>
            <w:r w:rsidRPr="009B6882">
              <w:rPr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882" w:rsidRPr="00B12DD4" w:rsidRDefault="009B6882" w:rsidP="004B2A9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9B6882" w:rsidRPr="0061790B" w:rsidTr="004B2A9F">
        <w:trPr>
          <w:trHeight w:val="516"/>
          <w:jc w:val="center"/>
        </w:trPr>
        <w:tc>
          <w:tcPr>
            <w:tcW w:w="9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B12DD4" w:rsidRDefault="009B6882" w:rsidP="004B2A9F">
            <w:pPr>
              <w:spacing w:line="240" w:lineRule="auto"/>
              <w:rPr>
                <w:szCs w:val="24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82" w:rsidRPr="00B12DD4" w:rsidRDefault="009B6882" w:rsidP="004B2A9F">
            <w:pPr>
              <w:spacing w:line="240" w:lineRule="auto"/>
              <w:rPr>
                <w:szCs w:val="24"/>
              </w:rPr>
            </w:pPr>
            <w:proofErr w:type="spellStart"/>
            <w:r w:rsidRPr="00B12DD4">
              <w:rPr>
                <w:szCs w:val="24"/>
              </w:rPr>
              <w:t>Повышенный</w:t>
            </w:r>
            <w:proofErr w:type="spellEnd"/>
            <w:r w:rsidRPr="00B12DD4">
              <w:rPr>
                <w:szCs w:val="24"/>
              </w:rPr>
              <w:t xml:space="preserve"> (70%)</w:t>
            </w:r>
          </w:p>
        </w:tc>
        <w:tc>
          <w:tcPr>
            <w:tcW w:w="2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6882" w:rsidRPr="009B6882" w:rsidRDefault="009B6882" w:rsidP="004B2A9F">
            <w:pPr>
              <w:spacing w:line="240" w:lineRule="auto"/>
              <w:rPr>
                <w:szCs w:val="24"/>
                <w:lang w:val="ru-RU"/>
              </w:rPr>
            </w:pPr>
            <w:r w:rsidRPr="009B6882">
              <w:rPr>
                <w:szCs w:val="24"/>
                <w:lang w:val="ru-RU"/>
              </w:rPr>
              <w:t>Задания с развернутым ответом на ввод одного/нескольких пропущенных слов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6882" w:rsidRPr="00B12DD4" w:rsidRDefault="009B6882" w:rsidP="004B2A9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</w:tr>
      <w:tr w:rsidR="009B6882" w:rsidRPr="0061790B" w:rsidTr="004B2A9F">
        <w:trPr>
          <w:trHeight w:val="20"/>
          <w:jc w:val="center"/>
        </w:trPr>
        <w:tc>
          <w:tcPr>
            <w:tcW w:w="9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B12DD4" w:rsidRDefault="009B6882" w:rsidP="004B2A9F">
            <w:pPr>
              <w:spacing w:line="240" w:lineRule="auto"/>
              <w:rPr>
                <w:szCs w:val="24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82" w:rsidRPr="00B12DD4" w:rsidRDefault="009B6882" w:rsidP="004B2A9F">
            <w:pPr>
              <w:spacing w:line="240" w:lineRule="auto"/>
              <w:rPr>
                <w:szCs w:val="24"/>
              </w:rPr>
            </w:pPr>
            <w:proofErr w:type="spellStart"/>
            <w:r w:rsidRPr="00B12DD4">
              <w:rPr>
                <w:szCs w:val="24"/>
              </w:rPr>
              <w:t>Высокий</w:t>
            </w:r>
            <w:proofErr w:type="spellEnd"/>
            <w:r w:rsidRPr="00B12DD4">
              <w:rPr>
                <w:szCs w:val="24"/>
              </w:rPr>
              <w:t xml:space="preserve"> (10%)</w:t>
            </w:r>
          </w:p>
        </w:tc>
        <w:tc>
          <w:tcPr>
            <w:tcW w:w="2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82" w:rsidRPr="00B12DD4" w:rsidRDefault="009B6882" w:rsidP="004B2A9F">
            <w:pPr>
              <w:spacing w:line="240" w:lineRule="auto"/>
              <w:rPr>
                <w:szCs w:val="24"/>
              </w:rPr>
            </w:pPr>
            <w:proofErr w:type="spellStart"/>
            <w:r w:rsidRPr="00B12DD4">
              <w:rPr>
                <w:szCs w:val="24"/>
              </w:rPr>
              <w:t>Решение</w:t>
            </w:r>
            <w:proofErr w:type="spellEnd"/>
            <w:r w:rsidRPr="00B12DD4">
              <w:rPr>
                <w:szCs w:val="24"/>
              </w:rPr>
              <w:t xml:space="preserve"> </w:t>
            </w:r>
            <w:proofErr w:type="spellStart"/>
            <w:r w:rsidRPr="00B12DD4">
              <w:rPr>
                <w:szCs w:val="24"/>
              </w:rPr>
              <w:t>задач</w:t>
            </w:r>
            <w:proofErr w:type="spellEnd"/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882" w:rsidRPr="00B12DD4" w:rsidRDefault="009B6882" w:rsidP="004B2A9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9B6882" w:rsidRPr="00B12DD4" w:rsidTr="004B2A9F">
        <w:trPr>
          <w:trHeight w:val="20"/>
          <w:jc w:val="center"/>
        </w:trPr>
        <w:tc>
          <w:tcPr>
            <w:tcW w:w="41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B12DD4" w:rsidRDefault="009B6882" w:rsidP="004B2A9F">
            <w:pPr>
              <w:spacing w:line="240" w:lineRule="auto"/>
              <w:jc w:val="right"/>
              <w:rPr>
                <w:b/>
                <w:szCs w:val="24"/>
              </w:rPr>
            </w:pPr>
            <w:proofErr w:type="spellStart"/>
            <w:r w:rsidRPr="00B12DD4">
              <w:rPr>
                <w:b/>
                <w:szCs w:val="24"/>
              </w:rPr>
              <w:t>Итого</w:t>
            </w:r>
            <w:proofErr w:type="spellEnd"/>
            <w:r w:rsidRPr="00B12DD4">
              <w:rPr>
                <w:b/>
                <w:szCs w:val="24"/>
              </w:rPr>
              <w:t xml:space="preserve"> </w:t>
            </w:r>
            <w:proofErr w:type="spellStart"/>
            <w:r w:rsidRPr="00B12DD4">
              <w:rPr>
                <w:b/>
                <w:szCs w:val="24"/>
              </w:rPr>
              <w:t>для</w:t>
            </w:r>
            <w:proofErr w:type="spellEnd"/>
            <w:r w:rsidRPr="00B12DD4">
              <w:rPr>
                <w:b/>
                <w:szCs w:val="24"/>
              </w:rPr>
              <w:t xml:space="preserve"> </w:t>
            </w:r>
            <w:r w:rsidRPr="009B6882">
              <w:rPr>
                <w:b/>
                <w:szCs w:val="24"/>
              </w:rPr>
              <w:t>УК-1.2.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882" w:rsidRPr="00B12DD4" w:rsidRDefault="009B6882" w:rsidP="009B6882">
            <w:pPr>
              <w:spacing w:line="240" w:lineRule="auto"/>
              <w:jc w:val="center"/>
              <w:rPr>
                <w:b/>
                <w:szCs w:val="24"/>
              </w:rPr>
            </w:pPr>
            <w:r w:rsidRPr="00B12DD4"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>0</w:t>
            </w:r>
          </w:p>
        </w:tc>
      </w:tr>
    </w:tbl>
    <w:p w:rsidR="009B6882" w:rsidRPr="0061790B" w:rsidRDefault="009B6882" w:rsidP="009B6882">
      <w:pPr>
        <w:ind w:left="20"/>
        <w:jc w:val="center"/>
        <w:rPr>
          <w:b/>
          <w:sz w:val="28"/>
          <w:szCs w:val="28"/>
        </w:rPr>
      </w:pPr>
    </w:p>
    <w:p w:rsidR="009B6882" w:rsidRPr="0061790B" w:rsidRDefault="009B6882" w:rsidP="009B6882">
      <w:pPr>
        <w:spacing w:after="240"/>
        <w:jc w:val="center"/>
        <w:rPr>
          <w:b/>
          <w:szCs w:val="28"/>
        </w:rPr>
      </w:pPr>
      <w:proofErr w:type="spellStart"/>
      <w:r w:rsidRPr="0061790B">
        <w:rPr>
          <w:b/>
          <w:szCs w:val="28"/>
        </w:rPr>
        <w:t>Комплект</w:t>
      </w:r>
      <w:proofErr w:type="spellEnd"/>
      <w:r w:rsidRPr="0061790B">
        <w:rPr>
          <w:b/>
          <w:szCs w:val="28"/>
        </w:rPr>
        <w:t xml:space="preserve"> </w:t>
      </w:r>
      <w:proofErr w:type="spellStart"/>
      <w:r w:rsidRPr="0061790B">
        <w:rPr>
          <w:b/>
          <w:szCs w:val="28"/>
        </w:rPr>
        <w:t>тестовых</w:t>
      </w:r>
      <w:proofErr w:type="spellEnd"/>
      <w:r w:rsidRPr="0061790B">
        <w:rPr>
          <w:b/>
          <w:szCs w:val="28"/>
        </w:rPr>
        <w:t xml:space="preserve"> </w:t>
      </w:r>
      <w:proofErr w:type="spellStart"/>
      <w:r w:rsidRPr="0061790B">
        <w:rPr>
          <w:b/>
          <w:szCs w:val="28"/>
        </w:rPr>
        <w:t>заданий</w:t>
      </w:r>
      <w:proofErr w:type="spellEnd"/>
      <w:r w:rsidRPr="0061790B">
        <w:rPr>
          <w:b/>
          <w:szCs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1"/>
        <w:gridCol w:w="1730"/>
        <w:gridCol w:w="1402"/>
        <w:gridCol w:w="4572"/>
      </w:tblGrid>
      <w:tr w:rsidR="009B6882" w:rsidRPr="0061790B" w:rsidTr="004B2A9F">
        <w:trPr>
          <w:jc w:val="center"/>
        </w:trPr>
        <w:tc>
          <w:tcPr>
            <w:tcW w:w="1641" w:type="dxa"/>
            <w:shd w:val="clear" w:color="auto" w:fill="D9D9D9"/>
          </w:tcPr>
          <w:p w:rsidR="009B6882" w:rsidRPr="00B12DD4" w:rsidRDefault="009B6882" w:rsidP="004B2A9F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B12DD4">
              <w:rPr>
                <w:b/>
                <w:szCs w:val="24"/>
              </w:rPr>
              <w:t>Индикатор</w:t>
            </w:r>
            <w:proofErr w:type="spellEnd"/>
            <w:r w:rsidRPr="00B12DD4">
              <w:rPr>
                <w:b/>
                <w:szCs w:val="24"/>
              </w:rPr>
              <w:t xml:space="preserve"> </w:t>
            </w:r>
          </w:p>
        </w:tc>
        <w:tc>
          <w:tcPr>
            <w:tcW w:w="1730" w:type="dxa"/>
            <w:shd w:val="clear" w:color="auto" w:fill="D9D9D9"/>
          </w:tcPr>
          <w:p w:rsidR="009B6882" w:rsidRPr="00B12DD4" w:rsidRDefault="009B6882" w:rsidP="004B2A9F">
            <w:pPr>
              <w:spacing w:line="240" w:lineRule="auto"/>
              <w:rPr>
                <w:b/>
                <w:szCs w:val="24"/>
              </w:rPr>
            </w:pPr>
            <w:r w:rsidRPr="009B6882">
              <w:rPr>
                <w:b/>
                <w:szCs w:val="24"/>
              </w:rPr>
              <w:t>УК-1.2.</w:t>
            </w:r>
          </w:p>
        </w:tc>
        <w:tc>
          <w:tcPr>
            <w:tcW w:w="1402" w:type="dxa"/>
            <w:shd w:val="clear" w:color="auto" w:fill="D9D9D9"/>
          </w:tcPr>
          <w:p w:rsidR="009B6882" w:rsidRPr="00B12DD4" w:rsidRDefault="009B6882" w:rsidP="004B2A9F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B12DD4">
              <w:rPr>
                <w:b/>
                <w:szCs w:val="24"/>
              </w:rPr>
              <w:t>Семестр</w:t>
            </w:r>
            <w:proofErr w:type="spellEnd"/>
          </w:p>
        </w:tc>
        <w:tc>
          <w:tcPr>
            <w:tcW w:w="4572" w:type="dxa"/>
            <w:shd w:val="clear" w:color="auto" w:fill="D9D9D9"/>
          </w:tcPr>
          <w:p w:rsidR="009B6882" w:rsidRPr="00B12DD4" w:rsidRDefault="009B6882" w:rsidP="004B2A9F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</w:tr>
      <w:tr w:rsidR="009B6882" w:rsidRPr="0061790B" w:rsidTr="004B2A9F">
        <w:trPr>
          <w:jc w:val="center"/>
        </w:trPr>
        <w:tc>
          <w:tcPr>
            <w:tcW w:w="3371" w:type="dxa"/>
            <w:gridSpan w:val="2"/>
            <w:shd w:val="clear" w:color="auto" w:fill="auto"/>
          </w:tcPr>
          <w:p w:rsidR="009B6882" w:rsidRPr="00B12DD4" w:rsidRDefault="009B6882" w:rsidP="004B2A9F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B12DD4">
              <w:rPr>
                <w:b/>
                <w:szCs w:val="24"/>
              </w:rPr>
              <w:t>Уровень</w:t>
            </w:r>
            <w:proofErr w:type="spellEnd"/>
            <w:r w:rsidRPr="00B12DD4">
              <w:rPr>
                <w:b/>
                <w:szCs w:val="24"/>
              </w:rPr>
              <w:t xml:space="preserve"> </w:t>
            </w:r>
            <w:proofErr w:type="spellStart"/>
            <w:r w:rsidRPr="00B12DD4"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5974" w:type="dxa"/>
            <w:gridSpan w:val="2"/>
            <w:shd w:val="clear" w:color="auto" w:fill="auto"/>
          </w:tcPr>
          <w:p w:rsidR="009B6882" w:rsidRPr="00B12DD4" w:rsidRDefault="009B6882" w:rsidP="004B2A9F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B12DD4">
              <w:rPr>
                <w:b/>
                <w:szCs w:val="24"/>
              </w:rPr>
              <w:t>Базовый</w:t>
            </w:r>
            <w:proofErr w:type="spellEnd"/>
          </w:p>
        </w:tc>
      </w:tr>
      <w:tr w:rsidR="009B6882" w:rsidRPr="004B2A9F" w:rsidTr="004B2A9F">
        <w:trPr>
          <w:jc w:val="center"/>
        </w:trPr>
        <w:tc>
          <w:tcPr>
            <w:tcW w:w="3371" w:type="dxa"/>
            <w:gridSpan w:val="2"/>
            <w:shd w:val="clear" w:color="auto" w:fill="auto"/>
          </w:tcPr>
          <w:p w:rsidR="009B6882" w:rsidRPr="00B12DD4" w:rsidRDefault="009B6882" w:rsidP="004B2A9F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B12DD4">
              <w:rPr>
                <w:b/>
                <w:szCs w:val="24"/>
              </w:rPr>
              <w:t>Тип</w:t>
            </w:r>
            <w:proofErr w:type="spellEnd"/>
            <w:r w:rsidRPr="00B12DD4">
              <w:rPr>
                <w:b/>
                <w:szCs w:val="24"/>
              </w:rPr>
              <w:t xml:space="preserve"> </w:t>
            </w:r>
            <w:proofErr w:type="spellStart"/>
            <w:r w:rsidRPr="00B12DD4"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5974" w:type="dxa"/>
            <w:gridSpan w:val="2"/>
            <w:shd w:val="clear" w:color="auto" w:fill="auto"/>
          </w:tcPr>
          <w:p w:rsidR="009B6882" w:rsidRPr="009B6882" w:rsidRDefault="009B6882" w:rsidP="004B2A9F">
            <w:pPr>
              <w:spacing w:line="240" w:lineRule="auto"/>
              <w:rPr>
                <w:b/>
                <w:szCs w:val="24"/>
                <w:lang w:val="ru-RU"/>
              </w:rPr>
            </w:pPr>
            <w:r w:rsidRPr="009B6882">
              <w:rPr>
                <w:b/>
                <w:szCs w:val="24"/>
                <w:lang w:val="ru-RU"/>
              </w:rPr>
              <w:t>Задания с выбором одного ответа / нескольких ответов</w:t>
            </w:r>
          </w:p>
        </w:tc>
      </w:tr>
      <w:tr w:rsidR="009B6882" w:rsidRPr="0061790B" w:rsidTr="004B2A9F">
        <w:trPr>
          <w:trHeight w:val="986"/>
          <w:jc w:val="center"/>
        </w:trPr>
        <w:tc>
          <w:tcPr>
            <w:tcW w:w="9345" w:type="dxa"/>
            <w:gridSpan w:val="4"/>
            <w:shd w:val="clear" w:color="auto" w:fill="auto"/>
          </w:tcPr>
          <w:p w:rsidR="009B6882" w:rsidRPr="00D4176F" w:rsidRDefault="009B6882" w:rsidP="004B2A9F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9B6882" w:rsidRPr="00D4176F" w:rsidRDefault="009B6882" w:rsidP="004B2A9F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D4176F">
              <w:rPr>
                <w:rFonts w:cs="Times New Roman"/>
                <w:b/>
                <w:szCs w:val="24"/>
                <w:lang w:val="ru-RU"/>
              </w:rPr>
              <w:t xml:space="preserve">Задание 1. </w:t>
            </w:r>
            <w:r w:rsidRPr="00D4176F">
              <w:rPr>
                <w:rFonts w:cs="Times New Roman"/>
                <w:i/>
                <w:szCs w:val="24"/>
                <w:lang w:val="ru-RU"/>
              </w:rPr>
              <w:t>Прочитайте текст и выберите один верный вариант ответа из предложенного множества.</w:t>
            </w:r>
          </w:p>
          <w:p w:rsidR="009B6882" w:rsidRPr="00D4176F" w:rsidRDefault="009B6882" w:rsidP="004B2A9F">
            <w:pPr>
              <w:spacing w:line="240" w:lineRule="auto"/>
              <w:ind w:firstLine="175"/>
              <w:rPr>
                <w:rFonts w:cs="Times New Roman"/>
                <w:szCs w:val="24"/>
                <w:lang w:val="ru-RU"/>
              </w:rPr>
            </w:pPr>
          </w:p>
          <w:p w:rsidR="009B6882" w:rsidRPr="00D4176F" w:rsidRDefault="004B2A9F" w:rsidP="004B2A9F">
            <w:pPr>
              <w:spacing w:line="240" w:lineRule="auto"/>
              <w:ind w:firstLine="284"/>
              <w:rPr>
                <w:rFonts w:eastAsia="Times New Roman" w:cs="Times New Roman"/>
                <w:szCs w:val="24"/>
                <w:lang w:val="ru-RU" w:eastAsia="ru-RU"/>
              </w:rPr>
            </w:pPr>
            <w:r w:rsidRPr="00D4176F">
              <w:rPr>
                <w:rFonts w:eastAsia="Times New Roman" w:cs="Times New Roman"/>
                <w:bCs/>
                <w:szCs w:val="24"/>
                <w:lang w:val="ru-RU" w:eastAsia="ru-RU"/>
              </w:rPr>
              <w:t>Как создать вектор времени t от 0 до 1 с шагом 0.01 в MATLAB?</w:t>
            </w:r>
          </w:p>
          <w:p w:rsidR="009B6882" w:rsidRPr="00D4176F" w:rsidRDefault="009B6882" w:rsidP="004B2A9F">
            <w:pPr>
              <w:pStyle w:val="14"/>
              <w:widowControl/>
              <w:rPr>
                <w:i/>
                <w:snapToGrid/>
                <w:sz w:val="24"/>
                <w:szCs w:val="24"/>
              </w:rPr>
            </w:pPr>
          </w:p>
          <w:p w:rsidR="009B6882" w:rsidRPr="00D4176F" w:rsidRDefault="009B6882" w:rsidP="004B2A9F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D4176F">
              <w:rPr>
                <w:i/>
                <w:snapToGrid/>
                <w:sz w:val="24"/>
                <w:szCs w:val="24"/>
              </w:rPr>
              <w:t xml:space="preserve">Варианты ответа: </w:t>
            </w:r>
          </w:p>
          <w:p w:rsidR="009B6882" w:rsidRPr="00D4176F" w:rsidRDefault="009B6882" w:rsidP="004B2A9F">
            <w:pPr>
              <w:pStyle w:val="14"/>
              <w:widowControl/>
              <w:rPr>
                <w:i/>
                <w:snapToGrid/>
                <w:sz w:val="24"/>
                <w:szCs w:val="24"/>
              </w:rPr>
            </w:pPr>
          </w:p>
          <w:p w:rsidR="004B2A9F" w:rsidRPr="00D4176F" w:rsidRDefault="004B2A9F" w:rsidP="004B2A9F">
            <w:pPr>
              <w:pStyle w:val="14"/>
              <w:widowControl/>
              <w:numPr>
                <w:ilvl w:val="0"/>
                <w:numId w:val="13"/>
              </w:numPr>
              <w:tabs>
                <w:tab w:val="left" w:pos="284"/>
              </w:tabs>
              <w:ind w:left="0" w:hanging="11"/>
              <w:rPr>
                <w:sz w:val="24"/>
                <w:szCs w:val="24"/>
              </w:rPr>
            </w:pPr>
            <w:r w:rsidRPr="00D4176F">
              <w:rPr>
                <w:sz w:val="24"/>
                <w:szCs w:val="24"/>
              </w:rPr>
              <w:t>t = [0 1 0.01]</w:t>
            </w:r>
          </w:p>
          <w:p w:rsidR="004B2A9F" w:rsidRPr="00D4176F" w:rsidRDefault="004B2A9F" w:rsidP="004B2A9F">
            <w:pPr>
              <w:pStyle w:val="14"/>
              <w:widowControl/>
              <w:numPr>
                <w:ilvl w:val="0"/>
                <w:numId w:val="13"/>
              </w:numPr>
              <w:tabs>
                <w:tab w:val="left" w:pos="284"/>
              </w:tabs>
              <w:ind w:left="0" w:hanging="11"/>
              <w:rPr>
                <w:sz w:val="24"/>
                <w:szCs w:val="24"/>
              </w:rPr>
            </w:pPr>
            <w:r w:rsidRPr="00D4176F">
              <w:rPr>
                <w:sz w:val="24"/>
                <w:szCs w:val="24"/>
              </w:rPr>
              <w:t xml:space="preserve">t = </w:t>
            </w:r>
            <w:proofErr w:type="gramStart"/>
            <w:r w:rsidRPr="00D4176F">
              <w:rPr>
                <w:sz w:val="24"/>
                <w:szCs w:val="24"/>
              </w:rPr>
              <w:t>0:0.01:1</w:t>
            </w:r>
            <w:proofErr w:type="gramEnd"/>
          </w:p>
          <w:p w:rsidR="004B2A9F" w:rsidRPr="00D4176F" w:rsidRDefault="004B2A9F" w:rsidP="004B2A9F">
            <w:pPr>
              <w:pStyle w:val="14"/>
              <w:widowControl/>
              <w:numPr>
                <w:ilvl w:val="0"/>
                <w:numId w:val="13"/>
              </w:numPr>
              <w:tabs>
                <w:tab w:val="left" w:pos="284"/>
              </w:tabs>
              <w:ind w:left="0" w:hanging="11"/>
              <w:rPr>
                <w:sz w:val="24"/>
                <w:szCs w:val="24"/>
              </w:rPr>
            </w:pPr>
            <w:r w:rsidRPr="00D4176F">
              <w:rPr>
                <w:sz w:val="24"/>
                <w:szCs w:val="24"/>
              </w:rPr>
              <w:t xml:space="preserve">t = </w:t>
            </w:r>
            <w:proofErr w:type="spellStart"/>
            <w:proofErr w:type="gramStart"/>
            <w:r w:rsidRPr="00D4176F">
              <w:rPr>
                <w:sz w:val="24"/>
                <w:szCs w:val="24"/>
              </w:rPr>
              <w:t>linspace</w:t>
            </w:r>
            <w:proofErr w:type="spellEnd"/>
            <w:r w:rsidRPr="00D4176F">
              <w:rPr>
                <w:sz w:val="24"/>
                <w:szCs w:val="24"/>
              </w:rPr>
              <w:t>(</w:t>
            </w:r>
            <w:proofErr w:type="gramEnd"/>
            <w:r w:rsidRPr="00D4176F">
              <w:rPr>
                <w:sz w:val="24"/>
                <w:szCs w:val="24"/>
              </w:rPr>
              <w:t>0, 1, 0.01)</w:t>
            </w:r>
          </w:p>
          <w:p w:rsidR="009B6882" w:rsidRPr="00D4176F" w:rsidRDefault="004B2A9F" w:rsidP="004B2A9F">
            <w:pPr>
              <w:pStyle w:val="14"/>
              <w:widowControl/>
              <w:numPr>
                <w:ilvl w:val="0"/>
                <w:numId w:val="13"/>
              </w:numPr>
              <w:tabs>
                <w:tab w:val="left" w:pos="284"/>
              </w:tabs>
              <w:ind w:left="0" w:hanging="11"/>
              <w:rPr>
                <w:snapToGrid/>
                <w:sz w:val="24"/>
                <w:szCs w:val="24"/>
              </w:rPr>
            </w:pPr>
            <w:r w:rsidRPr="00D4176F">
              <w:rPr>
                <w:sz w:val="24"/>
                <w:szCs w:val="24"/>
              </w:rPr>
              <w:lastRenderedPageBreak/>
              <w:t xml:space="preserve">t = </w:t>
            </w:r>
            <w:proofErr w:type="gramStart"/>
            <w:r w:rsidRPr="00D4176F">
              <w:rPr>
                <w:sz w:val="24"/>
                <w:szCs w:val="24"/>
              </w:rPr>
              <w:t>0..</w:t>
            </w:r>
            <w:proofErr w:type="gramEnd"/>
            <w:r w:rsidRPr="00D4176F">
              <w:rPr>
                <w:sz w:val="24"/>
                <w:szCs w:val="24"/>
              </w:rPr>
              <w:t>0.01..1</w:t>
            </w:r>
          </w:p>
          <w:p w:rsidR="009B6882" w:rsidRPr="00D4176F" w:rsidRDefault="009B6882" w:rsidP="004B2A9F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D4176F">
              <w:rPr>
                <w:i/>
                <w:snapToGrid/>
                <w:sz w:val="24"/>
                <w:szCs w:val="24"/>
              </w:rPr>
              <w:t>Ответ: 2</w:t>
            </w:r>
          </w:p>
          <w:p w:rsidR="009B6882" w:rsidRPr="00D4176F" w:rsidRDefault="009B6882" w:rsidP="004B2A9F">
            <w:pPr>
              <w:spacing w:line="240" w:lineRule="auto"/>
              <w:ind w:firstLine="284"/>
              <w:rPr>
                <w:rFonts w:cs="Times New Roman"/>
                <w:b/>
                <w:szCs w:val="24"/>
              </w:rPr>
            </w:pPr>
          </w:p>
          <w:p w:rsidR="009B6882" w:rsidRPr="00D4176F" w:rsidRDefault="009B6882" w:rsidP="004B2A9F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D4176F">
              <w:rPr>
                <w:rFonts w:cs="Times New Roman"/>
                <w:b/>
                <w:szCs w:val="24"/>
                <w:lang w:val="ru-RU"/>
              </w:rPr>
              <w:t>Задание 2.</w:t>
            </w:r>
            <w:r w:rsidRPr="00D4176F">
              <w:rPr>
                <w:rFonts w:cs="Times New Roman"/>
                <w:i/>
                <w:szCs w:val="24"/>
                <w:lang w:val="ru-RU"/>
              </w:rPr>
              <w:t xml:space="preserve">  Прочитайте текст и </w:t>
            </w:r>
            <w:r w:rsidR="004B2A9F" w:rsidRPr="00D4176F">
              <w:rPr>
                <w:rFonts w:cs="Times New Roman"/>
                <w:i/>
                <w:szCs w:val="24"/>
                <w:lang w:val="ru-RU"/>
              </w:rPr>
              <w:t xml:space="preserve">выберите </w:t>
            </w:r>
            <w:r w:rsidRPr="00D4176F">
              <w:rPr>
                <w:rFonts w:cs="Times New Roman"/>
                <w:i/>
                <w:szCs w:val="24"/>
                <w:lang w:val="ru-RU"/>
              </w:rPr>
              <w:t>несколько верный вариант ответа из предложенного множества.</w:t>
            </w:r>
          </w:p>
          <w:p w:rsidR="009B6882" w:rsidRPr="00D4176F" w:rsidRDefault="009B6882" w:rsidP="004B2A9F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9B6882" w:rsidRPr="00D4176F" w:rsidRDefault="004B2A9F" w:rsidP="004B2A9F">
            <w:pPr>
              <w:pStyle w:val="14"/>
              <w:widowControl/>
              <w:rPr>
                <w:i/>
                <w:snapToGrid/>
                <w:sz w:val="24"/>
                <w:szCs w:val="24"/>
              </w:rPr>
            </w:pPr>
            <w:r w:rsidRPr="00D4176F">
              <w:rPr>
                <w:snapToGrid/>
                <w:sz w:val="24"/>
                <w:szCs w:val="24"/>
              </w:rPr>
              <w:t>Какие операции относятся к арифметическим в MATLAB?</w:t>
            </w:r>
            <w:r w:rsidR="009B6882" w:rsidRPr="00D4176F">
              <w:rPr>
                <w:sz w:val="24"/>
                <w:szCs w:val="24"/>
              </w:rPr>
              <w:br/>
            </w:r>
          </w:p>
          <w:p w:rsidR="009B6882" w:rsidRPr="00D4176F" w:rsidRDefault="009B6882" w:rsidP="004B2A9F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D4176F">
              <w:rPr>
                <w:i/>
                <w:snapToGrid/>
                <w:sz w:val="24"/>
                <w:szCs w:val="24"/>
              </w:rPr>
              <w:t>Варианты ответа:</w:t>
            </w:r>
          </w:p>
          <w:p w:rsidR="009B6882" w:rsidRPr="00D4176F" w:rsidRDefault="004B2A9F" w:rsidP="004B2A9F">
            <w:pPr>
              <w:pStyle w:val="14"/>
              <w:widowControl/>
              <w:tabs>
                <w:tab w:val="left" w:pos="284"/>
              </w:tabs>
              <w:rPr>
                <w:snapToGrid/>
                <w:sz w:val="24"/>
                <w:szCs w:val="24"/>
              </w:rPr>
            </w:pPr>
            <w:r w:rsidRPr="00D4176F">
              <w:rPr>
                <w:sz w:val="24"/>
                <w:szCs w:val="24"/>
                <w:lang w:val="en-US"/>
              </w:rPr>
              <w:t>1)</w:t>
            </w:r>
            <w:r w:rsidRPr="00D4176F">
              <w:rPr>
                <w:sz w:val="24"/>
                <w:szCs w:val="24"/>
              </w:rPr>
              <w:t>+</w:t>
            </w:r>
          </w:p>
          <w:p w:rsidR="004B2A9F" w:rsidRPr="00D4176F" w:rsidRDefault="004B2A9F" w:rsidP="004B2A9F">
            <w:pPr>
              <w:pStyle w:val="14"/>
              <w:widowControl/>
              <w:tabs>
                <w:tab w:val="left" w:pos="284"/>
              </w:tabs>
              <w:rPr>
                <w:sz w:val="24"/>
                <w:szCs w:val="24"/>
              </w:rPr>
            </w:pPr>
            <w:r w:rsidRPr="00D4176F">
              <w:rPr>
                <w:sz w:val="24"/>
                <w:szCs w:val="24"/>
                <w:lang w:val="en-US"/>
              </w:rPr>
              <w:t>2)</w:t>
            </w:r>
            <w:r w:rsidRPr="00D4176F">
              <w:rPr>
                <w:sz w:val="24"/>
                <w:szCs w:val="24"/>
              </w:rPr>
              <w:t>*</w:t>
            </w:r>
          </w:p>
          <w:p w:rsidR="009B6882" w:rsidRPr="00D4176F" w:rsidRDefault="004B2A9F" w:rsidP="004B2A9F">
            <w:pPr>
              <w:pStyle w:val="14"/>
              <w:widowControl/>
              <w:tabs>
                <w:tab w:val="left" w:pos="284"/>
              </w:tabs>
              <w:rPr>
                <w:snapToGrid/>
                <w:sz w:val="24"/>
                <w:szCs w:val="24"/>
              </w:rPr>
            </w:pPr>
            <w:r w:rsidRPr="00D4176F">
              <w:rPr>
                <w:snapToGrid/>
                <w:sz w:val="24"/>
                <w:szCs w:val="24"/>
                <w:lang w:val="en-US"/>
              </w:rPr>
              <w:t>3)</w:t>
            </w:r>
            <w:r w:rsidRPr="00D4176F">
              <w:rPr>
                <w:sz w:val="24"/>
                <w:szCs w:val="24"/>
                <w:lang w:val="en-US"/>
              </w:rPr>
              <w:t>&amp;</w:t>
            </w:r>
          </w:p>
          <w:p w:rsidR="009B6882" w:rsidRPr="00D4176F" w:rsidRDefault="004B2A9F" w:rsidP="004B2A9F">
            <w:pPr>
              <w:pStyle w:val="14"/>
              <w:widowControl/>
              <w:rPr>
                <w:i/>
                <w:snapToGrid/>
                <w:sz w:val="24"/>
                <w:szCs w:val="24"/>
                <w:lang w:val="en-US"/>
              </w:rPr>
            </w:pPr>
            <w:r w:rsidRPr="00D4176F">
              <w:rPr>
                <w:sz w:val="24"/>
                <w:szCs w:val="24"/>
                <w:lang w:val="en-US"/>
              </w:rPr>
              <w:t>4) ^</w:t>
            </w:r>
          </w:p>
          <w:p w:rsidR="009B6882" w:rsidRPr="00D4176F" w:rsidRDefault="009B6882" w:rsidP="004B2A9F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D4176F">
              <w:rPr>
                <w:i/>
                <w:snapToGrid/>
                <w:sz w:val="24"/>
                <w:szCs w:val="24"/>
              </w:rPr>
              <w:t>Ответ: 1,2,4</w:t>
            </w:r>
          </w:p>
          <w:p w:rsidR="004B2A9F" w:rsidRPr="00D4176F" w:rsidRDefault="004B2A9F" w:rsidP="004B2A9F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4B2A9F" w:rsidRPr="00D4176F" w:rsidRDefault="004B2A9F" w:rsidP="004B2A9F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D4176F">
              <w:rPr>
                <w:rFonts w:cs="Times New Roman"/>
                <w:b/>
                <w:szCs w:val="24"/>
                <w:lang w:val="ru-RU"/>
              </w:rPr>
              <w:t>Задание 3.</w:t>
            </w:r>
            <w:r w:rsidRPr="00D4176F">
              <w:rPr>
                <w:rFonts w:cs="Times New Roman"/>
                <w:i/>
                <w:szCs w:val="24"/>
                <w:lang w:val="ru-RU"/>
              </w:rPr>
              <w:t xml:space="preserve">  </w:t>
            </w:r>
            <w:r w:rsidR="00B970FC" w:rsidRPr="00D4176F">
              <w:rPr>
                <w:rFonts w:cs="Times New Roman"/>
                <w:i/>
                <w:szCs w:val="24"/>
                <w:lang w:val="ru-RU"/>
              </w:rPr>
              <w:t>Прочитайте текст и выберите один верный вариант ответа из предложенного множества</w:t>
            </w:r>
            <w:r w:rsidRPr="00D4176F">
              <w:rPr>
                <w:rFonts w:cs="Times New Roman"/>
                <w:i/>
                <w:szCs w:val="24"/>
                <w:lang w:val="ru-RU"/>
              </w:rPr>
              <w:t>.</w:t>
            </w:r>
          </w:p>
          <w:p w:rsidR="004B2A9F" w:rsidRPr="00D4176F" w:rsidRDefault="004B2A9F" w:rsidP="004B2A9F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4B2A9F" w:rsidRPr="00D4176F" w:rsidRDefault="004B2A9F" w:rsidP="004B2A9F">
            <w:pPr>
              <w:pStyle w:val="14"/>
              <w:widowControl/>
              <w:rPr>
                <w:i/>
                <w:snapToGrid/>
                <w:sz w:val="24"/>
                <w:szCs w:val="24"/>
              </w:rPr>
            </w:pPr>
            <w:r w:rsidRPr="00D4176F">
              <w:rPr>
                <w:bCs/>
                <w:snapToGrid/>
                <w:sz w:val="24"/>
                <w:szCs w:val="24"/>
              </w:rPr>
              <w:t>Чем отличается оператор </w:t>
            </w:r>
            <w:r w:rsidRPr="00D4176F">
              <w:rPr>
                <w:snapToGrid/>
                <w:sz w:val="24"/>
                <w:szCs w:val="24"/>
              </w:rPr>
              <w:t>*</w:t>
            </w:r>
            <w:r w:rsidRPr="00D4176F">
              <w:rPr>
                <w:bCs/>
                <w:snapToGrid/>
                <w:sz w:val="24"/>
                <w:szCs w:val="24"/>
              </w:rPr>
              <w:t> </w:t>
            </w:r>
            <w:proofErr w:type="gramStart"/>
            <w:r w:rsidRPr="00D4176F">
              <w:rPr>
                <w:bCs/>
                <w:snapToGrid/>
                <w:sz w:val="24"/>
                <w:szCs w:val="24"/>
              </w:rPr>
              <w:t>от </w:t>
            </w:r>
            <w:r w:rsidRPr="00D4176F">
              <w:rPr>
                <w:snapToGrid/>
                <w:sz w:val="24"/>
                <w:szCs w:val="24"/>
              </w:rPr>
              <w:t>.</w:t>
            </w:r>
            <w:proofErr w:type="gramEnd"/>
            <w:r w:rsidRPr="00D4176F">
              <w:rPr>
                <w:snapToGrid/>
                <w:sz w:val="24"/>
                <w:szCs w:val="24"/>
              </w:rPr>
              <w:t>*</w:t>
            </w:r>
            <w:r w:rsidRPr="00D4176F">
              <w:rPr>
                <w:bCs/>
                <w:snapToGrid/>
                <w:sz w:val="24"/>
                <w:szCs w:val="24"/>
              </w:rPr>
              <w:t>?</w:t>
            </w:r>
            <w:r w:rsidRPr="00D4176F">
              <w:rPr>
                <w:sz w:val="24"/>
                <w:szCs w:val="24"/>
              </w:rPr>
              <w:br/>
            </w:r>
          </w:p>
          <w:p w:rsidR="004B2A9F" w:rsidRPr="00D4176F" w:rsidRDefault="004B2A9F" w:rsidP="004B2A9F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D4176F">
              <w:rPr>
                <w:i/>
                <w:snapToGrid/>
                <w:sz w:val="24"/>
                <w:szCs w:val="24"/>
              </w:rPr>
              <w:t>Варианты ответа:</w:t>
            </w:r>
          </w:p>
          <w:p w:rsidR="004B2A9F" w:rsidRPr="00D4176F" w:rsidRDefault="004B2A9F" w:rsidP="00B970FC">
            <w:pPr>
              <w:pStyle w:val="14"/>
              <w:widowControl/>
              <w:tabs>
                <w:tab w:val="left" w:pos="284"/>
              </w:tabs>
              <w:rPr>
                <w:sz w:val="24"/>
                <w:szCs w:val="24"/>
              </w:rPr>
            </w:pPr>
            <w:r w:rsidRPr="00D4176F">
              <w:rPr>
                <w:sz w:val="24"/>
                <w:szCs w:val="24"/>
              </w:rPr>
              <w:t>1) * — матричное умножение</w:t>
            </w:r>
            <w:proofErr w:type="gramStart"/>
            <w:r w:rsidRPr="00D4176F">
              <w:rPr>
                <w:sz w:val="24"/>
                <w:szCs w:val="24"/>
              </w:rPr>
              <w:t>, .</w:t>
            </w:r>
            <w:proofErr w:type="gramEnd"/>
            <w:r w:rsidRPr="00D4176F">
              <w:rPr>
                <w:sz w:val="24"/>
                <w:szCs w:val="24"/>
              </w:rPr>
              <w:t>* — поэлементное умножение</w:t>
            </w:r>
          </w:p>
          <w:p w:rsidR="004B2A9F" w:rsidRPr="00D4176F" w:rsidRDefault="004B2A9F" w:rsidP="00B970FC">
            <w:pPr>
              <w:pStyle w:val="14"/>
              <w:widowControl/>
              <w:tabs>
                <w:tab w:val="left" w:pos="284"/>
              </w:tabs>
              <w:rPr>
                <w:sz w:val="24"/>
                <w:szCs w:val="24"/>
              </w:rPr>
            </w:pPr>
            <w:r w:rsidRPr="00D4176F">
              <w:rPr>
                <w:sz w:val="24"/>
                <w:szCs w:val="24"/>
              </w:rPr>
              <w:t>2) * — поэлементное умножение</w:t>
            </w:r>
            <w:proofErr w:type="gramStart"/>
            <w:r w:rsidRPr="00D4176F">
              <w:rPr>
                <w:sz w:val="24"/>
                <w:szCs w:val="24"/>
              </w:rPr>
              <w:t>, .</w:t>
            </w:r>
            <w:proofErr w:type="gramEnd"/>
            <w:r w:rsidRPr="00D4176F">
              <w:rPr>
                <w:sz w:val="24"/>
                <w:szCs w:val="24"/>
              </w:rPr>
              <w:t>* — матричное</w:t>
            </w:r>
          </w:p>
          <w:p w:rsidR="004B2A9F" w:rsidRPr="00D4176F" w:rsidRDefault="004B2A9F" w:rsidP="00B970FC">
            <w:pPr>
              <w:pStyle w:val="14"/>
              <w:widowControl/>
              <w:tabs>
                <w:tab w:val="left" w:pos="284"/>
              </w:tabs>
              <w:rPr>
                <w:sz w:val="24"/>
                <w:szCs w:val="24"/>
              </w:rPr>
            </w:pPr>
            <w:r w:rsidRPr="00D4176F">
              <w:rPr>
                <w:sz w:val="24"/>
                <w:szCs w:val="24"/>
              </w:rPr>
              <w:t>3) * работает только с числами</w:t>
            </w:r>
            <w:proofErr w:type="gramStart"/>
            <w:r w:rsidRPr="00D4176F">
              <w:rPr>
                <w:sz w:val="24"/>
                <w:szCs w:val="24"/>
              </w:rPr>
              <w:t>, .</w:t>
            </w:r>
            <w:proofErr w:type="gramEnd"/>
            <w:r w:rsidRPr="00D4176F">
              <w:rPr>
                <w:sz w:val="24"/>
                <w:szCs w:val="24"/>
              </w:rPr>
              <w:t>* — с векторами</w:t>
            </w:r>
          </w:p>
          <w:p w:rsidR="004B2A9F" w:rsidRPr="00D4176F" w:rsidRDefault="004B2A9F" w:rsidP="00B970FC">
            <w:pPr>
              <w:pStyle w:val="14"/>
              <w:widowControl/>
              <w:tabs>
                <w:tab w:val="left" w:pos="284"/>
              </w:tabs>
              <w:rPr>
                <w:sz w:val="24"/>
                <w:szCs w:val="24"/>
              </w:rPr>
            </w:pPr>
            <w:r w:rsidRPr="00D4176F">
              <w:rPr>
                <w:sz w:val="24"/>
                <w:szCs w:val="24"/>
              </w:rPr>
              <w:t>4) Ничем, это одно и то же</w:t>
            </w:r>
          </w:p>
          <w:p w:rsidR="004B2A9F" w:rsidRPr="00D4176F" w:rsidRDefault="004B2A9F" w:rsidP="004B2A9F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4B2A9F" w:rsidRPr="00D4176F" w:rsidRDefault="004B2A9F" w:rsidP="004B2A9F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D4176F">
              <w:rPr>
                <w:i/>
                <w:snapToGrid/>
                <w:sz w:val="24"/>
                <w:szCs w:val="24"/>
              </w:rPr>
              <w:t xml:space="preserve">Ответ: </w:t>
            </w:r>
            <w:r w:rsidR="00B970FC" w:rsidRPr="00D4176F">
              <w:rPr>
                <w:i/>
                <w:snapToGrid/>
                <w:sz w:val="24"/>
                <w:szCs w:val="24"/>
              </w:rPr>
              <w:t>1</w:t>
            </w:r>
          </w:p>
          <w:p w:rsidR="004B2A9F" w:rsidRPr="00D4176F" w:rsidRDefault="004B2A9F" w:rsidP="004B2A9F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4B2A9F" w:rsidRPr="00D4176F" w:rsidRDefault="004B2A9F" w:rsidP="004B2A9F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D4176F">
              <w:rPr>
                <w:rFonts w:cs="Times New Roman"/>
                <w:b/>
                <w:szCs w:val="24"/>
                <w:lang w:val="ru-RU"/>
              </w:rPr>
              <w:t>Задание 4.</w:t>
            </w:r>
            <w:r w:rsidRPr="00D4176F">
              <w:rPr>
                <w:rFonts w:cs="Times New Roman"/>
                <w:i/>
                <w:szCs w:val="24"/>
                <w:lang w:val="ru-RU"/>
              </w:rPr>
              <w:t xml:space="preserve">  </w:t>
            </w:r>
            <w:r w:rsidR="00B970FC" w:rsidRPr="00D4176F">
              <w:rPr>
                <w:rFonts w:cs="Times New Roman"/>
                <w:i/>
                <w:szCs w:val="24"/>
                <w:lang w:val="ru-RU"/>
              </w:rPr>
              <w:t>Прочитайте текст и выберите один верный вариант ответа из предложенного множества</w:t>
            </w:r>
            <w:r w:rsidRPr="00D4176F">
              <w:rPr>
                <w:rFonts w:cs="Times New Roman"/>
                <w:i/>
                <w:szCs w:val="24"/>
                <w:lang w:val="ru-RU"/>
              </w:rPr>
              <w:t>.</w:t>
            </w:r>
          </w:p>
          <w:p w:rsidR="004B2A9F" w:rsidRPr="00D4176F" w:rsidRDefault="004B2A9F" w:rsidP="004B2A9F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4B2A9F" w:rsidRPr="00D4176F" w:rsidRDefault="00B970FC" w:rsidP="00B970FC">
            <w:pPr>
              <w:pStyle w:val="HTML0"/>
              <w:wordWrap w:val="0"/>
              <w:spacing w:line="33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4176F">
              <w:rPr>
                <w:rFonts w:ascii="Times New Roman" w:hAnsi="Times New Roman" w:cs="Times New Roman"/>
                <w:sz w:val="24"/>
                <w:szCs w:val="24"/>
              </w:rPr>
              <w:t>Какая команда используется для построения линейного графика?</w:t>
            </w:r>
            <w:r w:rsidR="004B2A9F" w:rsidRPr="00D4176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br/>
            </w:r>
          </w:p>
          <w:p w:rsidR="004B2A9F" w:rsidRPr="00D4176F" w:rsidRDefault="004B2A9F" w:rsidP="004B2A9F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D4176F">
              <w:rPr>
                <w:i/>
                <w:snapToGrid/>
                <w:sz w:val="24"/>
                <w:szCs w:val="24"/>
              </w:rPr>
              <w:t>Варианты ответа:</w:t>
            </w:r>
          </w:p>
          <w:p w:rsidR="00B970FC" w:rsidRPr="00D4176F" w:rsidRDefault="00B970FC" w:rsidP="00B970FC">
            <w:pPr>
              <w:pStyle w:val="14"/>
              <w:widowControl/>
              <w:tabs>
                <w:tab w:val="left" w:pos="284"/>
              </w:tabs>
              <w:rPr>
                <w:sz w:val="24"/>
                <w:szCs w:val="24"/>
              </w:rPr>
            </w:pPr>
            <w:r w:rsidRPr="00D4176F">
              <w:rPr>
                <w:sz w:val="24"/>
                <w:szCs w:val="24"/>
              </w:rPr>
              <w:t>1</w:t>
            </w:r>
            <w:r w:rsidR="00D4411B">
              <w:rPr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D4176F">
              <w:rPr>
                <w:sz w:val="24"/>
                <w:szCs w:val="24"/>
              </w:rPr>
              <w:t>plot</w:t>
            </w:r>
            <w:proofErr w:type="spellEnd"/>
            <w:r w:rsidRPr="00D4176F">
              <w:rPr>
                <w:sz w:val="24"/>
                <w:szCs w:val="24"/>
              </w:rPr>
              <w:t>(</w:t>
            </w:r>
            <w:proofErr w:type="gramEnd"/>
            <w:r w:rsidRPr="00D4176F">
              <w:rPr>
                <w:sz w:val="24"/>
                <w:szCs w:val="24"/>
              </w:rPr>
              <w:t>x, y)</w:t>
            </w:r>
          </w:p>
          <w:p w:rsidR="00B970FC" w:rsidRPr="00D4176F" w:rsidRDefault="00B970FC" w:rsidP="00B970FC">
            <w:pPr>
              <w:pStyle w:val="14"/>
              <w:widowControl/>
              <w:tabs>
                <w:tab w:val="left" w:pos="284"/>
              </w:tabs>
              <w:rPr>
                <w:sz w:val="24"/>
                <w:szCs w:val="24"/>
              </w:rPr>
            </w:pPr>
            <w:r w:rsidRPr="00D4176F">
              <w:rPr>
                <w:sz w:val="24"/>
                <w:szCs w:val="24"/>
              </w:rPr>
              <w:t xml:space="preserve">2) </w:t>
            </w:r>
            <w:proofErr w:type="gramStart"/>
            <w:r w:rsidRPr="00D4176F">
              <w:rPr>
                <w:sz w:val="24"/>
                <w:szCs w:val="24"/>
              </w:rPr>
              <w:t>graph(</w:t>
            </w:r>
            <w:proofErr w:type="gramEnd"/>
            <w:r w:rsidRPr="00D4176F">
              <w:rPr>
                <w:sz w:val="24"/>
                <w:szCs w:val="24"/>
              </w:rPr>
              <w:t>x, y)</w:t>
            </w:r>
          </w:p>
          <w:p w:rsidR="00B970FC" w:rsidRPr="00D4176F" w:rsidRDefault="00B970FC" w:rsidP="00B970FC">
            <w:pPr>
              <w:pStyle w:val="14"/>
              <w:widowControl/>
              <w:tabs>
                <w:tab w:val="left" w:pos="284"/>
              </w:tabs>
              <w:rPr>
                <w:sz w:val="24"/>
                <w:szCs w:val="24"/>
              </w:rPr>
            </w:pPr>
            <w:r w:rsidRPr="00D4176F">
              <w:rPr>
                <w:sz w:val="24"/>
                <w:szCs w:val="24"/>
              </w:rPr>
              <w:t xml:space="preserve">3) </w:t>
            </w:r>
            <w:proofErr w:type="spellStart"/>
            <w:proofErr w:type="gramStart"/>
            <w:r w:rsidRPr="00D4176F">
              <w:rPr>
                <w:sz w:val="24"/>
                <w:szCs w:val="24"/>
              </w:rPr>
              <w:t>lineplot</w:t>
            </w:r>
            <w:proofErr w:type="spellEnd"/>
            <w:r w:rsidRPr="00D4176F">
              <w:rPr>
                <w:sz w:val="24"/>
                <w:szCs w:val="24"/>
              </w:rPr>
              <w:t>(</w:t>
            </w:r>
            <w:proofErr w:type="gramEnd"/>
            <w:r w:rsidRPr="00D4176F">
              <w:rPr>
                <w:sz w:val="24"/>
                <w:szCs w:val="24"/>
              </w:rPr>
              <w:t>x, y)</w:t>
            </w:r>
          </w:p>
          <w:p w:rsidR="00B970FC" w:rsidRPr="00D4176F" w:rsidRDefault="00B970FC" w:rsidP="00B970FC">
            <w:pPr>
              <w:pStyle w:val="14"/>
              <w:widowControl/>
              <w:tabs>
                <w:tab w:val="left" w:pos="284"/>
              </w:tabs>
              <w:rPr>
                <w:sz w:val="24"/>
                <w:szCs w:val="24"/>
              </w:rPr>
            </w:pPr>
            <w:r w:rsidRPr="00D4176F">
              <w:rPr>
                <w:sz w:val="24"/>
                <w:szCs w:val="24"/>
              </w:rPr>
              <w:t xml:space="preserve">4) </w:t>
            </w:r>
            <w:proofErr w:type="gramStart"/>
            <w:r w:rsidRPr="00D4176F">
              <w:rPr>
                <w:sz w:val="24"/>
                <w:szCs w:val="24"/>
              </w:rPr>
              <w:t>draw(</w:t>
            </w:r>
            <w:proofErr w:type="gramEnd"/>
            <w:r w:rsidRPr="00D4176F">
              <w:rPr>
                <w:sz w:val="24"/>
                <w:szCs w:val="24"/>
              </w:rPr>
              <w:t>x, y)</w:t>
            </w:r>
          </w:p>
          <w:p w:rsidR="00B970FC" w:rsidRPr="00D4176F" w:rsidRDefault="00B970FC" w:rsidP="00B970FC">
            <w:pPr>
              <w:pStyle w:val="HTML0"/>
              <w:wordWrap w:val="0"/>
              <w:spacing w:line="330" w:lineRule="atLeast"/>
              <w:rPr>
                <w:rFonts w:ascii="Times New Roman" w:hAnsi="Times New Roman" w:cs="Times New Roman"/>
                <w:color w:val="0F1115"/>
                <w:sz w:val="24"/>
                <w:szCs w:val="24"/>
                <w:lang w:val="en-US"/>
              </w:rPr>
            </w:pPr>
          </w:p>
          <w:p w:rsidR="004B2A9F" w:rsidRPr="00D4176F" w:rsidRDefault="004B2A9F" w:rsidP="004B2A9F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  <w:lang w:val="en-US"/>
              </w:rPr>
            </w:pPr>
            <w:r w:rsidRPr="00D4176F">
              <w:rPr>
                <w:i/>
                <w:snapToGrid/>
                <w:sz w:val="24"/>
                <w:szCs w:val="24"/>
              </w:rPr>
              <w:t>Ответ</w:t>
            </w:r>
            <w:r w:rsidRPr="00D4176F">
              <w:rPr>
                <w:i/>
                <w:snapToGrid/>
                <w:sz w:val="24"/>
                <w:szCs w:val="24"/>
                <w:lang w:val="en-US"/>
              </w:rPr>
              <w:t xml:space="preserve">: </w:t>
            </w:r>
            <w:r w:rsidR="00B970FC" w:rsidRPr="00D4176F">
              <w:rPr>
                <w:i/>
                <w:snapToGrid/>
                <w:sz w:val="24"/>
                <w:szCs w:val="24"/>
                <w:lang w:val="en-US"/>
              </w:rPr>
              <w:t>1</w:t>
            </w:r>
          </w:p>
          <w:p w:rsidR="004B2A9F" w:rsidRPr="00D4176F" w:rsidRDefault="004B2A9F" w:rsidP="004B2A9F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  <w:lang w:val="en-US"/>
              </w:rPr>
            </w:pPr>
          </w:p>
          <w:p w:rsidR="009B6882" w:rsidRPr="00D4176F" w:rsidRDefault="009B6882" w:rsidP="004B2A9F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</w:tr>
      <w:tr w:rsidR="009B6882" w:rsidRPr="0061790B" w:rsidTr="004B2A9F">
        <w:trPr>
          <w:jc w:val="center"/>
        </w:trPr>
        <w:tc>
          <w:tcPr>
            <w:tcW w:w="3371" w:type="dxa"/>
            <w:gridSpan w:val="2"/>
            <w:shd w:val="clear" w:color="auto" w:fill="auto"/>
          </w:tcPr>
          <w:p w:rsidR="009B6882" w:rsidRPr="00D4176F" w:rsidRDefault="009B6882" w:rsidP="004B2A9F">
            <w:pPr>
              <w:spacing w:line="240" w:lineRule="auto"/>
              <w:rPr>
                <w:rFonts w:cs="Times New Roman"/>
                <w:b/>
                <w:szCs w:val="24"/>
              </w:rPr>
            </w:pPr>
            <w:proofErr w:type="spellStart"/>
            <w:r w:rsidRPr="00D4176F">
              <w:rPr>
                <w:rFonts w:cs="Times New Roman"/>
                <w:b/>
                <w:szCs w:val="24"/>
              </w:rPr>
              <w:lastRenderedPageBreak/>
              <w:t>Уровень</w:t>
            </w:r>
            <w:proofErr w:type="spellEnd"/>
            <w:r w:rsidRPr="00D4176F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D4176F">
              <w:rPr>
                <w:rFonts w:cs="Times New Roman"/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5974" w:type="dxa"/>
            <w:gridSpan w:val="2"/>
            <w:shd w:val="clear" w:color="auto" w:fill="auto"/>
          </w:tcPr>
          <w:p w:rsidR="009B6882" w:rsidRPr="00D4176F" w:rsidRDefault="009B6882" w:rsidP="004B2A9F">
            <w:pPr>
              <w:spacing w:line="240" w:lineRule="auto"/>
              <w:rPr>
                <w:rFonts w:cs="Times New Roman"/>
                <w:b/>
                <w:szCs w:val="24"/>
              </w:rPr>
            </w:pPr>
            <w:proofErr w:type="spellStart"/>
            <w:r w:rsidRPr="00D4176F">
              <w:rPr>
                <w:rFonts w:cs="Times New Roman"/>
                <w:b/>
                <w:szCs w:val="24"/>
              </w:rPr>
              <w:t>Повышенный</w:t>
            </w:r>
            <w:proofErr w:type="spellEnd"/>
          </w:p>
        </w:tc>
      </w:tr>
      <w:tr w:rsidR="009B6882" w:rsidRPr="004B2A9F" w:rsidTr="004B2A9F">
        <w:trPr>
          <w:jc w:val="center"/>
        </w:trPr>
        <w:tc>
          <w:tcPr>
            <w:tcW w:w="3371" w:type="dxa"/>
            <w:gridSpan w:val="2"/>
            <w:shd w:val="clear" w:color="auto" w:fill="auto"/>
          </w:tcPr>
          <w:p w:rsidR="009B6882" w:rsidRPr="00D4176F" w:rsidRDefault="009B6882" w:rsidP="004B2A9F">
            <w:pPr>
              <w:spacing w:line="240" w:lineRule="auto"/>
              <w:rPr>
                <w:rFonts w:cs="Times New Roman"/>
                <w:b/>
                <w:szCs w:val="24"/>
              </w:rPr>
            </w:pPr>
            <w:proofErr w:type="spellStart"/>
            <w:r w:rsidRPr="00D4176F">
              <w:rPr>
                <w:rFonts w:cs="Times New Roman"/>
                <w:b/>
                <w:szCs w:val="24"/>
              </w:rPr>
              <w:t>Тип</w:t>
            </w:r>
            <w:proofErr w:type="spellEnd"/>
            <w:r w:rsidRPr="00D4176F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D4176F">
              <w:rPr>
                <w:rFonts w:cs="Times New Roman"/>
                <w:b/>
                <w:szCs w:val="24"/>
              </w:rPr>
              <w:t>задания</w:t>
            </w:r>
            <w:proofErr w:type="spellEnd"/>
          </w:p>
        </w:tc>
        <w:tc>
          <w:tcPr>
            <w:tcW w:w="5974" w:type="dxa"/>
            <w:gridSpan w:val="2"/>
            <w:shd w:val="clear" w:color="auto" w:fill="auto"/>
          </w:tcPr>
          <w:p w:rsidR="009B6882" w:rsidRPr="00D4176F" w:rsidRDefault="009B6882" w:rsidP="004B2A9F">
            <w:pPr>
              <w:spacing w:line="240" w:lineRule="auto"/>
              <w:rPr>
                <w:rFonts w:cs="Times New Roman"/>
                <w:b/>
                <w:szCs w:val="24"/>
                <w:lang w:val="ru-RU"/>
              </w:rPr>
            </w:pPr>
            <w:r w:rsidRPr="00D4176F">
              <w:rPr>
                <w:rFonts w:cs="Times New Roman"/>
                <w:b/>
                <w:szCs w:val="24"/>
                <w:lang w:val="ru-RU"/>
              </w:rPr>
              <w:t>Задания с развернутым ответом на ввод одного/нескольких пропущенных слов</w:t>
            </w:r>
          </w:p>
        </w:tc>
      </w:tr>
      <w:tr w:rsidR="009B6882" w:rsidRPr="00D4176F" w:rsidTr="004B2A9F">
        <w:trPr>
          <w:jc w:val="center"/>
        </w:trPr>
        <w:tc>
          <w:tcPr>
            <w:tcW w:w="9345" w:type="dxa"/>
            <w:gridSpan w:val="4"/>
            <w:shd w:val="clear" w:color="auto" w:fill="auto"/>
          </w:tcPr>
          <w:p w:rsidR="009B6882" w:rsidRPr="00D4176F" w:rsidRDefault="009B6882" w:rsidP="004B2A9F">
            <w:pPr>
              <w:spacing w:line="240" w:lineRule="auto"/>
              <w:ind w:firstLine="284"/>
              <w:rPr>
                <w:rFonts w:cs="Times New Roman"/>
                <w:b/>
                <w:szCs w:val="24"/>
                <w:lang w:val="ru-RU"/>
              </w:rPr>
            </w:pPr>
          </w:p>
          <w:p w:rsidR="009B6882" w:rsidRPr="00D4176F" w:rsidRDefault="009B6882" w:rsidP="004B2A9F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D4176F">
              <w:rPr>
                <w:rFonts w:cs="Times New Roman"/>
                <w:b/>
                <w:szCs w:val="24"/>
                <w:lang w:val="ru-RU"/>
              </w:rPr>
              <w:t xml:space="preserve">Задание </w:t>
            </w:r>
            <w:r w:rsidR="00B970FC" w:rsidRPr="00D4176F">
              <w:rPr>
                <w:rFonts w:cs="Times New Roman"/>
                <w:b/>
                <w:szCs w:val="24"/>
                <w:lang w:val="ru-RU"/>
              </w:rPr>
              <w:t>5</w:t>
            </w:r>
            <w:r w:rsidRPr="00D4176F">
              <w:rPr>
                <w:rFonts w:cs="Times New Roman"/>
                <w:b/>
                <w:szCs w:val="24"/>
                <w:lang w:val="ru-RU"/>
              </w:rPr>
              <w:t>.</w:t>
            </w:r>
            <w:r w:rsidRPr="00D4176F">
              <w:rPr>
                <w:rFonts w:cs="Times New Roman"/>
                <w:i/>
                <w:szCs w:val="24"/>
                <w:lang w:val="ru-RU"/>
              </w:rPr>
              <w:t xml:space="preserve"> </w:t>
            </w:r>
            <w:r w:rsidR="00B970FC" w:rsidRPr="00D4176F">
              <w:rPr>
                <w:rFonts w:cs="Times New Roman"/>
                <w:i/>
                <w:szCs w:val="24"/>
                <w:lang w:val="ru-RU"/>
              </w:rPr>
              <w:t>Ответе на вопрос одним символом</w:t>
            </w:r>
            <w:r w:rsidRPr="00D4176F">
              <w:rPr>
                <w:rFonts w:cs="Times New Roman"/>
                <w:i/>
                <w:szCs w:val="24"/>
                <w:lang w:val="ru-RU"/>
              </w:rPr>
              <w:t>.</w:t>
            </w:r>
          </w:p>
          <w:p w:rsidR="00B970FC" w:rsidRPr="00D4176F" w:rsidRDefault="00B970FC" w:rsidP="00B970FC">
            <w:pPr>
              <w:pStyle w:val="HTML0"/>
              <w:wordWrap w:val="0"/>
              <w:spacing w:line="33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417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В MATLAB однострочный комментарий начинается с символа?</w:t>
            </w:r>
          </w:p>
          <w:p w:rsidR="009B6882" w:rsidRPr="00D4176F" w:rsidRDefault="009B6882" w:rsidP="004B2A9F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</w:p>
          <w:p w:rsidR="009B6882" w:rsidRPr="00D4176F" w:rsidRDefault="009B6882" w:rsidP="004B2A9F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D4176F">
              <w:rPr>
                <w:i/>
                <w:snapToGrid/>
                <w:sz w:val="24"/>
                <w:szCs w:val="24"/>
              </w:rPr>
              <w:t xml:space="preserve">Ответ: </w:t>
            </w:r>
            <w:r w:rsidR="00B970FC" w:rsidRPr="00D4176F">
              <w:rPr>
                <w:i/>
                <w:snapToGrid/>
                <w:sz w:val="24"/>
                <w:szCs w:val="24"/>
              </w:rPr>
              <w:t>%</w:t>
            </w:r>
          </w:p>
          <w:p w:rsidR="009B6882" w:rsidRPr="00D4176F" w:rsidRDefault="009B6882" w:rsidP="004B2A9F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9B6882" w:rsidRPr="00D4176F" w:rsidRDefault="009B6882" w:rsidP="004B2A9F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9B6882" w:rsidRPr="00D4176F" w:rsidRDefault="009B6882" w:rsidP="004B2A9F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D4176F">
              <w:rPr>
                <w:rFonts w:cs="Times New Roman"/>
                <w:b/>
                <w:szCs w:val="24"/>
                <w:lang w:val="ru-RU"/>
              </w:rPr>
              <w:t xml:space="preserve">Задание </w:t>
            </w:r>
            <w:r w:rsidR="00B970FC" w:rsidRPr="00D4176F">
              <w:rPr>
                <w:rFonts w:cs="Times New Roman"/>
                <w:b/>
                <w:szCs w:val="24"/>
                <w:lang w:val="ru-RU"/>
              </w:rPr>
              <w:t>6</w:t>
            </w:r>
            <w:r w:rsidRPr="00D4176F">
              <w:rPr>
                <w:rFonts w:cs="Times New Roman"/>
                <w:b/>
                <w:szCs w:val="24"/>
                <w:lang w:val="ru-RU"/>
              </w:rPr>
              <w:t>.</w:t>
            </w:r>
            <w:r w:rsidRPr="00D4176F">
              <w:rPr>
                <w:rFonts w:cs="Times New Roman"/>
                <w:i/>
                <w:szCs w:val="24"/>
                <w:lang w:val="ru-RU"/>
              </w:rPr>
              <w:t xml:space="preserve"> Введите одно пропущенное слово.</w:t>
            </w:r>
          </w:p>
          <w:p w:rsidR="009B6882" w:rsidRPr="00D4176F" w:rsidRDefault="009B6882" w:rsidP="004B2A9F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B970FC" w:rsidRPr="00D4176F" w:rsidRDefault="00B970FC" w:rsidP="00B970FC">
            <w:pPr>
              <w:pStyle w:val="HTML0"/>
              <w:wordWrap w:val="0"/>
              <w:spacing w:line="33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417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Чтобы запросить у пользователя значение переменной в MATLAB, используется функция __________</w:t>
            </w:r>
          </w:p>
          <w:p w:rsidR="009B6882" w:rsidRPr="00D4176F" w:rsidRDefault="009B6882" w:rsidP="00B970FC">
            <w:pPr>
              <w:pStyle w:val="HTML0"/>
              <w:wordWrap w:val="0"/>
              <w:spacing w:line="33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D417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Ответ: </w:t>
            </w:r>
            <w:proofErr w:type="spellStart"/>
            <w:r w:rsidR="00B970FC" w:rsidRPr="00D4176F">
              <w:rPr>
                <w:rFonts w:ascii="Times New Roman" w:hAnsi="Times New Roman" w:cs="Times New Roman"/>
                <w:color w:val="0F1115"/>
                <w:sz w:val="24"/>
                <w:szCs w:val="24"/>
              </w:rPr>
              <w:t>input</w:t>
            </w:r>
            <w:proofErr w:type="spellEnd"/>
            <w:r w:rsidRPr="00D417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9B6882" w:rsidRPr="00D4176F" w:rsidRDefault="009B6882" w:rsidP="004B2A9F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9B6882" w:rsidRPr="00D4176F" w:rsidRDefault="009B6882" w:rsidP="004B2A9F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D4176F">
              <w:rPr>
                <w:rFonts w:cs="Times New Roman"/>
                <w:b/>
                <w:szCs w:val="24"/>
                <w:lang w:val="ru-RU"/>
              </w:rPr>
              <w:t xml:space="preserve">Задание </w:t>
            </w:r>
            <w:r w:rsidR="00B970FC" w:rsidRPr="00D4176F">
              <w:rPr>
                <w:rFonts w:cs="Times New Roman"/>
                <w:b/>
                <w:szCs w:val="24"/>
                <w:lang w:val="ru-RU"/>
              </w:rPr>
              <w:t>7</w:t>
            </w:r>
            <w:r w:rsidRPr="00D4176F">
              <w:rPr>
                <w:rFonts w:cs="Times New Roman"/>
                <w:b/>
                <w:szCs w:val="24"/>
                <w:lang w:val="ru-RU"/>
              </w:rPr>
              <w:t>.</w:t>
            </w:r>
            <w:r w:rsidRPr="00D4176F">
              <w:rPr>
                <w:rFonts w:cs="Times New Roman"/>
                <w:i/>
                <w:szCs w:val="24"/>
                <w:lang w:val="ru-RU"/>
              </w:rPr>
              <w:t xml:space="preserve"> Введите одно пропущенное слово.</w:t>
            </w:r>
          </w:p>
          <w:p w:rsidR="009B6882" w:rsidRPr="00D4176F" w:rsidRDefault="009B6882" w:rsidP="004B2A9F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B970FC" w:rsidRDefault="00B970FC" w:rsidP="004B2A9F">
            <w:pPr>
              <w:pStyle w:val="14"/>
              <w:widowControl/>
              <w:ind w:firstLine="284"/>
              <w:rPr>
                <w:rStyle w:val="af6"/>
                <w:color w:val="0F1115"/>
                <w:sz w:val="24"/>
                <w:szCs w:val="24"/>
                <w:shd w:val="clear" w:color="auto" w:fill="FFFFFF"/>
              </w:rPr>
            </w:pPr>
            <w:r w:rsidRPr="00D4176F">
              <w:rPr>
                <w:color w:val="0F1115"/>
                <w:sz w:val="24"/>
                <w:szCs w:val="24"/>
                <w:shd w:val="clear" w:color="auto" w:fill="FFFFFF"/>
              </w:rPr>
              <w:t>Функция </w:t>
            </w:r>
            <w:proofErr w:type="spellStart"/>
            <w:r w:rsidRPr="00D4176F">
              <w:rPr>
                <w:rStyle w:val="af6"/>
                <w:b w:val="0"/>
                <w:color w:val="0F1115"/>
                <w:sz w:val="24"/>
                <w:szCs w:val="24"/>
                <w:shd w:val="clear" w:color="auto" w:fill="FFFFFF"/>
              </w:rPr>
              <w:t>fprintf</w:t>
            </w:r>
            <w:proofErr w:type="spellEnd"/>
            <w:r w:rsidRPr="00D4176F">
              <w:rPr>
                <w:b/>
                <w:color w:val="0F1115"/>
                <w:sz w:val="24"/>
                <w:szCs w:val="24"/>
                <w:shd w:val="clear" w:color="auto" w:fill="FFFFFF"/>
              </w:rPr>
              <w:t> </w:t>
            </w:r>
            <w:r w:rsidRPr="00D4176F">
              <w:rPr>
                <w:color w:val="0F1115"/>
                <w:sz w:val="24"/>
                <w:szCs w:val="24"/>
                <w:shd w:val="clear" w:color="auto" w:fill="FFFFFF"/>
              </w:rPr>
              <w:t>позволяет выводить данные с заданной </w:t>
            </w:r>
            <w:r w:rsidRPr="00D4176F">
              <w:rPr>
                <w:rStyle w:val="af6"/>
                <w:color w:val="0F1115"/>
                <w:sz w:val="24"/>
                <w:szCs w:val="24"/>
                <w:shd w:val="clear" w:color="auto" w:fill="FFFFFF"/>
              </w:rPr>
              <w:t>________</w:t>
            </w:r>
          </w:p>
          <w:p w:rsidR="00D4176F" w:rsidRPr="00D4176F" w:rsidRDefault="00D4176F" w:rsidP="004B2A9F">
            <w:pPr>
              <w:pStyle w:val="14"/>
              <w:widowControl/>
              <w:ind w:firstLine="284"/>
              <w:rPr>
                <w:rStyle w:val="af6"/>
                <w:color w:val="0F1115"/>
                <w:sz w:val="24"/>
                <w:szCs w:val="24"/>
                <w:shd w:val="clear" w:color="auto" w:fill="FFFFFF"/>
              </w:rPr>
            </w:pPr>
          </w:p>
          <w:p w:rsidR="009B6882" w:rsidRPr="00D4176F" w:rsidRDefault="009B6882" w:rsidP="00D4176F">
            <w:pPr>
              <w:pStyle w:val="HTML0"/>
              <w:wordWrap w:val="0"/>
              <w:spacing w:line="33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7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Ответ: </w:t>
            </w:r>
            <w:r w:rsidR="00B970FC" w:rsidRPr="00D4176F">
              <w:rPr>
                <w:rFonts w:ascii="Times New Roman" w:hAnsi="Times New Roman" w:cs="Times New Roman"/>
                <w:i/>
                <w:sz w:val="24"/>
                <w:szCs w:val="24"/>
              </w:rPr>
              <w:t>точностью, форматом</w:t>
            </w:r>
          </w:p>
          <w:p w:rsidR="009B6882" w:rsidRPr="00D4176F" w:rsidRDefault="009B6882" w:rsidP="004B2A9F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9B6882" w:rsidRPr="00D4176F" w:rsidRDefault="009B6882" w:rsidP="004B2A9F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D4176F">
              <w:rPr>
                <w:rFonts w:cs="Times New Roman"/>
                <w:b/>
                <w:szCs w:val="24"/>
                <w:lang w:val="ru-RU"/>
              </w:rPr>
              <w:t xml:space="preserve">Задание </w:t>
            </w:r>
            <w:r w:rsidR="00B970FC" w:rsidRPr="00D4176F">
              <w:rPr>
                <w:rFonts w:cs="Times New Roman"/>
                <w:b/>
                <w:szCs w:val="24"/>
                <w:lang w:val="ru-RU"/>
              </w:rPr>
              <w:t>8</w:t>
            </w:r>
            <w:r w:rsidRPr="00D4176F">
              <w:rPr>
                <w:rFonts w:cs="Times New Roman"/>
                <w:b/>
                <w:szCs w:val="24"/>
                <w:lang w:val="ru-RU"/>
              </w:rPr>
              <w:t>.</w:t>
            </w:r>
            <w:r w:rsidRPr="00D4176F">
              <w:rPr>
                <w:rFonts w:cs="Times New Roman"/>
                <w:i/>
                <w:szCs w:val="24"/>
                <w:lang w:val="ru-RU"/>
              </w:rPr>
              <w:t xml:space="preserve"> </w:t>
            </w:r>
            <w:r w:rsidR="00B970FC" w:rsidRPr="00D4176F">
              <w:rPr>
                <w:rFonts w:cs="Times New Roman"/>
                <w:i/>
                <w:szCs w:val="24"/>
                <w:lang w:val="ru-RU"/>
              </w:rPr>
              <w:t>Введите одно пропущенное слово</w:t>
            </w:r>
          </w:p>
          <w:p w:rsidR="00B970FC" w:rsidRPr="00D4176F" w:rsidRDefault="00B970FC" w:rsidP="004B2A9F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</w:p>
          <w:p w:rsidR="00B970FC" w:rsidRPr="00D4176F" w:rsidRDefault="00B970FC" w:rsidP="004B2A9F">
            <w:pPr>
              <w:pStyle w:val="14"/>
              <w:widowControl/>
              <w:ind w:firstLine="284"/>
              <w:rPr>
                <w:color w:val="0F1115"/>
                <w:sz w:val="24"/>
                <w:szCs w:val="24"/>
                <w:shd w:val="clear" w:color="auto" w:fill="FFFFFF"/>
              </w:rPr>
            </w:pPr>
            <w:r w:rsidRPr="00D4176F">
              <w:rPr>
                <w:color w:val="0F1115"/>
                <w:sz w:val="24"/>
                <w:szCs w:val="24"/>
                <w:shd w:val="clear" w:color="auto" w:fill="FFFFFF"/>
              </w:rPr>
              <w:t>Если в коде MATLAB встречается строка </w:t>
            </w:r>
            <w:proofErr w:type="spellStart"/>
            <w:proofErr w:type="gramStart"/>
            <w:r w:rsidRPr="00D4176F">
              <w:rPr>
                <w:sz w:val="24"/>
                <w:szCs w:val="24"/>
                <w:shd w:val="clear" w:color="auto" w:fill="FFFFFF"/>
              </w:rPr>
              <w:t>fprintf</w:t>
            </w:r>
            <w:proofErr w:type="spellEnd"/>
            <w:r w:rsidRPr="00D4176F">
              <w:rPr>
                <w:sz w:val="24"/>
                <w:szCs w:val="24"/>
                <w:shd w:val="clear" w:color="auto" w:fill="FFFFFF"/>
              </w:rPr>
              <w:t>(</w:t>
            </w:r>
            <w:proofErr w:type="gramEnd"/>
            <w:r w:rsidRPr="00D4176F">
              <w:rPr>
                <w:sz w:val="24"/>
                <w:szCs w:val="24"/>
                <w:shd w:val="clear" w:color="auto" w:fill="FFFFFF"/>
              </w:rPr>
              <w:t>'Значение R = %.2f', R)</w:t>
            </w:r>
            <w:r w:rsidRPr="00D4176F">
              <w:rPr>
                <w:color w:val="0F1115"/>
                <w:sz w:val="24"/>
                <w:szCs w:val="24"/>
                <w:shd w:val="clear" w:color="auto" w:fill="FFFFFF"/>
              </w:rPr>
              <w:t>, то число R будет выведено с точностью до </w:t>
            </w:r>
            <w:r w:rsidRPr="00D4176F">
              <w:rPr>
                <w:b/>
                <w:bCs/>
                <w:sz w:val="24"/>
                <w:szCs w:val="24"/>
              </w:rPr>
              <w:t>_</w:t>
            </w:r>
            <w:r w:rsidRPr="00D4176F">
              <w:rPr>
                <w:color w:val="0F1115"/>
                <w:sz w:val="24"/>
                <w:szCs w:val="24"/>
                <w:shd w:val="clear" w:color="auto" w:fill="FFFFFF"/>
              </w:rPr>
              <w:t> знаков после запятой</w:t>
            </w:r>
          </w:p>
          <w:p w:rsidR="00B970FC" w:rsidRPr="00D4176F" w:rsidRDefault="00B970FC" w:rsidP="004B2A9F">
            <w:pPr>
              <w:pStyle w:val="14"/>
              <w:widowControl/>
              <w:ind w:firstLine="284"/>
              <w:rPr>
                <w:color w:val="0F1115"/>
                <w:sz w:val="24"/>
                <w:szCs w:val="24"/>
                <w:shd w:val="clear" w:color="auto" w:fill="FFFFFF"/>
              </w:rPr>
            </w:pPr>
          </w:p>
          <w:p w:rsidR="009B6882" w:rsidRPr="00D4176F" w:rsidRDefault="009B6882" w:rsidP="004B2A9F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D4176F">
              <w:rPr>
                <w:i/>
                <w:snapToGrid/>
                <w:sz w:val="24"/>
                <w:szCs w:val="24"/>
              </w:rPr>
              <w:t xml:space="preserve">Ответ: </w:t>
            </w:r>
            <w:r w:rsidR="00D4411B">
              <w:rPr>
                <w:i/>
                <w:snapToGrid/>
                <w:sz w:val="24"/>
                <w:szCs w:val="24"/>
              </w:rPr>
              <w:t>два,</w:t>
            </w:r>
            <w:r w:rsidR="00B970FC" w:rsidRPr="00D4176F">
              <w:rPr>
                <w:i/>
                <w:snapToGrid/>
                <w:sz w:val="24"/>
                <w:szCs w:val="24"/>
              </w:rPr>
              <w:t>2</w:t>
            </w:r>
            <w:r w:rsidR="00D4411B">
              <w:rPr>
                <w:i/>
                <w:snapToGrid/>
                <w:sz w:val="24"/>
                <w:szCs w:val="24"/>
              </w:rPr>
              <w:t>,</w:t>
            </w:r>
            <w:r w:rsidR="00B970FC" w:rsidRPr="00D4176F">
              <w:rPr>
                <w:i/>
                <w:snapToGrid/>
                <w:sz w:val="24"/>
                <w:szCs w:val="24"/>
              </w:rPr>
              <w:t xml:space="preserve"> двух</w:t>
            </w:r>
          </w:p>
          <w:p w:rsidR="009B6882" w:rsidRPr="00D4176F" w:rsidRDefault="009B6882" w:rsidP="004B2A9F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9B6882" w:rsidRPr="00D4176F" w:rsidRDefault="009B6882" w:rsidP="004B2A9F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D4176F">
              <w:rPr>
                <w:rFonts w:cs="Times New Roman"/>
                <w:b/>
                <w:szCs w:val="24"/>
                <w:lang w:val="ru-RU"/>
              </w:rPr>
              <w:t xml:space="preserve">Задание </w:t>
            </w:r>
            <w:r w:rsidR="00B970FC" w:rsidRPr="00D4176F">
              <w:rPr>
                <w:rFonts w:cs="Times New Roman"/>
                <w:b/>
                <w:szCs w:val="24"/>
                <w:lang w:val="ru-RU"/>
              </w:rPr>
              <w:t>9</w:t>
            </w:r>
            <w:r w:rsidRPr="00D4176F">
              <w:rPr>
                <w:rFonts w:cs="Times New Roman"/>
                <w:b/>
                <w:szCs w:val="24"/>
                <w:lang w:val="ru-RU"/>
              </w:rPr>
              <w:t>.</w:t>
            </w:r>
            <w:r w:rsidRPr="00D4176F">
              <w:rPr>
                <w:rFonts w:cs="Times New Roman"/>
                <w:i/>
                <w:szCs w:val="24"/>
                <w:lang w:val="ru-RU"/>
              </w:rPr>
              <w:t xml:space="preserve"> Введите одно пропущенное слово.</w:t>
            </w:r>
          </w:p>
          <w:p w:rsidR="009B6882" w:rsidRPr="00D4176F" w:rsidRDefault="009B6882" w:rsidP="004B2A9F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B970FC" w:rsidRPr="00D4176F" w:rsidRDefault="00B970FC" w:rsidP="004B2A9F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D4176F">
              <w:rPr>
                <w:color w:val="0F1115"/>
                <w:sz w:val="24"/>
                <w:szCs w:val="24"/>
                <w:shd w:val="clear" w:color="auto" w:fill="FFFFFF"/>
              </w:rPr>
              <w:t>Для вывода легенды на графике используется команда </w:t>
            </w:r>
            <w:r w:rsidRPr="00D4176F">
              <w:rPr>
                <w:rStyle w:val="af6"/>
                <w:color w:val="0F1115"/>
                <w:sz w:val="24"/>
                <w:szCs w:val="24"/>
                <w:shd w:val="clear" w:color="auto" w:fill="FFFFFF"/>
              </w:rPr>
              <w:t>_________</w:t>
            </w:r>
          </w:p>
          <w:p w:rsidR="00B970FC" w:rsidRPr="00D4176F" w:rsidRDefault="00B970FC" w:rsidP="004B2A9F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9B6882" w:rsidRPr="00D4176F" w:rsidRDefault="009B6882" w:rsidP="004B2A9F">
            <w:pPr>
              <w:pStyle w:val="14"/>
              <w:widowControl/>
              <w:ind w:firstLine="284"/>
              <w:rPr>
                <w:rStyle w:val="af6"/>
                <w:color w:val="0F1115"/>
                <w:sz w:val="24"/>
                <w:szCs w:val="24"/>
                <w:shd w:val="clear" w:color="auto" w:fill="FFFFFF"/>
              </w:rPr>
            </w:pPr>
            <w:r w:rsidRPr="00D4176F">
              <w:rPr>
                <w:i/>
                <w:snapToGrid/>
                <w:sz w:val="24"/>
                <w:szCs w:val="24"/>
              </w:rPr>
              <w:t xml:space="preserve">Ответ: </w:t>
            </w:r>
            <w:proofErr w:type="spellStart"/>
            <w:r w:rsidR="00B970FC" w:rsidRPr="00D4176F">
              <w:rPr>
                <w:rStyle w:val="af6"/>
                <w:b w:val="0"/>
                <w:i/>
                <w:color w:val="0F1115"/>
                <w:sz w:val="24"/>
                <w:szCs w:val="24"/>
                <w:shd w:val="clear" w:color="auto" w:fill="FFFFFF"/>
              </w:rPr>
              <w:t>legend</w:t>
            </w:r>
            <w:proofErr w:type="spellEnd"/>
          </w:p>
          <w:p w:rsidR="00B970FC" w:rsidRPr="00D4176F" w:rsidRDefault="00B970FC" w:rsidP="004B2A9F">
            <w:pPr>
              <w:pStyle w:val="14"/>
              <w:widowControl/>
              <w:ind w:firstLine="284"/>
              <w:rPr>
                <w:rStyle w:val="af6"/>
                <w:color w:val="0F1115"/>
                <w:sz w:val="24"/>
                <w:szCs w:val="24"/>
                <w:shd w:val="clear" w:color="auto" w:fill="FFFFFF"/>
              </w:rPr>
            </w:pPr>
          </w:p>
          <w:p w:rsidR="00B970FC" w:rsidRPr="00D4176F" w:rsidRDefault="00B970FC" w:rsidP="00AF7788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D4176F">
              <w:rPr>
                <w:rFonts w:cs="Times New Roman"/>
                <w:b/>
                <w:szCs w:val="24"/>
                <w:lang w:val="ru-RU"/>
              </w:rPr>
              <w:t>Задание 10.</w:t>
            </w:r>
            <w:r w:rsidRPr="00D4176F">
              <w:rPr>
                <w:rFonts w:cs="Times New Roman"/>
                <w:i/>
                <w:szCs w:val="24"/>
                <w:lang w:val="ru-RU"/>
              </w:rPr>
              <w:t xml:space="preserve"> </w:t>
            </w:r>
            <w:r w:rsidR="00AF7788" w:rsidRPr="00D4176F">
              <w:rPr>
                <w:rFonts w:cs="Times New Roman"/>
                <w:i/>
                <w:szCs w:val="24"/>
                <w:lang w:val="ru-RU"/>
              </w:rPr>
              <w:t>Ответе на вопрос одним символом или символом.</w:t>
            </w:r>
          </w:p>
          <w:p w:rsidR="00B970FC" w:rsidRPr="00D4176F" w:rsidRDefault="00B970FC" w:rsidP="00B970FC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B970FC" w:rsidRDefault="00B970FC" w:rsidP="00B970FC">
            <w:pPr>
              <w:pStyle w:val="14"/>
              <w:widowControl/>
              <w:ind w:firstLine="284"/>
              <w:rPr>
                <w:color w:val="0F1115"/>
                <w:sz w:val="24"/>
                <w:szCs w:val="24"/>
                <w:shd w:val="clear" w:color="auto" w:fill="FFFFFF"/>
              </w:rPr>
            </w:pPr>
            <w:r w:rsidRPr="00D4176F">
              <w:rPr>
                <w:color w:val="0F1115"/>
                <w:sz w:val="24"/>
                <w:szCs w:val="24"/>
                <w:shd w:val="clear" w:color="auto" w:fill="FFFFFF"/>
              </w:rPr>
              <w:t>Команда </w:t>
            </w:r>
            <w:proofErr w:type="spellStart"/>
            <w:proofErr w:type="gramStart"/>
            <w:r w:rsidRPr="00D4176F">
              <w:rPr>
                <w:sz w:val="24"/>
                <w:szCs w:val="24"/>
                <w:shd w:val="clear" w:color="auto" w:fill="FFFFFF"/>
              </w:rPr>
              <w:t>xlabel</w:t>
            </w:r>
            <w:proofErr w:type="spellEnd"/>
            <w:r w:rsidRPr="00D4176F">
              <w:rPr>
                <w:sz w:val="24"/>
                <w:szCs w:val="24"/>
                <w:shd w:val="clear" w:color="auto" w:fill="FFFFFF"/>
              </w:rPr>
              <w:t>(</w:t>
            </w:r>
            <w:proofErr w:type="gramEnd"/>
            <w:r w:rsidRPr="00D4176F">
              <w:rPr>
                <w:sz w:val="24"/>
                <w:szCs w:val="24"/>
                <w:shd w:val="clear" w:color="auto" w:fill="FFFFFF"/>
              </w:rPr>
              <w:t>'Время, с')</w:t>
            </w:r>
            <w:r w:rsidRPr="00D4176F">
              <w:rPr>
                <w:color w:val="0F1115"/>
                <w:sz w:val="24"/>
                <w:szCs w:val="24"/>
                <w:shd w:val="clear" w:color="auto" w:fill="FFFFFF"/>
              </w:rPr>
              <w:t> подписывает ось </w:t>
            </w:r>
            <w:r w:rsidRPr="00D4176F">
              <w:rPr>
                <w:b/>
                <w:bCs/>
                <w:sz w:val="24"/>
                <w:szCs w:val="24"/>
              </w:rPr>
              <w:t>_</w:t>
            </w:r>
            <w:r w:rsidRPr="00D4176F">
              <w:rPr>
                <w:color w:val="0F1115"/>
                <w:sz w:val="24"/>
                <w:szCs w:val="24"/>
                <w:shd w:val="clear" w:color="auto" w:fill="FFFFFF"/>
              </w:rPr>
              <w:t> графика</w:t>
            </w:r>
          </w:p>
          <w:p w:rsidR="00D4176F" w:rsidRPr="00D4176F" w:rsidRDefault="00D4176F" w:rsidP="00B970FC">
            <w:pPr>
              <w:pStyle w:val="14"/>
              <w:widowControl/>
              <w:ind w:firstLine="284"/>
              <w:rPr>
                <w:color w:val="0F1115"/>
                <w:sz w:val="24"/>
                <w:szCs w:val="24"/>
                <w:shd w:val="clear" w:color="auto" w:fill="FFFFFF"/>
              </w:rPr>
            </w:pPr>
          </w:p>
          <w:p w:rsidR="00B970FC" w:rsidRPr="00D4176F" w:rsidRDefault="00B970FC" w:rsidP="00B970FC">
            <w:pPr>
              <w:pStyle w:val="14"/>
              <w:widowControl/>
              <w:ind w:firstLine="284"/>
              <w:rPr>
                <w:rStyle w:val="af6"/>
                <w:i/>
                <w:color w:val="0F1115"/>
                <w:sz w:val="24"/>
                <w:szCs w:val="24"/>
                <w:shd w:val="clear" w:color="auto" w:fill="FFFFFF"/>
              </w:rPr>
            </w:pPr>
            <w:proofErr w:type="gramStart"/>
            <w:r w:rsidRPr="00D4176F">
              <w:rPr>
                <w:i/>
                <w:snapToGrid/>
                <w:sz w:val="24"/>
                <w:szCs w:val="24"/>
              </w:rPr>
              <w:t>Ответ:</w:t>
            </w:r>
            <w:r w:rsidR="00AF7788" w:rsidRPr="00D4176F">
              <w:rPr>
                <w:i/>
                <w:color w:val="0F1115"/>
                <w:sz w:val="24"/>
                <w:szCs w:val="24"/>
                <w:shd w:val="clear" w:color="auto" w:fill="FFFFFF"/>
              </w:rPr>
              <w:t xml:space="preserve">  </w:t>
            </w:r>
            <w:r w:rsidR="00AF7788" w:rsidRPr="00D4176F">
              <w:rPr>
                <w:rStyle w:val="af6"/>
                <w:b w:val="0"/>
                <w:i/>
                <w:color w:val="0F1115"/>
                <w:sz w:val="24"/>
                <w:szCs w:val="24"/>
                <w:shd w:val="clear" w:color="auto" w:fill="FFFFFF"/>
              </w:rPr>
              <w:t>X</w:t>
            </w:r>
            <w:proofErr w:type="gramEnd"/>
            <w:r w:rsidR="00AF7788" w:rsidRPr="00D4176F">
              <w:rPr>
                <w:b/>
                <w:i/>
                <w:color w:val="0F1115"/>
                <w:sz w:val="24"/>
                <w:szCs w:val="24"/>
                <w:shd w:val="clear" w:color="auto" w:fill="FFFFFF"/>
              </w:rPr>
              <w:t>, </w:t>
            </w:r>
            <w:r w:rsidR="00AF7788" w:rsidRPr="00D4176F">
              <w:rPr>
                <w:rStyle w:val="af6"/>
                <w:b w:val="0"/>
                <w:i/>
                <w:color w:val="0F1115"/>
                <w:sz w:val="24"/>
                <w:szCs w:val="24"/>
                <w:shd w:val="clear" w:color="auto" w:fill="FFFFFF"/>
              </w:rPr>
              <w:t>абсцисс</w:t>
            </w:r>
            <w:r w:rsidR="00AF7788" w:rsidRPr="00D4176F">
              <w:rPr>
                <w:b/>
                <w:i/>
                <w:color w:val="0F1115"/>
                <w:sz w:val="24"/>
                <w:szCs w:val="24"/>
                <w:shd w:val="clear" w:color="auto" w:fill="FFFFFF"/>
              </w:rPr>
              <w:t>, </w:t>
            </w:r>
            <w:r w:rsidR="00AF7788" w:rsidRPr="00D4176F">
              <w:rPr>
                <w:rStyle w:val="af6"/>
                <w:b w:val="0"/>
                <w:i/>
                <w:color w:val="0F1115"/>
                <w:sz w:val="24"/>
                <w:szCs w:val="24"/>
                <w:shd w:val="clear" w:color="auto" w:fill="FFFFFF"/>
              </w:rPr>
              <w:t>горизонтальную</w:t>
            </w:r>
          </w:p>
          <w:p w:rsidR="00B970FC" w:rsidRPr="00D4176F" w:rsidRDefault="00B970FC" w:rsidP="00B970FC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B970FC" w:rsidRPr="00D4176F" w:rsidRDefault="00B970FC" w:rsidP="00B970FC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D4176F">
              <w:rPr>
                <w:rFonts w:cs="Times New Roman"/>
                <w:b/>
                <w:szCs w:val="24"/>
                <w:lang w:val="ru-RU"/>
              </w:rPr>
              <w:t>Задание 11.</w:t>
            </w:r>
            <w:r w:rsidRPr="00D4176F">
              <w:rPr>
                <w:rFonts w:cs="Times New Roman"/>
                <w:i/>
                <w:szCs w:val="24"/>
                <w:lang w:val="ru-RU"/>
              </w:rPr>
              <w:t xml:space="preserve"> </w:t>
            </w:r>
            <w:r w:rsidR="00AF7788" w:rsidRPr="00D4176F">
              <w:rPr>
                <w:rFonts w:cs="Times New Roman"/>
                <w:i/>
                <w:szCs w:val="24"/>
                <w:lang w:val="ru-RU"/>
              </w:rPr>
              <w:t>Ответе на вопрос одним символом.</w:t>
            </w:r>
          </w:p>
          <w:p w:rsidR="00B970FC" w:rsidRPr="00D4176F" w:rsidRDefault="00B970FC" w:rsidP="00B970FC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B970FC" w:rsidRDefault="00AF7788" w:rsidP="00B970FC">
            <w:pPr>
              <w:pStyle w:val="14"/>
              <w:widowControl/>
              <w:ind w:firstLine="284"/>
              <w:rPr>
                <w:color w:val="0F1115"/>
                <w:sz w:val="24"/>
                <w:szCs w:val="24"/>
                <w:shd w:val="clear" w:color="auto" w:fill="FFFFFF"/>
              </w:rPr>
            </w:pPr>
            <w:r w:rsidRPr="00D4176F">
              <w:rPr>
                <w:color w:val="0F1115"/>
                <w:sz w:val="24"/>
                <w:szCs w:val="24"/>
                <w:shd w:val="clear" w:color="auto" w:fill="FFFFFF"/>
              </w:rPr>
              <w:t>Чтобы построить график зависимости y от x, используется команда.</w:t>
            </w:r>
          </w:p>
          <w:p w:rsidR="00D4176F" w:rsidRPr="00D4176F" w:rsidRDefault="00D4176F" w:rsidP="00B970FC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B970FC" w:rsidRPr="00D4176F" w:rsidRDefault="00B970FC" w:rsidP="00B970FC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D4176F">
              <w:rPr>
                <w:i/>
                <w:snapToGrid/>
                <w:sz w:val="24"/>
                <w:szCs w:val="24"/>
              </w:rPr>
              <w:t xml:space="preserve">Ответ: </w:t>
            </w:r>
            <w:proofErr w:type="spellStart"/>
            <w:r w:rsidR="00AF7788" w:rsidRPr="00D4176F">
              <w:rPr>
                <w:rStyle w:val="af6"/>
                <w:b w:val="0"/>
                <w:i/>
                <w:color w:val="0F1115"/>
                <w:sz w:val="24"/>
                <w:szCs w:val="24"/>
                <w:shd w:val="clear" w:color="auto" w:fill="FFFFFF"/>
              </w:rPr>
              <w:t>plot</w:t>
            </w:r>
            <w:proofErr w:type="spellEnd"/>
          </w:p>
          <w:p w:rsidR="00B970FC" w:rsidRPr="00D4176F" w:rsidRDefault="00B970FC" w:rsidP="004B2A9F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B970FC" w:rsidRPr="00D4176F" w:rsidRDefault="00B970FC" w:rsidP="00B970FC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D4176F">
              <w:rPr>
                <w:rFonts w:cs="Times New Roman"/>
                <w:b/>
                <w:szCs w:val="24"/>
                <w:lang w:val="ru-RU"/>
              </w:rPr>
              <w:t>Задание 12.</w:t>
            </w:r>
            <w:r w:rsidRPr="00D4176F">
              <w:rPr>
                <w:rFonts w:cs="Times New Roman"/>
                <w:i/>
                <w:szCs w:val="24"/>
                <w:lang w:val="ru-RU"/>
              </w:rPr>
              <w:t xml:space="preserve"> </w:t>
            </w:r>
            <w:r w:rsidR="00AF7788" w:rsidRPr="00D4176F">
              <w:rPr>
                <w:rFonts w:cs="Times New Roman"/>
                <w:i/>
                <w:szCs w:val="24"/>
                <w:lang w:val="ru-RU"/>
              </w:rPr>
              <w:t>Ответе на вопрос одним символом</w:t>
            </w:r>
          </w:p>
          <w:p w:rsidR="00B970FC" w:rsidRPr="00D4176F" w:rsidRDefault="00B970FC" w:rsidP="00B970FC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AF7788" w:rsidRPr="00D4176F" w:rsidRDefault="00AF7788" w:rsidP="00AF7788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D4176F">
              <w:rPr>
                <w:color w:val="0F1115"/>
                <w:sz w:val="24"/>
                <w:szCs w:val="24"/>
                <w:shd w:val="clear" w:color="auto" w:fill="FFFFFF"/>
              </w:rPr>
              <w:t>Для вычисления квадратного корня в MATLAB используется функция</w:t>
            </w:r>
          </w:p>
          <w:p w:rsidR="00B970FC" w:rsidRPr="00D4176F" w:rsidRDefault="00B970FC" w:rsidP="00B970FC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B970FC" w:rsidRPr="00D4176F" w:rsidRDefault="00B970FC" w:rsidP="00B970FC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D4176F">
              <w:rPr>
                <w:i/>
                <w:snapToGrid/>
                <w:sz w:val="24"/>
                <w:szCs w:val="24"/>
              </w:rPr>
              <w:t xml:space="preserve">Ответ: </w:t>
            </w:r>
            <w:proofErr w:type="spellStart"/>
            <w:r w:rsidR="00AF7788" w:rsidRPr="002911A2">
              <w:rPr>
                <w:rStyle w:val="af6"/>
                <w:b w:val="0"/>
                <w:i/>
                <w:color w:val="0F1115"/>
                <w:sz w:val="24"/>
                <w:szCs w:val="24"/>
                <w:shd w:val="clear" w:color="auto" w:fill="FFFFFF"/>
              </w:rPr>
              <w:t>sqrt</w:t>
            </w:r>
            <w:proofErr w:type="spellEnd"/>
          </w:p>
          <w:p w:rsidR="00B970FC" w:rsidRPr="00D4176F" w:rsidRDefault="00B970FC" w:rsidP="004B2A9F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AF7788" w:rsidRPr="00D4176F" w:rsidRDefault="00B970FC" w:rsidP="00AF7788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D4176F">
              <w:rPr>
                <w:rFonts w:cs="Times New Roman"/>
                <w:b/>
                <w:szCs w:val="24"/>
                <w:lang w:val="ru-RU"/>
              </w:rPr>
              <w:t>Задание 13.</w:t>
            </w:r>
            <w:r w:rsidRPr="00D4176F">
              <w:rPr>
                <w:rFonts w:cs="Times New Roman"/>
                <w:i/>
                <w:szCs w:val="24"/>
                <w:lang w:val="ru-RU"/>
              </w:rPr>
              <w:t xml:space="preserve"> </w:t>
            </w:r>
            <w:r w:rsidR="00AF7788" w:rsidRPr="00D4176F">
              <w:rPr>
                <w:rFonts w:cs="Times New Roman"/>
                <w:i/>
                <w:szCs w:val="24"/>
                <w:lang w:val="ru-RU"/>
              </w:rPr>
              <w:t>Ответе на вопрос одним символом</w:t>
            </w:r>
          </w:p>
          <w:p w:rsidR="00B970FC" w:rsidRPr="00D4176F" w:rsidRDefault="00B970FC" w:rsidP="002911A2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B970FC" w:rsidRPr="00D4176F" w:rsidRDefault="00AF7788" w:rsidP="00B970FC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D4176F">
              <w:rPr>
                <w:color w:val="0F1115"/>
                <w:sz w:val="24"/>
                <w:szCs w:val="24"/>
                <w:shd w:val="clear" w:color="auto" w:fill="FFFFFF"/>
              </w:rPr>
              <w:t>Чтобы вывести значение переменной на экран без специального форматирования, используется команда</w:t>
            </w:r>
          </w:p>
          <w:p w:rsidR="009B6882" w:rsidRPr="00D4176F" w:rsidRDefault="00B970FC" w:rsidP="00B970FC">
            <w:pPr>
              <w:pStyle w:val="14"/>
              <w:widowControl/>
              <w:ind w:firstLine="284"/>
              <w:rPr>
                <w:rStyle w:val="af6"/>
                <w:color w:val="0F1115"/>
                <w:sz w:val="24"/>
                <w:szCs w:val="24"/>
                <w:shd w:val="clear" w:color="auto" w:fill="FFFFFF"/>
              </w:rPr>
            </w:pPr>
            <w:r w:rsidRPr="00D4176F">
              <w:rPr>
                <w:i/>
                <w:snapToGrid/>
                <w:sz w:val="24"/>
                <w:szCs w:val="24"/>
              </w:rPr>
              <w:t xml:space="preserve">Ответ: </w:t>
            </w:r>
            <w:proofErr w:type="spellStart"/>
            <w:r w:rsidR="00AF7788" w:rsidRPr="002911A2">
              <w:rPr>
                <w:rStyle w:val="af6"/>
                <w:b w:val="0"/>
                <w:i/>
                <w:color w:val="0F1115"/>
                <w:sz w:val="24"/>
                <w:szCs w:val="24"/>
                <w:shd w:val="clear" w:color="auto" w:fill="FFFFFF"/>
              </w:rPr>
              <w:t>disp</w:t>
            </w:r>
            <w:proofErr w:type="spellEnd"/>
          </w:p>
          <w:p w:rsidR="00B970FC" w:rsidRPr="00D4176F" w:rsidRDefault="00B970FC" w:rsidP="00B970FC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B970FC" w:rsidRPr="00D4176F" w:rsidRDefault="00B970FC" w:rsidP="00B970FC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D4176F">
              <w:rPr>
                <w:rFonts w:cs="Times New Roman"/>
                <w:b/>
                <w:szCs w:val="24"/>
                <w:lang w:val="ru-RU"/>
              </w:rPr>
              <w:t>Задание 14.</w:t>
            </w:r>
            <w:r w:rsidRPr="00D4176F">
              <w:rPr>
                <w:rFonts w:cs="Times New Roman"/>
                <w:i/>
                <w:szCs w:val="24"/>
                <w:lang w:val="ru-RU"/>
              </w:rPr>
              <w:t xml:space="preserve"> </w:t>
            </w:r>
            <w:r w:rsidR="00AF7788" w:rsidRPr="00D4176F">
              <w:rPr>
                <w:rFonts w:cs="Times New Roman"/>
                <w:i/>
                <w:szCs w:val="24"/>
                <w:lang w:val="ru-RU"/>
              </w:rPr>
              <w:t>Ответе на вопрос одним символом</w:t>
            </w:r>
          </w:p>
          <w:p w:rsidR="00B970FC" w:rsidRPr="00D4176F" w:rsidRDefault="00B970FC" w:rsidP="00B970FC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AF7788" w:rsidRPr="002911A2" w:rsidRDefault="00AF7788" w:rsidP="00B970FC">
            <w:pPr>
              <w:pStyle w:val="14"/>
              <w:widowControl/>
              <w:ind w:firstLine="284"/>
              <w:rPr>
                <w:rStyle w:val="markdown-word"/>
                <w:color w:val="000000"/>
                <w:sz w:val="24"/>
                <w:szCs w:val="24"/>
                <w:shd w:val="clear" w:color="auto" w:fill="FFFFFF"/>
              </w:rPr>
            </w:pPr>
            <w:r w:rsidRPr="002911A2">
              <w:rPr>
                <w:rStyle w:val="markdown-word"/>
                <w:color w:val="000000"/>
                <w:sz w:val="24"/>
                <w:szCs w:val="24"/>
                <w:shd w:val="clear" w:color="auto" w:fill="FFFFFF"/>
              </w:rPr>
              <w:t xml:space="preserve">Допишите команду, которая строит график функции y = </w:t>
            </w:r>
            <w:proofErr w:type="spellStart"/>
            <w:r w:rsidRPr="002911A2">
              <w:rPr>
                <w:rStyle w:val="markdown-word"/>
                <w:color w:val="000000"/>
                <w:sz w:val="24"/>
                <w:szCs w:val="24"/>
                <w:shd w:val="clear" w:color="auto" w:fill="FFFFFF"/>
              </w:rPr>
              <w:t>sin</w:t>
            </w:r>
            <w:proofErr w:type="spellEnd"/>
            <w:r w:rsidRPr="002911A2">
              <w:rPr>
                <w:rStyle w:val="markdown-word"/>
                <w:color w:val="000000"/>
                <w:sz w:val="24"/>
                <w:szCs w:val="24"/>
                <w:shd w:val="clear" w:color="auto" w:fill="FFFFFF"/>
              </w:rPr>
              <w:t>(x) для x от 0 до </w:t>
            </w:r>
            <w:r w:rsidRPr="002911A2">
              <w:rPr>
                <w:rStyle w:val="markdown-word"/>
                <w:sz w:val="24"/>
                <w:szCs w:val="24"/>
              </w:rPr>
              <w:t>2π</w:t>
            </w:r>
            <w:r w:rsidRPr="002911A2">
              <w:rPr>
                <w:rStyle w:val="markdown-word"/>
                <w:color w:val="000000"/>
                <w:sz w:val="24"/>
                <w:szCs w:val="24"/>
                <w:shd w:val="clear" w:color="auto" w:fill="FFFFFF"/>
              </w:rPr>
              <w:t xml:space="preserve">: </w:t>
            </w:r>
          </w:p>
          <w:p w:rsidR="00AF7788" w:rsidRPr="002911A2" w:rsidRDefault="00AF7788" w:rsidP="00AF7788">
            <w:pPr>
              <w:spacing w:line="240" w:lineRule="auto"/>
              <w:rPr>
                <w:rStyle w:val="markdown-word"/>
                <w:snapToGrid w:val="0"/>
                <w:color w:val="000000"/>
                <w:szCs w:val="24"/>
                <w:shd w:val="clear" w:color="auto" w:fill="FFFFFF"/>
                <w:lang w:val="ru-RU" w:eastAsia="ru-RU"/>
              </w:rPr>
            </w:pPr>
            <w:r w:rsidRPr="002911A2">
              <w:rPr>
                <w:rStyle w:val="markdown-word"/>
                <w:snapToGrid w:val="0"/>
                <w:color w:val="000000"/>
                <w:szCs w:val="24"/>
                <w:shd w:val="clear" w:color="auto" w:fill="FFFFFF"/>
                <w:lang w:val="ru-RU" w:eastAsia="ru-RU"/>
              </w:rPr>
              <w:t xml:space="preserve">x = </w:t>
            </w:r>
            <w:proofErr w:type="spellStart"/>
            <w:proofErr w:type="gramStart"/>
            <w:r w:rsidRPr="002911A2">
              <w:rPr>
                <w:rStyle w:val="markdown-word"/>
                <w:snapToGrid w:val="0"/>
                <w:color w:val="000000"/>
                <w:szCs w:val="24"/>
                <w:shd w:val="clear" w:color="auto" w:fill="FFFFFF"/>
                <w:lang w:val="ru-RU" w:eastAsia="ru-RU"/>
              </w:rPr>
              <w:t>linspace</w:t>
            </w:r>
            <w:proofErr w:type="spellEnd"/>
            <w:r w:rsidRPr="002911A2">
              <w:rPr>
                <w:rStyle w:val="markdown-word"/>
                <w:snapToGrid w:val="0"/>
                <w:color w:val="000000"/>
                <w:szCs w:val="24"/>
                <w:shd w:val="clear" w:color="auto" w:fill="FFFFFF"/>
                <w:lang w:val="ru-RU" w:eastAsia="ru-RU"/>
              </w:rPr>
              <w:t>(</w:t>
            </w:r>
            <w:proofErr w:type="gramEnd"/>
            <w:r w:rsidRPr="002911A2">
              <w:rPr>
                <w:rStyle w:val="markdown-word"/>
                <w:snapToGrid w:val="0"/>
                <w:color w:val="000000"/>
                <w:szCs w:val="24"/>
                <w:shd w:val="clear" w:color="auto" w:fill="FFFFFF"/>
                <w:lang w:val="ru-RU" w:eastAsia="ru-RU"/>
              </w:rPr>
              <w:t>0, 2*pi, 100);</w:t>
            </w:r>
          </w:p>
          <w:p w:rsidR="00AF7788" w:rsidRPr="002911A2" w:rsidRDefault="00AF7788" w:rsidP="00AF7788">
            <w:pPr>
              <w:spacing w:line="240" w:lineRule="auto"/>
              <w:rPr>
                <w:rStyle w:val="markdown-word"/>
                <w:snapToGrid w:val="0"/>
                <w:color w:val="000000"/>
                <w:szCs w:val="24"/>
                <w:shd w:val="clear" w:color="auto" w:fill="FFFFFF"/>
                <w:lang w:val="ru-RU" w:eastAsia="ru-RU"/>
              </w:rPr>
            </w:pPr>
            <w:r w:rsidRPr="002911A2">
              <w:rPr>
                <w:rStyle w:val="markdown-word"/>
                <w:snapToGrid w:val="0"/>
                <w:color w:val="000000"/>
                <w:szCs w:val="24"/>
                <w:shd w:val="clear" w:color="auto" w:fill="FFFFFF"/>
                <w:lang w:val="ru-RU" w:eastAsia="ru-RU"/>
              </w:rPr>
              <w:t>y = sin(x);</w:t>
            </w:r>
          </w:p>
          <w:p w:rsidR="00AF7788" w:rsidRPr="002911A2" w:rsidRDefault="00AF7788" w:rsidP="00AF7788">
            <w:pPr>
              <w:pStyle w:val="14"/>
              <w:widowControl/>
              <w:ind w:firstLine="284"/>
              <w:rPr>
                <w:rStyle w:val="markdown-word"/>
                <w:color w:val="000000"/>
                <w:sz w:val="24"/>
                <w:szCs w:val="24"/>
                <w:shd w:val="clear" w:color="auto" w:fill="FFFFFF"/>
              </w:rPr>
            </w:pPr>
            <w:r w:rsidRPr="002911A2">
              <w:rPr>
                <w:rStyle w:val="markdown-word"/>
                <w:color w:val="000000"/>
                <w:sz w:val="24"/>
                <w:szCs w:val="24"/>
                <w:shd w:val="clear" w:color="auto" w:fill="FFFFFF"/>
              </w:rPr>
              <w:t>____</w:t>
            </w:r>
            <w:proofErr w:type="gramStart"/>
            <w:r w:rsidRPr="002911A2">
              <w:rPr>
                <w:rStyle w:val="markdown-word"/>
                <w:color w:val="000000"/>
                <w:sz w:val="24"/>
                <w:szCs w:val="24"/>
                <w:shd w:val="clear" w:color="auto" w:fill="FFFFFF"/>
              </w:rPr>
              <w:t>_(</w:t>
            </w:r>
            <w:proofErr w:type="gramEnd"/>
            <w:r w:rsidRPr="002911A2">
              <w:rPr>
                <w:rStyle w:val="markdown-word"/>
                <w:color w:val="000000"/>
                <w:sz w:val="24"/>
                <w:szCs w:val="24"/>
                <w:shd w:val="clear" w:color="auto" w:fill="FFFFFF"/>
              </w:rPr>
              <w:t>x, y);</w:t>
            </w:r>
          </w:p>
          <w:p w:rsidR="00B970FC" w:rsidRPr="00D4176F" w:rsidRDefault="00AF7788" w:rsidP="00B970FC">
            <w:pPr>
              <w:pStyle w:val="14"/>
              <w:widowControl/>
              <w:ind w:firstLine="284"/>
              <w:rPr>
                <w:rStyle w:val="af6"/>
                <w:color w:val="0F1115"/>
                <w:sz w:val="24"/>
                <w:szCs w:val="24"/>
                <w:shd w:val="clear" w:color="auto" w:fill="FFFFFF"/>
              </w:rPr>
            </w:pPr>
            <w:r w:rsidRPr="00D4176F">
              <w:rPr>
                <w:rStyle w:val="markdown-word"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Pr="00D4176F">
              <w:rPr>
                <w:i/>
                <w:snapToGrid/>
                <w:sz w:val="24"/>
                <w:szCs w:val="24"/>
              </w:rPr>
              <w:t xml:space="preserve"> </w:t>
            </w:r>
            <w:r w:rsidR="00B970FC" w:rsidRPr="00D4176F">
              <w:rPr>
                <w:i/>
                <w:snapToGrid/>
                <w:sz w:val="24"/>
                <w:szCs w:val="24"/>
              </w:rPr>
              <w:t xml:space="preserve">Ответ: </w:t>
            </w:r>
            <w:proofErr w:type="spellStart"/>
            <w:r w:rsidRPr="002911A2">
              <w:rPr>
                <w:i/>
                <w:color w:val="333333"/>
                <w:sz w:val="24"/>
                <w:szCs w:val="24"/>
                <w:shd w:val="clear" w:color="auto" w:fill="FCFCFC"/>
              </w:rPr>
              <w:t>plot</w:t>
            </w:r>
            <w:proofErr w:type="spellEnd"/>
          </w:p>
          <w:p w:rsidR="00B970FC" w:rsidRPr="00D4176F" w:rsidRDefault="00B970FC" w:rsidP="00B970FC">
            <w:pPr>
              <w:pStyle w:val="14"/>
              <w:widowControl/>
              <w:ind w:firstLine="284"/>
              <w:rPr>
                <w:rStyle w:val="af6"/>
                <w:color w:val="0F1115"/>
                <w:sz w:val="24"/>
                <w:szCs w:val="24"/>
                <w:shd w:val="clear" w:color="auto" w:fill="FFFFFF"/>
              </w:rPr>
            </w:pPr>
          </w:p>
          <w:p w:rsidR="00B970FC" w:rsidRPr="00D4176F" w:rsidRDefault="00B970FC" w:rsidP="00B970FC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D4176F">
              <w:rPr>
                <w:rFonts w:cs="Times New Roman"/>
                <w:b/>
                <w:szCs w:val="24"/>
                <w:lang w:val="ru-RU"/>
              </w:rPr>
              <w:t>Задание 15.</w:t>
            </w:r>
            <w:r w:rsidRPr="00D4176F">
              <w:rPr>
                <w:rFonts w:cs="Times New Roman"/>
                <w:i/>
                <w:szCs w:val="24"/>
                <w:lang w:val="ru-RU"/>
              </w:rPr>
              <w:t xml:space="preserve"> </w:t>
            </w:r>
            <w:r w:rsidR="00D4176F" w:rsidRPr="00D4176F">
              <w:rPr>
                <w:rFonts w:cs="Times New Roman"/>
                <w:i/>
                <w:szCs w:val="24"/>
                <w:lang w:val="ru-RU"/>
              </w:rPr>
              <w:t>Ответе на вопрос одним символом</w:t>
            </w:r>
          </w:p>
          <w:p w:rsidR="00B970FC" w:rsidRPr="00D4176F" w:rsidRDefault="00B970FC" w:rsidP="00B970FC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B970FC" w:rsidRPr="00D4176F" w:rsidRDefault="00D4176F" w:rsidP="00B970FC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D4176F">
              <w:rPr>
                <w:rStyle w:val="markdown-word"/>
                <w:color w:val="000000"/>
                <w:sz w:val="24"/>
                <w:szCs w:val="24"/>
                <w:shd w:val="clear" w:color="auto" w:fill="FFFFFF"/>
              </w:rPr>
              <w:t>Заполните пропуск, чтобы очистить все переменные из рабочей области</w:t>
            </w:r>
            <w:r w:rsidRPr="00D4176F">
              <w:rPr>
                <w:i/>
                <w:snapToGrid/>
                <w:sz w:val="24"/>
                <w:szCs w:val="24"/>
              </w:rPr>
              <w:t xml:space="preserve"> </w:t>
            </w:r>
          </w:p>
          <w:p w:rsidR="00D4176F" w:rsidRPr="00D4176F" w:rsidRDefault="00D4176F" w:rsidP="00B970FC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B970FC" w:rsidRPr="00D4176F" w:rsidRDefault="00B970FC" w:rsidP="00B970FC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D4176F">
              <w:rPr>
                <w:i/>
                <w:snapToGrid/>
                <w:sz w:val="24"/>
                <w:szCs w:val="24"/>
              </w:rPr>
              <w:t>Ответ:</w:t>
            </w:r>
            <w:r w:rsidR="00D4176F" w:rsidRPr="00D4176F">
              <w:rPr>
                <w:color w:val="333333"/>
                <w:sz w:val="24"/>
                <w:szCs w:val="24"/>
                <w:shd w:val="clear" w:color="auto" w:fill="FCFCFC"/>
              </w:rPr>
              <w:t xml:space="preserve"> </w:t>
            </w:r>
            <w:proofErr w:type="spellStart"/>
            <w:r w:rsidR="00D4176F" w:rsidRPr="002911A2">
              <w:rPr>
                <w:rStyle w:val="markdown-word"/>
                <w:i/>
                <w:color w:val="000000"/>
                <w:sz w:val="24"/>
                <w:szCs w:val="24"/>
                <w:shd w:val="clear" w:color="auto" w:fill="FFFFFF"/>
              </w:rPr>
              <w:t>clear</w:t>
            </w:r>
            <w:proofErr w:type="spellEnd"/>
          </w:p>
          <w:p w:rsidR="00B970FC" w:rsidRPr="00D4176F" w:rsidRDefault="00B970FC" w:rsidP="00B970FC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B970FC" w:rsidRPr="00D4176F" w:rsidRDefault="00B970FC" w:rsidP="00B970FC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D4176F">
              <w:rPr>
                <w:rFonts w:cs="Times New Roman"/>
                <w:b/>
                <w:szCs w:val="24"/>
                <w:lang w:val="ru-RU"/>
              </w:rPr>
              <w:t>Задание 16.</w:t>
            </w:r>
            <w:r w:rsidRPr="00D4176F">
              <w:rPr>
                <w:rFonts w:cs="Times New Roman"/>
                <w:i/>
                <w:szCs w:val="24"/>
                <w:lang w:val="ru-RU"/>
              </w:rPr>
              <w:t xml:space="preserve"> </w:t>
            </w:r>
            <w:r w:rsidR="00D4176F" w:rsidRPr="00D4176F">
              <w:rPr>
                <w:rFonts w:cs="Times New Roman"/>
                <w:i/>
                <w:szCs w:val="24"/>
                <w:lang w:val="ru-RU"/>
              </w:rPr>
              <w:t>Ответе на вопрос одним символом</w:t>
            </w:r>
            <w:r w:rsidRPr="00D4176F">
              <w:rPr>
                <w:rFonts w:cs="Times New Roman"/>
                <w:i/>
                <w:szCs w:val="24"/>
                <w:lang w:val="ru-RU"/>
              </w:rPr>
              <w:t>.</w:t>
            </w:r>
          </w:p>
          <w:p w:rsidR="00B970FC" w:rsidRPr="00D4176F" w:rsidRDefault="00B970FC" w:rsidP="00B970FC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D4176F" w:rsidRPr="00D4176F" w:rsidRDefault="00D4176F" w:rsidP="00B970FC">
            <w:pPr>
              <w:pStyle w:val="14"/>
              <w:widowControl/>
              <w:ind w:firstLine="284"/>
              <w:rPr>
                <w:color w:val="0F1115"/>
                <w:sz w:val="24"/>
                <w:szCs w:val="24"/>
                <w:shd w:val="clear" w:color="auto" w:fill="FFFFFF"/>
              </w:rPr>
            </w:pPr>
            <w:r w:rsidRPr="00D4176F">
              <w:rPr>
                <w:color w:val="0F1115"/>
                <w:sz w:val="24"/>
                <w:szCs w:val="24"/>
                <w:shd w:val="clear" w:color="auto" w:fill="FFFFFF"/>
              </w:rPr>
              <w:t>Первая строка функции обычно начинается с ключевого слова</w:t>
            </w:r>
          </w:p>
          <w:p w:rsidR="00B970FC" w:rsidRPr="00D4176F" w:rsidRDefault="00B970FC" w:rsidP="00B970FC">
            <w:pPr>
              <w:pStyle w:val="14"/>
              <w:widowControl/>
              <w:ind w:firstLine="284"/>
              <w:rPr>
                <w:rStyle w:val="af6"/>
                <w:color w:val="0F1115"/>
                <w:sz w:val="24"/>
                <w:szCs w:val="24"/>
                <w:shd w:val="clear" w:color="auto" w:fill="FFFFFF"/>
              </w:rPr>
            </w:pPr>
            <w:r w:rsidRPr="00D4176F">
              <w:rPr>
                <w:i/>
                <w:snapToGrid/>
                <w:sz w:val="24"/>
                <w:szCs w:val="24"/>
              </w:rPr>
              <w:t>Ответ:</w:t>
            </w:r>
            <w:r w:rsidRPr="002911A2">
              <w:rPr>
                <w:i/>
                <w:snapToGrid/>
                <w:sz w:val="24"/>
                <w:szCs w:val="24"/>
              </w:rPr>
              <w:t xml:space="preserve"> </w:t>
            </w:r>
            <w:proofErr w:type="spellStart"/>
            <w:r w:rsidR="00D4176F" w:rsidRPr="002911A2">
              <w:rPr>
                <w:rStyle w:val="af6"/>
                <w:i/>
                <w:color w:val="0F1115"/>
                <w:sz w:val="24"/>
                <w:szCs w:val="24"/>
                <w:shd w:val="clear" w:color="auto" w:fill="FFFFFF"/>
              </w:rPr>
              <w:t>function</w:t>
            </w:r>
            <w:proofErr w:type="spellEnd"/>
          </w:p>
          <w:p w:rsidR="00B970FC" w:rsidRPr="00D4176F" w:rsidRDefault="00B970FC" w:rsidP="00B970FC">
            <w:pPr>
              <w:pStyle w:val="14"/>
              <w:widowControl/>
              <w:ind w:firstLine="284"/>
              <w:rPr>
                <w:rStyle w:val="af6"/>
                <w:color w:val="0F1115"/>
                <w:sz w:val="24"/>
                <w:szCs w:val="24"/>
                <w:shd w:val="clear" w:color="auto" w:fill="FFFFFF"/>
              </w:rPr>
            </w:pPr>
          </w:p>
          <w:p w:rsidR="00B970FC" w:rsidRPr="00D4176F" w:rsidRDefault="00B970FC" w:rsidP="00B970FC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D4176F">
              <w:rPr>
                <w:rFonts w:cs="Times New Roman"/>
                <w:b/>
                <w:szCs w:val="24"/>
                <w:lang w:val="ru-RU"/>
              </w:rPr>
              <w:t>Задание 17.</w:t>
            </w:r>
            <w:r w:rsidRPr="00D4176F">
              <w:rPr>
                <w:rFonts w:cs="Times New Roman"/>
                <w:i/>
                <w:szCs w:val="24"/>
                <w:lang w:val="ru-RU"/>
              </w:rPr>
              <w:t xml:space="preserve"> Введите одно пропущенное слово.</w:t>
            </w:r>
          </w:p>
          <w:p w:rsidR="00B970FC" w:rsidRPr="00D4176F" w:rsidRDefault="00B970FC" w:rsidP="00B970FC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B970FC" w:rsidRPr="00D4176F" w:rsidRDefault="00B970FC" w:rsidP="00B970FC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D4176F">
              <w:rPr>
                <w:color w:val="0F1115"/>
                <w:sz w:val="24"/>
                <w:szCs w:val="24"/>
                <w:shd w:val="clear" w:color="auto" w:fill="FFFFFF"/>
              </w:rPr>
              <w:t> </w:t>
            </w:r>
            <w:r w:rsidRPr="00D4176F">
              <w:rPr>
                <w:rStyle w:val="af6"/>
                <w:color w:val="0F1115"/>
                <w:sz w:val="24"/>
                <w:szCs w:val="24"/>
                <w:shd w:val="clear" w:color="auto" w:fill="FFFFFF"/>
              </w:rPr>
              <w:t>_________</w:t>
            </w:r>
            <w:r w:rsidR="00D4176F" w:rsidRPr="00D4176F">
              <w:rPr>
                <w:rStyle w:val="af6"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r w:rsidR="00D4176F" w:rsidRPr="002911A2">
              <w:rPr>
                <w:b/>
                <w:bCs/>
                <w:snapToGrid/>
                <w:sz w:val="24"/>
                <w:szCs w:val="24"/>
              </w:rPr>
              <w:t xml:space="preserve">- </w:t>
            </w:r>
            <w:proofErr w:type="gramStart"/>
            <w:r w:rsidR="00D4176F" w:rsidRPr="002911A2">
              <w:rPr>
                <w:snapToGrid/>
                <w:sz w:val="24"/>
                <w:szCs w:val="24"/>
              </w:rPr>
              <w:t>*.m</w:t>
            </w:r>
            <w:proofErr w:type="gramEnd"/>
            <w:r w:rsidR="00D4176F" w:rsidRPr="002911A2">
              <w:rPr>
                <w:snapToGrid/>
                <w:sz w:val="24"/>
                <w:szCs w:val="24"/>
              </w:rPr>
              <w:t>-файлы без входных аргументов</w:t>
            </w:r>
          </w:p>
          <w:p w:rsidR="00B970FC" w:rsidRPr="00D4176F" w:rsidRDefault="00B970FC" w:rsidP="00B970FC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B970FC" w:rsidRPr="00D4176F" w:rsidRDefault="00B970FC" w:rsidP="00B970FC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D4176F">
              <w:rPr>
                <w:i/>
                <w:snapToGrid/>
                <w:sz w:val="24"/>
                <w:szCs w:val="24"/>
              </w:rPr>
              <w:t xml:space="preserve">Ответ: </w:t>
            </w:r>
            <w:r w:rsidR="00D4176F" w:rsidRPr="002911A2">
              <w:rPr>
                <w:rStyle w:val="af6"/>
                <w:b w:val="0"/>
                <w:i/>
                <w:color w:val="0F1115"/>
                <w:sz w:val="24"/>
                <w:szCs w:val="24"/>
                <w:shd w:val="clear" w:color="auto" w:fill="FFFFFF"/>
              </w:rPr>
              <w:t>скрипт</w:t>
            </w:r>
          </w:p>
          <w:p w:rsidR="00B970FC" w:rsidRPr="00D4176F" w:rsidRDefault="00B970FC" w:rsidP="00B970FC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B970FC" w:rsidRPr="00D4176F" w:rsidRDefault="00B970FC" w:rsidP="00B970FC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D4176F">
              <w:rPr>
                <w:rFonts w:cs="Times New Roman"/>
                <w:b/>
                <w:szCs w:val="24"/>
                <w:lang w:val="ru-RU"/>
              </w:rPr>
              <w:t>Задание 18.</w:t>
            </w:r>
            <w:r w:rsidRPr="00D4176F">
              <w:rPr>
                <w:rFonts w:cs="Times New Roman"/>
                <w:i/>
                <w:szCs w:val="24"/>
                <w:lang w:val="ru-RU"/>
              </w:rPr>
              <w:t xml:space="preserve"> Введите одно пропущенное слово.</w:t>
            </w:r>
          </w:p>
          <w:p w:rsidR="00B970FC" w:rsidRPr="00D4176F" w:rsidRDefault="00B970FC" w:rsidP="00B970FC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B970FC" w:rsidRPr="00D4176F" w:rsidRDefault="00D4176F" w:rsidP="00B970FC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D4176F">
              <w:rPr>
                <w:color w:val="0F1115"/>
                <w:sz w:val="24"/>
                <w:szCs w:val="24"/>
                <w:shd w:val="clear" w:color="auto" w:fill="FFFFFF"/>
              </w:rPr>
              <w:t>Команда </w:t>
            </w:r>
            <w:r w:rsidRPr="00D4176F">
              <w:rPr>
                <w:rStyle w:val="af6"/>
                <w:color w:val="0F1115"/>
                <w:sz w:val="24"/>
                <w:szCs w:val="24"/>
                <w:shd w:val="clear" w:color="auto" w:fill="FFFFFF"/>
              </w:rPr>
              <w:t xml:space="preserve">________ </w:t>
            </w:r>
            <w:r w:rsidRPr="00D4176F">
              <w:rPr>
                <w:color w:val="0F1115"/>
                <w:sz w:val="24"/>
                <w:szCs w:val="24"/>
                <w:shd w:val="clear" w:color="auto" w:fill="FFFFFF"/>
              </w:rPr>
              <w:t>добавляет сетку на график</w:t>
            </w:r>
            <w:r w:rsidRPr="00D4176F">
              <w:rPr>
                <w:i/>
                <w:snapToGrid/>
                <w:sz w:val="24"/>
                <w:szCs w:val="24"/>
              </w:rPr>
              <w:t xml:space="preserve"> </w:t>
            </w:r>
          </w:p>
          <w:p w:rsidR="00B970FC" w:rsidRPr="00D4176F" w:rsidRDefault="00B970FC" w:rsidP="00B970FC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D4176F">
              <w:rPr>
                <w:i/>
                <w:snapToGrid/>
                <w:sz w:val="24"/>
                <w:szCs w:val="24"/>
              </w:rPr>
              <w:t xml:space="preserve">Ответ: </w:t>
            </w:r>
            <w:proofErr w:type="spellStart"/>
            <w:r w:rsidR="00D4176F" w:rsidRPr="002911A2">
              <w:rPr>
                <w:rStyle w:val="af6"/>
                <w:b w:val="0"/>
                <w:i/>
                <w:color w:val="0F1115"/>
                <w:sz w:val="24"/>
                <w:szCs w:val="24"/>
                <w:shd w:val="clear" w:color="auto" w:fill="FFFFFF"/>
              </w:rPr>
              <w:t>grid</w:t>
            </w:r>
            <w:proofErr w:type="spellEnd"/>
            <w:r w:rsidR="00D4176F" w:rsidRPr="002911A2">
              <w:rPr>
                <w:rStyle w:val="af6"/>
                <w:b w:val="0"/>
                <w:i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D4176F" w:rsidRPr="002911A2">
              <w:rPr>
                <w:rStyle w:val="af6"/>
                <w:b w:val="0"/>
                <w:i/>
                <w:color w:val="0F1115"/>
                <w:sz w:val="24"/>
                <w:szCs w:val="24"/>
                <w:shd w:val="clear" w:color="auto" w:fill="FFFFFF"/>
              </w:rPr>
              <w:t>on</w:t>
            </w:r>
            <w:proofErr w:type="spellEnd"/>
          </w:p>
          <w:p w:rsidR="00B970FC" w:rsidRPr="00D4176F" w:rsidRDefault="00B970FC" w:rsidP="00B970FC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</w:tc>
      </w:tr>
      <w:tr w:rsidR="009B6882" w:rsidRPr="0061790B" w:rsidTr="004B2A9F">
        <w:trPr>
          <w:jc w:val="center"/>
        </w:trPr>
        <w:tc>
          <w:tcPr>
            <w:tcW w:w="3371" w:type="dxa"/>
            <w:gridSpan w:val="2"/>
            <w:shd w:val="clear" w:color="auto" w:fill="auto"/>
          </w:tcPr>
          <w:p w:rsidR="009B6882" w:rsidRPr="00D4176F" w:rsidRDefault="009B6882" w:rsidP="004B2A9F">
            <w:pPr>
              <w:spacing w:line="240" w:lineRule="auto"/>
              <w:rPr>
                <w:rFonts w:cs="Times New Roman"/>
                <w:b/>
                <w:szCs w:val="24"/>
              </w:rPr>
            </w:pPr>
            <w:proofErr w:type="spellStart"/>
            <w:r w:rsidRPr="00D4176F">
              <w:rPr>
                <w:rFonts w:cs="Times New Roman"/>
                <w:b/>
                <w:szCs w:val="24"/>
              </w:rPr>
              <w:lastRenderedPageBreak/>
              <w:t>Уровень</w:t>
            </w:r>
            <w:proofErr w:type="spellEnd"/>
            <w:r w:rsidRPr="00D4176F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D4176F">
              <w:rPr>
                <w:rFonts w:cs="Times New Roman"/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5974" w:type="dxa"/>
            <w:gridSpan w:val="2"/>
            <w:shd w:val="clear" w:color="auto" w:fill="auto"/>
          </w:tcPr>
          <w:p w:rsidR="009B6882" w:rsidRPr="00D4176F" w:rsidRDefault="009B6882" w:rsidP="004B2A9F">
            <w:pPr>
              <w:spacing w:line="240" w:lineRule="auto"/>
              <w:rPr>
                <w:rFonts w:cs="Times New Roman"/>
                <w:b/>
                <w:szCs w:val="24"/>
              </w:rPr>
            </w:pPr>
            <w:proofErr w:type="spellStart"/>
            <w:r w:rsidRPr="00D4176F">
              <w:rPr>
                <w:rFonts w:cs="Times New Roman"/>
                <w:b/>
                <w:szCs w:val="24"/>
              </w:rPr>
              <w:t>Высокий</w:t>
            </w:r>
            <w:proofErr w:type="spellEnd"/>
          </w:p>
        </w:tc>
      </w:tr>
      <w:tr w:rsidR="009B6882" w:rsidRPr="0061790B" w:rsidTr="004B2A9F">
        <w:trPr>
          <w:jc w:val="center"/>
        </w:trPr>
        <w:tc>
          <w:tcPr>
            <w:tcW w:w="3371" w:type="dxa"/>
            <w:gridSpan w:val="2"/>
            <w:shd w:val="clear" w:color="auto" w:fill="auto"/>
          </w:tcPr>
          <w:p w:rsidR="009B6882" w:rsidRPr="00D4176F" w:rsidRDefault="009B6882" w:rsidP="004B2A9F">
            <w:pPr>
              <w:spacing w:line="240" w:lineRule="auto"/>
              <w:rPr>
                <w:rFonts w:cs="Times New Roman"/>
                <w:b/>
                <w:szCs w:val="24"/>
              </w:rPr>
            </w:pPr>
            <w:proofErr w:type="spellStart"/>
            <w:r w:rsidRPr="00D4176F">
              <w:rPr>
                <w:rFonts w:cs="Times New Roman"/>
                <w:b/>
                <w:szCs w:val="24"/>
              </w:rPr>
              <w:t>Тип</w:t>
            </w:r>
            <w:proofErr w:type="spellEnd"/>
            <w:r w:rsidRPr="00D4176F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D4176F">
              <w:rPr>
                <w:rFonts w:cs="Times New Roman"/>
                <w:b/>
                <w:szCs w:val="24"/>
              </w:rPr>
              <w:t>задания</w:t>
            </w:r>
            <w:proofErr w:type="spellEnd"/>
          </w:p>
        </w:tc>
        <w:tc>
          <w:tcPr>
            <w:tcW w:w="5974" w:type="dxa"/>
            <w:gridSpan w:val="2"/>
            <w:shd w:val="clear" w:color="auto" w:fill="auto"/>
          </w:tcPr>
          <w:p w:rsidR="009B6882" w:rsidRPr="00D4176F" w:rsidRDefault="009B6882" w:rsidP="004B2A9F">
            <w:pPr>
              <w:spacing w:line="240" w:lineRule="auto"/>
              <w:rPr>
                <w:rFonts w:cs="Times New Roman"/>
                <w:b/>
                <w:szCs w:val="24"/>
              </w:rPr>
            </w:pPr>
            <w:proofErr w:type="spellStart"/>
            <w:r w:rsidRPr="00D4176F">
              <w:rPr>
                <w:rFonts w:cs="Times New Roman"/>
                <w:b/>
                <w:szCs w:val="24"/>
              </w:rPr>
              <w:t>Решение</w:t>
            </w:r>
            <w:proofErr w:type="spellEnd"/>
            <w:r w:rsidRPr="00D4176F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D4176F">
              <w:rPr>
                <w:rFonts w:cs="Times New Roman"/>
                <w:b/>
                <w:szCs w:val="24"/>
              </w:rPr>
              <w:t>задач</w:t>
            </w:r>
            <w:proofErr w:type="spellEnd"/>
          </w:p>
        </w:tc>
      </w:tr>
      <w:tr w:rsidR="009B6882" w:rsidRPr="002911A2" w:rsidTr="004B2A9F">
        <w:trPr>
          <w:jc w:val="center"/>
        </w:trPr>
        <w:tc>
          <w:tcPr>
            <w:tcW w:w="9345" w:type="dxa"/>
            <w:gridSpan w:val="4"/>
            <w:shd w:val="clear" w:color="auto" w:fill="auto"/>
          </w:tcPr>
          <w:p w:rsidR="009B6882" w:rsidRPr="00D4176F" w:rsidRDefault="009B6882" w:rsidP="004B2A9F">
            <w:pPr>
              <w:spacing w:line="240" w:lineRule="auto"/>
              <w:rPr>
                <w:rFonts w:cs="Times New Roman"/>
                <w:bCs/>
                <w:szCs w:val="24"/>
                <w:lang w:val="ru-RU"/>
              </w:rPr>
            </w:pPr>
          </w:p>
          <w:p w:rsidR="009B6882" w:rsidRDefault="009B6882" w:rsidP="004B2A9F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D4176F">
              <w:rPr>
                <w:rFonts w:cs="Times New Roman"/>
                <w:b/>
                <w:szCs w:val="24"/>
                <w:lang w:val="ru-RU"/>
              </w:rPr>
              <w:t xml:space="preserve">Задание </w:t>
            </w:r>
            <w:r w:rsidR="00D4176F" w:rsidRPr="00D4176F">
              <w:rPr>
                <w:rFonts w:cs="Times New Roman"/>
                <w:b/>
                <w:szCs w:val="24"/>
                <w:lang w:val="ru-RU"/>
              </w:rPr>
              <w:t>19</w:t>
            </w:r>
            <w:r w:rsidRPr="00D4176F">
              <w:rPr>
                <w:rFonts w:cs="Times New Roman"/>
                <w:b/>
                <w:szCs w:val="24"/>
                <w:lang w:val="ru-RU"/>
              </w:rPr>
              <w:t>.</w:t>
            </w:r>
            <w:r w:rsidRPr="00D4176F">
              <w:rPr>
                <w:rFonts w:cs="Times New Roman"/>
                <w:i/>
                <w:szCs w:val="24"/>
                <w:lang w:val="ru-RU"/>
              </w:rPr>
              <w:t xml:space="preserve"> Решите задачу и впишите ответ в </w:t>
            </w:r>
            <w:r w:rsidR="002911A2">
              <w:rPr>
                <w:rFonts w:cs="Times New Roman"/>
                <w:i/>
                <w:szCs w:val="24"/>
                <w:lang w:val="ru-RU"/>
              </w:rPr>
              <w:t xml:space="preserve">численном </w:t>
            </w:r>
            <w:r w:rsidRPr="00D4176F">
              <w:rPr>
                <w:rFonts w:cs="Times New Roman"/>
                <w:i/>
                <w:szCs w:val="24"/>
                <w:lang w:val="ru-RU"/>
              </w:rPr>
              <w:t>формате.</w:t>
            </w:r>
          </w:p>
          <w:p w:rsidR="002911A2" w:rsidRDefault="002911A2" w:rsidP="004B2A9F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</w:p>
          <w:p w:rsidR="002911A2" w:rsidRPr="002911A2" w:rsidRDefault="002911A2" w:rsidP="004B2A9F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  <w:r w:rsidRPr="002911A2">
              <w:rPr>
                <w:rFonts w:cs="Times New Roman"/>
                <w:szCs w:val="24"/>
                <w:lang w:val="ru-RU"/>
              </w:rPr>
              <w:t>В чём ошибка в этом файле, если он задуман как скрипт?</w:t>
            </w:r>
          </w:p>
          <w:p w:rsidR="002911A2" w:rsidRPr="002911A2" w:rsidRDefault="002911A2" w:rsidP="002911A2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  <w:r w:rsidRPr="002911A2">
              <w:rPr>
                <w:rFonts w:cs="Times New Roman"/>
                <w:szCs w:val="24"/>
                <w:lang w:val="ru-RU"/>
              </w:rPr>
              <w:t xml:space="preserve">x = 10;  </w:t>
            </w:r>
          </w:p>
          <w:p w:rsidR="002911A2" w:rsidRPr="002911A2" w:rsidRDefault="002911A2" w:rsidP="002911A2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  <w:r w:rsidRPr="002911A2">
              <w:rPr>
                <w:rFonts w:cs="Times New Roman"/>
                <w:szCs w:val="24"/>
                <w:lang w:val="ru-RU"/>
              </w:rPr>
              <w:t xml:space="preserve">y = 20;  </w:t>
            </w:r>
          </w:p>
          <w:p w:rsidR="002911A2" w:rsidRPr="002911A2" w:rsidRDefault="002911A2" w:rsidP="002911A2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  <w:r w:rsidRPr="002911A2">
              <w:rPr>
                <w:rFonts w:cs="Times New Roman"/>
                <w:szCs w:val="24"/>
                <w:lang w:val="ru-RU"/>
              </w:rPr>
              <w:t xml:space="preserve">z = x + y;  </w:t>
            </w:r>
          </w:p>
          <w:p w:rsidR="002911A2" w:rsidRPr="002911A2" w:rsidRDefault="002911A2" w:rsidP="002911A2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  <w:proofErr w:type="spellStart"/>
            <w:r w:rsidRPr="002911A2">
              <w:rPr>
                <w:rFonts w:cs="Times New Roman"/>
                <w:szCs w:val="24"/>
                <w:lang w:val="ru-RU"/>
              </w:rPr>
              <w:t>disp</w:t>
            </w:r>
            <w:proofErr w:type="spellEnd"/>
            <w:r w:rsidRPr="002911A2">
              <w:rPr>
                <w:rFonts w:cs="Times New Roman"/>
                <w:szCs w:val="24"/>
                <w:lang w:val="ru-RU"/>
              </w:rPr>
              <w:t>(z)</w:t>
            </w:r>
          </w:p>
          <w:p w:rsidR="002911A2" w:rsidRPr="002911A2" w:rsidRDefault="009B6882" w:rsidP="002911A2">
            <w:pPr>
              <w:pStyle w:val="14"/>
              <w:widowControl/>
              <w:ind w:firstLine="284"/>
              <w:rPr>
                <w:bCs/>
                <w:i/>
                <w:snapToGrid/>
                <w:sz w:val="24"/>
                <w:szCs w:val="24"/>
              </w:rPr>
            </w:pPr>
            <w:r w:rsidRPr="002911A2">
              <w:rPr>
                <w:i/>
                <w:snapToGrid/>
                <w:sz w:val="24"/>
                <w:szCs w:val="24"/>
              </w:rPr>
              <w:t xml:space="preserve">Ответ: </w:t>
            </w:r>
            <w:r w:rsidR="002911A2" w:rsidRPr="002911A2">
              <w:rPr>
                <w:bCs/>
                <w:i/>
                <w:snapToGrid/>
                <w:sz w:val="24"/>
                <w:szCs w:val="24"/>
              </w:rPr>
              <w:t>30</w:t>
            </w:r>
          </w:p>
          <w:p w:rsidR="002911A2" w:rsidRDefault="002911A2" w:rsidP="002911A2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2911A2">
              <w:rPr>
                <w:rStyle w:val="af6"/>
                <w:rFonts w:ascii="Segoe UI" w:hAnsi="Segoe UI" w:cs="Segoe UI"/>
                <w:color w:val="0F1115"/>
                <w:shd w:val="clear" w:color="auto" w:fill="FFFFFF"/>
                <w:lang w:val="ru-RU"/>
              </w:rPr>
              <w:br/>
            </w:r>
            <w:r w:rsidRPr="00D4176F">
              <w:rPr>
                <w:rFonts w:cs="Times New Roman"/>
                <w:b/>
                <w:szCs w:val="24"/>
                <w:lang w:val="ru-RU"/>
              </w:rPr>
              <w:t xml:space="preserve">Задание </w:t>
            </w:r>
            <w:r>
              <w:rPr>
                <w:rFonts w:cs="Times New Roman"/>
                <w:b/>
                <w:szCs w:val="24"/>
                <w:lang w:val="ru-RU"/>
              </w:rPr>
              <w:t>20</w:t>
            </w:r>
            <w:r w:rsidRPr="00D4176F">
              <w:rPr>
                <w:rFonts w:cs="Times New Roman"/>
                <w:b/>
                <w:szCs w:val="24"/>
                <w:lang w:val="ru-RU"/>
              </w:rPr>
              <w:t>.</w:t>
            </w:r>
            <w:r w:rsidRPr="00D4176F">
              <w:rPr>
                <w:rFonts w:cs="Times New Roman"/>
                <w:i/>
                <w:szCs w:val="24"/>
                <w:lang w:val="ru-RU"/>
              </w:rPr>
              <w:t xml:space="preserve"> Решите задачу и впишите ответ в </w:t>
            </w:r>
            <w:r>
              <w:rPr>
                <w:rFonts w:cs="Times New Roman"/>
                <w:i/>
                <w:szCs w:val="24"/>
                <w:lang w:val="ru-RU"/>
              </w:rPr>
              <w:t xml:space="preserve">численном </w:t>
            </w:r>
            <w:r w:rsidRPr="00D4176F">
              <w:rPr>
                <w:rFonts w:cs="Times New Roman"/>
                <w:i/>
                <w:szCs w:val="24"/>
                <w:lang w:val="ru-RU"/>
              </w:rPr>
              <w:t>формате.</w:t>
            </w:r>
          </w:p>
          <w:p w:rsidR="002911A2" w:rsidRDefault="002911A2" w:rsidP="002911A2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</w:p>
          <w:p w:rsidR="002911A2" w:rsidRPr="002911A2" w:rsidRDefault="002911A2" w:rsidP="002911A2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  <w:r w:rsidRPr="002911A2">
              <w:rPr>
                <w:rFonts w:cs="Times New Roman"/>
                <w:szCs w:val="24"/>
                <w:lang w:val="ru-RU"/>
              </w:rPr>
              <w:t>Напиши вызов функции </w:t>
            </w:r>
            <w:proofErr w:type="spellStart"/>
            <w:r w:rsidRPr="002911A2">
              <w:rPr>
                <w:rFonts w:cs="Times New Roman"/>
                <w:szCs w:val="24"/>
                <w:lang w:val="ru-RU"/>
              </w:rPr>
              <w:t>calcPower</w:t>
            </w:r>
            <w:proofErr w:type="spellEnd"/>
            <w:r w:rsidRPr="002911A2">
              <w:rPr>
                <w:rFonts w:cs="Times New Roman"/>
                <w:szCs w:val="24"/>
                <w:lang w:val="ru-RU"/>
              </w:rPr>
              <w:t>, которая принимает напряжение U=220, ток I=10 и </w:t>
            </w:r>
            <w:proofErr w:type="spellStart"/>
            <w:r w:rsidRPr="002911A2">
              <w:rPr>
                <w:rFonts w:cs="Times New Roman"/>
                <w:szCs w:val="24"/>
                <w:lang w:val="ru-RU"/>
              </w:rPr>
              <w:t>cosPhi</w:t>
            </w:r>
            <w:proofErr w:type="spellEnd"/>
            <w:r w:rsidRPr="002911A2">
              <w:rPr>
                <w:rFonts w:cs="Times New Roman"/>
                <w:szCs w:val="24"/>
                <w:lang w:val="ru-RU"/>
              </w:rPr>
              <w:t xml:space="preserve">=0.8, а результат сохраняет в переменную P </w:t>
            </w:r>
          </w:p>
          <w:p w:rsidR="002911A2" w:rsidRPr="002911A2" w:rsidRDefault="002911A2" w:rsidP="002911A2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2911A2" w:rsidRPr="002911A2" w:rsidRDefault="002911A2" w:rsidP="002911A2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2911A2">
              <w:rPr>
                <w:rFonts w:cs="Times New Roman"/>
                <w:i/>
                <w:szCs w:val="24"/>
                <w:lang w:val="ru-RU"/>
              </w:rPr>
              <w:t xml:space="preserve">Ответ: P = </w:t>
            </w:r>
            <w:proofErr w:type="spellStart"/>
            <w:proofErr w:type="gramStart"/>
            <w:r w:rsidRPr="002911A2">
              <w:rPr>
                <w:rFonts w:cs="Times New Roman"/>
                <w:i/>
                <w:szCs w:val="24"/>
                <w:lang w:val="ru-RU"/>
              </w:rPr>
              <w:t>calcPower</w:t>
            </w:r>
            <w:proofErr w:type="spellEnd"/>
            <w:r w:rsidRPr="002911A2">
              <w:rPr>
                <w:rFonts w:cs="Times New Roman"/>
                <w:i/>
                <w:szCs w:val="24"/>
                <w:lang w:val="ru-RU"/>
              </w:rPr>
              <w:t>(</w:t>
            </w:r>
            <w:proofErr w:type="gramEnd"/>
            <w:r w:rsidRPr="002911A2">
              <w:rPr>
                <w:rFonts w:cs="Times New Roman"/>
                <w:i/>
                <w:szCs w:val="24"/>
                <w:lang w:val="ru-RU"/>
              </w:rPr>
              <w:t>220, 10, 0.8)</w:t>
            </w:r>
          </w:p>
          <w:p w:rsidR="009B6882" w:rsidRPr="00D4176F" w:rsidRDefault="009B6882" w:rsidP="00D4411B">
            <w:pPr>
              <w:pStyle w:val="14"/>
              <w:widowControl/>
              <w:rPr>
                <w:bCs/>
                <w:sz w:val="24"/>
                <w:szCs w:val="24"/>
              </w:rPr>
            </w:pPr>
          </w:p>
        </w:tc>
      </w:tr>
    </w:tbl>
    <w:p w:rsidR="009B6882" w:rsidRPr="009B6882" w:rsidRDefault="009B6882" w:rsidP="009B6882">
      <w:pPr>
        <w:rPr>
          <w:b/>
          <w:sz w:val="28"/>
          <w:szCs w:val="28"/>
          <w:lang w:val="ru-RU"/>
        </w:rPr>
      </w:pPr>
    </w:p>
    <w:p w:rsidR="009B6882" w:rsidRDefault="009B6882" w:rsidP="009B6882">
      <w:pPr>
        <w:spacing w:line="240" w:lineRule="auto"/>
        <w:jc w:val="center"/>
        <w:rPr>
          <w:b/>
          <w:szCs w:val="28"/>
        </w:rPr>
      </w:pPr>
      <w:proofErr w:type="spellStart"/>
      <w:r w:rsidRPr="0061790B">
        <w:rPr>
          <w:b/>
          <w:szCs w:val="28"/>
        </w:rPr>
        <w:t>Ключи</w:t>
      </w:r>
      <w:proofErr w:type="spellEnd"/>
      <w:r w:rsidRPr="0061790B">
        <w:rPr>
          <w:b/>
          <w:szCs w:val="28"/>
        </w:rPr>
        <w:t xml:space="preserve"> </w:t>
      </w:r>
      <w:proofErr w:type="spellStart"/>
      <w:r w:rsidRPr="0061790B">
        <w:rPr>
          <w:b/>
          <w:szCs w:val="28"/>
        </w:rPr>
        <w:t>правильных</w:t>
      </w:r>
      <w:proofErr w:type="spellEnd"/>
      <w:r w:rsidRPr="0061790B">
        <w:rPr>
          <w:b/>
          <w:szCs w:val="28"/>
        </w:rPr>
        <w:t xml:space="preserve"> </w:t>
      </w:r>
      <w:proofErr w:type="spellStart"/>
      <w:r w:rsidRPr="0061790B">
        <w:rPr>
          <w:b/>
          <w:szCs w:val="28"/>
        </w:rPr>
        <w:t>ответов</w:t>
      </w:r>
      <w:proofErr w:type="spellEnd"/>
    </w:p>
    <w:p w:rsidR="009B6882" w:rsidRPr="0061790B" w:rsidRDefault="009B6882" w:rsidP="009B6882">
      <w:pPr>
        <w:spacing w:line="240" w:lineRule="auto"/>
        <w:jc w:val="center"/>
        <w:rPr>
          <w:b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7"/>
        <w:gridCol w:w="3543"/>
        <w:gridCol w:w="1241"/>
        <w:gridCol w:w="3434"/>
      </w:tblGrid>
      <w:tr w:rsidR="009B6882" w:rsidRPr="0061790B" w:rsidTr="004B2A9F">
        <w:trPr>
          <w:jc w:val="center"/>
        </w:trPr>
        <w:tc>
          <w:tcPr>
            <w:tcW w:w="1127" w:type="dxa"/>
            <w:shd w:val="clear" w:color="auto" w:fill="auto"/>
          </w:tcPr>
          <w:p w:rsidR="009B6882" w:rsidRPr="0061790B" w:rsidRDefault="009B6882" w:rsidP="004B2A9F">
            <w:pPr>
              <w:jc w:val="center"/>
              <w:rPr>
                <w:sz w:val="22"/>
              </w:rPr>
            </w:pPr>
            <w:proofErr w:type="spellStart"/>
            <w:r w:rsidRPr="0061790B">
              <w:rPr>
                <w:sz w:val="22"/>
              </w:rPr>
              <w:t>Номер</w:t>
            </w:r>
            <w:proofErr w:type="spellEnd"/>
            <w:r w:rsidRPr="0061790B">
              <w:rPr>
                <w:sz w:val="22"/>
              </w:rPr>
              <w:t xml:space="preserve"> </w:t>
            </w:r>
            <w:proofErr w:type="spellStart"/>
            <w:r w:rsidRPr="0061790B">
              <w:rPr>
                <w:sz w:val="22"/>
              </w:rPr>
              <w:t>задания</w:t>
            </w:r>
            <w:proofErr w:type="spellEnd"/>
          </w:p>
        </w:tc>
        <w:tc>
          <w:tcPr>
            <w:tcW w:w="3543" w:type="dxa"/>
            <w:shd w:val="clear" w:color="auto" w:fill="auto"/>
            <w:vAlign w:val="center"/>
          </w:tcPr>
          <w:p w:rsidR="009B6882" w:rsidRPr="0061790B" w:rsidRDefault="009B6882" w:rsidP="004B2A9F">
            <w:pPr>
              <w:jc w:val="center"/>
              <w:rPr>
                <w:sz w:val="22"/>
              </w:rPr>
            </w:pPr>
            <w:proofErr w:type="spellStart"/>
            <w:r w:rsidRPr="0061790B">
              <w:rPr>
                <w:sz w:val="22"/>
              </w:rPr>
              <w:t>Верный</w:t>
            </w:r>
            <w:proofErr w:type="spellEnd"/>
            <w:r w:rsidRPr="0061790B">
              <w:rPr>
                <w:sz w:val="22"/>
              </w:rPr>
              <w:t xml:space="preserve"> </w:t>
            </w:r>
            <w:proofErr w:type="spellStart"/>
            <w:r w:rsidRPr="0061790B">
              <w:rPr>
                <w:sz w:val="22"/>
              </w:rPr>
              <w:t>ответ</w:t>
            </w:r>
            <w:proofErr w:type="spellEnd"/>
          </w:p>
        </w:tc>
        <w:tc>
          <w:tcPr>
            <w:tcW w:w="1241" w:type="dxa"/>
            <w:shd w:val="clear" w:color="auto" w:fill="auto"/>
          </w:tcPr>
          <w:p w:rsidR="009B6882" w:rsidRPr="0061790B" w:rsidRDefault="009B6882" w:rsidP="004B2A9F">
            <w:pPr>
              <w:jc w:val="center"/>
              <w:rPr>
                <w:sz w:val="22"/>
              </w:rPr>
            </w:pPr>
            <w:proofErr w:type="spellStart"/>
            <w:r w:rsidRPr="0061790B">
              <w:rPr>
                <w:sz w:val="22"/>
              </w:rPr>
              <w:t>Номер</w:t>
            </w:r>
            <w:proofErr w:type="spellEnd"/>
            <w:r w:rsidRPr="0061790B">
              <w:rPr>
                <w:sz w:val="22"/>
              </w:rPr>
              <w:t xml:space="preserve"> </w:t>
            </w:r>
            <w:proofErr w:type="spellStart"/>
            <w:r w:rsidRPr="0061790B">
              <w:rPr>
                <w:sz w:val="22"/>
              </w:rPr>
              <w:t>задания</w:t>
            </w:r>
            <w:proofErr w:type="spellEnd"/>
          </w:p>
        </w:tc>
        <w:tc>
          <w:tcPr>
            <w:tcW w:w="3434" w:type="dxa"/>
            <w:shd w:val="clear" w:color="auto" w:fill="auto"/>
            <w:vAlign w:val="center"/>
          </w:tcPr>
          <w:p w:rsidR="009B6882" w:rsidRPr="0061790B" w:rsidRDefault="009B6882" w:rsidP="004B2A9F">
            <w:pPr>
              <w:jc w:val="center"/>
              <w:rPr>
                <w:sz w:val="22"/>
              </w:rPr>
            </w:pPr>
            <w:proofErr w:type="spellStart"/>
            <w:r w:rsidRPr="0061790B">
              <w:rPr>
                <w:sz w:val="22"/>
              </w:rPr>
              <w:t>Верный</w:t>
            </w:r>
            <w:proofErr w:type="spellEnd"/>
            <w:r w:rsidRPr="0061790B">
              <w:rPr>
                <w:sz w:val="22"/>
              </w:rPr>
              <w:t xml:space="preserve"> </w:t>
            </w:r>
            <w:proofErr w:type="spellStart"/>
            <w:r w:rsidRPr="0061790B">
              <w:rPr>
                <w:sz w:val="22"/>
              </w:rPr>
              <w:t>ответ</w:t>
            </w:r>
            <w:proofErr w:type="spellEnd"/>
          </w:p>
        </w:tc>
      </w:tr>
      <w:tr w:rsidR="009B6882" w:rsidRPr="0061790B" w:rsidTr="004B2A9F">
        <w:trPr>
          <w:jc w:val="center"/>
        </w:trPr>
        <w:tc>
          <w:tcPr>
            <w:tcW w:w="1127" w:type="dxa"/>
            <w:shd w:val="clear" w:color="auto" w:fill="auto"/>
          </w:tcPr>
          <w:p w:rsidR="009B6882" w:rsidRPr="002A70BC" w:rsidRDefault="009B6882" w:rsidP="004B2A9F">
            <w:pPr>
              <w:jc w:val="center"/>
              <w:rPr>
                <w:sz w:val="22"/>
              </w:rPr>
            </w:pPr>
            <w:r w:rsidRPr="002A70BC">
              <w:rPr>
                <w:sz w:val="22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9B6882" w:rsidRPr="002A70BC" w:rsidRDefault="009B6882" w:rsidP="004B2A9F">
            <w:pPr>
              <w:rPr>
                <w:sz w:val="22"/>
              </w:rPr>
            </w:pPr>
            <w:r w:rsidRPr="002A70BC">
              <w:rPr>
                <w:sz w:val="22"/>
              </w:rPr>
              <w:t>2</w:t>
            </w:r>
          </w:p>
        </w:tc>
        <w:tc>
          <w:tcPr>
            <w:tcW w:w="1241" w:type="dxa"/>
            <w:shd w:val="clear" w:color="auto" w:fill="auto"/>
          </w:tcPr>
          <w:p w:rsidR="009B6882" w:rsidRPr="00D4411B" w:rsidRDefault="00D4411B" w:rsidP="004B2A9F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  <w:lang w:val="ru-RU"/>
              </w:rPr>
              <w:t>1</w:t>
            </w:r>
          </w:p>
        </w:tc>
        <w:tc>
          <w:tcPr>
            <w:tcW w:w="3434" w:type="dxa"/>
            <w:shd w:val="clear" w:color="auto" w:fill="auto"/>
          </w:tcPr>
          <w:p w:rsidR="009B6882" w:rsidRPr="002A70BC" w:rsidRDefault="00D4411B" w:rsidP="004B2A9F">
            <w:pPr>
              <w:rPr>
                <w:sz w:val="22"/>
              </w:rPr>
            </w:pPr>
            <w:r w:rsidRPr="00D4176F">
              <w:rPr>
                <w:rStyle w:val="af6"/>
                <w:rFonts w:cs="Times New Roman"/>
                <w:b w:val="0"/>
                <w:i/>
                <w:color w:val="0F1115"/>
                <w:szCs w:val="24"/>
                <w:shd w:val="clear" w:color="auto" w:fill="FFFFFF"/>
              </w:rPr>
              <w:t>plot</w:t>
            </w:r>
          </w:p>
        </w:tc>
      </w:tr>
      <w:tr w:rsidR="009B6882" w:rsidRPr="0061790B" w:rsidTr="004B2A9F">
        <w:trPr>
          <w:jc w:val="center"/>
        </w:trPr>
        <w:tc>
          <w:tcPr>
            <w:tcW w:w="1127" w:type="dxa"/>
            <w:shd w:val="clear" w:color="auto" w:fill="auto"/>
          </w:tcPr>
          <w:p w:rsidR="009B6882" w:rsidRPr="002A70BC" w:rsidRDefault="009B6882" w:rsidP="004B2A9F">
            <w:pPr>
              <w:jc w:val="center"/>
              <w:rPr>
                <w:sz w:val="22"/>
              </w:rPr>
            </w:pPr>
            <w:r w:rsidRPr="002A70BC">
              <w:rPr>
                <w:sz w:val="22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9B6882" w:rsidRPr="002A70BC" w:rsidRDefault="009B6882" w:rsidP="004B2A9F">
            <w:pPr>
              <w:rPr>
                <w:sz w:val="22"/>
              </w:rPr>
            </w:pPr>
            <w:r w:rsidRPr="002A70BC">
              <w:rPr>
                <w:sz w:val="22"/>
              </w:rPr>
              <w:t>1,2,4</w:t>
            </w:r>
          </w:p>
        </w:tc>
        <w:tc>
          <w:tcPr>
            <w:tcW w:w="1241" w:type="dxa"/>
            <w:shd w:val="clear" w:color="auto" w:fill="auto"/>
          </w:tcPr>
          <w:p w:rsidR="009B6882" w:rsidRPr="00D4411B" w:rsidRDefault="00D4411B" w:rsidP="004B2A9F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  <w:lang w:val="ru-RU"/>
              </w:rPr>
              <w:t>2</w:t>
            </w:r>
          </w:p>
        </w:tc>
        <w:tc>
          <w:tcPr>
            <w:tcW w:w="3434" w:type="dxa"/>
            <w:shd w:val="clear" w:color="auto" w:fill="auto"/>
          </w:tcPr>
          <w:p w:rsidR="009B6882" w:rsidRPr="002A70BC" w:rsidRDefault="00D4411B" w:rsidP="004B2A9F">
            <w:pPr>
              <w:rPr>
                <w:sz w:val="22"/>
              </w:rPr>
            </w:pPr>
            <w:proofErr w:type="spellStart"/>
            <w:r w:rsidRPr="002911A2">
              <w:rPr>
                <w:rStyle w:val="af6"/>
                <w:rFonts w:cs="Times New Roman"/>
                <w:b w:val="0"/>
                <w:i/>
                <w:color w:val="0F1115"/>
                <w:szCs w:val="24"/>
                <w:shd w:val="clear" w:color="auto" w:fill="FFFFFF"/>
              </w:rPr>
              <w:t>sqrt</w:t>
            </w:r>
            <w:proofErr w:type="spellEnd"/>
          </w:p>
        </w:tc>
      </w:tr>
      <w:tr w:rsidR="009B6882" w:rsidRPr="0061790B" w:rsidTr="004B2A9F">
        <w:trPr>
          <w:jc w:val="center"/>
        </w:trPr>
        <w:tc>
          <w:tcPr>
            <w:tcW w:w="1127" w:type="dxa"/>
            <w:shd w:val="clear" w:color="auto" w:fill="auto"/>
          </w:tcPr>
          <w:p w:rsidR="009B6882" w:rsidRPr="002A70BC" w:rsidRDefault="009B6882" w:rsidP="004B2A9F">
            <w:pPr>
              <w:jc w:val="center"/>
              <w:rPr>
                <w:sz w:val="22"/>
              </w:rPr>
            </w:pPr>
            <w:r w:rsidRPr="002A70BC">
              <w:rPr>
                <w:sz w:val="22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:rsidR="009B6882" w:rsidRPr="00D4411B" w:rsidRDefault="00D4411B" w:rsidP="004B2A9F">
            <w:pPr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1</w:t>
            </w:r>
          </w:p>
        </w:tc>
        <w:tc>
          <w:tcPr>
            <w:tcW w:w="1241" w:type="dxa"/>
            <w:shd w:val="clear" w:color="auto" w:fill="auto"/>
          </w:tcPr>
          <w:p w:rsidR="009B6882" w:rsidRPr="00D4411B" w:rsidRDefault="00D4411B" w:rsidP="004B2A9F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  <w:lang w:val="ru-RU"/>
              </w:rPr>
              <w:t>3</w:t>
            </w:r>
          </w:p>
        </w:tc>
        <w:tc>
          <w:tcPr>
            <w:tcW w:w="3434" w:type="dxa"/>
            <w:shd w:val="clear" w:color="auto" w:fill="auto"/>
          </w:tcPr>
          <w:p w:rsidR="009B6882" w:rsidRPr="002A70BC" w:rsidRDefault="00D4411B" w:rsidP="004B2A9F">
            <w:pPr>
              <w:rPr>
                <w:sz w:val="22"/>
              </w:rPr>
            </w:pPr>
            <w:proofErr w:type="spellStart"/>
            <w:r w:rsidRPr="002911A2">
              <w:rPr>
                <w:rStyle w:val="af6"/>
                <w:rFonts w:cs="Times New Roman"/>
                <w:b w:val="0"/>
                <w:i/>
                <w:color w:val="0F1115"/>
                <w:szCs w:val="24"/>
                <w:shd w:val="clear" w:color="auto" w:fill="FFFFFF"/>
              </w:rPr>
              <w:t>disp</w:t>
            </w:r>
            <w:proofErr w:type="spellEnd"/>
          </w:p>
        </w:tc>
      </w:tr>
      <w:tr w:rsidR="009B6882" w:rsidRPr="0061790B" w:rsidTr="004B2A9F">
        <w:trPr>
          <w:jc w:val="center"/>
        </w:trPr>
        <w:tc>
          <w:tcPr>
            <w:tcW w:w="1127" w:type="dxa"/>
            <w:shd w:val="clear" w:color="auto" w:fill="auto"/>
          </w:tcPr>
          <w:p w:rsidR="009B6882" w:rsidRPr="002A70BC" w:rsidRDefault="009B6882" w:rsidP="004B2A9F">
            <w:pPr>
              <w:jc w:val="center"/>
              <w:rPr>
                <w:sz w:val="22"/>
              </w:rPr>
            </w:pPr>
            <w:r w:rsidRPr="002A70BC">
              <w:rPr>
                <w:sz w:val="22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:rsidR="009B6882" w:rsidRPr="00D4411B" w:rsidRDefault="00D4411B" w:rsidP="004B2A9F">
            <w:pPr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1</w:t>
            </w:r>
          </w:p>
        </w:tc>
        <w:tc>
          <w:tcPr>
            <w:tcW w:w="1241" w:type="dxa"/>
            <w:shd w:val="clear" w:color="auto" w:fill="auto"/>
          </w:tcPr>
          <w:p w:rsidR="009B6882" w:rsidRPr="00D4411B" w:rsidRDefault="00D4411B" w:rsidP="004B2A9F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  <w:lang w:val="ru-RU"/>
              </w:rPr>
              <w:t>4</w:t>
            </w:r>
          </w:p>
        </w:tc>
        <w:tc>
          <w:tcPr>
            <w:tcW w:w="3434" w:type="dxa"/>
            <w:shd w:val="clear" w:color="auto" w:fill="auto"/>
          </w:tcPr>
          <w:p w:rsidR="009B6882" w:rsidRPr="002A70BC" w:rsidRDefault="00D4411B" w:rsidP="004B2A9F">
            <w:pPr>
              <w:rPr>
                <w:sz w:val="22"/>
              </w:rPr>
            </w:pPr>
            <w:r w:rsidRPr="002911A2">
              <w:rPr>
                <w:rFonts w:cs="Times New Roman"/>
                <w:i/>
                <w:color w:val="333333"/>
                <w:szCs w:val="24"/>
                <w:shd w:val="clear" w:color="auto" w:fill="FCFCFC"/>
              </w:rPr>
              <w:t>plot</w:t>
            </w:r>
          </w:p>
        </w:tc>
      </w:tr>
      <w:tr w:rsidR="009B6882" w:rsidRPr="0061790B" w:rsidTr="004B2A9F">
        <w:trPr>
          <w:jc w:val="center"/>
        </w:trPr>
        <w:tc>
          <w:tcPr>
            <w:tcW w:w="1127" w:type="dxa"/>
            <w:shd w:val="clear" w:color="auto" w:fill="auto"/>
          </w:tcPr>
          <w:p w:rsidR="009B6882" w:rsidRPr="002A70BC" w:rsidRDefault="009B6882" w:rsidP="004B2A9F">
            <w:pPr>
              <w:jc w:val="center"/>
              <w:rPr>
                <w:sz w:val="22"/>
              </w:rPr>
            </w:pPr>
            <w:r w:rsidRPr="002A70BC">
              <w:rPr>
                <w:sz w:val="22"/>
              </w:rPr>
              <w:t>5</w:t>
            </w:r>
          </w:p>
        </w:tc>
        <w:tc>
          <w:tcPr>
            <w:tcW w:w="3543" w:type="dxa"/>
            <w:shd w:val="clear" w:color="auto" w:fill="auto"/>
          </w:tcPr>
          <w:p w:rsidR="009B6882" w:rsidRPr="002A70BC" w:rsidRDefault="00D4411B" w:rsidP="004B2A9F">
            <w:pPr>
              <w:rPr>
                <w:sz w:val="22"/>
              </w:rPr>
            </w:pPr>
            <w:r w:rsidRPr="00D4176F">
              <w:rPr>
                <w:rFonts w:cs="Times New Roman"/>
                <w:i/>
                <w:szCs w:val="24"/>
              </w:rPr>
              <w:t>%</w:t>
            </w:r>
          </w:p>
        </w:tc>
        <w:tc>
          <w:tcPr>
            <w:tcW w:w="1241" w:type="dxa"/>
            <w:shd w:val="clear" w:color="auto" w:fill="auto"/>
          </w:tcPr>
          <w:p w:rsidR="009B6882" w:rsidRPr="00D4411B" w:rsidRDefault="00D4411B" w:rsidP="004B2A9F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  <w:lang w:val="ru-RU"/>
              </w:rPr>
              <w:t>5</w:t>
            </w:r>
          </w:p>
        </w:tc>
        <w:tc>
          <w:tcPr>
            <w:tcW w:w="3434" w:type="dxa"/>
            <w:shd w:val="clear" w:color="auto" w:fill="auto"/>
          </w:tcPr>
          <w:p w:rsidR="009B6882" w:rsidRPr="002A70BC" w:rsidRDefault="00D4411B" w:rsidP="004B2A9F">
            <w:pPr>
              <w:rPr>
                <w:sz w:val="22"/>
              </w:rPr>
            </w:pPr>
            <w:r w:rsidRPr="002911A2">
              <w:rPr>
                <w:rStyle w:val="markdown-word"/>
                <w:i/>
                <w:color w:val="000000"/>
                <w:szCs w:val="24"/>
                <w:shd w:val="clear" w:color="auto" w:fill="FFFFFF"/>
              </w:rPr>
              <w:t>clear</w:t>
            </w:r>
          </w:p>
        </w:tc>
      </w:tr>
      <w:tr w:rsidR="009B6882" w:rsidRPr="0061790B" w:rsidTr="004B2A9F">
        <w:trPr>
          <w:jc w:val="center"/>
        </w:trPr>
        <w:tc>
          <w:tcPr>
            <w:tcW w:w="1127" w:type="dxa"/>
            <w:shd w:val="clear" w:color="auto" w:fill="auto"/>
          </w:tcPr>
          <w:p w:rsidR="009B6882" w:rsidRPr="002A70BC" w:rsidRDefault="009B6882" w:rsidP="004B2A9F">
            <w:pPr>
              <w:jc w:val="center"/>
              <w:rPr>
                <w:sz w:val="22"/>
              </w:rPr>
            </w:pPr>
            <w:r w:rsidRPr="002A70BC">
              <w:rPr>
                <w:sz w:val="22"/>
              </w:rPr>
              <w:t>6</w:t>
            </w:r>
          </w:p>
        </w:tc>
        <w:tc>
          <w:tcPr>
            <w:tcW w:w="3543" w:type="dxa"/>
            <w:shd w:val="clear" w:color="auto" w:fill="auto"/>
          </w:tcPr>
          <w:p w:rsidR="009B6882" w:rsidRPr="002A70BC" w:rsidRDefault="00D4411B" w:rsidP="004B2A9F">
            <w:pPr>
              <w:rPr>
                <w:sz w:val="22"/>
              </w:rPr>
            </w:pPr>
            <w:r w:rsidRPr="00D4176F">
              <w:rPr>
                <w:rFonts w:cs="Times New Roman"/>
                <w:color w:val="0F1115"/>
                <w:szCs w:val="24"/>
              </w:rPr>
              <w:t>input</w:t>
            </w:r>
          </w:p>
        </w:tc>
        <w:tc>
          <w:tcPr>
            <w:tcW w:w="1241" w:type="dxa"/>
            <w:shd w:val="clear" w:color="auto" w:fill="auto"/>
          </w:tcPr>
          <w:p w:rsidR="009B6882" w:rsidRPr="00D4411B" w:rsidRDefault="00D4411B" w:rsidP="004B2A9F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  <w:lang w:val="ru-RU"/>
              </w:rPr>
              <w:t>6</w:t>
            </w:r>
          </w:p>
        </w:tc>
        <w:tc>
          <w:tcPr>
            <w:tcW w:w="3434" w:type="dxa"/>
            <w:shd w:val="clear" w:color="auto" w:fill="auto"/>
          </w:tcPr>
          <w:p w:rsidR="009B6882" w:rsidRPr="002A70BC" w:rsidRDefault="00D4411B" w:rsidP="004B2A9F">
            <w:pPr>
              <w:rPr>
                <w:sz w:val="22"/>
              </w:rPr>
            </w:pPr>
            <w:r w:rsidRPr="002911A2">
              <w:rPr>
                <w:rStyle w:val="af6"/>
                <w:rFonts w:cs="Times New Roman"/>
                <w:i/>
                <w:color w:val="0F1115"/>
                <w:szCs w:val="24"/>
                <w:shd w:val="clear" w:color="auto" w:fill="FFFFFF"/>
              </w:rPr>
              <w:t>function</w:t>
            </w:r>
          </w:p>
        </w:tc>
      </w:tr>
      <w:tr w:rsidR="009B6882" w:rsidRPr="0061790B" w:rsidTr="004B2A9F">
        <w:trPr>
          <w:jc w:val="center"/>
        </w:trPr>
        <w:tc>
          <w:tcPr>
            <w:tcW w:w="1127" w:type="dxa"/>
            <w:shd w:val="clear" w:color="auto" w:fill="auto"/>
          </w:tcPr>
          <w:p w:rsidR="009B6882" w:rsidRPr="002A70BC" w:rsidRDefault="009B6882" w:rsidP="004B2A9F">
            <w:pPr>
              <w:jc w:val="center"/>
              <w:rPr>
                <w:sz w:val="22"/>
              </w:rPr>
            </w:pPr>
            <w:r w:rsidRPr="002A70BC">
              <w:rPr>
                <w:sz w:val="22"/>
              </w:rPr>
              <w:t>7</w:t>
            </w:r>
          </w:p>
        </w:tc>
        <w:tc>
          <w:tcPr>
            <w:tcW w:w="3543" w:type="dxa"/>
            <w:shd w:val="clear" w:color="auto" w:fill="auto"/>
          </w:tcPr>
          <w:p w:rsidR="009B6882" w:rsidRPr="002A70BC" w:rsidRDefault="00D4411B" w:rsidP="004B2A9F">
            <w:pPr>
              <w:rPr>
                <w:sz w:val="22"/>
              </w:rPr>
            </w:pPr>
            <w:proofErr w:type="spellStart"/>
            <w:r w:rsidRPr="00D4176F">
              <w:rPr>
                <w:rFonts w:cs="Times New Roman"/>
                <w:i/>
                <w:szCs w:val="24"/>
              </w:rPr>
              <w:t>точностью</w:t>
            </w:r>
            <w:proofErr w:type="spellEnd"/>
            <w:r w:rsidRPr="00D4176F">
              <w:rPr>
                <w:rFonts w:cs="Times New Roman"/>
                <w:i/>
                <w:szCs w:val="24"/>
              </w:rPr>
              <w:t xml:space="preserve">, </w:t>
            </w:r>
            <w:proofErr w:type="spellStart"/>
            <w:r w:rsidRPr="00D4176F">
              <w:rPr>
                <w:rFonts w:cs="Times New Roman"/>
                <w:i/>
                <w:szCs w:val="24"/>
              </w:rPr>
              <w:t>форматом</w:t>
            </w:r>
            <w:proofErr w:type="spellEnd"/>
          </w:p>
        </w:tc>
        <w:tc>
          <w:tcPr>
            <w:tcW w:w="1241" w:type="dxa"/>
            <w:shd w:val="clear" w:color="auto" w:fill="auto"/>
          </w:tcPr>
          <w:p w:rsidR="009B6882" w:rsidRPr="00D4411B" w:rsidRDefault="00D4411B" w:rsidP="004B2A9F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  <w:lang w:val="ru-RU"/>
              </w:rPr>
              <w:t>7</w:t>
            </w:r>
          </w:p>
        </w:tc>
        <w:tc>
          <w:tcPr>
            <w:tcW w:w="3434" w:type="dxa"/>
            <w:shd w:val="clear" w:color="auto" w:fill="auto"/>
          </w:tcPr>
          <w:p w:rsidR="009B6882" w:rsidRPr="00D4411B" w:rsidRDefault="00D4411B" w:rsidP="00D4411B">
            <w:pPr>
              <w:pStyle w:val="14"/>
              <w:widowControl/>
              <w:rPr>
                <w:i/>
                <w:snapToGrid/>
                <w:sz w:val="24"/>
                <w:szCs w:val="24"/>
              </w:rPr>
            </w:pPr>
            <w:r w:rsidRPr="002911A2">
              <w:rPr>
                <w:rStyle w:val="af6"/>
                <w:b w:val="0"/>
                <w:i/>
                <w:color w:val="0F1115"/>
                <w:sz w:val="24"/>
                <w:szCs w:val="24"/>
                <w:shd w:val="clear" w:color="auto" w:fill="FFFFFF"/>
              </w:rPr>
              <w:t>скрипт</w:t>
            </w:r>
          </w:p>
        </w:tc>
      </w:tr>
      <w:tr w:rsidR="009B6882" w:rsidRPr="0061790B" w:rsidTr="004B2A9F">
        <w:trPr>
          <w:jc w:val="center"/>
        </w:trPr>
        <w:tc>
          <w:tcPr>
            <w:tcW w:w="1127" w:type="dxa"/>
            <w:shd w:val="clear" w:color="auto" w:fill="auto"/>
          </w:tcPr>
          <w:p w:rsidR="009B6882" w:rsidRPr="002A70BC" w:rsidRDefault="009B6882" w:rsidP="004B2A9F">
            <w:pPr>
              <w:jc w:val="center"/>
              <w:rPr>
                <w:sz w:val="22"/>
              </w:rPr>
            </w:pPr>
            <w:r w:rsidRPr="002A70BC">
              <w:rPr>
                <w:sz w:val="22"/>
              </w:rPr>
              <w:t>8</w:t>
            </w:r>
          </w:p>
        </w:tc>
        <w:tc>
          <w:tcPr>
            <w:tcW w:w="3543" w:type="dxa"/>
            <w:shd w:val="clear" w:color="auto" w:fill="auto"/>
          </w:tcPr>
          <w:p w:rsidR="009B6882" w:rsidRPr="002A70BC" w:rsidRDefault="00D4411B" w:rsidP="004B2A9F">
            <w:pPr>
              <w:rPr>
                <w:sz w:val="22"/>
              </w:rPr>
            </w:pPr>
            <w:r>
              <w:rPr>
                <w:i/>
                <w:szCs w:val="24"/>
              </w:rPr>
              <w:t>два,</w:t>
            </w:r>
            <w:r w:rsidRPr="00D4176F">
              <w:rPr>
                <w:rFonts w:cs="Times New Roman"/>
                <w:i/>
                <w:szCs w:val="24"/>
              </w:rPr>
              <w:t>2</w:t>
            </w:r>
            <w:r>
              <w:rPr>
                <w:i/>
                <w:szCs w:val="24"/>
              </w:rPr>
              <w:t>,</w:t>
            </w:r>
            <w:r w:rsidRPr="00D4176F">
              <w:rPr>
                <w:rFonts w:cs="Times New Roman"/>
                <w:i/>
                <w:szCs w:val="24"/>
              </w:rPr>
              <w:t xml:space="preserve"> </w:t>
            </w:r>
            <w:proofErr w:type="spellStart"/>
            <w:r w:rsidRPr="00D4176F">
              <w:rPr>
                <w:rFonts w:cs="Times New Roman"/>
                <w:i/>
                <w:szCs w:val="24"/>
              </w:rPr>
              <w:t>двух</w:t>
            </w:r>
            <w:proofErr w:type="spellEnd"/>
          </w:p>
        </w:tc>
        <w:tc>
          <w:tcPr>
            <w:tcW w:w="1241" w:type="dxa"/>
            <w:shd w:val="clear" w:color="auto" w:fill="auto"/>
          </w:tcPr>
          <w:p w:rsidR="009B6882" w:rsidRPr="00D4411B" w:rsidRDefault="00D4411B" w:rsidP="004B2A9F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</w:rPr>
              <w:t>1</w:t>
            </w:r>
            <w:r>
              <w:rPr>
                <w:sz w:val="22"/>
                <w:lang w:val="ru-RU"/>
              </w:rPr>
              <w:t>8</w:t>
            </w:r>
          </w:p>
        </w:tc>
        <w:tc>
          <w:tcPr>
            <w:tcW w:w="3434" w:type="dxa"/>
            <w:shd w:val="clear" w:color="auto" w:fill="auto"/>
          </w:tcPr>
          <w:p w:rsidR="009B6882" w:rsidRPr="002A70BC" w:rsidRDefault="00D4411B" w:rsidP="004B2A9F">
            <w:pPr>
              <w:rPr>
                <w:sz w:val="22"/>
              </w:rPr>
            </w:pPr>
            <w:r w:rsidRPr="002911A2">
              <w:rPr>
                <w:rStyle w:val="af6"/>
                <w:rFonts w:cs="Times New Roman"/>
                <w:b w:val="0"/>
                <w:i/>
                <w:color w:val="0F1115"/>
                <w:szCs w:val="24"/>
                <w:shd w:val="clear" w:color="auto" w:fill="FFFFFF"/>
              </w:rPr>
              <w:t>grid on</w:t>
            </w:r>
          </w:p>
        </w:tc>
      </w:tr>
      <w:tr w:rsidR="009B6882" w:rsidRPr="0061790B" w:rsidTr="004B2A9F">
        <w:trPr>
          <w:jc w:val="center"/>
        </w:trPr>
        <w:tc>
          <w:tcPr>
            <w:tcW w:w="1127" w:type="dxa"/>
            <w:shd w:val="clear" w:color="auto" w:fill="auto"/>
          </w:tcPr>
          <w:p w:rsidR="009B6882" w:rsidRPr="002A70BC" w:rsidRDefault="009B6882" w:rsidP="004B2A9F">
            <w:pPr>
              <w:jc w:val="center"/>
              <w:rPr>
                <w:sz w:val="22"/>
              </w:rPr>
            </w:pPr>
            <w:r w:rsidRPr="002A70BC">
              <w:rPr>
                <w:sz w:val="22"/>
              </w:rPr>
              <w:t>9</w:t>
            </w:r>
          </w:p>
        </w:tc>
        <w:tc>
          <w:tcPr>
            <w:tcW w:w="3543" w:type="dxa"/>
            <w:shd w:val="clear" w:color="auto" w:fill="auto"/>
          </w:tcPr>
          <w:p w:rsidR="009B6882" w:rsidRPr="00D4411B" w:rsidRDefault="00D4411B" w:rsidP="00D4411B">
            <w:pPr>
              <w:pStyle w:val="14"/>
              <w:widowControl/>
              <w:rPr>
                <w:b/>
                <w:bCs/>
                <w:color w:val="0F1115"/>
                <w:sz w:val="24"/>
                <w:szCs w:val="24"/>
                <w:shd w:val="clear" w:color="auto" w:fill="FFFFFF"/>
              </w:rPr>
            </w:pPr>
            <w:r w:rsidRPr="00D4176F">
              <w:rPr>
                <w:rStyle w:val="af6"/>
                <w:b w:val="0"/>
                <w:i/>
                <w:color w:val="0F1115"/>
                <w:sz w:val="24"/>
                <w:szCs w:val="24"/>
                <w:shd w:val="clear" w:color="auto" w:fill="FFFFFF"/>
              </w:rPr>
              <w:t>legend</w:t>
            </w:r>
          </w:p>
        </w:tc>
        <w:tc>
          <w:tcPr>
            <w:tcW w:w="1241" w:type="dxa"/>
            <w:shd w:val="clear" w:color="auto" w:fill="auto"/>
          </w:tcPr>
          <w:p w:rsidR="009B6882" w:rsidRPr="00D4411B" w:rsidRDefault="00D4411B" w:rsidP="004B2A9F">
            <w:pPr>
              <w:jc w:val="center"/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19</w:t>
            </w:r>
          </w:p>
        </w:tc>
        <w:tc>
          <w:tcPr>
            <w:tcW w:w="3434" w:type="dxa"/>
            <w:shd w:val="clear" w:color="auto" w:fill="auto"/>
          </w:tcPr>
          <w:p w:rsidR="009B6882" w:rsidRPr="00D4411B" w:rsidRDefault="00D4411B" w:rsidP="004B2A9F">
            <w:pPr>
              <w:rPr>
                <w:sz w:val="22"/>
                <w:lang w:val="ru-RU"/>
              </w:rPr>
            </w:pPr>
            <w:r>
              <w:rPr>
                <w:sz w:val="22"/>
                <w:lang w:val="ru-RU"/>
              </w:rPr>
              <w:t>30</w:t>
            </w:r>
          </w:p>
        </w:tc>
      </w:tr>
      <w:tr w:rsidR="009B6882" w:rsidRPr="0061790B" w:rsidTr="004B2A9F">
        <w:trPr>
          <w:jc w:val="center"/>
        </w:trPr>
        <w:tc>
          <w:tcPr>
            <w:tcW w:w="1127" w:type="dxa"/>
            <w:shd w:val="clear" w:color="auto" w:fill="auto"/>
          </w:tcPr>
          <w:p w:rsidR="009B6882" w:rsidRPr="002A70BC" w:rsidRDefault="009B6882" w:rsidP="004B2A9F">
            <w:pPr>
              <w:jc w:val="center"/>
              <w:rPr>
                <w:sz w:val="22"/>
              </w:rPr>
            </w:pPr>
            <w:r w:rsidRPr="002A70BC">
              <w:rPr>
                <w:sz w:val="22"/>
              </w:rPr>
              <w:t>10</w:t>
            </w:r>
          </w:p>
        </w:tc>
        <w:tc>
          <w:tcPr>
            <w:tcW w:w="3543" w:type="dxa"/>
            <w:shd w:val="clear" w:color="auto" w:fill="auto"/>
          </w:tcPr>
          <w:p w:rsidR="009B6882" w:rsidRPr="00D4411B" w:rsidRDefault="00D4411B" w:rsidP="004B2A9F">
            <w:pPr>
              <w:rPr>
                <w:sz w:val="22"/>
                <w:lang w:val="ru-RU"/>
              </w:rPr>
            </w:pPr>
            <w:r w:rsidRPr="00D4176F">
              <w:rPr>
                <w:rStyle w:val="af6"/>
                <w:rFonts w:cs="Times New Roman"/>
                <w:b w:val="0"/>
                <w:i/>
                <w:color w:val="0F1115"/>
                <w:szCs w:val="24"/>
                <w:shd w:val="clear" w:color="auto" w:fill="FFFFFF"/>
              </w:rPr>
              <w:t>X</w:t>
            </w:r>
            <w:r w:rsidRPr="00D4176F">
              <w:rPr>
                <w:rFonts w:cs="Times New Roman"/>
                <w:b/>
                <w:i/>
                <w:color w:val="0F1115"/>
                <w:szCs w:val="24"/>
                <w:shd w:val="clear" w:color="auto" w:fill="FFFFFF"/>
              </w:rPr>
              <w:t>, </w:t>
            </w:r>
            <w:r w:rsidRPr="00D4176F">
              <w:rPr>
                <w:rStyle w:val="af6"/>
                <w:rFonts w:cs="Times New Roman"/>
                <w:b w:val="0"/>
                <w:i/>
                <w:color w:val="0F1115"/>
                <w:szCs w:val="24"/>
                <w:shd w:val="clear" w:color="auto" w:fill="FFFFFF"/>
              </w:rPr>
              <w:t>абсцисс</w:t>
            </w:r>
            <w:r w:rsidRPr="00D4176F">
              <w:rPr>
                <w:rFonts w:cs="Times New Roman"/>
                <w:b/>
                <w:i/>
                <w:color w:val="0F1115"/>
                <w:szCs w:val="24"/>
                <w:shd w:val="clear" w:color="auto" w:fill="FFFFFF"/>
              </w:rPr>
              <w:t>, </w:t>
            </w:r>
            <w:r w:rsidRPr="00D4176F">
              <w:rPr>
                <w:rStyle w:val="af6"/>
                <w:rFonts w:cs="Times New Roman"/>
                <w:b w:val="0"/>
                <w:i/>
                <w:color w:val="0F1115"/>
                <w:szCs w:val="24"/>
                <w:shd w:val="clear" w:color="auto" w:fill="FFFFFF"/>
              </w:rPr>
              <w:t>горизонтальную</w:t>
            </w:r>
            <w:r>
              <w:rPr>
                <w:rStyle w:val="af6"/>
                <w:rFonts w:cs="Times New Roman"/>
                <w:b w:val="0"/>
                <w:i/>
                <w:color w:val="0F1115"/>
                <w:szCs w:val="24"/>
                <w:shd w:val="clear" w:color="auto" w:fill="FFFFFF"/>
                <w:lang w:val="ru-RU"/>
              </w:rPr>
              <w:t>,х</w:t>
            </w:r>
          </w:p>
        </w:tc>
        <w:tc>
          <w:tcPr>
            <w:tcW w:w="1241" w:type="dxa"/>
            <w:shd w:val="clear" w:color="auto" w:fill="auto"/>
          </w:tcPr>
          <w:p w:rsidR="009B6882" w:rsidRPr="002911A2" w:rsidRDefault="009B6882" w:rsidP="002911A2">
            <w:pPr>
              <w:jc w:val="center"/>
              <w:rPr>
                <w:sz w:val="22"/>
                <w:lang w:val="ru-RU"/>
              </w:rPr>
            </w:pPr>
            <w:r w:rsidRPr="002A70BC">
              <w:rPr>
                <w:sz w:val="22"/>
              </w:rPr>
              <w:t>2</w:t>
            </w:r>
            <w:r w:rsidR="002911A2">
              <w:rPr>
                <w:sz w:val="22"/>
                <w:lang w:val="ru-RU"/>
              </w:rPr>
              <w:t>0</w:t>
            </w:r>
          </w:p>
        </w:tc>
        <w:tc>
          <w:tcPr>
            <w:tcW w:w="3434" w:type="dxa"/>
            <w:shd w:val="clear" w:color="auto" w:fill="auto"/>
          </w:tcPr>
          <w:p w:rsidR="009B6882" w:rsidRPr="002911A2" w:rsidRDefault="002911A2" w:rsidP="002911A2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2911A2">
              <w:rPr>
                <w:rFonts w:cs="Times New Roman"/>
                <w:i/>
                <w:szCs w:val="24"/>
                <w:lang w:val="ru-RU"/>
              </w:rPr>
              <w:t xml:space="preserve">P = </w:t>
            </w:r>
            <w:proofErr w:type="spellStart"/>
            <w:proofErr w:type="gramStart"/>
            <w:r w:rsidRPr="002911A2">
              <w:rPr>
                <w:rFonts w:cs="Times New Roman"/>
                <w:i/>
                <w:szCs w:val="24"/>
                <w:lang w:val="ru-RU"/>
              </w:rPr>
              <w:t>calcPower</w:t>
            </w:r>
            <w:proofErr w:type="spellEnd"/>
            <w:r w:rsidRPr="002911A2">
              <w:rPr>
                <w:rFonts w:cs="Times New Roman"/>
                <w:i/>
                <w:szCs w:val="24"/>
                <w:lang w:val="ru-RU"/>
              </w:rPr>
              <w:t>(</w:t>
            </w:r>
            <w:proofErr w:type="gramEnd"/>
            <w:r w:rsidRPr="002911A2">
              <w:rPr>
                <w:rFonts w:cs="Times New Roman"/>
                <w:i/>
                <w:szCs w:val="24"/>
                <w:lang w:val="ru-RU"/>
              </w:rPr>
              <w:t>220, 10, 0.8)</w:t>
            </w:r>
          </w:p>
        </w:tc>
      </w:tr>
    </w:tbl>
    <w:p w:rsidR="009B6882" w:rsidRDefault="009B6882" w:rsidP="009B6882">
      <w:pPr>
        <w:spacing w:line="240" w:lineRule="auto"/>
        <w:rPr>
          <w:szCs w:val="24"/>
          <w:lang w:val="ru-RU"/>
        </w:rPr>
      </w:pPr>
      <w:r w:rsidRPr="00B465A8">
        <w:rPr>
          <w:szCs w:val="24"/>
          <w:lang w:val="ru-RU"/>
        </w:rPr>
        <w:tab/>
      </w:r>
    </w:p>
    <w:p w:rsidR="009B6882" w:rsidRPr="009B6882" w:rsidRDefault="009B6882" w:rsidP="009B6882">
      <w:pPr>
        <w:spacing w:line="240" w:lineRule="auto"/>
        <w:rPr>
          <w:b/>
          <w:szCs w:val="28"/>
          <w:lang w:val="ru-RU"/>
        </w:rPr>
      </w:pPr>
    </w:p>
    <w:p w:rsidR="009B6882" w:rsidRPr="009B6882" w:rsidRDefault="009B6882" w:rsidP="009B6882">
      <w:pPr>
        <w:spacing w:line="240" w:lineRule="auto"/>
        <w:ind w:left="-142"/>
        <w:jc w:val="both"/>
        <w:rPr>
          <w:szCs w:val="28"/>
          <w:lang w:val="ru-RU"/>
        </w:rPr>
      </w:pPr>
      <w:r w:rsidRPr="009B6882">
        <w:rPr>
          <w:szCs w:val="28"/>
          <w:lang w:val="ru-RU"/>
        </w:rPr>
        <w:t xml:space="preserve">по компетенции </w:t>
      </w:r>
      <w:r>
        <w:rPr>
          <w:color w:val="000000"/>
          <w:szCs w:val="24"/>
          <w:lang w:val="ru-RU"/>
        </w:rPr>
        <w:t>ОП</w:t>
      </w:r>
      <w:r w:rsidRPr="00B465A8">
        <w:rPr>
          <w:color w:val="000000"/>
          <w:szCs w:val="24"/>
          <w:lang w:val="ru-RU"/>
        </w:rPr>
        <w:t>К-</w:t>
      </w:r>
      <w:r>
        <w:rPr>
          <w:color w:val="000000"/>
          <w:szCs w:val="24"/>
          <w:lang w:val="ru-RU"/>
        </w:rPr>
        <w:t>1</w:t>
      </w:r>
      <w:r w:rsidRPr="00B465A8">
        <w:rPr>
          <w:color w:val="000000"/>
          <w:szCs w:val="24"/>
          <w:lang w:val="ru-RU"/>
        </w:rPr>
        <w:t xml:space="preserve">: </w:t>
      </w:r>
      <w:r>
        <w:rPr>
          <w:color w:val="000000"/>
          <w:szCs w:val="24"/>
          <w:lang w:val="ru-RU"/>
        </w:rPr>
        <w:t>Способность понимать принципы работы современных информационных технологий и использовать их для решения задач профессиональной деятельности</w:t>
      </w:r>
    </w:p>
    <w:p w:rsidR="009B6882" w:rsidRPr="009B6882" w:rsidRDefault="009B6882" w:rsidP="009B6882">
      <w:pPr>
        <w:ind w:left="20"/>
        <w:jc w:val="center"/>
        <w:rPr>
          <w:szCs w:val="28"/>
          <w:lang w:val="ru-RU"/>
        </w:rPr>
      </w:pPr>
    </w:p>
    <w:tbl>
      <w:tblPr>
        <w:tblW w:w="5000" w:type="pct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896"/>
        <w:gridCol w:w="7014"/>
      </w:tblGrid>
      <w:tr w:rsidR="009B6882" w:rsidRPr="004B2A9F" w:rsidTr="004B2A9F">
        <w:tc>
          <w:tcPr>
            <w:tcW w:w="146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9B6882" w:rsidRPr="009B6882" w:rsidRDefault="009B6882" w:rsidP="004B2A9F">
            <w:pPr>
              <w:suppressAutoHyphens/>
              <w:spacing w:line="240" w:lineRule="auto"/>
              <w:ind w:left="-57" w:right="-57"/>
              <w:jc w:val="center"/>
              <w:rPr>
                <w:i/>
                <w:kern w:val="1"/>
                <w:szCs w:val="24"/>
                <w:lang w:val="ru-RU"/>
              </w:rPr>
            </w:pPr>
            <w:r w:rsidRPr="009B6882">
              <w:rPr>
                <w:b/>
                <w:kern w:val="1"/>
                <w:szCs w:val="24"/>
                <w:lang w:val="ru-RU"/>
              </w:rPr>
              <w:t>Код и содержание индикаторов достижения</w:t>
            </w:r>
          </w:p>
        </w:tc>
        <w:tc>
          <w:tcPr>
            <w:tcW w:w="353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9B6882" w:rsidRPr="009B6882" w:rsidRDefault="009B6882" w:rsidP="004B2A9F">
            <w:pPr>
              <w:suppressAutoHyphens/>
              <w:spacing w:line="240" w:lineRule="auto"/>
              <w:ind w:left="-57" w:right="-57"/>
              <w:jc w:val="center"/>
              <w:rPr>
                <w:b/>
                <w:kern w:val="1"/>
                <w:szCs w:val="24"/>
                <w:lang w:val="ru-RU"/>
              </w:rPr>
            </w:pPr>
            <w:r w:rsidRPr="009B6882">
              <w:rPr>
                <w:b/>
                <w:kern w:val="1"/>
                <w:szCs w:val="24"/>
                <w:lang w:val="ru-RU"/>
              </w:rPr>
              <w:t>Планируемые результаты обучения по дисциплине</w:t>
            </w:r>
          </w:p>
        </w:tc>
      </w:tr>
      <w:tr w:rsidR="009B6882" w:rsidRPr="004B2A9F" w:rsidTr="004B2A9F">
        <w:tc>
          <w:tcPr>
            <w:tcW w:w="1461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:rsidR="009B6882" w:rsidRPr="00B465A8" w:rsidRDefault="009B6882" w:rsidP="009B6882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>
              <w:rPr>
                <w:color w:val="000000"/>
                <w:szCs w:val="24"/>
                <w:lang w:val="ru-RU"/>
              </w:rPr>
              <w:t>ОП</w:t>
            </w:r>
            <w:r w:rsidRPr="00B465A8">
              <w:rPr>
                <w:color w:val="000000"/>
                <w:szCs w:val="24"/>
                <w:lang w:val="ru-RU"/>
              </w:rPr>
              <w:t>К-1.</w:t>
            </w:r>
            <w:r>
              <w:rPr>
                <w:color w:val="000000"/>
                <w:szCs w:val="24"/>
                <w:lang w:val="ru-RU"/>
              </w:rPr>
              <w:t>1</w:t>
            </w:r>
            <w:r w:rsidRPr="009B6882">
              <w:rPr>
                <w:color w:val="000000"/>
                <w:szCs w:val="24"/>
                <w:lang w:val="ru-RU"/>
              </w:rPr>
              <w:t xml:space="preserve"> </w:t>
            </w:r>
            <w:r>
              <w:rPr>
                <w:color w:val="000000"/>
                <w:szCs w:val="24"/>
                <w:lang w:val="ru-RU"/>
              </w:rPr>
              <w:t>Понимает принципы работы современных информационных технологий.</w:t>
            </w:r>
          </w:p>
          <w:p w:rsidR="009B6882" w:rsidRPr="009B6882" w:rsidRDefault="009B6882" w:rsidP="004B2A9F">
            <w:pPr>
              <w:suppressAutoHyphens/>
              <w:spacing w:line="240" w:lineRule="auto"/>
              <w:ind w:left="-57" w:right="-57"/>
              <w:jc w:val="center"/>
              <w:rPr>
                <w:b/>
                <w:i/>
                <w:kern w:val="1"/>
                <w:szCs w:val="24"/>
                <w:lang w:val="ru-RU"/>
              </w:rPr>
            </w:pPr>
          </w:p>
        </w:tc>
        <w:tc>
          <w:tcPr>
            <w:tcW w:w="3539" w:type="pc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9B6882" w:rsidRPr="009B6882" w:rsidRDefault="009B6882" w:rsidP="004B2A9F">
            <w:pPr>
              <w:suppressAutoHyphens/>
              <w:spacing w:line="240" w:lineRule="auto"/>
              <w:ind w:left="-57" w:right="-57"/>
              <w:rPr>
                <w:b/>
                <w:kern w:val="2"/>
                <w:szCs w:val="24"/>
                <w:lang w:val="ru-RU"/>
              </w:rPr>
            </w:pPr>
            <w:r w:rsidRPr="009B6882">
              <w:rPr>
                <w:b/>
                <w:kern w:val="2"/>
                <w:szCs w:val="24"/>
                <w:lang w:val="ru-RU"/>
              </w:rPr>
              <w:t>Знать:</w:t>
            </w:r>
          </w:p>
          <w:p w:rsidR="009B6882" w:rsidRDefault="009B6882" w:rsidP="004B2A9F">
            <w:pPr>
              <w:suppressAutoHyphens/>
              <w:spacing w:line="240" w:lineRule="auto"/>
              <w:ind w:left="-57" w:right="-57"/>
              <w:rPr>
                <w:szCs w:val="24"/>
                <w:lang w:val="ru-RU"/>
              </w:rPr>
            </w:pPr>
            <w:r w:rsidRPr="009B6882">
              <w:rPr>
                <w:kern w:val="2"/>
                <w:szCs w:val="24"/>
                <w:lang w:val="ru-RU"/>
              </w:rPr>
              <w:t>-</w:t>
            </w:r>
            <w:r w:rsidRPr="00387066">
              <w:rPr>
                <w:kern w:val="2"/>
                <w:szCs w:val="24"/>
              </w:rPr>
              <w:t> </w:t>
            </w:r>
            <w:r w:rsidRPr="009B6882">
              <w:rPr>
                <w:szCs w:val="24"/>
                <w:lang w:val="ru-RU"/>
              </w:rPr>
              <w:t>принципы работы компьютерных технологий.</w:t>
            </w:r>
          </w:p>
          <w:p w:rsidR="009B6882" w:rsidRPr="009B6882" w:rsidRDefault="009B6882" w:rsidP="004B2A9F">
            <w:pPr>
              <w:suppressAutoHyphens/>
              <w:spacing w:line="240" w:lineRule="auto"/>
              <w:ind w:left="-57" w:right="-57"/>
              <w:rPr>
                <w:b/>
                <w:kern w:val="2"/>
                <w:szCs w:val="24"/>
                <w:lang w:val="ru-RU"/>
              </w:rPr>
            </w:pPr>
            <w:r w:rsidRPr="009B6882">
              <w:rPr>
                <w:b/>
                <w:kern w:val="2"/>
                <w:szCs w:val="24"/>
                <w:lang w:val="ru-RU"/>
              </w:rPr>
              <w:t>Уметь:</w:t>
            </w:r>
          </w:p>
          <w:p w:rsidR="009B6882" w:rsidRPr="009B6882" w:rsidRDefault="009B6882" w:rsidP="004B2A9F">
            <w:pPr>
              <w:suppressAutoHyphens/>
              <w:spacing w:line="240" w:lineRule="auto"/>
              <w:ind w:left="-57" w:right="-57"/>
              <w:rPr>
                <w:kern w:val="2"/>
                <w:szCs w:val="24"/>
                <w:lang w:val="ru-RU"/>
              </w:rPr>
            </w:pPr>
            <w:r w:rsidRPr="009B6882">
              <w:rPr>
                <w:kern w:val="2"/>
                <w:szCs w:val="24"/>
                <w:lang w:val="ru-RU"/>
              </w:rPr>
              <w:t>-</w:t>
            </w:r>
            <w:r w:rsidRPr="00387066">
              <w:rPr>
                <w:kern w:val="2"/>
                <w:szCs w:val="24"/>
              </w:rPr>
              <w:t> </w:t>
            </w:r>
            <w:r w:rsidRPr="009B6882">
              <w:rPr>
                <w:szCs w:val="24"/>
                <w:lang w:val="ru-RU"/>
              </w:rPr>
              <w:t>применять компьютерные технологии в профессиональной деятельности.</w:t>
            </w:r>
          </w:p>
          <w:p w:rsidR="009B6882" w:rsidRPr="009B6882" w:rsidRDefault="009B6882" w:rsidP="004B2A9F">
            <w:pPr>
              <w:suppressAutoHyphens/>
              <w:spacing w:line="240" w:lineRule="auto"/>
              <w:ind w:left="-57" w:right="-57"/>
              <w:rPr>
                <w:b/>
                <w:kern w:val="2"/>
                <w:szCs w:val="24"/>
                <w:lang w:val="ru-RU"/>
              </w:rPr>
            </w:pPr>
            <w:r w:rsidRPr="009B6882">
              <w:rPr>
                <w:b/>
                <w:kern w:val="2"/>
                <w:szCs w:val="24"/>
                <w:lang w:val="ru-RU"/>
              </w:rPr>
              <w:t>Владеть:</w:t>
            </w:r>
          </w:p>
          <w:p w:rsidR="009B6882" w:rsidRPr="009B6882" w:rsidRDefault="009B6882" w:rsidP="004B2A9F">
            <w:pPr>
              <w:suppressAutoHyphens/>
              <w:spacing w:line="240" w:lineRule="auto"/>
              <w:ind w:left="-57" w:right="-57"/>
              <w:rPr>
                <w:kern w:val="2"/>
                <w:szCs w:val="24"/>
                <w:lang w:val="ru-RU"/>
              </w:rPr>
            </w:pPr>
            <w:r w:rsidRPr="009B6882">
              <w:rPr>
                <w:kern w:val="2"/>
                <w:szCs w:val="24"/>
                <w:lang w:val="ru-RU"/>
              </w:rPr>
              <w:t>-</w:t>
            </w:r>
            <w:r w:rsidRPr="00387066">
              <w:rPr>
                <w:kern w:val="2"/>
                <w:szCs w:val="24"/>
              </w:rPr>
              <w:t> </w:t>
            </w:r>
            <w:r w:rsidRPr="009B6882">
              <w:rPr>
                <w:szCs w:val="24"/>
                <w:lang w:val="ru-RU"/>
              </w:rPr>
              <w:t>навыками применения компьютерных технологий для решения профессиональных задач.</w:t>
            </w:r>
          </w:p>
        </w:tc>
      </w:tr>
    </w:tbl>
    <w:p w:rsidR="009B6882" w:rsidRPr="009B6882" w:rsidRDefault="009B6882" w:rsidP="009B6882">
      <w:pPr>
        <w:ind w:left="20"/>
        <w:jc w:val="center"/>
        <w:rPr>
          <w:b/>
          <w:sz w:val="28"/>
          <w:szCs w:val="28"/>
          <w:lang w:val="ru-RU"/>
        </w:rPr>
      </w:pPr>
    </w:p>
    <w:p w:rsidR="009B6882" w:rsidRPr="009B6882" w:rsidRDefault="009B6882" w:rsidP="009B6882">
      <w:pPr>
        <w:spacing w:after="240" w:line="240" w:lineRule="auto"/>
        <w:jc w:val="center"/>
        <w:rPr>
          <w:b/>
          <w:szCs w:val="28"/>
          <w:lang w:val="ru-RU"/>
        </w:rPr>
      </w:pPr>
      <w:r w:rsidRPr="009B6882">
        <w:rPr>
          <w:b/>
          <w:szCs w:val="28"/>
          <w:lang w:val="ru-RU"/>
        </w:rPr>
        <w:t>Распределение заданий</w:t>
      </w:r>
      <w:r w:rsidRPr="009B6882">
        <w:rPr>
          <w:szCs w:val="28"/>
          <w:lang w:val="ru-RU"/>
        </w:rPr>
        <w:t xml:space="preserve"> </w:t>
      </w:r>
      <w:r w:rsidRPr="009B6882">
        <w:rPr>
          <w:b/>
          <w:szCs w:val="28"/>
          <w:lang w:val="ru-RU"/>
        </w:rPr>
        <w:t>по типам и уровням сложности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2"/>
        <w:gridCol w:w="1908"/>
        <w:gridCol w:w="4616"/>
        <w:gridCol w:w="1589"/>
      </w:tblGrid>
      <w:tr w:rsidR="009B6882" w:rsidRPr="0061790B" w:rsidTr="004B2A9F">
        <w:trPr>
          <w:trHeight w:val="20"/>
          <w:jc w:val="center"/>
        </w:trPr>
        <w:tc>
          <w:tcPr>
            <w:tcW w:w="9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B12DD4" w:rsidRDefault="009B6882" w:rsidP="004B2A9F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B12DD4">
              <w:rPr>
                <w:b/>
                <w:szCs w:val="24"/>
              </w:rPr>
              <w:t>Индикатор</w:t>
            </w:r>
            <w:proofErr w:type="spellEnd"/>
            <w:r w:rsidRPr="00B12DD4">
              <w:rPr>
                <w:b/>
                <w:szCs w:val="24"/>
              </w:rPr>
              <w:t xml:space="preserve"> </w:t>
            </w:r>
            <w:proofErr w:type="spellStart"/>
            <w:r w:rsidRPr="00B12DD4">
              <w:rPr>
                <w:b/>
                <w:szCs w:val="24"/>
              </w:rPr>
              <w:t>компетенции</w:t>
            </w:r>
            <w:proofErr w:type="spellEnd"/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B12DD4" w:rsidRDefault="009B6882" w:rsidP="004B2A9F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B12DD4">
              <w:rPr>
                <w:b/>
                <w:szCs w:val="24"/>
              </w:rPr>
              <w:t>Уровень</w:t>
            </w:r>
            <w:proofErr w:type="spellEnd"/>
            <w:r w:rsidRPr="00B12DD4">
              <w:rPr>
                <w:b/>
                <w:szCs w:val="24"/>
              </w:rPr>
              <w:t xml:space="preserve"> </w:t>
            </w:r>
            <w:proofErr w:type="spellStart"/>
            <w:r w:rsidRPr="00B12DD4">
              <w:rPr>
                <w:b/>
                <w:szCs w:val="24"/>
              </w:rPr>
              <w:t>сложности</w:t>
            </w:r>
            <w:proofErr w:type="spellEnd"/>
            <w:r w:rsidRPr="00B12DD4">
              <w:rPr>
                <w:b/>
                <w:szCs w:val="24"/>
              </w:rPr>
              <w:t xml:space="preserve"> </w:t>
            </w:r>
            <w:proofErr w:type="spellStart"/>
            <w:r w:rsidRPr="00B12DD4"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2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B12DD4" w:rsidRDefault="009B6882" w:rsidP="004B2A9F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B12DD4">
              <w:rPr>
                <w:b/>
                <w:szCs w:val="24"/>
              </w:rPr>
              <w:t>Тип</w:t>
            </w:r>
            <w:proofErr w:type="spellEnd"/>
            <w:r w:rsidRPr="00B12DD4">
              <w:rPr>
                <w:b/>
                <w:szCs w:val="24"/>
              </w:rPr>
              <w:t xml:space="preserve"> </w:t>
            </w:r>
            <w:proofErr w:type="spellStart"/>
            <w:r w:rsidRPr="00B12DD4"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B12DD4" w:rsidRDefault="009B6882" w:rsidP="004B2A9F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B12DD4">
              <w:rPr>
                <w:b/>
                <w:szCs w:val="24"/>
              </w:rPr>
              <w:t>Количество</w:t>
            </w:r>
            <w:proofErr w:type="spellEnd"/>
            <w:r w:rsidRPr="00B12DD4">
              <w:rPr>
                <w:b/>
                <w:szCs w:val="24"/>
              </w:rPr>
              <w:t xml:space="preserve"> </w:t>
            </w:r>
            <w:r w:rsidRPr="00B12DD4">
              <w:rPr>
                <w:b/>
                <w:szCs w:val="24"/>
              </w:rPr>
              <w:br/>
            </w:r>
            <w:proofErr w:type="spellStart"/>
            <w:r w:rsidRPr="00B12DD4">
              <w:rPr>
                <w:b/>
                <w:szCs w:val="24"/>
              </w:rPr>
              <w:t>заданий</w:t>
            </w:r>
            <w:proofErr w:type="spellEnd"/>
          </w:p>
        </w:tc>
      </w:tr>
      <w:tr w:rsidR="009B6882" w:rsidRPr="0061790B" w:rsidTr="004B2A9F">
        <w:trPr>
          <w:trHeight w:val="20"/>
          <w:jc w:val="center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B12DD4" w:rsidRDefault="009B6882" w:rsidP="009B6882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B12DD4">
              <w:rPr>
                <w:b/>
                <w:szCs w:val="24"/>
              </w:rPr>
              <w:t>Семестр</w:t>
            </w:r>
            <w:proofErr w:type="spellEnd"/>
            <w:r w:rsidRPr="00B12DD4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2</w:t>
            </w:r>
          </w:p>
        </w:tc>
      </w:tr>
      <w:tr w:rsidR="009B6882" w:rsidRPr="0061790B" w:rsidTr="004B2A9F">
        <w:trPr>
          <w:trHeight w:val="20"/>
          <w:jc w:val="center"/>
        </w:trPr>
        <w:tc>
          <w:tcPr>
            <w:tcW w:w="9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82" w:rsidRPr="00B12DD4" w:rsidRDefault="009B6882" w:rsidP="004B2A9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color w:val="000000"/>
                <w:szCs w:val="24"/>
                <w:lang w:val="ru-RU"/>
              </w:rPr>
              <w:t>ОП</w:t>
            </w:r>
            <w:r w:rsidRPr="00B465A8">
              <w:rPr>
                <w:color w:val="000000"/>
                <w:szCs w:val="24"/>
                <w:lang w:val="ru-RU"/>
              </w:rPr>
              <w:t>К-1.</w:t>
            </w:r>
            <w:r>
              <w:rPr>
                <w:color w:val="000000"/>
                <w:szCs w:val="24"/>
                <w:lang w:val="ru-RU"/>
              </w:rPr>
              <w:t>1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82" w:rsidRPr="00B12DD4" w:rsidRDefault="009B6882" w:rsidP="004B2A9F">
            <w:pPr>
              <w:spacing w:line="240" w:lineRule="auto"/>
              <w:rPr>
                <w:szCs w:val="24"/>
              </w:rPr>
            </w:pPr>
            <w:proofErr w:type="spellStart"/>
            <w:r w:rsidRPr="00B12DD4">
              <w:rPr>
                <w:szCs w:val="24"/>
              </w:rPr>
              <w:t>Базовый</w:t>
            </w:r>
            <w:proofErr w:type="spellEnd"/>
            <w:r w:rsidRPr="00B12DD4">
              <w:rPr>
                <w:szCs w:val="24"/>
              </w:rPr>
              <w:t xml:space="preserve"> (20%)</w:t>
            </w:r>
          </w:p>
        </w:tc>
        <w:tc>
          <w:tcPr>
            <w:tcW w:w="2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82" w:rsidRPr="009B6882" w:rsidRDefault="009B6882" w:rsidP="004B2A9F">
            <w:pPr>
              <w:spacing w:line="240" w:lineRule="auto"/>
              <w:rPr>
                <w:szCs w:val="24"/>
                <w:lang w:val="ru-RU"/>
              </w:rPr>
            </w:pPr>
            <w:r w:rsidRPr="009B6882">
              <w:rPr>
                <w:szCs w:val="24"/>
                <w:lang w:val="ru-RU"/>
              </w:rPr>
              <w:t>С выбором одного/нескольких ответов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882" w:rsidRPr="00B12DD4" w:rsidRDefault="009B6882" w:rsidP="004B2A9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</w:tr>
      <w:tr w:rsidR="009B6882" w:rsidRPr="0061790B" w:rsidTr="004B2A9F">
        <w:trPr>
          <w:trHeight w:val="516"/>
          <w:jc w:val="center"/>
        </w:trPr>
        <w:tc>
          <w:tcPr>
            <w:tcW w:w="9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B12DD4" w:rsidRDefault="009B6882" w:rsidP="004B2A9F">
            <w:pPr>
              <w:spacing w:line="240" w:lineRule="auto"/>
              <w:rPr>
                <w:szCs w:val="24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82" w:rsidRPr="00B12DD4" w:rsidRDefault="009B6882" w:rsidP="004B2A9F">
            <w:pPr>
              <w:spacing w:line="240" w:lineRule="auto"/>
              <w:rPr>
                <w:szCs w:val="24"/>
              </w:rPr>
            </w:pPr>
            <w:proofErr w:type="spellStart"/>
            <w:r w:rsidRPr="00B12DD4">
              <w:rPr>
                <w:szCs w:val="24"/>
              </w:rPr>
              <w:t>Повышенный</w:t>
            </w:r>
            <w:proofErr w:type="spellEnd"/>
            <w:r w:rsidRPr="00B12DD4">
              <w:rPr>
                <w:szCs w:val="24"/>
              </w:rPr>
              <w:t xml:space="preserve"> (70%)</w:t>
            </w:r>
          </w:p>
        </w:tc>
        <w:tc>
          <w:tcPr>
            <w:tcW w:w="2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B6882" w:rsidRPr="009B6882" w:rsidRDefault="009B6882" w:rsidP="004B2A9F">
            <w:pPr>
              <w:spacing w:line="240" w:lineRule="auto"/>
              <w:rPr>
                <w:szCs w:val="24"/>
                <w:lang w:val="ru-RU"/>
              </w:rPr>
            </w:pPr>
            <w:r w:rsidRPr="009B6882">
              <w:rPr>
                <w:szCs w:val="24"/>
                <w:lang w:val="ru-RU"/>
              </w:rPr>
              <w:t>Задания с развернутым ответом на ввод одного/нескольких пропущенных слов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B6882" w:rsidRPr="00B12DD4" w:rsidRDefault="009B6882" w:rsidP="004B2A9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</w:tr>
      <w:tr w:rsidR="009B6882" w:rsidRPr="0061790B" w:rsidTr="004B2A9F">
        <w:trPr>
          <w:trHeight w:val="20"/>
          <w:jc w:val="center"/>
        </w:trPr>
        <w:tc>
          <w:tcPr>
            <w:tcW w:w="9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B12DD4" w:rsidRDefault="009B6882" w:rsidP="004B2A9F">
            <w:pPr>
              <w:spacing w:line="240" w:lineRule="auto"/>
              <w:rPr>
                <w:szCs w:val="24"/>
              </w:rPr>
            </w:pP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82" w:rsidRPr="00B12DD4" w:rsidRDefault="009B6882" w:rsidP="004B2A9F">
            <w:pPr>
              <w:spacing w:line="240" w:lineRule="auto"/>
              <w:rPr>
                <w:szCs w:val="24"/>
              </w:rPr>
            </w:pPr>
            <w:proofErr w:type="spellStart"/>
            <w:r w:rsidRPr="00B12DD4">
              <w:rPr>
                <w:szCs w:val="24"/>
              </w:rPr>
              <w:t>Высокий</w:t>
            </w:r>
            <w:proofErr w:type="spellEnd"/>
            <w:r w:rsidRPr="00B12DD4">
              <w:rPr>
                <w:szCs w:val="24"/>
              </w:rPr>
              <w:t xml:space="preserve"> (10%)</w:t>
            </w:r>
          </w:p>
        </w:tc>
        <w:tc>
          <w:tcPr>
            <w:tcW w:w="2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882" w:rsidRPr="00B12DD4" w:rsidRDefault="009B6882" w:rsidP="004B2A9F">
            <w:pPr>
              <w:spacing w:line="240" w:lineRule="auto"/>
              <w:rPr>
                <w:szCs w:val="24"/>
              </w:rPr>
            </w:pPr>
            <w:proofErr w:type="spellStart"/>
            <w:r w:rsidRPr="00B12DD4">
              <w:rPr>
                <w:szCs w:val="24"/>
              </w:rPr>
              <w:t>Решение</w:t>
            </w:r>
            <w:proofErr w:type="spellEnd"/>
            <w:r w:rsidRPr="00B12DD4">
              <w:rPr>
                <w:szCs w:val="24"/>
              </w:rPr>
              <w:t xml:space="preserve"> </w:t>
            </w:r>
            <w:proofErr w:type="spellStart"/>
            <w:r w:rsidRPr="00B12DD4">
              <w:rPr>
                <w:szCs w:val="24"/>
              </w:rPr>
              <w:t>задач</w:t>
            </w:r>
            <w:proofErr w:type="spellEnd"/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882" w:rsidRPr="00B12DD4" w:rsidRDefault="009B6882" w:rsidP="004B2A9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</w:tr>
      <w:tr w:rsidR="009B6882" w:rsidRPr="00B12DD4" w:rsidTr="004B2A9F">
        <w:trPr>
          <w:trHeight w:val="20"/>
          <w:jc w:val="center"/>
        </w:trPr>
        <w:tc>
          <w:tcPr>
            <w:tcW w:w="419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B12DD4" w:rsidRDefault="009B6882" w:rsidP="004B2A9F">
            <w:pPr>
              <w:spacing w:line="240" w:lineRule="auto"/>
              <w:jc w:val="right"/>
              <w:rPr>
                <w:b/>
                <w:szCs w:val="24"/>
              </w:rPr>
            </w:pPr>
            <w:proofErr w:type="spellStart"/>
            <w:r w:rsidRPr="00B12DD4">
              <w:rPr>
                <w:b/>
                <w:szCs w:val="24"/>
              </w:rPr>
              <w:lastRenderedPageBreak/>
              <w:t>Итого</w:t>
            </w:r>
            <w:proofErr w:type="spellEnd"/>
            <w:r w:rsidRPr="00B12DD4">
              <w:rPr>
                <w:b/>
                <w:szCs w:val="24"/>
              </w:rPr>
              <w:t xml:space="preserve"> </w:t>
            </w:r>
            <w:proofErr w:type="spellStart"/>
            <w:r w:rsidRPr="00B12DD4">
              <w:rPr>
                <w:b/>
                <w:szCs w:val="24"/>
              </w:rPr>
              <w:t>для</w:t>
            </w:r>
            <w:proofErr w:type="spellEnd"/>
            <w:r w:rsidRPr="00B12DD4">
              <w:rPr>
                <w:b/>
                <w:szCs w:val="24"/>
              </w:rPr>
              <w:t xml:space="preserve"> </w:t>
            </w:r>
            <w:r w:rsidRPr="009B6882">
              <w:rPr>
                <w:b/>
                <w:szCs w:val="24"/>
              </w:rPr>
              <w:t>ОПК-1.1.</w:t>
            </w: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882" w:rsidRPr="00B12DD4" w:rsidRDefault="009B6882" w:rsidP="004B2A9F">
            <w:pPr>
              <w:spacing w:line="240" w:lineRule="auto"/>
              <w:jc w:val="center"/>
              <w:rPr>
                <w:b/>
                <w:szCs w:val="24"/>
              </w:rPr>
            </w:pPr>
            <w:r w:rsidRPr="00B12DD4">
              <w:rPr>
                <w:b/>
                <w:szCs w:val="24"/>
              </w:rPr>
              <w:t>2</w:t>
            </w:r>
            <w:r>
              <w:rPr>
                <w:b/>
                <w:szCs w:val="24"/>
              </w:rPr>
              <w:t>0</w:t>
            </w:r>
          </w:p>
        </w:tc>
      </w:tr>
    </w:tbl>
    <w:p w:rsidR="009B6882" w:rsidRPr="0061790B" w:rsidRDefault="009B6882" w:rsidP="009B6882">
      <w:pPr>
        <w:ind w:left="20"/>
        <w:jc w:val="center"/>
        <w:rPr>
          <w:b/>
          <w:sz w:val="28"/>
          <w:szCs w:val="28"/>
        </w:rPr>
      </w:pPr>
    </w:p>
    <w:p w:rsidR="009B6882" w:rsidRPr="0061790B" w:rsidRDefault="009B6882" w:rsidP="009B6882">
      <w:pPr>
        <w:spacing w:after="240"/>
        <w:jc w:val="center"/>
        <w:rPr>
          <w:b/>
          <w:szCs w:val="28"/>
        </w:rPr>
      </w:pPr>
      <w:proofErr w:type="spellStart"/>
      <w:r w:rsidRPr="0061790B">
        <w:rPr>
          <w:b/>
          <w:szCs w:val="28"/>
        </w:rPr>
        <w:t>Комплект</w:t>
      </w:r>
      <w:proofErr w:type="spellEnd"/>
      <w:r w:rsidRPr="0061790B">
        <w:rPr>
          <w:b/>
          <w:szCs w:val="28"/>
        </w:rPr>
        <w:t xml:space="preserve"> </w:t>
      </w:r>
      <w:proofErr w:type="spellStart"/>
      <w:r w:rsidRPr="0061790B">
        <w:rPr>
          <w:b/>
          <w:szCs w:val="28"/>
        </w:rPr>
        <w:t>тестовых</w:t>
      </w:r>
      <w:proofErr w:type="spellEnd"/>
      <w:r w:rsidRPr="0061790B">
        <w:rPr>
          <w:b/>
          <w:szCs w:val="28"/>
        </w:rPr>
        <w:t xml:space="preserve"> </w:t>
      </w:r>
      <w:proofErr w:type="spellStart"/>
      <w:r w:rsidRPr="0061790B">
        <w:rPr>
          <w:b/>
          <w:szCs w:val="28"/>
        </w:rPr>
        <w:t>заданий</w:t>
      </w:r>
      <w:proofErr w:type="spellEnd"/>
      <w:r w:rsidRPr="0061790B">
        <w:rPr>
          <w:b/>
          <w:szCs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4"/>
        <w:gridCol w:w="1822"/>
        <w:gridCol w:w="1981"/>
        <w:gridCol w:w="3818"/>
      </w:tblGrid>
      <w:tr w:rsidR="009B6882" w:rsidRPr="0061790B" w:rsidTr="004B2A9F">
        <w:trPr>
          <w:jc w:val="center"/>
        </w:trPr>
        <w:tc>
          <w:tcPr>
            <w:tcW w:w="1641" w:type="dxa"/>
            <w:shd w:val="clear" w:color="auto" w:fill="D9D9D9"/>
          </w:tcPr>
          <w:p w:rsidR="009B6882" w:rsidRPr="00B12DD4" w:rsidRDefault="009B6882" w:rsidP="004B2A9F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B12DD4">
              <w:rPr>
                <w:b/>
                <w:szCs w:val="24"/>
              </w:rPr>
              <w:t>Индикатор</w:t>
            </w:r>
            <w:proofErr w:type="spellEnd"/>
            <w:r w:rsidRPr="00B12DD4">
              <w:rPr>
                <w:b/>
                <w:szCs w:val="24"/>
              </w:rPr>
              <w:t xml:space="preserve"> </w:t>
            </w:r>
          </w:p>
        </w:tc>
        <w:tc>
          <w:tcPr>
            <w:tcW w:w="1730" w:type="dxa"/>
            <w:shd w:val="clear" w:color="auto" w:fill="D9D9D9"/>
          </w:tcPr>
          <w:p w:rsidR="009B6882" w:rsidRPr="00B12DD4" w:rsidRDefault="009B6882" w:rsidP="004B2A9F">
            <w:pPr>
              <w:spacing w:line="240" w:lineRule="auto"/>
              <w:rPr>
                <w:b/>
                <w:szCs w:val="24"/>
              </w:rPr>
            </w:pPr>
            <w:r w:rsidRPr="009B6882">
              <w:rPr>
                <w:b/>
                <w:szCs w:val="24"/>
              </w:rPr>
              <w:t>ОПК-1.1.</w:t>
            </w:r>
          </w:p>
        </w:tc>
        <w:tc>
          <w:tcPr>
            <w:tcW w:w="1402" w:type="dxa"/>
            <w:shd w:val="clear" w:color="auto" w:fill="D9D9D9"/>
          </w:tcPr>
          <w:p w:rsidR="009B6882" w:rsidRPr="00B12DD4" w:rsidRDefault="009B6882" w:rsidP="004B2A9F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B12DD4">
              <w:rPr>
                <w:b/>
                <w:szCs w:val="24"/>
              </w:rPr>
              <w:t>Семестр</w:t>
            </w:r>
            <w:proofErr w:type="spellEnd"/>
          </w:p>
        </w:tc>
        <w:tc>
          <w:tcPr>
            <w:tcW w:w="4572" w:type="dxa"/>
            <w:shd w:val="clear" w:color="auto" w:fill="D9D9D9"/>
          </w:tcPr>
          <w:p w:rsidR="009B6882" w:rsidRPr="00B12DD4" w:rsidRDefault="009B6882" w:rsidP="004B2A9F">
            <w:pPr>
              <w:spacing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2</w:t>
            </w:r>
          </w:p>
        </w:tc>
      </w:tr>
      <w:tr w:rsidR="009B6882" w:rsidRPr="0061790B" w:rsidTr="004B2A9F">
        <w:trPr>
          <w:jc w:val="center"/>
        </w:trPr>
        <w:tc>
          <w:tcPr>
            <w:tcW w:w="3371" w:type="dxa"/>
            <w:gridSpan w:val="2"/>
            <w:shd w:val="clear" w:color="auto" w:fill="auto"/>
          </w:tcPr>
          <w:p w:rsidR="009B6882" w:rsidRPr="00B12DD4" w:rsidRDefault="009B6882" w:rsidP="004B2A9F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B12DD4">
              <w:rPr>
                <w:b/>
                <w:szCs w:val="24"/>
              </w:rPr>
              <w:t>Уровень</w:t>
            </w:r>
            <w:proofErr w:type="spellEnd"/>
            <w:r w:rsidRPr="00B12DD4">
              <w:rPr>
                <w:b/>
                <w:szCs w:val="24"/>
              </w:rPr>
              <w:t xml:space="preserve"> </w:t>
            </w:r>
            <w:proofErr w:type="spellStart"/>
            <w:r w:rsidRPr="00B12DD4">
              <w:rPr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5974" w:type="dxa"/>
            <w:gridSpan w:val="2"/>
            <w:shd w:val="clear" w:color="auto" w:fill="auto"/>
          </w:tcPr>
          <w:p w:rsidR="009B6882" w:rsidRPr="00B12DD4" w:rsidRDefault="009B6882" w:rsidP="004B2A9F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B12DD4">
              <w:rPr>
                <w:b/>
                <w:szCs w:val="24"/>
              </w:rPr>
              <w:t>Базовый</w:t>
            </w:r>
            <w:proofErr w:type="spellEnd"/>
          </w:p>
        </w:tc>
      </w:tr>
      <w:tr w:rsidR="009B6882" w:rsidRPr="004B2A9F" w:rsidTr="004B2A9F">
        <w:trPr>
          <w:jc w:val="center"/>
        </w:trPr>
        <w:tc>
          <w:tcPr>
            <w:tcW w:w="3371" w:type="dxa"/>
            <w:gridSpan w:val="2"/>
            <w:shd w:val="clear" w:color="auto" w:fill="auto"/>
          </w:tcPr>
          <w:p w:rsidR="009B6882" w:rsidRPr="00B12DD4" w:rsidRDefault="009B6882" w:rsidP="004B2A9F">
            <w:pPr>
              <w:spacing w:line="240" w:lineRule="auto"/>
              <w:rPr>
                <w:b/>
                <w:szCs w:val="24"/>
              </w:rPr>
            </w:pPr>
            <w:proofErr w:type="spellStart"/>
            <w:r w:rsidRPr="00B12DD4">
              <w:rPr>
                <w:b/>
                <w:szCs w:val="24"/>
              </w:rPr>
              <w:t>Тип</w:t>
            </w:r>
            <w:proofErr w:type="spellEnd"/>
            <w:r w:rsidRPr="00B12DD4">
              <w:rPr>
                <w:b/>
                <w:szCs w:val="24"/>
              </w:rPr>
              <w:t xml:space="preserve"> </w:t>
            </w:r>
            <w:proofErr w:type="spellStart"/>
            <w:r w:rsidRPr="00B12DD4"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5974" w:type="dxa"/>
            <w:gridSpan w:val="2"/>
            <w:shd w:val="clear" w:color="auto" w:fill="auto"/>
          </w:tcPr>
          <w:p w:rsidR="009B6882" w:rsidRPr="009B6882" w:rsidRDefault="009B6882" w:rsidP="004B2A9F">
            <w:pPr>
              <w:spacing w:line="240" w:lineRule="auto"/>
              <w:rPr>
                <w:b/>
                <w:szCs w:val="24"/>
                <w:lang w:val="ru-RU"/>
              </w:rPr>
            </w:pPr>
            <w:r w:rsidRPr="009B6882">
              <w:rPr>
                <w:b/>
                <w:szCs w:val="24"/>
                <w:lang w:val="ru-RU"/>
              </w:rPr>
              <w:t>Задания с выбором одного ответа / нескольких ответов</w:t>
            </w:r>
          </w:p>
        </w:tc>
      </w:tr>
      <w:tr w:rsidR="00D4411B" w:rsidRPr="00D4176F" w:rsidTr="0069161D">
        <w:trPr>
          <w:trHeight w:val="986"/>
          <w:jc w:val="center"/>
        </w:trPr>
        <w:tc>
          <w:tcPr>
            <w:tcW w:w="9345" w:type="dxa"/>
            <w:gridSpan w:val="4"/>
            <w:shd w:val="clear" w:color="auto" w:fill="auto"/>
          </w:tcPr>
          <w:p w:rsidR="00D4411B" w:rsidRPr="00104BD6" w:rsidRDefault="00D4411B" w:rsidP="0069161D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Fonts w:cs="Times New Roman"/>
                <w:b/>
                <w:szCs w:val="24"/>
                <w:lang w:val="ru-RU"/>
              </w:rPr>
              <w:t xml:space="preserve">Задание 1. </w:t>
            </w:r>
            <w:r w:rsidRPr="00104BD6">
              <w:rPr>
                <w:rFonts w:cs="Times New Roman"/>
                <w:i/>
                <w:szCs w:val="24"/>
                <w:lang w:val="ru-RU"/>
              </w:rPr>
              <w:t>Прочитайте текст и выберите один верный вариант ответа из предложенного множества.</w:t>
            </w:r>
          </w:p>
          <w:p w:rsidR="00D4411B" w:rsidRPr="00104BD6" w:rsidRDefault="00D4411B" w:rsidP="0069161D">
            <w:pPr>
              <w:spacing w:line="240" w:lineRule="auto"/>
              <w:ind w:firstLine="175"/>
              <w:rPr>
                <w:rFonts w:eastAsia="Times New Roman" w:cs="Times New Roman"/>
                <w:szCs w:val="24"/>
                <w:lang w:val="ru-RU" w:eastAsia="ru-RU"/>
              </w:rPr>
            </w:pPr>
          </w:p>
          <w:p w:rsidR="00D4411B" w:rsidRPr="00104BD6" w:rsidRDefault="00D4411B" w:rsidP="0069161D">
            <w:pPr>
              <w:pStyle w:val="14"/>
              <w:widowControl/>
              <w:rPr>
                <w:bCs/>
                <w:snapToGrid/>
                <w:sz w:val="24"/>
                <w:szCs w:val="24"/>
              </w:rPr>
            </w:pPr>
            <w:r w:rsidRPr="00104BD6">
              <w:rPr>
                <w:bCs/>
                <w:snapToGrid/>
                <w:sz w:val="24"/>
                <w:szCs w:val="24"/>
              </w:rPr>
              <w:t>Как создать матрицу 2×2 из чисел 1, 2, 3, 4?</w:t>
            </w:r>
          </w:p>
          <w:p w:rsidR="00D4411B" w:rsidRPr="00104BD6" w:rsidRDefault="00D4411B" w:rsidP="0069161D">
            <w:pPr>
              <w:pStyle w:val="14"/>
              <w:widowControl/>
              <w:rPr>
                <w:i/>
                <w:snapToGrid/>
                <w:sz w:val="24"/>
                <w:szCs w:val="24"/>
              </w:rPr>
            </w:pPr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104BD6">
              <w:rPr>
                <w:i/>
                <w:snapToGrid/>
                <w:sz w:val="24"/>
                <w:szCs w:val="24"/>
              </w:rPr>
              <w:t xml:space="preserve">Варианты ответа: </w:t>
            </w:r>
          </w:p>
          <w:p w:rsidR="00D4411B" w:rsidRPr="00104BD6" w:rsidRDefault="00D4411B" w:rsidP="0069161D">
            <w:pPr>
              <w:pStyle w:val="14"/>
              <w:widowControl/>
              <w:rPr>
                <w:i/>
                <w:snapToGrid/>
                <w:sz w:val="24"/>
                <w:szCs w:val="24"/>
              </w:rPr>
            </w:pPr>
          </w:p>
          <w:p w:rsidR="00C06ACE" w:rsidRPr="00104BD6" w:rsidRDefault="00C06ACE" w:rsidP="00C06ACE">
            <w:pPr>
              <w:pStyle w:val="14"/>
              <w:widowControl/>
              <w:tabs>
                <w:tab w:val="left" w:pos="284"/>
              </w:tabs>
              <w:rPr>
                <w:sz w:val="24"/>
                <w:szCs w:val="24"/>
              </w:rPr>
            </w:pPr>
            <w:proofErr w:type="gramStart"/>
            <w:r w:rsidRPr="00104BD6">
              <w:rPr>
                <w:sz w:val="24"/>
                <w:szCs w:val="24"/>
              </w:rPr>
              <w:t>1)A</w:t>
            </w:r>
            <w:proofErr w:type="gramEnd"/>
            <w:r w:rsidRPr="00104BD6">
              <w:rPr>
                <w:sz w:val="24"/>
                <w:szCs w:val="24"/>
              </w:rPr>
              <w:t xml:space="preserve"> = [1 2; 3 4]</w:t>
            </w:r>
            <w:r w:rsidRPr="00104BD6">
              <w:rPr>
                <w:sz w:val="24"/>
                <w:szCs w:val="24"/>
              </w:rPr>
              <w:br/>
              <w:t>2) A = [1;2;3;4]</w:t>
            </w:r>
            <w:r w:rsidRPr="00104BD6">
              <w:rPr>
                <w:sz w:val="24"/>
                <w:szCs w:val="24"/>
              </w:rPr>
              <w:br/>
              <w:t>3) A = {1 2; 3 4}</w:t>
            </w:r>
            <w:r w:rsidRPr="00104BD6">
              <w:rPr>
                <w:sz w:val="24"/>
                <w:szCs w:val="24"/>
              </w:rPr>
              <w:br/>
              <w:t>4) A = (1 2; 3 4)</w:t>
            </w:r>
          </w:p>
          <w:p w:rsidR="00D4411B" w:rsidRPr="00104BD6" w:rsidRDefault="00D4411B" w:rsidP="00C06ACE">
            <w:pPr>
              <w:pStyle w:val="14"/>
              <w:widowControl/>
              <w:rPr>
                <w:i/>
                <w:snapToGrid/>
                <w:sz w:val="24"/>
                <w:szCs w:val="24"/>
                <w:lang w:val="en-US"/>
              </w:rPr>
            </w:pPr>
            <w:r w:rsidRPr="00104BD6">
              <w:rPr>
                <w:i/>
                <w:snapToGrid/>
                <w:sz w:val="24"/>
                <w:szCs w:val="24"/>
              </w:rPr>
              <w:t>Ответ</w:t>
            </w:r>
            <w:r w:rsidRPr="00104BD6">
              <w:rPr>
                <w:i/>
                <w:snapToGrid/>
                <w:sz w:val="24"/>
                <w:szCs w:val="24"/>
                <w:lang w:val="en-US"/>
              </w:rPr>
              <w:t xml:space="preserve">: </w:t>
            </w:r>
            <w:r w:rsidR="00C06ACE" w:rsidRPr="00104BD6">
              <w:rPr>
                <w:i/>
                <w:snapToGrid/>
                <w:sz w:val="24"/>
                <w:szCs w:val="24"/>
                <w:lang w:val="en-US"/>
              </w:rPr>
              <w:t>1</w:t>
            </w: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b/>
                <w:szCs w:val="24"/>
              </w:rPr>
            </w:pP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Fonts w:cs="Times New Roman"/>
                <w:b/>
                <w:szCs w:val="24"/>
                <w:lang w:val="ru-RU"/>
              </w:rPr>
              <w:t>Задание 2.</w:t>
            </w:r>
            <w:r w:rsidRPr="00104BD6">
              <w:rPr>
                <w:rFonts w:cs="Times New Roman"/>
                <w:i/>
                <w:szCs w:val="24"/>
                <w:lang w:val="ru-RU"/>
              </w:rPr>
              <w:t xml:space="preserve">  </w:t>
            </w:r>
            <w:r w:rsidR="00C61EF3" w:rsidRPr="00104BD6">
              <w:rPr>
                <w:rFonts w:cs="Times New Roman"/>
                <w:i/>
                <w:szCs w:val="24"/>
                <w:lang w:val="ru-RU"/>
              </w:rPr>
              <w:t>Прочитайте текст и выберите один верный вариант ответа из предложенного множества</w:t>
            </w:r>
            <w:r w:rsidRPr="00104BD6">
              <w:rPr>
                <w:rFonts w:cs="Times New Roman"/>
                <w:i/>
                <w:szCs w:val="24"/>
                <w:lang w:val="ru-RU"/>
              </w:rPr>
              <w:t>.</w:t>
            </w:r>
          </w:p>
          <w:p w:rsidR="00D4411B" w:rsidRPr="00104BD6" w:rsidRDefault="00D4411B" w:rsidP="0069161D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D4411B" w:rsidRPr="00104BD6" w:rsidRDefault="00C06ACE" w:rsidP="0069161D">
            <w:pPr>
              <w:pStyle w:val="14"/>
              <w:widowControl/>
              <w:rPr>
                <w:bCs/>
                <w:snapToGrid/>
                <w:sz w:val="24"/>
                <w:szCs w:val="24"/>
              </w:rPr>
            </w:pPr>
            <w:r w:rsidRPr="00104BD6">
              <w:rPr>
                <w:bCs/>
                <w:snapToGrid/>
                <w:sz w:val="24"/>
                <w:szCs w:val="24"/>
              </w:rPr>
              <w:t xml:space="preserve">Какие операторы относятся к операторам ветвления в MATLAB? </w:t>
            </w:r>
            <w:r w:rsidRPr="00104BD6">
              <w:rPr>
                <w:bCs/>
                <w:snapToGrid/>
                <w:sz w:val="24"/>
                <w:szCs w:val="24"/>
              </w:rPr>
              <w:br/>
            </w:r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104BD6">
              <w:rPr>
                <w:i/>
                <w:snapToGrid/>
                <w:sz w:val="24"/>
                <w:szCs w:val="24"/>
              </w:rPr>
              <w:t>Варианты ответа:</w:t>
            </w:r>
          </w:p>
          <w:p w:rsidR="00C06ACE" w:rsidRPr="00104BD6" w:rsidRDefault="00C06ACE" w:rsidP="00C06ACE">
            <w:pPr>
              <w:pStyle w:val="14"/>
              <w:widowControl/>
              <w:rPr>
                <w:bCs/>
                <w:snapToGrid/>
                <w:sz w:val="24"/>
                <w:szCs w:val="24"/>
                <w:lang w:val="en-US"/>
              </w:rPr>
            </w:pPr>
            <w:r w:rsidRPr="00104BD6">
              <w:rPr>
                <w:bCs/>
                <w:snapToGrid/>
                <w:sz w:val="24"/>
                <w:szCs w:val="24"/>
                <w:lang w:val="en-US"/>
              </w:rPr>
              <w:t>1) for</w:t>
            </w:r>
            <w:r w:rsidRPr="00104BD6">
              <w:rPr>
                <w:bCs/>
                <w:snapToGrid/>
                <w:sz w:val="24"/>
                <w:szCs w:val="24"/>
                <w:lang w:val="en-US"/>
              </w:rPr>
              <w:br/>
              <w:t>2) </w:t>
            </w:r>
            <w:proofErr w:type="spellStart"/>
            <w:r w:rsidRPr="00104BD6">
              <w:rPr>
                <w:bCs/>
                <w:snapToGrid/>
                <w:sz w:val="24"/>
                <w:szCs w:val="24"/>
                <w:lang w:val="en-US"/>
              </w:rPr>
              <w:t>iftr</w:t>
            </w:r>
            <w:proofErr w:type="spellEnd"/>
            <w:r w:rsidRPr="00104BD6">
              <w:rPr>
                <w:bCs/>
                <w:snapToGrid/>
                <w:sz w:val="24"/>
                <w:szCs w:val="24"/>
                <w:lang w:val="en-US"/>
              </w:rPr>
              <w:br/>
              <w:t>3) went</w:t>
            </w:r>
            <w:r w:rsidRPr="00104BD6">
              <w:rPr>
                <w:bCs/>
                <w:snapToGrid/>
                <w:sz w:val="24"/>
                <w:szCs w:val="24"/>
                <w:lang w:val="en-US"/>
              </w:rPr>
              <w:br/>
              <w:t>4) </w:t>
            </w:r>
            <w:proofErr w:type="spellStart"/>
            <w:r w:rsidRPr="00104BD6">
              <w:rPr>
                <w:bCs/>
                <w:snapToGrid/>
                <w:sz w:val="24"/>
                <w:szCs w:val="24"/>
                <w:lang w:val="en-US"/>
              </w:rPr>
              <w:t>swetch</w:t>
            </w:r>
            <w:proofErr w:type="spellEnd"/>
          </w:p>
          <w:p w:rsidR="00D4411B" w:rsidRPr="00104BD6" w:rsidRDefault="00C06ACE" w:rsidP="00C06ACE">
            <w:pPr>
              <w:pStyle w:val="14"/>
              <w:widowControl/>
              <w:rPr>
                <w:i/>
                <w:snapToGrid/>
                <w:sz w:val="24"/>
                <w:szCs w:val="24"/>
              </w:rPr>
            </w:pPr>
            <w:r w:rsidRPr="00104BD6">
              <w:rPr>
                <w:i/>
                <w:snapToGrid/>
                <w:sz w:val="24"/>
                <w:szCs w:val="24"/>
                <w:lang w:val="en-US"/>
              </w:rPr>
              <w:t xml:space="preserve"> </w:t>
            </w:r>
            <w:r w:rsidR="00D4411B" w:rsidRPr="00104BD6">
              <w:rPr>
                <w:i/>
                <w:snapToGrid/>
                <w:sz w:val="24"/>
                <w:szCs w:val="24"/>
              </w:rPr>
              <w:t>Ответ</w:t>
            </w:r>
            <w:r w:rsidR="00D4411B" w:rsidRPr="00104BD6">
              <w:rPr>
                <w:i/>
                <w:snapToGrid/>
                <w:sz w:val="24"/>
                <w:szCs w:val="24"/>
                <w:lang w:val="en-US"/>
              </w:rPr>
              <w:t xml:space="preserve">: </w:t>
            </w:r>
            <w:r w:rsidRPr="00104BD6">
              <w:rPr>
                <w:i/>
                <w:snapToGrid/>
                <w:sz w:val="24"/>
                <w:szCs w:val="24"/>
                <w:lang w:val="en-US"/>
              </w:rPr>
              <w:t>1</w:t>
            </w:r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  <w:lang w:val="en-US"/>
              </w:rPr>
            </w:pP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Fonts w:cs="Times New Roman"/>
                <w:b/>
                <w:szCs w:val="24"/>
                <w:lang w:val="ru-RU"/>
              </w:rPr>
              <w:t>Задание 3.</w:t>
            </w:r>
            <w:r w:rsidRPr="00104BD6">
              <w:rPr>
                <w:rFonts w:cs="Times New Roman"/>
                <w:i/>
                <w:szCs w:val="24"/>
                <w:lang w:val="ru-RU"/>
              </w:rPr>
              <w:t xml:space="preserve">  Прочитайте текст и выберите один верный вариант ответа из предложенного множества.</w:t>
            </w:r>
          </w:p>
          <w:p w:rsidR="00D4411B" w:rsidRPr="00104BD6" w:rsidRDefault="00D4411B" w:rsidP="0069161D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C06ACE" w:rsidRPr="00104BD6" w:rsidRDefault="00C06ACE" w:rsidP="0069161D">
            <w:pPr>
              <w:pStyle w:val="14"/>
              <w:widowControl/>
              <w:ind w:firstLine="284"/>
              <w:rPr>
                <w:bCs/>
                <w:snapToGrid/>
                <w:sz w:val="24"/>
                <w:szCs w:val="24"/>
              </w:rPr>
            </w:pPr>
            <w:r w:rsidRPr="00104BD6">
              <w:rPr>
                <w:bCs/>
                <w:snapToGrid/>
                <w:sz w:val="24"/>
                <w:szCs w:val="24"/>
              </w:rPr>
              <w:t xml:space="preserve">Как создать вектор от 1 до 5? </w:t>
            </w:r>
          </w:p>
          <w:p w:rsidR="00C06ACE" w:rsidRPr="00104BD6" w:rsidRDefault="00C06ACE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104BD6">
              <w:rPr>
                <w:i/>
                <w:snapToGrid/>
                <w:sz w:val="24"/>
                <w:szCs w:val="24"/>
              </w:rPr>
              <w:t>Варианты ответа:</w:t>
            </w:r>
          </w:p>
          <w:p w:rsidR="00D4411B" w:rsidRPr="00104BD6" w:rsidRDefault="00C06ACE" w:rsidP="00C06ACE">
            <w:pPr>
              <w:pStyle w:val="14"/>
              <w:widowControl/>
              <w:rPr>
                <w:bCs/>
                <w:snapToGrid/>
                <w:sz w:val="24"/>
                <w:szCs w:val="24"/>
                <w:lang w:val="en-US"/>
              </w:rPr>
            </w:pPr>
            <w:r w:rsidRPr="00104BD6">
              <w:rPr>
                <w:bCs/>
                <w:snapToGrid/>
                <w:sz w:val="24"/>
                <w:szCs w:val="24"/>
              </w:rPr>
              <w:t>1</w:t>
            </w:r>
            <w:r w:rsidRPr="00104BD6">
              <w:rPr>
                <w:bCs/>
                <w:snapToGrid/>
                <w:sz w:val="24"/>
                <w:szCs w:val="24"/>
                <w:lang w:val="en-US"/>
              </w:rPr>
              <w:t>) [5 1]</w:t>
            </w:r>
            <w:r w:rsidRPr="00104BD6">
              <w:rPr>
                <w:bCs/>
                <w:snapToGrid/>
                <w:sz w:val="24"/>
                <w:szCs w:val="24"/>
                <w:lang w:val="en-US"/>
              </w:rPr>
              <w:br/>
            </w:r>
            <w:r w:rsidRPr="00104BD6">
              <w:rPr>
                <w:bCs/>
                <w:snapToGrid/>
                <w:sz w:val="24"/>
                <w:szCs w:val="24"/>
              </w:rPr>
              <w:t>2</w:t>
            </w:r>
            <w:r w:rsidRPr="00104BD6">
              <w:rPr>
                <w:bCs/>
                <w:snapToGrid/>
                <w:sz w:val="24"/>
                <w:szCs w:val="24"/>
                <w:lang w:val="en-US"/>
              </w:rPr>
              <w:t>) 1:5</w:t>
            </w:r>
            <w:r w:rsidRPr="00104BD6">
              <w:rPr>
                <w:bCs/>
                <w:snapToGrid/>
                <w:sz w:val="24"/>
                <w:szCs w:val="24"/>
                <w:lang w:val="en-US"/>
              </w:rPr>
              <w:br/>
            </w:r>
            <w:r w:rsidRPr="00104BD6">
              <w:rPr>
                <w:bCs/>
                <w:snapToGrid/>
                <w:sz w:val="24"/>
                <w:szCs w:val="24"/>
              </w:rPr>
              <w:t>3</w:t>
            </w:r>
            <w:r w:rsidRPr="00104BD6">
              <w:rPr>
                <w:bCs/>
                <w:snapToGrid/>
                <w:sz w:val="24"/>
                <w:szCs w:val="24"/>
                <w:lang w:val="en-US"/>
              </w:rPr>
              <w:t>) 5:1</w:t>
            </w:r>
            <w:r w:rsidRPr="00104BD6">
              <w:rPr>
                <w:bCs/>
                <w:snapToGrid/>
                <w:sz w:val="24"/>
                <w:szCs w:val="24"/>
                <w:lang w:val="en-US"/>
              </w:rPr>
              <w:br/>
            </w:r>
            <w:r w:rsidRPr="00104BD6">
              <w:rPr>
                <w:bCs/>
                <w:snapToGrid/>
                <w:sz w:val="24"/>
                <w:szCs w:val="24"/>
              </w:rPr>
              <w:t>4</w:t>
            </w:r>
            <w:r w:rsidRPr="00104BD6">
              <w:rPr>
                <w:bCs/>
                <w:snapToGrid/>
                <w:sz w:val="24"/>
                <w:szCs w:val="24"/>
                <w:lang w:val="en-US"/>
              </w:rPr>
              <w:t xml:space="preserve">) [1;5] </w:t>
            </w:r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104BD6">
              <w:rPr>
                <w:i/>
                <w:snapToGrid/>
                <w:sz w:val="24"/>
                <w:szCs w:val="24"/>
              </w:rPr>
              <w:t>Ответ:</w:t>
            </w:r>
            <w:r w:rsidR="00C06ACE" w:rsidRPr="00104BD6">
              <w:rPr>
                <w:i/>
                <w:snapToGrid/>
                <w:sz w:val="24"/>
                <w:szCs w:val="24"/>
              </w:rPr>
              <w:t>2</w:t>
            </w:r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Fonts w:cs="Times New Roman"/>
                <w:b/>
                <w:szCs w:val="24"/>
                <w:lang w:val="ru-RU"/>
              </w:rPr>
              <w:t>Задание 4.</w:t>
            </w:r>
            <w:r w:rsidRPr="00104BD6">
              <w:rPr>
                <w:rFonts w:cs="Times New Roman"/>
                <w:i/>
                <w:szCs w:val="24"/>
                <w:lang w:val="ru-RU"/>
              </w:rPr>
              <w:t xml:space="preserve">  Прочитайте текст и выберите один верный вариант ответа из предложенного множества.</w:t>
            </w:r>
          </w:p>
          <w:p w:rsidR="00D4411B" w:rsidRPr="00104BD6" w:rsidRDefault="00D4411B" w:rsidP="0069161D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D4411B" w:rsidRPr="00104BD6" w:rsidRDefault="00342ACB" w:rsidP="0069161D">
            <w:pPr>
              <w:pStyle w:val="HTML0"/>
              <w:wordWrap w:val="0"/>
              <w:spacing w:line="330" w:lineRule="atLeast"/>
              <w:rPr>
                <w:rFonts w:ascii="Times New Roman" w:hAnsi="Times New Roman" w:cs="Times New Roman"/>
                <w:color w:val="0F1115"/>
                <w:sz w:val="24"/>
                <w:szCs w:val="24"/>
              </w:rPr>
            </w:pPr>
            <w:r w:rsidRPr="00104BD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Как создать вектор от 0 до 10 с шагом 2?</w:t>
            </w:r>
            <w:r w:rsidR="00D4411B" w:rsidRPr="00104BD6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104BD6">
              <w:rPr>
                <w:i/>
                <w:snapToGrid/>
                <w:sz w:val="24"/>
                <w:szCs w:val="24"/>
              </w:rPr>
              <w:t>Варианты ответа:</w:t>
            </w:r>
          </w:p>
          <w:p w:rsidR="00342ACB" w:rsidRPr="00104BD6" w:rsidRDefault="00342ACB" w:rsidP="00342ACB">
            <w:pPr>
              <w:pStyle w:val="14"/>
              <w:widowControl/>
              <w:tabs>
                <w:tab w:val="left" w:pos="284"/>
              </w:tabs>
              <w:rPr>
                <w:sz w:val="24"/>
                <w:szCs w:val="24"/>
              </w:rPr>
            </w:pPr>
            <w:r w:rsidRPr="00104BD6">
              <w:rPr>
                <w:sz w:val="24"/>
                <w:szCs w:val="24"/>
              </w:rPr>
              <w:t>1) 0:10:2</w:t>
            </w:r>
            <w:r w:rsidRPr="00104BD6">
              <w:rPr>
                <w:sz w:val="24"/>
                <w:szCs w:val="24"/>
              </w:rPr>
              <w:br/>
              <w:t>2) 0:2:10</w:t>
            </w:r>
          </w:p>
          <w:p w:rsidR="00D4411B" w:rsidRPr="00104BD6" w:rsidRDefault="00342ACB" w:rsidP="00342ACB">
            <w:pPr>
              <w:pStyle w:val="14"/>
              <w:widowControl/>
              <w:tabs>
                <w:tab w:val="left" w:pos="284"/>
              </w:tabs>
              <w:rPr>
                <w:sz w:val="24"/>
                <w:szCs w:val="24"/>
              </w:rPr>
            </w:pPr>
            <w:r w:rsidRPr="00104BD6">
              <w:rPr>
                <w:sz w:val="24"/>
                <w:szCs w:val="24"/>
              </w:rPr>
              <w:t>3) [0,2,10]</w:t>
            </w:r>
            <w:r w:rsidRPr="00104BD6">
              <w:rPr>
                <w:sz w:val="24"/>
                <w:szCs w:val="24"/>
              </w:rPr>
              <w:br/>
              <w:t>4) </w:t>
            </w:r>
            <w:proofErr w:type="spellStart"/>
            <w:r w:rsidRPr="00104BD6">
              <w:rPr>
                <w:sz w:val="24"/>
                <w:szCs w:val="24"/>
              </w:rPr>
              <w:t>linspace</w:t>
            </w:r>
            <w:proofErr w:type="spellEnd"/>
            <w:r w:rsidRPr="00104BD6">
              <w:rPr>
                <w:sz w:val="24"/>
                <w:szCs w:val="24"/>
              </w:rPr>
              <w:t>(0,10,2)</w:t>
            </w:r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104BD6">
              <w:rPr>
                <w:i/>
                <w:snapToGrid/>
                <w:sz w:val="24"/>
                <w:szCs w:val="24"/>
              </w:rPr>
              <w:t>Ответ</w:t>
            </w:r>
            <w:r w:rsidRPr="00104BD6">
              <w:rPr>
                <w:i/>
                <w:snapToGrid/>
                <w:sz w:val="24"/>
                <w:szCs w:val="24"/>
                <w:lang w:val="en-US"/>
              </w:rPr>
              <w:t xml:space="preserve">: </w:t>
            </w:r>
            <w:r w:rsidR="00342ACB" w:rsidRPr="00104BD6">
              <w:rPr>
                <w:i/>
                <w:snapToGrid/>
                <w:sz w:val="24"/>
                <w:szCs w:val="24"/>
              </w:rPr>
              <w:t>2</w:t>
            </w:r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  <w:lang w:val="en-US"/>
              </w:rPr>
            </w:pPr>
          </w:p>
          <w:p w:rsidR="00D4411B" w:rsidRPr="00104BD6" w:rsidRDefault="00D4411B" w:rsidP="0069161D">
            <w:pPr>
              <w:spacing w:line="240" w:lineRule="auto"/>
              <w:rPr>
                <w:rFonts w:cs="Times New Roman"/>
                <w:b/>
                <w:szCs w:val="24"/>
              </w:rPr>
            </w:pPr>
          </w:p>
        </w:tc>
      </w:tr>
      <w:tr w:rsidR="00D4411B" w:rsidRPr="00D4176F" w:rsidTr="0069161D">
        <w:trPr>
          <w:jc w:val="center"/>
        </w:trPr>
        <w:tc>
          <w:tcPr>
            <w:tcW w:w="3371" w:type="dxa"/>
            <w:gridSpan w:val="2"/>
            <w:shd w:val="clear" w:color="auto" w:fill="auto"/>
          </w:tcPr>
          <w:p w:rsidR="00D4411B" w:rsidRPr="00104BD6" w:rsidRDefault="00D4411B" w:rsidP="0069161D">
            <w:pPr>
              <w:spacing w:line="240" w:lineRule="auto"/>
              <w:rPr>
                <w:rFonts w:cs="Times New Roman"/>
                <w:b/>
                <w:szCs w:val="24"/>
              </w:rPr>
            </w:pPr>
            <w:proofErr w:type="spellStart"/>
            <w:r w:rsidRPr="00104BD6">
              <w:rPr>
                <w:rFonts w:cs="Times New Roman"/>
                <w:b/>
                <w:szCs w:val="24"/>
              </w:rPr>
              <w:lastRenderedPageBreak/>
              <w:t>Уровень</w:t>
            </w:r>
            <w:proofErr w:type="spellEnd"/>
            <w:r w:rsidRPr="00104BD6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104BD6">
              <w:rPr>
                <w:rFonts w:cs="Times New Roman"/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5974" w:type="dxa"/>
            <w:gridSpan w:val="2"/>
            <w:shd w:val="clear" w:color="auto" w:fill="auto"/>
          </w:tcPr>
          <w:p w:rsidR="00D4411B" w:rsidRPr="00104BD6" w:rsidRDefault="00D4411B" w:rsidP="0069161D">
            <w:pPr>
              <w:spacing w:line="240" w:lineRule="auto"/>
              <w:rPr>
                <w:rFonts w:cs="Times New Roman"/>
                <w:b/>
                <w:szCs w:val="24"/>
              </w:rPr>
            </w:pPr>
            <w:proofErr w:type="spellStart"/>
            <w:r w:rsidRPr="00104BD6">
              <w:rPr>
                <w:rFonts w:cs="Times New Roman"/>
                <w:b/>
                <w:szCs w:val="24"/>
              </w:rPr>
              <w:t>Повышенный</w:t>
            </w:r>
            <w:proofErr w:type="spellEnd"/>
          </w:p>
        </w:tc>
      </w:tr>
      <w:tr w:rsidR="00D4411B" w:rsidRPr="00D4176F" w:rsidTr="0069161D">
        <w:trPr>
          <w:jc w:val="center"/>
        </w:trPr>
        <w:tc>
          <w:tcPr>
            <w:tcW w:w="3371" w:type="dxa"/>
            <w:gridSpan w:val="2"/>
            <w:shd w:val="clear" w:color="auto" w:fill="auto"/>
          </w:tcPr>
          <w:p w:rsidR="00D4411B" w:rsidRPr="00104BD6" w:rsidRDefault="00D4411B" w:rsidP="0069161D">
            <w:pPr>
              <w:spacing w:line="240" w:lineRule="auto"/>
              <w:rPr>
                <w:rFonts w:cs="Times New Roman"/>
                <w:b/>
                <w:szCs w:val="24"/>
              </w:rPr>
            </w:pPr>
            <w:proofErr w:type="spellStart"/>
            <w:r w:rsidRPr="00104BD6">
              <w:rPr>
                <w:rFonts w:cs="Times New Roman"/>
                <w:b/>
                <w:szCs w:val="24"/>
              </w:rPr>
              <w:t>Тип</w:t>
            </w:r>
            <w:proofErr w:type="spellEnd"/>
            <w:r w:rsidRPr="00104BD6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104BD6">
              <w:rPr>
                <w:rFonts w:cs="Times New Roman"/>
                <w:b/>
                <w:szCs w:val="24"/>
              </w:rPr>
              <w:t>задания</w:t>
            </w:r>
            <w:proofErr w:type="spellEnd"/>
          </w:p>
        </w:tc>
        <w:tc>
          <w:tcPr>
            <w:tcW w:w="5974" w:type="dxa"/>
            <w:gridSpan w:val="2"/>
            <w:shd w:val="clear" w:color="auto" w:fill="auto"/>
          </w:tcPr>
          <w:p w:rsidR="00D4411B" w:rsidRPr="00104BD6" w:rsidRDefault="00D4411B" w:rsidP="0069161D">
            <w:pPr>
              <w:spacing w:line="240" w:lineRule="auto"/>
              <w:rPr>
                <w:rFonts w:cs="Times New Roman"/>
                <w:b/>
                <w:szCs w:val="24"/>
                <w:lang w:val="ru-RU"/>
              </w:rPr>
            </w:pPr>
            <w:r w:rsidRPr="00104BD6">
              <w:rPr>
                <w:rFonts w:cs="Times New Roman"/>
                <w:b/>
                <w:szCs w:val="24"/>
                <w:lang w:val="ru-RU"/>
              </w:rPr>
              <w:t>Задания с развернутым ответом на ввод одного/нескольких пропущенных слов</w:t>
            </w:r>
          </w:p>
        </w:tc>
      </w:tr>
      <w:tr w:rsidR="00D4411B" w:rsidRPr="00D4411B" w:rsidTr="0069161D">
        <w:trPr>
          <w:jc w:val="center"/>
        </w:trPr>
        <w:tc>
          <w:tcPr>
            <w:tcW w:w="9345" w:type="dxa"/>
            <w:gridSpan w:val="4"/>
            <w:shd w:val="clear" w:color="auto" w:fill="auto"/>
          </w:tcPr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b/>
                <w:szCs w:val="24"/>
                <w:lang w:val="ru-RU"/>
              </w:rPr>
            </w:pP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Fonts w:cs="Times New Roman"/>
                <w:b/>
                <w:szCs w:val="24"/>
                <w:lang w:val="ru-RU"/>
              </w:rPr>
              <w:t>Задание 5.</w:t>
            </w:r>
            <w:r w:rsidRPr="00104BD6">
              <w:rPr>
                <w:rFonts w:cs="Times New Roman"/>
                <w:i/>
                <w:szCs w:val="24"/>
                <w:lang w:val="ru-RU"/>
              </w:rPr>
              <w:t xml:space="preserve"> </w:t>
            </w:r>
            <w:r w:rsidR="002D7306" w:rsidRPr="00104BD6">
              <w:rPr>
                <w:rFonts w:cs="Times New Roman"/>
                <w:i/>
                <w:szCs w:val="24"/>
                <w:lang w:val="ru-RU"/>
              </w:rPr>
              <w:t xml:space="preserve">Введите </w:t>
            </w:r>
            <w:r w:rsidR="002D7306" w:rsidRPr="00104BD6">
              <w:rPr>
                <w:rFonts w:cs="Times New Roman"/>
                <w:i/>
                <w:szCs w:val="24"/>
                <w:lang w:val="ru-RU"/>
              </w:rPr>
              <w:t>один</w:t>
            </w:r>
            <w:r w:rsidR="002D7306" w:rsidRPr="00104BD6">
              <w:rPr>
                <w:rFonts w:cs="Times New Roman"/>
                <w:i/>
                <w:szCs w:val="24"/>
                <w:lang w:val="ru-RU"/>
              </w:rPr>
              <w:t xml:space="preserve"> пропущенн</w:t>
            </w:r>
            <w:r w:rsidR="002D7306" w:rsidRPr="00104BD6">
              <w:rPr>
                <w:rFonts w:cs="Times New Roman"/>
                <w:i/>
                <w:szCs w:val="24"/>
                <w:lang w:val="ru-RU"/>
              </w:rPr>
              <w:t>ый</w:t>
            </w:r>
            <w:r w:rsidR="002D7306" w:rsidRPr="00104BD6">
              <w:rPr>
                <w:rFonts w:cs="Times New Roman"/>
                <w:i/>
                <w:szCs w:val="24"/>
                <w:lang w:val="ru-RU"/>
              </w:rPr>
              <w:t xml:space="preserve"> с</w:t>
            </w:r>
            <w:r w:rsidR="002D7306" w:rsidRPr="00104BD6">
              <w:rPr>
                <w:rFonts w:cs="Times New Roman"/>
                <w:i/>
                <w:szCs w:val="24"/>
                <w:lang w:val="ru-RU"/>
              </w:rPr>
              <w:t>имвол</w:t>
            </w:r>
            <w:r w:rsidRPr="00104BD6">
              <w:rPr>
                <w:rFonts w:cs="Times New Roman"/>
                <w:i/>
                <w:szCs w:val="24"/>
                <w:lang w:val="ru-RU"/>
              </w:rPr>
              <w:t>.</w:t>
            </w:r>
          </w:p>
          <w:p w:rsidR="00D4411B" w:rsidRPr="00104BD6" w:rsidRDefault="002D7306" w:rsidP="0069161D">
            <w:pPr>
              <w:pStyle w:val="HTML0"/>
              <w:wordWrap w:val="0"/>
              <w:spacing w:line="33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BD6">
              <w:rPr>
                <w:rFonts w:ascii="Times New Roman" w:hAnsi="Times New Roman" w:cs="Times New Roman"/>
                <w:bCs/>
                <w:sz w:val="24"/>
                <w:szCs w:val="24"/>
              </w:rPr>
              <w:t>Для завершения строки кода в MATLAB можно поставить символ </w:t>
            </w:r>
            <w:r w:rsidRPr="00104BD6">
              <w:rPr>
                <w:rFonts w:ascii="Times New Roman" w:hAnsi="Times New Roman" w:cs="Times New Roman"/>
                <w:b/>
                <w:sz w:val="24"/>
                <w:szCs w:val="24"/>
              </w:rPr>
              <w:t>___</w:t>
            </w:r>
            <w:r w:rsidRPr="00104BD6">
              <w:rPr>
                <w:rFonts w:ascii="Times New Roman" w:hAnsi="Times New Roman" w:cs="Times New Roman"/>
                <w:bCs/>
                <w:sz w:val="24"/>
                <w:szCs w:val="24"/>
              </w:rPr>
              <w:t> чтобы подавить вывод результата</w:t>
            </w:r>
            <w:r w:rsidR="00D4411B" w:rsidRPr="00104BD6">
              <w:rPr>
                <w:rFonts w:ascii="Times New Roman" w:hAnsi="Times New Roman" w:cs="Times New Roman"/>
                <w:bCs/>
                <w:sz w:val="24"/>
                <w:szCs w:val="24"/>
              </w:rPr>
              <w:t>?</w:t>
            </w: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104BD6">
              <w:rPr>
                <w:i/>
                <w:snapToGrid/>
                <w:sz w:val="24"/>
                <w:szCs w:val="24"/>
              </w:rPr>
              <w:t>Ответ</w:t>
            </w:r>
            <w:proofErr w:type="gramStart"/>
            <w:r w:rsidRPr="00104BD6">
              <w:rPr>
                <w:i/>
                <w:snapToGrid/>
                <w:sz w:val="24"/>
                <w:szCs w:val="24"/>
              </w:rPr>
              <w:t xml:space="preserve">: </w:t>
            </w:r>
            <w:r w:rsidR="002D7306" w:rsidRPr="00104BD6">
              <w:rPr>
                <w:rStyle w:val="af6"/>
                <w:color w:val="0F1115"/>
                <w:sz w:val="24"/>
                <w:szCs w:val="24"/>
                <w:shd w:val="clear" w:color="auto" w:fill="FFFFFF"/>
              </w:rPr>
              <w:t>;</w:t>
            </w:r>
            <w:proofErr w:type="gramEnd"/>
          </w:p>
          <w:p w:rsidR="00D4411B" w:rsidRPr="00104BD6" w:rsidRDefault="00D4411B" w:rsidP="0069161D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Fonts w:cs="Times New Roman"/>
                <w:b/>
                <w:szCs w:val="24"/>
                <w:lang w:val="ru-RU"/>
              </w:rPr>
              <w:t>Задание 6.</w:t>
            </w:r>
            <w:r w:rsidRPr="00104BD6">
              <w:rPr>
                <w:rFonts w:cs="Times New Roman"/>
                <w:i/>
                <w:szCs w:val="24"/>
                <w:lang w:val="ru-RU"/>
              </w:rPr>
              <w:t xml:space="preserve"> </w:t>
            </w:r>
            <w:r w:rsidR="001729D8" w:rsidRPr="00104BD6">
              <w:rPr>
                <w:rFonts w:cs="Times New Roman"/>
                <w:i/>
                <w:szCs w:val="24"/>
                <w:lang w:val="ru-RU"/>
              </w:rPr>
              <w:t>Ответе на вопрос одним символом</w:t>
            </w: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2D7306" w:rsidRPr="00104BD6" w:rsidRDefault="002D7306" w:rsidP="0069161D">
            <w:pPr>
              <w:pStyle w:val="HTML0"/>
              <w:wordWrap w:val="0"/>
              <w:spacing w:line="33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4BD6">
              <w:rPr>
                <w:rFonts w:ascii="Times New Roman" w:hAnsi="Times New Roman" w:cs="Times New Roman"/>
                <w:bCs/>
                <w:sz w:val="24"/>
                <w:szCs w:val="24"/>
              </w:rPr>
              <w:t>Файлы скриптов и функций в MATLAB имеют расширение</w:t>
            </w:r>
            <w:r w:rsidRPr="00104BD6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  <w:r w:rsidRPr="00104B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D4411B" w:rsidRPr="00104BD6" w:rsidRDefault="00D4411B" w:rsidP="0069161D">
            <w:pPr>
              <w:pStyle w:val="HTML0"/>
              <w:wordWrap w:val="0"/>
              <w:spacing w:line="330" w:lineRule="atLeast"/>
              <w:rPr>
                <w:rFonts w:ascii="Times New Roman" w:hAnsi="Times New Roman" w:cs="Times New Roman"/>
                <w:b/>
                <w:color w:val="0F1115"/>
                <w:sz w:val="24"/>
                <w:szCs w:val="24"/>
              </w:rPr>
            </w:pPr>
            <w:r w:rsidRPr="00104BD6">
              <w:rPr>
                <w:rFonts w:ascii="Times New Roman" w:hAnsi="Times New Roman" w:cs="Times New Roman"/>
                <w:i/>
                <w:sz w:val="24"/>
                <w:szCs w:val="24"/>
              </w:rPr>
              <w:t>Ответ</w:t>
            </w:r>
            <w:proofErr w:type="gramStart"/>
            <w:r w:rsidRPr="00104B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2D7306" w:rsidRPr="00104BD6">
              <w:rPr>
                <w:rStyle w:val="af6"/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.m</w:t>
            </w:r>
            <w:proofErr w:type="gramEnd"/>
            <w:r w:rsidR="002D7306" w:rsidRPr="00104BD6">
              <w:rPr>
                <w:rStyle w:val="af6"/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,</w:t>
            </w:r>
            <w:r w:rsidR="002D7306" w:rsidRPr="00104BD6">
              <w:rPr>
                <w:rStyle w:val="a5"/>
                <w:rFonts w:ascii="Times New Roman" w:hAnsi="Times New Roman" w:cs="Times New Roman"/>
                <w:b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r w:rsidR="002D7306" w:rsidRPr="00104BD6">
              <w:rPr>
                <w:rStyle w:val="af6"/>
                <w:rFonts w:ascii="Times New Roman" w:hAnsi="Times New Roman" w:cs="Times New Roman"/>
                <w:b w:val="0"/>
                <w:color w:val="0F1115"/>
                <w:sz w:val="24"/>
                <w:szCs w:val="24"/>
                <w:shd w:val="clear" w:color="auto" w:fill="FFFFFF"/>
              </w:rPr>
              <w:t>m</w:t>
            </w:r>
          </w:p>
          <w:p w:rsidR="00D4411B" w:rsidRPr="00104BD6" w:rsidRDefault="00D4411B" w:rsidP="0069161D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Fonts w:cs="Times New Roman"/>
                <w:b/>
                <w:szCs w:val="24"/>
                <w:lang w:val="ru-RU"/>
              </w:rPr>
              <w:t>Задание 7.</w:t>
            </w:r>
            <w:r w:rsidRPr="00104BD6">
              <w:rPr>
                <w:rFonts w:cs="Times New Roman"/>
                <w:i/>
                <w:szCs w:val="24"/>
                <w:lang w:val="ru-RU"/>
              </w:rPr>
              <w:t xml:space="preserve"> </w:t>
            </w:r>
            <w:r w:rsidR="001729D8" w:rsidRPr="00104BD6">
              <w:rPr>
                <w:rFonts w:cs="Times New Roman"/>
                <w:i/>
                <w:szCs w:val="24"/>
                <w:lang w:val="ru-RU"/>
              </w:rPr>
              <w:t>Ответе на вопрос одним символом</w:t>
            </w: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D4411B" w:rsidRPr="00104BD6" w:rsidRDefault="002D7306" w:rsidP="001729D8">
            <w:pPr>
              <w:pStyle w:val="HTML0"/>
              <w:wordWrap w:val="0"/>
              <w:spacing w:line="33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4BD6">
              <w:rPr>
                <w:rFonts w:ascii="Times New Roman" w:hAnsi="Times New Roman" w:cs="Times New Roman"/>
                <w:bCs/>
                <w:sz w:val="24"/>
                <w:szCs w:val="24"/>
              </w:rPr>
              <w:t>Команда </w:t>
            </w:r>
            <w:proofErr w:type="spellStart"/>
            <w:r w:rsidRPr="00104BD6">
              <w:rPr>
                <w:rFonts w:ascii="Times New Roman" w:hAnsi="Times New Roman" w:cs="Times New Roman"/>
                <w:bCs/>
                <w:sz w:val="24"/>
                <w:szCs w:val="24"/>
              </w:rPr>
              <w:t>disp</w:t>
            </w:r>
            <w:proofErr w:type="spellEnd"/>
            <w:r w:rsidRPr="00104BD6">
              <w:rPr>
                <w:rFonts w:ascii="Times New Roman" w:hAnsi="Times New Roman" w:cs="Times New Roman"/>
                <w:bCs/>
                <w:sz w:val="24"/>
                <w:szCs w:val="24"/>
              </w:rPr>
              <w:t>('123,123')</w:t>
            </w:r>
            <w:r w:rsidRPr="00104BD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 выводит на экран </w:t>
            </w:r>
            <w:proofErr w:type="gramStart"/>
            <w:r w:rsidRPr="00104BD6">
              <w:rPr>
                <w:rFonts w:ascii="Times New Roman" w:hAnsi="Times New Roman" w:cs="Times New Roman"/>
                <w:bCs/>
                <w:sz w:val="24"/>
                <w:szCs w:val="24"/>
              </w:rPr>
              <w:t>строку </w:t>
            </w:r>
            <w:r w:rsidRPr="00104BD6">
              <w:rPr>
                <w:rFonts w:ascii="Times New Roman" w:hAnsi="Times New Roman" w:cs="Times New Roman"/>
                <w:b/>
                <w:sz w:val="24"/>
                <w:szCs w:val="24"/>
              </w:rPr>
              <w:t>?</w:t>
            </w:r>
            <w:proofErr w:type="gramEnd"/>
          </w:p>
          <w:p w:rsidR="00D4411B" w:rsidRPr="00104BD6" w:rsidRDefault="00D4411B" w:rsidP="0069161D">
            <w:pPr>
              <w:pStyle w:val="HTML0"/>
              <w:wordWrap w:val="0"/>
              <w:spacing w:line="33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04B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Ответ: </w:t>
            </w:r>
            <w:r w:rsidR="002D7306" w:rsidRPr="00104BD6">
              <w:rPr>
                <w:rFonts w:ascii="Times New Roman" w:hAnsi="Times New Roman" w:cs="Times New Roman"/>
                <w:i/>
                <w:sz w:val="24"/>
                <w:szCs w:val="24"/>
              </w:rPr>
              <w:t>123,123</w:t>
            </w:r>
          </w:p>
          <w:p w:rsidR="00D4411B" w:rsidRPr="00104BD6" w:rsidRDefault="00D4411B" w:rsidP="0069161D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Fonts w:cs="Times New Roman"/>
                <w:b/>
                <w:szCs w:val="24"/>
                <w:lang w:val="ru-RU"/>
              </w:rPr>
              <w:t>Задание 8.</w:t>
            </w:r>
            <w:r w:rsidRPr="00104BD6">
              <w:rPr>
                <w:rFonts w:cs="Times New Roman"/>
                <w:i/>
                <w:szCs w:val="24"/>
                <w:lang w:val="ru-RU"/>
              </w:rPr>
              <w:t xml:space="preserve"> </w:t>
            </w:r>
            <w:r w:rsidR="001729D8" w:rsidRPr="00104BD6">
              <w:rPr>
                <w:rFonts w:cs="Times New Roman"/>
                <w:i/>
                <w:szCs w:val="24"/>
                <w:lang w:val="ru-RU"/>
              </w:rPr>
              <w:t>Ответе на вопрос одним символом</w:t>
            </w: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</w:p>
          <w:p w:rsidR="00D4411B" w:rsidRPr="00104BD6" w:rsidRDefault="001729D8" w:rsidP="0069161D">
            <w:pPr>
              <w:pStyle w:val="14"/>
              <w:widowControl/>
              <w:ind w:firstLine="284"/>
              <w:rPr>
                <w:bCs/>
                <w:snapToGrid/>
                <w:sz w:val="24"/>
                <w:szCs w:val="24"/>
              </w:rPr>
            </w:pPr>
            <w:r w:rsidRPr="00104BD6">
              <w:rPr>
                <w:bCs/>
                <w:snapToGrid/>
                <w:sz w:val="24"/>
                <w:szCs w:val="24"/>
              </w:rPr>
              <w:t>Для создания нескольких графиков в одном окне, расположенных в сетке, используется команда</w:t>
            </w:r>
            <w:r w:rsidRPr="00104BD6">
              <w:rPr>
                <w:bCs/>
                <w:snapToGrid/>
                <w:sz w:val="24"/>
                <w:szCs w:val="24"/>
              </w:rPr>
              <w:t>?</w:t>
            </w:r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104BD6">
              <w:rPr>
                <w:i/>
                <w:snapToGrid/>
                <w:sz w:val="24"/>
                <w:szCs w:val="24"/>
              </w:rPr>
              <w:t xml:space="preserve">Ответ: </w:t>
            </w:r>
            <w:proofErr w:type="spellStart"/>
            <w:r w:rsidR="001729D8" w:rsidRPr="00104BD6">
              <w:rPr>
                <w:bCs/>
                <w:i/>
                <w:snapToGrid/>
                <w:sz w:val="24"/>
                <w:szCs w:val="24"/>
              </w:rPr>
              <w:t>subplot</w:t>
            </w:r>
            <w:proofErr w:type="spellEnd"/>
          </w:p>
          <w:p w:rsidR="00D4411B" w:rsidRPr="00104BD6" w:rsidRDefault="00D4411B" w:rsidP="0069161D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Fonts w:cs="Times New Roman"/>
                <w:b/>
                <w:szCs w:val="24"/>
                <w:lang w:val="ru-RU"/>
              </w:rPr>
              <w:t>Задание 9.</w:t>
            </w:r>
            <w:r w:rsidRPr="00104BD6">
              <w:rPr>
                <w:rFonts w:cs="Times New Roman"/>
                <w:i/>
                <w:szCs w:val="24"/>
                <w:lang w:val="ru-RU"/>
              </w:rPr>
              <w:t xml:space="preserve"> Введите одно пропущенное слово.</w:t>
            </w: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D4411B" w:rsidRPr="00104BD6" w:rsidRDefault="001729D8" w:rsidP="0069161D">
            <w:pPr>
              <w:pStyle w:val="14"/>
              <w:widowControl/>
              <w:ind w:firstLine="284"/>
              <w:rPr>
                <w:bCs/>
                <w:snapToGrid/>
                <w:sz w:val="24"/>
                <w:szCs w:val="24"/>
              </w:rPr>
            </w:pPr>
            <w:r w:rsidRPr="00104BD6">
              <w:rPr>
                <w:bCs/>
                <w:snapToGrid/>
                <w:sz w:val="24"/>
                <w:szCs w:val="24"/>
              </w:rPr>
              <w:t>Функция </w:t>
            </w:r>
            <w:proofErr w:type="spellStart"/>
            <w:r w:rsidRPr="00104BD6">
              <w:rPr>
                <w:bCs/>
                <w:snapToGrid/>
                <w:sz w:val="24"/>
                <w:szCs w:val="24"/>
              </w:rPr>
              <w:t>menu</w:t>
            </w:r>
            <w:proofErr w:type="spellEnd"/>
            <w:r w:rsidRPr="00104BD6">
              <w:rPr>
                <w:bCs/>
                <w:snapToGrid/>
                <w:sz w:val="24"/>
                <w:szCs w:val="24"/>
              </w:rPr>
              <w:t> отображает на экране </w:t>
            </w:r>
            <w:r w:rsidRPr="00104BD6">
              <w:rPr>
                <w:b/>
                <w:snapToGrid/>
                <w:sz w:val="24"/>
                <w:szCs w:val="24"/>
              </w:rPr>
              <w:t>______</w:t>
            </w:r>
            <w:r w:rsidRPr="00104BD6">
              <w:rPr>
                <w:bCs/>
                <w:snapToGrid/>
                <w:sz w:val="24"/>
                <w:szCs w:val="24"/>
              </w:rPr>
              <w:t> для выбора пользователем</w:t>
            </w:r>
            <w:r w:rsidRPr="00104BD6">
              <w:rPr>
                <w:bCs/>
                <w:snapToGrid/>
                <w:sz w:val="24"/>
                <w:szCs w:val="24"/>
              </w:rPr>
              <w:t xml:space="preserve"> </w:t>
            </w:r>
          </w:p>
          <w:p w:rsidR="00D4411B" w:rsidRPr="00104BD6" w:rsidRDefault="00D4411B" w:rsidP="001729D8">
            <w:pPr>
              <w:pStyle w:val="HTML0"/>
              <w:wordWrap w:val="0"/>
              <w:spacing w:line="330" w:lineRule="atLeast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104BD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Ответ: </w:t>
            </w:r>
            <w:r w:rsidR="001729D8" w:rsidRPr="00104BD6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меню</w:t>
            </w:r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rStyle w:val="af6"/>
                <w:color w:val="0F1115"/>
                <w:sz w:val="24"/>
                <w:szCs w:val="24"/>
                <w:shd w:val="clear" w:color="auto" w:fill="FFFFFF"/>
              </w:rPr>
            </w:pP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Fonts w:cs="Times New Roman"/>
                <w:b/>
                <w:szCs w:val="24"/>
                <w:lang w:val="ru-RU"/>
              </w:rPr>
              <w:t>Задание 10.</w:t>
            </w:r>
            <w:r w:rsidRPr="00104BD6">
              <w:rPr>
                <w:rFonts w:cs="Times New Roman"/>
                <w:i/>
                <w:szCs w:val="24"/>
                <w:lang w:val="ru-RU"/>
              </w:rPr>
              <w:t xml:space="preserve"> </w:t>
            </w:r>
            <w:r w:rsidR="00A5180B" w:rsidRPr="00104BD6">
              <w:rPr>
                <w:rFonts w:cs="Times New Roman"/>
                <w:i/>
                <w:szCs w:val="24"/>
                <w:lang w:val="ru-RU"/>
              </w:rPr>
              <w:t>Введите один пропущенный символ</w:t>
            </w:r>
            <w:r w:rsidRPr="00104BD6">
              <w:rPr>
                <w:rFonts w:cs="Times New Roman"/>
                <w:i/>
                <w:szCs w:val="24"/>
                <w:lang w:val="ru-RU"/>
              </w:rPr>
              <w:t>.</w:t>
            </w: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D4411B" w:rsidRPr="00104BD6" w:rsidRDefault="00A5180B" w:rsidP="0069161D">
            <w:pPr>
              <w:pStyle w:val="14"/>
              <w:widowControl/>
              <w:ind w:firstLine="284"/>
              <w:rPr>
                <w:bCs/>
                <w:snapToGrid/>
                <w:sz w:val="24"/>
                <w:szCs w:val="24"/>
              </w:rPr>
            </w:pPr>
            <w:r w:rsidRPr="00104BD6">
              <w:rPr>
                <w:bCs/>
                <w:snapToGrid/>
                <w:sz w:val="24"/>
                <w:szCs w:val="24"/>
              </w:rPr>
              <w:t>Блок кода, который выполняется, если ни одно из условий не истинно, начинается с ключевого слова </w:t>
            </w:r>
            <w:r w:rsidRPr="00104BD6">
              <w:rPr>
                <w:b/>
                <w:snapToGrid/>
                <w:sz w:val="24"/>
                <w:szCs w:val="24"/>
              </w:rPr>
              <w:t>_</w:t>
            </w:r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104BD6">
              <w:rPr>
                <w:bCs/>
                <w:i/>
                <w:snapToGrid/>
                <w:sz w:val="24"/>
                <w:szCs w:val="24"/>
              </w:rPr>
              <w:t>Ответ: </w:t>
            </w:r>
            <w:proofErr w:type="spellStart"/>
            <w:r w:rsidR="00A5180B" w:rsidRPr="00104BD6">
              <w:rPr>
                <w:i/>
                <w:snapToGrid/>
                <w:sz w:val="24"/>
                <w:szCs w:val="24"/>
              </w:rPr>
              <w:t>else</w:t>
            </w:r>
            <w:proofErr w:type="spellEnd"/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Fonts w:cs="Times New Roman"/>
                <w:b/>
                <w:szCs w:val="24"/>
                <w:lang w:val="ru-RU"/>
              </w:rPr>
              <w:t>Задание 11.</w:t>
            </w:r>
            <w:r w:rsidRPr="00104BD6">
              <w:rPr>
                <w:rFonts w:cs="Times New Roman"/>
                <w:i/>
                <w:szCs w:val="24"/>
                <w:lang w:val="ru-RU"/>
              </w:rPr>
              <w:t xml:space="preserve"> Ответе на вопрос одним символом.</w:t>
            </w: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D4411B" w:rsidRPr="00104BD6" w:rsidRDefault="00A5180B" w:rsidP="0069161D">
            <w:pPr>
              <w:pStyle w:val="14"/>
              <w:widowControl/>
              <w:ind w:firstLine="284"/>
              <w:rPr>
                <w:bCs/>
                <w:snapToGrid/>
                <w:sz w:val="24"/>
                <w:szCs w:val="24"/>
              </w:rPr>
            </w:pPr>
            <w:r w:rsidRPr="00104BD6">
              <w:rPr>
                <w:bCs/>
                <w:snapToGrid/>
                <w:sz w:val="24"/>
                <w:szCs w:val="24"/>
              </w:rPr>
              <w:lastRenderedPageBreak/>
              <w:t>Допиши недостающую часть кода</w:t>
            </w:r>
            <w:r w:rsidR="00D4411B" w:rsidRPr="00104BD6">
              <w:rPr>
                <w:bCs/>
                <w:snapToGrid/>
                <w:sz w:val="24"/>
                <w:szCs w:val="24"/>
              </w:rPr>
              <w:t>.</w:t>
            </w:r>
          </w:p>
          <w:p w:rsidR="00A5180B" w:rsidRPr="00A5180B" w:rsidRDefault="00A5180B" w:rsidP="00A518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330" w:lineRule="atLeast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proofErr w:type="spellStart"/>
            <w:r w:rsidRPr="00104BD6">
              <w:rPr>
                <w:rFonts w:eastAsia="Times New Roman" w:cs="Times New Roman"/>
                <w:bCs/>
                <w:szCs w:val="24"/>
                <w:lang w:val="ru-RU" w:eastAsia="ru-RU"/>
              </w:rPr>
              <w:t>if</w:t>
            </w:r>
            <w:proofErr w:type="spellEnd"/>
            <w:r w:rsidRPr="00A5180B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</w:t>
            </w:r>
            <w:proofErr w:type="gramStart"/>
            <w:r w:rsidRPr="00A5180B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x </w:t>
            </w:r>
            <w:r w:rsidRPr="00104BD6">
              <w:rPr>
                <w:rFonts w:eastAsia="Times New Roman" w:cs="Times New Roman"/>
                <w:bCs/>
                <w:szCs w:val="24"/>
                <w:lang w:val="ru-RU" w:eastAsia="ru-RU"/>
              </w:rPr>
              <w:t>&gt;</w:t>
            </w:r>
            <w:proofErr w:type="gramEnd"/>
            <w:r w:rsidRPr="00A5180B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</w:t>
            </w:r>
            <w:r w:rsidRPr="00104BD6">
              <w:rPr>
                <w:rFonts w:eastAsia="Times New Roman" w:cs="Times New Roman"/>
                <w:bCs/>
                <w:szCs w:val="24"/>
                <w:lang w:val="ru-RU" w:eastAsia="ru-RU"/>
              </w:rPr>
              <w:t>0</w:t>
            </w:r>
          </w:p>
          <w:p w:rsidR="00A5180B" w:rsidRPr="00A5180B" w:rsidRDefault="00A5180B" w:rsidP="00A518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330" w:lineRule="atLeast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5180B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   </w:t>
            </w:r>
            <w:proofErr w:type="spellStart"/>
            <w:r w:rsidRPr="00104BD6">
              <w:rPr>
                <w:rFonts w:eastAsia="Times New Roman" w:cs="Times New Roman"/>
                <w:bCs/>
                <w:szCs w:val="24"/>
                <w:lang w:val="ru-RU" w:eastAsia="ru-RU"/>
              </w:rPr>
              <w:t>disp</w:t>
            </w:r>
            <w:proofErr w:type="spellEnd"/>
            <w:r w:rsidRPr="00104BD6">
              <w:rPr>
                <w:rFonts w:eastAsia="Times New Roman" w:cs="Times New Roman"/>
                <w:bCs/>
                <w:szCs w:val="24"/>
                <w:lang w:val="ru-RU" w:eastAsia="ru-RU"/>
              </w:rPr>
              <w:t>('Положительное')</w:t>
            </w:r>
          </w:p>
          <w:p w:rsidR="00A5180B" w:rsidRPr="00A5180B" w:rsidRDefault="00A5180B" w:rsidP="00A518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330" w:lineRule="atLeast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5180B">
              <w:rPr>
                <w:rFonts w:eastAsia="Times New Roman" w:cs="Times New Roman"/>
                <w:bCs/>
                <w:szCs w:val="24"/>
                <w:lang w:val="ru-RU" w:eastAsia="ru-RU"/>
              </w:rPr>
              <w:t>______</w:t>
            </w:r>
          </w:p>
          <w:p w:rsidR="00A5180B" w:rsidRPr="00A5180B" w:rsidRDefault="00A5180B" w:rsidP="00A518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330" w:lineRule="atLeast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r w:rsidRPr="00A5180B">
              <w:rPr>
                <w:rFonts w:eastAsia="Times New Roman" w:cs="Times New Roman"/>
                <w:bCs/>
                <w:szCs w:val="24"/>
                <w:lang w:val="ru-RU" w:eastAsia="ru-RU"/>
              </w:rPr>
              <w:t xml:space="preserve">    </w:t>
            </w:r>
            <w:proofErr w:type="spellStart"/>
            <w:proofErr w:type="gramStart"/>
            <w:r w:rsidRPr="00104BD6">
              <w:rPr>
                <w:rFonts w:eastAsia="Times New Roman" w:cs="Times New Roman"/>
                <w:bCs/>
                <w:szCs w:val="24"/>
                <w:lang w:val="ru-RU" w:eastAsia="ru-RU"/>
              </w:rPr>
              <w:t>disp</w:t>
            </w:r>
            <w:proofErr w:type="spellEnd"/>
            <w:r w:rsidRPr="00104BD6">
              <w:rPr>
                <w:rFonts w:eastAsia="Times New Roman" w:cs="Times New Roman"/>
                <w:bCs/>
                <w:szCs w:val="24"/>
                <w:lang w:val="ru-RU" w:eastAsia="ru-RU"/>
              </w:rPr>
              <w:t>(</w:t>
            </w:r>
            <w:proofErr w:type="gramEnd"/>
            <w:r w:rsidRPr="00104BD6">
              <w:rPr>
                <w:rFonts w:eastAsia="Times New Roman" w:cs="Times New Roman"/>
                <w:bCs/>
                <w:szCs w:val="24"/>
                <w:lang w:val="ru-RU" w:eastAsia="ru-RU"/>
              </w:rPr>
              <w:t>'Отрицательное или ноль')</w:t>
            </w:r>
          </w:p>
          <w:p w:rsidR="00A5180B" w:rsidRPr="00104BD6" w:rsidRDefault="00A5180B" w:rsidP="00A518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330" w:lineRule="atLeast"/>
              <w:rPr>
                <w:rFonts w:eastAsia="Times New Roman" w:cs="Times New Roman"/>
                <w:bCs/>
                <w:szCs w:val="24"/>
                <w:lang w:val="ru-RU" w:eastAsia="ru-RU"/>
              </w:rPr>
            </w:pPr>
            <w:proofErr w:type="spellStart"/>
            <w:r w:rsidRPr="00104BD6">
              <w:rPr>
                <w:rFonts w:eastAsia="Times New Roman" w:cs="Times New Roman"/>
                <w:bCs/>
                <w:szCs w:val="24"/>
                <w:lang w:val="ru-RU" w:eastAsia="ru-RU"/>
              </w:rPr>
              <w:t>end</w:t>
            </w:r>
            <w:proofErr w:type="spellEnd"/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A5180B" w:rsidRPr="00104BD6" w:rsidRDefault="00A5180B" w:rsidP="00A5180B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  <w:r w:rsidRPr="00104BD6">
              <w:rPr>
                <w:bCs/>
                <w:i/>
                <w:snapToGrid/>
                <w:sz w:val="24"/>
                <w:szCs w:val="24"/>
              </w:rPr>
              <w:t>Ответ: </w:t>
            </w:r>
            <w:proofErr w:type="spellStart"/>
            <w:r w:rsidRPr="00104BD6">
              <w:rPr>
                <w:i/>
                <w:snapToGrid/>
                <w:sz w:val="24"/>
                <w:szCs w:val="24"/>
              </w:rPr>
              <w:t>else</w:t>
            </w:r>
            <w:proofErr w:type="spellEnd"/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Fonts w:cs="Times New Roman"/>
                <w:b/>
                <w:szCs w:val="24"/>
                <w:lang w:val="ru-RU"/>
              </w:rPr>
              <w:t>Задание 12.</w:t>
            </w:r>
            <w:r w:rsidRPr="00104BD6">
              <w:rPr>
                <w:rFonts w:cs="Times New Roman"/>
                <w:i/>
                <w:szCs w:val="24"/>
                <w:lang w:val="ru-RU"/>
              </w:rPr>
              <w:t xml:space="preserve"> Ответе на вопрос одним символом</w:t>
            </w: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D4411B" w:rsidRPr="00104BD6" w:rsidRDefault="00A5180B" w:rsidP="0069161D">
            <w:pPr>
              <w:pStyle w:val="14"/>
              <w:widowControl/>
              <w:ind w:firstLine="284"/>
              <w:rPr>
                <w:bCs/>
                <w:snapToGrid/>
                <w:sz w:val="24"/>
                <w:szCs w:val="24"/>
              </w:rPr>
            </w:pPr>
            <w:r w:rsidRPr="00104BD6">
              <w:rPr>
                <w:bCs/>
                <w:snapToGrid/>
                <w:sz w:val="24"/>
                <w:szCs w:val="24"/>
              </w:rPr>
              <w:t>Что выведет этот код, если </w:t>
            </w:r>
            <w:proofErr w:type="spellStart"/>
            <w:r w:rsidRPr="00104BD6">
              <w:rPr>
                <w:bCs/>
                <w:snapToGrid/>
                <w:sz w:val="24"/>
                <w:szCs w:val="24"/>
              </w:rPr>
              <w:t>temp</w:t>
            </w:r>
            <w:proofErr w:type="spellEnd"/>
            <w:r w:rsidRPr="00104BD6">
              <w:rPr>
                <w:bCs/>
                <w:snapToGrid/>
                <w:sz w:val="24"/>
                <w:szCs w:val="24"/>
              </w:rPr>
              <w:t xml:space="preserve"> = 25</w:t>
            </w:r>
            <w:r w:rsidRPr="00104BD6">
              <w:rPr>
                <w:bCs/>
                <w:snapToGrid/>
                <w:sz w:val="24"/>
                <w:szCs w:val="24"/>
              </w:rPr>
              <w:t>?</w:t>
            </w:r>
          </w:p>
          <w:p w:rsidR="00A5180B" w:rsidRPr="00A5180B" w:rsidRDefault="00A5180B" w:rsidP="00104BD6">
            <w:pPr>
              <w:pStyle w:val="14"/>
              <w:widowControl/>
              <w:ind w:firstLine="284"/>
              <w:rPr>
                <w:bCs/>
                <w:snapToGrid/>
                <w:sz w:val="24"/>
                <w:szCs w:val="24"/>
              </w:rPr>
            </w:pPr>
          </w:p>
          <w:p w:rsidR="00A5180B" w:rsidRPr="00A5180B" w:rsidRDefault="00A5180B" w:rsidP="00104BD6">
            <w:pPr>
              <w:pStyle w:val="14"/>
              <w:widowControl/>
              <w:ind w:firstLine="284"/>
              <w:rPr>
                <w:bCs/>
                <w:snapToGrid/>
                <w:sz w:val="24"/>
                <w:szCs w:val="24"/>
              </w:rPr>
            </w:pPr>
            <w:r w:rsidRPr="00104BD6">
              <w:rPr>
                <w:bCs/>
                <w:snapToGrid/>
                <w:sz w:val="24"/>
                <w:szCs w:val="24"/>
              </w:rPr>
              <w:t>if</w:t>
            </w:r>
            <w:r w:rsidRPr="00A5180B">
              <w:rPr>
                <w:bCs/>
                <w:snapToGrid/>
                <w:sz w:val="24"/>
                <w:szCs w:val="24"/>
              </w:rPr>
              <w:t xml:space="preserve"> </w:t>
            </w:r>
            <w:proofErr w:type="gramStart"/>
            <w:r w:rsidRPr="00A5180B">
              <w:rPr>
                <w:bCs/>
                <w:snapToGrid/>
                <w:sz w:val="24"/>
                <w:szCs w:val="24"/>
              </w:rPr>
              <w:t xml:space="preserve">temp </w:t>
            </w:r>
            <w:r w:rsidRPr="00104BD6">
              <w:rPr>
                <w:bCs/>
                <w:snapToGrid/>
                <w:sz w:val="24"/>
                <w:szCs w:val="24"/>
              </w:rPr>
              <w:t>&gt;</w:t>
            </w:r>
            <w:proofErr w:type="gramEnd"/>
            <w:r w:rsidRPr="00A5180B">
              <w:rPr>
                <w:bCs/>
                <w:snapToGrid/>
                <w:sz w:val="24"/>
                <w:szCs w:val="24"/>
              </w:rPr>
              <w:t xml:space="preserve"> </w:t>
            </w:r>
            <w:r w:rsidRPr="00104BD6">
              <w:rPr>
                <w:bCs/>
                <w:snapToGrid/>
                <w:sz w:val="24"/>
                <w:szCs w:val="24"/>
              </w:rPr>
              <w:t>30</w:t>
            </w:r>
          </w:p>
          <w:p w:rsidR="00A5180B" w:rsidRPr="00A5180B" w:rsidRDefault="00A5180B" w:rsidP="00104BD6">
            <w:pPr>
              <w:pStyle w:val="14"/>
              <w:widowControl/>
              <w:ind w:firstLine="284"/>
              <w:rPr>
                <w:bCs/>
                <w:snapToGrid/>
                <w:sz w:val="24"/>
                <w:szCs w:val="24"/>
              </w:rPr>
            </w:pPr>
            <w:r w:rsidRPr="00A5180B">
              <w:rPr>
                <w:bCs/>
                <w:snapToGrid/>
                <w:sz w:val="24"/>
                <w:szCs w:val="24"/>
              </w:rPr>
              <w:t xml:space="preserve">    </w:t>
            </w:r>
            <w:proofErr w:type="spellStart"/>
            <w:r w:rsidRPr="00104BD6">
              <w:rPr>
                <w:bCs/>
                <w:snapToGrid/>
                <w:sz w:val="24"/>
                <w:szCs w:val="24"/>
              </w:rPr>
              <w:t>disp</w:t>
            </w:r>
            <w:proofErr w:type="spellEnd"/>
            <w:r w:rsidRPr="00104BD6">
              <w:rPr>
                <w:bCs/>
                <w:snapToGrid/>
                <w:sz w:val="24"/>
                <w:szCs w:val="24"/>
              </w:rPr>
              <w:t>('Жарко')</w:t>
            </w:r>
          </w:p>
          <w:p w:rsidR="00A5180B" w:rsidRPr="00A5180B" w:rsidRDefault="00A5180B" w:rsidP="00104BD6">
            <w:pPr>
              <w:pStyle w:val="14"/>
              <w:widowControl/>
              <w:ind w:firstLine="284"/>
              <w:rPr>
                <w:bCs/>
                <w:snapToGrid/>
                <w:sz w:val="24"/>
                <w:szCs w:val="24"/>
              </w:rPr>
            </w:pPr>
            <w:proofErr w:type="spellStart"/>
            <w:r w:rsidRPr="00104BD6">
              <w:rPr>
                <w:bCs/>
                <w:snapToGrid/>
                <w:sz w:val="24"/>
                <w:szCs w:val="24"/>
              </w:rPr>
              <w:t>elseif</w:t>
            </w:r>
            <w:proofErr w:type="spellEnd"/>
            <w:r w:rsidRPr="00A5180B">
              <w:rPr>
                <w:bCs/>
                <w:snapToGrid/>
                <w:sz w:val="24"/>
                <w:szCs w:val="24"/>
              </w:rPr>
              <w:t xml:space="preserve"> </w:t>
            </w:r>
            <w:proofErr w:type="gramStart"/>
            <w:r w:rsidRPr="00A5180B">
              <w:rPr>
                <w:bCs/>
                <w:snapToGrid/>
                <w:sz w:val="24"/>
                <w:szCs w:val="24"/>
              </w:rPr>
              <w:t xml:space="preserve">temp </w:t>
            </w:r>
            <w:r w:rsidRPr="00104BD6">
              <w:rPr>
                <w:bCs/>
                <w:snapToGrid/>
                <w:sz w:val="24"/>
                <w:szCs w:val="24"/>
              </w:rPr>
              <w:t>&gt;</w:t>
            </w:r>
            <w:proofErr w:type="gramEnd"/>
            <w:r w:rsidRPr="00A5180B">
              <w:rPr>
                <w:bCs/>
                <w:snapToGrid/>
                <w:sz w:val="24"/>
                <w:szCs w:val="24"/>
              </w:rPr>
              <w:t xml:space="preserve"> </w:t>
            </w:r>
            <w:r w:rsidRPr="00104BD6">
              <w:rPr>
                <w:bCs/>
                <w:snapToGrid/>
                <w:sz w:val="24"/>
                <w:szCs w:val="24"/>
              </w:rPr>
              <w:t>20</w:t>
            </w:r>
          </w:p>
          <w:p w:rsidR="00A5180B" w:rsidRPr="00A5180B" w:rsidRDefault="00A5180B" w:rsidP="00104BD6">
            <w:pPr>
              <w:pStyle w:val="14"/>
              <w:widowControl/>
              <w:ind w:firstLine="284"/>
              <w:rPr>
                <w:bCs/>
                <w:snapToGrid/>
                <w:sz w:val="24"/>
                <w:szCs w:val="24"/>
              </w:rPr>
            </w:pPr>
            <w:r w:rsidRPr="00A5180B">
              <w:rPr>
                <w:bCs/>
                <w:snapToGrid/>
                <w:sz w:val="24"/>
                <w:szCs w:val="24"/>
              </w:rPr>
              <w:t xml:space="preserve">    </w:t>
            </w:r>
            <w:proofErr w:type="spellStart"/>
            <w:r w:rsidRPr="00104BD6">
              <w:rPr>
                <w:bCs/>
                <w:snapToGrid/>
                <w:sz w:val="24"/>
                <w:szCs w:val="24"/>
              </w:rPr>
              <w:t>disp</w:t>
            </w:r>
            <w:proofErr w:type="spellEnd"/>
            <w:r w:rsidRPr="00104BD6">
              <w:rPr>
                <w:bCs/>
                <w:snapToGrid/>
                <w:sz w:val="24"/>
                <w:szCs w:val="24"/>
              </w:rPr>
              <w:t>('Тепло')</w:t>
            </w:r>
          </w:p>
          <w:p w:rsidR="00A5180B" w:rsidRPr="00A5180B" w:rsidRDefault="00A5180B" w:rsidP="00104BD6">
            <w:pPr>
              <w:pStyle w:val="14"/>
              <w:widowControl/>
              <w:ind w:firstLine="284"/>
              <w:rPr>
                <w:bCs/>
                <w:snapToGrid/>
                <w:sz w:val="24"/>
                <w:szCs w:val="24"/>
              </w:rPr>
            </w:pPr>
            <w:r w:rsidRPr="00104BD6">
              <w:rPr>
                <w:bCs/>
                <w:snapToGrid/>
                <w:sz w:val="24"/>
                <w:szCs w:val="24"/>
              </w:rPr>
              <w:t>else</w:t>
            </w:r>
          </w:p>
          <w:p w:rsidR="00A5180B" w:rsidRPr="00A5180B" w:rsidRDefault="00A5180B" w:rsidP="00104BD6">
            <w:pPr>
              <w:pStyle w:val="14"/>
              <w:widowControl/>
              <w:ind w:firstLine="284"/>
              <w:rPr>
                <w:bCs/>
                <w:snapToGrid/>
                <w:sz w:val="24"/>
                <w:szCs w:val="24"/>
              </w:rPr>
            </w:pPr>
            <w:r w:rsidRPr="00A5180B">
              <w:rPr>
                <w:bCs/>
                <w:snapToGrid/>
                <w:sz w:val="24"/>
                <w:szCs w:val="24"/>
              </w:rPr>
              <w:t xml:space="preserve">    </w:t>
            </w:r>
            <w:r w:rsidRPr="00104BD6">
              <w:rPr>
                <w:bCs/>
                <w:snapToGrid/>
                <w:sz w:val="24"/>
                <w:szCs w:val="24"/>
              </w:rPr>
              <w:t>disp('Холодно')</w:t>
            </w:r>
          </w:p>
          <w:p w:rsidR="00A5180B" w:rsidRPr="00A5180B" w:rsidRDefault="00A5180B" w:rsidP="00104BD6">
            <w:pPr>
              <w:pStyle w:val="14"/>
              <w:widowControl/>
              <w:ind w:firstLine="284"/>
              <w:rPr>
                <w:bCs/>
                <w:snapToGrid/>
                <w:sz w:val="24"/>
                <w:szCs w:val="24"/>
              </w:rPr>
            </w:pPr>
            <w:proofErr w:type="spellStart"/>
            <w:r w:rsidRPr="00104BD6">
              <w:rPr>
                <w:bCs/>
                <w:snapToGrid/>
                <w:sz w:val="24"/>
                <w:szCs w:val="24"/>
              </w:rPr>
              <w:t>end</w:t>
            </w:r>
            <w:proofErr w:type="spellEnd"/>
          </w:p>
          <w:p w:rsidR="00A5180B" w:rsidRPr="00104BD6" w:rsidRDefault="00A5180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bCs/>
                <w:i/>
                <w:snapToGrid/>
                <w:sz w:val="24"/>
                <w:szCs w:val="24"/>
              </w:rPr>
            </w:pPr>
            <w:r w:rsidRPr="00104BD6">
              <w:rPr>
                <w:bCs/>
                <w:i/>
                <w:snapToGrid/>
                <w:sz w:val="24"/>
                <w:szCs w:val="24"/>
              </w:rPr>
              <w:t xml:space="preserve">Ответ: </w:t>
            </w:r>
            <w:r w:rsidR="00A5180B" w:rsidRPr="00104BD6">
              <w:rPr>
                <w:i/>
                <w:snapToGrid/>
                <w:sz w:val="24"/>
                <w:szCs w:val="24"/>
              </w:rPr>
              <w:t>Тепло</w:t>
            </w:r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Fonts w:cs="Times New Roman"/>
                <w:b/>
                <w:szCs w:val="24"/>
                <w:lang w:val="ru-RU"/>
              </w:rPr>
              <w:t>Задание 13.</w:t>
            </w:r>
            <w:r w:rsidR="00104BD6" w:rsidRPr="00104BD6">
              <w:rPr>
                <w:rFonts w:cs="Times New Roman"/>
                <w:i/>
                <w:szCs w:val="24"/>
                <w:lang w:val="ru-RU"/>
              </w:rPr>
              <w:t xml:space="preserve"> Ответе на вопрос одной</w:t>
            </w:r>
            <w:r w:rsidRPr="00104BD6">
              <w:rPr>
                <w:rFonts w:cs="Times New Roman"/>
                <w:i/>
                <w:szCs w:val="24"/>
                <w:lang w:val="ru-RU"/>
              </w:rPr>
              <w:t xml:space="preserve"> </w:t>
            </w:r>
            <w:r w:rsidR="00104BD6" w:rsidRPr="00104BD6">
              <w:rPr>
                <w:rFonts w:cs="Times New Roman"/>
                <w:i/>
                <w:szCs w:val="24"/>
                <w:lang w:val="ru-RU"/>
              </w:rPr>
              <w:t>цифрой</w:t>
            </w:r>
          </w:p>
          <w:p w:rsidR="00D4411B" w:rsidRPr="00104BD6" w:rsidRDefault="00D4411B" w:rsidP="0069161D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A5180B" w:rsidRPr="00104BD6" w:rsidRDefault="00A5180B" w:rsidP="00104BD6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>Сколько итераций выполнит этот цикл?</w:t>
            </w:r>
          </w:p>
          <w:p w:rsidR="00A5180B" w:rsidRPr="00104BD6" w:rsidRDefault="00A5180B" w:rsidP="00104BD6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A5180B" w:rsidRPr="00A5180B" w:rsidRDefault="00A5180B" w:rsidP="00104BD6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  <w:proofErr w:type="spellStart"/>
            <w:r w:rsidRPr="00104BD6">
              <w:rPr>
                <w:rFonts w:cs="Times New Roman"/>
                <w:szCs w:val="24"/>
                <w:lang w:val="ru-RU"/>
              </w:rPr>
              <w:t>for</w:t>
            </w:r>
            <w:proofErr w:type="spellEnd"/>
            <w:r w:rsidRPr="00A5180B">
              <w:rPr>
                <w:rFonts w:cs="Times New Roman"/>
                <w:szCs w:val="24"/>
                <w:lang w:val="ru-RU"/>
              </w:rPr>
              <w:t xml:space="preserve"> k </w:t>
            </w:r>
            <w:r w:rsidRPr="00104BD6">
              <w:rPr>
                <w:rFonts w:cs="Times New Roman"/>
                <w:szCs w:val="24"/>
                <w:lang w:val="ru-RU"/>
              </w:rPr>
              <w:t>=</w:t>
            </w:r>
            <w:r w:rsidRPr="00A5180B">
              <w:rPr>
                <w:rFonts w:cs="Times New Roman"/>
                <w:szCs w:val="24"/>
                <w:lang w:val="ru-RU"/>
              </w:rPr>
              <w:t xml:space="preserve"> </w:t>
            </w:r>
            <w:r w:rsidRPr="00104BD6">
              <w:rPr>
                <w:rFonts w:cs="Times New Roman"/>
                <w:szCs w:val="24"/>
                <w:lang w:val="ru-RU"/>
              </w:rPr>
              <w:t>1:2:10</w:t>
            </w:r>
          </w:p>
          <w:p w:rsidR="00A5180B" w:rsidRPr="00104BD6" w:rsidRDefault="00A5180B" w:rsidP="00104BD6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D4411B" w:rsidRPr="00104BD6" w:rsidRDefault="00D4411B" w:rsidP="00104BD6">
            <w:pPr>
              <w:spacing w:line="240" w:lineRule="auto"/>
              <w:ind w:firstLine="284"/>
              <w:rPr>
                <w:rFonts w:cs="Times New Roman"/>
                <w:b/>
                <w:bCs/>
                <w:i/>
                <w:szCs w:val="24"/>
                <w:lang w:val="ru-RU"/>
              </w:rPr>
            </w:pPr>
            <w:r w:rsidRPr="00104BD6">
              <w:rPr>
                <w:rFonts w:cs="Times New Roman"/>
                <w:i/>
                <w:szCs w:val="24"/>
                <w:lang w:val="ru-RU"/>
              </w:rPr>
              <w:t xml:space="preserve">Ответ: </w:t>
            </w:r>
            <w:r w:rsidR="00A5180B" w:rsidRPr="00104BD6">
              <w:rPr>
                <w:rFonts w:cs="Times New Roman"/>
                <w:bCs/>
                <w:i/>
                <w:szCs w:val="24"/>
                <w:lang w:val="ru-RU"/>
              </w:rPr>
              <w:t>5</w:t>
            </w:r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Fonts w:cs="Times New Roman"/>
                <w:b/>
                <w:szCs w:val="24"/>
                <w:lang w:val="ru-RU"/>
              </w:rPr>
              <w:t>Задание 14.</w:t>
            </w:r>
            <w:r w:rsidRPr="00104BD6">
              <w:rPr>
                <w:rFonts w:cs="Times New Roman"/>
                <w:i/>
                <w:szCs w:val="24"/>
                <w:lang w:val="ru-RU"/>
              </w:rPr>
              <w:t xml:space="preserve"> Ответе на вопрос одним символом</w:t>
            </w: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A5180B" w:rsidRPr="00104BD6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>Допиши недостающую часть кода: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A5180B">
              <w:rPr>
                <w:rFonts w:cs="Times New Roman"/>
                <w:szCs w:val="24"/>
                <w:lang w:val="ru-RU"/>
              </w:rPr>
              <w:t xml:space="preserve">ay </w:t>
            </w:r>
            <w:r w:rsidRPr="00104BD6">
              <w:rPr>
                <w:rFonts w:cs="Times New Roman"/>
                <w:szCs w:val="24"/>
                <w:lang w:val="ru-RU"/>
              </w:rPr>
              <w:t>=</w:t>
            </w:r>
            <w:r w:rsidRPr="00A5180B">
              <w:rPr>
                <w:rFonts w:cs="Times New Roman"/>
                <w:szCs w:val="24"/>
                <w:lang w:val="ru-RU"/>
              </w:rPr>
              <w:t xml:space="preserve"> </w:t>
            </w:r>
            <w:r w:rsidRPr="00104BD6">
              <w:rPr>
                <w:rFonts w:cs="Times New Roman"/>
                <w:szCs w:val="24"/>
                <w:lang w:val="ru-RU"/>
              </w:rPr>
              <w:t>'ПН';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>switch</w:t>
            </w:r>
            <w:r w:rsidRPr="00A5180B">
              <w:rPr>
                <w:rFonts w:cs="Times New Roman"/>
                <w:szCs w:val="24"/>
                <w:lang w:val="ru-RU"/>
              </w:rPr>
              <w:t xml:space="preserve"> day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A5180B">
              <w:rPr>
                <w:rFonts w:cs="Times New Roman"/>
                <w:szCs w:val="24"/>
                <w:lang w:val="ru-RU"/>
              </w:rPr>
              <w:t xml:space="preserve">    </w:t>
            </w:r>
            <w:r w:rsidRPr="00104BD6">
              <w:rPr>
                <w:rFonts w:cs="Times New Roman"/>
                <w:szCs w:val="24"/>
                <w:lang w:val="ru-RU"/>
              </w:rPr>
              <w:t>case</w:t>
            </w:r>
            <w:r w:rsidRPr="00A5180B">
              <w:rPr>
                <w:rFonts w:cs="Times New Roman"/>
                <w:szCs w:val="24"/>
                <w:lang w:val="ru-RU"/>
              </w:rPr>
              <w:t xml:space="preserve"> </w:t>
            </w:r>
            <w:r w:rsidRPr="00104BD6">
              <w:rPr>
                <w:rFonts w:cs="Times New Roman"/>
                <w:szCs w:val="24"/>
                <w:lang w:val="ru-RU"/>
              </w:rPr>
              <w:t>'ПН'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A5180B">
              <w:rPr>
                <w:rFonts w:cs="Times New Roman"/>
                <w:szCs w:val="24"/>
                <w:lang w:val="ru-RU"/>
              </w:rPr>
              <w:t xml:space="preserve">        </w:t>
            </w:r>
            <w:proofErr w:type="spellStart"/>
            <w:r w:rsidRPr="00104BD6">
              <w:rPr>
                <w:rFonts w:cs="Times New Roman"/>
                <w:szCs w:val="24"/>
                <w:lang w:val="ru-RU"/>
              </w:rPr>
              <w:t>disp</w:t>
            </w:r>
            <w:proofErr w:type="spellEnd"/>
            <w:r w:rsidRPr="00104BD6">
              <w:rPr>
                <w:rFonts w:cs="Times New Roman"/>
                <w:szCs w:val="24"/>
                <w:lang w:val="ru-RU"/>
              </w:rPr>
              <w:t>('Понедельник')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A5180B">
              <w:rPr>
                <w:rFonts w:cs="Times New Roman"/>
                <w:szCs w:val="24"/>
                <w:lang w:val="ru-RU"/>
              </w:rPr>
              <w:t xml:space="preserve">    ______ </w:t>
            </w:r>
            <w:r w:rsidRPr="00104BD6">
              <w:rPr>
                <w:rFonts w:cs="Times New Roman"/>
                <w:szCs w:val="24"/>
                <w:lang w:val="ru-RU"/>
              </w:rPr>
              <w:t>'ВТ'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A5180B">
              <w:rPr>
                <w:rFonts w:cs="Times New Roman"/>
                <w:szCs w:val="24"/>
                <w:lang w:val="ru-RU"/>
              </w:rPr>
              <w:t xml:space="preserve">        </w:t>
            </w:r>
            <w:proofErr w:type="spellStart"/>
            <w:r w:rsidRPr="00104BD6">
              <w:rPr>
                <w:rFonts w:cs="Times New Roman"/>
                <w:szCs w:val="24"/>
                <w:lang w:val="ru-RU"/>
              </w:rPr>
              <w:t>disp</w:t>
            </w:r>
            <w:proofErr w:type="spellEnd"/>
            <w:r w:rsidRPr="00104BD6">
              <w:rPr>
                <w:rFonts w:cs="Times New Roman"/>
                <w:szCs w:val="24"/>
                <w:lang w:val="ru-RU"/>
              </w:rPr>
              <w:t>('Вторник')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A5180B">
              <w:rPr>
                <w:rFonts w:cs="Times New Roman"/>
                <w:szCs w:val="24"/>
                <w:lang w:val="ru-RU"/>
              </w:rPr>
              <w:t xml:space="preserve">    </w:t>
            </w:r>
            <w:proofErr w:type="spellStart"/>
            <w:r w:rsidRPr="00104BD6">
              <w:rPr>
                <w:rFonts w:cs="Times New Roman"/>
                <w:szCs w:val="24"/>
                <w:lang w:val="ru-RU"/>
              </w:rPr>
              <w:t>otherwise</w:t>
            </w:r>
            <w:proofErr w:type="spellEnd"/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A5180B">
              <w:rPr>
                <w:rFonts w:cs="Times New Roman"/>
                <w:szCs w:val="24"/>
                <w:lang w:val="ru-RU"/>
              </w:rPr>
              <w:t xml:space="preserve">        </w:t>
            </w:r>
            <w:proofErr w:type="spellStart"/>
            <w:proofErr w:type="gramStart"/>
            <w:r w:rsidRPr="00104BD6">
              <w:rPr>
                <w:rFonts w:cs="Times New Roman"/>
                <w:szCs w:val="24"/>
                <w:lang w:val="ru-RU"/>
              </w:rPr>
              <w:t>disp</w:t>
            </w:r>
            <w:proofErr w:type="spellEnd"/>
            <w:r w:rsidRPr="00104BD6">
              <w:rPr>
                <w:rFonts w:cs="Times New Roman"/>
                <w:szCs w:val="24"/>
                <w:lang w:val="ru-RU"/>
              </w:rPr>
              <w:t>(</w:t>
            </w:r>
            <w:proofErr w:type="gramEnd"/>
            <w:r w:rsidRPr="00104BD6">
              <w:rPr>
                <w:rFonts w:cs="Times New Roman"/>
                <w:szCs w:val="24"/>
                <w:lang w:val="ru-RU"/>
              </w:rPr>
              <w:t>'Другой день')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proofErr w:type="spellStart"/>
            <w:r w:rsidRPr="00104BD6">
              <w:rPr>
                <w:rFonts w:cs="Times New Roman"/>
                <w:szCs w:val="24"/>
                <w:lang w:val="ru-RU"/>
              </w:rPr>
              <w:t>end</w:t>
            </w:r>
            <w:proofErr w:type="spellEnd"/>
          </w:p>
          <w:p w:rsidR="00A5180B" w:rsidRPr="00104BD6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A5180B" w:rsidRPr="00104BD6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D4411B" w:rsidRPr="00104BD6" w:rsidRDefault="00D4411B" w:rsidP="00104BD6">
            <w:pPr>
              <w:spacing w:line="240" w:lineRule="auto"/>
              <w:rPr>
                <w:rFonts w:cs="Times New Roman"/>
                <w:b/>
                <w:bCs/>
                <w:i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 xml:space="preserve">  </w:t>
            </w:r>
            <w:r w:rsidRPr="00104BD6">
              <w:rPr>
                <w:rFonts w:cs="Times New Roman"/>
                <w:i/>
                <w:szCs w:val="24"/>
                <w:lang w:val="ru-RU"/>
              </w:rPr>
              <w:t xml:space="preserve">Ответ: </w:t>
            </w:r>
            <w:proofErr w:type="spellStart"/>
            <w:r w:rsidR="00A5180B" w:rsidRPr="00104BD6">
              <w:rPr>
                <w:rFonts w:cs="Times New Roman"/>
                <w:i/>
                <w:szCs w:val="24"/>
                <w:lang w:val="ru-RU"/>
              </w:rPr>
              <w:t>case</w:t>
            </w:r>
            <w:proofErr w:type="spellEnd"/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rStyle w:val="af6"/>
                <w:color w:val="0F1115"/>
                <w:sz w:val="24"/>
                <w:szCs w:val="24"/>
                <w:shd w:val="clear" w:color="auto" w:fill="FFFFFF"/>
              </w:rPr>
            </w:pP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Fonts w:cs="Times New Roman"/>
                <w:b/>
                <w:szCs w:val="24"/>
                <w:lang w:val="ru-RU"/>
              </w:rPr>
              <w:t>Задание 15.</w:t>
            </w:r>
            <w:r w:rsidRPr="00104BD6">
              <w:rPr>
                <w:rFonts w:cs="Times New Roman"/>
                <w:i/>
                <w:szCs w:val="24"/>
                <w:lang w:val="ru-RU"/>
              </w:rPr>
              <w:t xml:space="preserve"> Ответе на вопрос одним символом</w:t>
            </w: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D4411B" w:rsidRPr="00104BD6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color w:val="0F1115"/>
                <w:szCs w:val="24"/>
                <w:shd w:val="clear" w:color="auto" w:fill="FFFFFF"/>
              </w:rPr>
              <w:t>Ч</w:t>
            </w:r>
            <w:r w:rsidRPr="00104BD6">
              <w:rPr>
                <w:rFonts w:cs="Times New Roman"/>
                <w:szCs w:val="24"/>
                <w:lang w:val="ru-RU"/>
              </w:rPr>
              <w:t>то выведет этот код, если </w:t>
            </w:r>
            <w:proofErr w:type="spellStart"/>
            <w:r w:rsidRPr="00104BD6">
              <w:rPr>
                <w:rFonts w:cs="Times New Roman"/>
                <w:szCs w:val="24"/>
                <w:lang w:val="ru-RU"/>
              </w:rPr>
              <w:t>color</w:t>
            </w:r>
            <w:proofErr w:type="spellEnd"/>
            <w:r w:rsidRPr="00104BD6">
              <w:rPr>
                <w:rFonts w:cs="Times New Roman"/>
                <w:szCs w:val="24"/>
                <w:lang w:val="ru-RU"/>
              </w:rPr>
              <w:t xml:space="preserve"> = 'красный'</w:t>
            </w:r>
            <w:r w:rsidRPr="00104BD6">
              <w:rPr>
                <w:rFonts w:cs="Times New Roman"/>
                <w:szCs w:val="24"/>
                <w:lang w:val="ru-RU"/>
              </w:rPr>
              <w:t>?</w:t>
            </w:r>
            <w:r w:rsidRPr="00104BD6">
              <w:rPr>
                <w:rFonts w:cs="Times New Roman"/>
                <w:szCs w:val="24"/>
                <w:lang w:val="ru-RU"/>
              </w:rPr>
              <w:t xml:space="preserve"> 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lastRenderedPageBreak/>
              <w:t>switch</w:t>
            </w:r>
            <w:r w:rsidRPr="00A5180B">
              <w:rPr>
                <w:rFonts w:cs="Times New Roman"/>
                <w:szCs w:val="24"/>
                <w:lang w:val="ru-RU"/>
              </w:rPr>
              <w:t xml:space="preserve"> color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A5180B">
              <w:rPr>
                <w:rFonts w:cs="Times New Roman"/>
                <w:szCs w:val="24"/>
                <w:lang w:val="ru-RU"/>
              </w:rPr>
              <w:t xml:space="preserve">    </w:t>
            </w:r>
            <w:r w:rsidRPr="00104BD6">
              <w:rPr>
                <w:rFonts w:cs="Times New Roman"/>
                <w:szCs w:val="24"/>
                <w:lang w:val="ru-RU"/>
              </w:rPr>
              <w:t>case</w:t>
            </w:r>
            <w:r w:rsidRPr="00A5180B">
              <w:rPr>
                <w:rFonts w:cs="Times New Roman"/>
                <w:szCs w:val="24"/>
                <w:lang w:val="ru-RU"/>
              </w:rPr>
              <w:t xml:space="preserve"> </w:t>
            </w:r>
            <w:r w:rsidRPr="00104BD6">
              <w:rPr>
                <w:rFonts w:cs="Times New Roman"/>
                <w:szCs w:val="24"/>
                <w:lang w:val="ru-RU"/>
              </w:rPr>
              <w:t>'зеленый'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A5180B">
              <w:rPr>
                <w:rFonts w:cs="Times New Roman"/>
                <w:szCs w:val="24"/>
                <w:lang w:val="ru-RU"/>
              </w:rPr>
              <w:t xml:space="preserve">        </w:t>
            </w:r>
            <w:proofErr w:type="spellStart"/>
            <w:r w:rsidRPr="00104BD6">
              <w:rPr>
                <w:rFonts w:cs="Times New Roman"/>
                <w:szCs w:val="24"/>
                <w:lang w:val="ru-RU"/>
              </w:rPr>
              <w:t>disp</w:t>
            </w:r>
            <w:proofErr w:type="spellEnd"/>
            <w:r w:rsidRPr="00104BD6">
              <w:rPr>
                <w:rFonts w:cs="Times New Roman"/>
                <w:szCs w:val="24"/>
                <w:lang w:val="ru-RU"/>
              </w:rPr>
              <w:t>('Go')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A5180B">
              <w:rPr>
                <w:rFonts w:cs="Times New Roman"/>
                <w:szCs w:val="24"/>
                <w:lang w:val="ru-RU"/>
              </w:rPr>
              <w:t xml:space="preserve">    </w:t>
            </w:r>
            <w:r w:rsidRPr="00104BD6">
              <w:rPr>
                <w:rFonts w:cs="Times New Roman"/>
                <w:szCs w:val="24"/>
                <w:lang w:val="ru-RU"/>
              </w:rPr>
              <w:t>case</w:t>
            </w:r>
            <w:r w:rsidRPr="00A5180B">
              <w:rPr>
                <w:rFonts w:cs="Times New Roman"/>
                <w:szCs w:val="24"/>
                <w:lang w:val="ru-RU"/>
              </w:rPr>
              <w:t xml:space="preserve"> </w:t>
            </w:r>
            <w:r w:rsidRPr="00104BD6">
              <w:rPr>
                <w:rFonts w:cs="Times New Roman"/>
                <w:szCs w:val="24"/>
                <w:lang w:val="ru-RU"/>
              </w:rPr>
              <w:t>'красный'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A5180B">
              <w:rPr>
                <w:rFonts w:cs="Times New Roman"/>
                <w:szCs w:val="24"/>
                <w:lang w:val="ru-RU"/>
              </w:rPr>
              <w:t xml:space="preserve">        </w:t>
            </w:r>
            <w:proofErr w:type="spellStart"/>
            <w:r w:rsidRPr="00104BD6">
              <w:rPr>
                <w:rFonts w:cs="Times New Roman"/>
                <w:szCs w:val="24"/>
                <w:lang w:val="ru-RU"/>
              </w:rPr>
              <w:t>disp</w:t>
            </w:r>
            <w:proofErr w:type="spellEnd"/>
            <w:r w:rsidRPr="00104BD6">
              <w:rPr>
                <w:rFonts w:cs="Times New Roman"/>
                <w:szCs w:val="24"/>
                <w:lang w:val="ru-RU"/>
              </w:rPr>
              <w:t>('Stop')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A5180B">
              <w:rPr>
                <w:rFonts w:cs="Times New Roman"/>
                <w:szCs w:val="24"/>
                <w:lang w:val="ru-RU"/>
              </w:rPr>
              <w:t xml:space="preserve">    </w:t>
            </w:r>
            <w:r w:rsidRPr="00104BD6">
              <w:rPr>
                <w:rFonts w:cs="Times New Roman"/>
                <w:szCs w:val="24"/>
                <w:lang w:val="ru-RU"/>
              </w:rPr>
              <w:t>otherwise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A5180B">
              <w:rPr>
                <w:rFonts w:cs="Times New Roman"/>
                <w:szCs w:val="24"/>
                <w:lang w:val="ru-RU"/>
              </w:rPr>
              <w:t xml:space="preserve">        </w:t>
            </w:r>
            <w:proofErr w:type="spellStart"/>
            <w:r w:rsidRPr="00104BD6">
              <w:rPr>
                <w:rFonts w:cs="Times New Roman"/>
                <w:szCs w:val="24"/>
                <w:lang w:val="ru-RU"/>
              </w:rPr>
              <w:t>disp</w:t>
            </w:r>
            <w:proofErr w:type="spellEnd"/>
            <w:r w:rsidRPr="00104BD6">
              <w:rPr>
                <w:rFonts w:cs="Times New Roman"/>
                <w:szCs w:val="24"/>
                <w:lang w:val="ru-RU"/>
              </w:rPr>
              <w:t>('Внимание')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proofErr w:type="spellStart"/>
            <w:r w:rsidRPr="00104BD6">
              <w:rPr>
                <w:rFonts w:cs="Times New Roman"/>
                <w:szCs w:val="24"/>
                <w:lang w:val="ru-RU"/>
              </w:rPr>
              <w:t>end</w:t>
            </w:r>
            <w:proofErr w:type="spellEnd"/>
          </w:p>
          <w:p w:rsidR="00A5180B" w:rsidRPr="00104BD6" w:rsidRDefault="00A5180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D4411B" w:rsidRPr="00104BD6" w:rsidRDefault="00D4411B" w:rsidP="00104BD6">
            <w:pPr>
              <w:spacing w:line="240" w:lineRule="auto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Fonts w:cs="Times New Roman"/>
                <w:i/>
                <w:szCs w:val="24"/>
                <w:lang w:val="ru-RU"/>
              </w:rPr>
              <w:t xml:space="preserve">Ответ: </w:t>
            </w:r>
            <w:proofErr w:type="spellStart"/>
            <w:r w:rsidR="00A5180B" w:rsidRPr="00104BD6">
              <w:rPr>
                <w:rFonts w:cs="Times New Roman"/>
                <w:i/>
                <w:szCs w:val="24"/>
                <w:lang w:val="ru-RU"/>
              </w:rPr>
              <w:t>Stop</w:t>
            </w:r>
            <w:proofErr w:type="spellEnd"/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Fonts w:cs="Times New Roman"/>
                <w:b/>
                <w:szCs w:val="24"/>
                <w:lang w:val="ru-RU"/>
              </w:rPr>
              <w:t>Задание 16.</w:t>
            </w:r>
            <w:r w:rsidRPr="00104BD6">
              <w:rPr>
                <w:rFonts w:cs="Times New Roman"/>
                <w:i/>
                <w:szCs w:val="24"/>
                <w:lang w:val="ru-RU"/>
              </w:rPr>
              <w:t xml:space="preserve"> Ответе на вопрос одн</w:t>
            </w:r>
            <w:r w:rsidR="00104BD6" w:rsidRPr="00104BD6">
              <w:rPr>
                <w:rFonts w:cs="Times New Roman"/>
                <w:i/>
                <w:szCs w:val="24"/>
                <w:lang w:val="ru-RU"/>
              </w:rPr>
              <w:t>ой</w:t>
            </w:r>
            <w:r w:rsidRPr="00104BD6">
              <w:rPr>
                <w:rFonts w:cs="Times New Roman"/>
                <w:i/>
                <w:szCs w:val="24"/>
                <w:lang w:val="ru-RU"/>
              </w:rPr>
              <w:t xml:space="preserve"> </w:t>
            </w:r>
            <w:r w:rsidR="00104BD6" w:rsidRPr="00104BD6">
              <w:rPr>
                <w:rFonts w:cs="Times New Roman"/>
                <w:i/>
                <w:szCs w:val="24"/>
                <w:lang w:val="ru-RU"/>
              </w:rPr>
              <w:t>буквой</w:t>
            </w:r>
            <w:r w:rsidRPr="00104BD6">
              <w:rPr>
                <w:rFonts w:cs="Times New Roman"/>
                <w:i/>
                <w:szCs w:val="24"/>
                <w:lang w:val="ru-RU"/>
              </w:rPr>
              <w:t>.</w:t>
            </w:r>
          </w:p>
          <w:p w:rsidR="00D4411B" w:rsidRPr="00104BD6" w:rsidRDefault="00D4411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A5180B" w:rsidRPr="00104BD6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>Что выведет этот код?</w:t>
            </w:r>
            <w:r w:rsidRPr="00104BD6">
              <w:rPr>
                <w:rFonts w:cs="Times New Roman"/>
                <w:szCs w:val="24"/>
                <w:lang w:val="ru-RU"/>
              </w:rPr>
              <w:t xml:space="preserve"> </w:t>
            </w:r>
          </w:p>
          <w:p w:rsidR="00A5180B" w:rsidRPr="00104BD6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A5180B">
              <w:rPr>
                <w:rFonts w:cs="Times New Roman"/>
                <w:szCs w:val="24"/>
                <w:lang w:val="ru-RU"/>
              </w:rPr>
              <w:t xml:space="preserve">x </w:t>
            </w:r>
            <w:r w:rsidRPr="00104BD6">
              <w:rPr>
                <w:rFonts w:cs="Times New Roman"/>
                <w:szCs w:val="24"/>
                <w:lang w:val="ru-RU"/>
              </w:rPr>
              <w:t>=</w:t>
            </w:r>
            <w:r w:rsidRPr="00A5180B">
              <w:rPr>
                <w:rFonts w:cs="Times New Roman"/>
                <w:szCs w:val="24"/>
                <w:lang w:val="ru-RU"/>
              </w:rPr>
              <w:t xml:space="preserve"> </w:t>
            </w:r>
            <w:r w:rsidRPr="00104BD6">
              <w:rPr>
                <w:rFonts w:cs="Times New Roman"/>
                <w:szCs w:val="24"/>
                <w:lang w:val="ru-RU"/>
              </w:rPr>
              <w:t>5;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>if</w:t>
            </w:r>
            <w:r w:rsidRPr="00A5180B">
              <w:rPr>
                <w:rFonts w:cs="Times New Roman"/>
                <w:szCs w:val="24"/>
                <w:lang w:val="ru-RU"/>
              </w:rPr>
              <w:t xml:space="preserve"> </w:t>
            </w:r>
            <w:proofErr w:type="gramStart"/>
            <w:r w:rsidRPr="00A5180B">
              <w:rPr>
                <w:rFonts w:cs="Times New Roman"/>
                <w:szCs w:val="24"/>
                <w:lang w:val="ru-RU"/>
              </w:rPr>
              <w:t xml:space="preserve">x </w:t>
            </w:r>
            <w:r w:rsidRPr="00104BD6">
              <w:rPr>
                <w:rFonts w:cs="Times New Roman"/>
                <w:szCs w:val="24"/>
                <w:lang w:val="ru-RU"/>
              </w:rPr>
              <w:t>&gt;</w:t>
            </w:r>
            <w:proofErr w:type="gramEnd"/>
            <w:r w:rsidRPr="00A5180B">
              <w:rPr>
                <w:rFonts w:cs="Times New Roman"/>
                <w:szCs w:val="24"/>
                <w:lang w:val="ru-RU"/>
              </w:rPr>
              <w:t xml:space="preserve"> </w:t>
            </w:r>
            <w:r w:rsidRPr="00104BD6">
              <w:rPr>
                <w:rFonts w:cs="Times New Roman"/>
                <w:szCs w:val="24"/>
                <w:lang w:val="ru-RU"/>
              </w:rPr>
              <w:t>10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A5180B">
              <w:rPr>
                <w:rFonts w:cs="Times New Roman"/>
                <w:szCs w:val="24"/>
                <w:lang w:val="ru-RU"/>
              </w:rPr>
              <w:t xml:space="preserve">    </w:t>
            </w:r>
            <w:proofErr w:type="spellStart"/>
            <w:r w:rsidRPr="00104BD6">
              <w:rPr>
                <w:rFonts w:cs="Times New Roman"/>
                <w:szCs w:val="24"/>
                <w:lang w:val="ru-RU"/>
              </w:rPr>
              <w:t>disp</w:t>
            </w:r>
            <w:proofErr w:type="spellEnd"/>
            <w:r w:rsidRPr="00104BD6">
              <w:rPr>
                <w:rFonts w:cs="Times New Roman"/>
                <w:szCs w:val="24"/>
                <w:lang w:val="ru-RU"/>
              </w:rPr>
              <w:t>('A')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>else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A5180B">
              <w:rPr>
                <w:rFonts w:cs="Times New Roman"/>
                <w:szCs w:val="24"/>
                <w:lang w:val="ru-RU"/>
              </w:rPr>
              <w:t xml:space="preserve">    </w:t>
            </w:r>
            <w:proofErr w:type="spellStart"/>
            <w:r w:rsidRPr="00104BD6">
              <w:rPr>
                <w:rFonts w:cs="Times New Roman"/>
                <w:szCs w:val="24"/>
                <w:lang w:val="ru-RU"/>
              </w:rPr>
              <w:t>disp</w:t>
            </w:r>
            <w:proofErr w:type="spellEnd"/>
            <w:r w:rsidRPr="00104BD6">
              <w:rPr>
                <w:rFonts w:cs="Times New Roman"/>
                <w:szCs w:val="24"/>
                <w:lang w:val="ru-RU"/>
              </w:rPr>
              <w:t>('B')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>end</w:t>
            </w:r>
          </w:p>
          <w:p w:rsidR="00A5180B" w:rsidRPr="00104BD6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D4411B" w:rsidRPr="00104BD6" w:rsidRDefault="00D4411B" w:rsidP="00104BD6">
            <w:pPr>
              <w:spacing w:line="240" w:lineRule="auto"/>
              <w:rPr>
                <w:rFonts w:cs="Times New Roman"/>
                <w:bCs/>
                <w:i/>
                <w:szCs w:val="24"/>
                <w:lang w:val="ru-RU"/>
              </w:rPr>
            </w:pPr>
            <w:r w:rsidRPr="00104BD6">
              <w:rPr>
                <w:rFonts w:cs="Times New Roman"/>
                <w:i/>
                <w:szCs w:val="24"/>
                <w:lang w:val="ru-RU"/>
              </w:rPr>
              <w:t xml:space="preserve">Ответ: </w:t>
            </w:r>
            <w:r w:rsidR="00A5180B" w:rsidRPr="00104BD6">
              <w:rPr>
                <w:rFonts w:cs="Times New Roman"/>
                <w:bCs/>
                <w:i/>
                <w:szCs w:val="24"/>
                <w:lang w:val="ru-RU"/>
              </w:rPr>
              <w:t>В</w:t>
            </w:r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rStyle w:val="af6"/>
                <w:color w:val="0F1115"/>
                <w:sz w:val="24"/>
                <w:szCs w:val="24"/>
                <w:shd w:val="clear" w:color="auto" w:fill="FFFFFF"/>
                <w:lang w:val="en-US"/>
              </w:rPr>
            </w:pP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Fonts w:cs="Times New Roman"/>
                <w:b/>
                <w:szCs w:val="24"/>
                <w:lang w:val="ru-RU"/>
              </w:rPr>
              <w:t>Задание 17.</w:t>
            </w:r>
            <w:r w:rsidRPr="00104BD6">
              <w:rPr>
                <w:rFonts w:cs="Times New Roman"/>
                <w:i/>
                <w:szCs w:val="24"/>
                <w:lang w:val="ru-RU"/>
              </w:rPr>
              <w:t xml:space="preserve"> </w:t>
            </w:r>
            <w:r w:rsidR="00104BD6" w:rsidRPr="00104BD6">
              <w:rPr>
                <w:rFonts w:cs="Times New Roman"/>
                <w:i/>
                <w:szCs w:val="24"/>
                <w:lang w:val="ru-RU"/>
              </w:rPr>
              <w:t xml:space="preserve">Ответе на вопрос одной </w:t>
            </w:r>
            <w:r w:rsidR="00104BD6" w:rsidRPr="00104BD6">
              <w:rPr>
                <w:rFonts w:cs="Times New Roman"/>
                <w:i/>
                <w:szCs w:val="24"/>
                <w:lang w:val="ru-RU"/>
              </w:rPr>
              <w:t>в численной форме.</w:t>
            </w:r>
          </w:p>
          <w:p w:rsidR="00D4411B" w:rsidRPr="00104BD6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>Что выведет этот код?</w:t>
            </w:r>
            <w:r w:rsidRPr="00104BD6">
              <w:rPr>
                <w:rFonts w:cs="Times New Roman"/>
                <w:szCs w:val="24"/>
                <w:lang w:val="ru-RU"/>
              </w:rPr>
              <w:t xml:space="preserve"> </w:t>
            </w:r>
          </w:p>
          <w:p w:rsidR="00A5180B" w:rsidRPr="00104BD6" w:rsidRDefault="00A5180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A5180B">
              <w:rPr>
                <w:rFonts w:cs="Times New Roman"/>
                <w:szCs w:val="24"/>
                <w:lang w:val="ru-RU"/>
              </w:rPr>
              <w:t xml:space="preserve">s </w:t>
            </w:r>
            <w:r w:rsidRPr="00104BD6">
              <w:rPr>
                <w:rFonts w:cs="Times New Roman"/>
                <w:szCs w:val="24"/>
                <w:lang w:val="ru-RU"/>
              </w:rPr>
              <w:t>=</w:t>
            </w:r>
            <w:r w:rsidRPr="00A5180B">
              <w:rPr>
                <w:rFonts w:cs="Times New Roman"/>
                <w:szCs w:val="24"/>
                <w:lang w:val="ru-RU"/>
              </w:rPr>
              <w:t xml:space="preserve"> </w:t>
            </w:r>
            <w:r w:rsidRPr="00104BD6">
              <w:rPr>
                <w:rFonts w:cs="Times New Roman"/>
                <w:szCs w:val="24"/>
                <w:lang w:val="ru-RU"/>
              </w:rPr>
              <w:t>0;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>for</w:t>
            </w:r>
            <w:r w:rsidRPr="00A5180B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104BD6">
              <w:rPr>
                <w:rFonts w:cs="Times New Roman"/>
                <w:szCs w:val="24"/>
                <w:lang w:val="ru-RU"/>
              </w:rPr>
              <w:t>i</w:t>
            </w:r>
            <w:proofErr w:type="spellEnd"/>
            <w:r w:rsidRPr="00A5180B">
              <w:rPr>
                <w:rFonts w:cs="Times New Roman"/>
                <w:szCs w:val="24"/>
                <w:lang w:val="ru-RU"/>
              </w:rPr>
              <w:t xml:space="preserve"> </w:t>
            </w:r>
            <w:r w:rsidRPr="00104BD6">
              <w:rPr>
                <w:rFonts w:cs="Times New Roman"/>
                <w:szCs w:val="24"/>
                <w:lang w:val="ru-RU"/>
              </w:rPr>
              <w:t>=</w:t>
            </w:r>
            <w:r w:rsidRPr="00A5180B">
              <w:rPr>
                <w:rFonts w:cs="Times New Roman"/>
                <w:szCs w:val="24"/>
                <w:lang w:val="ru-RU"/>
              </w:rPr>
              <w:t xml:space="preserve"> </w:t>
            </w:r>
            <w:r w:rsidRPr="00104BD6">
              <w:rPr>
                <w:rFonts w:cs="Times New Roman"/>
                <w:szCs w:val="24"/>
                <w:lang w:val="ru-RU"/>
              </w:rPr>
              <w:t>1:2:7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A5180B">
              <w:rPr>
                <w:rFonts w:cs="Times New Roman"/>
                <w:szCs w:val="24"/>
                <w:lang w:val="ru-RU"/>
              </w:rPr>
              <w:t xml:space="preserve">    s </w:t>
            </w:r>
            <w:r w:rsidRPr="00104BD6">
              <w:rPr>
                <w:rFonts w:cs="Times New Roman"/>
                <w:szCs w:val="24"/>
                <w:lang w:val="ru-RU"/>
              </w:rPr>
              <w:t>=</w:t>
            </w:r>
            <w:r w:rsidRPr="00A5180B">
              <w:rPr>
                <w:rFonts w:cs="Times New Roman"/>
                <w:szCs w:val="24"/>
                <w:lang w:val="ru-RU"/>
              </w:rPr>
              <w:t xml:space="preserve"> s </w:t>
            </w:r>
            <w:r w:rsidRPr="00104BD6">
              <w:rPr>
                <w:rFonts w:cs="Times New Roman"/>
                <w:szCs w:val="24"/>
                <w:lang w:val="ru-RU"/>
              </w:rPr>
              <w:t>+</w:t>
            </w:r>
            <w:r w:rsidRPr="00A5180B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r w:rsidRPr="00104BD6">
              <w:rPr>
                <w:rFonts w:cs="Times New Roman"/>
                <w:szCs w:val="24"/>
                <w:lang w:val="ru-RU"/>
              </w:rPr>
              <w:t>i</w:t>
            </w:r>
            <w:proofErr w:type="spellEnd"/>
            <w:r w:rsidRPr="00104BD6">
              <w:rPr>
                <w:rFonts w:cs="Times New Roman"/>
                <w:szCs w:val="24"/>
                <w:lang w:val="ru-RU"/>
              </w:rPr>
              <w:t>;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>end</w:t>
            </w:r>
          </w:p>
          <w:p w:rsidR="00A5180B" w:rsidRPr="00A5180B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>disp(</w:t>
            </w:r>
            <w:r w:rsidRPr="00A5180B">
              <w:rPr>
                <w:rFonts w:cs="Times New Roman"/>
                <w:szCs w:val="24"/>
                <w:lang w:val="ru-RU"/>
              </w:rPr>
              <w:t>s</w:t>
            </w:r>
            <w:r w:rsidRPr="00104BD6">
              <w:rPr>
                <w:rFonts w:cs="Times New Roman"/>
                <w:szCs w:val="24"/>
                <w:lang w:val="ru-RU"/>
              </w:rPr>
              <w:t>)</w:t>
            </w:r>
          </w:p>
          <w:p w:rsidR="00A5180B" w:rsidRPr="00104BD6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</w:p>
          <w:p w:rsidR="00D4411B" w:rsidRPr="00104BD6" w:rsidRDefault="00D4411B" w:rsidP="00104BD6">
            <w:pPr>
              <w:spacing w:line="240" w:lineRule="auto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Fonts w:cs="Times New Roman"/>
                <w:i/>
                <w:szCs w:val="24"/>
                <w:lang w:val="ru-RU"/>
              </w:rPr>
              <w:t xml:space="preserve">Ответ: </w:t>
            </w:r>
            <w:r w:rsidR="00A5180B" w:rsidRPr="00104BD6">
              <w:rPr>
                <w:rFonts w:cs="Times New Roman"/>
                <w:bCs/>
                <w:i/>
                <w:szCs w:val="24"/>
                <w:lang w:val="ru-RU"/>
              </w:rPr>
              <w:t>16</w:t>
            </w:r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Fonts w:cs="Times New Roman"/>
                <w:b/>
                <w:szCs w:val="24"/>
                <w:lang w:val="ru-RU"/>
              </w:rPr>
              <w:t>Задание 18.</w:t>
            </w:r>
            <w:r w:rsidRPr="00104BD6">
              <w:rPr>
                <w:rFonts w:cs="Times New Roman"/>
                <w:i/>
                <w:szCs w:val="24"/>
                <w:lang w:val="ru-RU"/>
              </w:rPr>
              <w:t xml:space="preserve"> </w:t>
            </w:r>
            <w:r w:rsidR="00104BD6" w:rsidRPr="00104BD6">
              <w:rPr>
                <w:rFonts w:cs="Times New Roman"/>
                <w:i/>
                <w:szCs w:val="24"/>
                <w:lang w:val="ru-RU"/>
              </w:rPr>
              <w:t>Ответе на вопрос одной цифрой</w:t>
            </w: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A5180B" w:rsidRPr="00104BD6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>Что выведет этот код</w:t>
            </w:r>
          </w:p>
          <w:p w:rsidR="00A5180B" w:rsidRPr="00104BD6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proofErr w:type="spellStart"/>
            <w:r w:rsidRPr="00104BD6">
              <w:rPr>
                <w:rFonts w:cs="Times New Roman"/>
                <w:szCs w:val="24"/>
                <w:lang w:val="ru-RU"/>
              </w:rPr>
              <w:t>grade</w:t>
            </w:r>
            <w:proofErr w:type="spellEnd"/>
            <w:r w:rsidRPr="00104BD6">
              <w:rPr>
                <w:rFonts w:cs="Times New Roman"/>
                <w:szCs w:val="24"/>
                <w:lang w:val="ru-RU"/>
              </w:rPr>
              <w:t xml:space="preserve"> </w:t>
            </w:r>
            <w:r w:rsidRPr="00104BD6">
              <w:rPr>
                <w:rFonts w:cs="Times New Roman"/>
                <w:szCs w:val="24"/>
                <w:lang w:val="ru-RU"/>
              </w:rPr>
              <w:t>=</w:t>
            </w:r>
            <w:r w:rsidRPr="00104BD6">
              <w:rPr>
                <w:rFonts w:cs="Times New Roman"/>
                <w:szCs w:val="24"/>
                <w:lang w:val="ru-RU"/>
              </w:rPr>
              <w:t xml:space="preserve"> </w:t>
            </w:r>
            <w:r w:rsidRPr="00104BD6">
              <w:rPr>
                <w:rFonts w:cs="Times New Roman"/>
                <w:szCs w:val="24"/>
                <w:lang w:val="ru-RU"/>
              </w:rPr>
              <w:t>85;</w:t>
            </w:r>
          </w:p>
          <w:p w:rsidR="00A5180B" w:rsidRPr="00104BD6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>switch</w:t>
            </w:r>
            <w:r w:rsidRPr="00104BD6">
              <w:rPr>
                <w:rFonts w:cs="Times New Roman"/>
                <w:szCs w:val="24"/>
                <w:lang w:val="ru-RU"/>
              </w:rPr>
              <w:t xml:space="preserve"> true</w:t>
            </w:r>
          </w:p>
          <w:p w:rsidR="00A5180B" w:rsidRPr="00104BD6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 xml:space="preserve">    </w:t>
            </w:r>
            <w:r w:rsidRPr="00104BD6">
              <w:rPr>
                <w:rFonts w:cs="Times New Roman"/>
                <w:szCs w:val="24"/>
                <w:lang w:val="ru-RU"/>
              </w:rPr>
              <w:t>case</w:t>
            </w:r>
            <w:r w:rsidRPr="00104BD6">
              <w:rPr>
                <w:rFonts w:cs="Times New Roman"/>
                <w:szCs w:val="24"/>
                <w:lang w:val="ru-RU"/>
              </w:rPr>
              <w:t xml:space="preserve"> </w:t>
            </w:r>
            <w:proofErr w:type="gramStart"/>
            <w:r w:rsidRPr="00104BD6">
              <w:rPr>
                <w:rFonts w:cs="Times New Roman"/>
                <w:szCs w:val="24"/>
                <w:lang w:val="ru-RU"/>
              </w:rPr>
              <w:t xml:space="preserve">grade </w:t>
            </w:r>
            <w:r w:rsidRPr="00104BD6">
              <w:rPr>
                <w:rFonts w:cs="Times New Roman"/>
                <w:szCs w:val="24"/>
                <w:lang w:val="ru-RU"/>
              </w:rPr>
              <w:t>&gt;</w:t>
            </w:r>
            <w:proofErr w:type="gramEnd"/>
            <w:r w:rsidRPr="00104BD6">
              <w:rPr>
                <w:rFonts w:cs="Times New Roman"/>
                <w:szCs w:val="24"/>
                <w:lang w:val="ru-RU"/>
              </w:rPr>
              <w:t>=</w:t>
            </w:r>
            <w:r w:rsidRPr="00104BD6">
              <w:rPr>
                <w:rFonts w:cs="Times New Roman"/>
                <w:szCs w:val="24"/>
                <w:lang w:val="ru-RU"/>
              </w:rPr>
              <w:t xml:space="preserve"> </w:t>
            </w:r>
            <w:r w:rsidRPr="00104BD6">
              <w:rPr>
                <w:rFonts w:cs="Times New Roman"/>
                <w:szCs w:val="24"/>
                <w:lang w:val="ru-RU"/>
              </w:rPr>
              <w:t>90</w:t>
            </w:r>
          </w:p>
          <w:p w:rsidR="00A5180B" w:rsidRPr="00104BD6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 xml:space="preserve">        </w:t>
            </w:r>
            <w:proofErr w:type="spellStart"/>
            <w:r w:rsidRPr="00104BD6">
              <w:rPr>
                <w:rFonts w:cs="Times New Roman"/>
                <w:szCs w:val="24"/>
                <w:lang w:val="ru-RU"/>
              </w:rPr>
              <w:t>disp</w:t>
            </w:r>
            <w:proofErr w:type="spellEnd"/>
            <w:r w:rsidRPr="00104BD6">
              <w:rPr>
                <w:rFonts w:cs="Times New Roman"/>
                <w:szCs w:val="24"/>
                <w:lang w:val="ru-RU"/>
              </w:rPr>
              <w:t>('5')</w:t>
            </w:r>
          </w:p>
          <w:p w:rsidR="00A5180B" w:rsidRPr="00104BD6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 xml:space="preserve">    </w:t>
            </w:r>
            <w:r w:rsidRPr="00104BD6">
              <w:rPr>
                <w:rFonts w:cs="Times New Roman"/>
                <w:szCs w:val="24"/>
                <w:lang w:val="ru-RU"/>
              </w:rPr>
              <w:t>case</w:t>
            </w:r>
            <w:r w:rsidRPr="00104BD6">
              <w:rPr>
                <w:rFonts w:cs="Times New Roman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104BD6">
              <w:rPr>
                <w:rFonts w:cs="Times New Roman"/>
                <w:szCs w:val="24"/>
                <w:lang w:val="ru-RU"/>
              </w:rPr>
              <w:t>grade</w:t>
            </w:r>
            <w:proofErr w:type="spellEnd"/>
            <w:r w:rsidRPr="00104BD6">
              <w:rPr>
                <w:rFonts w:cs="Times New Roman"/>
                <w:szCs w:val="24"/>
                <w:lang w:val="ru-RU"/>
              </w:rPr>
              <w:t xml:space="preserve"> </w:t>
            </w:r>
            <w:r w:rsidRPr="00104BD6">
              <w:rPr>
                <w:rFonts w:cs="Times New Roman"/>
                <w:szCs w:val="24"/>
                <w:lang w:val="ru-RU"/>
              </w:rPr>
              <w:t>&gt;</w:t>
            </w:r>
            <w:proofErr w:type="gramEnd"/>
            <w:r w:rsidRPr="00104BD6">
              <w:rPr>
                <w:rFonts w:cs="Times New Roman"/>
                <w:szCs w:val="24"/>
                <w:lang w:val="ru-RU"/>
              </w:rPr>
              <w:t>=</w:t>
            </w:r>
            <w:r w:rsidRPr="00104BD6">
              <w:rPr>
                <w:rFonts w:cs="Times New Roman"/>
                <w:szCs w:val="24"/>
                <w:lang w:val="ru-RU"/>
              </w:rPr>
              <w:t xml:space="preserve"> </w:t>
            </w:r>
            <w:r w:rsidRPr="00104BD6">
              <w:rPr>
                <w:rFonts w:cs="Times New Roman"/>
                <w:szCs w:val="24"/>
                <w:lang w:val="ru-RU"/>
              </w:rPr>
              <w:t>80</w:t>
            </w:r>
          </w:p>
          <w:p w:rsidR="00A5180B" w:rsidRPr="00104BD6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 xml:space="preserve">        </w:t>
            </w:r>
            <w:proofErr w:type="spellStart"/>
            <w:r w:rsidRPr="00104BD6">
              <w:rPr>
                <w:rFonts w:cs="Times New Roman"/>
                <w:szCs w:val="24"/>
                <w:lang w:val="ru-RU"/>
              </w:rPr>
              <w:t>disp</w:t>
            </w:r>
            <w:proofErr w:type="spellEnd"/>
            <w:r w:rsidRPr="00104BD6">
              <w:rPr>
                <w:rFonts w:cs="Times New Roman"/>
                <w:szCs w:val="24"/>
                <w:lang w:val="ru-RU"/>
              </w:rPr>
              <w:t>('4')</w:t>
            </w:r>
          </w:p>
          <w:p w:rsidR="00A5180B" w:rsidRPr="00104BD6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 xml:space="preserve">    </w:t>
            </w:r>
            <w:r w:rsidRPr="00104BD6">
              <w:rPr>
                <w:rFonts w:cs="Times New Roman"/>
                <w:szCs w:val="24"/>
                <w:lang w:val="ru-RU"/>
              </w:rPr>
              <w:t>case</w:t>
            </w:r>
            <w:r w:rsidRPr="00104BD6">
              <w:rPr>
                <w:rFonts w:cs="Times New Roman"/>
                <w:szCs w:val="24"/>
                <w:lang w:val="ru-RU"/>
              </w:rPr>
              <w:t xml:space="preserve"> </w:t>
            </w:r>
            <w:proofErr w:type="gramStart"/>
            <w:r w:rsidRPr="00104BD6">
              <w:rPr>
                <w:rFonts w:cs="Times New Roman"/>
                <w:szCs w:val="24"/>
                <w:lang w:val="ru-RU"/>
              </w:rPr>
              <w:t xml:space="preserve">grade </w:t>
            </w:r>
            <w:r w:rsidRPr="00104BD6">
              <w:rPr>
                <w:rFonts w:cs="Times New Roman"/>
                <w:szCs w:val="24"/>
                <w:lang w:val="ru-RU"/>
              </w:rPr>
              <w:t>&gt;</w:t>
            </w:r>
            <w:proofErr w:type="gramEnd"/>
            <w:r w:rsidRPr="00104BD6">
              <w:rPr>
                <w:rFonts w:cs="Times New Roman"/>
                <w:szCs w:val="24"/>
                <w:lang w:val="ru-RU"/>
              </w:rPr>
              <w:t>=</w:t>
            </w:r>
            <w:r w:rsidRPr="00104BD6">
              <w:rPr>
                <w:rFonts w:cs="Times New Roman"/>
                <w:szCs w:val="24"/>
                <w:lang w:val="ru-RU"/>
              </w:rPr>
              <w:t xml:space="preserve"> </w:t>
            </w:r>
            <w:r w:rsidRPr="00104BD6">
              <w:rPr>
                <w:rFonts w:cs="Times New Roman"/>
                <w:szCs w:val="24"/>
                <w:lang w:val="ru-RU"/>
              </w:rPr>
              <w:t>70</w:t>
            </w:r>
          </w:p>
          <w:p w:rsidR="00A5180B" w:rsidRPr="00104BD6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 xml:space="preserve">        </w:t>
            </w:r>
            <w:proofErr w:type="spellStart"/>
            <w:r w:rsidRPr="00104BD6">
              <w:rPr>
                <w:rFonts w:cs="Times New Roman"/>
                <w:szCs w:val="24"/>
                <w:lang w:val="ru-RU"/>
              </w:rPr>
              <w:t>disp</w:t>
            </w:r>
            <w:proofErr w:type="spellEnd"/>
            <w:r w:rsidRPr="00104BD6">
              <w:rPr>
                <w:rFonts w:cs="Times New Roman"/>
                <w:szCs w:val="24"/>
                <w:lang w:val="ru-RU"/>
              </w:rPr>
              <w:t>('3')</w:t>
            </w:r>
          </w:p>
          <w:p w:rsidR="00A5180B" w:rsidRPr="00104BD6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 xml:space="preserve">    </w:t>
            </w:r>
            <w:r w:rsidRPr="00104BD6">
              <w:rPr>
                <w:rFonts w:cs="Times New Roman"/>
                <w:szCs w:val="24"/>
                <w:lang w:val="ru-RU"/>
              </w:rPr>
              <w:t>otherwise</w:t>
            </w:r>
          </w:p>
          <w:p w:rsidR="00A5180B" w:rsidRPr="00104BD6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 xml:space="preserve">        </w:t>
            </w:r>
            <w:proofErr w:type="spellStart"/>
            <w:r w:rsidRPr="00104BD6">
              <w:rPr>
                <w:rFonts w:cs="Times New Roman"/>
                <w:szCs w:val="24"/>
                <w:lang w:val="ru-RU"/>
              </w:rPr>
              <w:t>disp</w:t>
            </w:r>
            <w:proofErr w:type="spellEnd"/>
            <w:r w:rsidRPr="00104BD6">
              <w:rPr>
                <w:rFonts w:cs="Times New Roman"/>
                <w:szCs w:val="24"/>
                <w:lang w:val="ru-RU"/>
              </w:rPr>
              <w:t>('2')</w:t>
            </w:r>
          </w:p>
          <w:p w:rsidR="00A5180B" w:rsidRPr="00104BD6" w:rsidRDefault="00A5180B" w:rsidP="00104BD6">
            <w:pPr>
              <w:spacing w:line="240" w:lineRule="auto"/>
              <w:rPr>
                <w:rFonts w:cs="Times New Roman"/>
                <w:szCs w:val="24"/>
                <w:lang w:val="ru-RU"/>
              </w:rPr>
            </w:pPr>
            <w:r w:rsidRPr="00104BD6">
              <w:rPr>
                <w:rFonts w:cs="Times New Roman"/>
                <w:szCs w:val="24"/>
                <w:lang w:val="ru-RU"/>
              </w:rPr>
              <w:t>end</w:t>
            </w:r>
          </w:p>
          <w:p w:rsidR="00D4411B" w:rsidRPr="00104BD6" w:rsidRDefault="00A5180B" w:rsidP="00104BD6">
            <w:pPr>
              <w:spacing w:line="240" w:lineRule="auto"/>
              <w:rPr>
                <w:rFonts w:cs="Times New Roman"/>
                <w:i/>
                <w:szCs w:val="24"/>
              </w:rPr>
            </w:pPr>
            <w:r w:rsidRPr="00104BD6">
              <w:rPr>
                <w:rFonts w:cs="Times New Roman"/>
                <w:i/>
                <w:szCs w:val="24"/>
              </w:rPr>
              <w:t xml:space="preserve"> </w:t>
            </w:r>
            <w:r w:rsidR="00D4411B" w:rsidRPr="00104BD6">
              <w:rPr>
                <w:rFonts w:cs="Times New Roman"/>
                <w:i/>
                <w:szCs w:val="24"/>
                <w:lang w:val="ru-RU"/>
              </w:rPr>
              <w:t xml:space="preserve">Ответ: </w:t>
            </w:r>
            <w:r w:rsidR="00104BD6" w:rsidRPr="00104BD6">
              <w:rPr>
                <w:rFonts w:cs="Times New Roman"/>
                <w:bCs/>
                <w:i/>
                <w:szCs w:val="24"/>
                <w:lang w:val="ru-RU"/>
              </w:rPr>
              <w:t>4</w:t>
            </w:r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i/>
                <w:snapToGrid/>
                <w:sz w:val="24"/>
                <w:szCs w:val="24"/>
              </w:rPr>
            </w:pPr>
          </w:p>
        </w:tc>
      </w:tr>
      <w:tr w:rsidR="00D4411B" w:rsidRPr="00D4176F" w:rsidTr="0069161D">
        <w:trPr>
          <w:jc w:val="center"/>
        </w:trPr>
        <w:tc>
          <w:tcPr>
            <w:tcW w:w="3371" w:type="dxa"/>
            <w:gridSpan w:val="2"/>
            <w:shd w:val="clear" w:color="auto" w:fill="auto"/>
          </w:tcPr>
          <w:p w:rsidR="00D4411B" w:rsidRPr="00104BD6" w:rsidRDefault="00D4411B" w:rsidP="0069161D">
            <w:pPr>
              <w:spacing w:line="240" w:lineRule="auto"/>
              <w:rPr>
                <w:rFonts w:cs="Times New Roman"/>
                <w:b/>
                <w:szCs w:val="24"/>
              </w:rPr>
            </w:pPr>
            <w:r w:rsidRPr="00104BD6">
              <w:rPr>
                <w:rFonts w:cs="Times New Roman"/>
                <w:b/>
                <w:szCs w:val="24"/>
              </w:rPr>
              <w:lastRenderedPageBreak/>
              <w:t xml:space="preserve">Уровень </w:t>
            </w:r>
            <w:proofErr w:type="spellStart"/>
            <w:r w:rsidRPr="00104BD6">
              <w:rPr>
                <w:rFonts w:cs="Times New Roman"/>
                <w:b/>
                <w:szCs w:val="24"/>
              </w:rPr>
              <w:t>сложности</w:t>
            </w:r>
            <w:proofErr w:type="spellEnd"/>
          </w:p>
        </w:tc>
        <w:tc>
          <w:tcPr>
            <w:tcW w:w="5974" w:type="dxa"/>
            <w:gridSpan w:val="2"/>
            <w:shd w:val="clear" w:color="auto" w:fill="auto"/>
          </w:tcPr>
          <w:p w:rsidR="00D4411B" w:rsidRPr="00104BD6" w:rsidRDefault="00D4411B" w:rsidP="0069161D">
            <w:pPr>
              <w:spacing w:line="240" w:lineRule="auto"/>
              <w:rPr>
                <w:rFonts w:cs="Times New Roman"/>
                <w:b/>
                <w:szCs w:val="24"/>
              </w:rPr>
            </w:pPr>
            <w:proofErr w:type="spellStart"/>
            <w:r w:rsidRPr="00104BD6">
              <w:rPr>
                <w:rFonts w:cs="Times New Roman"/>
                <w:b/>
                <w:szCs w:val="24"/>
              </w:rPr>
              <w:t>Высокий</w:t>
            </w:r>
            <w:proofErr w:type="spellEnd"/>
          </w:p>
        </w:tc>
      </w:tr>
      <w:tr w:rsidR="00D4411B" w:rsidRPr="00D4176F" w:rsidTr="0069161D">
        <w:trPr>
          <w:jc w:val="center"/>
        </w:trPr>
        <w:tc>
          <w:tcPr>
            <w:tcW w:w="3371" w:type="dxa"/>
            <w:gridSpan w:val="2"/>
            <w:shd w:val="clear" w:color="auto" w:fill="auto"/>
          </w:tcPr>
          <w:p w:rsidR="00D4411B" w:rsidRPr="00104BD6" w:rsidRDefault="00D4411B" w:rsidP="0069161D">
            <w:pPr>
              <w:spacing w:line="240" w:lineRule="auto"/>
              <w:rPr>
                <w:rFonts w:cs="Times New Roman"/>
                <w:b/>
                <w:szCs w:val="24"/>
              </w:rPr>
            </w:pPr>
            <w:proofErr w:type="spellStart"/>
            <w:r w:rsidRPr="00104BD6">
              <w:rPr>
                <w:rFonts w:cs="Times New Roman"/>
                <w:b/>
                <w:szCs w:val="24"/>
              </w:rPr>
              <w:t>Тип</w:t>
            </w:r>
            <w:proofErr w:type="spellEnd"/>
            <w:r w:rsidRPr="00104BD6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104BD6">
              <w:rPr>
                <w:rFonts w:cs="Times New Roman"/>
                <w:b/>
                <w:szCs w:val="24"/>
              </w:rPr>
              <w:t>задания</w:t>
            </w:r>
            <w:proofErr w:type="spellEnd"/>
          </w:p>
        </w:tc>
        <w:tc>
          <w:tcPr>
            <w:tcW w:w="5974" w:type="dxa"/>
            <w:gridSpan w:val="2"/>
            <w:shd w:val="clear" w:color="auto" w:fill="auto"/>
          </w:tcPr>
          <w:p w:rsidR="00D4411B" w:rsidRPr="00104BD6" w:rsidRDefault="00D4411B" w:rsidP="0069161D">
            <w:pPr>
              <w:spacing w:line="240" w:lineRule="auto"/>
              <w:rPr>
                <w:rFonts w:cs="Times New Roman"/>
                <w:b/>
                <w:szCs w:val="24"/>
              </w:rPr>
            </w:pPr>
            <w:proofErr w:type="spellStart"/>
            <w:r w:rsidRPr="00104BD6">
              <w:rPr>
                <w:rFonts w:cs="Times New Roman"/>
                <w:b/>
                <w:szCs w:val="24"/>
              </w:rPr>
              <w:t>Решение</w:t>
            </w:r>
            <w:proofErr w:type="spellEnd"/>
            <w:r w:rsidRPr="00104BD6">
              <w:rPr>
                <w:rFonts w:cs="Times New Roman"/>
                <w:b/>
                <w:szCs w:val="24"/>
              </w:rPr>
              <w:t xml:space="preserve"> задач</w:t>
            </w:r>
          </w:p>
        </w:tc>
      </w:tr>
      <w:tr w:rsidR="00D4411B" w:rsidRPr="0069161D" w:rsidTr="0069161D">
        <w:trPr>
          <w:jc w:val="center"/>
        </w:trPr>
        <w:tc>
          <w:tcPr>
            <w:tcW w:w="9345" w:type="dxa"/>
            <w:gridSpan w:val="4"/>
            <w:shd w:val="clear" w:color="auto" w:fill="auto"/>
          </w:tcPr>
          <w:p w:rsidR="00D4411B" w:rsidRPr="00104BD6" w:rsidRDefault="00D4411B" w:rsidP="0069161D">
            <w:pPr>
              <w:spacing w:line="240" w:lineRule="auto"/>
              <w:rPr>
                <w:rFonts w:cs="Times New Roman"/>
                <w:bCs/>
                <w:szCs w:val="24"/>
                <w:lang w:val="ru-RU"/>
              </w:rPr>
            </w:pP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Fonts w:cs="Times New Roman"/>
                <w:b/>
                <w:szCs w:val="24"/>
                <w:lang w:val="ru-RU"/>
              </w:rPr>
              <w:t>Задание 19.</w:t>
            </w:r>
            <w:r w:rsidRPr="00104BD6">
              <w:rPr>
                <w:rFonts w:cs="Times New Roman"/>
                <w:i/>
                <w:szCs w:val="24"/>
                <w:lang w:val="ru-RU"/>
              </w:rPr>
              <w:t xml:space="preserve"> Решите задачу и впишите ответ в численном формате.</w:t>
            </w: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</w:p>
          <w:p w:rsidR="0069161D" w:rsidRPr="00104BD6" w:rsidRDefault="0069161D" w:rsidP="0069161D">
            <w:pPr>
              <w:pStyle w:val="14"/>
              <w:widowControl/>
              <w:ind w:firstLine="284"/>
              <w:rPr>
                <w:sz w:val="24"/>
                <w:szCs w:val="24"/>
                <w:shd w:val="clear" w:color="auto" w:fill="FFFFFF"/>
              </w:rPr>
            </w:pPr>
            <w:r w:rsidRPr="00104BD6">
              <w:rPr>
                <w:color w:val="0F1115"/>
                <w:sz w:val="24"/>
                <w:szCs w:val="24"/>
                <w:shd w:val="clear" w:color="auto" w:fill="FFFFFF"/>
              </w:rPr>
              <w:t>Напиши команду, которая запрашивает у пользователя ввод значения напряжения и сохраняет его в переменную </w:t>
            </w:r>
            <w:r w:rsidRPr="00104BD6">
              <w:rPr>
                <w:sz w:val="24"/>
                <w:szCs w:val="24"/>
                <w:shd w:val="clear" w:color="auto" w:fill="FFFFFF"/>
              </w:rPr>
              <w:t>U</w:t>
            </w:r>
          </w:p>
          <w:p w:rsidR="0069161D" w:rsidRPr="00104BD6" w:rsidRDefault="0069161D" w:rsidP="0069161D">
            <w:pPr>
              <w:pStyle w:val="14"/>
              <w:widowControl/>
              <w:ind w:firstLine="284"/>
              <w:rPr>
                <w:rStyle w:val="HTML"/>
                <w:rFonts w:ascii="Times New Roman" w:hAnsi="Times New Roman" w:cs="Times New Roman"/>
                <w:color w:val="0F1115"/>
                <w:sz w:val="24"/>
                <w:szCs w:val="24"/>
                <w:shd w:val="clear" w:color="auto" w:fill="EBEEF2"/>
              </w:rPr>
            </w:pPr>
          </w:p>
          <w:p w:rsidR="00D4411B" w:rsidRPr="00104BD6" w:rsidRDefault="00D4411B" w:rsidP="0069161D">
            <w:pPr>
              <w:pStyle w:val="14"/>
              <w:widowControl/>
              <w:ind w:firstLine="284"/>
              <w:rPr>
                <w:bCs/>
                <w:i/>
                <w:snapToGrid/>
                <w:sz w:val="24"/>
                <w:szCs w:val="24"/>
              </w:rPr>
            </w:pPr>
            <w:r w:rsidRPr="00104BD6">
              <w:rPr>
                <w:i/>
                <w:snapToGrid/>
                <w:sz w:val="24"/>
                <w:szCs w:val="24"/>
              </w:rPr>
              <w:t xml:space="preserve">Ответ: </w:t>
            </w:r>
            <w:r w:rsidR="0069161D" w:rsidRPr="00104BD6">
              <w:rPr>
                <w:i/>
                <w:color w:val="0F1115"/>
                <w:sz w:val="24"/>
                <w:szCs w:val="24"/>
                <w:shd w:val="clear" w:color="auto" w:fill="FFFFFF"/>
              </w:rPr>
              <w:t xml:space="preserve">U = </w:t>
            </w:r>
            <w:proofErr w:type="spellStart"/>
            <w:proofErr w:type="gramStart"/>
            <w:r w:rsidR="0069161D" w:rsidRPr="00104BD6">
              <w:rPr>
                <w:i/>
                <w:color w:val="0F1115"/>
                <w:sz w:val="24"/>
                <w:szCs w:val="24"/>
                <w:shd w:val="clear" w:color="auto" w:fill="FFFFFF"/>
              </w:rPr>
              <w:t>input</w:t>
            </w:r>
            <w:proofErr w:type="spellEnd"/>
            <w:r w:rsidR="0069161D" w:rsidRPr="00104BD6">
              <w:rPr>
                <w:i/>
                <w:color w:val="0F1115"/>
                <w:sz w:val="24"/>
                <w:szCs w:val="24"/>
                <w:shd w:val="clear" w:color="auto" w:fill="FFFFFF"/>
              </w:rPr>
              <w:t>(</w:t>
            </w:r>
            <w:proofErr w:type="gramEnd"/>
            <w:r w:rsidR="0069161D" w:rsidRPr="00104BD6">
              <w:rPr>
                <w:i/>
                <w:color w:val="0F1115"/>
                <w:sz w:val="24"/>
                <w:szCs w:val="24"/>
                <w:shd w:val="clear" w:color="auto" w:fill="FFFFFF"/>
              </w:rPr>
              <w:t>'Введите напряжение: ')</w:t>
            </w: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Style w:val="af6"/>
                <w:rFonts w:cs="Times New Roman"/>
                <w:color w:val="0F1115"/>
                <w:szCs w:val="24"/>
                <w:shd w:val="clear" w:color="auto" w:fill="FFFFFF"/>
                <w:lang w:val="ru-RU"/>
              </w:rPr>
              <w:br/>
            </w:r>
            <w:r w:rsidRPr="00104BD6">
              <w:rPr>
                <w:rFonts w:cs="Times New Roman"/>
                <w:b/>
                <w:szCs w:val="24"/>
                <w:lang w:val="ru-RU"/>
              </w:rPr>
              <w:t>Задание 20.</w:t>
            </w:r>
            <w:r w:rsidRPr="00104BD6">
              <w:rPr>
                <w:rFonts w:cs="Times New Roman"/>
                <w:i/>
                <w:szCs w:val="24"/>
                <w:lang w:val="ru-RU"/>
              </w:rPr>
              <w:t xml:space="preserve"> </w:t>
            </w:r>
            <w:r w:rsidR="0069161D" w:rsidRPr="00104BD6">
              <w:rPr>
                <w:rFonts w:cs="Times New Roman"/>
                <w:bCs/>
                <w:i/>
                <w:szCs w:val="24"/>
                <w:lang w:val="ru-RU"/>
              </w:rPr>
              <w:t>Установите соответствие между столбцами</w:t>
            </w: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</w:p>
          <w:tbl>
            <w:tblPr>
              <w:tblW w:w="11280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183"/>
              <w:gridCol w:w="8097"/>
            </w:tblGrid>
            <w:tr w:rsidR="0069161D" w:rsidRPr="00104BD6" w:rsidTr="0069161D">
              <w:trPr>
                <w:tblHeader/>
              </w:trPr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69161D" w:rsidRPr="00104BD6" w:rsidRDefault="0069161D" w:rsidP="0069161D">
                  <w:pPr>
                    <w:pStyle w:val="14"/>
                    <w:widowControl/>
                    <w:ind w:firstLine="284"/>
                    <w:rPr>
                      <w:rStyle w:val="markdown-word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104BD6">
                    <w:rPr>
                      <w:rStyle w:val="markdown-word"/>
                      <w:color w:val="000000"/>
                      <w:sz w:val="24"/>
                      <w:szCs w:val="24"/>
                      <w:shd w:val="clear" w:color="auto" w:fill="FFFFFF"/>
                    </w:rPr>
                    <w:t>Левая колонка</w:t>
                  </w:r>
                </w:p>
              </w:tc>
              <w:tc>
                <w:tcPr>
                  <w:tcW w:w="0" w:type="auto"/>
                  <w:tcBorders>
                    <w:top w:val="nil"/>
                  </w:tcBorders>
                  <w:shd w:val="clear" w:color="auto" w:fill="FFFFFF"/>
                  <w:tcMar>
                    <w:top w:w="150" w:type="dxa"/>
                    <w:left w:w="24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69161D" w:rsidRPr="00104BD6" w:rsidRDefault="0069161D" w:rsidP="0069161D">
                  <w:pPr>
                    <w:pStyle w:val="14"/>
                    <w:widowControl/>
                    <w:ind w:firstLine="284"/>
                    <w:rPr>
                      <w:rStyle w:val="markdown-word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104BD6">
                    <w:rPr>
                      <w:rStyle w:val="markdown-word"/>
                      <w:color w:val="000000"/>
                      <w:sz w:val="24"/>
                      <w:szCs w:val="24"/>
                      <w:shd w:val="clear" w:color="auto" w:fill="FFFFFF"/>
                    </w:rPr>
                    <w:t>Правая колонка</w:t>
                  </w:r>
                </w:p>
              </w:tc>
            </w:tr>
            <w:tr w:rsidR="0069161D" w:rsidRPr="00104BD6" w:rsidTr="0069161D"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69161D" w:rsidRPr="00104BD6" w:rsidRDefault="0069161D" w:rsidP="0069161D">
                  <w:pPr>
                    <w:pStyle w:val="14"/>
                    <w:widowControl/>
                    <w:ind w:firstLine="284"/>
                    <w:rPr>
                      <w:rStyle w:val="markdown-word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104BD6">
                    <w:rPr>
                      <w:rStyle w:val="markdown-word"/>
                      <w:color w:val="000000"/>
                      <w:sz w:val="24"/>
                      <w:szCs w:val="24"/>
                      <w:shd w:val="clear" w:color="auto" w:fill="FFFFFF"/>
                    </w:rPr>
                    <w:t>А. %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vAlign w:val="center"/>
                  <w:hideMark/>
                </w:tcPr>
                <w:p w:rsidR="0069161D" w:rsidRPr="00104BD6" w:rsidRDefault="0069161D" w:rsidP="0069161D">
                  <w:pPr>
                    <w:pStyle w:val="14"/>
                    <w:widowControl/>
                    <w:ind w:firstLine="284"/>
                    <w:rPr>
                      <w:rStyle w:val="markdown-word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104BD6">
                    <w:rPr>
                      <w:rStyle w:val="markdown-word"/>
                      <w:color w:val="000000"/>
                      <w:sz w:val="24"/>
                      <w:szCs w:val="24"/>
                      <w:shd w:val="clear" w:color="auto" w:fill="FFFFFF"/>
                    </w:rPr>
                    <w:t>1. Логический блок (разделитель)</w:t>
                  </w:r>
                </w:p>
              </w:tc>
            </w:tr>
            <w:tr w:rsidR="0069161D" w:rsidRPr="00104BD6" w:rsidTr="0069161D"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69161D" w:rsidRPr="00104BD6" w:rsidRDefault="0069161D" w:rsidP="0069161D">
                  <w:pPr>
                    <w:pStyle w:val="14"/>
                    <w:widowControl/>
                    <w:ind w:firstLine="284"/>
                    <w:rPr>
                      <w:rStyle w:val="markdown-word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104BD6">
                    <w:rPr>
                      <w:rStyle w:val="markdown-word"/>
                      <w:color w:val="000000"/>
                      <w:sz w:val="24"/>
                      <w:szCs w:val="24"/>
                      <w:shd w:val="clear" w:color="auto" w:fill="FFFFFF"/>
                    </w:rPr>
                    <w:t>Б. %%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vAlign w:val="center"/>
                  <w:hideMark/>
                </w:tcPr>
                <w:p w:rsidR="0069161D" w:rsidRPr="00104BD6" w:rsidRDefault="0069161D" w:rsidP="0069161D">
                  <w:pPr>
                    <w:pStyle w:val="14"/>
                    <w:widowControl/>
                    <w:ind w:firstLine="284"/>
                    <w:rPr>
                      <w:rStyle w:val="markdown-word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104BD6">
                    <w:rPr>
                      <w:rStyle w:val="markdown-word"/>
                      <w:color w:val="000000"/>
                      <w:sz w:val="24"/>
                      <w:szCs w:val="24"/>
                      <w:shd w:val="clear" w:color="auto" w:fill="FFFFFF"/>
                    </w:rPr>
                    <w:t>2. Конец цикла или условия</w:t>
                  </w:r>
                </w:p>
              </w:tc>
            </w:tr>
            <w:tr w:rsidR="0069161D" w:rsidRPr="00104BD6" w:rsidTr="0069161D"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69161D" w:rsidRPr="00104BD6" w:rsidRDefault="0069161D" w:rsidP="0069161D">
                  <w:pPr>
                    <w:pStyle w:val="14"/>
                    <w:widowControl/>
                    <w:ind w:firstLine="284"/>
                    <w:rPr>
                      <w:rStyle w:val="markdown-word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104BD6">
                    <w:rPr>
                      <w:rStyle w:val="markdown-word"/>
                      <w:color w:val="000000"/>
                      <w:sz w:val="24"/>
                      <w:szCs w:val="24"/>
                      <w:shd w:val="clear" w:color="auto" w:fill="FFFFFF"/>
                    </w:rPr>
                    <w:t>В. </w:t>
                  </w:r>
                  <w:proofErr w:type="spellStart"/>
                  <w:r w:rsidRPr="00104BD6">
                    <w:rPr>
                      <w:rStyle w:val="markdown-word"/>
                      <w:color w:val="000000"/>
                      <w:sz w:val="24"/>
                      <w:szCs w:val="24"/>
                      <w:shd w:val="clear" w:color="auto" w:fill="FFFFFF"/>
                    </w:rPr>
                    <w:t>end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vAlign w:val="center"/>
                  <w:hideMark/>
                </w:tcPr>
                <w:p w:rsidR="0069161D" w:rsidRPr="00104BD6" w:rsidRDefault="0069161D" w:rsidP="0069161D">
                  <w:pPr>
                    <w:pStyle w:val="14"/>
                    <w:widowControl/>
                    <w:ind w:firstLine="284"/>
                    <w:rPr>
                      <w:rStyle w:val="markdown-word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104BD6">
                    <w:rPr>
                      <w:rStyle w:val="markdown-word"/>
                      <w:color w:val="000000"/>
                      <w:sz w:val="24"/>
                      <w:szCs w:val="24"/>
                      <w:shd w:val="clear" w:color="auto" w:fill="FFFFFF"/>
                    </w:rPr>
                    <w:t>3. Цикл с неизвестным числом итераций</w:t>
                  </w:r>
                </w:p>
              </w:tc>
            </w:tr>
            <w:tr w:rsidR="0069161D" w:rsidRPr="00104BD6" w:rsidTr="0069161D"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0" w:type="dxa"/>
                    <w:bottom w:w="150" w:type="dxa"/>
                    <w:right w:w="240" w:type="dxa"/>
                  </w:tcMar>
                  <w:vAlign w:val="center"/>
                  <w:hideMark/>
                </w:tcPr>
                <w:p w:rsidR="0069161D" w:rsidRPr="00104BD6" w:rsidRDefault="0069161D" w:rsidP="0069161D">
                  <w:pPr>
                    <w:pStyle w:val="14"/>
                    <w:widowControl/>
                    <w:ind w:firstLine="284"/>
                    <w:rPr>
                      <w:rStyle w:val="markdown-word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104BD6">
                    <w:rPr>
                      <w:rStyle w:val="markdown-word"/>
                      <w:color w:val="000000"/>
                      <w:sz w:val="24"/>
                      <w:szCs w:val="24"/>
                      <w:shd w:val="clear" w:color="auto" w:fill="FFFFFF"/>
                    </w:rPr>
                    <w:t>Г. </w:t>
                  </w:r>
                  <w:proofErr w:type="spellStart"/>
                  <w:r w:rsidRPr="00104BD6">
                    <w:rPr>
                      <w:rStyle w:val="markdown-word"/>
                      <w:color w:val="000000"/>
                      <w:sz w:val="24"/>
                      <w:szCs w:val="24"/>
                      <w:shd w:val="clear" w:color="auto" w:fill="FFFFFF"/>
                    </w:rPr>
                    <w:t>while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tcMar>
                    <w:top w:w="150" w:type="dxa"/>
                    <w:left w:w="240" w:type="dxa"/>
                    <w:bottom w:w="150" w:type="dxa"/>
                    <w:right w:w="0" w:type="dxa"/>
                  </w:tcMar>
                  <w:vAlign w:val="center"/>
                  <w:hideMark/>
                </w:tcPr>
                <w:p w:rsidR="0069161D" w:rsidRPr="00104BD6" w:rsidRDefault="0069161D" w:rsidP="0069161D">
                  <w:pPr>
                    <w:pStyle w:val="14"/>
                    <w:widowControl/>
                    <w:ind w:firstLine="284"/>
                    <w:rPr>
                      <w:rStyle w:val="markdown-word"/>
                      <w:color w:val="000000"/>
                      <w:sz w:val="24"/>
                      <w:szCs w:val="24"/>
                      <w:shd w:val="clear" w:color="auto" w:fill="FFFFFF"/>
                    </w:rPr>
                  </w:pPr>
                  <w:r w:rsidRPr="00104BD6">
                    <w:rPr>
                      <w:rStyle w:val="markdown-word"/>
                      <w:color w:val="000000"/>
                      <w:sz w:val="24"/>
                      <w:szCs w:val="24"/>
                      <w:shd w:val="clear" w:color="auto" w:fill="FFFFFF"/>
                    </w:rPr>
                    <w:t>4. Однострочный комментарий</w:t>
                  </w:r>
                </w:p>
              </w:tc>
            </w:tr>
          </w:tbl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szCs w:val="24"/>
                <w:lang w:val="ru-RU"/>
              </w:rPr>
            </w:pPr>
          </w:p>
          <w:p w:rsidR="00D4411B" w:rsidRPr="00104BD6" w:rsidRDefault="00D4411B" w:rsidP="0069161D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Fonts w:cs="Times New Roman"/>
                <w:i/>
                <w:szCs w:val="24"/>
                <w:lang w:val="ru-RU"/>
              </w:rPr>
              <w:t xml:space="preserve">Ответ: </w:t>
            </w:r>
            <w:r w:rsidR="0069161D" w:rsidRPr="00104BD6">
              <w:rPr>
                <w:rStyle w:val="markdown-word"/>
                <w:rFonts w:eastAsia="Times New Roman" w:cs="Times New Roman"/>
                <w:snapToGrid w:val="0"/>
                <w:color w:val="000000"/>
                <w:szCs w:val="24"/>
                <w:lang w:val="ru-RU" w:eastAsia="ru-RU"/>
              </w:rPr>
              <w:t xml:space="preserve">А </w:t>
            </w:r>
            <w:r w:rsidR="0069161D" w:rsidRPr="00104BD6">
              <w:rPr>
                <w:rStyle w:val="markdown-word"/>
                <w:rFonts w:eastAsia="Times New Roman" w:cs="Times New Roman"/>
                <w:snapToGrid w:val="0"/>
                <w:color w:val="000000"/>
                <w:szCs w:val="24"/>
                <w:lang w:eastAsia="ru-RU"/>
              </w:rPr>
              <w:t>–</w:t>
            </w:r>
            <w:r w:rsidR="0069161D" w:rsidRPr="00104BD6">
              <w:rPr>
                <w:rStyle w:val="markdown-word"/>
                <w:rFonts w:eastAsia="Times New Roman" w:cs="Times New Roman"/>
                <w:snapToGrid w:val="0"/>
                <w:color w:val="000000"/>
                <w:szCs w:val="24"/>
                <w:lang w:val="ru-RU" w:eastAsia="ru-RU"/>
              </w:rPr>
              <w:t> </w:t>
            </w:r>
            <w:r w:rsidR="0069161D" w:rsidRPr="00104BD6">
              <w:rPr>
                <w:rStyle w:val="markdown-word"/>
                <w:rFonts w:eastAsia="Times New Roman" w:cs="Times New Roman"/>
                <w:bCs/>
                <w:snapToGrid w:val="0"/>
                <w:color w:val="000000"/>
                <w:szCs w:val="24"/>
                <w:lang w:val="ru-RU" w:eastAsia="ru-RU"/>
              </w:rPr>
              <w:t>4</w:t>
            </w:r>
            <w:r w:rsidR="0069161D" w:rsidRPr="00104BD6">
              <w:rPr>
                <w:rStyle w:val="markdown-word"/>
                <w:rFonts w:eastAsia="Times New Roman" w:cs="Times New Roman"/>
                <w:snapToGrid w:val="0"/>
                <w:color w:val="000000"/>
                <w:szCs w:val="24"/>
                <w:shd w:val="clear" w:color="auto" w:fill="FFFFFF"/>
                <w:lang w:eastAsia="ru-RU"/>
              </w:rPr>
              <w:t xml:space="preserve">, </w:t>
            </w:r>
            <w:r w:rsidR="0069161D" w:rsidRPr="00104BD6">
              <w:rPr>
                <w:rStyle w:val="markdown-word"/>
                <w:rFonts w:eastAsia="Times New Roman" w:cs="Times New Roman"/>
                <w:snapToGrid w:val="0"/>
                <w:color w:val="000000"/>
                <w:szCs w:val="24"/>
                <w:lang w:val="ru-RU" w:eastAsia="ru-RU"/>
              </w:rPr>
              <w:t xml:space="preserve">Б </w:t>
            </w:r>
            <w:r w:rsidR="0069161D" w:rsidRPr="00104BD6">
              <w:rPr>
                <w:rStyle w:val="markdown-word"/>
                <w:rFonts w:eastAsia="Times New Roman" w:cs="Times New Roman"/>
                <w:snapToGrid w:val="0"/>
                <w:color w:val="000000"/>
                <w:szCs w:val="24"/>
                <w:lang w:eastAsia="ru-RU"/>
              </w:rPr>
              <w:t>–</w:t>
            </w:r>
            <w:r w:rsidR="0069161D" w:rsidRPr="00104BD6">
              <w:rPr>
                <w:rStyle w:val="markdown-word"/>
                <w:rFonts w:eastAsia="Times New Roman" w:cs="Times New Roman"/>
                <w:snapToGrid w:val="0"/>
                <w:color w:val="000000"/>
                <w:szCs w:val="24"/>
                <w:lang w:val="ru-RU" w:eastAsia="ru-RU"/>
              </w:rPr>
              <w:t> </w:t>
            </w:r>
            <w:r w:rsidR="0069161D" w:rsidRPr="00104BD6">
              <w:rPr>
                <w:rStyle w:val="markdown-word"/>
                <w:rFonts w:eastAsia="Times New Roman" w:cs="Times New Roman"/>
                <w:bCs/>
                <w:snapToGrid w:val="0"/>
                <w:color w:val="000000"/>
                <w:szCs w:val="24"/>
                <w:lang w:val="ru-RU" w:eastAsia="ru-RU"/>
              </w:rPr>
              <w:t>1</w:t>
            </w:r>
            <w:r w:rsidR="0069161D" w:rsidRPr="00104BD6">
              <w:rPr>
                <w:rStyle w:val="markdown-word"/>
                <w:rFonts w:eastAsia="Times New Roman" w:cs="Times New Roman"/>
                <w:snapToGrid w:val="0"/>
                <w:color w:val="000000"/>
                <w:szCs w:val="24"/>
                <w:shd w:val="clear" w:color="auto" w:fill="FFFFFF"/>
                <w:lang w:eastAsia="ru-RU"/>
              </w:rPr>
              <w:t xml:space="preserve">, </w:t>
            </w:r>
            <w:r w:rsidR="0069161D" w:rsidRPr="00104BD6">
              <w:rPr>
                <w:rStyle w:val="markdown-word"/>
                <w:rFonts w:eastAsia="Times New Roman" w:cs="Times New Roman"/>
                <w:snapToGrid w:val="0"/>
                <w:color w:val="000000"/>
                <w:szCs w:val="24"/>
                <w:lang w:val="ru-RU" w:eastAsia="ru-RU"/>
              </w:rPr>
              <w:t xml:space="preserve">В </w:t>
            </w:r>
            <w:r w:rsidR="0069161D" w:rsidRPr="00104BD6">
              <w:rPr>
                <w:rStyle w:val="markdown-word"/>
                <w:rFonts w:eastAsia="Times New Roman" w:cs="Times New Roman"/>
                <w:snapToGrid w:val="0"/>
                <w:color w:val="000000"/>
                <w:szCs w:val="24"/>
                <w:lang w:eastAsia="ru-RU"/>
              </w:rPr>
              <w:t>–</w:t>
            </w:r>
            <w:r w:rsidR="0069161D" w:rsidRPr="00104BD6">
              <w:rPr>
                <w:rStyle w:val="markdown-word"/>
                <w:rFonts w:eastAsia="Times New Roman" w:cs="Times New Roman"/>
                <w:snapToGrid w:val="0"/>
                <w:color w:val="000000"/>
                <w:szCs w:val="24"/>
                <w:lang w:val="ru-RU" w:eastAsia="ru-RU"/>
              </w:rPr>
              <w:t> </w:t>
            </w:r>
            <w:r w:rsidR="0069161D" w:rsidRPr="00104BD6">
              <w:rPr>
                <w:rStyle w:val="markdown-word"/>
                <w:rFonts w:eastAsia="Times New Roman" w:cs="Times New Roman"/>
                <w:bCs/>
                <w:snapToGrid w:val="0"/>
                <w:color w:val="000000"/>
                <w:szCs w:val="24"/>
                <w:lang w:val="ru-RU" w:eastAsia="ru-RU"/>
              </w:rPr>
              <w:t>2</w:t>
            </w:r>
            <w:r w:rsidR="0069161D" w:rsidRPr="00104BD6">
              <w:rPr>
                <w:rStyle w:val="markdown-word"/>
                <w:rFonts w:eastAsia="Times New Roman" w:cs="Times New Roman"/>
                <w:snapToGrid w:val="0"/>
                <w:color w:val="000000"/>
                <w:szCs w:val="24"/>
                <w:shd w:val="clear" w:color="auto" w:fill="FFFFFF"/>
                <w:lang w:eastAsia="ru-RU"/>
              </w:rPr>
              <w:t xml:space="preserve">, </w:t>
            </w:r>
            <w:r w:rsidR="0069161D" w:rsidRPr="00104BD6">
              <w:rPr>
                <w:rStyle w:val="markdown-word"/>
                <w:rFonts w:eastAsia="Times New Roman" w:cs="Times New Roman"/>
                <w:snapToGrid w:val="0"/>
                <w:color w:val="000000"/>
                <w:szCs w:val="24"/>
                <w:lang w:val="ru-RU" w:eastAsia="ru-RU"/>
              </w:rPr>
              <w:t>Г - </w:t>
            </w:r>
            <w:r w:rsidR="0069161D" w:rsidRPr="00104BD6">
              <w:rPr>
                <w:rStyle w:val="markdown-word"/>
                <w:rFonts w:eastAsia="Times New Roman" w:cs="Times New Roman"/>
                <w:bCs/>
                <w:snapToGrid w:val="0"/>
                <w:color w:val="000000"/>
                <w:szCs w:val="24"/>
                <w:lang w:val="ru-RU" w:eastAsia="ru-RU"/>
              </w:rPr>
              <w:t>3</w:t>
            </w:r>
          </w:p>
        </w:tc>
      </w:tr>
    </w:tbl>
    <w:p w:rsidR="00C61EF3" w:rsidRDefault="00C61EF3" w:rsidP="009B6882">
      <w:pPr>
        <w:spacing w:line="240" w:lineRule="auto"/>
        <w:jc w:val="center"/>
        <w:rPr>
          <w:b/>
          <w:szCs w:val="28"/>
        </w:rPr>
      </w:pPr>
    </w:p>
    <w:p w:rsidR="00C61EF3" w:rsidRDefault="00C61EF3" w:rsidP="009B6882">
      <w:pPr>
        <w:spacing w:line="240" w:lineRule="auto"/>
        <w:jc w:val="center"/>
        <w:rPr>
          <w:b/>
          <w:szCs w:val="28"/>
        </w:rPr>
      </w:pPr>
    </w:p>
    <w:p w:rsidR="00C61EF3" w:rsidRDefault="00C61EF3" w:rsidP="009B6882">
      <w:pPr>
        <w:spacing w:line="240" w:lineRule="auto"/>
        <w:jc w:val="center"/>
        <w:rPr>
          <w:b/>
          <w:szCs w:val="28"/>
        </w:rPr>
      </w:pPr>
    </w:p>
    <w:p w:rsidR="00C61EF3" w:rsidRDefault="00C61EF3" w:rsidP="009B6882">
      <w:pPr>
        <w:spacing w:line="240" w:lineRule="auto"/>
        <w:jc w:val="center"/>
        <w:rPr>
          <w:b/>
          <w:szCs w:val="28"/>
        </w:rPr>
      </w:pPr>
    </w:p>
    <w:p w:rsidR="009B6882" w:rsidRDefault="009B6882" w:rsidP="009B6882">
      <w:pPr>
        <w:spacing w:line="240" w:lineRule="auto"/>
        <w:jc w:val="center"/>
        <w:rPr>
          <w:b/>
          <w:szCs w:val="28"/>
        </w:rPr>
      </w:pPr>
      <w:proofErr w:type="spellStart"/>
      <w:r w:rsidRPr="0061790B">
        <w:rPr>
          <w:b/>
          <w:szCs w:val="28"/>
        </w:rPr>
        <w:t>Ключи</w:t>
      </w:r>
      <w:proofErr w:type="spellEnd"/>
      <w:r w:rsidRPr="0061790B">
        <w:rPr>
          <w:b/>
          <w:szCs w:val="28"/>
        </w:rPr>
        <w:t xml:space="preserve"> </w:t>
      </w:r>
      <w:proofErr w:type="spellStart"/>
      <w:r w:rsidRPr="0061790B">
        <w:rPr>
          <w:b/>
          <w:szCs w:val="28"/>
        </w:rPr>
        <w:t>правильных</w:t>
      </w:r>
      <w:proofErr w:type="spellEnd"/>
      <w:r w:rsidRPr="0061790B">
        <w:rPr>
          <w:b/>
          <w:szCs w:val="28"/>
        </w:rPr>
        <w:t xml:space="preserve"> </w:t>
      </w:r>
      <w:proofErr w:type="spellStart"/>
      <w:r w:rsidRPr="0061790B">
        <w:rPr>
          <w:b/>
          <w:szCs w:val="28"/>
        </w:rPr>
        <w:t>ответов</w:t>
      </w:r>
      <w:proofErr w:type="spellEnd"/>
    </w:p>
    <w:p w:rsidR="00C61EF3" w:rsidRDefault="00C61EF3" w:rsidP="009B6882">
      <w:pPr>
        <w:spacing w:line="240" w:lineRule="auto"/>
        <w:jc w:val="center"/>
        <w:rPr>
          <w:b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7"/>
        <w:gridCol w:w="3263"/>
        <w:gridCol w:w="1108"/>
        <w:gridCol w:w="3847"/>
      </w:tblGrid>
      <w:tr w:rsidR="00C61EF3" w:rsidRPr="0061790B" w:rsidTr="00C61EF3">
        <w:trPr>
          <w:jc w:val="center"/>
        </w:trPr>
        <w:tc>
          <w:tcPr>
            <w:tcW w:w="1127" w:type="dxa"/>
            <w:shd w:val="clear" w:color="auto" w:fill="auto"/>
          </w:tcPr>
          <w:p w:rsidR="00C61EF3" w:rsidRPr="0061790B" w:rsidRDefault="00C61EF3" w:rsidP="00D027AC">
            <w:pPr>
              <w:jc w:val="center"/>
              <w:rPr>
                <w:sz w:val="22"/>
              </w:rPr>
            </w:pPr>
            <w:proofErr w:type="spellStart"/>
            <w:r w:rsidRPr="0061790B">
              <w:rPr>
                <w:sz w:val="22"/>
              </w:rPr>
              <w:t>Номер</w:t>
            </w:r>
            <w:proofErr w:type="spellEnd"/>
            <w:r w:rsidRPr="0061790B">
              <w:rPr>
                <w:sz w:val="22"/>
              </w:rPr>
              <w:t xml:space="preserve"> </w:t>
            </w:r>
            <w:proofErr w:type="spellStart"/>
            <w:r w:rsidRPr="0061790B">
              <w:rPr>
                <w:sz w:val="22"/>
              </w:rPr>
              <w:t>задания</w:t>
            </w:r>
            <w:proofErr w:type="spellEnd"/>
          </w:p>
        </w:tc>
        <w:tc>
          <w:tcPr>
            <w:tcW w:w="3263" w:type="dxa"/>
            <w:shd w:val="clear" w:color="auto" w:fill="auto"/>
            <w:vAlign w:val="center"/>
          </w:tcPr>
          <w:p w:rsidR="00C61EF3" w:rsidRPr="0061790B" w:rsidRDefault="00C61EF3" w:rsidP="00D027AC">
            <w:pPr>
              <w:jc w:val="center"/>
              <w:rPr>
                <w:sz w:val="22"/>
              </w:rPr>
            </w:pPr>
            <w:proofErr w:type="spellStart"/>
            <w:r w:rsidRPr="0061790B">
              <w:rPr>
                <w:sz w:val="22"/>
              </w:rPr>
              <w:t>Верный</w:t>
            </w:r>
            <w:proofErr w:type="spellEnd"/>
            <w:r w:rsidRPr="0061790B">
              <w:rPr>
                <w:sz w:val="22"/>
              </w:rPr>
              <w:t xml:space="preserve"> </w:t>
            </w:r>
            <w:proofErr w:type="spellStart"/>
            <w:r w:rsidRPr="0061790B">
              <w:rPr>
                <w:sz w:val="22"/>
              </w:rPr>
              <w:t>ответ</w:t>
            </w:r>
            <w:proofErr w:type="spellEnd"/>
          </w:p>
        </w:tc>
        <w:tc>
          <w:tcPr>
            <w:tcW w:w="1108" w:type="dxa"/>
            <w:shd w:val="clear" w:color="auto" w:fill="auto"/>
          </w:tcPr>
          <w:p w:rsidR="00C61EF3" w:rsidRPr="0061790B" w:rsidRDefault="00C61EF3" w:rsidP="00D027AC">
            <w:pPr>
              <w:jc w:val="center"/>
              <w:rPr>
                <w:sz w:val="22"/>
              </w:rPr>
            </w:pPr>
            <w:proofErr w:type="spellStart"/>
            <w:r w:rsidRPr="0061790B">
              <w:rPr>
                <w:sz w:val="22"/>
              </w:rPr>
              <w:t>Номер</w:t>
            </w:r>
            <w:proofErr w:type="spellEnd"/>
            <w:r w:rsidRPr="0061790B">
              <w:rPr>
                <w:sz w:val="22"/>
              </w:rPr>
              <w:t xml:space="preserve"> </w:t>
            </w:r>
            <w:proofErr w:type="spellStart"/>
            <w:r w:rsidRPr="0061790B">
              <w:rPr>
                <w:sz w:val="22"/>
              </w:rPr>
              <w:t>задания</w:t>
            </w:r>
            <w:proofErr w:type="spellEnd"/>
          </w:p>
        </w:tc>
        <w:tc>
          <w:tcPr>
            <w:tcW w:w="3847" w:type="dxa"/>
            <w:shd w:val="clear" w:color="auto" w:fill="auto"/>
            <w:vAlign w:val="center"/>
          </w:tcPr>
          <w:p w:rsidR="00C61EF3" w:rsidRPr="0061790B" w:rsidRDefault="00C61EF3" w:rsidP="00D027AC">
            <w:pPr>
              <w:jc w:val="center"/>
              <w:rPr>
                <w:sz w:val="22"/>
              </w:rPr>
            </w:pPr>
            <w:proofErr w:type="spellStart"/>
            <w:r w:rsidRPr="0061790B">
              <w:rPr>
                <w:sz w:val="22"/>
              </w:rPr>
              <w:t>Верный</w:t>
            </w:r>
            <w:proofErr w:type="spellEnd"/>
            <w:r w:rsidRPr="0061790B">
              <w:rPr>
                <w:sz w:val="22"/>
              </w:rPr>
              <w:t xml:space="preserve"> </w:t>
            </w:r>
            <w:proofErr w:type="spellStart"/>
            <w:r w:rsidRPr="0061790B">
              <w:rPr>
                <w:sz w:val="22"/>
              </w:rPr>
              <w:t>ответ</w:t>
            </w:r>
            <w:proofErr w:type="spellEnd"/>
          </w:p>
        </w:tc>
      </w:tr>
      <w:tr w:rsidR="00C61EF3" w:rsidRPr="0061790B" w:rsidTr="00C61EF3">
        <w:trPr>
          <w:jc w:val="center"/>
        </w:trPr>
        <w:tc>
          <w:tcPr>
            <w:tcW w:w="1127" w:type="dxa"/>
            <w:shd w:val="clear" w:color="auto" w:fill="auto"/>
          </w:tcPr>
          <w:p w:rsidR="00C61EF3" w:rsidRPr="002A70BC" w:rsidRDefault="00C61EF3" w:rsidP="00D027AC">
            <w:pPr>
              <w:jc w:val="center"/>
              <w:rPr>
                <w:sz w:val="22"/>
              </w:rPr>
            </w:pPr>
            <w:r w:rsidRPr="002A70BC">
              <w:rPr>
                <w:sz w:val="22"/>
              </w:rPr>
              <w:t>1</w:t>
            </w:r>
          </w:p>
        </w:tc>
        <w:tc>
          <w:tcPr>
            <w:tcW w:w="3263" w:type="dxa"/>
            <w:shd w:val="clear" w:color="auto" w:fill="auto"/>
          </w:tcPr>
          <w:p w:rsidR="00C61EF3" w:rsidRPr="00104BD6" w:rsidRDefault="00C61EF3" w:rsidP="00D027AC">
            <w:pPr>
              <w:rPr>
                <w:i/>
                <w:szCs w:val="24"/>
                <w:lang w:val="ru-RU"/>
              </w:rPr>
            </w:pPr>
            <w:r w:rsidRPr="00104BD6">
              <w:rPr>
                <w:i/>
                <w:szCs w:val="24"/>
                <w:lang w:val="ru-RU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:rsidR="00C61EF3" w:rsidRPr="00104BD6" w:rsidRDefault="00C61EF3" w:rsidP="00D027AC">
            <w:pPr>
              <w:jc w:val="center"/>
              <w:rPr>
                <w:i/>
                <w:szCs w:val="24"/>
                <w:lang w:val="ru-RU"/>
              </w:rPr>
            </w:pPr>
            <w:r w:rsidRPr="00104BD6">
              <w:rPr>
                <w:i/>
                <w:szCs w:val="24"/>
              </w:rPr>
              <w:t>1</w:t>
            </w:r>
            <w:r w:rsidRPr="00104BD6">
              <w:rPr>
                <w:i/>
                <w:szCs w:val="24"/>
                <w:lang w:val="ru-RU"/>
              </w:rPr>
              <w:t>1</w:t>
            </w:r>
          </w:p>
        </w:tc>
        <w:tc>
          <w:tcPr>
            <w:tcW w:w="3847" w:type="dxa"/>
            <w:shd w:val="clear" w:color="auto" w:fill="auto"/>
          </w:tcPr>
          <w:p w:rsidR="00C61EF3" w:rsidRPr="00104BD6" w:rsidRDefault="00104BD6" w:rsidP="00D027AC">
            <w:pPr>
              <w:rPr>
                <w:i/>
                <w:szCs w:val="24"/>
              </w:rPr>
            </w:pPr>
            <w:r w:rsidRPr="00104BD6">
              <w:rPr>
                <w:rFonts w:cs="Times New Roman"/>
                <w:i/>
                <w:snapToGrid w:val="0"/>
                <w:szCs w:val="24"/>
              </w:rPr>
              <w:t>else</w:t>
            </w:r>
          </w:p>
        </w:tc>
      </w:tr>
      <w:tr w:rsidR="00C61EF3" w:rsidRPr="0061790B" w:rsidTr="00C61EF3">
        <w:trPr>
          <w:jc w:val="center"/>
        </w:trPr>
        <w:tc>
          <w:tcPr>
            <w:tcW w:w="1127" w:type="dxa"/>
            <w:shd w:val="clear" w:color="auto" w:fill="auto"/>
          </w:tcPr>
          <w:p w:rsidR="00C61EF3" w:rsidRPr="002A70BC" w:rsidRDefault="00C61EF3" w:rsidP="00D027AC">
            <w:pPr>
              <w:jc w:val="center"/>
              <w:rPr>
                <w:sz w:val="22"/>
              </w:rPr>
            </w:pPr>
            <w:r w:rsidRPr="002A70BC">
              <w:rPr>
                <w:sz w:val="22"/>
              </w:rPr>
              <w:t>2</w:t>
            </w:r>
          </w:p>
        </w:tc>
        <w:tc>
          <w:tcPr>
            <w:tcW w:w="3263" w:type="dxa"/>
            <w:shd w:val="clear" w:color="auto" w:fill="auto"/>
          </w:tcPr>
          <w:p w:rsidR="00C61EF3" w:rsidRPr="00104BD6" w:rsidRDefault="00C61EF3" w:rsidP="00D027AC">
            <w:pPr>
              <w:rPr>
                <w:i/>
                <w:szCs w:val="24"/>
                <w:lang w:val="ru-RU"/>
              </w:rPr>
            </w:pPr>
            <w:r w:rsidRPr="00104BD6">
              <w:rPr>
                <w:i/>
                <w:szCs w:val="24"/>
                <w:lang w:val="ru-RU"/>
              </w:rPr>
              <w:t>1</w:t>
            </w:r>
          </w:p>
        </w:tc>
        <w:tc>
          <w:tcPr>
            <w:tcW w:w="1108" w:type="dxa"/>
            <w:shd w:val="clear" w:color="auto" w:fill="auto"/>
          </w:tcPr>
          <w:p w:rsidR="00C61EF3" w:rsidRPr="00104BD6" w:rsidRDefault="00C61EF3" w:rsidP="00D027AC">
            <w:pPr>
              <w:jc w:val="center"/>
              <w:rPr>
                <w:i/>
                <w:szCs w:val="24"/>
                <w:lang w:val="ru-RU"/>
              </w:rPr>
            </w:pPr>
            <w:r w:rsidRPr="00104BD6">
              <w:rPr>
                <w:i/>
                <w:szCs w:val="24"/>
              </w:rPr>
              <w:t>1</w:t>
            </w:r>
            <w:r w:rsidRPr="00104BD6">
              <w:rPr>
                <w:i/>
                <w:szCs w:val="24"/>
                <w:lang w:val="ru-RU"/>
              </w:rPr>
              <w:t>2</w:t>
            </w:r>
          </w:p>
        </w:tc>
        <w:tc>
          <w:tcPr>
            <w:tcW w:w="3847" w:type="dxa"/>
            <w:shd w:val="clear" w:color="auto" w:fill="auto"/>
          </w:tcPr>
          <w:p w:rsidR="00C61EF3" w:rsidRPr="00104BD6" w:rsidRDefault="00104BD6" w:rsidP="00D027AC">
            <w:pPr>
              <w:rPr>
                <w:i/>
                <w:szCs w:val="24"/>
              </w:rPr>
            </w:pPr>
            <w:r w:rsidRPr="00104BD6">
              <w:rPr>
                <w:rFonts w:cs="Times New Roman"/>
                <w:i/>
                <w:snapToGrid w:val="0"/>
                <w:szCs w:val="24"/>
              </w:rPr>
              <w:t>Тепло</w:t>
            </w:r>
          </w:p>
        </w:tc>
      </w:tr>
      <w:tr w:rsidR="00C61EF3" w:rsidRPr="0061790B" w:rsidTr="00C61EF3">
        <w:trPr>
          <w:jc w:val="center"/>
        </w:trPr>
        <w:tc>
          <w:tcPr>
            <w:tcW w:w="1127" w:type="dxa"/>
            <w:shd w:val="clear" w:color="auto" w:fill="auto"/>
          </w:tcPr>
          <w:p w:rsidR="00C61EF3" w:rsidRPr="002A70BC" w:rsidRDefault="00C61EF3" w:rsidP="00D027AC">
            <w:pPr>
              <w:jc w:val="center"/>
              <w:rPr>
                <w:sz w:val="22"/>
              </w:rPr>
            </w:pPr>
            <w:r w:rsidRPr="002A70BC">
              <w:rPr>
                <w:sz w:val="22"/>
              </w:rPr>
              <w:t>3</w:t>
            </w:r>
          </w:p>
        </w:tc>
        <w:tc>
          <w:tcPr>
            <w:tcW w:w="3263" w:type="dxa"/>
            <w:shd w:val="clear" w:color="auto" w:fill="auto"/>
          </w:tcPr>
          <w:p w:rsidR="00C61EF3" w:rsidRPr="00104BD6" w:rsidRDefault="00C61EF3" w:rsidP="00D027AC">
            <w:pPr>
              <w:rPr>
                <w:i/>
                <w:szCs w:val="24"/>
                <w:lang w:val="ru-RU"/>
              </w:rPr>
            </w:pPr>
            <w:r w:rsidRPr="00104BD6">
              <w:rPr>
                <w:i/>
                <w:szCs w:val="24"/>
                <w:lang w:val="ru-RU"/>
              </w:rPr>
              <w:t>2</w:t>
            </w:r>
          </w:p>
        </w:tc>
        <w:tc>
          <w:tcPr>
            <w:tcW w:w="1108" w:type="dxa"/>
            <w:shd w:val="clear" w:color="auto" w:fill="auto"/>
          </w:tcPr>
          <w:p w:rsidR="00C61EF3" w:rsidRPr="00104BD6" w:rsidRDefault="00C61EF3" w:rsidP="00D027AC">
            <w:pPr>
              <w:jc w:val="center"/>
              <w:rPr>
                <w:i/>
                <w:szCs w:val="24"/>
                <w:lang w:val="ru-RU"/>
              </w:rPr>
            </w:pPr>
            <w:r w:rsidRPr="00104BD6">
              <w:rPr>
                <w:i/>
                <w:szCs w:val="24"/>
              </w:rPr>
              <w:t>1</w:t>
            </w:r>
            <w:r w:rsidRPr="00104BD6">
              <w:rPr>
                <w:i/>
                <w:szCs w:val="24"/>
                <w:lang w:val="ru-RU"/>
              </w:rPr>
              <w:t>3</w:t>
            </w:r>
          </w:p>
        </w:tc>
        <w:tc>
          <w:tcPr>
            <w:tcW w:w="3847" w:type="dxa"/>
            <w:shd w:val="clear" w:color="auto" w:fill="auto"/>
          </w:tcPr>
          <w:p w:rsidR="00C61EF3" w:rsidRPr="00104BD6" w:rsidRDefault="00104BD6" w:rsidP="00D027AC">
            <w:pPr>
              <w:rPr>
                <w:i/>
                <w:szCs w:val="24"/>
                <w:lang w:val="ru-RU"/>
              </w:rPr>
            </w:pPr>
            <w:r w:rsidRPr="00104BD6">
              <w:rPr>
                <w:rStyle w:val="af6"/>
                <w:rFonts w:cs="Times New Roman"/>
                <w:b w:val="0"/>
                <w:i/>
                <w:color w:val="0F1115"/>
                <w:szCs w:val="24"/>
                <w:shd w:val="clear" w:color="auto" w:fill="FFFFFF"/>
                <w:lang w:val="ru-RU"/>
              </w:rPr>
              <w:t>5</w:t>
            </w:r>
          </w:p>
        </w:tc>
      </w:tr>
      <w:tr w:rsidR="00C61EF3" w:rsidRPr="0061790B" w:rsidTr="00C61EF3">
        <w:trPr>
          <w:jc w:val="center"/>
        </w:trPr>
        <w:tc>
          <w:tcPr>
            <w:tcW w:w="1127" w:type="dxa"/>
            <w:shd w:val="clear" w:color="auto" w:fill="auto"/>
          </w:tcPr>
          <w:p w:rsidR="00C61EF3" w:rsidRPr="002A70BC" w:rsidRDefault="00C61EF3" w:rsidP="00D027AC">
            <w:pPr>
              <w:jc w:val="center"/>
              <w:rPr>
                <w:sz w:val="22"/>
              </w:rPr>
            </w:pPr>
            <w:r w:rsidRPr="002A70BC">
              <w:rPr>
                <w:sz w:val="22"/>
              </w:rPr>
              <w:t>4</w:t>
            </w:r>
          </w:p>
        </w:tc>
        <w:tc>
          <w:tcPr>
            <w:tcW w:w="3263" w:type="dxa"/>
            <w:shd w:val="clear" w:color="auto" w:fill="auto"/>
          </w:tcPr>
          <w:p w:rsidR="00C61EF3" w:rsidRPr="00104BD6" w:rsidRDefault="00C61EF3" w:rsidP="00D027AC">
            <w:pPr>
              <w:rPr>
                <w:i/>
                <w:szCs w:val="24"/>
                <w:lang w:val="ru-RU"/>
              </w:rPr>
            </w:pPr>
            <w:r w:rsidRPr="00104BD6">
              <w:rPr>
                <w:i/>
                <w:szCs w:val="24"/>
                <w:lang w:val="ru-RU"/>
              </w:rPr>
              <w:t>2</w:t>
            </w:r>
          </w:p>
        </w:tc>
        <w:tc>
          <w:tcPr>
            <w:tcW w:w="1108" w:type="dxa"/>
            <w:shd w:val="clear" w:color="auto" w:fill="auto"/>
          </w:tcPr>
          <w:p w:rsidR="00C61EF3" w:rsidRPr="00104BD6" w:rsidRDefault="00C61EF3" w:rsidP="00D027AC">
            <w:pPr>
              <w:jc w:val="center"/>
              <w:rPr>
                <w:i/>
                <w:szCs w:val="24"/>
                <w:lang w:val="ru-RU"/>
              </w:rPr>
            </w:pPr>
            <w:r w:rsidRPr="00104BD6">
              <w:rPr>
                <w:i/>
                <w:szCs w:val="24"/>
              </w:rPr>
              <w:t>1</w:t>
            </w:r>
            <w:r w:rsidRPr="00104BD6">
              <w:rPr>
                <w:i/>
                <w:szCs w:val="24"/>
                <w:lang w:val="ru-RU"/>
              </w:rPr>
              <w:t>4</w:t>
            </w:r>
          </w:p>
        </w:tc>
        <w:tc>
          <w:tcPr>
            <w:tcW w:w="3847" w:type="dxa"/>
            <w:shd w:val="clear" w:color="auto" w:fill="auto"/>
          </w:tcPr>
          <w:p w:rsidR="00C61EF3" w:rsidRPr="00104BD6" w:rsidRDefault="00104BD6" w:rsidP="00D027AC">
            <w:pPr>
              <w:rPr>
                <w:i/>
                <w:szCs w:val="24"/>
              </w:rPr>
            </w:pPr>
            <w:proofErr w:type="spellStart"/>
            <w:r w:rsidRPr="00104BD6">
              <w:rPr>
                <w:rFonts w:cs="Times New Roman"/>
                <w:i/>
                <w:szCs w:val="24"/>
                <w:lang w:val="ru-RU"/>
              </w:rPr>
              <w:t>case</w:t>
            </w:r>
            <w:proofErr w:type="spellEnd"/>
          </w:p>
        </w:tc>
      </w:tr>
      <w:tr w:rsidR="00C61EF3" w:rsidRPr="0061790B" w:rsidTr="00C61EF3">
        <w:trPr>
          <w:jc w:val="center"/>
        </w:trPr>
        <w:tc>
          <w:tcPr>
            <w:tcW w:w="1127" w:type="dxa"/>
            <w:shd w:val="clear" w:color="auto" w:fill="auto"/>
          </w:tcPr>
          <w:p w:rsidR="00C61EF3" w:rsidRPr="002A70BC" w:rsidRDefault="00C61EF3" w:rsidP="00D027AC">
            <w:pPr>
              <w:jc w:val="center"/>
              <w:rPr>
                <w:sz w:val="22"/>
              </w:rPr>
            </w:pPr>
            <w:r w:rsidRPr="002A70BC">
              <w:rPr>
                <w:sz w:val="22"/>
              </w:rPr>
              <w:t>5</w:t>
            </w:r>
          </w:p>
        </w:tc>
        <w:tc>
          <w:tcPr>
            <w:tcW w:w="3263" w:type="dxa"/>
            <w:shd w:val="clear" w:color="auto" w:fill="auto"/>
          </w:tcPr>
          <w:p w:rsidR="00C61EF3" w:rsidRPr="00104BD6" w:rsidRDefault="00104BD6" w:rsidP="00D027AC">
            <w:pPr>
              <w:rPr>
                <w:i/>
                <w:szCs w:val="24"/>
              </w:rPr>
            </w:pPr>
            <w:r w:rsidRPr="00104BD6">
              <w:rPr>
                <w:rFonts w:cs="Times New Roman"/>
                <w:i/>
                <w:szCs w:val="24"/>
              </w:rPr>
              <w:t>;</w:t>
            </w:r>
          </w:p>
        </w:tc>
        <w:tc>
          <w:tcPr>
            <w:tcW w:w="1108" w:type="dxa"/>
            <w:shd w:val="clear" w:color="auto" w:fill="auto"/>
          </w:tcPr>
          <w:p w:rsidR="00C61EF3" w:rsidRPr="00104BD6" w:rsidRDefault="00C61EF3" w:rsidP="00D027AC">
            <w:pPr>
              <w:jc w:val="center"/>
              <w:rPr>
                <w:i/>
                <w:szCs w:val="24"/>
                <w:lang w:val="ru-RU"/>
              </w:rPr>
            </w:pPr>
            <w:r w:rsidRPr="00104BD6">
              <w:rPr>
                <w:i/>
                <w:szCs w:val="24"/>
              </w:rPr>
              <w:t>1</w:t>
            </w:r>
            <w:r w:rsidRPr="00104BD6">
              <w:rPr>
                <w:i/>
                <w:szCs w:val="24"/>
                <w:lang w:val="ru-RU"/>
              </w:rPr>
              <w:t>5</w:t>
            </w:r>
          </w:p>
        </w:tc>
        <w:tc>
          <w:tcPr>
            <w:tcW w:w="3847" w:type="dxa"/>
            <w:shd w:val="clear" w:color="auto" w:fill="auto"/>
          </w:tcPr>
          <w:p w:rsidR="00C61EF3" w:rsidRPr="00104BD6" w:rsidRDefault="00104BD6" w:rsidP="00104BD6">
            <w:pPr>
              <w:spacing w:line="240" w:lineRule="auto"/>
              <w:rPr>
                <w:rFonts w:cs="Times New Roman"/>
                <w:i/>
                <w:szCs w:val="24"/>
                <w:lang w:val="ru-RU"/>
              </w:rPr>
            </w:pPr>
            <w:proofErr w:type="spellStart"/>
            <w:r w:rsidRPr="00104BD6">
              <w:rPr>
                <w:rFonts w:cs="Times New Roman"/>
                <w:i/>
                <w:szCs w:val="24"/>
                <w:lang w:val="ru-RU"/>
              </w:rPr>
              <w:t>Stop</w:t>
            </w:r>
            <w:proofErr w:type="spellEnd"/>
          </w:p>
        </w:tc>
      </w:tr>
      <w:tr w:rsidR="00C61EF3" w:rsidRPr="0061790B" w:rsidTr="00C61EF3">
        <w:trPr>
          <w:jc w:val="center"/>
        </w:trPr>
        <w:tc>
          <w:tcPr>
            <w:tcW w:w="1127" w:type="dxa"/>
            <w:shd w:val="clear" w:color="auto" w:fill="auto"/>
          </w:tcPr>
          <w:p w:rsidR="00C61EF3" w:rsidRPr="002A70BC" w:rsidRDefault="00C61EF3" w:rsidP="00D027AC">
            <w:pPr>
              <w:jc w:val="center"/>
              <w:rPr>
                <w:sz w:val="22"/>
              </w:rPr>
            </w:pPr>
            <w:r w:rsidRPr="002A70BC">
              <w:rPr>
                <w:sz w:val="22"/>
              </w:rPr>
              <w:t>6</w:t>
            </w:r>
          </w:p>
        </w:tc>
        <w:tc>
          <w:tcPr>
            <w:tcW w:w="3263" w:type="dxa"/>
            <w:shd w:val="clear" w:color="auto" w:fill="auto"/>
          </w:tcPr>
          <w:p w:rsidR="00C61EF3" w:rsidRPr="00104BD6" w:rsidRDefault="00104BD6" w:rsidP="00104BD6">
            <w:pPr>
              <w:pStyle w:val="HTML0"/>
              <w:wordWrap w:val="0"/>
              <w:spacing w:line="330" w:lineRule="atLeast"/>
              <w:rPr>
                <w:rFonts w:ascii="Times New Roman" w:hAnsi="Times New Roman" w:cs="Times New Roman"/>
                <w:i/>
                <w:color w:val="0F1115"/>
                <w:sz w:val="24"/>
                <w:szCs w:val="24"/>
              </w:rPr>
            </w:pPr>
            <w:proofErr w:type="gramStart"/>
            <w:r w:rsidRPr="00104BD6">
              <w:rPr>
                <w:rStyle w:val="af6"/>
                <w:rFonts w:ascii="Times New Roman" w:hAnsi="Times New Roman" w:cs="Times New Roman"/>
                <w:b w:val="0"/>
                <w:i/>
                <w:color w:val="0F1115"/>
                <w:sz w:val="24"/>
                <w:szCs w:val="24"/>
                <w:shd w:val="clear" w:color="auto" w:fill="FFFFFF"/>
              </w:rPr>
              <w:t>.m</w:t>
            </w:r>
            <w:proofErr w:type="gramEnd"/>
            <w:r w:rsidRPr="00104BD6">
              <w:rPr>
                <w:rStyle w:val="af6"/>
                <w:rFonts w:ascii="Times New Roman" w:hAnsi="Times New Roman" w:cs="Times New Roman"/>
                <w:b w:val="0"/>
                <w:i/>
                <w:color w:val="0F1115"/>
                <w:sz w:val="24"/>
                <w:szCs w:val="24"/>
                <w:shd w:val="clear" w:color="auto" w:fill="FFFFFF"/>
              </w:rPr>
              <w:t>,</w:t>
            </w:r>
            <w:r w:rsidRPr="00104BD6">
              <w:rPr>
                <w:rStyle w:val="a5"/>
                <w:rFonts w:ascii="Times New Roman" w:hAnsi="Times New Roman" w:cs="Times New Roman"/>
                <w:i/>
                <w:color w:val="0F1115"/>
                <w:sz w:val="24"/>
                <w:szCs w:val="24"/>
                <w:shd w:val="clear" w:color="auto" w:fill="FFFFFF"/>
              </w:rPr>
              <w:t xml:space="preserve"> </w:t>
            </w:r>
            <w:r w:rsidRPr="00104BD6">
              <w:rPr>
                <w:rStyle w:val="af6"/>
                <w:rFonts w:ascii="Times New Roman" w:hAnsi="Times New Roman" w:cs="Times New Roman"/>
                <w:b w:val="0"/>
                <w:i/>
                <w:color w:val="0F1115"/>
                <w:sz w:val="24"/>
                <w:szCs w:val="24"/>
                <w:shd w:val="clear" w:color="auto" w:fill="FFFFFF"/>
              </w:rPr>
              <w:t>m</w:t>
            </w:r>
          </w:p>
        </w:tc>
        <w:tc>
          <w:tcPr>
            <w:tcW w:w="1108" w:type="dxa"/>
            <w:shd w:val="clear" w:color="auto" w:fill="auto"/>
          </w:tcPr>
          <w:p w:rsidR="00C61EF3" w:rsidRPr="00104BD6" w:rsidRDefault="00C61EF3" w:rsidP="00D027AC">
            <w:pPr>
              <w:jc w:val="center"/>
              <w:rPr>
                <w:i/>
                <w:szCs w:val="24"/>
                <w:lang w:val="ru-RU"/>
              </w:rPr>
            </w:pPr>
            <w:r w:rsidRPr="00104BD6">
              <w:rPr>
                <w:i/>
                <w:szCs w:val="24"/>
              </w:rPr>
              <w:t>1</w:t>
            </w:r>
            <w:r w:rsidRPr="00104BD6">
              <w:rPr>
                <w:i/>
                <w:szCs w:val="24"/>
                <w:lang w:val="ru-RU"/>
              </w:rPr>
              <w:t>6</w:t>
            </w:r>
          </w:p>
        </w:tc>
        <w:tc>
          <w:tcPr>
            <w:tcW w:w="3847" w:type="dxa"/>
            <w:shd w:val="clear" w:color="auto" w:fill="auto"/>
          </w:tcPr>
          <w:p w:rsidR="00C61EF3" w:rsidRPr="00104BD6" w:rsidRDefault="00104BD6" w:rsidP="00D027AC">
            <w:pPr>
              <w:rPr>
                <w:i/>
                <w:szCs w:val="24"/>
                <w:lang w:val="ru-RU"/>
              </w:rPr>
            </w:pPr>
            <w:r w:rsidRPr="00104BD6">
              <w:rPr>
                <w:rStyle w:val="af6"/>
                <w:rFonts w:cs="Times New Roman"/>
                <w:b w:val="0"/>
                <w:i/>
                <w:color w:val="0F1115"/>
                <w:szCs w:val="24"/>
                <w:shd w:val="clear" w:color="auto" w:fill="FFFFFF"/>
                <w:lang w:val="ru-RU"/>
              </w:rPr>
              <w:t>В</w:t>
            </w:r>
          </w:p>
        </w:tc>
      </w:tr>
      <w:tr w:rsidR="00C61EF3" w:rsidRPr="0061790B" w:rsidTr="00C61EF3">
        <w:trPr>
          <w:jc w:val="center"/>
        </w:trPr>
        <w:tc>
          <w:tcPr>
            <w:tcW w:w="1127" w:type="dxa"/>
            <w:shd w:val="clear" w:color="auto" w:fill="auto"/>
          </w:tcPr>
          <w:p w:rsidR="00C61EF3" w:rsidRPr="002A70BC" w:rsidRDefault="00C61EF3" w:rsidP="00D027AC">
            <w:pPr>
              <w:jc w:val="center"/>
              <w:rPr>
                <w:sz w:val="22"/>
              </w:rPr>
            </w:pPr>
            <w:r w:rsidRPr="002A70BC">
              <w:rPr>
                <w:sz w:val="22"/>
              </w:rPr>
              <w:t>7</w:t>
            </w:r>
          </w:p>
        </w:tc>
        <w:tc>
          <w:tcPr>
            <w:tcW w:w="3263" w:type="dxa"/>
            <w:shd w:val="clear" w:color="auto" w:fill="auto"/>
          </w:tcPr>
          <w:p w:rsidR="00C61EF3" w:rsidRPr="00104BD6" w:rsidRDefault="00104BD6" w:rsidP="00D027AC">
            <w:pPr>
              <w:rPr>
                <w:i/>
                <w:szCs w:val="24"/>
              </w:rPr>
            </w:pPr>
            <w:r w:rsidRPr="00104BD6">
              <w:rPr>
                <w:rFonts w:cs="Times New Roman"/>
                <w:i/>
                <w:szCs w:val="24"/>
              </w:rPr>
              <w:t>123,123</w:t>
            </w:r>
          </w:p>
        </w:tc>
        <w:tc>
          <w:tcPr>
            <w:tcW w:w="1108" w:type="dxa"/>
            <w:shd w:val="clear" w:color="auto" w:fill="auto"/>
          </w:tcPr>
          <w:p w:rsidR="00C61EF3" w:rsidRPr="00104BD6" w:rsidRDefault="00C61EF3" w:rsidP="00D027AC">
            <w:pPr>
              <w:jc w:val="center"/>
              <w:rPr>
                <w:i/>
                <w:szCs w:val="24"/>
                <w:lang w:val="ru-RU"/>
              </w:rPr>
            </w:pPr>
            <w:r w:rsidRPr="00104BD6">
              <w:rPr>
                <w:i/>
                <w:szCs w:val="24"/>
              </w:rPr>
              <w:t>1</w:t>
            </w:r>
            <w:r w:rsidRPr="00104BD6">
              <w:rPr>
                <w:i/>
                <w:szCs w:val="24"/>
                <w:lang w:val="ru-RU"/>
              </w:rPr>
              <w:t>7</w:t>
            </w:r>
          </w:p>
        </w:tc>
        <w:tc>
          <w:tcPr>
            <w:tcW w:w="3847" w:type="dxa"/>
            <w:shd w:val="clear" w:color="auto" w:fill="auto"/>
          </w:tcPr>
          <w:p w:rsidR="00C61EF3" w:rsidRPr="00104BD6" w:rsidRDefault="00104BD6" w:rsidP="00D027AC">
            <w:pPr>
              <w:pStyle w:val="14"/>
              <w:widowControl/>
              <w:rPr>
                <w:i/>
                <w:snapToGrid/>
                <w:sz w:val="24"/>
                <w:szCs w:val="24"/>
              </w:rPr>
            </w:pPr>
            <w:r w:rsidRPr="00104BD6">
              <w:rPr>
                <w:rStyle w:val="af6"/>
                <w:b w:val="0"/>
                <w:i/>
                <w:color w:val="0F1115"/>
                <w:sz w:val="24"/>
                <w:szCs w:val="24"/>
                <w:shd w:val="clear" w:color="auto" w:fill="FFFFFF"/>
              </w:rPr>
              <w:t>16</w:t>
            </w:r>
          </w:p>
        </w:tc>
      </w:tr>
      <w:tr w:rsidR="00C61EF3" w:rsidRPr="0061790B" w:rsidTr="00C61EF3">
        <w:trPr>
          <w:jc w:val="center"/>
        </w:trPr>
        <w:tc>
          <w:tcPr>
            <w:tcW w:w="1127" w:type="dxa"/>
            <w:shd w:val="clear" w:color="auto" w:fill="auto"/>
          </w:tcPr>
          <w:p w:rsidR="00C61EF3" w:rsidRPr="002A70BC" w:rsidRDefault="00C61EF3" w:rsidP="00D027AC">
            <w:pPr>
              <w:jc w:val="center"/>
              <w:rPr>
                <w:sz w:val="22"/>
              </w:rPr>
            </w:pPr>
            <w:r w:rsidRPr="002A70BC">
              <w:rPr>
                <w:sz w:val="22"/>
              </w:rPr>
              <w:t>8</w:t>
            </w:r>
          </w:p>
        </w:tc>
        <w:tc>
          <w:tcPr>
            <w:tcW w:w="3263" w:type="dxa"/>
            <w:shd w:val="clear" w:color="auto" w:fill="auto"/>
          </w:tcPr>
          <w:p w:rsidR="00C61EF3" w:rsidRPr="00104BD6" w:rsidRDefault="00104BD6" w:rsidP="00D027AC">
            <w:pPr>
              <w:rPr>
                <w:i/>
                <w:szCs w:val="24"/>
              </w:rPr>
            </w:pPr>
            <w:r w:rsidRPr="00104BD6">
              <w:rPr>
                <w:rFonts w:cs="Times New Roman"/>
                <w:bCs/>
                <w:i/>
                <w:snapToGrid w:val="0"/>
                <w:szCs w:val="24"/>
              </w:rPr>
              <w:t>subplot</w:t>
            </w:r>
          </w:p>
        </w:tc>
        <w:tc>
          <w:tcPr>
            <w:tcW w:w="1108" w:type="dxa"/>
            <w:shd w:val="clear" w:color="auto" w:fill="auto"/>
          </w:tcPr>
          <w:p w:rsidR="00C61EF3" w:rsidRPr="00104BD6" w:rsidRDefault="00C61EF3" w:rsidP="00D027AC">
            <w:pPr>
              <w:jc w:val="center"/>
              <w:rPr>
                <w:i/>
                <w:szCs w:val="24"/>
                <w:lang w:val="ru-RU"/>
              </w:rPr>
            </w:pPr>
            <w:r w:rsidRPr="00104BD6">
              <w:rPr>
                <w:i/>
                <w:szCs w:val="24"/>
              </w:rPr>
              <w:t>1</w:t>
            </w:r>
            <w:r w:rsidRPr="00104BD6">
              <w:rPr>
                <w:i/>
                <w:szCs w:val="24"/>
                <w:lang w:val="ru-RU"/>
              </w:rPr>
              <w:t>8</w:t>
            </w:r>
          </w:p>
        </w:tc>
        <w:tc>
          <w:tcPr>
            <w:tcW w:w="3847" w:type="dxa"/>
            <w:shd w:val="clear" w:color="auto" w:fill="auto"/>
          </w:tcPr>
          <w:p w:rsidR="00C61EF3" w:rsidRPr="00104BD6" w:rsidRDefault="00104BD6" w:rsidP="00D027AC">
            <w:pPr>
              <w:rPr>
                <w:i/>
                <w:szCs w:val="24"/>
                <w:lang w:val="ru-RU"/>
              </w:rPr>
            </w:pPr>
            <w:r w:rsidRPr="00104BD6">
              <w:rPr>
                <w:rStyle w:val="af6"/>
                <w:rFonts w:cs="Times New Roman"/>
                <w:b w:val="0"/>
                <w:i/>
                <w:color w:val="0F1115"/>
                <w:szCs w:val="24"/>
                <w:shd w:val="clear" w:color="auto" w:fill="FFFFFF"/>
                <w:lang w:val="ru-RU"/>
              </w:rPr>
              <w:t>4</w:t>
            </w:r>
          </w:p>
        </w:tc>
      </w:tr>
      <w:tr w:rsidR="00C61EF3" w:rsidRPr="00C61EF3" w:rsidTr="00C61EF3">
        <w:trPr>
          <w:jc w:val="center"/>
        </w:trPr>
        <w:tc>
          <w:tcPr>
            <w:tcW w:w="1127" w:type="dxa"/>
            <w:shd w:val="clear" w:color="auto" w:fill="auto"/>
          </w:tcPr>
          <w:p w:rsidR="00C61EF3" w:rsidRPr="002A70BC" w:rsidRDefault="00C61EF3" w:rsidP="00D027AC">
            <w:pPr>
              <w:jc w:val="center"/>
              <w:rPr>
                <w:sz w:val="22"/>
              </w:rPr>
            </w:pPr>
            <w:r w:rsidRPr="002A70BC">
              <w:rPr>
                <w:sz w:val="22"/>
              </w:rPr>
              <w:t>9</w:t>
            </w:r>
          </w:p>
        </w:tc>
        <w:tc>
          <w:tcPr>
            <w:tcW w:w="3263" w:type="dxa"/>
            <w:shd w:val="clear" w:color="auto" w:fill="auto"/>
          </w:tcPr>
          <w:p w:rsidR="00C61EF3" w:rsidRPr="00104BD6" w:rsidRDefault="00104BD6" w:rsidP="00D027AC">
            <w:pPr>
              <w:pStyle w:val="14"/>
              <w:widowControl/>
              <w:rPr>
                <w:bCs/>
                <w:i/>
                <w:color w:val="0F1115"/>
                <w:sz w:val="24"/>
                <w:szCs w:val="24"/>
                <w:shd w:val="clear" w:color="auto" w:fill="FFFFFF"/>
              </w:rPr>
            </w:pPr>
            <w:r w:rsidRPr="00104BD6">
              <w:rPr>
                <w:rStyle w:val="af6"/>
                <w:b w:val="0"/>
                <w:i/>
                <w:sz w:val="24"/>
                <w:szCs w:val="24"/>
              </w:rPr>
              <w:t>меню</w:t>
            </w:r>
          </w:p>
        </w:tc>
        <w:tc>
          <w:tcPr>
            <w:tcW w:w="1108" w:type="dxa"/>
            <w:shd w:val="clear" w:color="auto" w:fill="auto"/>
          </w:tcPr>
          <w:p w:rsidR="00C61EF3" w:rsidRPr="00104BD6" w:rsidRDefault="00C61EF3" w:rsidP="00D027AC">
            <w:pPr>
              <w:jc w:val="center"/>
              <w:rPr>
                <w:i/>
                <w:szCs w:val="24"/>
                <w:lang w:val="ru-RU"/>
              </w:rPr>
            </w:pPr>
            <w:r w:rsidRPr="00104BD6">
              <w:rPr>
                <w:i/>
                <w:szCs w:val="24"/>
                <w:lang w:val="ru-RU"/>
              </w:rPr>
              <w:t>19</w:t>
            </w:r>
          </w:p>
        </w:tc>
        <w:tc>
          <w:tcPr>
            <w:tcW w:w="3847" w:type="dxa"/>
            <w:shd w:val="clear" w:color="auto" w:fill="auto"/>
          </w:tcPr>
          <w:p w:rsidR="00C61EF3" w:rsidRPr="00104BD6" w:rsidRDefault="00C61EF3" w:rsidP="00D027AC">
            <w:pPr>
              <w:rPr>
                <w:i/>
                <w:szCs w:val="24"/>
                <w:lang w:val="ru-RU"/>
              </w:rPr>
            </w:pPr>
            <w:r w:rsidRPr="00104BD6">
              <w:rPr>
                <w:i/>
                <w:color w:val="0F1115"/>
                <w:szCs w:val="24"/>
                <w:shd w:val="clear" w:color="auto" w:fill="FFFFFF"/>
              </w:rPr>
              <w:t>U</w:t>
            </w:r>
            <w:r w:rsidRPr="00104BD6">
              <w:rPr>
                <w:i/>
                <w:color w:val="0F1115"/>
                <w:szCs w:val="24"/>
                <w:shd w:val="clear" w:color="auto" w:fill="FFFFFF"/>
                <w:lang w:val="ru-RU"/>
              </w:rPr>
              <w:t xml:space="preserve"> = </w:t>
            </w:r>
            <w:r w:rsidRPr="00104BD6">
              <w:rPr>
                <w:i/>
                <w:color w:val="0F1115"/>
                <w:szCs w:val="24"/>
                <w:shd w:val="clear" w:color="auto" w:fill="FFFFFF"/>
              </w:rPr>
              <w:t>input</w:t>
            </w:r>
            <w:r w:rsidRPr="00104BD6">
              <w:rPr>
                <w:i/>
                <w:color w:val="0F1115"/>
                <w:szCs w:val="24"/>
                <w:shd w:val="clear" w:color="auto" w:fill="FFFFFF"/>
                <w:lang w:val="ru-RU"/>
              </w:rPr>
              <w:t>('Введите напряжение: ')</w:t>
            </w:r>
          </w:p>
        </w:tc>
      </w:tr>
      <w:tr w:rsidR="00C61EF3" w:rsidRPr="0061790B" w:rsidTr="00C61EF3">
        <w:trPr>
          <w:jc w:val="center"/>
        </w:trPr>
        <w:tc>
          <w:tcPr>
            <w:tcW w:w="1127" w:type="dxa"/>
            <w:shd w:val="clear" w:color="auto" w:fill="auto"/>
          </w:tcPr>
          <w:p w:rsidR="00C61EF3" w:rsidRPr="002A70BC" w:rsidRDefault="00C61EF3" w:rsidP="00D027AC">
            <w:pPr>
              <w:jc w:val="center"/>
              <w:rPr>
                <w:sz w:val="22"/>
              </w:rPr>
            </w:pPr>
            <w:r w:rsidRPr="002A70BC">
              <w:rPr>
                <w:sz w:val="22"/>
              </w:rPr>
              <w:t>10</w:t>
            </w:r>
          </w:p>
        </w:tc>
        <w:tc>
          <w:tcPr>
            <w:tcW w:w="3263" w:type="dxa"/>
            <w:shd w:val="clear" w:color="auto" w:fill="auto"/>
          </w:tcPr>
          <w:p w:rsidR="00C61EF3" w:rsidRPr="00104BD6" w:rsidRDefault="00104BD6" w:rsidP="00D027AC">
            <w:pPr>
              <w:rPr>
                <w:i/>
                <w:szCs w:val="24"/>
                <w:lang w:val="ru-RU"/>
              </w:rPr>
            </w:pPr>
            <w:r w:rsidRPr="00104BD6">
              <w:rPr>
                <w:rFonts w:cs="Times New Roman"/>
                <w:i/>
                <w:snapToGrid w:val="0"/>
                <w:szCs w:val="24"/>
              </w:rPr>
              <w:t>else</w:t>
            </w:r>
          </w:p>
        </w:tc>
        <w:tc>
          <w:tcPr>
            <w:tcW w:w="1108" w:type="dxa"/>
            <w:shd w:val="clear" w:color="auto" w:fill="auto"/>
          </w:tcPr>
          <w:p w:rsidR="00C61EF3" w:rsidRPr="00104BD6" w:rsidRDefault="00C61EF3" w:rsidP="00D027AC">
            <w:pPr>
              <w:jc w:val="center"/>
              <w:rPr>
                <w:i/>
                <w:szCs w:val="24"/>
                <w:lang w:val="ru-RU"/>
              </w:rPr>
            </w:pPr>
            <w:r w:rsidRPr="00104BD6">
              <w:rPr>
                <w:i/>
                <w:szCs w:val="24"/>
              </w:rPr>
              <w:t>2</w:t>
            </w:r>
            <w:r w:rsidRPr="00104BD6">
              <w:rPr>
                <w:i/>
                <w:szCs w:val="24"/>
                <w:lang w:val="ru-RU"/>
              </w:rPr>
              <w:t>0</w:t>
            </w:r>
          </w:p>
        </w:tc>
        <w:tc>
          <w:tcPr>
            <w:tcW w:w="3847" w:type="dxa"/>
            <w:shd w:val="clear" w:color="auto" w:fill="auto"/>
          </w:tcPr>
          <w:p w:rsidR="00C61EF3" w:rsidRPr="00104BD6" w:rsidRDefault="00C61EF3" w:rsidP="00D027AC">
            <w:pPr>
              <w:spacing w:line="240" w:lineRule="auto"/>
              <w:ind w:firstLine="284"/>
              <w:rPr>
                <w:rFonts w:cs="Times New Roman"/>
                <w:i/>
                <w:szCs w:val="24"/>
                <w:lang w:val="ru-RU"/>
              </w:rPr>
            </w:pPr>
            <w:r w:rsidRPr="00104BD6">
              <w:rPr>
                <w:rStyle w:val="markdown-word"/>
                <w:rFonts w:eastAsia="Times New Roman" w:cs="Times New Roman"/>
                <w:i/>
                <w:snapToGrid w:val="0"/>
                <w:color w:val="000000"/>
                <w:szCs w:val="24"/>
                <w:lang w:val="ru-RU" w:eastAsia="ru-RU"/>
              </w:rPr>
              <w:t xml:space="preserve">А </w:t>
            </w:r>
            <w:r w:rsidRPr="00104BD6">
              <w:rPr>
                <w:rStyle w:val="markdown-word"/>
                <w:rFonts w:eastAsia="Times New Roman" w:cs="Times New Roman"/>
                <w:i/>
                <w:snapToGrid w:val="0"/>
                <w:color w:val="000000"/>
                <w:szCs w:val="24"/>
                <w:lang w:eastAsia="ru-RU"/>
              </w:rPr>
              <w:t>–</w:t>
            </w:r>
            <w:r w:rsidRPr="00104BD6">
              <w:rPr>
                <w:rStyle w:val="markdown-word"/>
                <w:rFonts w:eastAsia="Times New Roman" w:cs="Times New Roman"/>
                <w:i/>
                <w:snapToGrid w:val="0"/>
                <w:color w:val="000000"/>
                <w:szCs w:val="24"/>
                <w:lang w:val="ru-RU" w:eastAsia="ru-RU"/>
              </w:rPr>
              <w:t> </w:t>
            </w:r>
            <w:r w:rsidRPr="00104BD6">
              <w:rPr>
                <w:rStyle w:val="markdown-word"/>
                <w:rFonts w:eastAsia="Times New Roman" w:cs="Times New Roman"/>
                <w:bCs/>
                <w:i/>
                <w:snapToGrid w:val="0"/>
                <w:color w:val="000000"/>
                <w:szCs w:val="24"/>
                <w:lang w:val="ru-RU" w:eastAsia="ru-RU"/>
              </w:rPr>
              <w:t>4</w:t>
            </w:r>
            <w:r w:rsidRPr="00104BD6">
              <w:rPr>
                <w:rStyle w:val="markdown-word"/>
                <w:rFonts w:eastAsia="Times New Roman" w:cs="Times New Roman"/>
                <w:i/>
                <w:snapToGrid w:val="0"/>
                <w:color w:val="000000"/>
                <w:szCs w:val="24"/>
                <w:shd w:val="clear" w:color="auto" w:fill="FFFFFF"/>
                <w:lang w:eastAsia="ru-RU"/>
              </w:rPr>
              <w:t xml:space="preserve">, </w:t>
            </w:r>
            <w:r w:rsidRPr="00104BD6">
              <w:rPr>
                <w:rStyle w:val="markdown-word"/>
                <w:rFonts w:eastAsia="Times New Roman" w:cs="Times New Roman"/>
                <w:i/>
                <w:snapToGrid w:val="0"/>
                <w:color w:val="000000"/>
                <w:szCs w:val="24"/>
                <w:lang w:val="ru-RU" w:eastAsia="ru-RU"/>
              </w:rPr>
              <w:t xml:space="preserve">Б </w:t>
            </w:r>
            <w:r w:rsidRPr="00104BD6">
              <w:rPr>
                <w:rStyle w:val="markdown-word"/>
                <w:rFonts w:eastAsia="Times New Roman" w:cs="Times New Roman"/>
                <w:i/>
                <w:snapToGrid w:val="0"/>
                <w:color w:val="000000"/>
                <w:szCs w:val="24"/>
                <w:lang w:eastAsia="ru-RU"/>
              </w:rPr>
              <w:t>–</w:t>
            </w:r>
            <w:r w:rsidRPr="00104BD6">
              <w:rPr>
                <w:rStyle w:val="markdown-word"/>
                <w:rFonts w:eastAsia="Times New Roman" w:cs="Times New Roman"/>
                <w:i/>
                <w:snapToGrid w:val="0"/>
                <w:color w:val="000000"/>
                <w:szCs w:val="24"/>
                <w:lang w:val="ru-RU" w:eastAsia="ru-RU"/>
              </w:rPr>
              <w:t> </w:t>
            </w:r>
            <w:r w:rsidRPr="00104BD6">
              <w:rPr>
                <w:rStyle w:val="markdown-word"/>
                <w:rFonts w:eastAsia="Times New Roman" w:cs="Times New Roman"/>
                <w:bCs/>
                <w:i/>
                <w:snapToGrid w:val="0"/>
                <w:color w:val="000000"/>
                <w:szCs w:val="24"/>
                <w:lang w:val="ru-RU" w:eastAsia="ru-RU"/>
              </w:rPr>
              <w:t>1</w:t>
            </w:r>
            <w:r w:rsidRPr="00104BD6">
              <w:rPr>
                <w:rStyle w:val="markdown-word"/>
                <w:rFonts w:eastAsia="Times New Roman" w:cs="Times New Roman"/>
                <w:i/>
                <w:snapToGrid w:val="0"/>
                <w:color w:val="000000"/>
                <w:szCs w:val="24"/>
                <w:shd w:val="clear" w:color="auto" w:fill="FFFFFF"/>
                <w:lang w:eastAsia="ru-RU"/>
              </w:rPr>
              <w:t xml:space="preserve">, </w:t>
            </w:r>
            <w:r w:rsidRPr="00104BD6">
              <w:rPr>
                <w:rStyle w:val="markdown-word"/>
                <w:rFonts w:eastAsia="Times New Roman" w:cs="Times New Roman"/>
                <w:i/>
                <w:snapToGrid w:val="0"/>
                <w:color w:val="000000"/>
                <w:szCs w:val="24"/>
                <w:lang w:val="ru-RU" w:eastAsia="ru-RU"/>
              </w:rPr>
              <w:t xml:space="preserve">В </w:t>
            </w:r>
            <w:r w:rsidRPr="00104BD6">
              <w:rPr>
                <w:rStyle w:val="markdown-word"/>
                <w:rFonts w:eastAsia="Times New Roman" w:cs="Times New Roman"/>
                <w:i/>
                <w:snapToGrid w:val="0"/>
                <w:color w:val="000000"/>
                <w:szCs w:val="24"/>
                <w:lang w:eastAsia="ru-RU"/>
              </w:rPr>
              <w:t>–</w:t>
            </w:r>
            <w:r w:rsidRPr="00104BD6">
              <w:rPr>
                <w:rStyle w:val="markdown-word"/>
                <w:rFonts w:eastAsia="Times New Roman" w:cs="Times New Roman"/>
                <w:i/>
                <w:snapToGrid w:val="0"/>
                <w:color w:val="000000"/>
                <w:szCs w:val="24"/>
                <w:lang w:val="ru-RU" w:eastAsia="ru-RU"/>
              </w:rPr>
              <w:t> </w:t>
            </w:r>
            <w:r w:rsidRPr="00104BD6">
              <w:rPr>
                <w:rStyle w:val="markdown-word"/>
                <w:rFonts w:eastAsia="Times New Roman" w:cs="Times New Roman"/>
                <w:bCs/>
                <w:i/>
                <w:snapToGrid w:val="0"/>
                <w:color w:val="000000"/>
                <w:szCs w:val="24"/>
                <w:lang w:val="ru-RU" w:eastAsia="ru-RU"/>
              </w:rPr>
              <w:t>2</w:t>
            </w:r>
            <w:r w:rsidRPr="00104BD6">
              <w:rPr>
                <w:rStyle w:val="markdown-word"/>
                <w:rFonts w:eastAsia="Times New Roman" w:cs="Times New Roman"/>
                <w:i/>
                <w:snapToGrid w:val="0"/>
                <w:color w:val="000000"/>
                <w:szCs w:val="24"/>
                <w:shd w:val="clear" w:color="auto" w:fill="FFFFFF"/>
                <w:lang w:eastAsia="ru-RU"/>
              </w:rPr>
              <w:t xml:space="preserve">, </w:t>
            </w:r>
            <w:r w:rsidRPr="00104BD6">
              <w:rPr>
                <w:rStyle w:val="markdown-word"/>
                <w:rFonts w:eastAsia="Times New Roman" w:cs="Times New Roman"/>
                <w:i/>
                <w:snapToGrid w:val="0"/>
                <w:color w:val="000000"/>
                <w:szCs w:val="24"/>
                <w:lang w:val="ru-RU" w:eastAsia="ru-RU"/>
              </w:rPr>
              <w:t>Г - </w:t>
            </w:r>
            <w:r w:rsidRPr="00104BD6">
              <w:rPr>
                <w:rStyle w:val="markdown-word"/>
                <w:rFonts w:eastAsia="Times New Roman" w:cs="Times New Roman"/>
                <w:bCs/>
                <w:i/>
                <w:snapToGrid w:val="0"/>
                <w:color w:val="000000"/>
                <w:szCs w:val="24"/>
                <w:lang w:val="ru-RU" w:eastAsia="ru-RU"/>
              </w:rPr>
              <w:t>3</w:t>
            </w:r>
          </w:p>
        </w:tc>
      </w:tr>
    </w:tbl>
    <w:p w:rsidR="009B6882" w:rsidRPr="0061790B" w:rsidRDefault="009B6882" w:rsidP="009B6882">
      <w:pPr>
        <w:spacing w:line="240" w:lineRule="auto"/>
        <w:jc w:val="center"/>
        <w:rPr>
          <w:b/>
          <w:szCs w:val="28"/>
        </w:rPr>
      </w:pPr>
    </w:p>
    <w:p w:rsidR="009B6882" w:rsidRDefault="009B6882" w:rsidP="009B6882">
      <w:pPr>
        <w:spacing w:line="240" w:lineRule="auto"/>
        <w:rPr>
          <w:b/>
          <w:szCs w:val="28"/>
        </w:rPr>
      </w:pPr>
    </w:p>
    <w:p w:rsidR="009B6882" w:rsidRDefault="009B6882" w:rsidP="009B6882">
      <w:pPr>
        <w:spacing w:line="240" w:lineRule="auto"/>
        <w:rPr>
          <w:b/>
          <w:szCs w:val="28"/>
        </w:rPr>
      </w:pPr>
    </w:p>
    <w:p w:rsidR="009B6882" w:rsidRPr="0061790B" w:rsidRDefault="009B6882" w:rsidP="009B6882">
      <w:pPr>
        <w:spacing w:line="240" w:lineRule="auto"/>
        <w:jc w:val="center"/>
        <w:rPr>
          <w:b/>
          <w:szCs w:val="28"/>
        </w:rPr>
      </w:pPr>
      <w:proofErr w:type="spellStart"/>
      <w:r w:rsidRPr="0061790B">
        <w:rPr>
          <w:b/>
          <w:szCs w:val="28"/>
        </w:rPr>
        <w:t>Критерии</w:t>
      </w:r>
      <w:proofErr w:type="spellEnd"/>
      <w:r w:rsidRPr="0061790B">
        <w:rPr>
          <w:b/>
          <w:szCs w:val="28"/>
        </w:rPr>
        <w:t xml:space="preserve"> </w:t>
      </w:r>
      <w:proofErr w:type="spellStart"/>
      <w:r w:rsidRPr="0061790B">
        <w:rPr>
          <w:b/>
          <w:szCs w:val="28"/>
        </w:rPr>
        <w:t>оценки</w:t>
      </w:r>
      <w:proofErr w:type="spellEnd"/>
      <w:r w:rsidRPr="0061790B">
        <w:rPr>
          <w:b/>
          <w:szCs w:val="28"/>
        </w:rPr>
        <w:t xml:space="preserve"> </w:t>
      </w:r>
      <w:proofErr w:type="spellStart"/>
      <w:r w:rsidRPr="0061790B">
        <w:rPr>
          <w:b/>
          <w:szCs w:val="28"/>
        </w:rPr>
        <w:t>тестовых</w:t>
      </w:r>
      <w:proofErr w:type="spellEnd"/>
      <w:r w:rsidRPr="0061790B">
        <w:rPr>
          <w:b/>
          <w:szCs w:val="28"/>
        </w:rPr>
        <w:t xml:space="preserve"> </w:t>
      </w:r>
      <w:proofErr w:type="spellStart"/>
      <w:r w:rsidRPr="0061790B">
        <w:rPr>
          <w:b/>
          <w:szCs w:val="28"/>
        </w:rPr>
        <w:t>заданий</w:t>
      </w:r>
      <w:proofErr w:type="spellEnd"/>
      <w:r w:rsidRPr="0061790B">
        <w:rPr>
          <w:b/>
          <w:szCs w:val="28"/>
        </w:rPr>
        <w:t xml:space="preserve"> 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6"/>
        <w:gridCol w:w="2561"/>
        <w:gridCol w:w="5507"/>
      </w:tblGrid>
      <w:tr w:rsidR="009B6882" w:rsidRPr="0061790B" w:rsidTr="004B2A9F">
        <w:trPr>
          <w:trHeight w:val="20"/>
          <w:jc w:val="center"/>
        </w:trPr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271D30" w:rsidRDefault="009B6882" w:rsidP="004B2A9F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271D30">
              <w:rPr>
                <w:b/>
                <w:szCs w:val="24"/>
              </w:rPr>
              <w:t>Результат</w:t>
            </w:r>
            <w:proofErr w:type="spellEnd"/>
            <w:r w:rsidRPr="00271D30">
              <w:rPr>
                <w:b/>
                <w:szCs w:val="24"/>
              </w:rPr>
              <w:t xml:space="preserve"> </w:t>
            </w:r>
            <w:proofErr w:type="spellStart"/>
            <w:r w:rsidRPr="00271D30">
              <w:rPr>
                <w:b/>
                <w:szCs w:val="24"/>
              </w:rPr>
              <w:t>оценивания</w:t>
            </w:r>
            <w:proofErr w:type="spellEnd"/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271D30" w:rsidRDefault="009B6882" w:rsidP="004B2A9F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271D30">
              <w:rPr>
                <w:b/>
                <w:szCs w:val="24"/>
              </w:rPr>
              <w:t>Тип</w:t>
            </w:r>
            <w:proofErr w:type="spellEnd"/>
            <w:r w:rsidRPr="00271D30">
              <w:rPr>
                <w:b/>
                <w:szCs w:val="24"/>
              </w:rPr>
              <w:t xml:space="preserve"> </w:t>
            </w:r>
            <w:proofErr w:type="spellStart"/>
            <w:r w:rsidRPr="00271D30">
              <w:rPr>
                <w:b/>
                <w:szCs w:val="24"/>
              </w:rPr>
              <w:t>задания</w:t>
            </w:r>
            <w:proofErr w:type="spellEnd"/>
          </w:p>
        </w:tc>
        <w:tc>
          <w:tcPr>
            <w:tcW w:w="2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271D30" w:rsidRDefault="009B6882" w:rsidP="004B2A9F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271D30">
              <w:rPr>
                <w:b/>
                <w:szCs w:val="24"/>
              </w:rPr>
              <w:t>Критерии</w:t>
            </w:r>
            <w:proofErr w:type="spellEnd"/>
          </w:p>
        </w:tc>
      </w:tr>
      <w:tr w:rsidR="009B6882" w:rsidRPr="004B2A9F" w:rsidTr="004B2A9F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271D30" w:rsidRDefault="009B6882" w:rsidP="004B2A9F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271D30">
              <w:rPr>
                <w:szCs w:val="24"/>
              </w:rPr>
              <w:t>верно</w:t>
            </w:r>
            <w:proofErr w:type="spellEnd"/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9B6882" w:rsidRDefault="009B6882" w:rsidP="004B2A9F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B6882">
              <w:rPr>
                <w:szCs w:val="24"/>
                <w:lang w:val="ru-RU"/>
              </w:rPr>
              <w:t>с выбором одного / нескольких ответов</w:t>
            </w:r>
          </w:p>
        </w:tc>
        <w:tc>
          <w:tcPr>
            <w:tcW w:w="2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9B6882" w:rsidRDefault="009B6882" w:rsidP="004B2A9F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B6882">
              <w:rPr>
                <w:szCs w:val="24"/>
                <w:lang w:val="ru-RU"/>
              </w:rPr>
              <w:t>Полное совпадение с верным ответом</w:t>
            </w:r>
          </w:p>
        </w:tc>
      </w:tr>
      <w:tr w:rsidR="009B6882" w:rsidRPr="004B2A9F" w:rsidTr="004B2A9F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9B6882" w:rsidRDefault="009B6882" w:rsidP="004B2A9F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9B6882" w:rsidRDefault="009B6882" w:rsidP="004B2A9F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B6882">
              <w:rPr>
                <w:szCs w:val="24"/>
                <w:lang w:val="ru-RU"/>
              </w:rPr>
              <w:t>с развернутым ответом на ввод одного/нескольких пропущенных слов</w:t>
            </w:r>
          </w:p>
        </w:tc>
        <w:tc>
          <w:tcPr>
            <w:tcW w:w="2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9B6882" w:rsidRDefault="009B6882" w:rsidP="004B2A9F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</w:tr>
      <w:tr w:rsidR="009B6882" w:rsidRPr="0061790B" w:rsidTr="004B2A9F">
        <w:trPr>
          <w:trHeight w:val="727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9B6882" w:rsidRDefault="009B6882" w:rsidP="004B2A9F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271D30" w:rsidRDefault="009B6882" w:rsidP="004B2A9F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271D30">
              <w:rPr>
                <w:szCs w:val="24"/>
              </w:rPr>
              <w:t>Решение</w:t>
            </w:r>
            <w:proofErr w:type="spellEnd"/>
            <w:r w:rsidRPr="00271D30">
              <w:rPr>
                <w:szCs w:val="24"/>
              </w:rPr>
              <w:t xml:space="preserve"> </w:t>
            </w:r>
            <w:proofErr w:type="spellStart"/>
            <w:r w:rsidRPr="00271D30">
              <w:rPr>
                <w:szCs w:val="24"/>
              </w:rPr>
              <w:t>задач</w:t>
            </w:r>
            <w:proofErr w:type="spellEnd"/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271D30" w:rsidRDefault="009B6882" w:rsidP="004B2A9F">
            <w:pPr>
              <w:spacing w:line="240" w:lineRule="auto"/>
              <w:jc w:val="center"/>
              <w:rPr>
                <w:szCs w:val="24"/>
              </w:rPr>
            </w:pPr>
            <w:r w:rsidRPr="009B6882">
              <w:rPr>
                <w:szCs w:val="24"/>
                <w:lang w:val="ru-RU"/>
              </w:rPr>
              <w:t xml:space="preserve">Наличие описания решения задачи. Допущены незначительные ошибки при решении задачи. </w:t>
            </w:r>
            <w:proofErr w:type="spellStart"/>
            <w:r>
              <w:rPr>
                <w:szCs w:val="24"/>
              </w:rPr>
              <w:t>Наличие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совпадения</w:t>
            </w:r>
            <w:proofErr w:type="spellEnd"/>
            <w:r>
              <w:rPr>
                <w:szCs w:val="24"/>
              </w:rPr>
              <w:t xml:space="preserve"> с </w:t>
            </w:r>
            <w:proofErr w:type="spellStart"/>
            <w:r>
              <w:rPr>
                <w:szCs w:val="24"/>
              </w:rPr>
              <w:t>эталонным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решением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задачи</w:t>
            </w:r>
            <w:proofErr w:type="spellEnd"/>
            <w:r>
              <w:rPr>
                <w:szCs w:val="24"/>
              </w:rPr>
              <w:t>.</w:t>
            </w:r>
          </w:p>
        </w:tc>
      </w:tr>
      <w:tr w:rsidR="009B6882" w:rsidRPr="004B2A9F" w:rsidTr="004B2A9F">
        <w:trPr>
          <w:trHeight w:val="323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271D30" w:rsidRDefault="009B6882" w:rsidP="004B2A9F">
            <w:pPr>
              <w:jc w:val="center"/>
              <w:rPr>
                <w:szCs w:val="24"/>
              </w:rPr>
            </w:pPr>
            <w:proofErr w:type="spellStart"/>
            <w:r w:rsidRPr="00271D30">
              <w:rPr>
                <w:szCs w:val="24"/>
              </w:rPr>
              <w:t>неверно</w:t>
            </w:r>
            <w:proofErr w:type="spellEnd"/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9B6882" w:rsidRDefault="009B6882" w:rsidP="004B2A9F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B6882">
              <w:rPr>
                <w:szCs w:val="24"/>
                <w:lang w:val="ru-RU"/>
              </w:rPr>
              <w:t>с выбором одного / нескольких ответов; с развернутым ответом на ввод одного/нескольких пропущенных слов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9B6882" w:rsidRDefault="009B6882" w:rsidP="004B2A9F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B6882">
              <w:rPr>
                <w:szCs w:val="24"/>
                <w:lang w:val="ru-RU"/>
              </w:rPr>
              <w:t>Допущены ошибки или ответ отсутствует</w:t>
            </w:r>
          </w:p>
        </w:tc>
      </w:tr>
      <w:tr w:rsidR="009B6882" w:rsidRPr="004B2A9F" w:rsidTr="004B2A9F">
        <w:trPr>
          <w:trHeight w:val="20"/>
          <w:jc w:val="center"/>
        </w:trPr>
        <w:tc>
          <w:tcPr>
            <w:tcW w:w="8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9B6882" w:rsidRDefault="009B6882" w:rsidP="004B2A9F">
            <w:pPr>
              <w:spacing w:line="240" w:lineRule="auto"/>
              <w:jc w:val="center"/>
              <w:rPr>
                <w:szCs w:val="24"/>
                <w:lang w:val="ru-RU"/>
              </w:rPr>
            </w:pP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271D30" w:rsidRDefault="009B6882" w:rsidP="004B2A9F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271D30">
              <w:rPr>
                <w:szCs w:val="24"/>
              </w:rPr>
              <w:t>Решение</w:t>
            </w:r>
            <w:proofErr w:type="spellEnd"/>
            <w:r w:rsidRPr="00271D30">
              <w:rPr>
                <w:szCs w:val="24"/>
              </w:rPr>
              <w:t xml:space="preserve"> </w:t>
            </w:r>
            <w:proofErr w:type="spellStart"/>
            <w:r w:rsidRPr="00271D30">
              <w:rPr>
                <w:szCs w:val="24"/>
              </w:rPr>
              <w:t>задач</w:t>
            </w:r>
            <w:proofErr w:type="spellEnd"/>
          </w:p>
        </w:tc>
        <w:tc>
          <w:tcPr>
            <w:tcW w:w="2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882" w:rsidRPr="009B6882" w:rsidRDefault="009B6882" w:rsidP="004B2A9F">
            <w:pPr>
              <w:spacing w:line="240" w:lineRule="auto"/>
              <w:jc w:val="center"/>
              <w:rPr>
                <w:szCs w:val="24"/>
                <w:lang w:val="ru-RU"/>
              </w:rPr>
            </w:pPr>
            <w:r w:rsidRPr="009B6882">
              <w:rPr>
                <w:szCs w:val="24"/>
                <w:lang w:val="ru-RU"/>
              </w:rPr>
              <w:t>Допущены критические ошибки при решении задачи.</w:t>
            </w:r>
          </w:p>
        </w:tc>
      </w:tr>
    </w:tbl>
    <w:p w:rsidR="009B6882" w:rsidRPr="009B6882" w:rsidRDefault="009B6882" w:rsidP="009B6882">
      <w:pPr>
        <w:spacing w:line="240" w:lineRule="auto"/>
        <w:rPr>
          <w:b/>
          <w:szCs w:val="24"/>
          <w:lang w:val="ru-RU"/>
        </w:rPr>
      </w:pPr>
    </w:p>
    <w:p w:rsidR="009B6882" w:rsidRPr="009B6882" w:rsidRDefault="009B6882" w:rsidP="009B6882">
      <w:pPr>
        <w:spacing w:line="240" w:lineRule="auto"/>
        <w:jc w:val="center"/>
        <w:rPr>
          <w:b/>
          <w:lang w:val="ru-RU"/>
        </w:rPr>
      </w:pPr>
      <w:r w:rsidRPr="009B6882">
        <w:rPr>
          <w:b/>
          <w:lang w:val="ru-RU"/>
        </w:rPr>
        <w:t>Шкала оценивания результатов компьютерного тестирования обучающихся</w:t>
      </w:r>
    </w:p>
    <w:p w:rsidR="009B6882" w:rsidRPr="0061790B" w:rsidRDefault="009B6882" w:rsidP="009B6882">
      <w:pPr>
        <w:spacing w:after="240" w:line="240" w:lineRule="auto"/>
        <w:jc w:val="center"/>
        <w:rPr>
          <w:bCs/>
          <w:i/>
          <w:iCs/>
        </w:rPr>
      </w:pPr>
      <w:r w:rsidRPr="0061790B">
        <w:rPr>
          <w:bCs/>
          <w:i/>
          <w:iCs/>
        </w:rPr>
        <w:t>(</w:t>
      </w:r>
      <w:proofErr w:type="spellStart"/>
      <w:proofErr w:type="gramStart"/>
      <w:r w:rsidRPr="0061790B">
        <w:rPr>
          <w:bCs/>
          <w:i/>
          <w:iCs/>
        </w:rPr>
        <w:t>рекомендуемая</w:t>
      </w:r>
      <w:proofErr w:type="spellEnd"/>
      <w:proofErr w:type="gramEnd"/>
      <w:r w:rsidRPr="0061790B">
        <w:rPr>
          <w:bCs/>
          <w:i/>
          <w:iCs/>
        </w:rPr>
        <w:t>)</w:t>
      </w:r>
    </w:p>
    <w:tbl>
      <w:tblPr>
        <w:tblW w:w="478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0"/>
        <w:gridCol w:w="3995"/>
      </w:tblGrid>
      <w:tr w:rsidR="009B6882" w:rsidRPr="0061790B" w:rsidTr="004B2A9F">
        <w:trPr>
          <w:jc w:val="center"/>
        </w:trPr>
        <w:tc>
          <w:tcPr>
            <w:tcW w:w="2892" w:type="pct"/>
            <w:vAlign w:val="center"/>
          </w:tcPr>
          <w:p w:rsidR="009B6882" w:rsidRPr="00D14391" w:rsidRDefault="009B6882" w:rsidP="004B2A9F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D14391">
              <w:rPr>
                <w:b/>
                <w:szCs w:val="24"/>
              </w:rPr>
              <w:t>Оценка</w:t>
            </w:r>
            <w:proofErr w:type="spellEnd"/>
          </w:p>
        </w:tc>
        <w:tc>
          <w:tcPr>
            <w:tcW w:w="2108" w:type="pct"/>
            <w:vAlign w:val="center"/>
          </w:tcPr>
          <w:p w:rsidR="009B6882" w:rsidRPr="00D14391" w:rsidRDefault="009B6882" w:rsidP="004B2A9F">
            <w:pPr>
              <w:spacing w:line="240" w:lineRule="auto"/>
              <w:jc w:val="center"/>
              <w:rPr>
                <w:b/>
                <w:szCs w:val="24"/>
              </w:rPr>
            </w:pPr>
            <w:proofErr w:type="spellStart"/>
            <w:r w:rsidRPr="00D14391">
              <w:rPr>
                <w:b/>
                <w:szCs w:val="24"/>
              </w:rPr>
              <w:t>Процент</w:t>
            </w:r>
            <w:proofErr w:type="spellEnd"/>
            <w:r w:rsidRPr="00D14391">
              <w:rPr>
                <w:b/>
                <w:szCs w:val="24"/>
              </w:rPr>
              <w:t xml:space="preserve"> </w:t>
            </w:r>
            <w:proofErr w:type="spellStart"/>
            <w:r w:rsidRPr="00D14391">
              <w:rPr>
                <w:b/>
                <w:szCs w:val="24"/>
              </w:rPr>
              <w:t>верных</w:t>
            </w:r>
            <w:proofErr w:type="spellEnd"/>
            <w:r w:rsidRPr="00D14391">
              <w:rPr>
                <w:b/>
                <w:szCs w:val="24"/>
              </w:rPr>
              <w:t xml:space="preserve"> </w:t>
            </w:r>
            <w:proofErr w:type="spellStart"/>
            <w:r w:rsidRPr="00D14391">
              <w:rPr>
                <w:b/>
                <w:szCs w:val="24"/>
              </w:rPr>
              <w:t>ответов</w:t>
            </w:r>
            <w:proofErr w:type="spellEnd"/>
          </w:p>
        </w:tc>
      </w:tr>
      <w:tr w:rsidR="009B6882" w:rsidRPr="0061790B" w:rsidTr="004B2A9F">
        <w:trPr>
          <w:jc w:val="center"/>
        </w:trPr>
        <w:tc>
          <w:tcPr>
            <w:tcW w:w="2892" w:type="pct"/>
          </w:tcPr>
          <w:p w:rsidR="009B6882" w:rsidRPr="00D14391" w:rsidRDefault="009B6882" w:rsidP="004B2A9F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D14391">
              <w:rPr>
                <w:szCs w:val="24"/>
              </w:rPr>
              <w:t>отлично</w:t>
            </w:r>
            <w:proofErr w:type="spellEnd"/>
          </w:p>
        </w:tc>
        <w:tc>
          <w:tcPr>
            <w:tcW w:w="2108" w:type="pct"/>
            <w:vAlign w:val="center"/>
          </w:tcPr>
          <w:p w:rsidR="009B6882" w:rsidRPr="00D14391" w:rsidRDefault="009B6882" w:rsidP="004B2A9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80-100</w:t>
            </w:r>
          </w:p>
        </w:tc>
      </w:tr>
      <w:tr w:rsidR="009B6882" w:rsidRPr="0061790B" w:rsidTr="004B2A9F">
        <w:trPr>
          <w:jc w:val="center"/>
        </w:trPr>
        <w:tc>
          <w:tcPr>
            <w:tcW w:w="2892" w:type="pct"/>
          </w:tcPr>
          <w:p w:rsidR="009B6882" w:rsidRPr="00D14391" w:rsidRDefault="009B6882" w:rsidP="004B2A9F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D14391">
              <w:rPr>
                <w:szCs w:val="24"/>
              </w:rPr>
              <w:t>хорошо</w:t>
            </w:r>
            <w:proofErr w:type="spellEnd"/>
          </w:p>
        </w:tc>
        <w:tc>
          <w:tcPr>
            <w:tcW w:w="2108" w:type="pct"/>
          </w:tcPr>
          <w:p w:rsidR="009B6882" w:rsidRPr="00D14391" w:rsidRDefault="009B6882" w:rsidP="004B2A9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60-80</w:t>
            </w:r>
          </w:p>
        </w:tc>
      </w:tr>
      <w:tr w:rsidR="009B6882" w:rsidRPr="0061790B" w:rsidTr="004B2A9F">
        <w:trPr>
          <w:jc w:val="center"/>
        </w:trPr>
        <w:tc>
          <w:tcPr>
            <w:tcW w:w="2892" w:type="pct"/>
          </w:tcPr>
          <w:p w:rsidR="009B6882" w:rsidRPr="00D14391" w:rsidRDefault="009B6882" w:rsidP="004B2A9F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D14391">
              <w:rPr>
                <w:szCs w:val="24"/>
              </w:rPr>
              <w:t>удовлетворительно</w:t>
            </w:r>
            <w:proofErr w:type="spellEnd"/>
          </w:p>
        </w:tc>
        <w:tc>
          <w:tcPr>
            <w:tcW w:w="2108" w:type="pct"/>
          </w:tcPr>
          <w:p w:rsidR="009B6882" w:rsidRPr="00D14391" w:rsidRDefault="009B6882" w:rsidP="004B2A9F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50-60</w:t>
            </w:r>
          </w:p>
        </w:tc>
      </w:tr>
      <w:tr w:rsidR="009B6882" w:rsidRPr="0061790B" w:rsidTr="004B2A9F">
        <w:trPr>
          <w:jc w:val="center"/>
        </w:trPr>
        <w:tc>
          <w:tcPr>
            <w:tcW w:w="2892" w:type="pct"/>
          </w:tcPr>
          <w:p w:rsidR="009B6882" w:rsidRPr="00D14391" w:rsidRDefault="009B6882" w:rsidP="004B2A9F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D14391">
              <w:rPr>
                <w:szCs w:val="24"/>
              </w:rPr>
              <w:t>неудовлетворительно</w:t>
            </w:r>
            <w:proofErr w:type="spellEnd"/>
          </w:p>
        </w:tc>
        <w:tc>
          <w:tcPr>
            <w:tcW w:w="2108" w:type="pct"/>
          </w:tcPr>
          <w:p w:rsidR="009B6882" w:rsidRPr="00D14391" w:rsidRDefault="009B6882" w:rsidP="004B2A9F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Менее</w:t>
            </w:r>
            <w:proofErr w:type="spellEnd"/>
            <w:r>
              <w:rPr>
                <w:szCs w:val="24"/>
              </w:rPr>
              <w:t xml:space="preserve"> 50</w:t>
            </w:r>
          </w:p>
        </w:tc>
      </w:tr>
    </w:tbl>
    <w:p w:rsidR="009B6882" w:rsidRPr="00D14391" w:rsidRDefault="009B6882" w:rsidP="009B6882">
      <w:pPr>
        <w:rPr>
          <w:b/>
          <w:szCs w:val="24"/>
        </w:rPr>
      </w:pPr>
    </w:p>
    <w:p w:rsidR="009B6882" w:rsidRPr="009B6882" w:rsidRDefault="009B6882" w:rsidP="009B6882">
      <w:pPr>
        <w:rPr>
          <w:szCs w:val="24"/>
          <w:lang w:val="ru-RU"/>
        </w:rPr>
      </w:pPr>
      <w:r w:rsidRPr="009B6882">
        <w:rPr>
          <w:szCs w:val="24"/>
          <w:lang w:val="ru-RU"/>
        </w:rPr>
        <w:t>Составитель: В.В. Кижин, старший преподаватель кафедры энергетики     _________________</w:t>
      </w:r>
    </w:p>
    <w:p w:rsidR="009B6882" w:rsidRPr="009121ED" w:rsidRDefault="009B6882">
      <w:pPr>
        <w:rPr>
          <w:lang w:val="ru-RU"/>
        </w:rPr>
      </w:pPr>
    </w:p>
    <w:sectPr w:rsidR="009B6882" w:rsidRPr="009121ED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3091945"/>
    <w:multiLevelType w:val="hybridMultilevel"/>
    <w:tmpl w:val="D228D9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935815"/>
    <w:multiLevelType w:val="hybridMultilevel"/>
    <w:tmpl w:val="6E30A114"/>
    <w:lvl w:ilvl="0" w:tplc="16C8664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C324B62"/>
    <w:multiLevelType w:val="hybridMultilevel"/>
    <w:tmpl w:val="5F2C9A70"/>
    <w:lvl w:ilvl="0" w:tplc="430C6DF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30443D"/>
    <w:multiLevelType w:val="hybridMultilevel"/>
    <w:tmpl w:val="AA2E1C34"/>
    <w:lvl w:ilvl="0" w:tplc="CBE46560">
      <w:start w:val="1"/>
      <w:numFmt w:val="decimal"/>
      <w:lvlText w:val="%1."/>
      <w:lvlJc w:val="left"/>
      <w:pPr>
        <w:ind w:left="64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2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37B82"/>
    <w:rsid w:val="0006063C"/>
    <w:rsid w:val="00104BD6"/>
    <w:rsid w:val="0015074B"/>
    <w:rsid w:val="001729D8"/>
    <w:rsid w:val="002911A2"/>
    <w:rsid w:val="0029639D"/>
    <w:rsid w:val="002D7306"/>
    <w:rsid w:val="00326F90"/>
    <w:rsid w:val="00342ACB"/>
    <w:rsid w:val="003C5AD1"/>
    <w:rsid w:val="004B2A9F"/>
    <w:rsid w:val="006707B1"/>
    <w:rsid w:val="0069161D"/>
    <w:rsid w:val="009121ED"/>
    <w:rsid w:val="009B6882"/>
    <w:rsid w:val="00A5180B"/>
    <w:rsid w:val="00AA1D8D"/>
    <w:rsid w:val="00AF7788"/>
    <w:rsid w:val="00B465A8"/>
    <w:rsid w:val="00B47730"/>
    <w:rsid w:val="00B970FC"/>
    <w:rsid w:val="00C06ACE"/>
    <w:rsid w:val="00C61EF3"/>
    <w:rsid w:val="00CB0664"/>
    <w:rsid w:val="00CD005E"/>
    <w:rsid w:val="00D4176F"/>
    <w:rsid w:val="00D4411B"/>
    <w:rsid w:val="00DE0F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FD98DD5-FFC6-420E-8DB7-B78A0B5FC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2c">
    <w:name w:val="Основной текст (2)_ Знак"/>
    <w:link w:val="2d"/>
    <w:rsid w:val="00B465A8"/>
    <w:rPr>
      <w:rFonts w:ascii="Calibri" w:hAnsi="Calibri"/>
      <w:b/>
      <w:spacing w:val="10"/>
      <w:shd w:val="clear" w:color="auto" w:fill="FFFFFF"/>
      <w:lang w:val="ru-RU" w:eastAsia="ru-RU"/>
    </w:rPr>
  </w:style>
  <w:style w:type="paragraph" w:customStyle="1" w:styleId="2d">
    <w:name w:val="Основной текст (2)_"/>
    <w:basedOn w:val="a1"/>
    <w:link w:val="2c"/>
    <w:rsid w:val="00B465A8"/>
    <w:pPr>
      <w:widowControl w:val="0"/>
      <w:shd w:val="clear" w:color="auto" w:fill="FFFFFF"/>
      <w:spacing w:before="120" w:line="268" w:lineRule="exact"/>
      <w:jc w:val="both"/>
    </w:pPr>
    <w:rPr>
      <w:rFonts w:ascii="Calibri" w:hAnsi="Calibri"/>
      <w:b/>
      <w:spacing w:val="10"/>
      <w:sz w:val="22"/>
      <w:shd w:val="clear" w:color="auto" w:fill="FFFFFF"/>
      <w:lang w:val="ru-RU" w:eastAsia="ru-RU"/>
    </w:rPr>
  </w:style>
  <w:style w:type="paragraph" w:customStyle="1" w:styleId="14">
    <w:name w:val="Обычный1"/>
    <w:rsid w:val="009B688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character" w:styleId="HTML">
    <w:name w:val="HTML Code"/>
    <w:basedOn w:val="a2"/>
    <w:uiPriority w:val="99"/>
    <w:semiHidden/>
    <w:unhideWhenUsed/>
    <w:rsid w:val="004B2A9F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1"/>
    <w:link w:val="HTML1"/>
    <w:uiPriority w:val="99"/>
    <w:unhideWhenUsed/>
    <w:rsid w:val="004B2A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1">
    <w:name w:val="Стандартный HTML Знак"/>
    <w:basedOn w:val="a2"/>
    <w:link w:val="HTML0"/>
    <w:uiPriority w:val="99"/>
    <w:rsid w:val="004B2A9F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markdown-word">
    <w:name w:val="markdown-word"/>
    <w:basedOn w:val="a2"/>
    <w:rsid w:val="00AF7788"/>
  </w:style>
  <w:style w:type="character" w:customStyle="1" w:styleId="mord">
    <w:name w:val="mord"/>
    <w:basedOn w:val="a2"/>
    <w:rsid w:val="00AF7788"/>
  </w:style>
  <w:style w:type="character" w:customStyle="1" w:styleId="hljs-builtin">
    <w:name w:val="hljs-built_in"/>
    <w:basedOn w:val="a2"/>
    <w:rsid w:val="00AF7788"/>
  </w:style>
  <w:style w:type="character" w:customStyle="1" w:styleId="hljs-number">
    <w:name w:val="hljs-number"/>
    <w:basedOn w:val="a2"/>
    <w:rsid w:val="00AF7788"/>
  </w:style>
  <w:style w:type="character" w:customStyle="1" w:styleId="token">
    <w:name w:val="token"/>
    <w:basedOn w:val="a2"/>
    <w:rsid w:val="002911A2"/>
  </w:style>
  <w:style w:type="character" w:customStyle="1" w:styleId="d813de27">
    <w:name w:val="d813de27"/>
    <w:basedOn w:val="a2"/>
    <w:rsid w:val="00A518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5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7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417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996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13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50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4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A4FCD13-FDC6-453B-B110-FB2C07D897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16</Pages>
  <Words>2357</Words>
  <Characters>13441</Characters>
  <Application>Microsoft Office Word</Application>
  <DocSecurity>0</DocSecurity>
  <Lines>112</Lines>
  <Paragraphs>31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15767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Учетная запись Майкрософт</cp:lastModifiedBy>
  <cp:revision>7</cp:revision>
  <dcterms:created xsi:type="dcterms:W3CDTF">2013-12-23T23:15:00Z</dcterms:created>
  <dcterms:modified xsi:type="dcterms:W3CDTF">2026-04-16T13:40:00Z</dcterms:modified>
  <cp:category/>
</cp:coreProperties>
</file>