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D07" w:rsidRPr="009121ED" w:rsidRDefault="00F96D07" w:rsidP="00F96D07">
      <w:pPr>
        <w:spacing w:line="240" w:lineRule="auto"/>
        <w:jc w:val="center"/>
        <w:rPr>
          <w:lang w:val="ru-RU"/>
        </w:rPr>
      </w:pPr>
      <w:r w:rsidRPr="009121ED">
        <w:rPr>
          <w:sz w:val="20"/>
          <w:lang w:val="ru-RU"/>
        </w:rPr>
        <w:t>МИНИСТЕРСТВО НАУКИ И ВЫСШЕГО ОБРАЗОВАНИЯ РОССИЙСКОЙ ФЕДЕРАЦИИ</w:t>
      </w:r>
    </w:p>
    <w:p w:rsidR="00F96D07" w:rsidRPr="009121ED" w:rsidRDefault="00F96D07" w:rsidP="00F96D07">
      <w:pPr>
        <w:spacing w:line="240" w:lineRule="auto"/>
        <w:jc w:val="center"/>
        <w:rPr>
          <w:lang w:val="ru-RU"/>
        </w:rPr>
      </w:pPr>
      <w:r w:rsidRPr="009121ED">
        <w:rPr>
          <w:lang w:val="ru-RU"/>
        </w:rPr>
        <w:br/>
        <w:t>ФЕДЕРАЛЬНОЕ ГОСУДАРСТВЕННОЕ БЮДЖЕТНОЕ</w:t>
      </w:r>
      <w:r w:rsidRPr="009121ED">
        <w:rPr>
          <w:lang w:val="ru-RU"/>
        </w:rPr>
        <w:br/>
        <w:t>ОБРАЗОВАТЕЛЬНОЕ УЧРЕЖДЕНИЕ ВЫСШЕГО ОБРАЗОВАНИЯ</w:t>
      </w:r>
    </w:p>
    <w:p w:rsidR="00F96D07" w:rsidRPr="009121ED" w:rsidRDefault="00F96D07" w:rsidP="00F96D07">
      <w:pPr>
        <w:spacing w:line="240" w:lineRule="auto"/>
        <w:jc w:val="center"/>
        <w:rPr>
          <w:lang w:val="ru-RU"/>
        </w:rPr>
      </w:pPr>
      <w:r w:rsidRPr="009121ED">
        <w:rPr>
          <w:b/>
          <w:lang w:val="ru-RU"/>
        </w:rPr>
        <w:br/>
        <w:t>«БРАТСКИЙ ГОСУДАРСТВЕННЫЙ УНИВЕРСИТЕТ»</w:t>
      </w:r>
    </w:p>
    <w:p w:rsidR="00F96D07" w:rsidRPr="009121ED" w:rsidRDefault="00F96D07" w:rsidP="00F96D07">
      <w:pPr>
        <w:spacing w:line="240" w:lineRule="auto"/>
        <w:jc w:val="center"/>
        <w:rPr>
          <w:lang w:val="ru-RU"/>
        </w:rPr>
      </w:pP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  <w:t xml:space="preserve">ФОНД </w:t>
      </w:r>
      <w:r w:rsidRPr="009121ED">
        <w:rPr>
          <w:b/>
          <w:sz w:val="28"/>
          <w:lang w:val="ru-RU"/>
        </w:rPr>
        <w:br/>
        <w:t>ОЦЕНОЧНЫХ СРЕДСТВ</w:t>
      </w:r>
    </w:p>
    <w:p w:rsidR="00F96D07" w:rsidRPr="009121ED" w:rsidRDefault="00F96D07" w:rsidP="00F96D07">
      <w:pPr>
        <w:rPr>
          <w:lang w:val="ru-RU"/>
        </w:rPr>
      </w:pPr>
    </w:p>
    <w:p w:rsidR="00F96D07" w:rsidRPr="0008332C" w:rsidRDefault="00F96D07" w:rsidP="00F96D07">
      <w:pPr>
        <w:jc w:val="center"/>
        <w:rPr>
          <w:b/>
          <w:lang w:val="ru-RU"/>
        </w:rPr>
      </w:pPr>
      <w:r w:rsidRPr="009121ED">
        <w:rPr>
          <w:lang w:val="ru-RU"/>
        </w:rPr>
        <w:t xml:space="preserve">по </w:t>
      </w:r>
      <w:r w:rsidR="0008332C">
        <w:rPr>
          <w:lang w:val="ru-RU"/>
        </w:rPr>
        <w:t>практике</w:t>
      </w:r>
      <w:r w:rsidRPr="009121ED">
        <w:rPr>
          <w:lang w:val="ru-RU"/>
        </w:rPr>
        <w:t xml:space="preserve"> </w:t>
      </w:r>
      <w:r w:rsidRPr="009121ED">
        <w:rPr>
          <w:lang w:val="ru-RU"/>
        </w:rPr>
        <w:br/>
      </w:r>
      <w:r w:rsidR="0008332C" w:rsidRPr="0008332C">
        <w:rPr>
          <w:szCs w:val="24"/>
          <w:lang w:val="ru-RU"/>
        </w:rPr>
        <w:t>Б2.0.01(У) Учебная (ознакомительная) практика</w:t>
      </w:r>
      <w:r w:rsidRPr="009121ED">
        <w:rPr>
          <w:lang w:val="ru-RU"/>
        </w:rPr>
        <w:br/>
      </w:r>
    </w:p>
    <w:p w:rsidR="00F96D07" w:rsidRPr="009121ED" w:rsidRDefault="00F96D07" w:rsidP="00F96D07">
      <w:pPr>
        <w:rPr>
          <w:lang w:val="ru-RU"/>
        </w:rPr>
      </w:pPr>
      <w:r w:rsidRPr="009121ED">
        <w:rPr>
          <w:lang w:val="ru-RU"/>
        </w:rPr>
        <w:t>Направление подготовки 13.03.02 Электроэнергетика и электротехника</w:t>
      </w:r>
      <w:r w:rsidRPr="009121ED">
        <w:rPr>
          <w:lang w:val="ru-RU"/>
        </w:rPr>
        <w:br/>
      </w:r>
      <w:bookmarkStart w:id="0" w:name="_GoBack"/>
      <w:bookmarkEnd w:id="0"/>
    </w:p>
    <w:p w:rsidR="00F96D07" w:rsidRPr="009121ED" w:rsidRDefault="00F96D07" w:rsidP="00F96D07">
      <w:pPr>
        <w:rPr>
          <w:lang w:val="ru-RU"/>
        </w:rPr>
      </w:pPr>
      <w:r w:rsidRPr="009121ED">
        <w:rPr>
          <w:lang w:val="ru-RU"/>
        </w:rPr>
        <w:t>Профиль подготовки Электроэнергетика</w:t>
      </w:r>
      <w:r w:rsidRPr="009121ED">
        <w:rPr>
          <w:lang w:val="ru-RU"/>
        </w:rPr>
        <w:br/>
      </w:r>
    </w:p>
    <w:p w:rsidR="00F96D07" w:rsidRPr="009121ED" w:rsidRDefault="00F96D07" w:rsidP="00F96D07">
      <w:pPr>
        <w:rPr>
          <w:lang w:val="ru-RU"/>
        </w:rPr>
      </w:pPr>
      <w:r w:rsidRPr="009121ED">
        <w:rPr>
          <w:lang w:val="ru-RU"/>
        </w:rPr>
        <w:t>Квалификация бакалавр</w:t>
      </w:r>
      <w:r w:rsidRPr="009121ED">
        <w:rPr>
          <w:lang w:val="ru-RU"/>
        </w:rPr>
        <w:br/>
      </w:r>
    </w:p>
    <w:p w:rsidR="00F96D07" w:rsidRPr="009121ED" w:rsidRDefault="00F96D07" w:rsidP="00F96D07">
      <w:pPr>
        <w:rPr>
          <w:lang w:val="ru-RU"/>
        </w:rPr>
      </w:pPr>
      <w:r w:rsidRPr="009121ED">
        <w:rPr>
          <w:lang w:val="ru-RU"/>
        </w:rPr>
        <w:t>Год начала подготовки 2025</w:t>
      </w:r>
      <w:r w:rsidRPr="009121ED">
        <w:rPr>
          <w:lang w:val="ru-RU"/>
        </w:rPr>
        <w:br/>
      </w:r>
    </w:p>
    <w:p w:rsidR="00F96D07" w:rsidRPr="009121ED" w:rsidRDefault="00F96D07" w:rsidP="00F96D07">
      <w:pPr>
        <w:rPr>
          <w:lang w:val="ru-RU"/>
        </w:rPr>
      </w:pPr>
      <w:r w:rsidRPr="009121ED">
        <w:rPr>
          <w:lang w:val="ru-RU"/>
        </w:rPr>
        <w:br w:type="page"/>
      </w:r>
    </w:p>
    <w:p w:rsidR="00F96D07" w:rsidRPr="009121ED" w:rsidRDefault="00746DD4" w:rsidP="00F96D07">
      <w:pPr>
        <w:rPr>
          <w:lang w:val="ru-RU"/>
        </w:rPr>
      </w:pPr>
      <w:r w:rsidRPr="003C731C">
        <w:rPr>
          <w:lang w:val="ru-RU"/>
        </w:rPr>
        <w:t xml:space="preserve">Составитель: </w:t>
      </w:r>
      <w:r w:rsidRPr="003C731C">
        <w:rPr>
          <w:lang w:val="ru-RU"/>
        </w:rPr>
        <w:br/>
      </w:r>
      <w:r w:rsidRPr="00F644B9">
        <w:rPr>
          <w:lang w:val="ru-RU"/>
        </w:rPr>
        <w:t>С.М. Игнатьева, доцент к</w:t>
      </w:r>
      <w:r w:rsidRPr="00F644B9">
        <w:rPr>
          <w:szCs w:val="24"/>
          <w:lang w:val="ru-RU"/>
        </w:rPr>
        <w:t xml:space="preserve">афедры энергетики, </w:t>
      </w:r>
      <w:proofErr w:type="spellStart"/>
      <w:r w:rsidRPr="00F644B9">
        <w:rPr>
          <w:szCs w:val="24"/>
          <w:lang w:val="ru-RU"/>
        </w:rPr>
        <w:t>к.э.н</w:t>
      </w:r>
      <w:proofErr w:type="spellEnd"/>
      <w:r w:rsidRPr="00F644B9">
        <w:rPr>
          <w:szCs w:val="24"/>
          <w:lang w:val="ru-RU"/>
        </w:rPr>
        <w:t xml:space="preserve">, доцент     </w:t>
      </w:r>
      <w:r w:rsidRPr="00F644B9">
        <w:rPr>
          <w:lang w:val="ru-RU"/>
        </w:rPr>
        <w:tab/>
        <w:t>________________</w:t>
      </w:r>
      <w:r w:rsidR="00F96D07" w:rsidRPr="009121ED">
        <w:rPr>
          <w:lang w:val="ru-RU"/>
        </w:rPr>
        <w:br/>
      </w:r>
    </w:p>
    <w:p w:rsidR="00F96D07" w:rsidRPr="009121ED" w:rsidRDefault="00F96D07" w:rsidP="00F96D07">
      <w:pPr>
        <w:rPr>
          <w:lang w:val="ru-RU"/>
        </w:rPr>
      </w:pPr>
      <w:r w:rsidRPr="009121ED">
        <w:rPr>
          <w:lang w:val="ru-RU"/>
        </w:rPr>
        <w:t>Одобрено на заседании кафедры энергетики</w:t>
      </w:r>
      <w:r w:rsidRPr="009121ED">
        <w:rPr>
          <w:lang w:val="ru-RU"/>
        </w:rPr>
        <w:br/>
        <w:t>«2</w:t>
      </w:r>
      <w:r>
        <w:rPr>
          <w:lang w:val="ru-RU"/>
        </w:rPr>
        <w:t>4</w:t>
      </w:r>
      <w:r w:rsidRPr="009121ED">
        <w:rPr>
          <w:lang w:val="ru-RU"/>
        </w:rPr>
        <w:t>» апрель 2026 г., протокол №</w:t>
      </w:r>
      <w:r>
        <w:rPr>
          <w:lang w:val="ru-RU"/>
        </w:rPr>
        <w:t>11</w:t>
      </w:r>
      <w:r w:rsidRPr="009121ED">
        <w:rPr>
          <w:lang w:val="ru-RU"/>
        </w:rPr>
        <w:br/>
      </w:r>
      <w:r w:rsidRPr="009121ED">
        <w:rPr>
          <w:lang w:val="ru-RU"/>
        </w:rPr>
        <w:br/>
        <w:t xml:space="preserve">Заведующий кафедрой </w:t>
      </w:r>
      <w:r w:rsidRPr="009121ED">
        <w:rPr>
          <w:lang w:val="ru-RU"/>
        </w:rPr>
        <w:br/>
        <w:t>энергетики</w:t>
      </w:r>
      <w:r w:rsidRPr="009121ED">
        <w:rPr>
          <w:lang w:val="ru-RU"/>
        </w:rPr>
        <w:tab/>
      </w:r>
      <w:r w:rsidRPr="009121ED">
        <w:rPr>
          <w:lang w:val="ru-RU"/>
        </w:rPr>
        <w:tab/>
        <w:t>____________ Ю.Н. Булатов</w:t>
      </w:r>
      <w:r w:rsidRPr="009121ED">
        <w:rPr>
          <w:lang w:val="ru-RU"/>
        </w:rPr>
        <w:br/>
      </w:r>
      <w:r w:rsidRPr="009121ED">
        <w:rPr>
          <w:lang w:val="ru-RU"/>
        </w:rPr>
        <w:br/>
      </w:r>
    </w:p>
    <w:p w:rsidR="00F96D07" w:rsidRDefault="00F96D07" w:rsidP="00F96D07">
      <w:pPr>
        <w:rPr>
          <w:lang w:val="ru-RU"/>
        </w:rPr>
      </w:pPr>
      <w:r w:rsidRPr="009121ED">
        <w:rPr>
          <w:lang w:val="ru-RU"/>
        </w:rPr>
        <w:t>Председатель методической комиссии факультета энергетики и автоматики</w:t>
      </w:r>
      <w:r>
        <w:rPr>
          <w:lang w:val="ru-RU"/>
        </w:rPr>
        <w:br/>
        <w:t xml:space="preserve">_____________   С.В. </w:t>
      </w:r>
      <w:proofErr w:type="spellStart"/>
      <w:r>
        <w:rPr>
          <w:lang w:val="ru-RU"/>
        </w:rPr>
        <w:t>Латушкина</w:t>
      </w:r>
      <w:proofErr w:type="spellEnd"/>
      <w:r w:rsidRPr="009121ED">
        <w:rPr>
          <w:lang w:val="ru-RU"/>
        </w:rPr>
        <w:br/>
        <w:t>«29» апрель 2026 г., протокол № 9</w:t>
      </w:r>
      <w:r w:rsidRPr="009121ED">
        <w:rPr>
          <w:lang w:val="ru-RU"/>
        </w:rPr>
        <w:br/>
      </w:r>
      <w:r w:rsidRPr="009121ED">
        <w:rPr>
          <w:lang w:val="ru-RU"/>
        </w:rPr>
        <w:br/>
      </w:r>
      <w:r w:rsidRPr="009121ED">
        <w:rPr>
          <w:lang w:val="ru-RU"/>
        </w:rPr>
        <w:br/>
        <w:t>Ответственный за реализацию ОПОП</w:t>
      </w:r>
      <w:r w:rsidRPr="009121ED">
        <w:rPr>
          <w:lang w:val="ru-RU"/>
        </w:rPr>
        <w:tab/>
        <w:t>________________ Ю.Н. Булатов</w:t>
      </w:r>
      <w:r w:rsidRPr="009121ED">
        <w:rPr>
          <w:lang w:val="ru-RU"/>
        </w:rPr>
        <w:br/>
      </w:r>
    </w:p>
    <w:p w:rsidR="00C8165B" w:rsidRPr="00C8165B" w:rsidRDefault="00C8165B">
      <w:pPr>
        <w:spacing w:after="200" w:line="276" w:lineRule="auto"/>
        <w:rPr>
          <w:lang w:val="ru-RU"/>
        </w:rPr>
      </w:pPr>
      <w:r w:rsidRPr="00C8165B">
        <w:rPr>
          <w:lang w:val="ru-RU"/>
        </w:rPr>
        <w:br w:type="page"/>
      </w:r>
    </w:p>
    <w:p w:rsidR="00C8165B" w:rsidRPr="00A77335" w:rsidRDefault="00653CC7" w:rsidP="00653CC7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b/>
          <w:szCs w:val="24"/>
          <w:lang w:val="ru-RU"/>
        </w:rPr>
        <w:t>ПАСПОРТ</w:t>
      </w:r>
    </w:p>
    <w:p w:rsidR="00C8165B" w:rsidRPr="00A77335" w:rsidRDefault="00C8165B" w:rsidP="00653CC7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b/>
          <w:szCs w:val="24"/>
          <w:lang w:val="ru-RU"/>
        </w:rPr>
        <w:t xml:space="preserve">фонда оценочных средств </w:t>
      </w:r>
    </w:p>
    <w:p w:rsidR="00C8165B" w:rsidRPr="00840E99" w:rsidRDefault="00C8165B" w:rsidP="00653CC7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szCs w:val="24"/>
          <w:lang w:val="ru-RU"/>
        </w:rPr>
        <w:t xml:space="preserve">по </w:t>
      </w:r>
      <w:r w:rsidR="008A4772" w:rsidRPr="00840E99">
        <w:rPr>
          <w:szCs w:val="24"/>
          <w:lang w:val="ru-RU"/>
        </w:rPr>
        <w:t>практике</w:t>
      </w:r>
      <w:r w:rsidR="00840E99">
        <w:rPr>
          <w:szCs w:val="24"/>
          <w:lang w:val="ru-RU"/>
        </w:rPr>
        <w:t xml:space="preserve"> </w:t>
      </w:r>
      <w:r w:rsidRPr="00840E99">
        <w:rPr>
          <w:szCs w:val="24"/>
          <w:lang w:val="ru-RU"/>
        </w:rPr>
        <w:t xml:space="preserve"> </w:t>
      </w:r>
      <w:r w:rsidRPr="00840E99">
        <w:rPr>
          <w:b/>
          <w:szCs w:val="24"/>
          <w:lang w:val="ru-RU"/>
        </w:rPr>
        <w:t xml:space="preserve"> Б2.</w:t>
      </w:r>
      <w:r w:rsidR="00330D20" w:rsidRPr="00840E99">
        <w:rPr>
          <w:b/>
          <w:szCs w:val="24"/>
          <w:lang w:val="ru-RU"/>
        </w:rPr>
        <w:t>0.</w:t>
      </w:r>
      <w:r w:rsidRPr="00840E99">
        <w:rPr>
          <w:b/>
          <w:szCs w:val="24"/>
          <w:lang w:val="ru-RU"/>
        </w:rPr>
        <w:t>01(У) Учебная (ознакомительная) практика</w:t>
      </w:r>
    </w:p>
    <w:p w:rsidR="00C8165B" w:rsidRPr="00A77335" w:rsidRDefault="00C8165B" w:rsidP="00C8165B">
      <w:pPr>
        <w:jc w:val="center"/>
        <w:rPr>
          <w:b/>
          <w:szCs w:val="24"/>
          <w:u w:val="single"/>
          <w:lang w:val="ru-RU"/>
        </w:rPr>
      </w:pPr>
    </w:p>
    <w:p w:rsidR="007F7A14" w:rsidRPr="007F7A14" w:rsidRDefault="007F7A14" w:rsidP="007F7A14">
      <w:pPr>
        <w:overflowPunct w:val="0"/>
        <w:autoSpaceDE w:val="0"/>
        <w:autoSpaceDN w:val="0"/>
        <w:adjustRightInd w:val="0"/>
        <w:spacing w:before="100" w:beforeAutospacing="1"/>
        <w:ind w:firstLine="567"/>
        <w:jc w:val="both"/>
        <w:textAlignment w:val="baseline"/>
        <w:rPr>
          <w:b/>
          <w:szCs w:val="24"/>
          <w:lang w:val="ru-RU"/>
        </w:rPr>
      </w:pPr>
      <w:r w:rsidRPr="007F7A14">
        <w:rPr>
          <w:szCs w:val="24"/>
          <w:lang w:val="ru-RU"/>
        </w:rPr>
        <w:t>Компетенции обучающегося, формируемые в результате освоения дисциплины:</w:t>
      </w:r>
    </w:p>
    <w:p w:rsidR="007F7A14" w:rsidRPr="007F7A14" w:rsidRDefault="00905D91" w:rsidP="00905D9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>
        <w:rPr>
          <w:szCs w:val="24"/>
          <w:lang w:val="ru-RU"/>
        </w:rPr>
        <w:t>У</w:t>
      </w:r>
      <w:r w:rsidRPr="00905D91">
        <w:rPr>
          <w:szCs w:val="24"/>
          <w:lang w:val="ru-RU"/>
        </w:rPr>
        <w:t>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7F7A14" w:rsidRPr="007F7A14" w:rsidRDefault="007F7A14" w:rsidP="007F7A14">
      <w:pPr>
        <w:overflowPunct w:val="0"/>
        <w:autoSpaceDE w:val="0"/>
        <w:autoSpaceDN w:val="0"/>
        <w:adjustRightInd w:val="0"/>
        <w:ind w:left="987"/>
        <w:jc w:val="both"/>
        <w:textAlignment w:val="baseline"/>
        <w:rPr>
          <w:szCs w:val="24"/>
          <w:lang w:val="ru-RU"/>
        </w:rPr>
      </w:pPr>
      <w:r w:rsidRPr="007F7A14">
        <w:rPr>
          <w:szCs w:val="24"/>
          <w:lang w:val="ru-RU"/>
        </w:rPr>
        <w:t xml:space="preserve">       Индикатор: </w:t>
      </w:r>
    </w:p>
    <w:p w:rsidR="007F7A14" w:rsidRPr="007F7A14" w:rsidRDefault="00761548" w:rsidP="007F7A14">
      <w:pPr>
        <w:overflowPunct w:val="0"/>
        <w:autoSpaceDE w:val="0"/>
        <w:autoSpaceDN w:val="0"/>
        <w:adjustRightInd w:val="0"/>
        <w:ind w:left="987" w:firstLine="429"/>
        <w:jc w:val="both"/>
        <w:textAlignment w:val="baseline"/>
        <w:rPr>
          <w:szCs w:val="24"/>
          <w:lang w:val="ru-RU"/>
        </w:rPr>
      </w:pPr>
      <w:r w:rsidRPr="00761548">
        <w:rPr>
          <w:szCs w:val="24"/>
          <w:lang w:val="ru-RU"/>
        </w:rPr>
        <w:t>УК-2.1: Формулирует в рамках поставленной цели проекта совокупность задач, обеспечивающих ее достижение</w:t>
      </w:r>
      <w:r w:rsidR="007F7A14" w:rsidRPr="007F7A14">
        <w:rPr>
          <w:szCs w:val="24"/>
          <w:lang w:val="ru-RU"/>
        </w:rPr>
        <w:t>.</w:t>
      </w:r>
    </w:p>
    <w:p w:rsidR="007F7A14" w:rsidRPr="007F7A14" w:rsidRDefault="00761548" w:rsidP="00761548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761548">
        <w:rPr>
          <w:szCs w:val="24"/>
          <w:lang w:val="ru-RU"/>
        </w:rPr>
        <w:t xml:space="preserve">ОПК-1: Способен понимать принципы работы современных информационных технологий и использовать их для решения задач профессиональной </w:t>
      </w:r>
      <w:proofErr w:type="spellStart"/>
      <w:r w:rsidRPr="00761548">
        <w:rPr>
          <w:szCs w:val="24"/>
          <w:lang w:val="ru-RU"/>
        </w:rPr>
        <w:t>деятельности</w:t>
      </w:r>
      <w:r w:rsidR="007F7A14" w:rsidRPr="007F7A14">
        <w:rPr>
          <w:szCs w:val="24"/>
          <w:lang w:val="ru-RU"/>
        </w:rPr>
        <w:t>ИС</w:t>
      </w:r>
      <w:proofErr w:type="spellEnd"/>
      <w:r w:rsidR="007F7A14" w:rsidRPr="007F7A14">
        <w:rPr>
          <w:szCs w:val="24"/>
          <w:lang w:val="ru-RU"/>
        </w:rPr>
        <w:t xml:space="preserve">         </w:t>
      </w:r>
    </w:p>
    <w:p w:rsidR="007F7A14" w:rsidRPr="007F7A14" w:rsidRDefault="007F7A14" w:rsidP="007F7A14">
      <w:pPr>
        <w:overflowPunct w:val="0"/>
        <w:autoSpaceDE w:val="0"/>
        <w:autoSpaceDN w:val="0"/>
        <w:adjustRightInd w:val="0"/>
        <w:ind w:left="960"/>
        <w:jc w:val="both"/>
        <w:textAlignment w:val="baseline"/>
        <w:rPr>
          <w:szCs w:val="24"/>
          <w:lang w:val="ru-RU"/>
        </w:rPr>
      </w:pPr>
      <w:r w:rsidRPr="007F7A14">
        <w:rPr>
          <w:szCs w:val="24"/>
          <w:lang w:val="ru-RU"/>
        </w:rPr>
        <w:t xml:space="preserve">       </w:t>
      </w:r>
      <w:r w:rsidRPr="007F7A14">
        <w:rPr>
          <w:szCs w:val="24"/>
          <w:lang w:val="ru-RU"/>
        </w:rPr>
        <w:tab/>
        <w:t xml:space="preserve">Индикатор: </w:t>
      </w:r>
    </w:p>
    <w:p w:rsidR="007F7A14" w:rsidRPr="007F7A14" w:rsidRDefault="008F6DB6" w:rsidP="007F7A14">
      <w:pPr>
        <w:overflowPunct w:val="0"/>
        <w:autoSpaceDE w:val="0"/>
        <w:autoSpaceDN w:val="0"/>
        <w:adjustRightInd w:val="0"/>
        <w:ind w:left="960" w:firstLine="456"/>
        <w:jc w:val="both"/>
        <w:textAlignment w:val="baseline"/>
        <w:rPr>
          <w:szCs w:val="24"/>
          <w:lang w:val="ru-RU"/>
        </w:rPr>
      </w:pPr>
      <w:r w:rsidRPr="008F6DB6">
        <w:rPr>
          <w:szCs w:val="24"/>
          <w:lang w:val="ru-RU"/>
        </w:rPr>
        <w:t>ОПК-1.2: Использует современные информационные технологии для решения зад</w:t>
      </w:r>
      <w:r w:rsidR="008028B8">
        <w:rPr>
          <w:szCs w:val="24"/>
          <w:lang w:val="ru-RU"/>
        </w:rPr>
        <w:t>ач профессиональной деятельност2</w:t>
      </w:r>
      <w:r w:rsidR="007F7A14" w:rsidRPr="007F7A14">
        <w:rPr>
          <w:szCs w:val="24"/>
          <w:lang w:val="ru-RU"/>
        </w:rPr>
        <w:t>.</w:t>
      </w:r>
    </w:p>
    <w:p w:rsidR="007F7A14" w:rsidRPr="007F7A14" w:rsidRDefault="007F7A14" w:rsidP="007F7A14">
      <w:pPr>
        <w:overflowPunct w:val="0"/>
        <w:autoSpaceDE w:val="0"/>
        <w:autoSpaceDN w:val="0"/>
        <w:adjustRightInd w:val="0"/>
        <w:ind w:left="987"/>
        <w:jc w:val="both"/>
        <w:textAlignment w:val="baseline"/>
        <w:rPr>
          <w:szCs w:val="24"/>
          <w:lang w:val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6826"/>
        <w:gridCol w:w="4122"/>
        <w:gridCol w:w="2657"/>
        <w:gridCol w:w="6313"/>
      </w:tblGrid>
      <w:tr w:rsidR="007F7A14" w:rsidRPr="0086560D" w:rsidTr="008028B8">
        <w:trPr>
          <w:jc w:val="center"/>
        </w:trPr>
        <w:tc>
          <w:tcPr>
            <w:tcW w:w="1235" w:type="pct"/>
            <w:vAlign w:val="center"/>
          </w:tcPr>
          <w:p w:rsidR="007F7A14" w:rsidRPr="00B23302" w:rsidRDefault="007F7A14" w:rsidP="0024139A">
            <w:pPr>
              <w:jc w:val="center"/>
              <w:rPr>
                <w:i/>
              </w:rPr>
            </w:pPr>
            <w:proofErr w:type="spellStart"/>
            <w:r w:rsidRPr="00B23302">
              <w:rPr>
                <w:sz w:val="22"/>
              </w:rPr>
              <w:t>Раздел</w:t>
            </w:r>
            <w:proofErr w:type="spellEnd"/>
          </w:p>
        </w:tc>
        <w:tc>
          <w:tcPr>
            <w:tcW w:w="1290" w:type="pct"/>
            <w:vAlign w:val="center"/>
          </w:tcPr>
          <w:p w:rsidR="007F7A14" w:rsidRPr="00B23302" w:rsidRDefault="007F7A14" w:rsidP="0024139A">
            <w:pPr>
              <w:jc w:val="center"/>
            </w:pPr>
            <w:proofErr w:type="spellStart"/>
            <w:r w:rsidRPr="00B23302">
              <w:rPr>
                <w:sz w:val="22"/>
              </w:rPr>
              <w:t>Тема</w:t>
            </w:r>
            <w:proofErr w:type="spellEnd"/>
          </w:p>
        </w:tc>
        <w:tc>
          <w:tcPr>
            <w:tcW w:w="779" w:type="pct"/>
            <w:vAlign w:val="center"/>
          </w:tcPr>
          <w:p w:rsidR="007F7A14" w:rsidRPr="00B23302" w:rsidRDefault="007F7A14" w:rsidP="0024139A">
            <w:pPr>
              <w:jc w:val="center"/>
            </w:pPr>
            <w:proofErr w:type="spellStart"/>
            <w:r w:rsidRPr="00B23302">
              <w:rPr>
                <w:sz w:val="22"/>
              </w:rPr>
              <w:t>Код</w:t>
            </w:r>
            <w:proofErr w:type="spellEnd"/>
            <w:r w:rsidRPr="00B23302">
              <w:rPr>
                <w:sz w:val="22"/>
              </w:rPr>
              <w:t xml:space="preserve"> </w:t>
            </w:r>
          </w:p>
          <w:p w:rsidR="007F7A14" w:rsidRPr="00B23302" w:rsidRDefault="007F7A14" w:rsidP="0024139A">
            <w:pPr>
              <w:ind w:left="-92" w:right="-108"/>
              <w:jc w:val="center"/>
              <w:rPr>
                <w:i/>
              </w:rPr>
            </w:pPr>
            <w:proofErr w:type="spellStart"/>
            <w:r w:rsidRPr="00B23302">
              <w:rPr>
                <w:sz w:val="22"/>
              </w:rPr>
              <w:t>индикатора</w:t>
            </w:r>
            <w:proofErr w:type="spellEnd"/>
          </w:p>
        </w:tc>
        <w:tc>
          <w:tcPr>
            <w:tcW w:w="502" w:type="pct"/>
            <w:vAlign w:val="center"/>
          </w:tcPr>
          <w:p w:rsidR="007F7A14" w:rsidRPr="00B23302" w:rsidRDefault="007F7A14" w:rsidP="0024139A">
            <w:pPr>
              <w:jc w:val="center"/>
            </w:pPr>
            <w:proofErr w:type="spellStart"/>
            <w:r w:rsidRPr="00B23302">
              <w:rPr>
                <w:sz w:val="22"/>
              </w:rPr>
              <w:t>Форма</w:t>
            </w:r>
            <w:proofErr w:type="spellEnd"/>
          </w:p>
          <w:p w:rsidR="007F7A14" w:rsidRPr="00B23302" w:rsidRDefault="007F7A14" w:rsidP="0024139A">
            <w:pPr>
              <w:jc w:val="center"/>
              <w:rPr>
                <w:i/>
              </w:rPr>
            </w:pPr>
            <w:proofErr w:type="spellStart"/>
            <w:r w:rsidRPr="00B23302">
              <w:rPr>
                <w:sz w:val="22"/>
              </w:rPr>
              <w:t>оценки</w:t>
            </w:r>
            <w:proofErr w:type="spellEnd"/>
          </w:p>
        </w:tc>
        <w:tc>
          <w:tcPr>
            <w:tcW w:w="1193" w:type="pct"/>
            <w:vAlign w:val="center"/>
          </w:tcPr>
          <w:p w:rsidR="007F7A14" w:rsidRPr="00B23302" w:rsidRDefault="007F7A14" w:rsidP="0024139A">
            <w:pPr>
              <w:jc w:val="center"/>
              <w:rPr>
                <w:i/>
              </w:rPr>
            </w:pPr>
            <w:r w:rsidRPr="00B23302">
              <w:rPr>
                <w:sz w:val="22"/>
              </w:rPr>
              <w:t>ФОС</w:t>
            </w:r>
          </w:p>
        </w:tc>
      </w:tr>
      <w:tr w:rsidR="007F7A14" w:rsidRPr="0086560D" w:rsidTr="008028B8">
        <w:trPr>
          <w:jc w:val="center"/>
        </w:trPr>
        <w:tc>
          <w:tcPr>
            <w:tcW w:w="1235" w:type="pct"/>
            <w:vAlign w:val="center"/>
          </w:tcPr>
          <w:p w:rsidR="007F7A14" w:rsidRPr="00B23302" w:rsidRDefault="007F7A14" w:rsidP="0024139A">
            <w:pPr>
              <w:jc w:val="center"/>
            </w:pPr>
            <w:r w:rsidRPr="00B23302">
              <w:rPr>
                <w:sz w:val="22"/>
              </w:rPr>
              <w:t>1</w:t>
            </w:r>
          </w:p>
        </w:tc>
        <w:tc>
          <w:tcPr>
            <w:tcW w:w="1290" w:type="pct"/>
            <w:vAlign w:val="center"/>
          </w:tcPr>
          <w:p w:rsidR="007F7A14" w:rsidRPr="00B23302" w:rsidRDefault="007F7A14" w:rsidP="0024139A">
            <w:pPr>
              <w:jc w:val="center"/>
            </w:pPr>
            <w:r w:rsidRPr="00B23302">
              <w:rPr>
                <w:sz w:val="22"/>
              </w:rPr>
              <w:t>2</w:t>
            </w:r>
          </w:p>
        </w:tc>
        <w:tc>
          <w:tcPr>
            <w:tcW w:w="779" w:type="pct"/>
            <w:vAlign w:val="center"/>
          </w:tcPr>
          <w:p w:rsidR="007F7A14" w:rsidRPr="00B23302" w:rsidRDefault="007F7A14" w:rsidP="0024139A">
            <w:pPr>
              <w:jc w:val="center"/>
            </w:pPr>
            <w:r w:rsidRPr="00B23302">
              <w:rPr>
                <w:sz w:val="22"/>
              </w:rPr>
              <w:t>3</w:t>
            </w:r>
          </w:p>
        </w:tc>
        <w:tc>
          <w:tcPr>
            <w:tcW w:w="502" w:type="pct"/>
            <w:vAlign w:val="center"/>
          </w:tcPr>
          <w:p w:rsidR="007F7A14" w:rsidRPr="00B23302" w:rsidRDefault="007F7A14" w:rsidP="0024139A">
            <w:pPr>
              <w:jc w:val="center"/>
            </w:pPr>
            <w:r w:rsidRPr="00B23302">
              <w:rPr>
                <w:sz w:val="22"/>
              </w:rPr>
              <w:t>4</w:t>
            </w:r>
          </w:p>
        </w:tc>
        <w:tc>
          <w:tcPr>
            <w:tcW w:w="1193" w:type="pct"/>
            <w:vAlign w:val="center"/>
          </w:tcPr>
          <w:p w:rsidR="007F7A14" w:rsidRPr="00B23302" w:rsidRDefault="007F7A14" w:rsidP="0024139A">
            <w:pPr>
              <w:jc w:val="center"/>
            </w:pPr>
            <w:r w:rsidRPr="00B23302">
              <w:rPr>
                <w:sz w:val="22"/>
              </w:rPr>
              <w:t>5</w:t>
            </w:r>
          </w:p>
        </w:tc>
      </w:tr>
      <w:tr w:rsidR="007F7A14" w:rsidRPr="0086560D" w:rsidTr="008028B8">
        <w:trPr>
          <w:jc w:val="center"/>
        </w:trPr>
        <w:tc>
          <w:tcPr>
            <w:tcW w:w="1235" w:type="pct"/>
            <w:vMerge w:val="restart"/>
          </w:tcPr>
          <w:p w:rsidR="007F7A14" w:rsidRPr="00B23302" w:rsidRDefault="007F7A14" w:rsidP="0024139A">
            <w:pPr>
              <w:rPr>
                <w:i/>
              </w:rPr>
            </w:pPr>
            <w:r w:rsidRPr="00B23302">
              <w:rPr>
                <w:color w:val="000000"/>
                <w:sz w:val="22"/>
              </w:rPr>
              <w:t xml:space="preserve">1. </w:t>
            </w:r>
            <w:proofErr w:type="spellStart"/>
            <w:r w:rsidRPr="00542BEB">
              <w:rPr>
                <w:sz w:val="22"/>
              </w:rPr>
              <w:t>Подготовительный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этап</w:t>
            </w:r>
            <w:proofErr w:type="spellEnd"/>
          </w:p>
        </w:tc>
        <w:tc>
          <w:tcPr>
            <w:tcW w:w="1290" w:type="pct"/>
            <w:vAlign w:val="center"/>
          </w:tcPr>
          <w:p w:rsidR="007F7A14" w:rsidRPr="007F7A14" w:rsidRDefault="007F7A14" w:rsidP="002413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1.1 Ознакомление с рабочей программой по практике</w:t>
            </w:r>
          </w:p>
        </w:tc>
        <w:tc>
          <w:tcPr>
            <w:tcW w:w="779" w:type="pct"/>
            <w:vMerge w:val="restart"/>
          </w:tcPr>
          <w:p w:rsidR="007F7A14" w:rsidRPr="007F7A14" w:rsidRDefault="007F7A14" w:rsidP="002413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7F7A14" w:rsidRPr="007F7A14" w:rsidRDefault="007F7A14" w:rsidP="002413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7F7A14" w:rsidRPr="007F7A14" w:rsidRDefault="007F7A14" w:rsidP="002413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7F7A14" w:rsidRPr="00CE7F2F" w:rsidRDefault="007F7A14" w:rsidP="0024139A">
            <w:pPr>
              <w:autoSpaceDE w:val="0"/>
              <w:autoSpaceDN w:val="0"/>
              <w:adjustRightInd w:val="0"/>
              <w:jc w:val="center"/>
            </w:pPr>
            <w:r w:rsidRPr="00CE7F2F">
              <w:rPr>
                <w:sz w:val="22"/>
              </w:rPr>
              <w:t>УК-</w:t>
            </w:r>
            <w:r w:rsidR="008028B8">
              <w:rPr>
                <w:sz w:val="22"/>
              </w:rPr>
              <w:t>2</w:t>
            </w:r>
            <w:r w:rsidRPr="00CE7F2F">
              <w:rPr>
                <w:sz w:val="22"/>
              </w:rPr>
              <w:t>.1</w:t>
            </w:r>
          </w:p>
          <w:p w:rsidR="007F7A14" w:rsidRPr="00CE7F2F" w:rsidRDefault="008028B8" w:rsidP="008028B8">
            <w:pPr>
              <w:autoSpaceDE w:val="0"/>
              <w:autoSpaceDN w:val="0"/>
              <w:adjustRightInd w:val="0"/>
            </w:pPr>
            <w:r>
              <w:rPr>
                <w:sz w:val="22"/>
                <w:lang w:val="ru-RU"/>
              </w:rPr>
              <w:t xml:space="preserve">                             ОПК-1.2</w:t>
            </w:r>
          </w:p>
          <w:p w:rsidR="007F7A14" w:rsidRPr="0001730B" w:rsidRDefault="007F7A14" w:rsidP="002413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02" w:type="pct"/>
          </w:tcPr>
          <w:p w:rsidR="007F7A14" w:rsidRPr="00E42CB8" w:rsidRDefault="007F7A14" w:rsidP="0024139A">
            <w:pPr>
              <w:jc w:val="center"/>
            </w:pPr>
            <w:r w:rsidRPr="00E42CB8">
              <w:rPr>
                <w:sz w:val="22"/>
              </w:rPr>
              <w:t>ПА</w:t>
            </w:r>
          </w:p>
          <w:p w:rsidR="007F7A14" w:rsidRPr="00B23302" w:rsidRDefault="007F7A14" w:rsidP="0024139A">
            <w:pPr>
              <w:jc w:val="center"/>
              <w:rPr>
                <w:color w:val="0070C0"/>
              </w:rPr>
            </w:pPr>
          </w:p>
        </w:tc>
        <w:tc>
          <w:tcPr>
            <w:tcW w:w="1193" w:type="pct"/>
          </w:tcPr>
          <w:p w:rsidR="007F7A14" w:rsidRDefault="007F7A14" w:rsidP="0024139A">
            <w:proofErr w:type="spellStart"/>
            <w:r w:rsidRPr="00542BEB">
              <w:rPr>
                <w:sz w:val="22"/>
              </w:rPr>
              <w:t>Дневник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практики</w:t>
            </w:r>
            <w:proofErr w:type="spellEnd"/>
            <w:r>
              <w:rPr>
                <w:sz w:val="22"/>
              </w:rPr>
              <w:t xml:space="preserve"> </w:t>
            </w:r>
          </w:p>
          <w:p w:rsidR="007F7A14" w:rsidRPr="00724B94" w:rsidRDefault="007F7A14" w:rsidP="0024139A"/>
        </w:tc>
      </w:tr>
      <w:tr w:rsidR="007F7A14" w:rsidRPr="0086560D" w:rsidTr="008028B8">
        <w:trPr>
          <w:jc w:val="center"/>
        </w:trPr>
        <w:tc>
          <w:tcPr>
            <w:tcW w:w="1235" w:type="pct"/>
            <w:vMerge/>
          </w:tcPr>
          <w:p w:rsidR="007F7A14" w:rsidRPr="00B23302" w:rsidRDefault="007F7A14" w:rsidP="0024139A">
            <w:pPr>
              <w:rPr>
                <w:i/>
              </w:rPr>
            </w:pPr>
          </w:p>
        </w:tc>
        <w:tc>
          <w:tcPr>
            <w:tcW w:w="1290" w:type="pct"/>
          </w:tcPr>
          <w:p w:rsidR="007F7A14" w:rsidRPr="00B23302" w:rsidRDefault="007F7A14" w:rsidP="0024139A">
            <w:pPr>
              <w:autoSpaceDE w:val="0"/>
              <w:autoSpaceDN w:val="0"/>
              <w:adjustRightInd w:val="0"/>
              <w:jc w:val="both"/>
            </w:pPr>
            <w:r w:rsidRPr="00B23302">
              <w:rPr>
                <w:sz w:val="22"/>
              </w:rPr>
              <w:t xml:space="preserve">1.2 </w:t>
            </w:r>
            <w:proofErr w:type="spellStart"/>
            <w:r w:rsidRPr="00557540">
              <w:rPr>
                <w:sz w:val="22"/>
              </w:rPr>
              <w:t>Инструктаж</w:t>
            </w:r>
            <w:proofErr w:type="spellEnd"/>
            <w:r w:rsidRPr="00557540">
              <w:rPr>
                <w:sz w:val="22"/>
              </w:rPr>
              <w:t xml:space="preserve"> </w:t>
            </w:r>
            <w:proofErr w:type="spellStart"/>
            <w:r w:rsidRPr="00557540">
              <w:rPr>
                <w:sz w:val="22"/>
              </w:rPr>
              <w:t>по</w:t>
            </w:r>
            <w:proofErr w:type="spellEnd"/>
            <w:r w:rsidRPr="00557540">
              <w:rPr>
                <w:sz w:val="22"/>
              </w:rPr>
              <w:t xml:space="preserve"> </w:t>
            </w:r>
            <w:proofErr w:type="spellStart"/>
            <w:r w:rsidRPr="00557540">
              <w:rPr>
                <w:sz w:val="22"/>
              </w:rPr>
              <w:t>технике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557540">
              <w:rPr>
                <w:sz w:val="22"/>
              </w:rPr>
              <w:t>безопасности</w:t>
            </w:r>
            <w:proofErr w:type="spellEnd"/>
          </w:p>
        </w:tc>
        <w:tc>
          <w:tcPr>
            <w:tcW w:w="779" w:type="pct"/>
            <w:vMerge/>
          </w:tcPr>
          <w:p w:rsidR="007F7A14" w:rsidRPr="00542BEB" w:rsidRDefault="007F7A14" w:rsidP="0024139A">
            <w:pPr>
              <w:jc w:val="center"/>
              <w:rPr>
                <w:i/>
                <w:color w:val="0070C0"/>
              </w:rPr>
            </w:pPr>
          </w:p>
        </w:tc>
        <w:tc>
          <w:tcPr>
            <w:tcW w:w="502" w:type="pct"/>
          </w:tcPr>
          <w:p w:rsidR="007F7A14" w:rsidRPr="00E42CB8" w:rsidRDefault="007F7A14" w:rsidP="0024139A">
            <w:pPr>
              <w:jc w:val="center"/>
            </w:pPr>
            <w:r w:rsidRPr="00E42CB8">
              <w:rPr>
                <w:sz w:val="22"/>
              </w:rPr>
              <w:t>ПА</w:t>
            </w:r>
          </w:p>
          <w:p w:rsidR="007F7A14" w:rsidRPr="00B23302" w:rsidRDefault="007F7A14" w:rsidP="0024139A">
            <w:pPr>
              <w:jc w:val="center"/>
              <w:rPr>
                <w:color w:val="0070C0"/>
              </w:rPr>
            </w:pPr>
          </w:p>
        </w:tc>
        <w:tc>
          <w:tcPr>
            <w:tcW w:w="1193" w:type="pct"/>
          </w:tcPr>
          <w:p w:rsidR="007F7A14" w:rsidRDefault="007F7A14" w:rsidP="0024139A">
            <w:proofErr w:type="spellStart"/>
            <w:r w:rsidRPr="00542BEB">
              <w:rPr>
                <w:sz w:val="22"/>
              </w:rPr>
              <w:t>Дневник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практики</w:t>
            </w:r>
            <w:proofErr w:type="spellEnd"/>
            <w:r>
              <w:rPr>
                <w:sz w:val="22"/>
              </w:rPr>
              <w:t xml:space="preserve"> </w:t>
            </w:r>
          </w:p>
          <w:p w:rsidR="007F7A14" w:rsidRPr="00620789" w:rsidRDefault="007F7A14" w:rsidP="0024139A">
            <w:pPr>
              <w:rPr>
                <w:color w:val="0070C0"/>
              </w:rPr>
            </w:pPr>
          </w:p>
        </w:tc>
      </w:tr>
      <w:tr w:rsidR="007F7A14" w:rsidRPr="0086560D" w:rsidTr="008028B8">
        <w:trPr>
          <w:jc w:val="center"/>
        </w:trPr>
        <w:tc>
          <w:tcPr>
            <w:tcW w:w="1235" w:type="pct"/>
            <w:vMerge/>
          </w:tcPr>
          <w:p w:rsidR="007F7A14" w:rsidRPr="00B23302" w:rsidRDefault="007F7A14" w:rsidP="0024139A">
            <w:pPr>
              <w:rPr>
                <w:i/>
              </w:rPr>
            </w:pPr>
          </w:p>
        </w:tc>
        <w:tc>
          <w:tcPr>
            <w:tcW w:w="1290" w:type="pct"/>
          </w:tcPr>
          <w:p w:rsidR="007F7A14" w:rsidRPr="00844862" w:rsidRDefault="007F7A14" w:rsidP="00CC6C91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1.3 Разработка индивидуального плана выполнения программы практики в соответствии с заданием</w:t>
            </w:r>
            <w:r w:rsidR="00CC6C91">
              <w:rPr>
                <w:sz w:val="22"/>
                <w:lang w:val="ru-RU"/>
              </w:rPr>
              <w:t xml:space="preserve"> </w:t>
            </w:r>
            <w:r w:rsidRPr="00844862">
              <w:rPr>
                <w:sz w:val="22"/>
                <w:lang w:val="ru-RU"/>
              </w:rPr>
              <w:t>научного руководителя.</w:t>
            </w:r>
          </w:p>
        </w:tc>
        <w:tc>
          <w:tcPr>
            <w:tcW w:w="779" w:type="pct"/>
            <w:vMerge/>
          </w:tcPr>
          <w:p w:rsidR="007F7A14" w:rsidRPr="00844862" w:rsidRDefault="007F7A14" w:rsidP="002413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  <w:tc>
          <w:tcPr>
            <w:tcW w:w="502" w:type="pct"/>
          </w:tcPr>
          <w:p w:rsidR="007F7A14" w:rsidRPr="00844862" w:rsidRDefault="007F7A14" w:rsidP="0024139A">
            <w:pPr>
              <w:jc w:val="center"/>
              <w:rPr>
                <w:lang w:val="ru-RU"/>
              </w:rPr>
            </w:pPr>
          </w:p>
        </w:tc>
        <w:tc>
          <w:tcPr>
            <w:tcW w:w="1193" w:type="pct"/>
          </w:tcPr>
          <w:p w:rsidR="007F7A14" w:rsidRPr="00542BEB" w:rsidRDefault="007F7A14" w:rsidP="0024139A">
            <w:proofErr w:type="spellStart"/>
            <w:r>
              <w:rPr>
                <w:sz w:val="22"/>
              </w:rPr>
              <w:t>И</w:t>
            </w:r>
            <w:r w:rsidRPr="00DB5897">
              <w:rPr>
                <w:sz w:val="22"/>
              </w:rPr>
              <w:t>ндивидуальное</w:t>
            </w:r>
            <w:proofErr w:type="spellEnd"/>
            <w:r w:rsidRPr="00DB5897">
              <w:rPr>
                <w:sz w:val="22"/>
              </w:rPr>
              <w:t xml:space="preserve"> </w:t>
            </w:r>
            <w:proofErr w:type="spellStart"/>
            <w:r w:rsidRPr="00DB5897">
              <w:rPr>
                <w:sz w:val="22"/>
              </w:rPr>
              <w:t>задание</w:t>
            </w:r>
            <w:proofErr w:type="spellEnd"/>
            <w:r w:rsidRPr="00DB5897">
              <w:rPr>
                <w:sz w:val="22"/>
              </w:rPr>
              <w:t xml:space="preserve">, </w:t>
            </w:r>
            <w:proofErr w:type="spellStart"/>
            <w:r w:rsidRPr="00DB5897">
              <w:rPr>
                <w:sz w:val="22"/>
              </w:rPr>
              <w:t>дневник</w:t>
            </w:r>
            <w:proofErr w:type="spellEnd"/>
            <w:r w:rsidRPr="00DB5897">
              <w:rPr>
                <w:sz w:val="22"/>
              </w:rPr>
              <w:t xml:space="preserve"> </w:t>
            </w:r>
            <w:proofErr w:type="spellStart"/>
            <w:r w:rsidRPr="00DB5897">
              <w:rPr>
                <w:sz w:val="22"/>
              </w:rPr>
              <w:t>практики</w:t>
            </w:r>
            <w:proofErr w:type="spellEnd"/>
          </w:p>
        </w:tc>
      </w:tr>
      <w:tr w:rsidR="007F7A14" w:rsidRPr="0086560D" w:rsidTr="008028B8">
        <w:trPr>
          <w:jc w:val="center"/>
        </w:trPr>
        <w:tc>
          <w:tcPr>
            <w:tcW w:w="1235" w:type="pct"/>
            <w:vMerge w:val="restart"/>
          </w:tcPr>
          <w:p w:rsidR="007F7A14" w:rsidRPr="00B23302" w:rsidRDefault="007F7A14" w:rsidP="0024139A">
            <w:pPr>
              <w:rPr>
                <w:i/>
              </w:rPr>
            </w:pPr>
            <w:r w:rsidRPr="00B23302">
              <w:rPr>
                <w:color w:val="000000"/>
                <w:sz w:val="22"/>
              </w:rPr>
              <w:t xml:space="preserve">2. </w:t>
            </w:r>
            <w:proofErr w:type="spellStart"/>
            <w:r>
              <w:rPr>
                <w:color w:val="000000"/>
                <w:sz w:val="22"/>
              </w:rPr>
              <w:t>Основной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этап</w:t>
            </w:r>
            <w:proofErr w:type="spellEnd"/>
          </w:p>
        </w:tc>
        <w:tc>
          <w:tcPr>
            <w:tcW w:w="1290" w:type="pct"/>
          </w:tcPr>
          <w:p w:rsidR="007F7A14" w:rsidRPr="007F7A14" w:rsidRDefault="007F7A14" w:rsidP="0024139A">
            <w:pPr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 xml:space="preserve">2.1 Организационно-методическая работа: </w:t>
            </w:r>
          </w:p>
          <w:p w:rsidR="007F7A14" w:rsidRPr="00B23302" w:rsidRDefault="007F7A14" w:rsidP="0024139A">
            <w:pPr>
              <w:rPr>
                <w:b/>
              </w:rPr>
            </w:pPr>
            <w:r w:rsidRPr="007F7A14">
              <w:rPr>
                <w:sz w:val="22"/>
                <w:lang w:val="ru-RU"/>
              </w:rPr>
              <w:t xml:space="preserve">- знакомство с нормативными документами, регламентирующими профессиональные виды деятельности (в соответствии с направленностью </w:t>
            </w:r>
            <w:r w:rsidRPr="00DB5897">
              <w:rPr>
                <w:sz w:val="22"/>
              </w:rPr>
              <w:t>ОПОП).</w:t>
            </w:r>
          </w:p>
        </w:tc>
        <w:tc>
          <w:tcPr>
            <w:tcW w:w="779" w:type="pct"/>
            <w:vMerge w:val="restart"/>
          </w:tcPr>
          <w:p w:rsidR="007F7A14" w:rsidRDefault="007F7A14" w:rsidP="0024139A">
            <w:pPr>
              <w:autoSpaceDE w:val="0"/>
              <w:autoSpaceDN w:val="0"/>
              <w:adjustRightInd w:val="0"/>
              <w:jc w:val="center"/>
            </w:pPr>
          </w:p>
          <w:p w:rsidR="007F7A14" w:rsidRDefault="007F7A14" w:rsidP="0024139A">
            <w:pPr>
              <w:autoSpaceDE w:val="0"/>
              <w:autoSpaceDN w:val="0"/>
              <w:adjustRightInd w:val="0"/>
              <w:jc w:val="center"/>
            </w:pPr>
          </w:p>
          <w:p w:rsidR="007F7A14" w:rsidRDefault="007F7A14" w:rsidP="0024139A">
            <w:pPr>
              <w:autoSpaceDE w:val="0"/>
              <w:autoSpaceDN w:val="0"/>
              <w:adjustRightInd w:val="0"/>
              <w:jc w:val="center"/>
            </w:pPr>
          </w:p>
          <w:p w:rsidR="008028B8" w:rsidRPr="00CE7F2F" w:rsidRDefault="008028B8" w:rsidP="008028B8">
            <w:pPr>
              <w:autoSpaceDE w:val="0"/>
              <w:autoSpaceDN w:val="0"/>
              <w:adjustRightInd w:val="0"/>
              <w:jc w:val="center"/>
            </w:pPr>
            <w:r w:rsidRPr="00CE7F2F">
              <w:rPr>
                <w:sz w:val="22"/>
              </w:rPr>
              <w:t>УК-</w:t>
            </w:r>
            <w:r>
              <w:rPr>
                <w:sz w:val="22"/>
              </w:rPr>
              <w:t>2</w:t>
            </w:r>
            <w:r w:rsidRPr="00CE7F2F">
              <w:rPr>
                <w:sz w:val="22"/>
              </w:rPr>
              <w:t>.1</w:t>
            </w:r>
          </w:p>
          <w:p w:rsidR="008028B8" w:rsidRPr="00CE7F2F" w:rsidRDefault="008028B8" w:rsidP="008028B8">
            <w:pPr>
              <w:autoSpaceDE w:val="0"/>
              <w:autoSpaceDN w:val="0"/>
              <w:adjustRightInd w:val="0"/>
            </w:pPr>
            <w:r>
              <w:rPr>
                <w:sz w:val="22"/>
                <w:lang w:val="ru-RU"/>
              </w:rPr>
              <w:t xml:space="preserve">                             ОПК-1.2</w:t>
            </w:r>
          </w:p>
          <w:p w:rsidR="007F7A14" w:rsidRPr="00DB5897" w:rsidRDefault="007F7A14" w:rsidP="0024139A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502" w:type="pct"/>
          </w:tcPr>
          <w:p w:rsidR="007F7A14" w:rsidRPr="00E42CB8" w:rsidRDefault="007F7A14" w:rsidP="0024139A">
            <w:pPr>
              <w:jc w:val="center"/>
            </w:pPr>
            <w:r w:rsidRPr="00E42CB8">
              <w:rPr>
                <w:sz w:val="22"/>
              </w:rPr>
              <w:t>ПА</w:t>
            </w:r>
          </w:p>
          <w:p w:rsidR="007F7A14" w:rsidRPr="00B23302" w:rsidRDefault="007F7A14" w:rsidP="0024139A">
            <w:pPr>
              <w:jc w:val="center"/>
              <w:rPr>
                <w:color w:val="0070C0"/>
              </w:rPr>
            </w:pPr>
          </w:p>
        </w:tc>
        <w:tc>
          <w:tcPr>
            <w:tcW w:w="1193" w:type="pct"/>
          </w:tcPr>
          <w:p w:rsidR="007F7A14" w:rsidRDefault="007F7A14" w:rsidP="0024139A">
            <w:proofErr w:type="spellStart"/>
            <w:r w:rsidRPr="00542BEB">
              <w:rPr>
                <w:sz w:val="22"/>
              </w:rPr>
              <w:t>Дневник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практики</w:t>
            </w:r>
            <w:proofErr w:type="spellEnd"/>
            <w:r>
              <w:rPr>
                <w:sz w:val="22"/>
              </w:rPr>
              <w:t xml:space="preserve"> </w:t>
            </w:r>
          </w:p>
          <w:p w:rsidR="007F7A14" w:rsidRPr="00542BEB" w:rsidRDefault="007F7A14" w:rsidP="0024139A">
            <w:proofErr w:type="spellStart"/>
            <w:r>
              <w:rPr>
                <w:sz w:val="22"/>
              </w:rPr>
              <w:t>О</w:t>
            </w:r>
            <w:r w:rsidRPr="00542BEB">
              <w:rPr>
                <w:sz w:val="22"/>
              </w:rPr>
              <w:t>тчет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по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практике</w:t>
            </w:r>
            <w:proofErr w:type="spellEnd"/>
          </w:p>
          <w:p w:rsidR="007F7A14" w:rsidRPr="003A79A8" w:rsidRDefault="007F7A14" w:rsidP="0024139A">
            <w:pPr>
              <w:rPr>
                <w:color w:val="0070C0"/>
              </w:rPr>
            </w:pPr>
          </w:p>
        </w:tc>
      </w:tr>
      <w:tr w:rsidR="007F7A14" w:rsidRPr="0086560D" w:rsidTr="008028B8">
        <w:trPr>
          <w:jc w:val="center"/>
        </w:trPr>
        <w:tc>
          <w:tcPr>
            <w:tcW w:w="1235" w:type="pct"/>
            <w:vMerge/>
          </w:tcPr>
          <w:p w:rsidR="007F7A14" w:rsidRPr="00B23302" w:rsidRDefault="007F7A14" w:rsidP="0024139A">
            <w:pPr>
              <w:rPr>
                <w:i/>
              </w:rPr>
            </w:pPr>
          </w:p>
        </w:tc>
        <w:tc>
          <w:tcPr>
            <w:tcW w:w="1290" w:type="pct"/>
            <w:vAlign w:val="center"/>
          </w:tcPr>
          <w:p w:rsidR="007F7A14" w:rsidRPr="007F7A14" w:rsidRDefault="007F7A14" w:rsidP="0024139A">
            <w:pPr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2.2 Учебно-исследовательская работа:</w:t>
            </w:r>
          </w:p>
          <w:p w:rsidR="007F7A14" w:rsidRPr="007F7A14" w:rsidRDefault="007F7A14" w:rsidP="0024139A">
            <w:pPr>
              <w:jc w:val="both"/>
              <w:rPr>
                <w:b/>
                <w:lang w:val="ru-RU"/>
              </w:rPr>
            </w:pPr>
            <w:r w:rsidRPr="007F7A14">
              <w:rPr>
                <w:sz w:val="22"/>
                <w:lang w:val="ru-RU"/>
              </w:rPr>
              <w:t>- изучение информационных материалов (научные, методические, нормативные и иные источники) по выбранной тематике научного исследования.</w:t>
            </w:r>
          </w:p>
        </w:tc>
        <w:tc>
          <w:tcPr>
            <w:tcW w:w="779" w:type="pct"/>
            <w:vMerge/>
          </w:tcPr>
          <w:p w:rsidR="007F7A14" w:rsidRPr="007F7A14" w:rsidRDefault="007F7A14" w:rsidP="0024139A">
            <w:pPr>
              <w:jc w:val="center"/>
              <w:rPr>
                <w:i/>
                <w:color w:val="0070C0"/>
                <w:lang w:val="ru-RU"/>
              </w:rPr>
            </w:pPr>
          </w:p>
        </w:tc>
        <w:tc>
          <w:tcPr>
            <w:tcW w:w="502" w:type="pct"/>
          </w:tcPr>
          <w:p w:rsidR="007F7A14" w:rsidRPr="00E42CB8" w:rsidRDefault="007F7A14" w:rsidP="0024139A">
            <w:pPr>
              <w:jc w:val="center"/>
            </w:pPr>
            <w:r w:rsidRPr="00E42CB8">
              <w:rPr>
                <w:sz w:val="22"/>
              </w:rPr>
              <w:t>ПА</w:t>
            </w:r>
          </w:p>
          <w:p w:rsidR="007F7A14" w:rsidRPr="00B23302" w:rsidRDefault="007F7A14" w:rsidP="0024139A">
            <w:pPr>
              <w:jc w:val="center"/>
              <w:rPr>
                <w:color w:val="0070C0"/>
              </w:rPr>
            </w:pPr>
          </w:p>
        </w:tc>
        <w:tc>
          <w:tcPr>
            <w:tcW w:w="1193" w:type="pct"/>
          </w:tcPr>
          <w:p w:rsidR="007F7A14" w:rsidRDefault="007F7A14" w:rsidP="0024139A">
            <w:proofErr w:type="spellStart"/>
            <w:r w:rsidRPr="00542BEB">
              <w:rPr>
                <w:sz w:val="22"/>
              </w:rPr>
              <w:t>Дневник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практики</w:t>
            </w:r>
            <w:proofErr w:type="spellEnd"/>
            <w:r>
              <w:rPr>
                <w:sz w:val="22"/>
              </w:rPr>
              <w:t xml:space="preserve"> </w:t>
            </w:r>
          </w:p>
          <w:p w:rsidR="007F7A14" w:rsidRPr="00542BEB" w:rsidRDefault="007F7A14" w:rsidP="0024139A">
            <w:proofErr w:type="spellStart"/>
            <w:r>
              <w:rPr>
                <w:sz w:val="22"/>
              </w:rPr>
              <w:t>О</w:t>
            </w:r>
            <w:r w:rsidRPr="00542BEB">
              <w:rPr>
                <w:sz w:val="22"/>
              </w:rPr>
              <w:t>тчет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по</w:t>
            </w:r>
            <w:proofErr w:type="spellEnd"/>
            <w:r w:rsidRPr="00542BEB">
              <w:rPr>
                <w:sz w:val="22"/>
              </w:rPr>
              <w:t xml:space="preserve"> </w:t>
            </w:r>
            <w:proofErr w:type="spellStart"/>
            <w:r w:rsidRPr="00542BEB">
              <w:rPr>
                <w:sz w:val="22"/>
              </w:rPr>
              <w:t>практике</w:t>
            </w:r>
            <w:proofErr w:type="spellEnd"/>
          </w:p>
          <w:p w:rsidR="007F7A14" w:rsidRPr="00B23302" w:rsidRDefault="007F7A14" w:rsidP="0024139A">
            <w:pPr>
              <w:rPr>
                <w:b/>
                <w:color w:val="0070C0"/>
              </w:rPr>
            </w:pPr>
          </w:p>
        </w:tc>
      </w:tr>
      <w:tr w:rsidR="007F7A14" w:rsidRPr="0008332C" w:rsidTr="008028B8">
        <w:trPr>
          <w:jc w:val="center"/>
        </w:trPr>
        <w:tc>
          <w:tcPr>
            <w:tcW w:w="1235" w:type="pct"/>
            <w:vMerge w:val="restart"/>
          </w:tcPr>
          <w:p w:rsidR="007F7A14" w:rsidRPr="00B23302" w:rsidRDefault="007F7A14" w:rsidP="0024139A">
            <w:pPr>
              <w:rPr>
                <w:i/>
              </w:rPr>
            </w:pPr>
            <w:r w:rsidRPr="00AC575C">
              <w:rPr>
                <w:sz w:val="22"/>
              </w:rPr>
              <w:t xml:space="preserve">3. </w:t>
            </w:r>
            <w:proofErr w:type="spellStart"/>
            <w:r w:rsidRPr="00DB5897">
              <w:rPr>
                <w:sz w:val="22"/>
              </w:rPr>
              <w:t>Заключительный</w:t>
            </w:r>
            <w:proofErr w:type="spellEnd"/>
            <w:r w:rsidRPr="00DB5897">
              <w:rPr>
                <w:sz w:val="22"/>
              </w:rPr>
              <w:t xml:space="preserve"> </w:t>
            </w:r>
            <w:proofErr w:type="spellStart"/>
            <w:r w:rsidRPr="00DB5897">
              <w:rPr>
                <w:sz w:val="22"/>
              </w:rPr>
              <w:t>этап</w:t>
            </w:r>
            <w:proofErr w:type="spellEnd"/>
          </w:p>
        </w:tc>
        <w:tc>
          <w:tcPr>
            <w:tcW w:w="1290" w:type="pct"/>
          </w:tcPr>
          <w:p w:rsidR="007F7A14" w:rsidRPr="007F7A14" w:rsidRDefault="007F7A14" w:rsidP="002413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3.1 Подготовка и формирование отчета по практике</w:t>
            </w:r>
          </w:p>
        </w:tc>
        <w:tc>
          <w:tcPr>
            <w:tcW w:w="779" w:type="pct"/>
            <w:vMerge w:val="restart"/>
          </w:tcPr>
          <w:p w:rsidR="008028B8" w:rsidRPr="0008332C" w:rsidRDefault="008028B8" w:rsidP="008028B8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8028B8" w:rsidRPr="00CE7F2F" w:rsidRDefault="008028B8" w:rsidP="008028B8">
            <w:pPr>
              <w:autoSpaceDE w:val="0"/>
              <w:autoSpaceDN w:val="0"/>
              <w:adjustRightInd w:val="0"/>
              <w:jc w:val="center"/>
            </w:pPr>
            <w:r w:rsidRPr="00CE7F2F">
              <w:rPr>
                <w:sz w:val="22"/>
              </w:rPr>
              <w:t>УК-</w:t>
            </w:r>
            <w:r>
              <w:rPr>
                <w:sz w:val="22"/>
              </w:rPr>
              <w:t>2</w:t>
            </w:r>
            <w:r w:rsidRPr="00CE7F2F">
              <w:rPr>
                <w:sz w:val="22"/>
              </w:rPr>
              <w:t>.1</w:t>
            </w:r>
          </w:p>
          <w:p w:rsidR="008028B8" w:rsidRPr="00CE7F2F" w:rsidRDefault="008028B8" w:rsidP="008028B8">
            <w:pPr>
              <w:autoSpaceDE w:val="0"/>
              <w:autoSpaceDN w:val="0"/>
              <w:adjustRightInd w:val="0"/>
            </w:pPr>
            <w:r>
              <w:rPr>
                <w:sz w:val="22"/>
                <w:lang w:val="ru-RU"/>
              </w:rPr>
              <w:t xml:space="preserve">                             ОПК-1.2</w:t>
            </w:r>
          </w:p>
          <w:p w:rsidR="007F7A14" w:rsidRPr="00542BEB" w:rsidRDefault="007F7A14" w:rsidP="002413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02" w:type="pct"/>
            <w:vMerge w:val="restart"/>
          </w:tcPr>
          <w:p w:rsidR="007F7A14" w:rsidRPr="00E42CB8" w:rsidRDefault="007F7A14" w:rsidP="0024139A">
            <w:pPr>
              <w:jc w:val="center"/>
            </w:pPr>
            <w:r w:rsidRPr="00E42CB8">
              <w:rPr>
                <w:sz w:val="22"/>
              </w:rPr>
              <w:t>ПА</w:t>
            </w:r>
          </w:p>
          <w:p w:rsidR="007F7A14" w:rsidRPr="00B23302" w:rsidRDefault="007F7A14" w:rsidP="0024139A">
            <w:pPr>
              <w:jc w:val="center"/>
              <w:rPr>
                <w:color w:val="0070C0"/>
              </w:rPr>
            </w:pPr>
          </w:p>
        </w:tc>
        <w:tc>
          <w:tcPr>
            <w:tcW w:w="1193" w:type="pct"/>
          </w:tcPr>
          <w:p w:rsidR="007F7A14" w:rsidRPr="007F7A14" w:rsidRDefault="007F7A14" w:rsidP="0024139A">
            <w:pPr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 xml:space="preserve">Дневник практики </w:t>
            </w:r>
          </w:p>
          <w:p w:rsidR="007F7A14" w:rsidRPr="007F7A14" w:rsidRDefault="007F7A14" w:rsidP="0024139A">
            <w:pPr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Отчет по практике</w:t>
            </w:r>
          </w:p>
        </w:tc>
      </w:tr>
      <w:tr w:rsidR="007F7A14" w:rsidRPr="0008332C" w:rsidTr="008028B8">
        <w:trPr>
          <w:jc w:val="center"/>
        </w:trPr>
        <w:tc>
          <w:tcPr>
            <w:tcW w:w="1235" w:type="pct"/>
            <w:vMerge/>
          </w:tcPr>
          <w:p w:rsidR="007F7A14" w:rsidRPr="007F7A14" w:rsidRDefault="007F7A14" w:rsidP="0024139A">
            <w:pPr>
              <w:rPr>
                <w:lang w:val="ru-RU"/>
              </w:rPr>
            </w:pPr>
          </w:p>
        </w:tc>
        <w:tc>
          <w:tcPr>
            <w:tcW w:w="1290" w:type="pct"/>
          </w:tcPr>
          <w:p w:rsidR="007F7A14" w:rsidRDefault="007F7A14" w:rsidP="002413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</w:rPr>
              <w:t xml:space="preserve">3.2 </w:t>
            </w:r>
            <w:proofErr w:type="spellStart"/>
            <w:r w:rsidRPr="00DB5897">
              <w:rPr>
                <w:sz w:val="22"/>
              </w:rPr>
              <w:t>Подготовка</w:t>
            </w:r>
            <w:proofErr w:type="spellEnd"/>
            <w:r w:rsidRPr="00DB5897">
              <w:rPr>
                <w:sz w:val="22"/>
              </w:rPr>
              <w:t xml:space="preserve"> к </w:t>
            </w:r>
            <w:proofErr w:type="spellStart"/>
            <w:r w:rsidRPr="00DB5897">
              <w:rPr>
                <w:sz w:val="22"/>
              </w:rPr>
              <w:t>защите</w:t>
            </w:r>
            <w:proofErr w:type="spellEnd"/>
            <w:r w:rsidRPr="00DB5897">
              <w:rPr>
                <w:sz w:val="22"/>
              </w:rPr>
              <w:t xml:space="preserve"> </w:t>
            </w:r>
            <w:proofErr w:type="spellStart"/>
            <w:r w:rsidRPr="00DB5897">
              <w:rPr>
                <w:sz w:val="22"/>
              </w:rPr>
              <w:t>отчета</w:t>
            </w:r>
            <w:proofErr w:type="spellEnd"/>
          </w:p>
        </w:tc>
        <w:tc>
          <w:tcPr>
            <w:tcW w:w="779" w:type="pct"/>
            <w:vMerge/>
          </w:tcPr>
          <w:p w:rsidR="007F7A14" w:rsidRPr="00542BEB" w:rsidRDefault="007F7A14" w:rsidP="002413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02" w:type="pct"/>
            <w:vMerge/>
          </w:tcPr>
          <w:p w:rsidR="007F7A14" w:rsidRPr="00E42CB8" w:rsidRDefault="007F7A14" w:rsidP="0024139A">
            <w:pPr>
              <w:jc w:val="center"/>
            </w:pPr>
          </w:p>
        </w:tc>
        <w:tc>
          <w:tcPr>
            <w:tcW w:w="1193" w:type="pct"/>
          </w:tcPr>
          <w:p w:rsidR="007F7A14" w:rsidRPr="007F7A14" w:rsidRDefault="007F7A14" w:rsidP="0024139A">
            <w:pPr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Дневник практики, отчет по практике</w:t>
            </w:r>
          </w:p>
        </w:tc>
      </w:tr>
      <w:tr w:rsidR="007F7A14" w:rsidRPr="0008332C" w:rsidTr="008028B8">
        <w:trPr>
          <w:jc w:val="center"/>
        </w:trPr>
        <w:tc>
          <w:tcPr>
            <w:tcW w:w="1235" w:type="pct"/>
            <w:vMerge/>
          </w:tcPr>
          <w:p w:rsidR="007F7A14" w:rsidRPr="007F7A14" w:rsidRDefault="007F7A14" w:rsidP="0024139A">
            <w:pPr>
              <w:rPr>
                <w:lang w:val="ru-RU"/>
              </w:rPr>
            </w:pPr>
          </w:p>
        </w:tc>
        <w:tc>
          <w:tcPr>
            <w:tcW w:w="1290" w:type="pct"/>
          </w:tcPr>
          <w:p w:rsidR="007F7A14" w:rsidRPr="007F7A14" w:rsidRDefault="007F7A14" w:rsidP="002413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3.3 Защита зачета (зачет с оценкой)</w:t>
            </w:r>
          </w:p>
        </w:tc>
        <w:tc>
          <w:tcPr>
            <w:tcW w:w="779" w:type="pct"/>
            <w:vMerge/>
          </w:tcPr>
          <w:p w:rsidR="007F7A14" w:rsidRPr="007F7A14" w:rsidRDefault="007F7A14" w:rsidP="002413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  <w:tc>
          <w:tcPr>
            <w:tcW w:w="502" w:type="pct"/>
            <w:vMerge/>
          </w:tcPr>
          <w:p w:rsidR="007F7A14" w:rsidRPr="007F7A14" w:rsidRDefault="007F7A14" w:rsidP="0024139A">
            <w:pPr>
              <w:jc w:val="center"/>
              <w:rPr>
                <w:lang w:val="ru-RU"/>
              </w:rPr>
            </w:pPr>
          </w:p>
        </w:tc>
        <w:tc>
          <w:tcPr>
            <w:tcW w:w="1193" w:type="pct"/>
          </w:tcPr>
          <w:p w:rsidR="007F7A14" w:rsidRPr="007F7A14" w:rsidRDefault="007F7A14" w:rsidP="0024139A">
            <w:pPr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Дневник практики, отчет по практике</w:t>
            </w:r>
          </w:p>
        </w:tc>
      </w:tr>
      <w:tr w:rsidR="007F7A14" w:rsidRPr="0008332C" w:rsidTr="008028B8">
        <w:trPr>
          <w:jc w:val="center"/>
        </w:trPr>
        <w:tc>
          <w:tcPr>
            <w:tcW w:w="1235" w:type="pct"/>
            <w:vMerge/>
          </w:tcPr>
          <w:p w:rsidR="007F7A14" w:rsidRPr="007F7A14" w:rsidRDefault="007F7A14" w:rsidP="0024139A">
            <w:pPr>
              <w:rPr>
                <w:lang w:val="ru-RU"/>
              </w:rPr>
            </w:pPr>
          </w:p>
        </w:tc>
        <w:tc>
          <w:tcPr>
            <w:tcW w:w="1290" w:type="pct"/>
          </w:tcPr>
          <w:p w:rsidR="007F7A14" w:rsidRDefault="007F7A14" w:rsidP="002413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</w:rPr>
              <w:t xml:space="preserve">3.4 </w:t>
            </w:r>
            <w:proofErr w:type="spellStart"/>
            <w:r>
              <w:rPr>
                <w:sz w:val="22"/>
              </w:rPr>
              <w:t>Зачет</w:t>
            </w:r>
            <w:proofErr w:type="spellEnd"/>
            <w:r>
              <w:rPr>
                <w:sz w:val="22"/>
              </w:rPr>
              <w:t xml:space="preserve"> с </w:t>
            </w:r>
            <w:proofErr w:type="spellStart"/>
            <w:r>
              <w:rPr>
                <w:sz w:val="22"/>
              </w:rPr>
              <w:t>оценкой</w:t>
            </w:r>
            <w:proofErr w:type="spellEnd"/>
          </w:p>
        </w:tc>
        <w:tc>
          <w:tcPr>
            <w:tcW w:w="779" w:type="pct"/>
            <w:vMerge/>
          </w:tcPr>
          <w:p w:rsidR="007F7A14" w:rsidRPr="00542BEB" w:rsidRDefault="007F7A14" w:rsidP="002413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02" w:type="pct"/>
            <w:vMerge/>
          </w:tcPr>
          <w:p w:rsidR="007F7A14" w:rsidRPr="00E42CB8" w:rsidRDefault="007F7A14" w:rsidP="0024139A">
            <w:pPr>
              <w:jc w:val="center"/>
            </w:pPr>
          </w:p>
        </w:tc>
        <w:tc>
          <w:tcPr>
            <w:tcW w:w="1193" w:type="pct"/>
          </w:tcPr>
          <w:p w:rsidR="007F7A14" w:rsidRPr="007F7A14" w:rsidRDefault="007F7A14" w:rsidP="0024139A">
            <w:pPr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Индивидуальное задание, дневник практики, отчет по практике</w:t>
            </w:r>
          </w:p>
        </w:tc>
      </w:tr>
    </w:tbl>
    <w:p w:rsidR="007F7A14" w:rsidRPr="007F7A14" w:rsidRDefault="007F7A14" w:rsidP="007F7A1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val="ru-RU"/>
        </w:rPr>
      </w:pPr>
    </w:p>
    <w:p w:rsidR="007F7A14" w:rsidRPr="007F7A14" w:rsidRDefault="007F7A14" w:rsidP="007F7A1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val="ru-RU"/>
        </w:rPr>
      </w:pPr>
    </w:p>
    <w:p w:rsidR="007F7A14" w:rsidRPr="007F7A14" w:rsidRDefault="007F7A14" w:rsidP="007F7A1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val="ru-RU"/>
        </w:rPr>
      </w:pPr>
    </w:p>
    <w:p w:rsidR="007F7A14" w:rsidRPr="007F7A14" w:rsidRDefault="007F7A14" w:rsidP="007F7A1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val="ru-RU"/>
        </w:rPr>
      </w:pPr>
      <w:r w:rsidRPr="007F7A14">
        <w:rPr>
          <w:b/>
          <w:sz w:val="28"/>
          <w:szCs w:val="28"/>
          <w:lang w:val="ru-RU"/>
        </w:rPr>
        <w:t>Перечень и краткая характеристика оценочных средств</w:t>
      </w:r>
    </w:p>
    <w:p w:rsidR="007F7A14" w:rsidRPr="007F7A14" w:rsidRDefault="007F7A14" w:rsidP="007F7A1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16"/>
          <w:szCs w:val="16"/>
          <w:lang w:val="ru-RU"/>
        </w:rPr>
      </w:pPr>
    </w:p>
    <w:p w:rsidR="007F7A14" w:rsidRPr="00840E99" w:rsidRDefault="007F7A14" w:rsidP="007F7A14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szCs w:val="24"/>
          <w:lang w:val="ru-RU"/>
        </w:rPr>
        <w:t xml:space="preserve">по </w:t>
      </w:r>
      <w:r w:rsidRPr="00840E99">
        <w:rPr>
          <w:szCs w:val="24"/>
          <w:lang w:val="ru-RU"/>
        </w:rPr>
        <w:t>практике</w:t>
      </w:r>
      <w:r>
        <w:rPr>
          <w:szCs w:val="24"/>
          <w:lang w:val="ru-RU"/>
        </w:rPr>
        <w:t xml:space="preserve"> </w:t>
      </w:r>
      <w:r w:rsidRPr="00840E99">
        <w:rPr>
          <w:szCs w:val="24"/>
          <w:lang w:val="ru-RU"/>
        </w:rPr>
        <w:t xml:space="preserve"> </w:t>
      </w:r>
      <w:r w:rsidRPr="00840E99">
        <w:rPr>
          <w:b/>
          <w:szCs w:val="24"/>
          <w:lang w:val="ru-RU"/>
        </w:rPr>
        <w:t xml:space="preserve"> Б2.0.01(У) Учебная (ознакомительная) практика</w:t>
      </w:r>
    </w:p>
    <w:p w:rsidR="007F7A14" w:rsidRPr="007F7A14" w:rsidRDefault="007F7A14" w:rsidP="007F7A1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933"/>
        <w:gridCol w:w="4536"/>
        <w:gridCol w:w="2170"/>
      </w:tblGrid>
      <w:tr w:rsidR="007F7A14" w:rsidRPr="0008332C" w:rsidTr="0024139A">
        <w:trPr>
          <w:trHeight w:val="1046"/>
        </w:trPr>
        <w:tc>
          <w:tcPr>
            <w:tcW w:w="727" w:type="dxa"/>
            <w:vAlign w:val="center"/>
          </w:tcPr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72ACB">
              <w:rPr>
                <w:b/>
              </w:rPr>
              <w:t>№</w:t>
            </w:r>
          </w:p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72ACB">
              <w:rPr>
                <w:b/>
              </w:rPr>
              <w:t>п/п</w:t>
            </w:r>
          </w:p>
        </w:tc>
        <w:tc>
          <w:tcPr>
            <w:tcW w:w="1933" w:type="dxa"/>
            <w:vAlign w:val="center"/>
          </w:tcPr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proofErr w:type="spellStart"/>
            <w:r w:rsidRPr="00572ACB">
              <w:rPr>
                <w:b/>
              </w:rPr>
              <w:t>Наименование</w:t>
            </w:r>
            <w:proofErr w:type="spellEnd"/>
            <w:r w:rsidRPr="00572ACB">
              <w:rPr>
                <w:b/>
              </w:rPr>
              <w:t xml:space="preserve"> </w:t>
            </w:r>
            <w:proofErr w:type="spellStart"/>
            <w:r w:rsidRPr="00572ACB">
              <w:rPr>
                <w:b/>
              </w:rPr>
              <w:t>оценочного</w:t>
            </w:r>
            <w:proofErr w:type="spellEnd"/>
          </w:p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72ACB">
              <w:rPr>
                <w:b/>
              </w:rPr>
              <w:t xml:space="preserve"> </w:t>
            </w:r>
            <w:proofErr w:type="spellStart"/>
            <w:r w:rsidRPr="00572ACB">
              <w:rPr>
                <w:b/>
              </w:rPr>
              <w:t>средства</w:t>
            </w:r>
            <w:proofErr w:type="spellEnd"/>
          </w:p>
        </w:tc>
        <w:tc>
          <w:tcPr>
            <w:tcW w:w="4536" w:type="dxa"/>
            <w:vAlign w:val="center"/>
          </w:tcPr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proofErr w:type="spellStart"/>
            <w:r w:rsidRPr="00572ACB">
              <w:rPr>
                <w:b/>
              </w:rPr>
              <w:t>Краткая</w:t>
            </w:r>
            <w:proofErr w:type="spellEnd"/>
            <w:r w:rsidRPr="00572ACB">
              <w:rPr>
                <w:b/>
              </w:rPr>
              <w:t xml:space="preserve"> </w:t>
            </w:r>
            <w:proofErr w:type="spellStart"/>
            <w:r w:rsidRPr="00572ACB">
              <w:rPr>
                <w:b/>
              </w:rPr>
              <w:t>характеристика</w:t>
            </w:r>
            <w:proofErr w:type="spellEnd"/>
            <w:r w:rsidRPr="00572ACB">
              <w:rPr>
                <w:b/>
              </w:rPr>
              <w:t xml:space="preserve"> </w:t>
            </w:r>
          </w:p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proofErr w:type="spellStart"/>
            <w:r w:rsidRPr="00572ACB">
              <w:rPr>
                <w:b/>
              </w:rPr>
              <w:t>оценочного</w:t>
            </w:r>
            <w:proofErr w:type="spellEnd"/>
            <w:r w:rsidRPr="00572ACB">
              <w:rPr>
                <w:b/>
              </w:rPr>
              <w:t xml:space="preserve"> </w:t>
            </w:r>
          </w:p>
          <w:p w:rsidR="007F7A14" w:rsidRPr="00572ACB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proofErr w:type="spellStart"/>
            <w:r w:rsidRPr="00572ACB">
              <w:rPr>
                <w:b/>
              </w:rPr>
              <w:t>средства</w:t>
            </w:r>
            <w:proofErr w:type="spellEnd"/>
          </w:p>
        </w:tc>
        <w:tc>
          <w:tcPr>
            <w:tcW w:w="2170" w:type="dxa"/>
            <w:vAlign w:val="center"/>
          </w:tcPr>
          <w:p w:rsidR="007F7A14" w:rsidRPr="007F7A14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u-RU"/>
              </w:rPr>
            </w:pPr>
            <w:r w:rsidRPr="007F7A14">
              <w:rPr>
                <w:b/>
                <w:lang w:val="ru-RU"/>
              </w:rPr>
              <w:t xml:space="preserve">Представление </w:t>
            </w:r>
          </w:p>
          <w:p w:rsidR="007F7A14" w:rsidRPr="007F7A14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u-RU"/>
              </w:rPr>
            </w:pPr>
            <w:r w:rsidRPr="007F7A14">
              <w:rPr>
                <w:b/>
                <w:lang w:val="ru-RU"/>
              </w:rPr>
              <w:t xml:space="preserve">оценочного </w:t>
            </w:r>
          </w:p>
          <w:p w:rsidR="007F7A14" w:rsidRPr="007F7A14" w:rsidRDefault="007F7A14" w:rsidP="002413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ru-RU"/>
              </w:rPr>
            </w:pPr>
            <w:r w:rsidRPr="007F7A14">
              <w:rPr>
                <w:b/>
                <w:lang w:val="ru-RU"/>
              </w:rPr>
              <w:t>средства в фонде</w:t>
            </w:r>
          </w:p>
        </w:tc>
      </w:tr>
      <w:tr w:rsidR="007F7A14" w:rsidRPr="00572ACB" w:rsidTr="0024139A">
        <w:trPr>
          <w:trHeight w:val="1264"/>
        </w:trPr>
        <w:tc>
          <w:tcPr>
            <w:tcW w:w="727" w:type="dxa"/>
          </w:tcPr>
          <w:p w:rsidR="007F7A14" w:rsidRPr="0038785F" w:rsidRDefault="007F7A14" w:rsidP="0024139A">
            <w:r w:rsidRPr="0038785F">
              <w:rPr>
                <w:sz w:val="22"/>
              </w:rPr>
              <w:t>1.</w:t>
            </w:r>
          </w:p>
        </w:tc>
        <w:tc>
          <w:tcPr>
            <w:tcW w:w="1933" w:type="dxa"/>
          </w:tcPr>
          <w:p w:rsidR="007F7A14" w:rsidRDefault="007F7A14" w:rsidP="0024139A">
            <w:proofErr w:type="spellStart"/>
            <w:r w:rsidRPr="0086560D">
              <w:rPr>
                <w:sz w:val="22"/>
              </w:rPr>
              <w:t>Дневник</w:t>
            </w:r>
            <w:proofErr w:type="spellEnd"/>
            <w:r w:rsidRPr="0086560D">
              <w:rPr>
                <w:sz w:val="22"/>
              </w:rPr>
              <w:t> </w:t>
            </w:r>
            <w:proofErr w:type="spellStart"/>
            <w:r w:rsidRPr="0086560D">
              <w:rPr>
                <w:sz w:val="22"/>
              </w:rPr>
              <w:t>по</w:t>
            </w:r>
            <w:proofErr w:type="spellEnd"/>
            <w:r w:rsidRPr="0086560D">
              <w:rPr>
                <w:sz w:val="22"/>
              </w:rPr>
              <w:t xml:space="preserve"> </w:t>
            </w:r>
          </w:p>
          <w:p w:rsidR="007F7A14" w:rsidRPr="009F2EA8" w:rsidRDefault="007F7A14" w:rsidP="0024139A">
            <w:proofErr w:type="spellStart"/>
            <w:r w:rsidRPr="0086560D">
              <w:rPr>
                <w:sz w:val="22"/>
              </w:rPr>
              <w:t>практике</w:t>
            </w:r>
            <w:proofErr w:type="spellEnd"/>
          </w:p>
        </w:tc>
        <w:tc>
          <w:tcPr>
            <w:tcW w:w="4536" w:type="dxa"/>
          </w:tcPr>
          <w:p w:rsidR="007F7A14" w:rsidRPr="007F7A14" w:rsidRDefault="007F7A14" w:rsidP="0024139A">
            <w:pPr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Один из документов, отражающих качество работы обучающегося, прошедшего практику, описание всех его занятий. Записи   в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2170" w:type="dxa"/>
          </w:tcPr>
          <w:p w:rsidR="007F7A14" w:rsidRPr="0086560D" w:rsidRDefault="007F7A14" w:rsidP="0024139A">
            <w:proofErr w:type="spellStart"/>
            <w:r w:rsidRPr="0086560D">
              <w:rPr>
                <w:sz w:val="22"/>
              </w:rPr>
              <w:t>Макет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дневника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по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практике</w:t>
            </w:r>
            <w:proofErr w:type="spellEnd"/>
          </w:p>
        </w:tc>
      </w:tr>
      <w:tr w:rsidR="007F7A14" w:rsidRPr="00572ACB" w:rsidTr="0024139A">
        <w:trPr>
          <w:trHeight w:val="532"/>
        </w:trPr>
        <w:tc>
          <w:tcPr>
            <w:tcW w:w="727" w:type="dxa"/>
          </w:tcPr>
          <w:p w:rsidR="007F7A14" w:rsidRPr="009F2EA8" w:rsidRDefault="007F7A14" w:rsidP="0024139A">
            <w:pPr>
              <w:ind w:left="57"/>
              <w:jc w:val="center"/>
            </w:pPr>
            <w:r w:rsidRPr="009F2EA8">
              <w:rPr>
                <w:sz w:val="22"/>
              </w:rPr>
              <w:t>2.</w:t>
            </w:r>
          </w:p>
        </w:tc>
        <w:tc>
          <w:tcPr>
            <w:tcW w:w="1933" w:type="dxa"/>
          </w:tcPr>
          <w:p w:rsidR="007F7A14" w:rsidRDefault="007F7A14" w:rsidP="0024139A">
            <w:proofErr w:type="spellStart"/>
            <w:r w:rsidRPr="0086560D">
              <w:rPr>
                <w:sz w:val="22"/>
              </w:rPr>
              <w:t>Отчет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по</w:t>
            </w:r>
            <w:proofErr w:type="spellEnd"/>
          </w:p>
          <w:p w:rsidR="007F7A14" w:rsidRPr="0086560D" w:rsidRDefault="007F7A14" w:rsidP="0024139A"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практике</w:t>
            </w:r>
            <w:proofErr w:type="spellEnd"/>
          </w:p>
        </w:tc>
        <w:tc>
          <w:tcPr>
            <w:tcW w:w="4536" w:type="dxa"/>
          </w:tcPr>
          <w:p w:rsidR="007F7A14" w:rsidRPr="007F7A14" w:rsidRDefault="007F7A14" w:rsidP="0024139A">
            <w:pPr>
              <w:jc w:val="both"/>
              <w:rPr>
                <w:lang w:val="ru-RU"/>
              </w:rPr>
            </w:pPr>
            <w:r w:rsidRPr="007F7A14">
              <w:rPr>
                <w:sz w:val="22"/>
                <w:lang w:val="ru-RU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(с учетом индивидуального задания) теоретических навыков и практических, приобретенных обучающимся на во время прохождения практики.</w:t>
            </w:r>
          </w:p>
        </w:tc>
        <w:tc>
          <w:tcPr>
            <w:tcW w:w="2170" w:type="dxa"/>
          </w:tcPr>
          <w:p w:rsidR="007F7A14" w:rsidRPr="0086560D" w:rsidRDefault="007F7A14" w:rsidP="0024139A">
            <w:proofErr w:type="spellStart"/>
            <w:r w:rsidRPr="0086560D">
              <w:rPr>
                <w:sz w:val="22"/>
              </w:rPr>
              <w:t>Макет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отчета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по</w:t>
            </w:r>
            <w:proofErr w:type="spellEnd"/>
            <w:r w:rsidRPr="0086560D">
              <w:rPr>
                <w:sz w:val="22"/>
              </w:rPr>
              <w:t xml:space="preserve"> </w:t>
            </w:r>
            <w:proofErr w:type="spellStart"/>
            <w:r w:rsidRPr="0086560D">
              <w:rPr>
                <w:sz w:val="22"/>
              </w:rPr>
              <w:t>практике</w:t>
            </w:r>
            <w:proofErr w:type="spellEnd"/>
          </w:p>
        </w:tc>
      </w:tr>
    </w:tbl>
    <w:p w:rsidR="007F7A14" w:rsidRDefault="007F7A14" w:rsidP="007F7A14">
      <w:pPr>
        <w:overflowPunct w:val="0"/>
        <w:autoSpaceDE w:val="0"/>
        <w:autoSpaceDN w:val="0"/>
        <w:adjustRightInd w:val="0"/>
        <w:jc w:val="right"/>
        <w:textAlignment w:val="baseline"/>
      </w:pPr>
    </w:p>
    <w:p w:rsidR="007F7A14" w:rsidRDefault="007F7A14" w:rsidP="007F7A14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i w:val="0"/>
          <w:sz w:val="24"/>
          <w:szCs w:val="24"/>
        </w:rPr>
      </w:pPr>
    </w:p>
    <w:p w:rsidR="007F7A14" w:rsidRDefault="007F7A14" w:rsidP="007F7A14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</w:rPr>
      </w:pPr>
      <w:r w:rsidRPr="00E0396B">
        <w:rPr>
          <w:b w:val="0"/>
          <w:i w:val="0"/>
          <w:sz w:val="24"/>
          <w:szCs w:val="24"/>
        </w:rPr>
        <w:t>Макет дневн</w:t>
      </w:r>
      <w:r>
        <w:rPr>
          <w:b w:val="0"/>
          <w:i w:val="0"/>
          <w:sz w:val="24"/>
          <w:szCs w:val="24"/>
        </w:rPr>
        <w:t>и</w:t>
      </w:r>
      <w:r w:rsidRPr="00E0396B">
        <w:rPr>
          <w:b w:val="0"/>
          <w:i w:val="0"/>
          <w:sz w:val="24"/>
          <w:szCs w:val="24"/>
        </w:rPr>
        <w:t>ка и отчета по практике</w:t>
      </w:r>
      <w:r>
        <w:rPr>
          <w:b w:val="0"/>
          <w:i w:val="0"/>
          <w:sz w:val="24"/>
          <w:szCs w:val="24"/>
        </w:rPr>
        <w:t xml:space="preserve"> приведены в Методических указаниях по практике.</w:t>
      </w:r>
    </w:p>
    <w:p w:rsidR="007F7A14" w:rsidRDefault="007F7A14" w:rsidP="007F7A14">
      <w:pPr>
        <w:pStyle w:val="410"/>
        <w:tabs>
          <w:tab w:val="left" w:pos="1009"/>
        </w:tabs>
        <w:spacing w:before="0" w:line="240" w:lineRule="auto"/>
        <w:ind w:right="97" w:firstLine="0"/>
        <w:jc w:val="center"/>
        <w:rPr>
          <w:b w:val="0"/>
          <w:i w:val="0"/>
          <w:sz w:val="24"/>
          <w:szCs w:val="24"/>
        </w:rPr>
      </w:pPr>
    </w:p>
    <w:p w:rsidR="007F7A14" w:rsidRPr="00E0396B" w:rsidRDefault="007F7A14" w:rsidP="007F7A14">
      <w:pPr>
        <w:pStyle w:val="410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</w:rPr>
      </w:pPr>
      <w:r w:rsidRPr="006A254F">
        <w:rPr>
          <w:b w:val="0"/>
          <w:i w:val="0"/>
          <w:sz w:val="24"/>
          <w:szCs w:val="24"/>
        </w:rPr>
        <w:t xml:space="preserve">Цель учебной практики – развитие профессиональных компетенций, которые включают: закрепление и углубление теоретических знаний, полученных в процессе обучения в университете, приобретение необходимых практических умений и навыков работы в соответствии с выбранным направлением профессиональной подготовки.  Реализация данной цели предусматривает решение следующих задач: общее ознакомление с производством в целом и его структурными подразделениями, с основами </w:t>
      </w:r>
      <w:r>
        <w:rPr>
          <w:b w:val="0"/>
          <w:i w:val="0"/>
          <w:sz w:val="24"/>
          <w:szCs w:val="24"/>
        </w:rPr>
        <w:t>информационных</w:t>
      </w:r>
      <w:r w:rsidRPr="006A254F">
        <w:rPr>
          <w:b w:val="0"/>
          <w:i w:val="0"/>
          <w:sz w:val="24"/>
          <w:szCs w:val="24"/>
        </w:rPr>
        <w:t xml:space="preserve"> процессов; обучение методам и приёмам научных исследований;  освоение вычислительной техники и информационных технологий, применяемых в данной профессиональной деятельности; изучение функций и должностных обязанностей персонала; привитие навыков бережного отношения к окружающей среде, методов безопасного производства работ, экономии электроэнергии и других ресурсов производства; закрепление и расширение теоретических и практических навыков применительно к профилю будущей работы, сбор материалов для написания рефератов, курсовых работ по изучаемым на следующих курсах специальным дисциплинам</w:t>
      </w:r>
    </w:p>
    <w:p w:rsidR="007F7A14" w:rsidRPr="000F6022" w:rsidRDefault="007F7A14" w:rsidP="007F7A14">
      <w:pPr>
        <w:pStyle w:val="410"/>
        <w:tabs>
          <w:tab w:val="left" w:pos="1009"/>
        </w:tabs>
        <w:ind w:right="96" w:firstLine="0"/>
        <w:rPr>
          <w:b w:val="0"/>
          <w:i w:val="0"/>
          <w:sz w:val="24"/>
          <w:szCs w:val="24"/>
        </w:rPr>
      </w:pPr>
      <w:r w:rsidRPr="000F6022">
        <w:rPr>
          <w:b w:val="0"/>
          <w:i w:val="0"/>
          <w:sz w:val="24"/>
          <w:szCs w:val="24"/>
        </w:rPr>
        <w:t>Задачи практики:</w:t>
      </w:r>
    </w:p>
    <w:p w:rsidR="007F7A14" w:rsidRPr="000F6022" w:rsidRDefault="007F7A14" w:rsidP="007F7A14">
      <w:pPr>
        <w:pStyle w:val="410"/>
        <w:tabs>
          <w:tab w:val="left" w:pos="1009"/>
        </w:tabs>
        <w:ind w:right="96" w:firstLine="0"/>
        <w:rPr>
          <w:b w:val="0"/>
          <w:i w:val="0"/>
          <w:sz w:val="24"/>
          <w:szCs w:val="24"/>
        </w:rPr>
      </w:pPr>
      <w:r w:rsidRPr="000F6022">
        <w:rPr>
          <w:b w:val="0"/>
          <w:i w:val="0"/>
          <w:sz w:val="24"/>
          <w:szCs w:val="24"/>
        </w:rPr>
        <w:t>- приобретение навыков работы в команде, разделения обязанностей при выполнении работ; приобретение навыков проведения рабо</w:t>
      </w:r>
      <w:r>
        <w:rPr>
          <w:b w:val="0"/>
          <w:i w:val="0"/>
          <w:sz w:val="24"/>
          <w:szCs w:val="24"/>
        </w:rPr>
        <w:t>т</w:t>
      </w:r>
      <w:r w:rsidRPr="000F6022">
        <w:rPr>
          <w:b w:val="0"/>
          <w:i w:val="0"/>
          <w:sz w:val="24"/>
          <w:szCs w:val="24"/>
        </w:rPr>
        <w:t>; освоение методов обработки полученных результатов.</w:t>
      </w:r>
    </w:p>
    <w:p w:rsidR="007F7A14" w:rsidRDefault="007F7A14" w:rsidP="007F7A14">
      <w:pPr>
        <w:pStyle w:val="410"/>
        <w:tabs>
          <w:tab w:val="left" w:pos="1009"/>
        </w:tabs>
        <w:spacing w:before="0" w:line="240" w:lineRule="auto"/>
        <w:ind w:right="96" w:firstLine="0"/>
        <w:rPr>
          <w:b w:val="0"/>
          <w:i w:val="0"/>
          <w:sz w:val="16"/>
          <w:szCs w:val="16"/>
        </w:rPr>
      </w:pPr>
    </w:p>
    <w:p w:rsidR="00905D91" w:rsidRDefault="00905D91" w:rsidP="007F7A14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 w:val="28"/>
          <w:szCs w:val="28"/>
          <w:lang w:val="ru-RU"/>
        </w:rPr>
      </w:pPr>
    </w:p>
    <w:p w:rsidR="006C0A61" w:rsidRPr="006C0A61" w:rsidRDefault="006C0A61" w:rsidP="006C0A61">
      <w:pPr>
        <w:jc w:val="center"/>
        <w:rPr>
          <w:b/>
          <w:szCs w:val="24"/>
          <w:lang w:val="ru-RU"/>
        </w:rPr>
      </w:pPr>
      <w:r w:rsidRPr="006C0A61">
        <w:rPr>
          <w:b/>
          <w:szCs w:val="24"/>
          <w:lang w:val="ru-RU"/>
        </w:rPr>
        <w:t>Комплект оценочных средств для промежуточной аттестации</w:t>
      </w:r>
    </w:p>
    <w:p w:rsidR="006C0A61" w:rsidRPr="006C0A61" w:rsidRDefault="006C0A61" w:rsidP="006C0A61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Cs w:val="24"/>
          <w:lang w:val="ru-RU"/>
        </w:rPr>
      </w:pPr>
      <w:r w:rsidRPr="006C0A61">
        <w:rPr>
          <w:b/>
          <w:szCs w:val="24"/>
          <w:lang w:val="ru-RU"/>
        </w:rPr>
        <w:t>Вопросы к зачету с оценкой</w:t>
      </w:r>
    </w:p>
    <w:p w:rsidR="006C0A61" w:rsidRPr="00840E99" w:rsidRDefault="006C0A61" w:rsidP="006C0A61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szCs w:val="24"/>
          <w:lang w:val="ru-RU"/>
        </w:rPr>
        <w:t xml:space="preserve">по </w:t>
      </w:r>
      <w:r w:rsidRPr="00840E99">
        <w:rPr>
          <w:szCs w:val="24"/>
          <w:lang w:val="ru-RU"/>
        </w:rPr>
        <w:t>практике</w:t>
      </w:r>
      <w:r>
        <w:rPr>
          <w:szCs w:val="24"/>
          <w:lang w:val="ru-RU"/>
        </w:rPr>
        <w:t xml:space="preserve"> </w:t>
      </w:r>
      <w:r w:rsidRPr="00840E99">
        <w:rPr>
          <w:szCs w:val="24"/>
          <w:lang w:val="ru-RU"/>
        </w:rPr>
        <w:t xml:space="preserve"> </w:t>
      </w:r>
      <w:r w:rsidRPr="00840E99">
        <w:rPr>
          <w:b/>
          <w:szCs w:val="24"/>
          <w:lang w:val="ru-RU"/>
        </w:rPr>
        <w:t xml:space="preserve"> Б2.0.01(У) Учебная (ознакомительная) практика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14"/>
        <w:gridCol w:w="13262"/>
      </w:tblGrid>
      <w:tr w:rsidR="006C0A61" w:rsidRPr="00355116" w:rsidTr="0024139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</w:rPr>
            </w:pPr>
            <w:r w:rsidRPr="00355116">
              <w:rPr>
                <w:b/>
              </w:rPr>
              <w:t xml:space="preserve">№ и </w:t>
            </w:r>
            <w:proofErr w:type="spellStart"/>
            <w:r w:rsidRPr="00355116">
              <w:rPr>
                <w:b/>
              </w:rPr>
              <w:t>наименование</w:t>
            </w:r>
            <w:proofErr w:type="spellEnd"/>
            <w:r w:rsidRPr="00355116">
              <w:rPr>
                <w:b/>
              </w:rPr>
              <w:t xml:space="preserve"> </w:t>
            </w:r>
          </w:p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</w:rPr>
            </w:pPr>
            <w:proofErr w:type="spellStart"/>
            <w:r w:rsidRPr="00355116">
              <w:rPr>
                <w:b/>
              </w:rPr>
              <w:t>раздела</w:t>
            </w:r>
            <w:proofErr w:type="spellEnd"/>
            <w:r w:rsidRPr="00355116">
              <w:rPr>
                <w:b/>
              </w:rPr>
              <w:t xml:space="preserve"> </w:t>
            </w:r>
          </w:p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i/>
                <w:sz w:val="18"/>
                <w:szCs w:val="18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</w:rPr>
            </w:pPr>
            <w:r w:rsidRPr="00355116">
              <w:rPr>
                <w:b/>
              </w:rPr>
              <w:t>ВОПРОСЫ К ЗАЧЕТУ</w:t>
            </w:r>
          </w:p>
        </w:tc>
      </w:tr>
      <w:tr w:rsidR="006C0A61" w:rsidRPr="00355116" w:rsidTr="0024139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35511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355116">
              <w:rPr>
                <w:b/>
                <w:sz w:val="18"/>
                <w:szCs w:val="18"/>
              </w:rPr>
              <w:t>2</w:t>
            </w:r>
          </w:p>
        </w:tc>
      </w:tr>
      <w:tr w:rsidR="006C0A61" w:rsidRPr="006C0A61" w:rsidTr="0024139A">
        <w:trPr>
          <w:trHeight w:val="275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1.1 Инструктаж по технике безопасности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1.2 Ознакомление с рабочей программой по практике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2.1 Ознакомление с технологическим процессом предприятий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2.2 Знакомство с обслуживанием технологического процесса предприятия, с выполняемыми технологическими операциями.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2.3 Организация и планирование производства. Определение недостатков технологического процесса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Научная организация труда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  <w:r w:rsidRPr="006C0A61">
              <w:rPr>
                <w:bCs/>
                <w:lang w:val="ru-RU"/>
              </w:rPr>
              <w:t>3.1 Подготовка отчета по практике.</w:t>
            </w:r>
          </w:p>
          <w:p w:rsidR="006C0A61" w:rsidRPr="00355116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</w:rPr>
            </w:pPr>
            <w:r w:rsidRPr="00473F27">
              <w:rPr>
                <w:bCs/>
              </w:rPr>
              <w:t xml:space="preserve">3.2 </w:t>
            </w:r>
            <w:proofErr w:type="spellStart"/>
            <w:r w:rsidRPr="00473F27">
              <w:rPr>
                <w:bCs/>
              </w:rPr>
              <w:t>Зачет</w:t>
            </w:r>
            <w:proofErr w:type="spellEnd"/>
            <w:r w:rsidRPr="00473F27">
              <w:rPr>
                <w:bCs/>
              </w:rPr>
              <w:t xml:space="preserve"> с </w:t>
            </w:r>
            <w:proofErr w:type="spellStart"/>
            <w:r w:rsidRPr="00473F27">
              <w:rPr>
                <w:bCs/>
              </w:rPr>
              <w:t>оценкой</w:t>
            </w:r>
            <w:proofErr w:type="spellEnd"/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A7" w:rsidRDefault="00687BA7" w:rsidP="00687BA7">
            <w:pPr>
              <w:pStyle w:val="Default"/>
            </w:pP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1. Виды коммутационных аппаратов предприятия и способы управления ими.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2. Испытание изоляции защитных средств.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>3. Устройство гидрогенератора.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4. Классификация и типы силовых трансформаторов, автотрансформаторов.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5. Технологии подготовки и проводимые испытания перед пуском в эксплуатацию электродвигателей и трансформаторов.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6. Монтаж проводов воздушных линий. Виды монтажа.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7. Организационная структура энергетического предприятия.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8. Характеристика источников постоянного и переменного оперативного тока. Классификация реле.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9. Типы магнитных систем электромагнитных реле.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10. Причины и последствия отказов электрооборудования.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11. Эксплуатация воздушных линий. Приемка воздушных линий в эксплуатацию.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12. Общие принципы регулирования напряжения силовых трансформаторов.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13. Испытание изоляции электроинструмента.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14. Современные способы получения энергии.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15. Малые ГЭС и </w:t>
            </w:r>
            <w:proofErr w:type="gramStart"/>
            <w:r w:rsidRPr="00687BA7">
              <w:t>микро ГЭС</w:t>
            </w:r>
            <w:proofErr w:type="gramEnd"/>
            <w:r w:rsidRPr="00687BA7">
              <w:t xml:space="preserve">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16. Гидроаккумулирующие электростанции (ГАЭС).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17. Энергия солнца. Преобразование солнечной энергии в электричество.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18. Энергия ветра. Ветроэнергетические установки.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19. Электрические накопители энергии. </w:t>
            </w:r>
          </w:p>
          <w:p w:rsidR="00687BA7" w:rsidRPr="00687BA7" w:rsidRDefault="00687BA7" w:rsidP="00687BA7">
            <w:pPr>
              <w:pStyle w:val="Default"/>
            </w:pPr>
            <w:r w:rsidRPr="00687BA7">
              <w:t xml:space="preserve">20. Экологические аспекты в энергетике. </w:t>
            </w:r>
          </w:p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Cs/>
                <w:lang w:val="ru-RU"/>
              </w:rPr>
            </w:pPr>
          </w:p>
        </w:tc>
      </w:tr>
    </w:tbl>
    <w:p w:rsidR="006C0A61" w:rsidRPr="006C0A61" w:rsidRDefault="006C0A61" w:rsidP="006C0A61">
      <w:pPr>
        <w:jc w:val="both"/>
        <w:rPr>
          <w:szCs w:val="24"/>
          <w:lang w:val="ru-RU"/>
        </w:rPr>
      </w:pPr>
    </w:p>
    <w:p w:rsidR="006C0A61" w:rsidRPr="006C0A61" w:rsidRDefault="006C0A61" w:rsidP="0024139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Cs w:val="24"/>
          <w:lang w:val="ru-RU"/>
        </w:rPr>
      </w:pPr>
      <w:r w:rsidRPr="006C0A61">
        <w:rPr>
          <w:szCs w:val="24"/>
          <w:lang w:val="ru-RU"/>
        </w:rPr>
        <w:t xml:space="preserve">Критерии оценки зачета с оценкой по практике </w:t>
      </w:r>
    </w:p>
    <w:p w:rsidR="006C0A61" w:rsidRPr="006C0A61" w:rsidRDefault="006C0A61" w:rsidP="006C0A6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>
        <w:rPr>
          <w:b/>
          <w:szCs w:val="24"/>
          <w:lang w:val="ru-RU"/>
        </w:rPr>
        <w:t>Б</w:t>
      </w:r>
      <w:proofErr w:type="gramStart"/>
      <w:r>
        <w:rPr>
          <w:b/>
          <w:szCs w:val="24"/>
          <w:lang w:val="ru-RU"/>
        </w:rPr>
        <w:t>2.О.</w:t>
      </w:r>
      <w:proofErr w:type="gramEnd"/>
      <w:r w:rsidRPr="006C0A61">
        <w:rPr>
          <w:b/>
          <w:szCs w:val="24"/>
          <w:lang w:val="ru-RU"/>
        </w:rPr>
        <w:t>01(У) Учебная (ознакомительная) практика</w:t>
      </w: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6796"/>
      </w:tblGrid>
      <w:tr w:rsidR="006C0A61" w:rsidRPr="00572ACB" w:rsidTr="0024139A">
        <w:tc>
          <w:tcPr>
            <w:tcW w:w="1947" w:type="dxa"/>
            <w:vAlign w:val="center"/>
          </w:tcPr>
          <w:p w:rsidR="006C0A61" w:rsidRPr="00833A81" w:rsidRDefault="006C0A61" w:rsidP="0024139A">
            <w:pPr>
              <w:jc w:val="center"/>
              <w:rPr>
                <w:b/>
                <w:szCs w:val="24"/>
              </w:rPr>
            </w:pPr>
            <w:proofErr w:type="spellStart"/>
            <w:r w:rsidRPr="00833A81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229" w:type="dxa"/>
            <w:vAlign w:val="center"/>
          </w:tcPr>
          <w:p w:rsidR="006C0A61" w:rsidRPr="00833A81" w:rsidRDefault="006C0A61" w:rsidP="0024139A">
            <w:pPr>
              <w:jc w:val="center"/>
              <w:rPr>
                <w:b/>
                <w:szCs w:val="24"/>
              </w:rPr>
            </w:pPr>
            <w:proofErr w:type="spellStart"/>
            <w:r w:rsidRPr="00833A81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6C0A61" w:rsidRPr="0008332C" w:rsidTr="0024139A">
        <w:tc>
          <w:tcPr>
            <w:tcW w:w="1947" w:type="dxa"/>
          </w:tcPr>
          <w:p w:rsidR="006C0A61" w:rsidRPr="00833A81" w:rsidRDefault="006C0A61" w:rsidP="0024139A">
            <w:pPr>
              <w:jc w:val="center"/>
              <w:rPr>
                <w:b/>
              </w:rPr>
            </w:pPr>
            <w:proofErr w:type="spellStart"/>
            <w:r w:rsidRPr="00833A81">
              <w:rPr>
                <w:b/>
                <w:sz w:val="22"/>
              </w:rPr>
              <w:t>отлично</w:t>
            </w:r>
            <w:proofErr w:type="spellEnd"/>
          </w:p>
        </w:tc>
        <w:tc>
          <w:tcPr>
            <w:tcW w:w="7229" w:type="dxa"/>
          </w:tcPr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sz w:val="22"/>
                <w:lang w:val="ru-RU"/>
              </w:rPr>
              <w:t>Обучающийся</w:t>
            </w:r>
            <w:r w:rsidRPr="006C0A61">
              <w:rPr>
                <w:lang w:val="ru-RU"/>
              </w:rPr>
              <w:t xml:space="preserve"> </w:t>
            </w:r>
            <w:r w:rsidRPr="006C0A61">
              <w:rPr>
                <w:sz w:val="22"/>
                <w:lang w:val="ru-RU"/>
              </w:rPr>
              <w:t>в полной мере:</w:t>
            </w:r>
          </w:p>
          <w:p w:rsidR="006C0A61" w:rsidRPr="006C0A61" w:rsidRDefault="006C0A61" w:rsidP="0024139A">
            <w:pPr>
              <w:jc w:val="both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знает:</w:t>
            </w:r>
            <w:r w:rsidRPr="006C0A61">
              <w:rPr>
                <w:sz w:val="22"/>
                <w:lang w:val="ru-RU"/>
              </w:rPr>
              <w:t xml:space="preserve"> </w:t>
            </w:r>
            <w:proofErr w:type="gramStart"/>
            <w:r w:rsidRPr="006C0A61">
              <w:rPr>
                <w:color w:val="000000"/>
                <w:kern w:val="1"/>
                <w:szCs w:val="24"/>
                <w:lang w:val="ru-RU"/>
              </w:rPr>
              <w:t>современные информационные источники и ресурсы</w:t>
            </w:r>
            <w:proofErr w:type="gramEnd"/>
            <w:r w:rsidRPr="006C0A61">
              <w:rPr>
                <w:color w:val="000000"/>
                <w:kern w:val="1"/>
                <w:szCs w:val="24"/>
                <w:lang w:val="ru-RU"/>
              </w:rPr>
              <w:t xml:space="preserve"> применяемые в научно-исследовательской деятельности</w:t>
            </w:r>
            <w:r w:rsidRPr="006C0A61">
              <w:rPr>
                <w:lang w:val="ru-RU"/>
              </w:rPr>
              <w:t>.</w:t>
            </w:r>
          </w:p>
          <w:p w:rsidR="006C0A61" w:rsidRPr="006C0A61" w:rsidRDefault="006C0A61" w:rsidP="0024139A">
            <w:pPr>
              <w:jc w:val="both"/>
              <w:rPr>
                <w:b/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умеет:</w:t>
            </w:r>
            <w:r w:rsidRPr="006C0A61">
              <w:rPr>
                <w:sz w:val="22"/>
                <w:lang w:val="ru-RU"/>
              </w:rPr>
              <w:t xml:space="preserve"> </w:t>
            </w:r>
            <w:r w:rsidRPr="006C0A61">
              <w:rPr>
                <w:lang w:val="ru-RU"/>
              </w:rPr>
              <w:t>применять современные информационные источники и ресурсы в научно-исследовательской деятельности.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 xml:space="preserve">владеет: </w:t>
            </w:r>
            <w:r w:rsidRPr="006C0A61">
              <w:rPr>
                <w:lang w:val="ru-RU"/>
              </w:rPr>
              <w:t>навыками использования современных информационных источников и ресурсов, средств информационно-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ru-RU"/>
              </w:rPr>
            </w:pPr>
            <w:r w:rsidRPr="006C0A61">
              <w:rPr>
                <w:lang w:val="ru-RU"/>
              </w:rPr>
              <w:t>коммуникационных технологий, применяемых в научно-исследовательской деятельности.</w:t>
            </w:r>
          </w:p>
        </w:tc>
      </w:tr>
      <w:tr w:rsidR="006C0A61" w:rsidRPr="0008332C" w:rsidTr="0024139A">
        <w:tc>
          <w:tcPr>
            <w:tcW w:w="1947" w:type="dxa"/>
          </w:tcPr>
          <w:p w:rsidR="006C0A61" w:rsidRPr="00833A81" w:rsidRDefault="006C0A61" w:rsidP="0024139A">
            <w:pPr>
              <w:jc w:val="center"/>
              <w:rPr>
                <w:b/>
              </w:rPr>
            </w:pPr>
            <w:proofErr w:type="spellStart"/>
            <w:r w:rsidRPr="00833A81">
              <w:rPr>
                <w:b/>
                <w:sz w:val="22"/>
              </w:rPr>
              <w:t>хорошо</w:t>
            </w:r>
            <w:proofErr w:type="spellEnd"/>
          </w:p>
        </w:tc>
        <w:tc>
          <w:tcPr>
            <w:tcW w:w="7229" w:type="dxa"/>
          </w:tcPr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sz w:val="22"/>
                <w:lang w:val="ru-RU"/>
              </w:rPr>
              <w:t>Обучающийся</w:t>
            </w:r>
            <w:r w:rsidRPr="006C0A61">
              <w:rPr>
                <w:lang w:val="ru-RU"/>
              </w:rPr>
              <w:t xml:space="preserve"> </w:t>
            </w:r>
            <w:r w:rsidRPr="006C0A61">
              <w:rPr>
                <w:sz w:val="22"/>
                <w:lang w:val="ru-RU"/>
              </w:rPr>
              <w:t>в общих чертах:</w:t>
            </w:r>
          </w:p>
          <w:p w:rsidR="006C0A61" w:rsidRPr="006C0A61" w:rsidRDefault="006C0A61" w:rsidP="0024139A">
            <w:pPr>
              <w:jc w:val="both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знает:</w:t>
            </w:r>
            <w:r w:rsidRPr="006C0A61">
              <w:rPr>
                <w:sz w:val="22"/>
                <w:lang w:val="ru-RU"/>
              </w:rPr>
              <w:t xml:space="preserve"> </w:t>
            </w:r>
            <w:proofErr w:type="gramStart"/>
            <w:r w:rsidRPr="006C0A61">
              <w:rPr>
                <w:color w:val="000000"/>
                <w:kern w:val="1"/>
                <w:szCs w:val="24"/>
                <w:lang w:val="ru-RU"/>
              </w:rPr>
              <w:t>современные информационные источники и ресурсы</w:t>
            </w:r>
            <w:proofErr w:type="gramEnd"/>
            <w:r w:rsidRPr="006C0A61">
              <w:rPr>
                <w:color w:val="000000"/>
                <w:kern w:val="1"/>
                <w:szCs w:val="24"/>
                <w:lang w:val="ru-RU"/>
              </w:rPr>
              <w:t xml:space="preserve"> применяемые в научно-исследовательской деятельности</w:t>
            </w:r>
            <w:r w:rsidRPr="006C0A61">
              <w:rPr>
                <w:lang w:val="ru-RU"/>
              </w:rPr>
              <w:t>.</w:t>
            </w:r>
          </w:p>
          <w:p w:rsidR="006C0A61" w:rsidRPr="006C0A61" w:rsidRDefault="006C0A61" w:rsidP="0024139A">
            <w:pPr>
              <w:jc w:val="both"/>
              <w:rPr>
                <w:b/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умеет:</w:t>
            </w:r>
            <w:r w:rsidRPr="006C0A61">
              <w:rPr>
                <w:sz w:val="22"/>
                <w:lang w:val="ru-RU"/>
              </w:rPr>
              <w:t xml:space="preserve"> </w:t>
            </w:r>
            <w:r w:rsidRPr="006C0A61">
              <w:rPr>
                <w:lang w:val="ru-RU"/>
              </w:rPr>
              <w:t>применять современные информационные источники и ресурсы в научно-исследовательской деятельности.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 xml:space="preserve">не владеет: </w:t>
            </w:r>
            <w:r w:rsidRPr="006C0A61">
              <w:rPr>
                <w:lang w:val="ru-RU"/>
              </w:rPr>
              <w:t>навыками использования современных информационных источников и ресурсов, средств информационно-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ru-RU"/>
              </w:rPr>
            </w:pPr>
            <w:r w:rsidRPr="006C0A61">
              <w:rPr>
                <w:lang w:val="ru-RU"/>
              </w:rPr>
              <w:t>коммуникационных технологий, применяемых в научно-исследовательской деятельности.</w:t>
            </w:r>
          </w:p>
        </w:tc>
      </w:tr>
      <w:tr w:rsidR="006C0A61" w:rsidRPr="0008332C" w:rsidTr="0024139A">
        <w:tc>
          <w:tcPr>
            <w:tcW w:w="1947" w:type="dxa"/>
          </w:tcPr>
          <w:p w:rsidR="006C0A61" w:rsidRPr="00833A81" w:rsidRDefault="006C0A61" w:rsidP="0024139A">
            <w:pPr>
              <w:jc w:val="center"/>
              <w:rPr>
                <w:b/>
              </w:rPr>
            </w:pPr>
            <w:proofErr w:type="spellStart"/>
            <w:r w:rsidRPr="00833A81">
              <w:rPr>
                <w:b/>
                <w:sz w:val="22"/>
              </w:rPr>
              <w:t>удовлетворительно</w:t>
            </w:r>
            <w:proofErr w:type="spellEnd"/>
          </w:p>
        </w:tc>
        <w:tc>
          <w:tcPr>
            <w:tcW w:w="7229" w:type="dxa"/>
          </w:tcPr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sz w:val="22"/>
                <w:lang w:val="ru-RU"/>
              </w:rPr>
              <w:t>Обучающийся</w:t>
            </w:r>
            <w:r w:rsidRPr="006C0A61">
              <w:rPr>
                <w:lang w:val="ru-RU"/>
              </w:rPr>
              <w:t xml:space="preserve"> </w:t>
            </w:r>
            <w:r w:rsidRPr="006C0A61">
              <w:rPr>
                <w:sz w:val="22"/>
                <w:lang w:val="ru-RU"/>
              </w:rPr>
              <w:t>весьма приблизительно:</w:t>
            </w:r>
          </w:p>
          <w:p w:rsidR="006C0A61" w:rsidRPr="006C0A61" w:rsidRDefault="006C0A61" w:rsidP="0024139A">
            <w:pPr>
              <w:jc w:val="both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знает:</w:t>
            </w:r>
            <w:r w:rsidRPr="006C0A61">
              <w:rPr>
                <w:sz w:val="22"/>
                <w:lang w:val="ru-RU"/>
              </w:rPr>
              <w:t xml:space="preserve"> </w:t>
            </w:r>
            <w:proofErr w:type="gramStart"/>
            <w:r w:rsidRPr="006C0A61">
              <w:rPr>
                <w:color w:val="000000"/>
                <w:kern w:val="1"/>
                <w:szCs w:val="24"/>
                <w:lang w:val="ru-RU"/>
              </w:rPr>
              <w:t>современные информационные источники и ресурсы</w:t>
            </w:r>
            <w:proofErr w:type="gramEnd"/>
            <w:r w:rsidRPr="006C0A61">
              <w:rPr>
                <w:color w:val="000000"/>
                <w:kern w:val="1"/>
                <w:szCs w:val="24"/>
                <w:lang w:val="ru-RU"/>
              </w:rPr>
              <w:t xml:space="preserve"> применяемые в научно-исследовательской деятельности</w:t>
            </w:r>
            <w:r w:rsidRPr="006C0A61">
              <w:rPr>
                <w:lang w:val="ru-RU"/>
              </w:rPr>
              <w:t>.</w:t>
            </w:r>
          </w:p>
          <w:p w:rsidR="006C0A61" w:rsidRPr="006C0A61" w:rsidRDefault="006C0A61" w:rsidP="0024139A">
            <w:pPr>
              <w:jc w:val="both"/>
              <w:rPr>
                <w:b/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не умеет:</w:t>
            </w:r>
            <w:r w:rsidRPr="006C0A61">
              <w:rPr>
                <w:sz w:val="22"/>
                <w:lang w:val="ru-RU"/>
              </w:rPr>
              <w:t xml:space="preserve"> </w:t>
            </w:r>
            <w:r w:rsidRPr="006C0A61">
              <w:rPr>
                <w:lang w:val="ru-RU"/>
              </w:rPr>
              <w:t>применять современные информационные источники и ресурсы в научно-исследовательской деятельности.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 xml:space="preserve">не владеет: </w:t>
            </w:r>
            <w:r w:rsidRPr="006C0A61">
              <w:rPr>
                <w:lang w:val="ru-RU"/>
              </w:rPr>
              <w:t>навыками использования современных информационных источников и ресурсов, средств информационно-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ru-RU"/>
              </w:rPr>
            </w:pPr>
            <w:r w:rsidRPr="006C0A61">
              <w:rPr>
                <w:lang w:val="ru-RU"/>
              </w:rPr>
              <w:t>коммуникационных технологий, применяемых в научно-исследовательской деятельности.</w:t>
            </w:r>
          </w:p>
        </w:tc>
      </w:tr>
      <w:tr w:rsidR="006C0A61" w:rsidRPr="0008332C" w:rsidTr="0024139A">
        <w:tc>
          <w:tcPr>
            <w:tcW w:w="1947" w:type="dxa"/>
          </w:tcPr>
          <w:p w:rsidR="006C0A61" w:rsidRPr="00833A81" w:rsidRDefault="006C0A61" w:rsidP="0024139A">
            <w:pPr>
              <w:jc w:val="center"/>
              <w:rPr>
                <w:b/>
              </w:rPr>
            </w:pPr>
            <w:proofErr w:type="spellStart"/>
            <w:r w:rsidRPr="00833A81">
              <w:rPr>
                <w:b/>
                <w:sz w:val="22"/>
              </w:rPr>
              <w:t>неудовлетворительно</w:t>
            </w:r>
            <w:proofErr w:type="spellEnd"/>
          </w:p>
        </w:tc>
        <w:tc>
          <w:tcPr>
            <w:tcW w:w="7229" w:type="dxa"/>
          </w:tcPr>
          <w:p w:rsidR="006C0A61" w:rsidRPr="006C0A61" w:rsidRDefault="006C0A61" w:rsidP="002413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sz w:val="22"/>
                <w:lang w:val="ru-RU"/>
              </w:rPr>
              <w:t>Обучающийся:</w:t>
            </w:r>
          </w:p>
          <w:p w:rsidR="006C0A61" w:rsidRPr="006C0A61" w:rsidRDefault="006C0A61" w:rsidP="0024139A">
            <w:pPr>
              <w:jc w:val="both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не знает:</w:t>
            </w:r>
            <w:r w:rsidRPr="006C0A61">
              <w:rPr>
                <w:sz w:val="22"/>
                <w:lang w:val="ru-RU"/>
              </w:rPr>
              <w:t xml:space="preserve"> </w:t>
            </w:r>
            <w:proofErr w:type="gramStart"/>
            <w:r w:rsidRPr="006C0A61">
              <w:rPr>
                <w:color w:val="000000"/>
                <w:kern w:val="1"/>
                <w:szCs w:val="24"/>
                <w:lang w:val="ru-RU"/>
              </w:rPr>
              <w:t>современные информационные источники и ресурсы</w:t>
            </w:r>
            <w:proofErr w:type="gramEnd"/>
            <w:r w:rsidRPr="006C0A61">
              <w:rPr>
                <w:color w:val="000000"/>
                <w:kern w:val="1"/>
                <w:szCs w:val="24"/>
                <w:lang w:val="ru-RU"/>
              </w:rPr>
              <w:t xml:space="preserve"> применяемые в научно-исследовательской деятельности</w:t>
            </w:r>
            <w:r w:rsidRPr="006C0A61">
              <w:rPr>
                <w:lang w:val="ru-RU"/>
              </w:rPr>
              <w:t>.</w:t>
            </w:r>
          </w:p>
          <w:p w:rsidR="006C0A61" w:rsidRPr="006C0A61" w:rsidRDefault="006C0A61" w:rsidP="0024139A">
            <w:pPr>
              <w:jc w:val="both"/>
              <w:rPr>
                <w:b/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>не умеет:</w:t>
            </w:r>
            <w:r w:rsidRPr="006C0A61">
              <w:rPr>
                <w:sz w:val="22"/>
                <w:lang w:val="ru-RU"/>
              </w:rPr>
              <w:t xml:space="preserve"> </w:t>
            </w:r>
            <w:r w:rsidRPr="006C0A61">
              <w:rPr>
                <w:lang w:val="ru-RU"/>
              </w:rPr>
              <w:t>применять современные информационные источники и ресурсы в научно-исследовательской деятельности.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6C0A61">
              <w:rPr>
                <w:b/>
                <w:sz w:val="22"/>
                <w:lang w:val="ru-RU"/>
              </w:rPr>
              <w:t xml:space="preserve">не владеет: </w:t>
            </w:r>
            <w:r w:rsidRPr="006C0A61">
              <w:rPr>
                <w:lang w:val="ru-RU"/>
              </w:rPr>
              <w:t>навыками использования современных информационных источников и ресурсов, средств информационно-</w:t>
            </w:r>
          </w:p>
          <w:p w:rsidR="006C0A61" w:rsidRPr="006C0A61" w:rsidRDefault="006C0A61" w:rsidP="0024139A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ru-RU"/>
              </w:rPr>
            </w:pPr>
            <w:r w:rsidRPr="006C0A61">
              <w:rPr>
                <w:lang w:val="ru-RU"/>
              </w:rPr>
              <w:t>коммуникационных технологий, применяемых в научно-исследовательской деятельности.</w:t>
            </w:r>
          </w:p>
        </w:tc>
      </w:tr>
    </w:tbl>
    <w:p w:rsidR="007F7A14" w:rsidRPr="007F7A14" w:rsidRDefault="007F7A14" w:rsidP="007F7A14">
      <w:pPr>
        <w:ind w:firstLine="709"/>
        <w:jc w:val="center"/>
        <w:rPr>
          <w:lang w:val="ru-RU"/>
        </w:rPr>
      </w:pPr>
    </w:p>
    <w:p w:rsidR="007F7A14" w:rsidRPr="007F7A14" w:rsidRDefault="007F7A14" w:rsidP="007F7A14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844862" w:rsidRDefault="007F7A14" w:rsidP="00844862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  <w:r w:rsidRPr="007F7A14">
        <w:rPr>
          <w:b/>
          <w:bCs/>
          <w:szCs w:val="24"/>
          <w:lang w:val="ru-RU"/>
        </w:rPr>
        <w:t>С</w:t>
      </w:r>
      <w:r w:rsidR="00844862">
        <w:rPr>
          <w:b/>
          <w:bCs/>
          <w:szCs w:val="24"/>
          <w:lang w:val="ru-RU"/>
        </w:rPr>
        <w:t>оставитель</w:t>
      </w:r>
    </w:p>
    <w:p w:rsidR="007F7A14" w:rsidRPr="00844862" w:rsidRDefault="00844862" w:rsidP="00844862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  <w:r w:rsidRPr="00F644B9">
        <w:rPr>
          <w:lang w:val="ru-RU"/>
        </w:rPr>
        <w:t>С.М. Игнатьева, доцент к</w:t>
      </w:r>
      <w:r w:rsidRPr="00F644B9">
        <w:rPr>
          <w:szCs w:val="24"/>
          <w:lang w:val="ru-RU"/>
        </w:rPr>
        <w:t xml:space="preserve">афедры энергетики, </w:t>
      </w:r>
      <w:proofErr w:type="spellStart"/>
      <w:r w:rsidRPr="00F644B9">
        <w:rPr>
          <w:szCs w:val="24"/>
          <w:lang w:val="ru-RU"/>
        </w:rPr>
        <w:t>к.э.н</w:t>
      </w:r>
      <w:proofErr w:type="spellEnd"/>
      <w:r w:rsidRPr="00F644B9">
        <w:rPr>
          <w:szCs w:val="24"/>
          <w:lang w:val="ru-RU"/>
        </w:rPr>
        <w:t xml:space="preserve">, доцент     </w:t>
      </w:r>
      <w:r w:rsidRPr="00F644B9">
        <w:rPr>
          <w:lang w:val="ru-RU"/>
        </w:rPr>
        <w:tab/>
        <w:t>________________</w:t>
      </w:r>
    </w:p>
    <w:p w:rsidR="007F7A14" w:rsidRPr="00844862" w:rsidRDefault="007F7A14" w:rsidP="007F7A1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lang w:val="ru-RU"/>
        </w:rPr>
      </w:pPr>
    </w:p>
    <w:p w:rsidR="007F7A14" w:rsidRPr="00844862" w:rsidRDefault="007F7A14" w:rsidP="007F7A1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lang w:val="ru-RU"/>
        </w:rPr>
      </w:pPr>
    </w:p>
    <w:p w:rsidR="007F7A14" w:rsidRPr="00844862" w:rsidRDefault="007F7A14" w:rsidP="007F7A1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lang w:val="ru-RU"/>
        </w:rPr>
      </w:pP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на  </w:t>
      </w:r>
      <w:r w:rsidRPr="0067673A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20___-20__</w:t>
      </w:r>
      <w:proofErr w:type="gramStart"/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_ </w:t>
      </w:r>
      <w:r w:rsidRPr="0067673A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учебный</w:t>
      </w:r>
      <w:proofErr w:type="gramEnd"/>
      <w:r w:rsidRPr="0067673A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 год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  <w:r w:rsidRPr="0067673A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67673A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________________________________________________________________________________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67673A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67673A" w:rsidRPr="0008332C" w:rsidTr="0024139A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73A" w:rsidRPr="0067673A" w:rsidRDefault="0067673A" w:rsidP="0024139A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67673A" w:rsidRPr="0008332C" w:rsidTr="0024139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673A" w:rsidRPr="0067673A" w:rsidRDefault="0067673A" w:rsidP="0024139A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67673A" w:rsidRPr="0008332C" w:rsidTr="0024139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673A" w:rsidRPr="0067673A" w:rsidRDefault="0067673A" w:rsidP="0024139A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Cs w:val="24"/>
          <w:lang w:val="ru-RU" w:eastAsia="ru-RU"/>
        </w:rPr>
      </w:pPr>
      <w:proofErr w:type="gramStart"/>
      <w:r w:rsidRPr="0067673A">
        <w:rPr>
          <w:rFonts w:ascii="Time Roman" w:eastAsia="Times New Roman" w:hAnsi="Time Roman" w:cs="Arial"/>
          <w:bCs/>
          <w:szCs w:val="24"/>
          <w:lang w:val="ru-RU" w:eastAsia="ru-RU"/>
        </w:rPr>
        <w:t>Протокол  заседания</w:t>
      </w:r>
      <w:proofErr w:type="gramEnd"/>
      <w:r w:rsidRPr="0067673A">
        <w:rPr>
          <w:rFonts w:ascii="Time Roman" w:eastAsia="Times New Roman" w:hAnsi="Time Roman" w:cs="Arial"/>
          <w:bCs/>
          <w:szCs w:val="24"/>
          <w:lang w:val="ru-RU" w:eastAsia="ru-RU"/>
        </w:rPr>
        <w:t xml:space="preserve"> кафедры </w:t>
      </w:r>
      <w:r w:rsidRPr="0067673A">
        <w:rPr>
          <w:rFonts w:eastAsia="Times New Roman" w:cs="Times New Roman"/>
          <w:bCs/>
          <w:szCs w:val="24"/>
          <w:lang w:val="ru-RU" w:eastAsia="ru-RU"/>
        </w:rPr>
        <w:t>№</w:t>
      </w:r>
      <w:r w:rsidRPr="0067673A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                    (разработчик)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vertAlign w:val="superscript"/>
          <w:lang w:val="ru-RU" w:eastAsia="ru-RU"/>
        </w:rPr>
      </w:pP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</w:t>
      </w:r>
      <w:proofErr w:type="gramStart"/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>кафедрой  _</w:t>
      </w:r>
      <w:proofErr w:type="gramEnd"/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 xml:space="preserve">____________________  </w:t>
      </w:r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ab/>
      </w:r>
      <w:r w:rsidRPr="0067673A">
        <w:rPr>
          <w:rFonts w:ascii="Time Roman" w:eastAsia="Times New Roman" w:hAnsi="Time Roman" w:cs="Times New Roman"/>
          <w:szCs w:val="24"/>
          <w:lang w:val="ru-RU" w:eastAsia="ru-RU"/>
        </w:rPr>
        <w:tab/>
        <w:t>______________________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67673A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:rsidR="0067673A" w:rsidRPr="0067673A" w:rsidRDefault="0067673A" w:rsidP="0067673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7F7A14" w:rsidRPr="007F7A14" w:rsidRDefault="007F7A14" w:rsidP="007F7A14">
      <w:pPr>
        <w:jc w:val="center"/>
        <w:rPr>
          <w:b/>
          <w:sz w:val="28"/>
          <w:szCs w:val="28"/>
          <w:lang w:val="ru-RU"/>
        </w:rPr>
      </w:pPr>
    </w:p>
    <w:p w:rsidR="007F7A14" w:rsidRPr="007F7A14" w:rsidRDefault="007F7A14" w:rsidP="007F7A14">
      <w:pPr>
        <w:jc w:val="center"/>
        <w:rPr>
          <w:b/>
          <w:sz w:val="28"/>
          <w:szCs w:val="28"/>
          <w:lang w:val="ru-RU"/>
        </w:rPr>
      </w:pPr>
    </w:p>
    <w:p w:rsidR="007F7A14" w:rsidRPr="007F7A14" w:rsidRDefault="007F7A14" w:rsidP="007F7A14">
      <w:pPr>
        <w:jc w:val="center"/>
        <w:rPr>
          <w:b/>
          <w:sz w:val="28"/>
          <w:szCs w:val="28"/>
          <w:lang w:val="ru-RU"/>
        </w:rPr>
      </w:pPr>
    </w:p>
    <w:p w:rsidR="007F7A14" w:rsidRPr="007F7A14" w:rsidRDefault="007F7A14" w:rsidP="007F7A14">
      <w:pPr>
        <w:jc w:val="center"/>
        <w:rPr>
          <w:b/>
          <w:sz w:val="28"/>
          <w:szCs w:val="28"/>
          <w:lang w:val="ru-RU"/>
        </w:rPr>
      </w:pPr>
    </w:p>
    <w:p w:rsidR="00C8165B" w:rsidRDefault="00C8165B" w:rsidP="00C8165B">
      <w:pPr>
        <w:pStyle w:val="aff1"/>
        <w:ind w:firstLine="360"/>
        <w:rPr>
          <w:b/>
        </w:rPr>
      </w:pPr>
      <w:r w:rsidRPr="00B82EED">
        <w:rPr>
          <w:i/>
          <w:sz w:val="20"/>
          <w:vertAlign w:val="superscript"/>
        </w:rPr>
        <w:tab/>
      </w:r>
    </w:p>
    <w:sectPr w:rsidR="00C8165B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8011AB"/>
    <w:multiLevelType w:val="hybridMultilevel"/>
    <w:tmpl w:val="10BA036E"/>
    <w:lvl w:ilvl="0" w:tplc="8E3AC7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1FDD0F1A"/>
    <w:multiLevelType w:val="hybridMultilevel"/>
    <w:tmpl w:val="504255F4"/>
    <w:lvl w:ilvl="0" w:tplc="A0D0E73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654E4"/>
    <w:multiLevelType w:val="hybridMultilevel"/>
    <w:tmpl w:val="4FC6E884"/>
    <w:lvl w:ilvl="0" w:tplc="BA5CD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A8388A">
      <w:numFmt w:val="none"/>
      <w:lvlText w:val=""/>
      <w:lvlJc w:val="left"/>
      <w:pPr>
        <w:tabs>
          <w:tab w:val="num" w:pos="360"/>
        </w:tabs>
      </w:pPr>
    </w:lvl>
    <w:lvl w:ilvl="2" w:tplc="958CC628">
      <w:numFmt w:val="none"/>
      <w:lvlText w:val=""/>
      <w:lvlJc w:val="left"/>
      <w:pPr>
        <w:tabs>
          <w:tab w:val="num" w:pos="360"/>
        </w:tabs>
      </w:pPr>
    </w:lvl>
    <w:lvl w:ilvl="3" w:tplc="72D6F188">
      <w:numFmt w:val="none"/>
      <w:lvlText w:val=""/>
      <w:lvlJc w:val="left"/>
      <w:pPr>
        <w:tabs>
          <w:tab w:val="num" w:pos="360"/>
        </w:tabs>
      </w:pPr>
    </w:lvl>
    <w:lvl w:ilvl="4" w:tplc="9698D9E0">
      <w:numFmt w:val="none"/>
      <w:lvlText w:val=""/>
      <w:lvlJc w:val="left"/>
      <w:pPr>
        <w:tabs>
          <w:tab w:val="num" w:pos="360"/>
        </w:tabs>
      </w:pPr>
    </w:lvl>
    <w:lvl w:ilvl="5" w:tplc="E1A639DA">
      <w:numFmt w:val="none"/>
      <w:lvlText w:val=""/>
      <w:lvlJc w:val="left"/>
      <w:pPr>
        <w:tabs>
          <w:tab w:val="num" w:pos="360"/>
        </w:tabs>
      </w:pPr>
    </w:lvl>
    <w:lvl w:ilvl="6" w:tplc="E0CEE4F8">
      <w:numFmt w:val="none"/>
      <w:lvlText w:val=""/>
      <w:lvlJc w:val="left"/>
      <w:pPr>
        <w:tabs>
          <w:tab w:val="num" w:pos="360"/>
        </w:tabs>
      </w:pPr>
    </w:lvl>
    <w:lvl w:ilvl="7" w:tplc="9606FB50">
      <w:numFmt w:val="none"/>
      <w:lvlText w:val=""/>
      <w:lvlJc w:val="left"/>
      <w:pPr>
        <w:tabs>
          <w:tab w:val="num" w:pos="360"/>
        </w:tabs>
      </w:pPr>
    </w:lvl>
    <w:lvl w:ilvl="8" w:tplc="B02E573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FE55163"/>
    <w:multiLevelType w:val="hybridMultilevel"/>
    <w:tmpl w:val="D02E203C"/>
    <w:lvl w:ilvl="0" w:tplc="14DC9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8332C"/>
    <w:rsid w:val="000919DF"/>
    <w:rsid w:val="0015074B"/>
    <w:rsid w:val="0020396A"/>
    <w:rsid w:val="0029639D"/>
    <w:rsid w:val="00326F90"/>
    <w:rsid w:val="00330D20"/>
    <w:rsid w:val="00464340"/>
    <w:rsid w:val="00653CC7"/>
    <w:rsid w:val="0067673A"/>
    <w:rsid w:val="00687BA7"/>
    <w:rsid w:val="006C0A61"/>
    <w:rsid w:val="00746DD4"/>
    <w:rsid w:val="00761548"/>
    <w:rsid w:val="007F7A14"/>
    <w:rsid w:val="008028B8"/>
    <w:rsid w:val="00840E99"/>
    <w:rsid w:val="00844862"/>
    <w:rsid w:val="008A4772"/>
    <w:rsid w:val="008F6DB6"/>
    <w:rsid w:val="00905D91"/>
    <w:rsid w:val="009B6640"/>
    <w:rsid w:val="00A627DF"/>
    <w:rsid w:val="00AA1D8D"/>
    <w:rsid w:val="00AD1439"/>
    <w:rsid w:val="00AF4957"/>
    <w:rsid w:val="00B47730"/>
    <w:rsid w:val="00C8165B"/>
    <w:rsid w:val="00CB0664"/>
    <w:rsid w:val="00CC6C91"/>
    <w:rsid w:val="00D52355"/>
    <w:rsid w:val="00E00742"/>
    <w:rsid w:val="00EB68A6"/>
    <w:rsid w:val="00F42C41"/>
    <w:rsid w:val="00F96D07"/>
    <w:rsid w:val="00FB2476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75D36"/>
  <w15:docId w15:val="{3984A3EE-7323-416E-AFB9-06B9A35A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1">
    <w:name w:val="Основной б.о."/>
    <w:basedOn w:val="a1"/>
    <w:next w:val="a1"/>
    <w:rsid w:val="00C8165B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29">
    <w:name w:val="Основной текст (2)_ Знак Знак Знак"/>
    <w:link w:val="2a"/>
    <w:rsid w:val="00C8165B"/>
    <w:rPr>
      <w:rFonts w:ascii="Calibri" w:hAnsi="Calibri"/>
      <w:b/>
      <w:spacing w:val="10"/>
      <w:shd w:val="clear" w:color="auto" w:fill="FFFFFF"/>
      <w:lang w:val="ru-RU" w:eastAsia="ru-RU"/>
    </w:rPr>
  </w:style>
  <w:style w:type="paragraph" w:customStyle="1" w:styleId="2a">
    <w:name w:val="Основной текст (2)_ Знак Знак"/>
    <w:basedOn w:val="a1"/>
    <w:link w:val="29"/>
    <w:rsid w:val="00C8165B"/>
    <w:pPr>
      <w:widowControl w:val="0"/>
      <w:shd w:val="clear" w:color="auto" w:fill="FFFFFF"/>
      <w:spacing w:before="120" w:line="268" w:lineRule="exact"/>
      <w:jc w:val="both"/>
    </w:pPr>
    <w:rPr>
      <w:rFonts w:ascii="Calibri" w:hAnsi="Calibri"/>
      <w:b/>
      <w:spacing w:val="10"/>
      <w:sz w:val="22"/>
      <w:shd w:val="clear" w:color="auto" w:fill="FFFFFF"/>
      <w:lang w:val="ru-RU" w:eastAsia="ru-RU"/>
    </w:rPr>
  </w:style>
  <w:style w:type="character" w:customStyle="1" w:styleId="41">
    <w:name w:val="Основной текст (4)1 Знак"/>
    <w:link w:val="410"/>
    <w:rsid w:val="00C8165B"/>
    <w:rPr>
      <w:b/>
      <w:bCs/>
      <w:i/>
      <w:iCs/>
      <w:shd w:val="clear" w:color="auto" w:fill="FFFFFF"/>
      <w:lang w:val="ru-RU" w:eastAsia="ru-RU"/>
    </w:rPr>
  </w:style>
  <w:style w:type="paragraph" w:customStyle="1" w:styleId="410">
    <w:name w:val="Основной текст (4)1"/>
    <w:basedOn w:val="a1"/>
    <w:link w:val="41"/>
    <w:rsid w:val="00C8165B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lang w:val="ru-RU" w:eastAsia="ru-RU"/>
    </w:rPr>
  </w:style>
  <w:style w:type="character" w:customStyle="1" w:styleId="apple-converted-space">
    <w:name w:val="apple-converted-space"/>
    <w:rsid w:val="00C8165B"/>
  </w:style>
  <w:style w:type="paragraph" w:styleId="aff2">
    <w:name w:val="Normal (Web)"/>
    <w:basedOn w:val="a1"/>
    <w:uiPriority w:val="99"/>
    <w:rsid w:val="00AF495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  <w:lang w:val="ru-RU" w:eastAsia="ru-RU"/>
    </w:rPr>
  </w:style>
  <w:style w:type="character" w:customStyle="1" w:styleId="42">
    <w:name w:val="Основной текст (4)_"/>
    <w:rsid w:val="007F7A14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Default">
    <w:name w:val="Default"/>
    <w:rsid w:val="00687B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081963-2786-4F96-805C-DDC022E77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1431</Words>
  <Characters>8159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Светлана М. Игнатьева</cp:lastModifiedBy>
  <cp:revision>19</cp:revision>
  <cp:lastPrinted>2026-05-27T02:18:00Z</cp:lastPrinted>
  <dcterms:created xsi:type="dcterms:W3CDTF">2013-12-23T23:15:00Z</dcterms:created>
  <dcterms:modified xsi:type="dcterms:W3CDTF">2026-05-29T08:36:00Z</dcterms:modified>
  <cp:category/>
</cp:coreProperties>
</file>