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E28" w:rsidRPr="006F64ED" w:rsidRDefault="003E175B">
      <w:pPr>
        <w:spacing w:line="240" w:lineRule="auto"/>
        <w:jc w:val="center"/>
        <w:rPr>
          <w:lang w:val="ru-RU"/>
        </w:rPr>
      </w:pPr>
      <w:r w:rsidRPr="006F64ED">
        <w:rPr>
          <w:sz w:val="20"/>
          <w:lang w:val="ru-RU"/>
        </w:rPr>
        <w:t>МИНИСТЕРСТВО НАУКИ И ВЫСШЕГО ОБРАЗОВАНИЯ РОССИЙСКОЙ ФЕДЕРАЦИИ</w:t>
      </w:r>
    </w:p>
    <w:p w:rsidR="000D7E28" w:rsidRPr="006F64ED" w:rsidRDefault="003E175B">
      <w:pPr>
        <w:spacing w:line="240" w:lineRule="auto"/>
        <w:jc w:val="center"/>
        <w:rPr>
          <w:lang w:val="ru-RU"/>
        </w:rPr>
      </w:pPr>
      <w:r w:rsidRPr="006F64ED">
        <w:rPr>
          <w:lang w:val="ru-RU"/>
        </w:rPr>
        <w:br/>
        <w:t>ФЕДЕРАЛЬНОЕ ГОСУДАРСТВЕННОЕ БЮДЖЕТНОЕ</w:t>
      </w:r>
      <w:r w:rsidRPr="006F64ED">
        <w:rPr>
          <w:lang w:val="ru-RU"/>
        </w:rPr>
        <w:br/>
        <w:t>ОБРАЗОВАТЕЛЬНОЕ УЧРЕЖДЕНИЕ ВЫСШЕГО ОБРАЗОВАНИЯ</w:t>
      </w:r>
    </w:p>
    <w:p w:rsidR="000D7E28" w:rsidRPr="006F64ED" w:rsidRDefault="003E175B">
      <w:pPr>
        <w:spacing w:line="240" w:lineRule="auto"/>
        <w:jc w:val="center"/>
        <w:rPr>
          <w:lang w:val="ru-RU"/>
        </w:rPr>
      </w:pPr>
      <w:r w:rsidRPr="006F64ED">
        <w:rPr>
          <w:b/>
          <w:lang w:val="ru-RU"/>
        </w:rPr>
        <w:br/>
        <w:t>«БРАТСКИЙ ГОСУДАРСТВЕННЫЙ УНИВЕРСИТЕТ»</w:t>
      </w:r>
    </w:p>
    <w:p w:rsidR="000D7E28" w:rsidRPr="006F64ED" w:rsidRDefault="003E175B">
      <w:pPr>
        <w:spacing w:line="240" w:lineRule="auto"/>
        <w:jc w:val="center"/>
        <w:rPr>
          <w:lang w:val="ru-RU"/>
        </w:rPr>
      </w:pPr>
      <w:r w:rsidRPr="006F64ED">
        <w:rPr>
          <w:b/>
          <w:sz w:val="28"/>
          <w:lang w:val="ru-RU"/>
        </w:rPr>
        <w:br/>
      </w:r>
      <w:r w:rsidRPr="006F64ED">
        <w:rPr>
          <w:b/>
          <w:sz w:val="28"/>
          <w:lang w:val="ru-RU"/>
        </w:rPr>
        <w:br/>
      </w:r>
      <w:r w:rsidRPr="006F64ED">
        <w:rPr>
          <w:b/>
          <w:sz w:val="28"/>
          <w:lang w:val="ru-RU"/>
        </w:rPr>
        <w:br/>
      </w:r>
      <w:r w:rsidRPr="006F64ED">
        <w:rPr>
          <w:b/>
          <w:sz w:val="28"/>
          <w:lang w:val="ru-RU"/>
        </w:rPr>
        <w:br/>
      </w:r>
      <w:r w:rsidRPr="006F64ED">
        <w:rPr>
          <w:b/>
          <w:sz w:val="28"/>
          <w:lang w:val="ru-RU"/>
        </w:rPr>
        <w:br/>
      </w:r>
      <w:r w:rsidRPr="006F64ED">
        <w:rPr>
          <w:b/>
          <w:sz w:val="28"/>
          <w:lang w:val="ru-RU"/>
        </w:rPr>
        <w:br/>
      </w:r>
      <w:r w:rsidRPr="006F64ED">
        <w:rPr>
          <w:b/>
          <w:sz w:val="28"/>
          <w:lang w:val="ru-RU"/>
        </w:rPr>
        <w:br/>
      </w:r>
      <w:r w:rsidRPr="006F64ED">
        <w:rPr>
          <w:b/>
          <w:sz w:val="28"/>
          <w:lang w:val="ru-RU"/>
        </w:rPr>
        <w:br/>
      </w:r>
      <w:r w:rsidRPr="006F64ED">
        <w:rPr>
          <w:b/>
          <w:sz w:val="28"/>
          <w:lang w:val="ru-RU"/>
        </w:rPr>
        <w:br/>
      </w:r>
      <w:r w:rsidRPr="006F64ED">
        <w:rPr>
          <w:b/>
          <w:sz w:val="28"/>
          <w:lang w:val="ru-RU"/>
        </w:rPr>
        <w:br/>
      </w:r>
      <w:r w:rsidRPr="006F64ED">
        <w:rPr>
          <w:b/>
          <w:sz w:val="28"/>
          <w:lang w:val="ru-RU"/>
        </w:rPr>
        <w:br/>
      </w:r>
      <w:r w:rsidRPr="006F64ED">
        <w:rPr>
          <w:b/>
          <w:sz w:val="28"/>
          <w:lang w:val="ru-RU"/>
        </w:rPr>
        <w:br/>
      </w:r>
      <w:r w:rsidRPr="006F64ED">
        <w:rPr>
          <w:b/>
          <w:sz w:val="28"/>
          <w:lang w:val="ru-RU"/>
        </w:rPr>
        <w:br/>
      </w:r>
      <w:r w:rsidRPr="006F64ED">
        <w:rPr>
          <w:b/>
          <w:sz w:val="28"/>
          <w:lang w:val="ru-RU"/>
        </w:rPr>
        <w:br/>
      </w:r>
      <w:r w:rsidRPr="006F64ED">
        <w:rPr>
          <w:b/>
          <w:sz w:val="28"/>
          <w:lang w:val="ru-RU"/>
        </w:rPr>
        <w:br/>
      </w:r>
      <w:r w:rsidRPr="006F64ED">
        <w:rPr>
          <w:b/>
          <w:sz w:val="28"/>
          <w:lang w:val="ru-RU"/>
        </w:rPr>
        <w:br/>
        <w:t xml:space="preserve">ФОНД </w:t>
      </w:r>
      <w:r w:rsidRPr="006F64ED">
        <w:rPr>
          <w:b/>
          <w:sz w:val="28"/>
          <w:lang w:val="ru-RU"/>
        </w:rPr>
        <w:br/>
        <w:t>ОЦЕНОЧНЫХ СРЕДСТВ</w:t>
      </w:r>
    </w:p>
    <w:p w:rsidR="000D7E28" w:rsidRPr="006F64ED" w:rsidRDefault="000D7E28">
      <w:pPr>
        <w:rPr>
          <w:lang w:val="ru-RU"/>
        </w:rPr>
      </w:pPr>
    </w:p>
    <w:p w:rsidR="000D7E28" w:rsidRPr="006F64ED" w:rsidRDefault="003E175B">
      <w:pPr>
        <w:jc w:val="center"/>
        <w:rPr>
          <w:lang w:val="ru-RU"/>
        </w:rPr>
      </w:pPr>
      <w:r w:rsidRPr="006F64ED">
        <w:rPr>
          <w:lang w:val="ru-RU"/>
        </w:rPr>
        <w:t xml:space="preserve">по дисциплине </w:t>
      </w:r>
      <w:r w:rsidRPr="006F64ED">
        <w:rPr>
          <w:lang w:val="ru-RU"/>
        </w:rPr>
        <w:br/>
        <w:t>Инженерная графика</w:t>
      </w:r>
      <w:r w:rsidRPr="006F64ED">
        <w:rPr>
          <w:lang w:val="ru-RU"/>
        </w:rPr>
        <w:br/>
      </w:r>
    </w:p>
    <w:p w:rsidR="000D7E28" w:rsidRPr="006F64ED" w:rsidRDefault="003E175B">
      <w:pPr>
        <w:rPr>
          <w:lang w:val="ru-RU"/>
        </w:rPr>
      </w:pPr>
      <w:r w:rsidRPr="006F64ED">
        <w:rPr>
          <w:lang w:val="ru-RU"/>
        </w:rPr>
        <w:t>Направление подготовки 15.03.02 Технологические машины и оборудование</w:t>
      </w:r>
      <w:r w:rsidRPr="006F64ED">
        <w:rPr>
          <w:lang w:val="ru-RU"/>
        </w:rPr>
        <w:br/>
      </w:r>
    </w:p>
    <w:p w:rsidR="000D7E28" w:rsidRPr="006F64ED" w:rsidRDefault="003E175B">
      <w:pPr>
        <w:rPr>
          <w:lang w:val="ru-RU"/>
        </w:rPr>
      </w:pPr>
      <w:r w:rsidRPr="006F64ED">
        <w:rPr>
          <w:lang w:val="ru-RU"/>
        </w:rPr>
        <w:t>Профиль подготовки Машины и оборудование лесного комплекса</w:t>
      </w:r>
      <w:r w:rsidRPr="006F64ED">
        <w:rPr>
          <w:lang w:val="ru-RU"/>
        </w:rPr>
        <w:br/>
      </w:r>
    </w:p>
    <w:p w:rsidR="000D7E28" w:rsidRPr="006F64ED" w:rsidRDefault="003E175B">
      <w:pPr>
        <w:rPr>
          <w:lang w:val="ru-RU"/>
        </w:rPr>
      </w:pPr>
      <w:r w:rsidRPr="006F64ED">
        <w:rPr>
          <w:lang w:val="ru-RU"/>
        </w:rPr>
        <w:t>Квалификация бакалавр</w:t>
      </w:r>
      <w:r w:rsidRPr="006F64ED">
        <w:rPr>
          <w:lang w:val="ru-RU"/>
        </w:rPr>
        <w:br/>
      </w:r>
    </w:p>
    <w:p w:rsidR="000D7E28" w:rsidRPr="006F64ED" w:rsidRDefault="003E175B">
      <w:pPr>
        <w:rPr>
          <w:lang w:val="ru-RU"/>
        </w:rPr>
      </w:pPr>
      <w:r w:rsidRPr="006F64ED">
        <w:rPr>
          <w:lang w:val="ru-RU"/>
        </w:rPr>
        <w:t>Год начала подготовки 2025</w:t>
      </w:r>
      <w:r w:rsidRPr="006F64ED">
        <w:rPr>
          <w:lang w:val="ru-RU"/>
        </w:rPr>
        <w:br/>
      </w:r>
    </w:p>
    <w:p w:rsidR="000D7E28" w:rsidRPr="006F64ED" w:rsidRDefault="003E175B">
      <w:pPr>
        <w:rPr>
          <w:lang w:val="ru-RU"/>
        </w:rPr>
      </w:pPr>
      <w:r w:rsidRPr="006F64ED">
        <w:rPr>
          <w:lang w:val="ru-RU"/>
        </w:rPr>
        <w:br w:type="page"/>
      </w:r>
    </w:p>
    <w:p w:rsidR="000D7E28" w:rsidRPr="006F64ED" w:rsidRDefault="003E175B">
      <w:pPr>
        <w:rPr>
          <w:lang w:val="ru-RU"/>
        </w:rPr>
      </w:pPr>
      <w:r w:rsidRPr="006F64ED">
        <w:rPr>
          <w:lang w:val="ru-RU"/>
        </w:rPr>
        <w:lastRenderedPageBreak/>
        <w:t xml:space="preserve">Составитель: </w:t>
      </w:r>
      <w:r w:rsidRPr="006F64ED">
        <w:rPr>
          <w:lang w:val="ru-RU"/>
        </w:rPr>
        <w:br/>
        <w:t>С.А. Фрейберг, доцент, к.п.н., доцент</w:t>
      </w:r>
      <w:r w:rsidRPr="006F64ED">
        <w:rPr>
          <w:lang w:val="ru-RU"/>
        </w:rPr>
        <w:tab/>
      </w:r>
      <w:r w:rsidRPr="006F64ED">
        <w:rPr>
          <w:lang w:val="ru-RU"/>
        </w:rPr>
        <w:tab/>
      </w:r>
      <w:r w:rsidRPr="006F64ED">
        <w:rPr>
          <w:lang w:val="ru-RU"/>
        </w:rPr>
        <w:tab/>
      </w:r>
      <w:r w:rsidRPr="006F64ED">
        <w:rPr>
          <w:lang w:val="ru-RU"/>
        </w:rPr>
        <w:tab/>
        <w:t>________________</w:t>
      </w:r>
      <w:r w:rsidRPr="006F64ED">
        <w:rPr>
          <w:lang w:val="ru-RU"/>
        </w:rPr>
        <w:br/>
      </w:r>
    </w:p>
    <w:p w:rsidR="000D7E28" w:rsidRPr="006F64ED" w:rsidRDefault="003E175B">
      <w:pPr>
        <w:rPr>
          <w:lang w:val="ru-RU"/>
        </w:rPr>
      </w:pPr>
      <w:r w:rsidRPr="006F64ED">
        <w:rPr>
          <w:lang w:val="ru-RU"/>
        </w:rPr>
        <w:t xml:space="preserve">Одобрено на заседании кафедры подъёмно-транспортных, строительных, дорожных машин и </w:t>
      </w:r>
      <w:proofErr w:type="gramStart"/>
      <w:r w:rsidRPr="006F64ED">
        <w:rPr>
          <w:lang w:val="ru-RU"/>
        </w:rPr>
        <w:t>оборудования</w:t>
      </w:r>
      <w:r w:rsidRPr="006F64ED">
        <w:rPr>
          <w:lang w:val="ru-RU"/>
        </w:rPr>
        <w:br/>
        <w:t>«</w:t>
      </w:r>
      <w:proofErr w:type="gramEnd"/>
      <w:r w:rsidRPr="006F64ED">
        <w:rPr>
          <w:lang w:val="ru-RU"/>
        </w:rPr>
        <w:t>26» ноября 2025 г., протокол № 4</w:t>
      </w:r>
      <w:r w:rsidRPr="006F64ED">
        <w:rPr>
          <w:lang w:val="ru-RU"/>
        </w:rPr>
        <w:br/>
      </w:r>
      <w:r w:rsidRPr="006F64ED">
        <w:rPr>
          <w:lang w:val="ru-RU"/>
        </w:rPr>
        <w:br/>
        <w:t xml:space="preserve">Заведующий кафедрой </w:t>
      </w:r>
      <w:r w:rsidRPr="006F64ED">
        <w:rPr>
          <w:lang w:val="ru-RU"/>
        </w:rPr>
        <w:br/>
        <w:t>подъёмно-транспортных, строительных, дорожных машин и оборудования</w:t>
      </w:r>
      <w:r w:rsidRPr="006F64ED">
        <w:rPr>
          <w:lang w:val="ru-RU"/>
        </w:rPr>
        <w:tab/>
      </w:r>
      <w:r w:rsidRPr="006F64ED">
        <w:rPr>
          <w:lang w:val="ru-RU"/>
        </w:rPr>
        <w:tab/>
        <w:t>____________ С.А. Зеньков</w:t>
      </w:r>
      <w:r w:rsidRPr="006F64ED">
        <w:rPr>
          <w:lang w:val="ru-RU"/>
        </w:rPr>
        <w:br/>
      </w:r>
      <w:r w:rsidRPr="006F64ED">
        <w:rPr>
          <w:lang w:val="ru-RU"/>
        </w:rPr>
        <w:br/>
      </w:r>
    </w:p>
    <w:p w:rsidR="000D7E28" w:rsidRDefault="003E175B">
      <w:pPr>
        <w:rPr>
          <w:lang w:val="ru-RU"/>
        </w:rPr>
      </w:pPr>
      <w:r w:rsidRPr="006F64ED">
        <w:rPr>
          <w:lang w:val="ru-RU"/>
        </w:rPr>
        <w:t>Председатель методической комиссии факультета транспортных систем и лесного комплекса</w:t>
      </w:r>
      <w:r w:rsidRPr="006F64ED">
        <w:rPr>
          <w:lang w:val="ru-RU"/>
        </w:rPr>
        <w:br/>
        <w:t xml:space="preserve">_____________   М.А. </w:t>
      </w:r>
      <w:proofErr w:type="gramStart"/>
      <w:r w:rsidRPr="006F64ED">
        <w:rPr>
          <w:lang w:val="ru-RU"/>
        </w:rPr>
        <w:t>Варданян</w:t>
      </w:r>
      <w:r w:rsidRPr="006F64ED">
        <w:rPr>
          <w:lang w:val="ru-RU"/>
        </w:rPr>
        <w:br/>
      </w:r>
      <w:r w:rsidRPr="006F64ED">
        <w:rPr>
          <w:lang w:val="ru-RU"/>
        </w:rPr>
        <w:br/>
        <w:t>«</w:t>
      </w:r>
      <w:proofErr w:type="gramEnd"/>
      <w:r w:rsidR="006F64ED">
        <w:rPr>
          <w:lang w:val="ru-RU"/>
        </w:rPr>
        <w:t>28</w:t>
      </w:r>
      <w:r w:rsidRPr="006F64ED">
        <w:rPr>
          <w:lang w:val="ru-RU"/>
        </w:rPr>
        <w:t xml:space="preserve">» </w:t>
      </w:r>
      <w:r w:rsidR="006F64ED">
        <w:rPr>
          <w:lang w:val="ru-RU"/>
        </w:rPr>
        <w:t>апреля</w:t>
      </w:r>
      <w:r w:rsidRPr="006F64ED">
        <w:rPr>
          <w:lang w:val="ru-RU"/>
        </w:rPr>
        <w:t xml:space="preserve"> 20</w:t>
      </w:r>
      <w:r w:rsidR="006F64ED">
        <w:rPr>
          <w:lang w:val="ru-RU"/>
        </w:rPr>
        <w:t>26</w:t>
      </w:r>
      <w:r w:rsidRPr="006F64ED">
        <w:rPr>
          <w:lang w:val="ru-RU"/>
        </w:rPr>
        <w:t>г., протокол № _</w:t>
      </w:r>
      <w:r w:rsidR="006F64ED">
        <w:rPr>
          <w:lang w:val="ru-RU"/>
        </w:rPr>
        <w:t>9</w:t>
      </w:r>
      <w:r w:rsidRPr="006F64ED">
        <w:rPr>
          <w:lang w:val="ru-RU"/>
        </w:rPr>
        <w:t>_</w:t>
      </w:r>
      <w:r w:rsidRPr="006F64ED">
        <w:rPr>
          <w:lang w:val="ru-RU"/>
        </w:rPr>
        <w:br/>
      </w:r>
      <w:r w:rsidRPr="006F64ED">
        <w:rPr>
          <w:lang w:val="ru-RU"/>
        </w:rPr>
        <w:br/>
      </w:r>
      <w:r w:rsidRPr="006F64ED">
        <w:rPr>
          <w:lang w:val="ru-RU"/>
        </w:rPr>
        <w:br/>
        <w:t>Ответственный за реализацию ОПОП</w:t>
      </w:r>
      <w:r w:rsidRPr="006F64ED">
        <w:rPr>
          <w:lang w:val="ru-RU"/>
        </w:rPr>
        <w:tab/>
        <w:t>________________ И.А. Гарус</w:t>
      </w:r>
      <w:r w:rsidRPr="006F64ED">
        <w:rPr>
          <w:lang w:val="ru-RU"/>
        </w:rPr>
        <w:br/>
      </w:r>
    </w:p>
    <w:p w:rsidR="006136AF" w:rsidRDefault="006136AF">
      <w:pPr>
        <w:rPr>
          <w:lang w:val="ru-RU"/>
        </w:rPr>
      </w:pPr>
    </w:p>
    <w:p w:rsidR="006136AF" w:rsidRDefault="006136AF">
      <w:pPr>
        <w:rPr>
          <w:lang w:val="ru-RU"/>
        </w:rPr>
      </w:pPr>
    </w:p>
    <w:p w:rsidR="006136AF" w:rsidRDefault="006136AF">
      <w:pPr>
        <w:rPr>
          <w:lang w:val="ru-RU"/>
        </w:rPr>
      </w:pPr>
    </w:p>
    <w:p w:rsidR="006136AF" w:rsidRDefault="006136AF">
      <w:pPr>
        <w:rPr>
          <w:lang w:val="ru-RU"/>
        </w:rPr>
      </w:pPr>
    </w:p>
    <w:p w:rsidR="006136AF" w:rsidRDefault="006136AF">
      <w:pPr>
        <w:rPr>
          <w:lang w:val="ru-RU"/>
        </w:rPr>
      </w:pPr>
    </w:p>
    <w:p w:rsidR="006136AF" w:rsidRDefault="006136AF">
      <w:pPr>
        <w:rPr>
          <w:lang w:val="ru-RU"/>
        </w:rPr>
      </w:pPr>
    </w:p>
    <w:p w:rsidR="006136AF" w:rsidRDefault="006136AF">
      <w:pPr>
        <w:rPr>
          <w:lang w:val="ru-RU"/>
        </w:rPr>
      </w:pPr>
    </w:p>
    <w:p w:rsidR="006136AF" w:rsidRDefault="006136AF">
      <w:pPr>
        <w:rPr>
          <w:lang w:val="ru-RU"/>
        </w:rPr>
      </w:pPr>
    </w:p>
    <w:p w:rsidR="006136AF" w:rsidRDefault="006136AF">
      <w:pPr>
        <w:rPr>
          <w:lang w:val="ru-RU"/>
        </w:rPr>
      </w:pPr>
    </w:p>
    <w:p w:rsidR="006136AF" w:rsidRDefault="006136AF">
      <w:pPr>
        <w:rPr>
          <w:lang w:val="ru-RU"/>
        </w:rPr>
      </w:pPr>
    </w:p>
    <w:p w:rsidR="006136AF" w:rsidRDefault="006136AF">
      <w:pPr>
        <w:rPr>
          <w:lang w:val="ru-RU"/>
        </w:rPr>
      </w:pPr>
    </w:p>
    <w:p w:rsidR="006136AF" w:rsidRDefault="006136AF">
      <w:pPr>
        <w:rPr>
          <w:lang w:val="ru-RU"/>
        </w:rPr>
      </w:pPr>
    </w:p>
    <w:p w:rsidR="006136AF" w:rsidRDefault="006136AF">
      <w:pPr>
        <w:rPr>
          <w:lang w:val="ru-RU"/>
        </w:rPr>
      </w:pPr>
    </w:p>
    <w:p w:rsidR="006136AF" w:rsidRDefault="006136AF">
      <w:pPr>
        <w:rPr>
          <w:lang w:val="ru-RU"/>
        </w:rPr>
      </w:pPr>
    </w:p>
    <w:p w:rsidR="006136AF" w:rsidRPr="006136AF" w:rsidRDefault="006136AF" w:rsidP="006136AF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b/>
          <w:szCs w:val="24"/>
          <w:lang w:val="ru-RU"/>
        </w:rPr>
      </w:pPr>
      <w:r w:rsidRPr="006136AF">
        <w:rPr>
          <w:b/>
          <w:szCs w:val="24"/>
          <w:lang w:val="ru-RU"/>
        </w:rPr>
        <w:lastRenderedPageBreak/>
        <w:t>Паспорт</w:t>
      </w:r>
    </w:p>
    <w:p w:rsidR="006136AF" w:rsidRPr="006136AF" w:rsidRDefault="006136AF" w:rsidP="006136AF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b/>
          <w:szCs w:val="24"/>
          <w:lang w:val="ru-RU"/>
        </w:rPr>
      </w:pPr>
      <w:r w:rsidRPr="006136AF">
        <w:rPr>
          <w:b/>
          <w:szCs w:val="24"/>
          <w:lang w:val="ru-RU"/>
        </w:rPr>
        <w:t>фонда оценочных средств</w:t>
      </w:r>
    </w:p>
    <w:p w:rsidR="006136AF" w:rsidRPr="006136AF" w:rsidRDefault="006136AF" w:rsidP="006136AF">
      <w:pPr>
        <w:overflowPunct w:val="0"/>
        <w:autoSpaceDE w:val="0"/>
        <w:autoSpaceDN w:val="0"/>
        <w:adjustRightInd w:val="0"/>
        <w:spacing w:line="240" w:lineRule="auto"/>
        <w:ind w:left="360"/>
        <w:jc w:val="center"/>
        <w:textAlignment w:val="baseline"/>
        <w:rPr>
          <w:b/>
          <w:bCs/>
          <w:szCs w:val="24"/>
          <w:lang w:val="ru-RU"/>
        </w:rPr>
      </w:pPr>
      <w:r w:rsidRPr="006136AF">
        <w:rPr>
          <w:szCs w:val="24"/>
          <w:lang w:val="ru-RU"/>
        </w:rPr>
        <w:t xml:space="preserve">по дисциплине </w:t>
      </w:r>
      <w:r w:rsidRPr="006136AF">
        <w:rPr>
          <w:b/>
          <w:bCs/>
          <w:szCs w:val="24"/>
          <w:lang w:val="ru-RU"/>
        </w:rPr>
        <w:t>Б1.О.08.01 Инженерная графика</w:t>
      </w:r>
    </w:p>
    <w:p w:rsidR="006136AF" w:rsidRPr="006136AF" w:rsidRDefault="006136AF" w:rsidP="006136AF">
      <w:pPr>
        <w:overflowPunct w:val="0"/>
        <w:autoSpaceDE w:val="0"/>
        <w:autoSpaceDN w:val="0"/>
        <w:adjustRightInd w:val="0"/>
        <w:spacing w:before="120" w:line="240" w:lineRule="auto"/>
        <w:jc w:val="center"/>
        <w:textAlignment w:val="baseline"/>
        <w:rPr>
          <w:szCs w:val="24"/>
          <w:lang w:val="ru-RU"/>
        </w:rPr>
      </w:pPr>
    </w:p>
    <w:p w:rsidR="006136AF" w:rsidRPr="006136AF" w:rsidRDefault="006136AF" w:rsidP="006136AF">
      <w:pPr>
        <w:autoSpaceDE w:val="0"/>
        <w:autoSpaceDN w:val="0"/>
        <w:adjustRightInd w:val="0"/>
        <w:spacing w:line="240" w:lineRule="auto"/>
        <w:ind w:firstLine="426"/>
        <w:jc w:val="both"/>
        <w:rPr>
          <w:kern w:val="1"/>
          <w:szCs w:val="24"/>
          <w:lang w:val="ru-RU"/>
        </w:rPr>
      </w:pPr>
      <w:r w:rsidRPr="006136AF">
        <w:rPr>
          <w:bCs/>
          <w:szCs w:val="24"/>
          <w:lang w:val="ru-RU"/>
        </w:rPr>
        <w:t xml:space="preserve">1. ОПК-1: </w:t>
      </w:r>
      <w:r w:rsidRPr="006136AF">
        <w:rPr>
          <w:szCs w:val="24"/>
          <w:lang w:val="ru-RU"/>
        </w:rPr>
        <w:t>Способен применять естественнонаучные и общеинженерные знания, методы математического анализа и моделирования в профессиональной деятельности</w:t>
      </w:r>
      <w:r w:rsidRPr="006136AF">
        <w:rPr>
          <w:kern w:val="1"/>
          <w:szCs w:val="24"/>
          <w:lang w:val="ru-RU"/>
        </w:rPr>
        <w:t xml:space="preserve">.      </w:t>
      </w:r>
    </w:p>
    <w:p w:rsidR="006136AF" w:rsidRPr="006136AF" w:rsidRDefault="006136AF" w:rsidP="006136AF">
      <w:pPr>
        <w:autoSpaceDE w:val="0"/>
        <w:autoSpaceDN w:val="0"/>
        <w:adjustRightInd w:val="0"/>
        <w:spacing w:line="240" w:lineRule="auto"/>
        <w:jc w:val="both"/>
        <w:rPr>
          <w:kern w:val="1"/>
          <w:szCs w:val="24"/>
          <w:lang w:val="ru-RU"/>
        </w:rPr>
      </w:pPr>
      <w:r w:rsidRPr="006136AF">
        <w:rPr>
          <w:kern w:val="1"/>
          <w:szCs w:val="24"/>
          <w:lang w:val="ru-RU"/>
        </w:rPr>
        <w:t>Индикаторы:</w:t>
      </w:r>
    </w:p>
    <w:p w:rsidR="006136AF" w:rsidRPr="006136AF" w:rsidRDefault="006136AF" w:rsidP="006136AF">
      <w:pPr>
        <w:autoSpaceDE w:val="0"/>
        <w:autoSpaceDN w:val="0"/>
        <w:adjustRightInd w:val="0"/>
        <w:spacing w:line="240" w:lineRule="auto"/>
        <w:jc w:val="both"/>
        <w:rPr>
          <w:kern w:val="1"/>
          <w:szCs w:val="24"/>
          <w:lang w:val="ru-RU"/>
        </w:rPr>
      </w:pPr>
      <w:r w:rsidRPr="006136AF">
        <w:rPr>
          <w:lang w:val="ru-RU"/>
        </w:rPr>
        <w:t xml:space="preserve"> </w:t>
      </w:r>
      <w:r w:rsidRPr="006136AF">
        <w:rPr>
          <w:kern w:val="1"/>
          <w:szCs w:val="24"/>
          <w:lang w:val="ru-RU"/>
        </w:rPr>
        <w:t xml:space="preserve">ОПК-1.1. </w:t>
      </w:r>
      <w:r w:rsidRPr="006136AF">
        <w:rPr>
          <w:szCs w:val="24"/>
          <w:lang w:val="ru-RU"/>
        </w:rPr>
        <w:t>Осуществляет решение типовых задач в профессиональной деятельности на основе естественнонаучных и общеинженерных знаний</w:t>
      </w:r>
      <w:r w:rsidRPr="006136AF">
        <w:rPr>
          <w:kern w:val="1"/>
          <w:szCs w:val="24"/>
          <w:lang w:val="ru-RU"/>
        </w:rPr>
        <w:t>.</w:t>
      </w:r>
    </w:p>
    <w:p w:rsidR="006136AF" w:rsidRPr="006136AF" w:rsidRDefault="006136AF" w:rsidP="006136AF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kern w:val="1"/>
          <w:szCs w:val="24"/>
          <w:lang w:val="ru-RU"/>
        </w:rPr>
      </w:pPr>
      <w:r w:rsidRPr="006136AF">
        <w:rPr>
          <w:kern w:val="1"/>
          <w:szCs w:val="24"/>
          <w:lang w:val="ru-RU"/>
        </w:rPr>
        <w:t>ОПК-1.2. Применяет</w:t>
      </w:r>
      <w:r w:rsidRPr="006136AF">
        <w:rPr>
          <w:szCs w:val="24"/>
          <w:lang w:val="ru-RU"/>
        </w:rPr>
        <w:t xml:space="preserve"> методы математического анализа и моделирования при решении типовых задач в профессиональной деятельности.</w:t>
      </w:r>
    </w:p>
    <w:p w:rsidR="006136AF" w:rsidRPr="006136AF" w:rsidRDefault="006136AF" w:rsidP="006136AF">
      <w:pPr>
        <w:autoSpaceDE w:val="0"/>
        <w:autoSpaceDN w:val="0"/>
        <w:adjustRightInd w:val="0"/>
        <w:spacing w:line="240" w:lineRule="auto"/>
        <w:ind w:firstLine="426"/>
        <w:jc w:val="both"/>
        <w:rPr>
          <w:kern w:val="1"/>
          <w:szCs w:val="24"/>
          <w:lang w:val="ru-RU"/>
        </w:rPr>
      </w:pPr>
      <w:r w:rsidRPr="006136AF">
        <w:rPr>
          <w:szCs w:val="24"/>
          <w:lang w:val="ru-RU"/>
        </w:rPr>
        <w:t xml:space="preserve">2. </w:t>
      </w:r>
      <w:r w:rsidRPr="006136AF">
        <w:rPr>
          <w:bCs/>
          <w:szCs w:val="24"/>
          <w:lang w:val="ru-RU"/>
        </w:rPr>
        <w:t xml:space="preserve">ОПК-4: </w:t>
      </w:r>
      <w:r w:rsidRPr="006136AF">
        <w:rPr>
          <w:szCs w:val="24"/>
          <w:lang w:val="ru-RU"/>
        </w:rPr>
        <w:t>Способен понимать принципы работы современных информационных технологий и использовать их для решения задач профессиональной деятельности.</w:t>
      </w:r>
    </w:p>
    <w:p w:rsidR="006136AF" w:rsidRPr="006136AF" w:rsidRDefault="006136AF" w:rsidP="006136AF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kern w:val="1"/>
          <w:szCs w:val="24"/>
          <w:lang w:val="ru-RU"/>
        </w:rPr>
      </w:pPr>
      <w:r w:rsidRPr="006136AF">
        <w:rPr>
          <w:kern w:val="1"/>
          <w:szCs w:val="24"/>
          <w:lang w:val="ru-RU"/>
        </w:rPr>
        <w:t xml:space="preserve">Индикаторы: </w:t>
      </w:r>
    </w:p>
    <w:p w:rsidR="006136AF" w:rsidRPr="006136AF" w:rsidRDefault="006136AF" w:rsidP="006136AF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kern w:val="1"/>
          <w:szCs w:val="24"/>
          <w:lang w:val="ru-RU"/>
        </w:rPr>
      </w:pPr>
      <w:r w:rsidRPr="006136AF">
        <w:rPr>
          <w:kern w:val="1"/>
          <w:szCs w:val="24"/>
          <w:lang w:val="ru-RU"/>
        </w:rPr>
        <w:t xml:space="preserve">ОПК-4.1. </w:t>
      </w:r>
      <w:r w:rsidRPr="006136AF">
        <w:rPr>
          <w:szCs w:val="24"/>
          <w:lang w:val="ru-RU"/>
        </w:rPr>
        <w:t>Понимает принципы работы современных информационных технологий.</w:t>
      </w:r>
    </w:p>
    <w:p w:rsidR="006136AF" w:rsidRPr="006136AF" w:rsidRDefault="006136AF" w:rsidP="006136AF">
      <w:pPr>
        <w:autoSpaceDE w:val="0"/>
        <w:autoSpaceDN w:val="0"/>
        <w:adjustRightInd w:val="0"/>
        <w:jc w:val="both"/>
        <w:rPr>
          <w:szCs w:val="24"/>
          <w:lang w:val="ru-RU"/>
        </w:rPr>
      </w:pPr>
    </w:p>
    <w:tbl>
      <w:tblPr>
        <w:tblW w:w="1027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4"/>
        <w:gridCol w:w="1173"/>
        <w:gridCol w:w="1135"/>
        <w:gridCol w:w="3684"/>
        <w:gridCol w:w="1701"/>
        <w:gridCol w:w="1628"/>
      </w:tblGrid>
      <w:tr w:rsidR="006136AF" w:rsidRPr="00A8002F" w:rsidTr="003E175B">
        <w:tc>
          <w:tcPr>
            <w:tcW w:w="954" w:type="dxa"/>
            <w:shd w:val="clear" w:color="auto" w:fill="auto"/>
            <w:vAlign w:val="center"/>
          </w:tcPr>
          <w:p w:rsidR="006136AF" w:rsidRPr="00A8002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№</w:t>
            </w:r>
          </w:p>
          <w:p w:rsidR="006136AF" w:rsidRPr="00A8002F" w:rsidRDefault="006136AF" w:rsidP="006136AF">
            <w:pPr>
              <w:spacing w:line="240" w:lineRule="auto"/>
              <w:ind w:right="-66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Комп</w:t>
            </w:r>
            <w:r w:rsidRPr="00A8002F">
              <w:rPr>
                <w:b/>
                <w:szCs w:val="24"/>
              </w:rPr>
              <w:t>е</w:t>
            </w:r>
            <w:r w:rsidRPr="00A8002F">
              <w:rPr>
                <w:b/>
                <w:szCs w:val="24"/>
              </w:rPr>
              <w:t>тенции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6136AF" w:rsidRPr="00745809" w:rsidRDefault="006136AF" w:rsidP="006136AF">
            <w:pPr>
              <w:spacing w:line="240" w:lineRule="auto"/>
              <w:jc w:val="center"/>
              <w:rPr>
                <w:b/>
                <w:sz w:val="6"/>
                <w:szCs w:val="6"/>
              </w:rPr>
            </w:pPr>
          </w:p>
          <w:p w:rsidR="006136AF" w:rsidRPr="00745809" w:rsidRDefault="006136AF" w:rsidP="006136AF">
            <w:pPr>
              <w:spacing w:line="240" w:lineRule="auto"/>
              <w:jc w:val="center"/>
              <w:rPr>
                <w:b/>
                <w:sz w:val="10"/>
                <w:szCs w:val="10"/>
              </w:rPr>
            </w:pPr>
          </w:p>
          <w:p w:rsidR="006136AF" w:rsidRPr="00A8002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Код индикатора</w:t>
            </w:r>
          </w:p>
          <w:p w:rsidR="006136AF" w:rsidRPr="00A8002F" w:rsidRDefault="006136AF" w:rsidP="006136AF">
            <w:pPr>
              <w:spacing w:line="240" w:lineRule="auto"/>
              <w:ind w:left="-52" w:right="-82"/>
              <w:jc w:val="center"/>
              <w:rPr>
                <w:b/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:rsidR="006136AF" w:rsidRPr="00A8002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Раздел</w:t>
            </w:r>
          </w:p>
        </w:tc>
        <w:tc>
          <w:tcPr>
            <w:tcW w:w="3684" w:type="dxa"/>
            <w:shd w:val="clear" w:color="auto" w:fill="auto"/>
            <w:vAlign w:val="center"/>
          </w:tcPr>
          <w:p w:rsidR="006136AF" w:rsidRPr="00A8002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Тема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36A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Форма оценки</w:t>
            </w:r>
          </w:p>
          <w:p w:rsidR="006136AF" w:rsidRPr="00A8002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(ТК, ПА)</w:t>
            </w:r>
          </w:p>
        </w:tc>
        <w:tc>
          <w:tcPr>
            <w:tcW w:w="1628" w:type="dxa"/>
            <w:shd w:val="clear" w:color="auto" w:fill="auto"/>
            <w:vAlign w:val="center"/>
          </w:tcPr>
          <w:p w:rsidR="006136AF" w:rsidRPr="00A8002F" w:rsidRDefault="006136AF" w:rsidP="006136AF">
            <w:pPr>
              <w:spacing w:line="240" w:lineRule="auto"/>
              <w:ind w:left="-164" w:right="-108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ФОС</w:t>
            </w:r>
          </w:p>
        </w:tc>
      </w:tr>
      <w:tr w:rsidR="006136AF" w:rsidRPr="00A8002F" w:rsidTr="003E175B">
        <w:trPr>
          <w:trHeight w:val="786"/>
        </w:trPr>
        <w:tc>
          <w:tcPr>
            <w:tcW w:w="954" w:type="dxa"/>
            <w:vMerge w:val="restart"/>
            <w:shd w:val="clear" w:color="auto" w:fill="auto"/>
          </w:tcPr>
          <w:p w:rsidR="006136AF" w:rsidRPr="00C61251" w:rsidRDefault="006136AF" w:rsidP="006136AF">
            <w:pPr>
              <w:spacing w:line="240" w:lineRule="auto"/>
              <w:ind w:right="-71"/>
              <w:rPr>
                <w:sz w:val="22"/>
              </w:rPr>
            </w:pPr>
            <w:r>
              <w:rPr>
                <w:sz w:val="22"/>
              </w:rPr>
              <w:t>ОПК-1</w:t>
            </w:r>
          </w:p>
          <w:p w:rsidR="006136AF" w:rsidRDefault="006136AF" w:rsidP="006136AF">
            <w:pPr>
              <w:spacing w:line="240" w:lineRule="auto"/>
              <w:rPr>
                <w:sz w:val="22"/>
              </w:rPr>
            </w:pPr>
          </w:p>
          <w:p w:rsidR="006136AF" w:rsidRPr="00EA52FA" w:rsidRDefault="006136AF" w:rsidP="006136AF">
            <w:pPr>
              <w:spacing w:line="240" w:lineRule="auto"/>
              <w:rPr>
                <w:sz w:val="22"/>
              </w:rPr>
            </w:pPr>
          </w:p>
          <w:p w:rsidR="006136AF" w:rsidRPr="00EA52FA" w:rsidRDefault="006136AF" w:rsidP="006136AF">
            <w:pPr>
              <w:spacing w:line="240" w:lineRule="auto"/>
              <w:rPr>
                <w:sz w:val="22"/>
              </w:rPr>
            </w:pPr>
          </w:p>
          <w:p w:rsidR="006136AF" w:rsidRPr="00EA52FA" w:rsidRDefault="006136AF" w:rsidP="006136AF">
            <w:pPr>
              <w:spacing w:line="240" w:lineRule="auto"/>
              <w:rPr>
                <w:sz w:val="22"/>
              </w:rPr>
            </w:pPr>
          </w:p>
          <w:p w:rsidR="006136AF" w:rsidRPr="00EA52FA" w:rsidRDefault="006136AF" w:rsidP="006136AF">
            <w:pPr>
              <w:spacing w:line="240" w:lineRule="auto"/>
              <w:rPr>
                <w:sz w:val="22"/>
              </w:rPr>
            </w:pPr>
          </w:p>
          <w:p w:rsidR="006136AF" w:rsidRPr="00EA52FA" w:rsidRDefault="006136AF" w:rsidP="006136AF">
            <w:pPr>
              <w:spacing w:line="240" w:lineRule="auto"/>
              <w:rPr>
                <w:sz w:val="22"/>
              </w:rPr>
            </w:pPr>
          </w:p>
          <w:p w:rsidR="006136AF" w:rsidRPr="00EA52FA" w:rsidRDefault="006136AF" w:rsidP="006136AF">
            <w:pPr>
              <w:spacing w:line="240" w:lineRule="auto"/>
              <w:rPr>
                <w:sz w:val="22"/>
              </w:rPr>
            </w:pPr>
          </w:p>
          <w:p w:rsidR="006136AF" w:rsidRPr="00EA52FA" w:rsidRDefault="006136AF" w:rsidP="006136AF">
            <w:pPr>
              <w:spacing w:line="240" w:lineRule="auto"/>
              <w:rPr>
                <w:sz w:val="22"/>
              </w:rPr>
            </w:pPr>
          </w:p>
          <w:p w:rsidR="006136AF" w:rsidRPr="00EA52FA" w:rsidRDefault="006136AF" w:rsidP="006136AF">
            <w:pPr>
              <w:spacing w:line="240" w:lineRule="auto"/>
              <w:rPr>
                <w:sz w:val="22"/>
              </w:rPr>
            </w:pPr>
          </w:p>
          <w:p w:rsidR="006136AF" w:rsidRPr="00EA52FA" w:rsidRDefault="006136AF" w:rsidP="006136AF">
            <w:pPr>
              <w:spacing w:line="240" w:lineRule="auto"/>
              <w:rPr>
                <w:sz w:val="22"/>
              </w:rPr>
            </w:pPr>
          </w:p>
          <w:p w:rsidR="006136AF" w:rsidRPr="00EA52FA" w:rsidRDefault="006136AF" w:rsidP="006136AF">
            <w:pPr>
              <w:spacing w:line="240" w:lineRule="auto"/>
              <w:rPr>
                <w:sz w:val="22"/>
              </w:rPr>
            </w:pPr>
          </w:p>
          <w:p w:rsidR="006136AF" w:rsidRPr="00EA52FA" w:rsidRDefault="006136AF" w:rsidP="006136AF">
            <w:pPr>
              <w:spacing w:line="240" w:lineRule="auto"/>
              <w:rPr>
                <w:sz w:val="22"/>
              </w:rPr>
            </w:pPr>
          </w:p>
          <w:p w:rsidR="006136AF" w:rsidRPr="00EA52FA" w:rsidRDefault="006136AF" w:rsidP="006136AF">
            <w:pPr>
              <w:spacing w:line="240" w:lineRule="auto"/>
              <w:rPr>
                <w:sz w:val="22"/>
              </w:rPr>
            </w:pPr>
          </w:p>
          <w:p w:rsidR="006136AF" w:rsidRDefault="006136AF" w:rsidP="006136AF">
            <w:pPr>
              <w:spacing w:line="240" w:lineRule="auto"/>
              <w:rPr>
                <w:sz w:val="22"/>
              </w:rPr>
            </w:pPr>
          </w:p>
          <w:p w:rsidR="006136AF" w:rsidRPr="00EA52FA" w:rsidRDefault="006136AF" w:rsidP="006136AF">
            <w:pPr>
              <w:spacing w:line="240" w:lineRule="auto"/>
              <w:rPr>
                <w:sz w:val="22"/>
              </w:rPr>
            </w:pPr>
          </w:p>
        </w:tc>
        <w:tc>
          <w:tcPr>
            <w:tcW w:w="1173" w:type="dxa"/>
            <w:vMerge w:val="restart"/>
            <w:shd w:val="clear" w:color="auto" w:fill="auto"/>
          </w:tcPr>
          <w:p w:rsidR="006136AF" w:rsidRPr="00C61251" w:rsidRDefault="006136AF" w:rsidP="006136AF">
            <w:pPr>
              <w:spacing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ОПК-1</w:t>
            </w:r>
            <w:r w:rsidRPr="00C61251">
              <w:rPr>
                <w:sz w:val="22"/>
              </w:rPr>
              <w:t>.1.</w:t>
            </w:r>
          </w:p>
        </w:tc>
        <w:tc>
          <w:tcPr>
            <w:tcW w:w="1135" w:type="dxa"/>
            <w:vMerge w:val="restart"/>
            <w:shd w:val="clear" w:color="auto" w:fill="auto"/>
          </w:tcPr>
          <w:p w:rsidR="006136AF" w:rsidRPr="006A3323" w:rsidRDefault="006136AF" w:rsidP="006136AF">
            <w:pPr>
              <w:spacing w:line="240" w:lineRule="auto"/>
              <w:ind w:left="-47" w:right="-69"/>
              <w:jc w:val="both"/>
              <w:rPr>
                <w:color w:val="000000"/>
                <w:sz w:val="22"/>
              </w:rPr>
            </w:pPr>
            <w:r w:rsidRPr="007C7BA7">
              <w:rPr>
                <w:b/>
                <w:color w:val="000000"/>
                <w:sz w:val="22"/>
              </w:rPr>
              <w:t>1</w:t>
            </w:r>
            <w:r w:rsidRPr="006A3323">
              <w:rPr>
                <w:color w:val="000000"/>
                <w:sz w:val="22"/>
              </w:rPr>
              <w:t>.</w:t>
            </w:r>
            <w:r w:rsidRPr="006A3323">
              <w:rPr>
                <w:b/>
                <w:color w:val="000000"/>
                <w:sz w:val="22"/>
              </w:rPr>
              <w:t xml:space="preserve"> </w:t>
            </w:r>
            <w:r w:rsidRPr="006A3323">
              <w:rPr>
                <w:color w:val="000000"/>
                <w:sz w:val="22"/>
              </w:rPr>
              <w:t>Начертательная геометрия</w:t>
            </w:r>
          </w:p>
        </w:tc>
        <w:tc>
          <w:tcPr>
            <w:tcW w:w="3684" w:type="dxa"/>
            <w:shd w:val="clear" w:color="auto" w:fill="auto"/>
            <w:vAlign w:val="center"/>
          </w:tcPr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1.1. Основные позиционные задачи. Изображение плоскости на чертеже. Расположение плоскости относительно плоскостей проекций. Пересечение прямых, прямой с плоскостью, пересечение двух плоскостей.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36AF" w:rsidRPr="00A8002F" w:rsidRDefault="006136AF" w:rsidP="006136AF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ТК, ПА</w:t>
            </w:r>
          </w:p>
        </w:tc>
        <w:tc>
          <w:tcPr>
            <w:tcW w:w="1628" w:type="dxa"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Лекция-визуализация</w:t>
            </w:r>
          </w:p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ПЗ № 1</w:t>
            </w:r>
          </w:p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 xml:space="preserve">Работа </w:t>
            </w:r>
            <w:proofErr w:type="gramStart"/>
            <w:r w:rsidRPr="006136AF">
              <w:rPr>
                <w:sz w:val="22"/>
                <w:lang w:val="ru-RU"/>
              </w:rPr>
              <w:t>в мал группах</w:t>
            </w:r>
            <w:proofErr w:type="gramEnd"/>
          </w:p>
          <w:p w:rsidR="006136AF" w:rsidRPr="00F72461" w:rsidRDefault="006136AF" w:rsidP="006136AF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Экз. вопрос 1</w:t>
            </w:r>
            <w:r w:rsidRPr="002B166D">
              <w:rPr>
                <w:sz w:val="22"/>
              </w:rPr>
              <w:t>.1.</w:t>
            </w:r>
          </w:p>
        </w:tc>
      </w:tr>
      <w:tr w:rsidR="006136AF" w:rsidRPr="00A8002F" w:rsidTr="003E175B">
        <w:trPr>
          <w:trHeight w:val="366"/>
        </w:trPr>
        <w:tc>
          <w:tcPr>
            <w:tcW w:w="954" w:type="dxa"/>
            <w:vMerge/>
            <w:shd w:val="clear" w:color="auto" w:fill="auto"/>
          </w:tcPr>
          <w:p w:rsidR="006136AF" w:rsidRPr="00A8002F" w:rsidRDefault="006136AF" w:rsidP="006136AF">
            <w:pPr>
              <w:spacing w:line="240" w:lineRule="auto"/>
              <w:rPr>
                <w:i/>
                <w:sz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6136AF" w:rsidRPr="00A8002F" w:rsidRDefault="006136AF" w:rsidP="006136AF">
            <w:pPr>
              <w:spacing w:line="240" w:lineRule="auto"/>
              <w:jc w:val="both"/>
              <w:rPr>
                <w:sz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:rsidR="006136AF" w:rsidRPr="00A8002F" w:rsidRDefault="006136AF" w:rsidP="006136AF">
            <w:pPr>
              <w:spacing w:line="240" w:lineRule="auto"/>
              <w:ind w:left="-142"/>
              <w:jc w:val="both"/>
              <w:rPr>
                <w:color w:val="000000"/>
                <w:sz w:val="22"/>
              </w:rPr>
            </w:pPr>
          </w:p>
        </w:tc>
        <w:tc>
          <w:tcPr>
            <w:tcW w:w="3684" w:type="dxa"/>
            <w:shd w:val="clear" w:color="auto" w:fill="auto"/>
            <w:vAlign w:val="center"/>
          </w:tcPr>
          <w:p w:rsidR="006136AF" w:rsidRPr="00D92431" w:rsidRDefault="006136AF" w:rsidP="006136AF">
            <w:pPr>
              <w:spacing w:line="240" w:lineRule="auto"/>
              <w:rPr>
                <w:sz w:val="22"/>
              </w:rPr>
            </w:pPr>
            <w:r w:rsidRPr="006136AF">
              <w:rPr>
                <w:sz w:val="22"/>
                <w:lang w:val="ru-RU"/>
              </w:rPr>
              <w:t>1.4.</w:t>
            </w:r>
            <w:r w:rsidRPr="006136AF">
              <w:rPr>
                <w:bCs/>
                <w:sz w:val="22"/>
                <w:lang w:val="ru-RU"/>
              </w:rPr>
              <w:t xml:space="preserve"> </w:t>
            </w:r>
            <w:r w:rsidRPr="006136AF">
              <w:rPr>
                <w:lang w:val="ru-RU"/>
              </w:rPr>
              <w:t xml:space="preserve">Плоскости на комплексном чертеже. Плоскости общего положения; плоскости уровня; проецирующие плоскости. Проекции плоскости. Задание. Точка и прямая в плоскости. Линии уровня в плоскости. </w:t>
            </w:r>
            <w:r>
              <w:t>Взаимное положение прямой и плоскости; плоскостей.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36AF" w:rsidRPr="00A8002F" w:rsidRDefault="006136AF" w:rsidP="006136AF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ТК, ПА</w:t>
            </w:r>
          </w:p>
        </w:tc>
        <w:tc>
          <w:tcPr>
            <w:tcW w:w="1628" w:type="dxa"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Лекция-визуализация</w:t>
            </w:r>
          </w:p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ПЗ № 2</w:t>
            </w:r>
          </w:p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 xml:space="preserve">Работа </w:t>
            </w:r>
            <w:proofErr w:type="gramStart"/>
            <w:r w:rsidRPr="006136AF">
              <w:rPr>
                <w:sz w:val="22"/>
                <w:lang w:val="ru-RU"/>
              </w:rPr>
              <w:t>в мал группах</w:t>
            </w:r>
            <w:proofErr w:type="gramEnd"/>
          </w:p>
          <w:p w:rsidR="006136AF" w:rsidRPr="00D2560B" w:rsidRDefault="006136AF" w:rsidP="006136AF">
            <w:pPr>
              <w:spacing w:line="240" w:lineRule="auto"/>
              <w:rPr>
                <w:sz w:val="22"/>
                <w:highlight w:val="yellow"/>
              </w:rPr>
            </w:pPr>
            <w:r>
              <w:rPr>
                <w:sz w:val="22"/>
              </w:rPr>
              <w:t>Экз. вопрос 1.4</w:t>
            </w:r>
            <w:r w:rsidRPr="000C328D">
              <w:rPr>
                <w:sz w:val="22"/>
              </w:rPr>
              <w:t>.</w:t>
            </w:r>
          </w:p>
        </w:tc>
      </w:tr>
      <w:tr w:rsidR="006136AF" w:rsidRPr="00A8002F" w:rsidTr="003E175B">
        <w:trPr>
          <w:trHeight w:val="457"/>
        </w:trPr>
        <w:tc>
          <w:tcPr>
            <w:tcW w:w="954" w:type="dxa"/>
            <w:vMerge/>
            <w:shd w:val="clear" w:color="auto" w:fill="auto"/>
          </w:tcPr>
          <w:p w:rsidR="006136AF" w:rsidRPr="00A8002F" w:rsidRDefault="006136AF" w:rsidP="006136AF">
            <w:pPr>
              <w:spacing w:line="240" w:lineRule="auto"/>
              <w:rPr>
                <w:i/>
                <w:sz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6136AF" w:rsidRPr="00A8002F" w:rsidRDefault="006136AF" w:rsidP="006136AF">
            <w:pPr>
              <w:spacing w:line="240" w:lineRule="auto"/>
              <w:jc w:val="both"/>
              <w:rPr>
                <w:sz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:rsidR="006136AF" w:rsidRPr="00A8002F" w:rsidRDefault="006136AF" w:rsidP="006136AF">
            <w:pPr>
              <w:spacing w:line="240" w:lineRule="auto"/>
              <w:ind w:left="-142"/>
              <w:jc w:val="both"/>
              <w:rPr>
                <w:color w:val="000000"/>
                <w:sz w:val="22"/>
              </w:rPr>
            </w:pPr>
          </w:p>
        </w:tc>
        <w:tc>
          <w:tcPr>
            <w:tcW w:w="3684" w:type="dxa"/>
            <w:shd w:val="clear" w:color="auto" w:fill="auto"/>
            <w:vAlign w:val="center"/>
          </w:tcPr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 xml:space="preserve">1.7. </w:t>
            </w:r>
            <w:r w:rsidRPr="006136AF">
              <w:rPr>
                <w:lang w:val="ru-RU"/>
              </w:rPr>
              <w:t>Кривые линии. Свойства ортогональных проекций.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36AF" w:rsidRPr="00A8002F" w:rsidRDefault="006136AF" w:rsidP="006136AF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ТК, ПА</w:t>
            </w:r>
          </w:p>
        </w:tc>
        <w:tc>
          <w:tcPr>
            <w:tcW w:w="1628" w:type="dxa"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Лекция-визуализация</w:t>
            </w:r>
          </w:p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ПЗ № 3</w:t>
            </w:r>
          </w:p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 xml:space="preserve">Работа </w:t>
            </w:r>
            <w:proofErr w:type="gramStart"/>
            <w:r w:rsidRPr="006136AF">
              <w:rPr>
                <w:sz w:val="22"/>
                <w:lang w:val="ru-RU"/>
              </w:rPr>
              <w:t>в мал группах</w:t>
            </w:r>
            <w:proofErr w:type="gramEnd"/>
          </w:p>
          <w:p w:rsidR="006136AF" w:rsidRPr="004C1DA3" w:rsidRDefault="006136AF" w:rsidP="006136AF">
            <w:pPr>
              <w:spacing w:line="240" w:lineRule="auto"/>
              <w:rPr>
                <w:sz w:val="22"/>
                <w:highlight w:val="yellow"/>
              </w:rPr>
            </w:pPr>
            <w:r>
              <w:rPr>
                <w:sz w:val="22"/>
              </w:rPr>
              <w:t>Экз. вопрос 1.7</w:t>
            </w:r>
            <w:r w:rsidRPr="000C328D">
              <w:rPr>
                <w:sz w:val="22"/>
              </w:rPr>
              <w:t>.</w:t>
            </w:r>
          </w:p>
        </w:tc>
      </w:tr>
      <w:tr w:rsidR="006136AF" w:rsidRPr="00A8002F" w:rsidTr="003E175B">
        <w:trPr>
          <w:trHeight w:val="457"/>
        </w:trPr>
        <w:tc>
          <w:tcPr>
            <w:tcW w:w="954" w:type="dxa"/>
            <w:vMerge/>
            <w:shd w:val="clear" w:color="auto" w:fill="auto"/>
          </w:tcPr>
          <w:p w:rsidR="006136AF" w:rsidRPr="00A8002F" w:rsidRDefault="006136AF" w:rsidP="006136AF">
            <w:pPr>
              <w:spacing w:line="240" w:lineRule="auto"/>
              <w:rPr>
                <w:i/>
                <w:sz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6136AF" w:rsidRPr="00A8002F" w:rsidRDefault="006136AF" w:rsidP="006136AF">
            <w:pPr>
              <w:spacing w:line="240" w:lineRule="auto"/>
              <w:jc w:val="both"/>
              <w:rPr>
                <w:sz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:rsidR="006136AF" w:rsidRPr="00A8002F" w:rsidRDefault="006136AF" w:rsidP="006136AF">
            <w:pPr>
              <w:spacing w:line="240" w:lineRule="auto"/>
              <w:ind w:left="-142"/>
              <w:jc w:val="both"/>
              <w:rPr>
                <w:color w:val="000000"/>
                <w:sz w:val="22"/>
              </w:rPr>
            </w:pPr>
          </w:p>
        </w:tc>
        <w:tc>
          <w:tcPr>
            <w:tcW w:w="3684" w:type="dxa"/>
            <w:shd w:val="clear" w:color="auto" w:fill="auto"/>
            <w:vAlign w:val="center"/>
          </w:tcPr>
          <w:p w:rsidR="006136AF" w:rsidRPr="00D92431" w:rsidRDefault="006136AF" w:rsidP="006136AF">
            <w:pPr>
              <w:spacing w:line="240" w:lineRule="auto"/>
              <w:rPr>
                <w:sz w:val="22"/>
              </w:rPr>
            </w:pPr>
            <w:r w:rsidRPr="006136AF">
              <w:rPr>
                <w:sz w:val="22"/>
                <w:lang w:val="ru-RU"/>
              </w:rPr>
              <w:t xml:space="preserve">1.9. </w:t>
            </w:r>
            <w:r w:rsidRPr="006136AF">
              <w:rPr>
                <w:lang w:val="ru-RU"/>
              </w:rPr>
              <w:t xml:space="preserve">Многогранные поверхности. Точка на поверхности. Сечение поверхностей проецирующей плоскостью. Сечение многогранника плоскостью. Сечение многогранной поверхности несколькими </w:t>
            </w:r>
            <w:r w:rsidRPr="006136AF">
              <w:rPr>
                <w:lang w:val="ru-RU"/>
              </w:rPr>
              <w:lastRenderedPageBreak/>
              <w:t xml:space="preserve">секущими плоскостями. Сечение комбинированной многогранной поверхности секущей плоскостью. </w:t>
            </w:r>
            <w:r>
              <w:t>Сечение полой фигуры секущей плоскостью.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36AF" w:rsidRDefault="006136AF" w:rsidP="006136AF">
            <w:pPr>
              <w:spacing w:line="240" w:lineRule="auto"/>
              <w:jc w:val="center"/>
            </w:pPr>
            <w:r w:rsidRPr="00C96577">
              <w:rPr>
                <w:sz w:val="22"/>
              </w:rPr>
              <w:lastRenderedPageBreak/>
              <w:t>ТК, ПА</w:t>
            </w:r>
          </w:p>
        </w:tc>
        <w:tc>
          <w:tcPr>
            <w:tcW w:w="1628" w:type="dxa"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Лекция-визуализация</w:t>
            </w:r>
          </w:p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ПЗ № 4</w:t>
            </w:r>
          </w:p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 xml:space="preserve">Работа </w:t>
            </w:r>
            <w:proofErr w:type="gramStart"/>
            <w:r w:rsidRPr="006136AF">
              <w:rPr>
                <w:sz w:val="22"/>
                <w:lang w:val="ru-RU"/>
              </w:rPr>
              <w:t>в мал группах</w:t>
            </w:r>
            <w:proofErr w:type="gramEnd"/>
          </w:p>
          <w:p w:rsidR="006136AF" w:rsidRDefault="006136AF" w:rsidP="006136AF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Экз. вопрос 1.4</w:t>
            </w:r>
            <w:r w:rsidRPr="000C328D">
              <w:rPr>
                <w:sz w:val="22"/>
              </w:rPr>
              <w:t>.</w:t>
            </w:r>
          </w:p>
        </w:tc>
      </w:tr>
      <w:tr w:rsidR="006136AF" w:rsidRPr="00A8002F" w:rsidTr="003E175B">
        <w:trPr>
          <w:trHeight w:val="457"/>
        </w:trPr>
        <w:tc>
          <w:tcPr>
            <w:tcW w:w="954" w:type="dxa"/>
            <w:vMerge/>
            <w:shd w:val="clear" w:color="auto" w:fill="auto"/>
          </w:tcPr>
          <w:p w:rsidR="006136AF" w:rsidRPr="00A8002F" w:rsidRDefault="006136AF" w:rsidP="006136AF">
            <w:pPr>
              <w:spacing w:line="240" w:lineRule="auto"/>
              <w:rPr>
                <w:i/>
                <w:sz w:val="22"/>
              </w:rPr>
            </w:pPr>
          </w:p>
        </w:tc>
        <w:tc>
          <w:tcPr>
            <w:tcW w:w="1173" w:type="dxa"/>
            <w:vMerge w:val="restart"/>
            <w:shd w:val="clear" w:color="auto" w:fill="auto"/>
          </w:tcPr>
          <w:p w:rsidR="006136AF" w:rsidRPr="00A8002F" w:rsidRDefault="006136AF" w:rsidP="006136AF">
            <w:pPr>
              <w:spacing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ОПК-1.2</w:t>
            </w:r>
            <w:r w:rsidRPr="00C61251">
              <w:rPr>
                <w:sz w:val="22"/>
              </w:rPr>
              <w:t>.</w:t>
            </w:r>
          </w:p>
        </w:tc>
        <w:tc>
          <w:tcPr>
            <w:tcW w:w="1135" w:type="dxa"/>
            <w:vMerge w:val="restart"/>
            <w:shd w:val="clear" w:color="auto" w:fill="auto"/>
          </w:tcPr>
          <w:p w:rsidR="006136AF" w:rsidRPr="00A8002F" w:rsidRDefault="006136AF" w:rsidP="006136AF">
            <w:pPr>
              <w:spacing w:line="240" w:lineRule="auto"/>
              <w:ind w:left="-49" w:right="-54"/>
              <w:jc w:val="both"/>
              <w:rPr>
                <w:color w:val="000000"/>
                <w:sz w:val="22"/>
              </w:rPr>
            </w:pPr>
            <w:r w:rsidRPr="007C7BA7">
              <w:rPr>
                <w:b/>
                <w:color w:val="000000"/>
                <w:sz w:val="22"/>
              </w:rPr>
              <w:t>1.</w:t>
            </w:r>
            <w:r w:rsidRPr="006A3323">
              <w:rPr>
                <w:b/>
                <w:color w:val="000000"/>
                <w:sz w:val="22"/>
              </w:rPr>
              <w:t xml:space="preserve"> </w:t>
            </w:r>
            <w:r w:rsidRPr="006A3323">
              <w:rPr>
                <w:color w:val="000000"/>
                <w:sz w:val="22"/>
              </w:rPr>
              <w:t>Начертательная геометрия</w:t>
            </w:r>
          </w:p>
        </w:tc>
        <w:tc>
          <w:tcPr>
            <w:tcW w:w="3684" w:type="dxa"/>
            <w:shd w:val="clear" w:color="auto" w:fill="auto"/>
            <w:vAlign w:val="center"/>
          </w:tcPr>
          <w:p w:rsidR="006136AF" w:rsidRPr="00D92431" w:rsidRDefault="006136AF" w:rsidP="006136AF">
            <w:pPr>
              <w:spacing w:line="240" w:lineRule="auto"/>
              <w:rPr>
                <w:sz w:val="22"/>
              </w:rPr>
            </w:pPr>
            <w:r w:rsidRPr="006136AF">
              <w:rPr>
                <w:sz w:val="22"/>
                <w:lang w:val="ru-RU"/>
              </w:rPr>
              <w:t xml:space="preserve">1.13. Пересечение кривых поверхностей плоскостью. Линейчатые поверхности. </w:t>
            </w:r>
            <w:r w:rsidRPr="006C1A39">
              <w:rPr>
                <w:sz w:val="22"/>
              </w:rPr>
              <w:t>Поверхности вращения. Сечение поверхности плоскостью.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36AF" w:rsidRDefault="006136AF" w:rsidP="006136AF">
            <w:pPr>
              <w:spacing w:line="240" w:lineRule="auto"/>
              <w:jc w:val="center"/>
            </w:pPr>
            <w:r w:rsidRPr="00C96577">
              <w:rPr>
                <w:sz w:val="22"/>
              </w:rPr>
              <w:t>ТК, ПА</w:t>
            </w:r>
          </w:p>
        </w:tc>
        <w:tc>
          <w:tcPr>
            <w:tcW w:w="1628" w:type="dxa"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Лекция-визуализация</w:t>
            </w:r>
          </w:p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ПЗ № 5</w:t>
            </w:r>
          </w:p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 xml:space="preserve">Работа </w:t>
            </w:r>
            <w:proofErr w:type="gramStart"/>
            <w:r w:rsidRPr="006136AF">
              <w:rPr>
                <w:sz w:val="22"/>
                <w:lang w:val="ru-RU"/>
              </w:rPr>
              <w:t>в мал группах</w:t>
            </w:r>
            <w:proofErr w:type="gramEnd"/>
          </w:p>
          <w:p w:rsidR="006136AF" w:rsidRDefault="006136AF" w:rsidP="006136AF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Экз. вопрос 1.5</w:t>
            </w:r>
            <w:r w:rsidRPr="000C328D">
              <w:rPr>
                <w:sz w:val="22"/>
              </w:rPr>
              <w:t>.</w:t>
            </w:r>
          </w:p>
        </w:tc>
      </w:tr>
      <w:tr w:rsidR="006136AF" w:rsidRPr="00A8002F" w:rsidTr="003E175B">
        <w:trPr>
          <w:trHeight w:val="457"/>
        </w:trPr>
        <w:tc>
          <w:tcPr>
            <w:tcW w:w="954" w:type="dxa"/>
            <w:vMerge/>
            <w:shd w:val="clear" w:color="auto" w:fill="auto"/>
          </w:tcPr>
          <w:p w:rsidR="006136AF" w:rsidRPr="00A8002F" w:rsidRDefault="006136AF" w:rsidP="006136AF">
            <w:pPr>
              <w:spacing w:line="240" w:lineRule="auto"/>
              <w:rPr>
                <w:i/>
                <w:sz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6136AF" w:rsidRPr="00A8002F" w:rsidRDefault="006136AF" w:rsidP="006136AF">
            <w:pPr>
              <w:spacing w:line="240" w:lineRule="auto"/>
              <w:jc w:val="both"/>
              <w:rPr>
                <w:sz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:rsidR="006136AF" w:rsidRPr="00A8002F" w:rsidRDefault="006136AF" w:rsidP="006136AF">
            <w:pPr>
              <w:spacing w:line="240" w:lineRule="auto"/>
              <w:ind w:left="-142"/>
              <w:jc w:val="both"/>
              <w:rPr>
                <w:color w:val="000000"/>
                <w:sz w:val="22"/>
              </w:rPr>
            </w:pPr>
          </w:p>
        </w:tc>
        <w:tc>
          <w:tcPr>
            <w:tcW w:w="3684" w:type="dxa"/>
            <w:shd w:val="clear" w:color="auto" w:fill="auto"/>
            <w:vAlign w:val="center"/>
          </w:tcPr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1.15. Взаимное пересечение поверхностей. Способ вспомогательных секущих плоскостей.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36AF" w:rsidRDefault="006136AF" w:rsidP="006136AF">
            <w:pPr>
              <w:spacing w:line="240" w:lineRule="auto"/>
              <w:jc w:val="center"/>
            </w:pPr>
            <w:r w:rsidRPr="00E43264">
              <w:rPr>
                <w:sz w:val="22"/>
              </w:rPr>
              <w:t>ТК, ПА</w:t>
            </w:r>
          </w:p>
        </w:tc>
        <w:tc>
          <w:tcPr>
            <w:tcW w:w="1628" w:type="dxa"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Лекция-визуализация</w:t>
            </w:r>
          </w:p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ПЗ № 6</w:t>
            </w:r>
          </w:p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 xml:space="preserve">Работа </w:t>
            </w:r>
            <w:proofErr w:type="gramStart"/>
            <w:r w:rsidRPr="006136AF">
              <w:rPr>
                <w:sz w:val="22"/>
                <w:lang w:val="ru-RU"/>
              </w:rPr>
              <w:t>в мал группах</w:t>
            </w:r>
            <w:proofErr w:type="gramEnd"/>
          </w:p>
          <w:p w:rsidR="006136AF" w:rsidRDefault="006136AF" w:rsidP="006136AF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Экз. вопрос 1.6</w:t>
            </w:r>
            <w:r w:rsidRPr="000C328D">
              <w:rPr>
                <w:sz w:val="22"/>
              </w:rPr>
              <w:t>.</w:t>
            </w:r>
          </w:p>
        </w:tc>
      </w:tr>
      <w:tr w:rsidR="006136AF" w:rsidRPr="006136AF" w:rsidTr="003E175B">
        <w:trPr>
          <w:trHeight w:val="457"/>
        </w:trPr>
        <w:tc>
          <w:tcPr>
            <w:tcW w:w="954" w:type="dxa"/>
            <w:vMerge/>
            <w:shd w:val="clear" w:color="auto" w:fill="auto"/>
          </w:tcPr>
          <w:p w:rsidR="006136AF" w:rsidRPr="00A8002F" w:rsidRDefault="006136AF" w:rsidP="006136AF">
            <w:pPr>
              <w:spacing w:line="240" w:lineRule="auto"/>
              <w:rPr>
                <w:i/>
                <w:sz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6136AF" w:rsidRPr="00A8002F" w:rsidRDefault="006136AF" w:rsidP="006136AF">
            <w:pPr>
              <w:spacing w:line="240" w:lineRule="auto"/>
              <w:jc w:val="both"/>
              <w:rPr>
                <w:sz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:rsidR="006136AF" w:rsidRPr="00A8002F" w:rsidRDefault="006136AF" w:rsidP="006136AF">
            <w:pPr>
              <w:spacing w:line="240" w:lineRule="auto"/>
              <w:ind w:left="-142"/>
              <w:jc w:val="both"/>
              <w:rPr>
                <w:color w:val="000000"/>
                <w:sz w:val="22"/>
              </w:rPr>
            </w:pPr>
          </w:p>
        </w:tc>
        <w:tc>
          <w:tcPr>
            <w:tcW w:w="3684" w:type="dxa"/>
            <w:shd w:val="clear" w:color="auto" w:fill="auto"/>
            <w:vAlign w:val="center"/>
          </w:tcPr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1.18. Взаимное пересечение многогранных поверхностей. Развёртки поверхностей.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36AF" w:rsidRDefault="006136AF" w:rsidP="006136AF">
            <w:pPr>
              <w:spacing w:line="240" w:lineRule="auto"/>
              <w:jc w:val="center"/>
            </w:pPr>
            <w:r w:rsidRPr="00E43264">
              <w:rPr>
                <w:sz w:val="22"/>
              </w:rPr>
              <w:t>ТК, ПА</w:t>
            </w:r>
          </w:p>
        </w:tc>
        <w:tc>
          <w:tcPr>
            <w:tcW w:w="1628" w:type="dxa"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Лекция-визуализация</w:t>
            </w:r>
          </w:p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 xml:space="preserve">ПЗ № 7 </w:t>
            </w:r>
          </w:p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Экз. вопрос 1.7.</w:t>
            </w:r>
          </w:p>
        </w:tc>
      </w:tr>
      <w:tr w:rsidR="006136AF" w:rsidRPr="006136AF" w:rsidTr="003E175B">
        <w:trPr>
          <w:trHeight w:val="457"/>
        </w:trPr>
        <w:tc>
          <w:tcPr>
            <w:tcW w:w="954" w:type="dxa"/>
            <w:vMerge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rPr>
                <w:i/>
                <w:sz w:val="22"/>
                <w:lang w:val="ru-RU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jc w:val="both"/>
              <w:rPr>
                <w:sz w:val="22"/>
                <w:lang w:val="ru-RU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ind w:left="-142"/>
              <w:jc w:val="both"/>
              <w:rPr>
                <w:color w:val="000000"/>
                <w:sz w:val="22"/>
                <w:lang w:val="ru-RU"/>
              </w:rPr>
            </w:pPr>
          </w:p>
        </w:tc>
        <w:tc>
          <w:tcPr>
            <w:tcW w:w="3684" w:type="dxa"/>
            <w:shd w:val="clear" w:color="auto" w:fill="auto"/>
            <w:vAlign w:val="center"/>
          </w:tcPr>
          <w:p w:rsidR="006136AF" w:rsidRPr="0017313A" w:rsidRDefault="006136AF" w:rsidP="006136AF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1.21.</w:t>
            </w:r>
            <w:r w:rsidRPr="0017313A">
              <w:rPr>
                <w:sz w:val="22"/>
              </w:rPr>
              <w:t xml:space="preserve"> </w:t>
            </w:r>
            <w:r w:rsidRPr="006C1A39">
              <w:rPr>
                <w:sz w:val="22"/>
              </w:rPr>
              <w:t>Правила выполнения видов. ГОСТ 2.305-2008.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36AF" w:rsidRDefault="006136AF" w:rsidP="006136AF">
            <w:pPr>
              <w:spacing w:line="240" w:lineRule="auto"/>
              <w:jc w:val="center"/>
            </w:pPr>
            <w:r w:rsidRPr="00E43264">
              <w:rPr>
                <w:sz w:val="22"/>
              </w:rPr>
              <w:t>ТК, ПА</w:t>
            </w:r>
          </w:p>
        </w:tc>
        <w:tc>
          <w:tcPr>
            <w:tcW w:w="1628" w:type="dxa"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Лекция-визуализация</w:t>
            </w:r>
          </w:p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 xml:space="preserve">ПЗ № 8.1 </w:t>
            </w:r>
          </w:p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Экз. вопрос 1.8.</w:t>
            </w:r>
          </w:p>
        </w:tc>
      </w:tr>
      <w:tr w:rsidR="006136AF" w:rsidRPr="006136AF" w:rsidTr="003E175B">
        <w:trPr>
          <w:trHeight w:val="457"/>
        </w:trPr>
        <w:tc>
          <w:tcPr>
            <w:tcW w:w="954" w:type="dxa"/>
            <w:vMerge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rPr>
                <w:i/>
                <w:sz w:val="22"/>
                <w:lang w:val="ru-RU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jc w:val="both"/>
              <w:rPr>
                <w:sz w:val="22"/>
                <w:lang w:val="ru-RU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ind w:left="-142"/>
              <w:jc w:val="both"/>
              <w:rPr>
                <w:color w:val="000000"/>
                <w:sz w:val="22"/>
                <w:lang w:val="ru-RU"/>
              </w:rPr>
            </w:pPr>
          </w:p>
        </w:tc>
        <w:tc>
          <w:tcPr>
            <w:tcW w:w="3684" w:type="dxa"/>
            <w:shd w:val="clear" w:color="auto" w:fill="auto"/>
            <w:vAlign w:val="center"/>
          </w:tcPr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1.24. Аксонометрические проекции. Стандартные проекции. Коэффициент искажения.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36AF" w:rsidRPr="00E43264" w:rsidRDefault="006136AF" w:rsidP="006136AF">
            <w:pPr>
              <w:spacing w:line="240" w:lineRule="auto"/>
              <w:jc w:val="center"/>
              <w:rPr>
                <w:sz w:val="22"/>
              </w:rPr>
            </w:pPr>
            <w:r w:rsidRPr="00E43264">
              <w:rPr>
                <w:sz w:val="22"/>
              </w:rPr>
              <w:t>ТК, ПА</w:t>
            </w:r>
          </w:p>
        </w:tc>
        <w:tc>
          <w:tcPr>
            <w:tcW w:w="1628" w:type="dxa"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Лекция-визуализация</w:t>
            </w:r>
          </w:p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 xml:space="preserve">ПЗ № 8.2 </w:t>
            </w:r>
          </w:p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Экз. вопрос 1.8.</w:t>
            </w:r>
          </w:p>
        </w:tc>
      </w:tr>
      <w:tr w:rsidR="006136AF" w:rsidRPr="006136AF" w:rsidTr="003E175B">
        <w:trPr>
          <w:trHeight w:val="565"/>
        </w:trPr>
        <w:tc>
          <w:tcPr>
            <w:tcW w:w="954" w:type="dxa"/>
            <w:vMerge w:val="restart"/>
            <w:shd w:val="clear" w:color="auto" w:fill="auto"/>
          </w:tcPr>
          <w:p w:rsidR="006136AF" w:rsidRPr="00573160" w:rsidRDefault="006136AF" w:rsidP="006136AF">
            <w:pPr>
              <w:spacing w:line="240" w:lineRule="auto"/>
              <w:jc w:val="center"/>
              <w:rPr>
                <w:sz w:val="22"/>
              </w:rPr>
            </w:pPr>
            <w:r w:rsidRPr="00573160">
              <w:rPr>
                <w:sz w:val="22"/>
              </w:rPr>
              <w:t>ОПК-4</w:t>
            </w:r>
          </w:p>
          <w:p w:rsidR="006136AF" w:rsidRPr="0085599A" w:rsidRDefault="006136AF" w:rsidP="006136AF">
            <w:pPr>
              <w:spacing w:line="240" w:lineRule="auto"/>
              <w:jc w:val="center"/>
              <w:rPr>
                <w:sz w:val="22"/>
                <w:highlight w:val="yellow"/>
              </w:rPr>
            </w:pPr>
          </w:p>
          <w:p w:rsidR="006136AF" w:rsidRPr="0085599A" w:rsidRDefault="006136AF" w:rsidP="006136AF">
            <w:pPr>
              <w:spacing w:line="240" w:lineRule="auto"/>
              <w:jc w:val="center"/>
              <w:rPr>
                <w:sz w:val="22"/>
                <w:highlight w:val="yellow"/>
              </w:rPr>
            </w:pPr>
          </w:p>
          <w:p w:rsidR="006136AF" w:rsidRPr="0085599A" w:rsidRDefault="006136AF" w:rsidP="006136AF">
            <w:pPr>
              <w:spacing w:line="240" w:lineRule="auto"/>
              <w:jc w:val="center"/>
              <w:rPr>
                <w:sz w:val="22"/>
                <w:highlight w:val="yellow"/>
              </w:rPr>
            </w:pPr>
          </w:p>
          <w:p w:rsidR="006136AF" w:rsidRPr="0085599A" w:rsidRDefault="006136AF" w:rsidP="006136AF">
            <w:pPr>
              <w:spacing w:line="240" w:lineRule="auto"/>
              <w:rPr>
                <w:sz w:val="22"/>
                <w:highlight w:val="yellow"/>
              </w:rPr>
            </w:pPr>
          </w:p>
          <w:p w:rsidR="006136AF" w:rsidRPr="0085599A" w:rsidRDefault="006136AF" w:rsidP="006136AF">
            <w:pPr>
              <w:spacing w:line="240" w:lineRule="auto"/>
              <w:jc w:val="center"/>
              <w:rPr>
                <w:sz w:val="22"/>
                <w:highlight w:val="yellow"/>
              </w:rPr>
            </w:pPr>
          </w:p>
          <w:p w:rsidR="006136AF" w:rsidRPr="0085599A" w:rsidRDefault="006136AF" w:rsidP="006136AF">
            <w:pPr>
              <w:spacing w:line="240" w:lineRule="auto"/>
              <w:rPr>
                <w:sz w:val="22"/>
                <w:highlight w:val="yellow"/>
              </w:rPr>
            </w:pPr>
          </w:p>
          <w:p w:rsidR="006136AF" w:rsidRPr="0085599A" w:rsidRDefault="006136AF" w:rsidP="006136AF">
            <w:pPr>
              <w:spacing w:line="240" w:lineRule="auto"/>
              <w:jc w:val="center"/>
              <w:rPr>
                <w:sz w:val="22"/>
                <w:highlight w:val="yellow"/>
              </w:rPr>
            </w:pPr>
          </w:p>
          <w:p w:rsidR="006136AF" w:rsidRPr="0085599A" w:rsidRDefault="006136AF" w:rsidP="006136AF">
            <w:pPr>
              <w:spacing w:line="240" w:lineRule="auto"/>
              <w:jc w:val="center"/>
              <w:rPr>
                <w:sz w:val="22"/>
                <w:highlight w:val="yellow"/>
              </w:rPr>
            </w:pPr>
          </w:p>
          <w:p w:rsidR="006136AF" w:rsidRPr="0085599A" w:rsidRDefault="006136AF" w:rsidP="006136AF">
            <w:pPr>
              <w:spacing w:line="240" w:lineRule="auto"/>
              <w:jc w:val="center"/>
              <w:rPr>
                <w:sz w:val="22"/>
                <w:highlight w:val="yellow"/>
              </w:rPr>
            </w:pPr>
          </w:p>
          <w:p w:rsidR="006136AF" w:rsidRPr="0085599A" w:rsidRDefault="006136AF" w:rsidP="006136AF">
            <w:pPr>
              <w:spacing w:line="240" w:lineRule="auto"/>
              <w:jc w:val="center"/>
              <w:rPr>
                <w:sz w:val="22"/>
                <w:highlight w:val="yellow"/>
              </w:rPr>
            </w:pPr>
          </w:p>
          <w:p w:rsidR="006136AF" w:rsidRPr="0085599A" w:rsidRDefault="006136AF" w:rsidP="006136AF">
            <w:pPr>
              <w:spacing w:line="240" w:lineRule="auto"/>
              <w:jc w:val="center"/>
              <w:rPr>
                <w:sz w:val="22"/>
                <w:highlight w:val="yellow"/>
              </w:rPr>
            </w:pPr>
          </w:p>
          <w:p w:rsidR="006136AF" w:rsidRPr="0085599A" w:rsidRDefault="006136AF" w:rsidP="006136AF">
            <w:pPr>
              <w:spacing w:line="240" w:lineRule="auto"/>
              <w:jc w:val="center"/>
              <w:rPr>
                <w:sz w:val="22"/>
                <w:highlight w:val="yellow"/>
              </w:rPr>
            </w:pPr>
          </w:p>
          <w:p w:rsidR="006136AF" w:rsidRPr="0085599A" w:rsidRDefault="006136AF" w:rsidP="006136AF">
            <w:pPr>
              <w:spacing w:line="240" w:lineRule="auto"/>
              <w:jc w:val="center"/>
              <w:rPr>
                <w:sz w:val="22"/>
                <w:highlight w:val="yellow"/>
              </w:rPr>
            </w:pPr>
          </w:p>
          <w:p w:rsidR="006136AF" w:rsidRPr="0085599A" w:rsidRDefault="006136AF" w:rsidP="006136AF">
            <w:pPr>
              <w:spacing w:line="240" w:lineRule="auto"/>
              <w:jc w:val="center"/>
              <w:rPr>
                <w:sz w:val="22"/>
                <w:highlight w:val="yellow"/>
              </w:rPr>
            </w:pPr>
          </w:p>
        </w:tc>
        <w:tc>
          <w:tcPr>
            <w:tcW w:w="1173" w:type="dxa"/>
            <w:vMerge w:val="restart"/>
            <w:shd w:val="clear" w:color="auto" w:fill="auto"/>
          </w:tcPr>
          <w:p w:rsidR="006136AF" w:rsidRPr="00573160" w:rsidRDefault="006136AF" w:rsidP="006136AF">
            <w:pPr>
              <w:spacing w:line="240" w:lineRule="auto"/>
              <w:rPr>
                <w:sz w:val="22"/>
              </w:rPr>
            </w:pPr>
            <w:r w:rsidRPr="00573160">
              <w:rPr>
                <w:sz w:val="22"/>
              </w:rPr>
              <w:t>ОПК-4.1.</w:t>
            </w:r>
          </w:p>
          <w:p w:rsidR="006136AF" w:rsidRPr="0085599A" w:rsidRDefault="006136AF" w:rsidP="006136AF">
            <w:pPr>
              <w:spacing w:line="240" w:lineRule="auto"/>
              <w:rPr>
                <w:sz w:val="22"/>
                <w:highlight w:val="yellow"/>
              </w:rPr>
            </w:pPr>
          </w:p>
          <w:p w:rsidR="006136AF" w:rsidRPr="0085599A" w:rsidRDefault="006136AF" w:rsidP="006136AF">
            <w:pPr>
              <w:spacing w:line="240" w:lineRule="auto"/>
              <w:rPr>
                <w:sz w:val="22"/>
                <w:highlight w:val="yellow"/>
              </w:rPr>
            </w:pPr>
          </w:p>
          <w:p w:rsidR="006136AF" w:rsidRPr="0085599A" w:rsidRDefault="006136AF" w:rsidP="006136AF">
            <w:pPr>
              <w:spacing w:line="240" w:lineRule="auto"/>
              <w:rPr>
                <w:sz w:val="22"/>
                <w:highlight w:val="yellow"/>
              </w:rPr>
            </w:pPr>
          </w:p>
          <w:p w:rsidR="006136AF" w:rsidRPr="0085599A" w:rsidRDefault="006136AF" w:rsidP="006136AF">
            <w:pPr>
              <w:spacing w:line="240" w:lineRule="auto"/>
              <w:rPr>
                <w:sz w:val="22"/>
                <w:highlight w:val="yellow"/>
              </w:rPr>
            </w:pPr>
          </w:p>
          <w:p w:rsidR="006136AF" w:rsidRPr="0085599A" w:rsidRDefault="006136AF" w:rsidP="006136AF">
            <w:pPr>
              <w:spacing w:line="240" w:lineRule="auto"/>
              <w:rPr>
                <w:sz w:val="22"/>
                <w:highlight w:val="yellow"/>
              </w:rPr>
            </w:pPr>
          </w:p>
        </w:tc>
        <w:tc>
          <w:tcPr>
            <w:tcW w:w="1135" w:type="dxa"/>
            <w:vMerge w:val="restart"/>
            <w:shd w:val="clear" w:color="auto" w:fill="auto"/>
          </w:tcPr>
          <w:p w:rsidR="006136AF" w:rsidRPr="00A8002F" w:rsidRDefault="006136AF" w:rsidP="006136AF">
            <w:pPr>
              <w:spacing w:line="240" w:lineRule="auto"/>
              <w:ind w:left="-63" w:right="100"/>
              <w:rPr>
                <w:color w:val="000000"/>
                <w:sz w:val="22"/>
              </w:rPr>
            </w:pPr>
            <w:r w:rsidRPr="007C7BA7">
              <w:rPr>
                <w:b/>
                <w:color w:val="000000"/>
                <w:sz w:val="22"/>
              </w:rPr>
              <w:t>2</w:t>
            </w:r>
            <w:r>
              <w:rPr>
                <w:color w:val="000000"/>
                <w:sz w:val="22"/>
              </w:rPr>
              <w:t>. Инженерная графика</w:t>
            </w:r>
          </w:p>
          <w:p w:rsidR="006136AF" w:rsidRPr="00A8002F" w:rsidRDefault="006136AF" w:rsidP="006136AF">
            <w:pPr>
              <w:spacing w:line="240" w:lineRule="auto"/>
              <w:ind w:left="-14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</w:t>
            </w:r>
          </w:p>
        </w:tc>
        <w:tc>
          <w:tcPr>
            <w:tcW w:w="3684" w:type="dxa"/>
            <w:shd w:val="clear" w:color="auto" w:fill="auto"/>
            <w:vAlign w:val="center"/>
          </w:tcPr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2.1. Стандарты оформления конструкторской документации: форматы, типы линий; чертежные шрифты; основная надпись.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36AF" w:rsidRPr="00A8002F" w:rsidRDefault="006136AF" w:rsidP="006136AF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ТК, ПА</w:t>
            </w:r>
          </w:p>
        </w:tc>
        <w:tc>
          <w:tcPr>
            <w:tcW w:w="1628" w:type="dxa"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ПЗ № 9</w:t>
            </w:r>
          </w:p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 xml:space="preserve">Работа </w:t>
            </w:r>
            <w:proofErr w:type="gramStart"/>
            <w:r w:rsidRPr="006136AF">
              <w:rPr>
                <w:sz w:val="22"/>
                <w:lang w:val="ru-RU"/>
              </w:rPr>
              <w:t>в мал группах</w:t>
            </w:r>
            <w:proofErr w:type="gramEnd"/>
          </w:p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Зач. вопрос 2.1.</w:t>
            </w:r>
          </w:p>
        </w:tc>
      </w:tr>
      <w:tr w:rsidR="006136AF" w:rsidRPr="006136AF" w:rsidTr="003E175B">
        <w:trPr>
          <w:trHeight w:val="1067"/>
        </w:trPr>
        <w:tc>
          <w:tcPr>
            <w:tcW w:w="954" w:type="dxa"/>
            <w:vMerge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jc w:val="center"/>
              <w:rPr>
                <w:sz w:val="22"/>
                <w:lang w:val="ru-RU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ind w:left="-142"/>
              <w:jc w:val="both"/>
              <w:rPr>
                <w:color w:val="000000"/>
                <w:sz w:val="22"/>
                <w:lang w:val="ru-RU"/>
              </w:rPr>
            </w:pPr>
          </w:p>
        </w:tc>
        <w:tc>
          <w:tcPr>
            <w:tcW w:w="3684" w:type="dxa"/>
            <w:shd w:val="clear" w:color="auto" w:fill="auto"/>
            <w:vAlign w:val="center"/>
          </w:tcPr>
          <w:p w:rsidR="006136AF" w:rsidRPr="009416CB" w:rsidRDefault="006136AF" w:rsidP="006136AF">
            <w:pPr>
              <w:spacing w:line="240" w:lineRule="auto"/>
              <w:rPr>
                <w:sz w:val="22"/>
              </w:rPr>
            </w:pPr>
            <w:r w:rsidRPr="006136AF">
              <w:rPr>
                <w:sz w:val="22"/>
                <w:lang w:val="ru-RU"/>
              </w:rPr>
              <w:t xml:space="preserve">2.3. Соединения. Разъемные. Неразъемные. Соединения резьбовые. Определение резьбы. Виды резьб: по назначению; профилю. </w:t>
            </w:r>
            <w:r w:rsidRPr="00E24439">
              <w:rPr>
                <w:sz w:val="22"/>
              </w:rPr>
              <w:t>Основные параметры резьб. Изображение резьбы и обозначение на чертеже.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36AF" w:rsidRPr="00A8002F" w:rsidRDefault="006136AF" w:rsidP="006136AF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ТК, ПА</w:t>
            </w:r>
          </w:p>
        </w:tc>
        <w:tc>
          <w:tcPr>
            <w:tcW w:w="1628" w:type="dxa"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ПЗ № 10</w:t>
            </w:r>
          </w:p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 xml:space="preserve">Работа </w:t>
            </w:r>
            <w:proofErr w:type="gramStart"/>
            <w:r w:rsidRPr="006136AF">
              <w:rPr>
                <w:sz w:val="22"/>
                <w:lang w:val="ru-RU"/>
              </w:rPr>
              <w:t>в мал группах</w:t>
            </w:r>
            <w:proofErr w:type="gramEnd"/>
          </w:p>
          <w:p w:rsidR="006136AF" w:rsidRPr="006136AF" w:rsidRDefault="006136AF" w:rsidP="006136AF">
            <w:pPr>
              <w:spacing w:line="240" w:lineRule="auto"/>
              <w:rPr>
                <w:sz w:val="22"/>
                <w:highlight w:val="yellow"/>
                <w:lang w:val="ru-RU"/>
              </w:rPr>
            </w:pPr>
            <w:r w:rsidRPr="006136AF">
              <w:rPr>
                <w:sz w:val="22"/>
                <w:lang w:val="ru-RU"/>
              </w:rPr>
              <w:t>Зач. вопрос 2.2</w:t>
            </w:r>
          </w:p>
        </w:tc>
      </w:tr>
      <w:tr w:rsidR="006136AF" w:rsidRPr="006136AF" w:rsidTr="003E175B">
        <w:trPr>
          <w:trHeight w:val="480"/>
        </w:trPr>
        <w:tc>
          <w:tcPr>
            <w:tcW w:w="954" w:type="dxa"/>
            <w:vMerge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rPr>
                <w:i/>
                <w:sz w:val="22"/>
                <w:lang w:val="ru-RU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jc w:val="both"/>
              <w:rPr>
                <w:sz w:val="22"/>
                <w:lang w:val="ru-RU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ind w:left="-142"/>
              <w:jc w:val="both"/>
              <w:rPr>
                <w:color w:val="000000"/>
                <w:sz w:val="22"/>
                <w:lang w:val="ru-RU"/>
              </w:rPr>
            </w:pPr>
          </w:p>
        </w:tc>
        <w:tc>
          <w:tcPr>
            <w:tcW w:w="3684" w:type="dxa"/>
            <w:shd w:val="clear" w:color="auto" w:fill="auto"/>
            <w:vAlign w:val="center"/>
          </w:tcPr>
          <w:p w:rsidR="006136AF" w:rsidRPr="009416CB" w:rsidRDefault="006136AF" w:rsidP="006136AF">
            <w:pPr>
              <w:spacing w:line="240" w:lineRule="auto"/>
              <w:rPr>
                <w:sz w:val="22"/>
              </w:rPr>
            </w:pPr>
            <w:r w:rsidRPr="006136AF">
              <w:rPr>
                <w:sz w:val="22"/>
                <w:lang w:val="ru-RU"/>
              </w:rPr>
              <w:t xml:space="preserve">2.7. Изображение резьбовых соединений. Соединение болтовое. </w:t>
            </w:r>
            <w:r w:rsidRPr="00E24439">
              <w:rPr>
                <w:sz w:val="22"/>
              </w:rPr>
              <w:t xml:space="preserve">Сборочный чертеж.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36AF" w:rsidRPr="00A8002F" w:rsidRDefault="006136AF" w:rsidP="006136AF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ТК, ПА</w:t>
            </w:r>
          </w:p>
          <w:p w:rsidR="006136AF" w:rsidRPr="00A8002F" w:rsidRDefault="006136AF" w:rsidP="006136AF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sz w:val="22"/>
              </w:rPr>
            </w:pPr>
          </w:p>
        </w:tc>
        <w:tc>
          <w:tcPr>
            <w:tcW w:w="1628" w:type="dxa"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ПЗ № 11</w:t>
            </w:r>
          </w:p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 xml:space="preserve">Работа </w:t>
            </w:r>
            <w:proofErr w:type="gramStart"/>
            <w:r w:rsidRPr="006136AF">
              <w:rPr>
                <w:sz w:val="22"/>
                <w:lang w:val="ru-RU"/>
              </w:rPr>
              <w:t>в мал группах</w:t>
            </w:r>
            <w:proofErr w:type="gramEnd"/>
          </w:p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Зач. вопрос 2.3</w:t>
            </w:r>
          </w:p>
        </w:tc>
      </w:tr>
      <w:tr w:rsidR="006136AF" w:rsidRPr="006136AF" w:rsidTr="003E175B">
        <w:trPr>
          <w:trHeight w:val="571"/>
        </w:trPr>
        <w:tc>
          <w:tcPr>
            <w:tcW w:w="954" w:type="dxa"/>
            <w:vMerge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rPr>
                <w:i/>
                <w:sz w:val="22"/>
                <w:lang w:val="ru-RU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jc w:val="both"/>
              <w:rPr>
                <w:sz w:val="22"/>
                <w:lang w:val="ru-RU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ind w:left="-142"/>
              <w:jc w:val="both"/>
              <w:rPr>
                <w:color w:val="000000"/>
                <w:sz w:val="22"/>
                <w:lang w:val="ru-RU"/>
              </w:rPr>
            </w:pPr>
          </w:p>
        </w:tc>
        <w:tc>
          <w:tcPr>
            <w:tcW w:w="3684" w:type="dxa"/>
            <w:shd w:val="clear" w:color="auto" w:fill="auto"/>
            <w:vAlign w:val="center"/>
          </w:tcPr>
          <w:p w:rsidR="006136AF" w:rsidRPr="009416CB" w:rsidRDefault="006136AF" w:rsidP="006136AF">
            <w:pPr>
              <w:spacing w:line="240" w:lineRule="auto"/>
              <w:rPr>
                <w:sz w:val="22"/>
              </w:rPr>
            </w:pPr>
            <w:r w:rsidRPr="006136AF">
              <w:rPr>
                <w:sz w:val="22"/>
                <w:lang w:val="ru-RU"/>
              </w:rPr>
              <w:t xml:space="preserve">2.8. Упрощения на сборочном чертеже. Позиционные номера. </w:t>
            </w:r>
            <w:r w:rsidRPr="00E24439">
              <w:rPr>
                <w:sz w:val="22"/>
              </w:rPr>
              <w:t>Спецификация (ГОСТ 2.108- 78).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36AF" w:rsidRPr="00A8002F" w:rsidRDefault="006136AF" w:rsidP="006136AF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ТК, ПА</w:t>
            </w:r>
          </w:p>
        </w:tc>
        <w:tc>
          <w:tcPr>
            <w:tcW w:w="1628" w:type="dxa"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ПЗ № 12</w:t>
            </w:r>
          </w:p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 xml:space="preserve">Работа </w:t>
            </w:r>
            <w:proofErr w:type="gramStart"/>
            <w:r w:rsidRPr="006136AF">
              <w:rPr>
                <w:sz w:val="22"/>
                <w:lang w:val="ru-RU"/>
              </w:rPr>
              <w:t>в мал группах</w:t>
            </w:r>
            <w:proofErr w:type="gramEnd"/>
          </w:p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Зач. вопрос 2.4</w:t>
            </w:r>
          </w:p>
        </w:tc>
      </w:tr>
      <w:tr w:rsidR="006136AF" w:rsidRPr="00A8002F" w:rsidTr="003E175B">
        <w:trPr>
          <w:trHeight w:val="570"/>
        </w:trPr>
        <w:tc>
          <w:tcPr>
            <w:tcW w:w="954" w:type="dxa"/>
            <w:vMerge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rPr>
                <w:i/>
                <w:sz w:val="22"/>
                <w:lang w:val="ru-RU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jc w:val="both"/>
              <w:rPr>
                <w:sz w:val="22"/>
                <w:lang w:val="ru-RU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ind w:left="-142"/>
              <w:jc w:val="both"/>
              <w:rPr>
                <w:color w:val="000000"/>
                <w:sz w:val="22"/>
                <w:lang w:val="ru-RU"/>
              </w:rPr>
            </w:pPr>
          </w:p>
        </w:tc>
        <w:tc>
          <w:tcPr>
            <w:tcW w:w="3684" w:type="dxa"/>
            <w:shd w:val="clear" w:color="auto" w:fill="auto"/>
            <w:vAlign w:val="center"/>
          </w:tcPr>
          <w:p w:rsidR="006136AF" w:rsidRPr="009416CB" w:rsidRDefault="006136AF" w:rsidP="006136AF">
            <w:pPr>
              <w:spacing w:line="240" w:lineRule="auto"/>
              <w:rPr>
                <w:sz w:val="22"/>
              </w:rPr>
            </w:pPr>
            <w:r w:rsidRPr="006136AF">
              <w:rPr>
                <w:sz w:val="22"/>
                <w:lang w:val="ru-RU"/>
              </w:rPr>
              <w:t xml:space="preserve">2.9. Эскизирование. Требование к чертежу. Порядок выполнения эскиза. </w:t>
            </w:r>
            <w:r w:rsidRPr="0079139D">
              <w:rPr>
                <w:sz w:val="22"/>
              </w:rPr>
              <w:t xml:space="preserve">Общие правила простановки размеров.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36AF" w:rsidRDefault="006136AF" w:rsidP="006136AF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ТК, ПА</w:t>
            </w:r>
          </w:p>
        </w:tc>
        <w:tc>
          <w:tcPr>
            <w:tcW w:w="1628" w:type="dxa"/>
            <w:shd w:val="clear" w:color="auto" w:fill="auto"/>
          </w:tcPr>
          <w:p w:rsidR="006136AF" w:rsidRPr="00FB0C82" w:rsidRDefault="006136AF" w:rsidP="006136AF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ПЗ № 13</w:t>
            </w:r>
            <w:r w:rsidRPr="00FB0C82">
              <w:rPr>
                <w:sz w:val="22"/>
              </w:rPr>
              <w:t xml:space="preserve"> </w:t>
            </w:r>
          </w:p>
          <w:p w:rsidR="006136AF" w:rsidRPr="00FB0C82" w:rsidRDefault="006136AF" w:rsidP="006136AF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Зач. вопрос 2.5</w:t>
            </w:r>
          </w:p>
        </w:tc>
      </w:tr>
      <w:tr w:rsidR="006136AF" w:rsidRPr="00A8002F" w:rsidTr="003E175B">
        <w:trPr>
          <w:trHeight w:val="480"/>
        </w:trPr>
        <w:tc>
          <w:tcPr>
            <w:tcW w:w="954" w:type="dxa"/>
            <w:vMerge/>
            <w:shd w:val="clear" w:color="auto" w:fill="auto"/>
          </w:tcPr>
          <w:p w:rsidR="006136AF" w:rsidRPr="00A8002F" w:rsidRDefault="006136AF" w:rsidP="006136AF">
            <w:pPr>
              <w:spacing w:line="240" w:lineRule="auto"/>
              <w:rPr>
                <w:i/>
                <w:sz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6136AF" w:rsidRPr="00A8002F" w:rsidRDefault="006136AF" w:rsidP="006136AF">
            <w:pPr>
              <w:spacing w:line="240" w:lineRule="auto"/>
              <w:jc w:val="both"/>
              <w:rPr>
                <w:sz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:rsidR="006136AF" w:rsidRDefault="006136AF" w:rsidP="006136AF">
            <w:pPr>
              <w:spacing w:line="240" w:lineRule="auto"/>
              <w:ind w:left="-142"/>
              <w:jc w:val="both"/>
              <w:rPr>
                <w:color w:val="000000"/>
                <w:sz w:val="22"/>
              </w:rPr>
            </w:pPr>
          </w:p>
        </w:tc>
        <w:tc>
          <w:tcPr>
            <w:tcW w:w="3684" w:type="dxa"/>
            <w:shd w:val="clear" w:color="auto" w:fill="auto"/>
            <w:vAlign w:val="center"/>
          </w:tcPr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2.11. Выполнение эскизов деталей типа втулка, гайка, фланец.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36AF" w:rsidRPr="00A8002F" w:rsidRDefault="006136AF" w:rsidP="006136AF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ТК, ПА</w:t>
            </w:r>
          </w:p>
        </w:tc>
        <w:tc>
          <w:tcPr>
            <w:tcW w:w="1628" w:type="dxa"/>
            <w:shd w:val="clear" w:color="auto" w:fill="auto"/>
          </w:tcPr>
          <w:p w:rsidR="006136AF" w:rsidRPr="00FB0C82" w:rsidRDefault="006136AF" w:rsidP="006136AF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ПЗ № 14</w:t>
            </w:r>
          </w:p>
          <w:p w:rsidR="006136AF" w:rsidRPr="00037538" w:rsidRDefault="006136AF" w:rsidP="006136AF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Зач. вопрос 2.6</w:t>
            </w:r>
          </w:p>
        </w:tc>
      </w:tr>
      <w:tr w:rsidR="006136AF" w:rsidRPr="006136AF" w:rsidTr="003E175B">
        <w:trPr>
          <w:trHeight w:val="480"/>
        </w:trPr>
        <w:tc>
          <w:tcPr>
            <w:tcW w:w="954" w:type="dxa"/>
            <w:vMerge/>
            <w:shd w:val="clear" w:color="auto" w:fill="auto"/>
          </w:tcPr>
          <w:p w:rsidR="006136AF" w:rsidRPr="00A8002F" w:rsidRDefault="006136AF" w:rsidP="006136AF">
            <w:pPr>
              <w:spacing w:line="240" w:lineRule="auto"/>
              <w:rPr>
                <w:i/>
                <w:sz w:val="22"/>
              </w:rPr>
            </w:pPr>
          </w:p>
        </w:tc>
        <w:tc>
          <w:tcPr>
            <w:tcW w:w="1173" w:type="dxa"/>
            <w:vMerge w:val="restart"/>
            <w:shd w:val="clear" w:color="auto" w:fill="auto"/>
          </w:tcPr>
          <w:p w:rsidR="006136AF" w:rsidRPr="00573160" w:rsidRDefault="006136AF" w:rsidP="006136AF">
            <w:pPr>
              <w:spacing w:line="240" w:lineRule="auto"/>
              <w:rPr>
                <w:sz w:val="22"/>
              </w:rPr>
            </w:pPr>
            <w:r w:rsidRPr="00573160">
              <w:rPr>
                <w:sz w:val="22"/>
              </w:rPr>
              <w:t>ОПК-4.1.</w:t>
            </w:r>
          </w:p>
          <w:p w:rsidR="006136AF" w:rsidRPr="00A8002F" w:rsidRDefault="006136AF" w:rsidP="006136AF">
            <w:pPr>
              <w:spacing w:line="240" w:lineRule="auto"/>
              <w:jc w:val="both"/>
              <w:rPr>
                <w:sz w:val="22"/>
              </w:rPr>
            </w:pPr>
          </w:p>
        </w:tc>
        <w:tc>
          <w:tcPr>
            <w:tcW w:w="1135" w:type="dxa"/>
            <w:vMerge w:val="restart"/>
            <w:shd w:val="clear" w:color="auto" w:fill="auto"/>
          </w:tcPr>
          <w:p w:rsidR="006136AF" w:rsidRPr="00A8002F" w:rsidRDefault="006136AF" w:rsidP="006136AF">
            <w:pPr>
              <w:spacing w:line="240" w:lineRule="auto"/>
              <w:ind w:left="-63" w:right="100"/>
              <w:rPr>
                <w:color w:val="000000"/>
                <w:sz w:val="22"/>
              </w:rPr>
            </w:pPr>
            <w:r w:rsidRPr="007C7BA7">
              <w:rPr>
                <w:b/>
                <w:color w:val="000000"/>
                <w:sz w:val="22"/>
              </w:rPr>
              <w:t>2</w:t>
            </w:r>
            <w:r>
              <w:rPr>
                <w:color w:val="000000"/>
                <w:sz w:val="22"/>
              </w:rPr>
              <w:t>. Инженерная графика</w:t>
            </w:r>
          </w:p>
          <w:p w:rsidR="006136AF" w:rsidRDefault="006136AF" w:rsidP="006136AF">
            <w:pPr>
              <w:spacing w:line="240" w:lineRule="auto"/>
              <w:ind w:left="-142"/>
              <w:jc w:val="both"/>
              <w:rPr>
                <w:color w:val="000000"/>
                <w:sz w:val="22"/>
              </w:rPr>
            </w:pPr>
          </w:p>
        </w:tc>
        <w:tc>
          <w:tcPr>
            <w:tcW w:w="3684" w:type="dxa"/>
            <w:shd w:val="clear" w:color="auto" w:fill="auto"/>
            <w:vAlign w:val="center"/>
          </w:tcPr>
          <w:p w:rsidR="006136AF" w:rsidRPr="009416CB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 w:val="22"/>
              </w:rPr>
            </w:pPr>
            <w:r>
              <w:rPr>
                <w:sz w:val="22"/>
              </w:rPr>
              <w:t>2.13</w:t>
            </w:r>
            <w:r w:rsidRPr="009416CB">
              <w:rPr>
                <w:sz w:val="22"/>
              </w:rPr>
              <w:t>. Соединения разъемные</w:t>
            </w:r>
          </w:p>
          <w:p w:rsidR="006136AF" w:rsidRPr="009416CB" w:rsidRDefault="006136AF" w:rsidP="006136AF">
            <w:pPr>
              <w:spacing w:line="240" w:lineRule="auto"/>
              <w:rPr>
                <w:sz w:val="22"/>
              </w:rPr>
            </w:pPr>
            <w:r w:rsidRPr="009416CB">
              <w:rPr>
                <w:sz w:val="22"/>
              </w:rPr>
              <w:t>шпоночные</w:t>
            </w:r>
          </w:p>
          <w:p w:rsidR="006136AF" w:rsidRPr="009416CB" w:rsidRDefault="006136AF" w:rsidP="006136AF">
            <w:pPr>
              <w:spacing w:line="240" w:lineRule="auto"/>
              <w:rPr>
                <w:sz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136AF" w:rsidRDefault="006136AF" w:rsidP="006136AF">
            <w:pPr>
              <w:spacing w:line="240" w:lineRule="auto"/>
              <w:jc w:val="center"/>
            </w:pPr>
            <w:r w:rsidRPr="00697E85">
              <w:rPr>
                <w:sz w:val="22"/>
              </w:rPr>
              <w:t>ТК, ПА</w:t>
            </w:r>
          </w:p>
        </w:tc>
        <w:tc>
          <w:tcPr>
            <w:tcW w:w="1628" w:type="dxa"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ПЗ № 15</w:t>
            </w:r>
          </w:p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Зач. вопрос 2.7</w:t>
            </w:r>
          </w:p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 xml:space="preserve">Работа </w:t>
            </w:r>
            <w:proofErr w:type="gramStart"/>
            <w:r w:rsidRPr="006136AF">
              <w:rPr>
                <w:sz w:val="22"/>
                <w:lang w:val="ru-RU"/>
              </w:rPr>
              <w:t>в мал группах</w:t>
            </w:r>
            <w:proofErr w:type="gramEnd"/>
          </w:p>
        </w:tc>
      </w:tr>
      <w:tr w:rsidR="006136AF" w:rsidRPr="006136AF" w:rsidTr="003E175B">
        <w:trPr>
          <w:trHeight w:val="480"/>
        </w:trPr>
        <w:tc>
          <w:tcPr>
            <w:tcW w:w="954" w:type="dxa"/>
            <w:vMerge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rPr>
                <w:i/>
                <w:sz w:val="22"/>
                <w:lang w:val="ru-RU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jc w:val="both"/>
              <w:rPr>
                <w:sz w:val="22"/>
                <w:lang w:val="ru-RU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ind w:left="-142"/>
              <w:jc w:val="both"/>
              <w:rPr>
                <w:color w:val="000000"/>
                <w:sz w:val="22"/>
                <w:lang w:val="ru-RU"/>
              </w:rPr>
            </w:pPr>
          </w:p>
        </w:tc>
        <w:tc>
          <w:tcPr>
            <w:tcW w:w="3684" w:type="dxa"/>
            <w:shd w:val="clear" w:color="auto" w:fill="auto"/>
            <w:vAlign w:val="center"/>
          </w:tcPr>
          <w:p w:rsidR="006136AF" w:rsidRPr="009416CB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 w:val="22"/>
              </w:rPr>
            </w:pPr>
            <w:r>
              <w:rPr>
                <w:sz w:val="22"/>
              </w:rPr>
              <w:t>2.15</w:t>
            </w:r>
            <w:r w:rsidRPr="009416CB">
              <w:rPr>
                <w:sz w:val="22"/>
              </w:rPr>
              <w:t>. Соединения разъемные</w:t>
            </w:r>
          </w:p>
          <w:p w:rsidR="006136AF" w:rsidRPr="009416CB" w:rsidRDefault="006136AF" w:rsidP="006136AF">
            <w:pPr>
              <w:spacing w:line="240" w:lineRule="auto"/>
              <w:rPr>
                <w:sz w:val="22"/>
              </w:rPr>
            </w:pPr>
            <w:r w:rsidRPr="009416CB">
              <w:rPr>
                <w:sz w:val="22"/>
              </w:rPr>
              <w:t>шлицевые</w:t>
            </w:r>
          </w:p>
          <w:p w:rsidR="006136AF" w:rsidRPr="009416CB" w:rsidRDefault="006136AF" w:rsidP="006136AF">
            <w:pPr>
              <w:spacing w:line="240" w:lineRule="auto"/>
              <w:rPr>
                <w:sz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136AF" w:rsidRDefault="006136AF" w:rsidP="006136AF">
            <w:pPr>
              <w:spacing w:line="240" w:lineRule="auto"/>
              <w:jc w:val="center"/>
            </w:pPr>
            <w:r w:rsidRPr="00697E85">
              <w:rPr>
                <w:sz w:val="22"/>
              </w:rPr>
              <w:t>ТК, ПА</w:t>
            </w:r>
          </w:p>
        </w:tc>
        <w:tc>
          <w:tcPr>
            <w:tcW w:w="1628" w:type="dxa"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ПЗ № 16</w:t>
            </w:r>
          </w:p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Зач. вопрос 2.8</w:t>
            </w:r>
          </w:p>
          <w:p w:rsidR="006136AF" w:rsidRPr="006136AF" w:rsidRDefault="006136AF" w:rsidP="006136AF">
            <w:pPr>
              <w:spacing w:line="240" w:lineRule="auto"/>
              <w:rPr>
                <w:sz w:val="22"/>
                <w:highlight w:val="yellow"/>
                <w:lang w:val="ru-RU"/>
              </w:rPr>
            </w:pPr>
            <w:r w:rsidRPr="006136AF">
              <w:rPr>
                <w:sz w:val="22"/>
                <w:lang w:val="ru-RU"/>
              </w:rPr>
              <w:t xml:space="preserve">Работа </w:t>
            </w:r>
            <w:proofErr w:type="gramStart"/>
            <w:r w:rsidRPr="006136AF">
              <w:rPr>
                <w:sz w:val="22"/>
                <w:lang w:val="ru-RU"/>
              </w:rPr>
              <w:t>в мал группах</w:t>
            </w:r>
            <w:proofErr w:type="gramEnd"/>
          </w:p>
        </w:tc>
      </w:tr>
      <w:tr w:rsidR="006136AF" w:rsidRPr="00A8002F" w:rsidTr="003E175B">
        <w:trPr>
          <w:trHeight w:val="480"/>
        </w:trPr>
        <w:tc>
          <w:tcPr>
            <w:tcW w:w="954" w:type="dxa"/>
            <w:vMerge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rPr>
                <w:i/>
                <w:sz w:val="22"/>
                <w:lang w:val="ru-RU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jc w:val="both"/>
              <w:rPr>
                <w:sz w:val="22"/>
                <w:lang w:val="ru-RU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ind w:left="-142"/>
              <w:jc w:val="both"/>
              <w:rPr>
                <w:color w:val="000000"/>
                <w:sz w:val="22"/>
                <w:lang w:val="ru-RU"/>
              </w:rPr>
            </w:pPr>
          </w:p>
        </w:tc>
        <w:tc>
          <w:tcPr>
            <w:tcW w:w="3684" w:type="dxa"/>
            <w:shd w:val="clear" w:color="auto" w:fill="auto"/>
            <w:vAlign w:val="center"/>
          </w:tcPr>
          <w:p w:rsidR="006136AF" w:rsidRPr="009416CB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 w:val="22"/>
              </w:rPr>
            </w:pPr>
            <w:r>
              <w:rPr>
                <w:sz w:val="22"/>
              </w:rPr>
              <w:t>2.17</w:t>
            </w:r>
            <w:r w:rsidRPr="009416CB">
              <w:rPr>
                <w:sz w:val="22"/>
              </w:rPr>
              <w:t>. Соединения разъемные.</w:t>
            </w:r>
          </w:p>
          <w:p w:rsidR="006136AF" w:rsidRPr="009416CB" w:rsidRDefault="006136AF" w:rsidP="006136AF">
            <w:pPr>
              <w:spacing w:line="240" w:lineRule="auto"/>
              <w:rPr>
                <w:sz w:val="22"/>
              </w:rPr>
            </w:pPr>
            <w:r w:rsidRPr="009416CB">
              <w:rPr>
                <w:sz w:val="22"/>
              </w:rPr>
              <w:t>Зубчатые передачи</w:t>
            </w:r>
          </w:p>
          <w:p w:rsidR="006136AF" w:rsidRPr="009416CB" w:rsidRDefault="006136AF" w:rsidP="006136AF">
            <w:pPr>
              <w:spacing w:line="240" w:lineRule="auto"/>
              <w:rPr>
                <w:sz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136AF" w:rsidRDefault="006136AF" w:rsidP="006136AF">
            <w:pPr>
              <w:spacing w:line="240" w:lineRule="auto"/>
              <w:jc w:val="center"/>
            </w:pPr>
            <w:r w:rsidRPr="00697E85">
              <w:rPr>
                <w:sz w:val="22"/>
              </w:rPr>
              <w:t>ТК, ПА</w:t>
            </w:r>
          </w:p>
        </w:tc>
        <w:tc>
          <w:tcPr>
            <w:tcW w:w="1628" w:type="dxa"/>
            <w:shd w:val="clear" w:color="auto" w:fill="auto"/>
            <w:vAlign w:val="center"/>
          </w:tcPr>
          <w:p w:rsidR="006136AF" w:rsidRPr="00FB0C82" w:rsidRDefault="006136AF" w:rsidP="006136AF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ПЗ № 17</w:t>
            </w:r>
          </w:p>
          <w:p w:rsidR="006136AF" w:rsidRPr="00EA52FA" w:rsidRDefault="006136AF" w:rsidP="006136AF">
            <w:pPr>
              <w:spacing w:line="240" w:lineRule="auto"/>
              <w:rPr>
                <w:sz w:val="22"/>
                <w:highlight w:val="yellow"/>
              </w:rPr>
            </w:pPr>
            <w:r>
              <w:rPr>
                <w:sz w:val="22"/>
              </w:rPr>
              <w:t xml:space="preserve">Зач. вопрос 2.9 </w:t>
            </w:r>
          </w:p>
        </w:tc>
      </w:tr>
      <w:tr w:rsidR="006136AF" w:rsidRPr="00A8002F" w:rsidTr="003E175B">
        <w:trPr>
          <w:trHeight w:val="480"/>
        </w:trPr>
        <w:tc>
          <w:tcPr>
            <w:tcW w:w="954" w:type="dxa"/>
            <w:vMerge/>
            <w:shd w:val="clear" w:color="auto" w:fill="auto"/>
          </w:tcPr>
          <w:p w:rsidR="006136AF" w:rsidRPr="00A8002F" w:rsidRDefault="006136AF" w:rsidP="006136AF">
            <w:pPr>
              <w:spacing w:line="240" w:lineRule="auto"/>
              <w:rPr>
                <w:i/>
                <w:sz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6136AF" w:rsidRPr="00A8002F" w:rsidRDefault="006136AF" w:rsidP="006136AF">
            <w:pPr>
              <w:spacing w:line="240" w:lineRule="auto"/>
              <w:jc w:val="both"/>
              <w:rPr>
                <w:sz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:rsidR="006136AF" w:rsidRDefault="006136AF" w:rsidP="006136AF">
            <w:pPr>
              <w:spacing w:line="240" w:lineRule="auto"/>
              <w:ind w:left="-142"/>
              <w:jc w:val="both"/>
              <w:rPr>
                <w:color w:val="000000"/>
                <w:sz w:val="22"/>
              </w:rPr>
            </w:pPr>
          </w:p>
        </w:tc>
        <w:tc>
          <w:tcPr>
            <w:tcW w:w="3684" w:type="dxa"/>
            <w:shd w:val="clear" w:color="auto" w:fill="auto"/>
            <w:vAlign w:val="center"/>
          </w:tcPr>
          <w:p w:rsidR="006136AF" w:rsidRPr="009416CB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 w:val="22"/>
              </w:rPr>
            </w:pPr>
            <w:r>
              <w:rPr>
                <w:sz w:val="22"/>
              </w:rPr>
              <w:t>2.19</w:t>
            </w:r>
            <w:r w:rsidRPr="009416CB">
              <w:rPr>
                <w:sz w:val="22"/>
              </w:rPr>
              <w:t>. Соединения неразъемные</w:t>
            </w:r>
          </w:p>
          <w:p w:rsidR="006136AF" w:rsidRPr="009416CB" w:rsidRDefault="006136AF" w:rsidP="006136AF">
            <w:pPr>
              <w:spacing w:line="240" w:lineRule="auto"/>
              <w:rPr>
                <w:sz w:val="22"/>
              </w:rPr>
            </w:pPr>
            <w:r w:rsidRPr="009416CB">
              <w:rPr>
                <w:sz w:val="22"/>
              </w:rPr>
              <w:t>сварные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36AF" w:rsidRDefault="006136AF" w:rsidP="006136AF">
            <w:pPr>
              <w:spacing w:line="240" w:lineRule="auto"/>
              <w:jc w:val="center"/>
            </w:pPr>
            <w:r w:rsidRPr="00697E85">
              <w:rPr>
                <w:sz w:val="22"/>
              </w:rPr>
              <w:t>ТК, ПА</w:t>
            </w:r>
          </w:p>
        </w:tc>
        <w:tc>
          <w:tcPr>
            <w:tcW w:w="1628" w:type="dxa"/>
            <w:shd w:val="clear" w:color="auto" w:fill="auto"/>
            <w:vAlign w:val="center"/>
          </w:tcPr>
          <w:p w:rsidR="006136AF" w:rsidRPr="00FB0C82" w:rsidRDefault="006136AF" w:rsidP="006136AF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ПЗ № 18</w:t>
            </w:r>
          </w:p>
          <w:p w:rsidR="006136AF" w:rsidRPr="00EA52FA" w:rsidRDefault="006136AF" w:rsidP="006136AF">
            <w:pPr>
              <w:spacing w:line="240" w:lineRule="auto"/>
              <w:rPr>
                <w:sz w:val="22"/>
                <w:highlight w:val="yellow"/>
              </w:rPr>
            </w:pPr>
            <w:r>
              <w:rPr>
                <w:sz w:val="22"/>
              </w:rPr>
              <w:t>Зач. вопрос 2.10</w:t>
            </w:r>
          </w:p>
        </w:tc>
      </w:tr>
      <w:tr w:rsidR="006136AF" w:rsidRPr="00A8002F" w:rsidTr="003E175B">
        <w:trPr>
          <w:trHeight w:val="480"/>
        </w:trPr>
        <w:tc>
          <w:tcPr>
            <w:tcW w:w="954" w:type="dxa"/>
            <w:vMerge w:val="restart"/>
            <w:shd w:val="clear" w:color="auto" w:fill="auto"/>
          </w:tcPr>
          <w:p w:rsidR="006136AF" w:rsidRPr="00A8002F" w:rsidRDefault="006136AF" w:rsidP="006136AF">
            <w:pPr>
              <w:spacing w:line="240" w:lineRule="auto"/>
              <w:rPr>
                <w:i/>
                <w:sz w:val="22"/>
              </w:rPr>
            </w:pPr>
          </w:p>
        </w:tc>
        <w:tc>
          <w:tcPr>
            <w:tcW w:w="1173" w:type="dxa"/>
            <w:vMerge w:val="restart"/>
            <w:shd w:val="clear" w:color="auto" w:fill="auto"/>
          </w:tcPr>
          <w:p w:rsidR="006136AF" w:rsidRPr="00A8002F" w:rsidRDefault="006136AF" w:rsidP="006136AF">
            <w:pPr>
              <w:spacing w:line="240" w:lineRule="auto"/>
              <w:jc w:val="both"/>
              <w:rPr>
                <w:sz w:val="22"/>
              </w:rPr>
            </w:pPr>
          </w:p>
        </w:tc>
        <w:tc>
          <w:tcPr>
            <w:tcW w:w="1135" w:type="dxa"/>
            <w:vMerge w:val="restart"/>
            <w:shd w:val="clear" w:color="auto" w:fill="auto"/>
          </w:tcPr>
          <w:p w:rsidR="006136AF" w:rsidRDefault="006136AF" w:rsidP="006136AF">
            <w:pPr>
              <w:spacing w:line="240" w:lineRule="auto"/>
              <w:ind w:left="-63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</w:t>
            </w:r>
            <w:r w:rsidRPr="00C35BBC">
              <w:rPr>
                <w:b/>
                <w:color w:val="000000"/>
                <w:sz w:val="22"/>
              </w:rPr>
              <w:t>3</w:t>
            </w:r>
            <w:r>
              <w:rPr>
                <w:color w:val="000000"/>
                <w:sz w:val="22"/>
              </w:rPr>
              <w:t>. Машиннная графика</w:t>
            </w:r>
          </w:p>
        </w:tc>
        <w:tc>
          <w:tcPr>
            <w:tcW w:w="3684" w:type="dxa"/>
            <w:shd w:val="clear" w:color="auto" w:fill="auto"/>
            <w:vAlign w:val="center"/>
          </w:tcPr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lang w:val="ru-RU"/>
              </w:rPr>
            </w:pPr>
            <w:r w:rsidRPr="006136AF">
              <w:rPr>
                <w:lang w:val="ru-RU"/>
              </w:rPr>
              <w:t>3.1. Электронная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lang w:val="ru-RU"/>
              </w:rPr>
            </w:pPr>
            <w:r w:rsidRPr="006136AF">
              <w:rPr>
                <w:lang w:val="ru-RU"/>
              </w:rPr>
              <w:t>конструкторская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lang w:val="ru-RU"/>
              </w:rPr>
            </w:pPr>
            <w:r w:rsidRPr="006136AF">
              <w:rPr>
                <w:lang w:val="ru-RU"/>
              </w:rPr>
              <w:t>документация. Виды и</w:t>
            </w:r>
          </w:p>
          <w:p w:rsidR="006136AF" w:rsidRDefault="006136AF" w:rsidP="006136AF">
            <w:pPr>
              <w:autoSpaceDE w:val="0"/>
              <w:autoSpaceDN w:val="0"/>
              <w:adjustRightInd w:val="0"/>
              <w:spacing w:line="240" w:lineRule="auto"/>
            </w:pPr>
            <w:r w:rsidRPr="006136AF">
              <w:rPr>
                <w:lang w:val="ru-RU"/>
              </w:rPr>
              <w:t xml:space="preserve">комплектность. </w:t>
            </w:r>
            <w:r>
              <w:t>Общие</w:t>
            </w:r>
          </w:p>
          <w:p w:rsidR="006136AF" w:rsidRPr="009416CB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 w:val="22"/>
              </w:rPr>
            </w:pPr>
            <w:proofErr w:type="gramStart"/>
            <w:r>
              <w:t>сведения</w:t>
            </w:r>
            <w:proofErr w:type="gramEnd"/>
            <w: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36AF" w:rsidRDefault="006136AF" w:rsidP="006136AF">
            <w:pPr>
              <w:spacing w:line="240" w:lineRule="auto"/>
              <w:jc w:val="center"/>
            </w:pPr>
            <w:r w:rsidRPr="00DC4493">
              <w:rPr>
                <w:sz w:val="22"/>
              </w:rPr>
              <w:t>ТК, ПА</w:t>
            </w:r>
          </w:p>
        </w:tc>
        <w:tc>
          <w:tcPr>
            <w:tcW w:w="1628" w:type="dxa"/>
            <w:shd w:val="clear" w:color="auto" w:fill="auto"/>
            <w:vAlign w:val="center"/>
          </w:tcPr>
          <w:p w:rsidR="006136AF" w:rsidRPr="00FB0C82" w:rsidRDefault="006136AF" w:rsidP="006136AF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ПЗ № 19</w:t>
            </w:r>
          </w:p>
          <w:p w:rsidR="006136AF" w:rsidRPr="00EA52FA" w:rsidRDefault="006136AF" w:rsidP="006136AF">
            <w:pPr>
              <w:spacing w:line="240" w:lineRule="auto"/>
              <w:rPr>
                <w:sz w:val="22"/>
                <w:highlight w:val="yellow"/>
              </w:rPr>
            </w:pPr>
            <w:r>
              <w:rPr>
                <w:sz w:val="22"/>
              </w:rPr>
              <w:t>Зач. вопрос 3.1</w:t>
            </w:r>
          </w:p>
        </w:tc>
      </w:tr>
      <w:tr w:rsidR="006136AF" w:rsidRPr="00A8002F" w:rsidTr="003E175B">
        <w:trPr>
          <w:trHeight w:val="480"/>
        </w:trPr>
        <w:tc>
          <w:tcPr>
            <w:tcW w:w="954" w:type="dxa"/>
            <w:vMerge/>
            <w:shd w:val="clear" w:color="auto" w:fill="auto"/>
          </w:tcPr>
          <w:p w:rsidR="006136AF" w:rsidRPr="00573160" w:rsidRDefault="006136AF" w:rsidP="006136AF">
            <w:pPr>
              <w:spacing w:line="240" w:lineRule="auto"/>
              <w:rPr>
                <w:sz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6136AF" w:rsidRDefault="006136AF" w:rsidP="006136AF">
            <w:pPr>
              <w:spacing w:line="240" w:lineRule="auto"/>
              <w:rPr>
                <w:sz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:rsidR="006136AF" w:rsidRDefault="006136AF" w:rsidP="006136AF">
            <w:pPr>
              <w:spacing w:line="240" w:lineRule="auto"/>
              <w:ind w:left="-142"/>
              <w:jc w:val="both"/>
              <w:rPr>
                <w:color w:val="000000"/>
                <w:sz w:val="22"/>
              </w:rPr>
            </w:pPr>
          </w:p>
        </w:tc>
        <w:tc>
          <w:tcPr>
            <w:tcW w:w="3684" w:type="dxa"/>
            <w:shd w:val="clear" w:color="auto" w:fill="auto"/>
            <w:vAlign w:val="center"/>
          </w:tcPr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lang w:val="ru-RU"/>
              </w:rPr>
            </w:pPr>
            <w:r w:rsidRPr="006136AF">
              <w:rPr>
                <w:lang w:val="ru-RU"/>
              </w:rPr>
              <w:t>3.3. Электронная модель и</w:t>
            </w:r>
          </w:p>
          <w:p w:rsidR="006136AF" w:rsidRDefault="006136AF" w:rsidP="006136AF">
            <w:pPr>
              <w:autoSpaceDE w:val="0"/>
              <w:autoSpaceDN w:val="0"/>
              <w:adjustRightInd w:val="0"/>
              <w:spacing w:line="240" w:lineRule="auto"/>
            </w:pPr>
            <w:r w:rsidRPr="006136AF">
              <w:rPr>
                <w:lang w:val="ru-RU"/>
              </w:rPr>
              <w:t xml:space="preserve">чертеж детали. </w:t>
            </w:r>
            <w:r>
              <w:t>Общие</w:t>
            </w:r>
          </w:p>
          <w:p w:rsidR="006136AF" w:rsidRPr="009416CB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 w:val="22"/>
              </w:rPr>
            </w:pPr>
            <w:r>
              <w:t>сведения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36AF" w:rsidRDefault="006136AF" w:rsidP="006136AF">
            <w:pPr>
              <w:spacing w:line="240" w:lineRule="auto"/>
              <w:jc w:val="center"/>
            </w:pPr>
            <w:r w:rsidRPr="00DC4493">
              <w:rPr>
                <w:sz w:val="22"/>
              </w:rPr>
              <w:t>ТК, ПА</w:t>
            </w:r>
          </w:p>
        </w:tc>
        <w:tc>
          <w:tcPr>
            <w:tcW w:w="1628" w:type="dxa"/>
            <w:shd w:val="clear" w:color="auto" w:fill="auto"/>
            <w:vAlign w:val="center"/>
          </w:tcPr>
          <w:p w:rsidR="006136AF" w:rsidRPr="00FB0C82" w:rsidRDefault="006136AF" w:rsidP="006136AF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ПЗ № 20</w:t>
            </w:r>
          </w:p>
          <w:p w:rsidR="006136AF" w:rsidRPr="00EA52FA" w:rsidRDefault="006136AF" w:rsidP="006136AF">
            <w:pPr>
              <w:spacing w:line="240" w:lineRule="auto"/>
              <w:rPr>
                <w:sz w:val="22"/>
                <w:highlight w:val="yellow"/>
              </w:rPr>
            </w:pPr>
            <w:r>
              <w:rPr>
                <w:sz w:val="22"/>
              </w:rPr>
              <w:t>Зач. вопрос 3.2</w:t>
            </w:r>
          </w:p>
        </w:tc>
      </w:tr>
      <w:tr w:rsidR="006136AF" w:rsidRPr="00A8002F" w:rsidTr="003E175B">
        <w:trPr>
          <w:trHeight w:val="480"/>
        </w:trPr>
        <w:tc>
          <w:tcPr>
            <w:tcW w:w="954" w:type="dxa"/>
            <w:vMerge/>
            <w:shd w:val="clear" w:color="auto" w:fill="auto"/>
          </w:tcPr>
          <w:p w:rsidR="006136AF" w:rsidRPr="00573160" w:rsidRDefault="006136AF" w:rsidP="006136AF">
            <w:pPr>
              <w:spacing w:line="240" w:lineRule="auto"/>
              <w:rPr>
                <w:sz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6136AF" w:rsidRDefault="006136AF" w:rsidP="006136AF">
            <w:pPr>
              <w:spacing w:line="240" w:lineRule="auto"/>
              <w:rPr>
                <w:sz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:rsidR="006136AF" w:rsidRDefault="006136AF" w:rsidP="006136AF">
            <w:pPr>
              <w:spacing w:line="240" w:lineRule="auto"/>
              <w:ind w:left="-49" w:right="-54"/>
              <w:jc w:val="both"/>
              <w:rPr>
                <w:color w:val="000000"/>
                <w:sz w:val="22"/>
              </w:rPr>
            </w:pPr>
          </w:p>
        </w:tc>
        <w:tc>
          <w:tcPr>
            <w:tcW w:w="3684" w:type="dxa"/>
            <w:shd w:val="clear" w:color="auto" w:fill="auto"/>
            <w:vAlign w:val="center"/>
          </w:tcPr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3.5. Электронные модели и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чертежи типовых деталей.</w:t>
            </w:r>
          </w:p>
          <w:p w:rsidR="006136AF" w:rsidRPr="00E3357E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 w:val="22"/>
              </w:rPr>
            </w:pPr>
            <w:r w:rsidRPr="00E3357E">
              <w:rPr>
                <w:sz w:val="22"/>
              </w:rPr>
              <w:t>Пластина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36AF" w:rsidRDefault="006136AF" w:rsidP="006136AF">
            <w:pPr>
              <w:spacing w:line="240" w:lineRule="auto"/>
              <w:jc w:val="center"/>
            </w:pPr>
            <w:r w:rsidRPr="00DC4493">
              <w:rPr>
                <w:sz w:val="22"/>
              </w:rPr>
              <w:t>ТК, ПА</w:t>
            </w:r>
          </w:p>
        </w:tc>
        <w:tc>
          <w:tcPr>
            <w:tcW w:w="1628" w:type="dxa"/>
            <w:shd w:val="clear" w:color="auto" w:fill="auto"/>
            <w:vAlign w:val="center"/>
          </w:tcPr>
          <w:p w:rsidR="006136AF" w:rsidRPr="00FB0C82" w:rsidRDefault="006136AF" w:rsidP="006136AF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ПЗ № 21</w:t>
            </w:r>
          </w:p>
          <w:p w:rsidR="006136AF" w:rsidRPr="00EA52FA" w:rsidRDefault="006136AF" w:rsidP="006136AF">
            <w:pPr>
              <w:spacing w:line="240" w:lineRule="auto"/>
              <w:rPr>
                <w:sz w:val="22"/>
                <w:highlight w:val="yellow"/>
              </w:rPr>
            </w:pPr>
            <w:r>
              <w:rPr>
                <w:sz w:val="22"/>
              </w:rPr>
              <w:t>Зач. вопрос 3.3</w:t>
            </w:r>
          </w:p>
        </w:tc>
      </w:tr>
      <w:tr w:rsidR="006136AF" w:rsidRPr="00A8002F" w:rsidTr="003E175B">
        <w:trPr>
          <w:trHeight w:val="480"/>
        </w:trPr>
        <w:tc>
          <w:tcPr>
            <w:tcW w:w="954" w:type="dxa"/>
            <w:vMerge/>
            <w:shd w:val="clear" w:color="auto" w:fill="auto"/>
          </w:tcPr>
          <w:p w:rsidR="006136AF" w:rsidRPr="00573160" w:rsidRDefault="006136AF" w:rsidP="006136AF">
            <w:pPr>
              <w:spacing w:line="240" w:lineRule="auto"/>
              <w:rPr>
                <w:sz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6136AF" w:rsidRDefault="006136AF" w:rsidP="006136AF">
            <w:pPr>
              <w:spacing w:line="240" w:lineRule="auto"/>
              <w:rPr>
                <w:sz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:rsidR="006136AF" w:rsidRDefault="006136AF" w:rsidP="006136AF">
            <w:pPr>
              <w:spacing w:line="240" w:lineRule="auto"/>
              <w:ind w:left="-142"/>
              <w:jc w:val="both"/>
              <w:rPr>
                <w:color w:val="000000"/>
                <w:sz w:val="22"/>
              </w:rPr>
            </w:pPr>
          </w:p>
        </w:tc>
        <w:tc>
          <w:tcPr>
            <w:tcW w:w="3684" w:type="dxa"/>
            <w:shd w:val="clear" w:color="auto" w:fill="auto"/>
            <w:vAlign w:val="center"/>
          </w:tcPr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3.4.  Электронные модели и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чертежи типовых деталей.</w:t>
            </w:r>
          </w:p>
          <w:p w:rsidR="006136AF" w:rsidRPr="00E3357E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 w:val="22"/>
              </w:rPr>
            </w:pPr>
            <w:r w:rsidRPr="00E3357E">
              <w:rPr>
                <w:sz w:val="22"/>
              </w:rPr>
              <w:t>Втулка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36AF" w:rsidRDefault="006136AF" w:rsidP="006136AF">
            <w:pPr>
              <w:spacing w:line="240" w:lineRule="auto"/>
              <w:jc w:val="center"/>
            </w:pPr>
            <w:r w:rsidRPr="00DC4493">
              <w:rPr>
                <w:sz w:val="22"/>
              </w:rPr>
              <w:t>ТК, ПА</w:t>
            </w:r>
          </w:p>
        </w:tc>
        <w:tc>
          <w:tcPr>
            <w:tcW w:w="1628" w:type="dxa"/>
            <w:shd w:val="clear" w:color="auto" w:fill="auto"/>
            <w:vAlign w:val="center"/>
          </w:tcPr>
          <w:p w:rsidR="006136AF" w:rsidRPr="00FB0C82" w:rsidRDefault="006136AF" w:rsidP="006136AF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ПЗ № 22</w:t>
            </w:r>
          </w:p>
          <w:p w:rsidR="006136AF" w:rsidRPr="00EA52FA" w:rsidRDefault="006136AF" w:rsidP="006136AF">
            <w:pPr>
              <w:spacing w:line="240" w:lineRule="auto"/>
              <w:rPr>
                <w:sz w:val="22"/>
                <w:highlight w:val="yellow"/>
              </w:rPr>
            </w:pPr>
            <w:r>
              <w:rPr>
                <w:sz w:val="22"/>
              </w:rPr>
              <w:t>Зач. вопрос 3.4</w:t>
            </w:r>
          </w:p>
        </w:tc>
      </w:tr>
      <w:tr w:rsidR="006136AF" w:rsidRPr="00A8002F" w:rsidTr="003E175B">
        <w:trPr>
          <w:trHeight w:val="480"/>
        </w:trPr>
        <w:tc>
          <w:tcPr>
            <w:tcW w:w="954" w:type="dxa"/>
            <w:vMerge/>
            <w:shd w:val="clear" w:color="auto" w:fill="auto"/>
          </w:tcPr>
          <w:p w:rsidR="006136AF" w:rsidRPr="00573160" w:rsidRDefault="006136AF" w:rsidP="006136AF">
            <w:pPr>
              <w:spacing w:line="240" w:lineRule="auto"/>
              <w:rPr>
                <w:sz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6136AF" w:rsidRDefault="006136AF" w:rsidP="006136AF">
            <w:pPr>
              <w:spacing w:line="240" w:lineRule="auto"/>
              <w:rPr>
                <w:sz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:rsidR="006136AF" w:rsidRDefault="006136AF" w:rsidP="006136AF">
            <w:pPr>
              <w:spacing w:line="240" w:lineRule="auto"/>
              <w:ind w:left="-63" w:right="-68"/>
              <w:jc w:val="both"/>
              <w:rPr>
                <w:color w:val="000000"/>
                <w:sz w:val="22"/>
              </w:rPr>
            </w:pPr>
          </w:p>
        </w:tc>
        <w:tc>
          <w:tcPr>
            <w:tcW w:w="3684" w:type="dxa"/>
            <w:shd w:val="clear" w:color="auto" w:fill="auto"/>
            <w:vAlign w:val="center"/>
          </w:tcPr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3.9. Электронные модели и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чертежи типовых деталей.</w:t>
            </w:r>
          </w:p>
          <w:p w:rsidR="006136AF" w:rsidRPr="00E3357E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 w:val="22"/>
              </w:rPr>
            </w:pPr>
            <w:r w:rsidRPr="00E3357E">
              <w:rPr>
                <w:sz w:val="22"/>
              </w:rPr>
              <w:t>Штуцер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36AF" w:rsidRDefault="006136AF" w:rsidP="006136AF">
            <w:pPr>
              <w:spacing w:line="240" w:lineRule="auto"/>
              <w:jc w:val="center"/>
            </w:pPr>
            <w:r w:rsidRPr="00DC4493">
              <w:rPr>
                <w:sz w:val="22"/>
              </w:rPr>
              <w:t>ТК, ПА</w:t>
            </w:r>
          </w:p>
        </w:tc>
        <w:tc>
          <w:tcPr>
            <w:tcW w:w="1628" w:type="dxa"/>
            <w:shd w:val="clear" w:color="auto" w:fill="auto"/>
            <w:vAlign w:val="center"/>
          </w:tcPr>
          <w:p w:rsidR="006136AF" w:rsidRPr="00FB0C82" w:rsidRDefault="006136AF" w:rsidP="006136AF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ПЗ № 23</w:t>
            </w:r>
          </w:p>
          <w:p w:rsidR="006136AF" w:rsidRPr="00EA52FA" w:rsidRDefault="006136AF" w:rsidP="006136AF">
            <w:pPr>
              <w:spacing w:line="240" w:lineRule="auto"/>
              <w:rPr>
                <w:sz w:val="22"/>
                <w:highlight w:val="yellow"/>
              </w:rPr>
            </w:pPr>
            <w:r>
              <w:rPr>
                <w:sz w:val="22"/>
              </w:rPr>
              <w:t>Зач. вопрос 3.5</w:t>
            </w:r>
          </w:p>
        </w:tc>
      </w:tr>
      <w:tr w:rsidR="006136AF" w:rsidRPr="00A8002F" w:rsidTr="003E175B">
        <w:trPr>
          <w:trHeight w:val="480"/>
        </w:trPr>
        <w:tc>
          <w:tcPr>
            <w:tcW w:w="954" w:type="dxa"/>
            <w:vMerge/>
            <w:shd w:val="clear" w:color="auto" w:fill="auto"/>
          </w:tcPr>
          <w:p w:rsidR="006136AF" w:rsidRPr="00573160" w:rsidRDefault="006136AF" w:rsidP="006136AF">
            <w:pPr>
              <w:spacing w:line="240" w:lineRule="auto"/>
              <w:rPr>
                <w:sz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6136AF" w:rsidRDefault="006136AF" w:rsidP="006136AF">
            <w:pPr>
              <w:spacing w:line="240" w:lineRule="auto"/>
              <w:rPr>
                <w:sz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:rsidR="006136AF" w:rsidRDefault="006136AF" w:rsidP="006136AF">
            <w:pPr>
              <w:spacing w:line="240" w:lineRule="auto"/>
              <w:ind w:left="-142"/>
              <w:jc w:val="both"/>
              <w:rPr>
                <w:color w:val="000000"/>
                <w:sz w:val="22"/>
              </w:rPr>
            </w:pPr>
          </w:p>
        </w:tc>
        <w:tc>
          <w:tcPr>
            <w:tcW w:w="3684" w:type="dxa"/>
            <w:shd w:val="clear" w:color="auto" w:fill="auto"/>
            <w:vAlign w:val="center"/>
          </w:tcPr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3.12.  Электронная модель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сборочной единицы.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Сборочный чертеж.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36AF" w:rsidRDefault="006136AF" w:rsidP="006136AF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sz w:val="22"/>
              </w:rPr>
            </w:pPr>
            <w:r w:rsidRPr="00697E85">
              <w:rPr>
                <w:sz w:val="22"/>
              </w:rPr>
              <w:t>ТК, ПА</w:t>
            </w:r>
          </w:p>
        </w:tc>
        <w:tc>
          <w:tcPr>
            <w:tcW w:w="1628" w:type="dxa"/>
            <w:shd w:val="clear" w:color="auto" w:fill="auto"/>
            <w:vAlign w:val="center"/>
          </w:tcPr>
          <w:p w:rsidR="006136AF" w:rsidRPr="00FB0C82" w:rsidRDefault="006136AF" w:rsidP="006136AF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ПЗ № 24</w:t>
            </w:r>
          </w:p>
          <w:p w:rsidR="006136AF" w:rsidRPr="00EA52FA" w:rsidRDefault="006136AF" w:rsidP="006136AF">
            <w:pPr>
              <w:spacing w:line="240" w:lineRule="auto"/>
              <w:rPr>
                <w:sz w:val="22"/>
                <w:highlight w:val="yellow"/>
              </w:rPr>
            </w:pPr>
            <w:r>
              <w:rPr>
                <w:sz w:val="22"/>
              </w:rPr>
              <w:t>Зач. вопрос 3.6</w:t>
            </w:r>
          </w:p>
        </w:tc>
      </w:tr>
    </w:tbl>
    <w:p w:rsidR="006136AF" w:rsidRDefault="006136AF" w:rsidP="006136A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</w:rPr>
      </w:pPr>
    </w:p>
    <w:p w:rsidR="006136AF" w:rsidRDefault="006136AF" w:rsidP="006136A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</w:rPr>
      </w:pPr>
    </w:p>
    <w:p w:rsidR="006136AF" w:rsidRDefault="006136AF">
      <w:pPr>
        <w:rPr>
          <w:lang w:val="ru-RU"/>
        </w:rPr>
      </w:pPr>
    </w:p>
    <w:p w:rsidR="006136AF" w:rsidRDefault="006136AF">
      <w:pPr>
        <w:rPr>
          <w:lang w:val="ru-RU"/>
        </w:rPr>
      </w:pPr>
    </w:p>
    <w:p w:rsidR="006136AF" w:rsidRDefault="006136AF">
      <w:pPr>
        <w:rPr>
          <w:lang w:val="ru-RU"/>
        </w:rPr>
      </w:pPr>
    </w:p>
    <w:p w:rsidR="006136AF" w:rsidRDefault="006136AF">
      <w:pPr>
        <w:rPr>
          <w:lang w:val="ru-RU"/>
        </w:rPr>
      </w:pPr>
    </w:p>
    <w:p w:rsidR="006136AF" w:rsidRDefault="006136AF">
      <w:pPr>
        <w:rPr>
          <w:lang w:val="ru-RU"/>
        </w:rPr>
      </w:pPr>
    </w:p>
    <w:p w:rsidR="006136AF" w:rsidRDefault="006136AF">
      <w:pPr>
        <w:rPr>
          <w:lang w:val="ru-RU"/>
        </w:rPr>
      </w:pPr>
    </w:p>
    <w:p w:rsidR="006136AF" w:rsidRDefault="006136AF">
      <w:pPr>
        <w:rPr>
          <w:lang w:val="ru-RU"/>
        </w:rPr>
      </w:pPr>
    </w:p>
    <w:p w:rsidR="006136AF" w:rsidRPr="006136AF" w:rsidRDefault="006136AF" w:rsidP="006136A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  <w:r w:rsidRPr="006136AF">
        <w:rPr>
          <w:b/>
          <w:bCs/>
          <w:szCs w:val="24"/>
          <w:lang w:val="ru-RU"/>
        </w:rPr>
        <w:lastRenderedPageBreak/>
        <w:t>ТЕКУЩИЙ КОНТРОЛЬ</w:t>
      </w:r>
    </w:p>
    <w:p w:rsidR="006136AF" w:rsidRPr="006136AF" w:rsidRDefault="006136AF" w:rsidP="006136A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6136AF" w:rsidRPr="006136AF" w:rsidRDefault="006136AF" w:rsidP="006136A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  <w:r w:rsidRPr="006136AF">
        <w:rPr>
          <w:b/>
          <w:bCs/>
          <w:szCs w:val="24"/>
          <w:lang w:val="ru-RU"/>
        </w:rPr>
        <w:t>Перечень оценочных средств</w:t>
      </w:r>
    </w:p>
    <w:p w:rsidR="006136AF" w:rsidRPr="006136AF" w:rsidRDefault="006136AF" w:rsidP="006136AF">
      <w:pPr>
        <w:overflowPunct w:val="0"/>
        <w:autoSpaceDE w:val="0"/>
        <w:autoSpaceDN w:val="0"/>
        <w:adjustRightInd w:val="0"/>
        <w:spacing w:line="288" w:lineRule="auto"/>
        <w:ind w:left="360"/>
        <w:jc w:val="center"/>
        <w:textAlignment w:val="baseline"/>
        <w:rPr>
          <w:b/>
          <w:bCs/>
          <w:szCs w:val="24"/>
          <w:lang w:val="ru-RU"/>
        </w:rPr>
      </w:pPr>
      <w:bookmarkStart w:id="0" w:name="_Hlk230815695"/>
      <w:r w:rsidRPr="006136AF">
        <w:rPr>
          <w:szCs w:val="24"/>
          <w:lang w:val="ru-RU"/>
        </w:rPr>
        <w:t xml:space="preserve">по дисциплине </w:t>
      </w:r>
      <w:r w:rsidRPr="006136AF">
        <w:rPr>
          <w:b/>
          <w:bCs/>
          <w:szCs w:val="24"/>
          <w:lang w:val="ru-RU"/>
        </w:rPr>
        <w:t>Б1.О.08.01 Инженерная графика</w:t>
      </w:r>
    </w:p>
    <w:bookmarkEnd w:id="0"/>
    <w:p w:rsidR="006136AF" w:rsidRPr="006136AF" w:rsidRDefault="006136AF" w:rsidP="006136AF">
      <w:pPr>
        <w:overflowPunct w:val="0"/>
        <w:autoSpaceDE w:val="0"/>
        <w:autoSpaceDN w:val="0"/>
        <w:adjustRightInd w:val="0"/>
        <w:spacing w:line="288" w:lineRule="auto"/>
        <w:ind w:left="360"/>
        <w:jc w:val="center"/>
        <w:textAlignment w:val="baseline"/>
        <w:rPr>
          <w:b/>
          <w:bCs/>
          <w:szCs w:val="24"/>
          <w:lang w:val="ru-RU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399"/>
        <w:gridCol w:w="4252"/>
        <w:gridCol w:w="2709"/>
      </w:tblGrid>
      <w:tr w:rsidR="006136AF" w:rsidRPr="006136AF" w:rsidTr="006136AF">
        <w:tc>
          <w:tcPr>
            <w:tcW w:w="540" w:type="dxa"/>
            <w:vAlign w:val="center"/>
          </w:tcPr>
          <w:p w:rsidR="006136AF" w:rsidRPr="00A8002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№</w:t>
            </w:r>
          </w:p>
          <w:p w:rsidR="006136AF" w:rsidRPr="00A8002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п/п</w:t>
            </w:r>
          </w:p>
        </w:tc>
        <w:tc>
          <w:tcPr>
            <w:tcW w:w="2399" w:type="dxa"/>
            <w:vAlign w:val="center"/>
          </w:tcPr>
          <w:p w:rsidR="006136AF" w:rsidRPr="00A8002F" w:rsidRDefault="006136AF" w:rsidP="006136AF">
            <w:pPr>
              <w:spacing w:line="240" w:lineRule="auto"/>
              <w:ind w:left="-58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Наименование оценочного сре</w:t>
            </w:r>
            <w:r w:rsidRPr="00A8002F">
              <w:rPr>
                <w:b/>
                <w:szCs w:val="24"/>
              </w:rPr>
              <w:t>д</w:t>
            </w:r>
            <w:r w:rsidRPr="00A8002F">
              <w:rPr>
                <w:b/>
                <w:szCs w:val="24"/>
              </w:rPr>
              <w:t>ства</w:t>
            </w:r>
          </w:p>
        </w:tc>
        <w:tc>
          <w:tcPr>
            <w:tcW w:w="4252" w:type="dxa"/>
            <w:vAlign w:val="center"/>
          </w:tcPr>
          <w:p w:rsidR="006136AF" w:rsidRPr="00A8002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Краткая характеристика оценочного средства</w:t>
            </w:r>
          </w:p>
        </w:tc>
        <w:tc>
          <w:tcPr>
            <w:tcW w:w="2709" w:type="dxa"/>
            <w:vAlign w:val="center"/>
          </w:tcPr>
          <w:p w:rsidR="006136AF" w:rsidRPr="006136AF" w:rsidRDefault="006136AF" w:rsidP="006136AF">
            <w:pPr>
              <w:spacing w:line="240" w:lineRule="auto"/>
              <w:jc w:val="center"/>
              <w:rPr>
                <w:b/>
                <w:szCs w:val="24"/>
                <w:lang w:val="ru-RU"/>
              </w:rPr>
            </w:pPr>
            <w:r w:rsidRPr="006136AF">
              <w:rPr>
                <w:b/>
                <w:szCs w:val="24"/>
                <w:lang w:val="ru-RU"/>
              </w:rPr>
              <w:t>Представление оценочного сре</w:t>
            </w:r>
            <w:r w:rsidRPr="006136AF">
              <w:rPr>
                <w:b/>
                <w:szCs w:val="24"/>
                <w:lang w:val="ru-RU"/>
              </w:rPr>
              <w:t>д</w:t>
            </w:r>
            <w:r w:rsidRPr="006136AF">
              <w:rPr>
                <w:b/>
                <w:szCs w:val="24"/>
                <w:lang w:val="ru-RU"/>
              </w:rPr>
              <w:t>ства в фонде</w:t>
            </w:r>
          </w:p>
        </w:tc>
      </w:tr>
      <w:tr w:rsidR="006136AF" w:rsidRPr="00B6209D" w:rsidTr="006136AF">
        <w:tc>
          <w:tcPr>
            <w:tcW w:w="540" w:type="dxa"/>
          </w:tcPr>
          <w:p w:rsidR="006136AF" w:rsidRPr="00FA6C44" w:rsidRDefault="006136AF" w:rsidP="006136AF">
            <w:pPr>
              <w:spacing w:line="240" w:lineRule="auto"/>
              <w:rPr>
                <w:sz w:val="22"/>
              </w:rPr>
            </w:pPr>
            <w:r w:rsidRPr="00FA6C44">
              <w:rPr>
                <w:sz w:val="22"/>
              </w:rPr>
              <w:t>1.</w:t>
            </w:r>
          </w:p>
        </w:tc>
        <w:tc>
          <w:tcPr>
            <w:tcW w:w="2399" w:type="dxa"/>
          </w:tcPr>
          <w:p w:rsidR="006136AF" w:rsidRPr="006136AF" w:rsidRDefault="006136AF" w:rsidP="006136AF">
            <w:pPr>
              <w:spacing w:line="240" w:lineRule="auto"/>
              <w:ind w:left="-58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Лекция-визуализация</w:t>
            </w:r>
          </w:p>
          <w:p w:rsidR="006136AF" w:rsidRPr="006136AF" w:rsidRDefault="006136AF" w:rsidP="006136AF">
            <w:pPr>
              <w:spacing w:line="240" w:lineRule="auto"/>
              <w:ind w:left="-58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(технологии компьютерного обучения)</w:t>
            </w:r>
          </w:p>
        </w:tc>
        <w:tc>
          <w:tcPr>
            <w:tcW w:w="4252" w:type="dxa"/>
            <w:vAlign w:val="center"/>
          </w:tcPr>
          <w:p w:rsidR="006136AF" w:rsidRPr="006136AF" w:rsidRDefault="006136AF" w:rsidP="006136AF">
            <w:pPr>
              <w:spacing w:line="240" w:lineRule="auto"/>
              <w:jc w:val="both"/>
              <w:rPr>
                <w:sz w:val="22"/>
                <w:lang w:val="ru-RU"/>
              </w:rPr>
            </w:pPr>
            <w:r w:rsidRPr="006136AF">
              <w:rPr>
                <w:sz w:val="22"/>
                <w:shd w:val="clear" w:color="auto" w:fill="FEFEFE"/>
                <w:lang w:val="ru-RU"/>
              </w:rPr>
              <w:t>Чтение лекции-визуализации сводится к связному, развернутому комментированию преподавателем подготовленных визуальных материалов, полностью раскрывающему тему данной лекции. Эти материалы должны обеспечивать систематизацию имеющихся у слушателей знаний, предъявление новой информации, задание проблемных ситуаций и возможные разрешения.</w:t>
            </w:r>
          </w:p>
        </w:tc>
        <w:tc>
          <w:tcPr>
            <w:tcW w:w="2709" w:type="dxa"/>
          </w:tcPr>
          <w:p w:rsidR="006136AF" w:rsidRPr="00FA6C44" w:rsidRDefault="006136AF" w:rsidP="006136AF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 xml:space="preserve">Темы </w:t>
            </w:r>
          </w:p>
        </w:tc>
      </w:tr>
      <w:tr w:rsidR="006136AF" w:rsidRPr="00B6209D" w:rsidTr="006136AF">
        <w:tc>
          <w:tcPr>
            <w:tcW w:w="540" w:type="dxa"/>
          </w:tcPr>
          <w:p w:rsidR="006136AF" w:rsidRPr="00FA6C44" w:rsidRDefault="006136AF" w:rsidP="006136AF">
            <w:pPr>
              <w:spacing w:line="240" w:lineRule="auto"/>
              <w:ind w:left="57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FA6C44">
              <w:rPr>
                <w:sz w:val="22"/>
              </w:rPr>
              <w:t>.</w:t>
            </w:r>
          </w:p>
        </w:tc>
        <w:tc>
          <w:tcPr>
            <w:tcW w:w="2399" w:type="dxa"/>
          </w:tcPr>
          <w:p w:rsidR="006136AF" w:rsidRPr="00FA6C44" w:rsidRDefault="006136AF" w:rsidP="006136AF">
            <w:pPr>
              <w:spacing w:line="240" w:lineRule="auto"/>
              <w:rPr>
                <w:sz w:val="22"/>
              </w:rPr>
            </w:pPr>
            <w:r w:rsidRPr="00FA6C44">
              <w:rPr>
                <w:sz w:val="22"/>
              </w:rPr>
              <w:t>Практическое заняти</w:t>
            </w:r>
            <w:r>
              <w:rPr>
                <w:sz w:val="22"/>
              </w:rPr>
              <w:t>е</w:t>
            </w:r>
          </w:p>
        </w:tc>
        <w:tc>
          <w:tcPr>
            <w:tcW w:w="4252" w:type="dxa"/>
          </w:tcPr>
          <w:p w:rsidR="006136AF" w:rsidRPr="006136AF" w:rsidRDefault="006136AF" w:rsidP="006136AF">
            <w:pPr>
              <w:spacing w:line="240" w:lineRule="auto"/>
              <w:ind w:firstLine="28"/>
              <w:jc w:val="both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Форма организации уче</w:t>
            </w:r>
            <w:r w:rsidRPr="006136AF">
              <w:rPr>
                <w:sz w:val="22"/>
                <w:lang w:val="ru-RU"/>
              </w:rPr>
              <w:t>б</w:t>
            </w:r>
            <w:r w:rsidRPr="006136AF">
              <w:rPr>
                <w:sz w:val="22"/>
                <w:lang w:val="ru-RU"/>
              </w:rPr>
              <w:t>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</w:t>
            </w:r>
            <w:r w:rsidRPr="006136AF">
              <w:rPr>
                <w:sz w:val="22"/>
                <w:lang w:val="ru-RU"/>
              </w:rPr>
              <w:t>е</w:t>
            </w:r>
            <w:r w:rsidRPr="006136AF">
              <w:rPr>
                <w:sz w:val="22"/>
                <w:lang w:val="ru-RU"/>
              </w:rPr>
              <w:t>тодами работы.</w:t>
            </w:r>
          </w:p>
        </w:tc>
        <w:tc>
          <w:tcPr>
            <w:tcW w:w="2709" w:type="dxa"/>
          </w:tcPr>
          <w:p w:rsidR="006136AF" w:rsidRPr="00FA6C44" w:rsidRDefault="006136AF" w:rsidP="006136AF">
            <w:pPr>
              <w:spacing w:line="240" w:lineRule="auto"/>
              <w:rPr>
                <w:sz w:val="22"/>
              </w:rPr>
            </w:pPr>
            <w:r w:rsidRPr="00FA6C44">
              <w:rPr>
                <w:sz w:val="22"/>
              </w:rPr>
              <w:t>Вопросы для практических занятий</w:t>
            </w:r>
          </w:p>
        </w:tc>
      </w:tr>
      <w:tr w:rsidR="006136AF" w:rsidRPr="00B6209D" w:rsidTr="006136AF">
        <w:tc>
          <w:tcPr>
            <w:tcW w:w="540" w:type="dxa"/>
          </w:tcPr>
          <w:p w:rsidR="006136AF" w:rsidRDefault="006136AF" w:rsidP="006136AF">
            <w:pPr>
              <w:spacing w:line="240" w:lineRule="auto"/>
              <w:ind w:left="57"/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2399" w:type="dxa"/>
          </w:tcPr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Практическое занятие. Работа в малых группах</w:t>
            </w:r>
          </w:p>
        </w:tc>
        <w:tc>
          <w:tcPr>
            <w:tcW w:w="4252" w:type="dxa"/>
          </w:tcPr>
          <w:p w:rsidR="006136AF" w:rsidRPr="006136AF" w:rsidRDefault="006136AF" w:rsidP="006136AF">
            <w:pPr>
              <w:spacing w:line="240" w:lineRule="auto"/>
              <w:ind w:firstLine="28"/>
              <w:jc w:val="both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Форма организации уче</w:t>
            </w:r>
            <w:r w:rsidRPr="006136AF">
              <w:rPr>
                <w:sz w:val="22"/>
                <w:lang w:val="ru-RU"/>
              </w:rPr>
              <w:t>б</w:t>
            </w:r>
            <w:r w:rsidRPr="006136AF">
              <w:rPr>
                <w:sz w:val="22"/>
                <w:lang w:val="ru-RU"/>
              </w:rPr>
              <w:t>ного процесса, заключающаяся в выполнении группой по 2-5 человек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</w:t>
            </w:r>
            <w:r w:rsidRPr="006136AF">
              <w:rPr>
                <w:sz w:val="22"/>
                <w:lang w:val="ru-RU"/>
              </w:rPr>
              <w:t>е</w:t>
            </w:r>
            <w:r w:rsidRPr="006136AF">
              <w:rPr>
                <w:sz w:val="22"/>
                <w:lang w:val="ru-RU"/>
              </w:rPr>
              <w:t>тодами работы.</w:t>
            </w:r>
          </w:p>
        </w:tc>
        <w:tc>
          <w:tcPr>
            <w:tcW w:w="2709" w:type="dxa"/>
          </w:tcPr>
          <w:p w:rsidR="006136AF" w:rsidRPr="00BB0A6A" w:rsidRDefault="006136AF" w:rsidP="006136AF">
            <w:pPr>
              <w:spacing w:line="240" w:lineRule="auto"/>
              <w:rPr>
                <w:sz w:val="22"/>
              </w:rPr>
            </w:pPr>
            <w:r w:rsidRPr="00BB0A6A">
              <w:rPr>
                <w:sz w:val="22"/>
              </w:rPr>
              <w:t>Вопросы для практических занятий</w:t>
            </w:r>
          </w:p>
        </w:tc>
      </w:tr>
      <w:tr w:rsidR="006136AF" w:rsidRPr="006136AF" w:rsidTr="006136AF">
        <w:tc>
          <w:tcPr>
            <w:tcW w:w="540" w:type="dxa"/>
          </w:tcPr>
          <w:p w:rsidR="006136AF" w:rsidRPr="00FA6C44" w:rsidRDefault="006136AF" w:rsidP="006136AF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2399" w:type="dxa"/>
          </w:tcPr>
          <w:p w:rsidR="006136AF" w:rsidRPr="00FA6C44" w:rsidRDefault="006136AF" w:rsidP="006136AF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Расчетно-графическая работа</w:t>
            </w:r>
          </w:p>
        </w:tc>
        <w:tc>
          <w:tcPr>
            <w:tcW w:w="4252" w:type="dxa"/>
          </w:tcPr>
          <w:p w:rsidR="006136AF" w:rsidRPr="006136AF" w:rsidRDefault="006136AF" w:rsidP="006136AF">
            <w:pPr>
              <w:spacing w:line="240" w:lineRule="auto"/>
              <w:ind w:firstLine="28"/>
              <w:jc w:val="both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Средство проверки умений применять полученные знания по заранее определенной методике для решения задач или заданий по модулю или дисциплине в целом.</w:t>
            </w:r>
          </w:p>
        </w:tc>
        <w:tc>
          <w:tcPr>
            <w:tcW w:w="2709" w:type="dxa"/>
          </w:tcPr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Комплект заданий для выполнения РГР</w:t>
            </w:r>
          </w:p>
        </w:tc>
      </w:tr>
    </w:tbl>
    <w:p w:rsidR="006136AF" w:rsidRDefault="006136AF">
      <w:pPr>
        <w:rPr>
          <w:lang w:val="ru-RU"/>
        </w:rPr>
      </w:pPr>
    </w:p>
    <w:p w:rsidR="006136AF" w:rsidRDefault="006136AF" w:rsidP="00C00B61">
      <w:pPr>
        <w:pStyle w:val="af"/>
        <w:numPr>
          <w:ilvl w:val="0"/>
          <w:numId w:val="7"/>
        </w:num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lang w:val="ru-RU"/>
        </w:rPr>
      </w:pPr>
      <w:r>
        <w:rPr>
          <w:b/>
          <w:lang w:val="ru-RU"/>
        </w:rPr>
        <w:t>ЛЕКЦИЯ-ВИЗУАЛИЗАЦИЯ</w:t>
      </w:r>
    </w:p>
    <w:p w:rsidR="006136AF" w:rsidRDefault="006136AF" w:rsidP="006136AF">
      <w:pPr>
        <w:pStyle w:val="af"/>
        <w:ind w:left="425"/>
        <w:jc w:val="center"/>
        <w:rPr>
          <w:b/>
          <w:lang w:val="ru-RU"/>
        </w:rPr>
      </w:pPr>
      <w:r>
        <w:rPr>
          <w:b/>
          <w:lang w:val="ru-RU"/>
        </w:rPr>
        <w:t>(технология компьютерного обучения)</w:t>
      </w:r>
    </w:p>
    <w:p w:rsidR="006136AF" w:rsidRPr="006136AF" w:rsidRDefault="006136AF" w:rsidP="006136AF">
      <w:pPr>
        <w:pStyle w:val="af"/>
        <w:spacing w:after="0" w:line="240" w:lineRule="auto"/>
        <w:ind w:firstLine="425"/>
        <w:rPr>
          <w:b/>
          <w:lang w:val="ru-RU"/>
        </w:rPr>
      </w:pPr>
      <w:r w:rsidRPr="006136AF">
        <w:rPr>
          <w:b/>
          <w:lang w:val="ru-RU"/>
        </w:rPr>
        <w:t>Лекция-визуализация №1 (2 часа)</w:t>
      </w:r>
    </w:p>
    <w:p w:rsidR="006136AF" w:rsidRPr="006136AF" w:rsidRDefault="006136AF" w:rsidP="006136AF">
      <w:pPr>
        <w:pStyle w:val="af"/>
        <w:spacing w:after="0" w:line="240" w:lineRule="auto"/>
        <w:ind w:firstLine="425"/>
        <w:rPr>
          <w:lang w:val="ru-RU"/>
        </w:rPr>
      </w:pPr>
      <w:r w:rsidRPr="006136AF">
        <w:rPr>
          <w:lang w:val="ru-RU"/>
        </w:rPr>
        <w:t>Тема: Метод проекций. Центральное и параллельное проецирование.</w:t>
      </w:r>
    </w:p>
    <w:p w:rsidR="006136AF" w:rsidRPr="006136AF" w:rsidRDefault="006136AF" w:rsidP="006136AF">
      <w:pPr>
        <w:pStyle w:val="af"/>
        <w:spacing w:after="0" w:line="240" w:lineRule="auto"/>
        <w:ind w:firstLine="425"/>
        <w:rPr>
          <w:b/>
          <w:lang w:val="ru-RU"/>
        </w:rPr>
      </w:pPr>
      <w:r w:rsidRPr="006136AF">
        <w:rPr>
          <w:b/>
          <w:lang w:val="ru-RU"/>
        </w:rPr>
        <w:t>Лекция- визуализация №2 (2 часа)</w:t>
      </w:r>
    </w:p>
    <w:p w:rsidR="006136AF" w:rsidRPr="006136AF" w:rsidRDefault="006136AF" w:rsidP="006136AF">
      <w:pPr>
        <w:pStyle w:val="af"/>
        <w:widowControl w:val="0"/>
        <w:spacing w:after="0" w:line="240" w:lineRule="auto"/>
        <w:ind w:firstLine="425"/>
        <w:rPr>
          <w:lang w:val="ru-RU"/>
        </w:rPr>
      </w:pPr>
      <w:r w:rsidRPr="006136AF">
        <w:rPr>
          <w:lang w:val="ru-RU"/>
        </w:rPr>
        <w:t xml:space="preserve">Тема: Комплексный чертеж плоскости. Основные позиционные задачи. Прямые и точки в  </w:t>
      </w:r>
    </w:p>
    <w:p w:rsidR="006136AF" w:rsidRPr="006136AF" w:rsidRDefault="006136AF" w:rsidP="006136AF">
      <w:pPr>
        <w:pStyle w:val="af"/>
        <w:widowControl w:val="0"/>
        <w:spacing w:after="0" w:line="240" w:lineRule="auto"/>
        <w:ind w:firstLine="425"/>
        <w:rPr>
          <w:lang w:val="ru-RU"/>
        </w:rPr>
      </w:pPr>
      <w:r w:rsidRPr="006136AF">
        <w:rPr>
          <w:lang w:val="ru-RU"/>
        </w:rPr>
        <w:t>плоскости</w:t>
      </w:r>
    </w:p>
    <w:p w:rsidR="006136AF" w:rsidRPr="006136AF" w:rsidRDefault="006136AF" w:rsidP="006136AF">
      <w:pPr>
        <w:pStyle w:val="af"/>
        <w:spacing w:after="0" w:line="240" w:lineRule="auto"/>
        <w:ind w:firstLine="425"/>
        <w:rPr>
          <w:b/>
          <w:lang w:val="ru-RU"/>
        </w:rPr>
      </w:pPr>
      <w:r w:rsidRPr="006136AF">
        <w:rPr>
          <w:b/>
          <w:lang w:val="ru-RU"/>
        </w:rPr>
        <w:t>Лекция- визуализация №3 (2 часа)</w:t>
      </w:r>
    </w:p>
    <w:p w:rsidR="006136AF" w:rsidRPr="006136AF" w:rsidRDefault="006136AF" w:rsidP="006136AF">
      <w:pPr>
        <w:pStyle w:val="af"/>
        <w:spacing w:after="0" w:line="240" w:lineRule="auto"/>
        <w:ind w:firstLine="425"/>
        <w:rPr>
          <w:lang w:val="ru-RU"/>
        </w:rPr>
      </w:pPr>
      <w:r w:rsidRPr="006136AF">
        <w:rPr>
          <w:lang w:val="ru-RU"/>
        </w:rPr>
        <w:lastRenderedPageBreak/>
        <w:t>Тема: Главные позиционные задачи для прямой и плоскости</w:t>
      </w:r>
    </w:p>
    <w:p w:rsidR="006136AF" w:rsidRPr="006136AF" w:rsidRDefault="006136AF" w:rsidP="006136AF">
      <w:pPr>
        <w:pStyle w:val="af"/>
        <w:spacing w:after="0" w:line="240" w:lineRule="auto"/>
        <w:ind w:firstLine="425"/>
        <w:rPr>
          <w:b/>
          <w:lang w:val="ru-RU"/>
        </w:rPr>
      </w:pPr>
      <w:r w:rsidRPr="006136AF">
        <w:rPr>
          <w:b/>
          <w:lang w:val="ru-RU"/>
        </w:rPr>
        <w:t>Лекция-визуализация №4 (2 часа)</w:t>
      </w:r>
    </w:p>
    <w:p w:rsidR="006136AF" w:rsidRPr="006136AF" w:rsidRDefault="006136AF" w:rsidP="006136AF">
      <w:pPr>
        <w:pStyle w:val="af"/>
        <w:spacing w:after="0" w:line="240" w:lineRule="auto"/>
        <w:ind w:firstLine="425"/>
        <w:rPr>
          <w:b/>
          <w:lang w:val="ru-RU"/>
        </w:rPr>
      </w:pPr>
      <w:r w:rsidRPr="006136AF">
        <w:rPr>
          <w:lang w:val="ru-RU"/>
        </w:rPr>
        <w:t>Тема: Способы преобразования чертежа.</w:t>
      </w:r>
    </w:p>
    <w:p w:rsidR="006136AF" w:rsidRPr="006136AF" w:rsidRDefault="006136AF" w:rsidP="006136AF">
      <w:pPr>
        <w:pStyle w:val="af"/>
        <w:spacing w:after="0" w:line="240" w:lineRule="auto"/>
        <w:ind w:firstLine="425"/>
        <w:rPr>
          <w:b/>
          <w:lang w:val="ru-RU"/>
        </w:rPr>
      </w:pPr>
      <w:r w:rsidRPr="006136AF">
        <w:rPr>
          <w:b/>
          <w:lang w:val="ru-RU"/>
        </w:rPr>
        <w:t>Лекция-визуализация №5 (2 часа)</w:t>
      </w:r>
    </w:p>
    <w:p w:rsidR="006136AF" w:rsidRPr="006136AF" w:rsidRDefault="006136AF" w:rsidP="006136AF">
      <w:pPr>
        <w:pStyle w:val="af"/>
        <w:spacing w:after="0" w:line="240" w:lineRule="auto"/>
        <w:ind w:firstLine="425"/>
        <w:rPr>
          <w:b/>
          <w:lang w:val="ru-RU"/>
        </w:rPr>
      </w:pPr>
      <w:r w:rsidRPr="006136AF">
        <w:rPr>
          <w:lang w:val="ru-RU"/>
        </w:rPr>
        <w:t>Тема: Поверхности. Многогранники.</w:t>
      </w:r>
    </w:p>
    <w:p w:rsidR="006136AF" w:rsidRPr="006136AF" w:rsidRDefault="006136AF" w:rsidP="006136AF">
      <w:pPr>
        <w:pStyle w:val="af"/>
        <w:spacing w:after="0" w:line="240" w:lineRule="auto"/>
        <w:ind w:firstLine="425"/>
        <w:rPr>
          <w:b/>
          <w:lang w:val="ru-RU"/>
        </w:rPr>
      </w:pPr>
      <w:r w:rsidRPr="006136AF">
        <w:rPr>
          <w:b/>
          <w:lang w:val="ru-RU"/>
        </w:rPr>
        <w:t>Лекция-визуализация №6 (2 часа)</w:t>
      </w:r>
    </w:p>
    <w:p w:rsidR="006136AF" w:rsidRPr="006136AF" w:rsidRDefault="006136AF" w:rsidP="006136AF">
      <w:pPr>
        <w:pStyle w:val="af"/>
        <w:spacing w:after="0" w:line="240" w:lineRule="auto"/>
        <w:ind w:firstLine="425"/>
        <w:rPr>
          <w:b/>
          <w:lang w:val="ru-RU"/>
        </w:rPr>
      </w:pPr>
      <w:r w:rsidRPr="006136AF">
        <w:rPr>
          <w:lang w:val="ru-RU"/>
        </w:rPr>
        <w:t>Тема: Поверхности. Поверхности вращения.</w:t>
      </w:r>
    </w:p>
    <w:p w:rsidR="006136AF" w:rsidRPr="006136AF" w:rsidRDefault="006136AF" w:rsidP="006136AF">
      <w:pPr>
        <w:pStyle w:val="af"/>
        <w:spacing w:after="0" w:line="240" w:lineRule="auto"/>
        <w:ind w:firstLine="425"/>
        <w:rPr>
          <w:b/>
          <w:lang w:val="ru-RU"/>
        </w:rPr>
      </w:pPr>
      <w:r w:rsidRPr="006136AF">
        <w:rPr>
          <w:b/>
          <w:lang w:val="ru-RU"/>
        </w:rPr>
        <w:t>Лекция-визуализация №7 (2 часа)</w:t>
      </w:r>
    </w:p>
    <w:p w:rsidR="006136AF" w:rsidRPr="006136AF" w:rsidRDefault="006136AF" w:rsidP="006136AF">
      <w:pPr>
        <w:pStyle w:val="af"/>
        <w:spacing w:after="0" w:line="240" w:lineRule="auto"/>
        <w:ind w:firstLine="425"/>
        <w:rPr>
          <w:b/>
          <w:lang w:val="ru-RU"/>
        </w:rPr>
      </w:pPr>
      <w:r w:rsidRPr="006136AF">
        <w:rPr>
          <w:lang w:val="ru-RU"/>
        </w:rPr>
        <w:t>Тема: Пересечение поверхностей. Метод секущих плоскостей</w:t>
      </w:r>
    </w:p>
    <w:p w:rsidR="006136AF" w:rsidRPr="006136AF" w:rsidRDefault="006136AF" w:rsidP="006136AF">
      <w:pPr>
        <w:pStyle w:val="af"/>
        <w:spacing w:after="0" w:line="240" w:lineRule="auto"/>
        <w:ind w:firstLine="425"/>
        <w:rPr>
          <w:b/>
          <w:lang w:val="ru-RU"/>
        </w:rPr>
      </w:pPr>
      <w:r w:rsidRPr="006136AF">
        <w:rPr>
          <w:b/>
          <w:lang w:val="ru-RU"/>
        </w:rPr>
        <w:t>Лекция-визуализация №8 (3 часа)</w:t>
      </w:r>
    </w:p>
    <w:p w:rsidR="006136AF" w:rsidRPr="006136AF" w:rsidRDefault="006136AF" w:rsidP="006136AF">
      <w:pPr>
        <w:pStyle w:val="af"/>
        <w:spacing w:after="0" w:line="240" w:lineRule="auto"/>
        <w:ind w:firstLine="425"/>
        <w:rPr>
          <w:b/>
          <w:lang w:val="ru-RU"/>
        </w:rPr>
      </w:pPr>
      <w:r w:rsidRPr="006136AF">
        <w:rPr>
          <w:lang w:val="ru-RU"/>
        </w:rPr>
        <w:t>Тема: Пересечение поверхностей. Метод секущих плоскостей. Метод сфер</w:t>
      </w:r>
    </w:p>
    <w:p w:rsidR="006136AF" w:rsidRPr="006136AF" w:rsidRDefault="006136AF" w:rsidP="006136AF">
      <w:pPr>
        <w:pStyle w:val="af"/>
        <w:spacing w:after="0" w:line="240" w:lineRule="auto"/>
        <w:ind w:firstLine="425"/>
        <w:rPr>
          <w:sz w:val="20"/>
          <w:szCs w:val="20"/>
          <w:lang w:val="ru-RU"/>
        </w:rPr>
      </w:pPr>
    </w:p>
    <w:p w:rsidR="006136AF" w:rsidRPr="006136AF" w:rsidRDefault="006136AF" w:rsidP="006136AF">
      <w:pPr>
        <w:pStyle w:val="aff8"/>
        <w:shd w:val="clear" w:color="auto" w:fill="FFFFFF"/>
        <w:spacing w:before="0" w:beforeAutospacing="0" w:after="0" w:afterAutospacing="0"/>
        <w:ind w:firstLine="426"/>
        <w:jc w:val="both"/>
      </w:pPr>
      <w:r w:rsidRPr="006136AF">
        <w:t>Лекция-визуализация – это лекция, представляющая собой подачу лекционного материала с помощью технических средств обучения (аудио- и/или видеотехники). Основной целью лекции-визуализации является формирование у студентов профессионального мышления через восприятие устной и письменной информации, преобразованной в визуальную форму. Этот вид лекции наиболее эффективен на этапе введения студентов в новый раздел, тему, дисциплину. Чтение лекции-визуализации сводится к развернутому или краткому комментированию просматриваемых визуальных материалов.</w:t>
      </w:r>
    </w:p>
    <w:p w:rsidR="006136AF" w:rsidRPr="006136AF" w:rsidRDefault="006136AF" w:rsidP="006136AF">
      <w:pPr>
        <w:pStyle w:val="aff8"/>
        <w:shd w:val="clear" w:color="auto" w:fill="FFFFFF"/>
        <w:spacing w:before="0" w:beforeAutospacing="0" w:after="0" w:afterAutospacing="0"/>
        <w:ind w:firstLine="426"/>
        <w:jc w:val="both"/>
      </w:pPr>
      <w:r w:rsidRPr="006136AF">
        <w:t>Структура лекции близка к традиционной и включает в себя вводную, основную и заключительную части. Особенностью лекции-визуализации является одновременная активизация у студентов трех видов памяти: слуховой, зрительной и двигательной, позволяющей им наиболее эффективно усваивать материал. Любая форма наглядной информации содержит элементы проблемности. Поэтому лекция-визуализация способствует созданию проблемной ситуации, разрешение которой в отличие от проблемной лекции, где используются вопросы, происходит на основе анализа, синтеза, обобщения, свертывания или развертывания информации, то есть, с включением активной мыслительной деятельности. Задача преподавателя использовать такие формы наглядности, которые не только дополняют словесную информацию, но и сами являются носителями информации. Чем больше проблемности в наглядной информации, тем выше степень мыслительной активности обучающихся.</w:t>
      </w:r>
    </w:p>
    <w:p w:rsidR="006136AF" w:rsidRPr="006136AF" w:rsidRDefault="006136AF" w:rsidP="006136AF">
      <w:pPr>
        <w:pStyle w:val="aff8"/>
        <w:shd w:val="clear" w:color="auto" w:fill="FFFFFF"/>
        <w:spacing w:before="0" w:beforeAutospacing="0" w:after="0" w:afterAutospacing="0"/>
        <w:ind w:firstLine="426"/>
        <w:jc w:val="both"/>
        <w:rPr>
          <w:sz w:val="18"/>
          <w:szCs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8"/>
        <w:gridCol w:w="4679"/>
      </w:tblGrid>
      <w:tr w:rsidR="006136AF" w:rsidRPr="006136AF" w:rsidTr="003E175B">
        <w:tc>
          <w:tcPr>
            <w:tcW w:w="4818" w:type="dxa"/>
          </w:tcPr>
          <w:p w:rsidR="006136AF" w:rsidRPr="006136AF" w:rsidRDefault="006136AF" w:rsidP="006136AF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bCs/>
                <w:sz w:val="22"/>
              </w:rPr>
            </w:pPr>
            <w:r w:rsidRPr="006136AF">
              <w:rPr>
                <w:b/>
                <w:bCs/>
                <w:sz w:val="22"/>
              </w:rPr>
              <w:t>Оценка</w:t>
            </w:r>
          </w:p>
        </w:tc>
        <w:tc>
          <w:tcPr>
            <w:tcW w:w="4679" w:type="dxa"/>
          </w:tcPr>
          <w:p w:rsidR="006136AF" w:rsidRPr="006136AF" w:rsidRDefault="006136AF" w:rsidP="006136AF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bCs/>
                <w:sz w:val="22"/>
              </w:rPr>
            </w:pPr>
            <w:r w:rsidRPr="006136AF">
              <w:rPr>
                <w:b/>
                <w:bCs/>
                <w:sz w:val="22"/>
              </w:rPr>
              <w:t>Критерии</w:t>
            </w:r>
          </w:p>
        </w:tc>
      </w:tr>
      <w:tr w:rsidR="006136AF" w:rsidRPr="006136AF" w:rsidTr="003E175B">
        <w:tc>
          <w:tcPr>
            <w:tcW w:w="4818" w:type="dxa"/>
            <w:vAlign w:val="center"/>
          </w:tcPr>
          <w:p w:rsidR="006136AF" w:rsidRPr="006136AF" w:rsidRDefault="006136AF" w:rsidP="006136AF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b/>
                <w:bCs/>
                <w:sz w:val="22"/>
              </w:rPr>
            </w:pPr>
            <w:r w:rsidRPr="006136AF">
              <w:rPr>
                <w:b/>
                <w:bCs/>
                <w:sz w:val="22"/>
              </w:rPr>
              <w:t>Отлично</w:t>
            </w:r>
          </w:p>
        </w:tc>
        <w:tc>
          <w:tcPr>
            <w:tcW w:w="4679" w:type="dxa"/>
          </w:tcPr>
          <w:p w:rsidR="006136AF" w:rsidRPr="006136AF" w:rsidRDefault="006136AF" w:rsidP="006136AF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bCs/>
                <w:sz w:val="22"/>
              </w:rPr>
            </w:pPr>
            <w:r w:rsidRPr="006136AF">
              <w:rPr>
                <w:bCs/>
                <w:sz w:val="22"/>
              </w:rPr>
              <w:t>Полное владение темой лекции</w:t>
            </w:r>
          </w:p>
        </w:tc>
      </w:tr>
      <w:tr w:rsidR="006136AF" w:rsidRPr="006136AF" w:rsidTr="003E175B">
        <w:tc>
          <w:tcPr>
            <w:tcW w:w="4818" w:type="dxa"/>
            <w:vAlign w:val="center"/>
          </w:tcPr>
          <w:p w:rsidR="006136AF" w:rsidRPr="006136AF" w:rsidRDefault="006136AF" w:rsidP="006136AF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b/>
                <w:bCs/>
                <w:sz w:val="22"/>
              </w:rPr>
            </w:pPr>
            <w:r w:rsidRPr="006136AF">
              <w:rPr>
                <w:b/>
                <w:bCs/>
                <w:sz w:val="22"/>
              </w:rPr>
              <w:t>Хорошо</w:t>
            </w:r>
          </w:p>
        </w:tc>
        <w:tc>
          <w:tcPr>
            <w:tcW w:w="4679" w:type="dxa"/>
          </w:tcPr>
          <w:p w:rsidR="006136AF" w:rsidRPr="006136AF" w:rsidRDefault="006136AF" w:rsidP="006136AF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bCs/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Владеет темой в общих чертах, в отдельных аспектах темы разбирается углубленно</w:t>
            </w:r>
          </w:p>
        </w:tc>
      </w:tr>
      <w:tr w:rsidR="006136AF" w:rsidRPr="006136AF" w:rsidTr="003E175B">
        <w:tc>
          <w:tcPr>
            <w:tcW w:w="4818" w:type="dxa"/>
            <w:vAlign w:val="center"/>
          </w:tcPr>
          <w:p w:rsidR="006136AF" w:rsidRPr="006136AF" w:rsidRDefault="006136AF" w:rsidP="006136AF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b/>
                <w:bCs/>
                <w:sz w:val="22"/>
              </w:rPr>
            </w:pPr>
            <w:r w:rsidRPr="006136AF">
              <w:rPr>
                <w:b/>
                <w:bCs/>
                <w:sz w:val="22"/>
              </w:rPr>
              <w:t>Удовлетворительно</w:t>
            </w:r>
          </w:p>
        </w:tc>
        <w:tc>
          <w:tcPr>
            <w:tcW w:w="4679" w:type="dxa"/>
          </w:tcPr>
          <w:p w:rsidR="006136AF" w:rsidRPr="006136AF" w:rsidRDefault="006136AF" w:rsidP="006136AF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bCs/>
                <w:sz w:val="22"/>
                <w:lang w:val="ru-RU"/>
              </w:rPr>
            </w:pPr>
            <w:r w:rsidRPr="006136AF">
              <w:rPr>
                <w:sz w:val="22"/>
                <w:lang w:val="ru-RU"/>
              </w:rPr>
              <w:t>Частично владеет темой, может использовать полученную информацию</w:t>
            </w:r>
            <w:r w:rsidRPr="006136AF">
              <w:rPr>
                <w:bCs/>
                <w:sz w:val="22"/>
                <w:lang w:val="ru-RU"/>
              </w:rPr>
              <w:t xml:space="preserve"> других участников образовательного процесса</w:t>
            </w:r>
            <w:r w:rsidRPr="006136AF">
              <w:rPr>
                <w:sz w:val="22"/>
                <w:lang w:val="ru-RU"/>
              </w:rPr>
              <w:t>.</w:t>
            </w:r>
          </w:p>
        </w:tc>
      </w:tr>
      <w:tr w:rsidR="006136AF" w:rsidRPr="006136AF" w:rsidTr="003E175B">
        <w:tc>
          <w:tcPr>
            <w:tcW w:w="4818" w:type="dxa"/>
            <w:vAlign w:val="center"/>
          </w:tcPr>
          <w:p w:rsidR="006136AF" w:rsidRPr="006136AF" w:rsidRDefault="006136AF" w:rsidP="006136AF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b/>
                <w:bCs/>
                <w:sz w:val="22"/>
              </w:rPr>
            </w:pPr>
            <w:r w:rsidRPr="006136AF">
              <w:rPr>
                <w:b/>
                <w:bCs/>
                <w:sz w:val="22"/>
              </w:rPr>
              <w:t>Неудовлетворительно</w:t>
            </w:r>
          </w:p>
        </w:tc>
        <w:tc>
          <w:tcPr>
            <w:tcW w:w="4679" w:type="dxa"/>
          </w:tcPr>
          <w:p w:rsidR="006136AF" w:rsidRPr="006136AF" w:rsidRDefault="006136AF" w:rsidP="006136AF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bCs/>
                <w:sz w:val="22"/>
                <w:lang w:val="ru-RU"/>
              </w:rPr>
            </w:pPr>
            <w:r w:rsidRPr="006136AF">
              <w:rPr>
                <w:bCs/>
                <w:sz w:val="22"/>
                <w:lang w:val="ru-RU"/>
              </w:rPr>
              <w:t>Не разбирается в теме и не воспринимает информацию от других участников образовательного процесса</w:t>
            </w:r>
          </w:p>
        </w:tc>
      </w:tr>
    </w:tbl>
    <w:p w:rsidR="006136AF" w:rsidRPr="006136AF" w:rsidRDefault="006136AF" w:rsidP="006136AF">
      <w:pPr>
        <w:pStyle w:val="410"/>
        <w:tabs>
          <w:tab w:val="left" w:pos="1009"/>
        </w:tabs>
        <w:spacing w:line="240" w:lineRule="auto"/>
        <w:ind w:right="97" w:firstLine="0"/>
        <w:jc w:val="center"/>
        <w:rPr>
          <w:i w:val="0"/>
          <w:sz w:val="24"/>
          <w:szCs w:val="24"/>
          <w:lang w:val="ru-RU"/>
        </w:rPr>
      </w:pPr>
    </w:p>
    <w:p w:rsidR="006136AF" w:rsidRPr="006136AF" w:rsidRDefault="006136AF" w:rsidP="006136AF">
      <w:pPr>
        <w:pStyle w:val="410"/>
        <w:tabs>
          <w:tab w:val="left" w:pos="1009"/>
        </w:tabs>
        <w:spacing w:line="240" w:lineRule="auto"/>
        <w:ind w:right="97" w:firstLine="0"/>
        <w:jc w:val="center"/>
        <w:rPr>
          <w:i w:val="0"/>
          <w:sz w:val="24"/>
          <w:szCs w:val="24"/>
          <w:lang w:val="ru-RU"/>
        </w:rPr>
      </w:pPr>
      <w:r w:rsidRPr="006136AF">
        <w:rPr>
          <w:i w:val="0"/>
          <w:sz w:val="24"/>
          <w:szCs w:val="24"/>
          <w:lang w:val="ru-RU"/>
        </w:rPr>
        <w:t>2. ПРАКТИЧЕСКОЕ ЗАНЯТИЕ</w:t>
      </w:r>
    </w:p>
    <w:p w:rsidR="006136AF" w:rsidRPr="006136AF" w:rsidRDefault="006136AF" w:rsidP="006136AF">
      <w:pPr>
        <w:pStyle w:val="410"/>
        <w:tabs>
          <w:tab w:val="left" w:pos="1009"/>
        </w:tabs>
        <w:spacing w:line="240" w:lineRule="auto"/>
        <w:ind w:right="97" w:firstLine="0"/>
        <w:jc w:val="center"/>
        <w:rPr>
          <w:i w:val="0"/>
          <w:sz w:val="24"/>
          <w:szCs w:val="24"/>
          <w:lang w:val="ru-RU"/>
        </w:rPr>
      </w:pPr>
      <w:r w:rsidRPr="006136AF">
        <w:rPr>
          <w:i w:val="0"/>
          <w:sz w:val="24"/>
          <w:szCs w:val="24"/>
          <w:lang w:val="ru-RU"/>
        </w:rPr>
        <w:t>Практическое занятие №1 (4 часа)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Метод проекций. Центральное и параллельное проецирование.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1. В чем общность и различие методов проецирования?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2. В чем заключается способ проецирования, называемый параллельным?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3. Может ли параллельная проекция прямой линии представлять собой точку?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4. Что такое «Метод Монжа»?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lastRenderedPageBreak/>
        <w:t>5. Как расшифровать слово «ортогональный»?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i w:val="0"/>
          <w:sz w:val="24"/>
          <w:szCs w:val="24"/>
          <w:lang w:val="ru-RU"/>
        </w:rPr>
        <w:t>Практическое занятие №2</w:t>
      </w:r>
      <w:r w:rsidRPr="006136AF">
        <w:rPr>
          <w:b w:val="0"/>
          <w:i w:val="0"/>
          <w:sz w:val="24"/>
          <w:szCs w:val="24"/>
          <w:lang w:val="ru-RU"/>
        </w:rPr>
        <w:t xml:space="preserve"> </w:t>
      </w:r>
      <w:r w:rsidRPr="006136AF">
        <w:rPr>
          <w:i w:val="0"/>
          <w:sz w:val="24"/>
          <w:szCs w:val="24"/>
          <w:lang w:val="ru-RU"/>
        </w:rPr>
        <w:t>(4 часа)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Комплексный чертеж плоскости. Основные позиционные задачи.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Прямые и точки в плоскости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1. В чем состоит сущность метода прямоугольного треугольника, применяемого для определения действительной величины отрезка и углов его наклона к плоскостям проекций?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 Назовите все возможные (общие и частные) случаи взаимного расположения двух прямых.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3.Каково взаимное расположение двух прямых в пространстве, фронтальные проекции которых параллельны, а горизонтальные пересекаются?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4.В каких случаях две прямые скрещиваются, хотя две одноименные проекции их параллельны?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5. Что называется плоскостью?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6. Какими геометрическими элементами определяется плоскость?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7. Что называется плоскостью общего положения, проецирующей плоскостью, плоскостью уровня?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8. В чем состоит правило построения линии пересечения двух плоскостей?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9. Каково назначение вспомогательных плоскостей (посредников) при нахождении линии пересечения плоскостей?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i w:val="0"/>
          <w:sz w:val="24"/>
          <w:szCs w:val="24"/>
          <w:lang w:val="ru-RU"/>
        </w:rPr>
      </w:pPr>
      <w:r w:rsidRPr="006136AF">
        <w:rPr>
          <w:i w:val="0"/>
          <w:sz w:val="24"/>
          <w:szCs w:val="24"/>
          <w:lang w:val="ru-RU"/>
        </w:rPr>
        <w:t>Практическое занятие №3 (4 часа)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Главные позиционные задачи для прямой и плоскости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 Как определяется точка встречи прямой с плоскостью: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а) с какой операции начинается решение этой задачи? Цель этого момента?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б) в чем состоит второй этап решения этой задачи? На каком основании можно утверждать, что заданная и вспомогательная прямые пересекаются?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в) в чем состоит третий этап? Доказать, что найденная точка встречи — искомая.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i w:val="0"/>
          <w:sz w:val="24"/>
          <w:szCs w:val="24"/>
          <w:lang w:val="ru-RU"/>
        </w:rPr>
      </w:pPr>
      <w:r w:rsidRPr="006136AF">
        <w:rPr>
          <w:i w:val="0"/>
          <w:sz w:val="24"/>
          <w:szCs w:val="24"/>
          <w:lang w:val="ru-RU"/>
        </w:rPr>
        <w:t>Практическое занятие №4 (8 часа)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Поверхности. Многогранники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 Какая поверхность называется призматической?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 Как образуется призматическая поверхность?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3. Какое геометрическое тело называется многогранником? Призмой?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4. Что такое сетка многогранника?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5. Как найти точку на поверхности призмы?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6. Какие главные особенности Вы можете выделить при построении линии пересечения призмы проецирующей плоскостью?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7. Какая поверхность называется пирамидальной?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8. Как образуется пирамидальная поверхность?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9. Какое геометрическое тело называется пирамидой?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10. Как найти точку на поверхности призмы?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11. Какие главные особенности Вы можете выделить при построении линии пересечения пирамиды проецирующей плоскостью?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i w:val="0"/>
          <w:sz w:val="24"/>
          <w:szCs w:val="24"/>
          <w:lang w:val="ru-RU"/>
        </w:rPr>
      </w:pPr>
      <w:r w:rsidRPr="006136AF">
        <w:rPr>
          <w:i w:val="0"/>
          <w:sz w:val="24"/>
          <w:szCs w:val="24"/>
          <w:lang w:val="ru-RU"/>
        </w:rPr>
        <w:t>Практическое занятие №5 (9 часов)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bCs w:val="0"/>
          <w:i w:val="0"/>
          <w:iCs w:val="0"/>
          <w:sz w:val="24"/>
          <w:szCs w:val="24"/>
          <w:lang w:val="ru-RU"/>
        </w:rPr>
      </w:pPr>
      <w:r w:rsidRPr="006136AF">
        <w:rPr>
          <w:b w:val="0"/>
          <w:bCs w:val="0"/>
          <w:i w:val="0"/>
          <w:iCs w:val="0"/>
          <w:sz w:val="24"/>
          <w:szCs w:val="24"/>
          <w:lang w:val="ru-RU"/>
        </w:rPr>
        <w:t>Построение разверток поверхностей геометрических тел.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Способы преобразования чертежа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1.В чем состоит принцип замены плоскостей проекций?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2. Можно ли использовать способ замены плоскостей проекций для нахождения </w:t>
      </w:r>
      <w:r w:rsidRPr="006136AF">
        <w:rPr>
          <w:b w:val="0"/>
          <w:i w:val="0"/>
          <w:sz w:val="24"/>
          <w:szCs w:val="24"/>
          <w:lang w:val="ru-RU"/>
        </w:rPr>
        <w:lastRenderedPageBreak/>
        <w:t>натуральной величины плоской фигуры?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3. В чем состоит прием вращения и каковы его частные случаи?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4. Как осуществляется вращение плоской фигуры вокруг линий уровня?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5. В чем сущность способа плоскопараллельного перемещения?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6. В каком случае целесообразней применить плоскопараллельное перемещение?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i w:val="0"/>
          <w:sz w:val="24"/>
          <w:szCs w:val="24"/>
          <w:lang w:val="ru-RU"/>
        </w:rPr>
      </w:pPr>
      <w:r w:rsidRPr="006136AF">
        <w:rPr>
          <w:i w:val="0"/>
          <w:sz w:val="24"/>
          <w:szCs w:val="24"/>
          <w:lang w:val="ru-RU"/>
        </w:rPr>
        <w:t>Практическое занятие №6 (8 часов)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bCs w:val="0"/>
          <w:i w:val="0"/>
          <w:iCs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Поверхности. </w:t>
      </w:r>
      <w:r w:rsidRPr="006136AF">
        <w:rPr>
          <w:b w:val="0"/>
          <w:bCs w:val="0"/>
          <w:i w:val="0"/>
          <w:iCs w:val="0"/>
          <w:sz w:val="24"/>
          <w:szCs w:val="24"/>
          <w:lang w:val="ru-RU"/>
        </w:rPr>
        <w:t>Кривые поверхности.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 Какая поверхность называется цилиндрической?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 Как образуется цилиндрическая поверхность?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3. Какое геометрическое тело называется цилиндром?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4. По каким линиям можно рассечь поверхность цилиндра вращения и как в каждом отдельном случае расположена секущая плоскость относительно оси цилиндра?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4. Какая поверхность называется конической?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5. Как образуется коническая поверхность?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3. Какое геометрическое тело называется конусом?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6. Какие линии можно получить при пересечении конической поверхности вращения плоскостью?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7. Какая поверхность называется сферической?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8. Как образуется сферическая поверхность?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9. Какое геометрическое тело называется сферой?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10. Какие линии можно получить при пересечении сферической поверхности вращения проецирующей плоскостью плоскостью?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11. Какая поверхность называется торовой?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12. Как образуется торовая поверхность?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13. Какое геометрическое тело называется тором? какие виды торовых поверхностей Вы знаете?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14. Какие линии можно получить при пересечении торовой поверхности вращения проецирующей плоскостью плоскостью?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i w:val="0"/>
          <w:sz w:val="24"/>
          <w:szCs w:val="24"/>
          <w:lang w:val="ru-RU"/>
        </w:rPr>
      </w:pPr>
      <w:r w:rsidRPr="006136AF">
        <w:rPr>
          <w:i w:val="0"/>
          <w:sz w:val="24"/>
          <w:szCs w:val="24"/>
          <w:lang w:val="ru-RU"/>
        </w:rPr>
        <w:t>Практическое занятие №7 (8 часов)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Пересечение поверхностей. Метод секущих плоскостей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 В чем состоит сущность способа секущих плоскостей?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 В каком случае применим способа секущих плоскостей для построения линии пересечения поверхностей?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i w:val="0"/>
          <w:sz w:val="24"/>
          <w:szCs w:val="24"/>
          <w:lang w:val="ru-RU"/>
        </w:rPr>
      </w:pPr>
      <w:r w:rsidRPr="006136AF">
        <w:rPr>
          <w:i w:val="0"/>
          <w:sz w:val="24"/>
          <w:szCs w:val="24"/>
          <w:lang w:val="ru-RU"/>
        </w:rPr>
        <w:t>Практическое занятие №8 (6 часов)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Пересечение поверхностей. Метод сфер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 В чем состоит сущность способа сфер?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 В каком случае применим способ сфер для построения линии пересечения поверхностей?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i w:val="0"/>
          <w:sz w:val="24"/>
          <w:szCs w:val="24"/>
          <w:lang w:val="ru-RU"/>
        </w:rPr>
      </w:pPr>
      <w:r w:rsidRPr="006136AF">
        <w:rPr>
          <w:i w:val="0"/>
          <w:sz w:val="24"/>
          <w:szCs w:val="24"/>
          <w:lang w:val="ru-RU"/>
        </w:rPr>
        <w:t>Практическое занятие №9 (2 часа)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Правила выполнения изображений. Виды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 Какое изображение называется видом?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 Какие название видов на чертеже устанавливает ГОСТ 2.305-2008?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3. Какое изображение называется местным видом?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i w:val="0"/>
          <w:sz w:val="24"/>
          <w:szCs w:val="24"/>
          <w:lang w:val="ru-RU"/>
        </w:rPr>
      </w:pPr>
      <w:r w:rsidRPr="006136AF">
        <w:rPr>
          <w:i w:val="0"/>
          <w:sz w:val="24"/>
          <w:szCs w:val="24"/>
          <w:lang w:val="ru-RU"/>
        </w:rPr>
        <w:t>Практическое занятие №10 (2 часа)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Правила выполнения изображений. Разрезы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 Какое изображение называется разрезом?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 Классифицируйте разрезы в зависимости от положения секущей плоскости относительно горизонтальной плоскости проекций.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3. Какой разрез называется простым?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lastRenderedPageBreak/>
        <w:t>4. В каком случае разрез необходимо обозначать?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5. Какой разрез называется сложным?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6. Какие виды сложных разрезов Вы знаете, в чем их особенность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i w:val="0"/>
          <w:sz w:val="24"/>
          <w:szCs w:val="24"/>
          <w:lang w:val="ru-RU"/>
        </w:rPr>
      </w:pPr>
      <w:r w:rsidRPr="006136AF">
        <w:rPr>
          <w:i w:val="0"/>
          <w:sz w:val="24"/>
          <w:szCs w:val="24"/>
          <w:lang w:val="ru-RU"/>
        </w:rPr>
        <w:t>Практическое занятие №11 (2 часа)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Правила выполнения изображений. Сечения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 Какое изображение называется сечением?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 Что такое наложенное сечение?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3. Какое сечение называается вынесенным?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4. Как обозначается сечение?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i w:val="0"/>
          <w:sz w:val="24"/>
          <w:szCs w:val="24"/>
          <w:lang w:val="ru-RU"/>
        </w:rPr>
      </w:pPr>
      <w:r w:rsidRPr="006136AF">
        <w:rPr>
          <w:i w:val="0"/>
          <w:sz w:val="24"/>
          <w:szCs w:val="24"/>
          <w:lang w:val="ru-RU"/>
        </w:rPr>
        <w:t>Практическое занятие №12 (4 часа)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Соединения разъемные резьбовые. Соединение болтом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1.Какая поверхность называется резьбовой?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2.Какие особенности предусмотрены ГОСТ при изображении резьбы на чертеже?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3.Какие стандартные изделия входят в состав болотового соединения?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4.Перечислите основные расчетные параметры соединения болтом.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i w:val="0"/>
          <w:sz w:val="24"/>
          <w:szCs w:val="24"/>
          <w:lang w:val="ru-RU"/>
        </w:rPr>
      </w:pPr>
      <w:r w:rsidRPr="006136AF">
        <w:rPr>
          <w:i w:val="0"/>
          <w:sz w:val="24"/>
          <w:szCs w:val="24"/>
          <w:lang w:val="ru-RU"/>
        </w:rPr>
        <w:t>Практическое занятие №13 (2 часа)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Соединения разъемные резьбовые. Соединение шпилькой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1.Какие стандартные изделия входят в состав шпиличного соединения?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2.Перечислите основные расчетные параметры соединения шпилькой.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i w:val="0"/>
          <w:sz w:val="24"/>
          <w:szCs w:val="24"/>
          <w:lang w:val="ru-RU"/>
        </w:rPr>
      </w:pPr>
      <w:r w:rsidRPr="006136AF">
        <w:rPr>
          <w:i w:val="0"/>
          <w:sz w:val="24"/>
          <w:szCs w:val="24"/>
          <w:lang w:val="ru-RU"/>
        </w:rPr>
        <w:t>Практическое занятие №14 (2 часа)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Соединения разъемные резьбовые. Соединение винтом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1.Какие стандартные изделия входят в состав винтового соединения?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2.Перечислите основные расчетные параметры соединения винтом.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i w:val="0"/>
          <w:sz w:val="24"/>
          <w:szCs w:val="24"/>
          <w:lang w:val="ru-RU"/>
        </w:rPr>
      </w:pPr>
      <w:r w:rsidRPr="006136AF">
        <w:rPr>
          <w:i w:val="0"/>
          <w:sz w:val="24"/>
          <w:szCs w:val="24"/>
          <w:lang w:val="ru-RU"/>
        </w:rPr>
        <w:t>Практическое занятие №15 (4 часа)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Соединения разъемные шпоночные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 Какое соединение называется шпоночным?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 Какие виды шпоночных соединений Вы знаете?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3. Какие главные особенности выполнения чертежа шпоночного соединения предусмотрены ГОСТ?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i w:val="0"/>
          <w:sz w:val="24"/>
          <w:szCs w:val="24"/>
          <w:lang w:val="ru-RU"/>
        </w:rPr>
      </w:pPr>
      <w:r w:rsidRPr="006136AF">
        <w:rPr>
          <w:i w:val="0"/>
          <w:sz w:val="24"/>
          <w:szCs w:val="24"/>
          <w:lang w:val="ru-RU"/>
        </w:rPr>
        <w:t>Практическое занятие №16 (4 часа)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Соединения разъемные шлицевые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 Какое соединение называется шлицевым?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 Какие виды шлицевых соединений Вы знаете?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3. Какие главные особенности выполнения чертежа шлицевого соединения предусмотрены ГОСТ?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i w:val="0"/>
          <w:sz w:val="24"/>
          <w:szCs w:val="24"/>
          <w:lang w:val="ru-RU"/>
        </w:rPr>
      </w:pPr>
      <w:r w:rsidRPr="006136AF">
        <w:rPr>
          <w:i w:val="0"/>
          <w:sz w:val="24"/>
          <w:szCs w:val="24"/>
          <w:lang w:val="ru-RU"/>
        </w:rPr>
        <w:t>Практическое занятие №17 (6 часов)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Соединения разъемные. Зубчатые передачи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1.Какой механизм называют зубчатой передачей?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 Какие параметры зубчатого венца должны быть указаны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на рабочем чертеже колеса в соответствии с ГОСТ 2.403–75?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3. В каком месте чертежа располагается таблица параметров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зубчатого колеса и из каких трех частей она состоит?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4. Необходимо ли указание размера делительного диаметра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колеса на изображении зубчатого колеса на чертеже?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i w:val="0"/>
          <w:sz w:val="24"/>
          <w:szCs w:val="24"/>
          <w:lang w:val="ru-RU"/>
        </w:rPr>
      </w:pPr>
      <w:r w:rsidRPr="006136AF">
        <w:rPr>
          <w:i w:val="0"/>
          <w:sz w:val="24"/>
          <w:szCs w:val="24"/>
          <w:lang w:val="ru-RU"/>
        </w:rPr>
        <w:t>Практическое занятие №18 (4 часа)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Соединения неразъемные сварные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1.Какое соединение называется неразъемным?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2.Какие виды неразъемных соединений Вы знаете?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3.Какие особенности выполнения чертежей сварных соединений предусмотрены ГОСТ?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i w:val="0"/>
          <w:sz w:val="24"/>
          <w:szCs w:val="24"/>
          <w:lang w:val="ru-RU"/>
        </w:rPr>
      </w:pPr>
      <w:r w:rsidRPr="006136AF">
        <w:rPr>
          <w:i w:val="0"/>
          <w:sz w:val="24"/>
          <w:szCs w:val="24"/>
          <w:lang w:val="ru-RU"/>
        </w:rPr>
        <w:lastRenderedPageBreak/>
        <w:t>Практическое занятие №19 (8 часов)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Электронная конструкторская документация. Виды и комплектность. Общие сведения.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1.Какой документ называется электронным?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2.Какие виды электронных конструкторских документов Вам известны?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3.Что называется основным комплектом конструкторской документации?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i w:val="0"/>
          <w:sz w:val="24"/>
          <w:szCs w:val="24"/>
          <w:lang w:val="ru-RU"/>
        </w:rPr>
      </w:pPr>
      <w:r w:rsidRPr="006136AF">
        <w:rPr>
          <w:i w:val="0"/>
          <w:sz w:val="24"/>
          <w:szCs w:val="24"/>
          <w:lang w:val="ru-RU"/>
        </w:rPr>
        <w:t>Практическое занятие №20 (6 часов)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Электронная модель и чертеж детали. Общие сведения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1.Какой документ называется чертежом детали?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2.Охарактеризуйте основные компоненты чертежа детали.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3.Охарактеризуйте понятие "электронная модель детали".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4.Что такое электронная геометрическая модель изделия? Каков ее состав?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i w:val="0"/>
          <w:sz w:val="24"/>
          <w:szCs w:val="24"/>
          <w:lang w:val="ru-RU"/>
        </w:rPr>
      </w:pPr>
      <w:r w:rsidRPr="006136AF">
        <w:rPr>
          <w:i w:val="0"/>
          <w:sz w:val="24"/>
          <w:szCs w:val="24"/>
          <w:lang w:val="ru-RU"/>
        </w:rPr>
        <w:t>Практическое занятие №21 (4 часа)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Электронные модели и чертежи типовых деталей. Пластина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1.В чем особенность составления чертежа "Пластина"?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2.Каковы конструктивные особенности данного изделия и как они влияют на разработку его чертежа и модели?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i w:val="0"/>
          <w:sz w:val="24"/>
          <w:szCs w:val="24"/>
          <w:lang w:val="ru-RU"/>
        </w:rPr>
      </w:pPr>
      <w:r w:rsidRPr="006136AF">
        <w:rPr>
          <w:i w:val="0"/>
          <w:sz w:val="24"/>
          <w:szCs w:val="24"/>
          <w:lang w:val="ru-RU"/>
        </w:rPr>
        <w:t>Практическое занятие №22 (6 часов)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Электронные модели и чертежи типовых деталей. Втулка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1.В чем особенность составления чертежа "Втулка"?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2.Каковы конструктивные особенности данного изделия и как они влияют на разработку его чертежа и модели?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i w:val="0"/>
          <w:sz w:val="24"/>
          <w:szCs w:val="24"/>
          <w:lang w:val="ru-RU"/>
        </w:rPr>
      </w:pPr>
      <w:r w:rsidRPr="006136AF">
        <w:rPr>
          <w:i w:val="0"/>
          <w:sz w:val="24"/>
          <w:szCs w:val="24"/>
          <w:lang w:val="ru-RU"/>
        </w:rPr>
        <w:t>Практическое занятие №23 (4 часа)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Электронные модели и чертежи типовых деталей. Штуцер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1.В чем особенность составления чертежа "Штуцер"?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2.Каковы конструктивные особенности данного изделия и как они влияют на разработку его чертежа и модели?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i w:val="0"/>
          <w:sz w:val="24"/>
          <w:szCs w:val="24"/>
          <w:lang w:val="ru-RU"/>
        </w:rPr>
      </w:pPr>
      <w:r w:rsidRPr="006136AF">
        <w:rPr>
          <w:i w:val="0"/>
          <w:sz w:val="24"/>
          <w:szCs w:val="24"/>
          <w:lang w:val="ru-RU"/>
        </w:rPr>
        <w:t>Практическое занятие №24 (8 часов)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Электронная модель сборочной единицы. Сборочный чертеж.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1.Дайте определение понятию "сборочный чертеж"?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2.Перечислите главные компоненты сборочного чертежа.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3.Какой документ называется спецификацией и какую информацию он содержит?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4.Что такое сборочная единица?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5. Дайте определение понятию "электронная сборочная модель изделия".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2"/>
        <w:gridCol w:w="6973"/>
      </w:tblGrid>
      <w:tr w:rsidR="006136AF" w:rsidRPr="006136AF" w:rsidTr="003E175B">
        <w:tc>
          <w:tcPr>
            <w:tcW w:w="2722" w:type="dxa"/>
          </w:tcPr>
          <w:p w:rsidR="006136AF" w:rsidRPr="006136AF" w:rsidRDefault="006136AF" w:rsidP="006136AF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i w:val="0"/>
                <w:sz w:val="24"/>
                <w:szCs w:val="24"/>
                <w:lang w:val="ru-RU"/>
              </w:rPr>
            </w:pPr>
            <w:r w:rsidRPr="006136AF">
              <w:rPr>
                <w:i w:val="0"/>
                <w:sz w:val="24"/>
                <w:szCs w:val="24"/>
                <w:lang w:val="ru-RU"/>
              </w:rPr>
              <w:t>Оценка</w:t>
            </w:r>
          </w:p>
        </w:tc>
        <w:tc>
          <w:tcPr>
            <w:tcW w:w="7167" w:type="dxa"/>
          </w:tcPr>
          <w:p w:rsidR="006136AF" w:rsidRPr="006136AF" w:rsidRDefault="006136AF" w:rsidP="006136AF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i w:val="0"/>
                <w:sz w:val="24"/>
                <w:szCs w:val="24"/>
                <w:lang w:val="ru-RU"/>
              </w:rPr>
            </w:pPr>
            <w:r w:rsidRPr="006136AF">
              <w:rPr>
                <w:i w:val="0"/>
                <w:sz w:val="24"/>
                <w:szCs w:val="24"/>
                <w:lang w:val="ru-RU"/>
              </w:rPr>
              <w:t>Критерии</w:t>
            </w:r>
          </w:p>
        </w:tc>
      </w:tr>
      <w:tr w:rsidR="006136AF" w:rsidRPr="006136AF" w:rsidTr="003E175B">
        <w:tc>
          <w:tcPr>
            <w:tcW w:w="2722" w:type="dxa"/>
          </w:tcPr>
          <w:p w:rsidR="006136AF" w:rsidRPr="006136AF" w:rsidRDefault="006136AF" w:rsidP="006136AF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i w:val="0"/>
                <w:sz w:val="24"/>
                <w:szCs w:val="24"/>
                <w:lang w:val="ru-RU"/>
              </w:rPr>
            </w:pPr>
            <w:r w:rsidRPr="006136AF">
              <w:rPr>
                <w:i w:val="0"/>
                <w:sz w:val="24"/>
                <w:szCs w:val="24"/>
                <w:lang w:val="ru-RU"/>
              </w:rPr>
              <w:t>Отлично</w:t>
            </w:r>
          </w:p>
        </w:tc>
        <w:tc>
          <w:tcPr>
            <w:tcW w:w="7167" w:type="dxa"/>
          </w:tcPr>
          <w:p w:rsidR="006136AF" w:rsidRPr="006136AF" w:rsidRDefault="006136AF" w:rsidP="006136AF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b w:val="0"/>
                <w:i w:val="0"/>
                <w:sz w:val="24"/>
                <w:szCs w:val="24"/>
                <w:lang w:val="ru-RU"/>
              </w:rPr>
            </w:pPr>
            <w:r w:rsidRPr="006136AF">
              <w:rPr>
                <w:b w:val="0"/>
                <w:i w:val="0"/>
                <w:lang w:val="ru-RU"/>
              </w:rPr>
              <w:t>Выставляется обучающемуся, сформулировавшему полный и правильный ответ на вопросы практического занятия, логично структурировавшему и изложившему материал. При этом обучающийся должен показать знание специальной литературы. Для получения отличной оценки необходимо продемонстрировать умение обозначить проблемные вопросы в соответствующей области, проанализировать их и предложить варианты решений, дать исчерпывающие ответы на уточняющие и дополнительные вопросы.</w:t>
            </w:r>
          </w:p>
        </w:tc>
      </w:tr>
      <w:tr w:rsidR="006136AF" w:rsidRPr="006136AF" w:rsidTr="003E175B">
        <w:tc>
          <w:tcPr>
            <w:tcW w:w="2722" w:type="dxa"/>
          </w:tcPr>
          <w:p w:rsidR="006136AF" w:rsidRPr="006136AF" w:rsidRDefault="006136AF" w:rsidP="006136AF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i w:val="0"/>
                <w:sz w:val="24"/>
                <w:szCs w:val="24"/>
                <w:lang w:val="ru-RU"/>
              </w:rPr>
            </w:pPr>
            <w:r w:rsidRPr="006136AF">
              <w:rPr>
                <w:i w:val="0"/>
                <w:sz w:val="24"/>
                <w:szCs w:val="24"/>
                <w:lang w:val="ru-RU"/>
              </w:rPr>
              <w:t>Хорошо</w:t>
            </w:r>
          </w:p>
        </w:tc>
        <w:tc>
          <w:tcPr>
            <w:tcW w:w="7167" w:type="dxa"/>
          </w:tcPr>
          <w:p w:rsidR="006136AF" w:rsidRPr="006136AF" w:rsidRDefault="006136AF" w:rsidP="006136AF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b w:val="0"/>
                <w:i w:val="0"/>
                <w:sz w:val="24"/>
                <w:szCs w:val="24"/>
                <w:lang w:val="ru-RU"/>
              </w:rPr>
            </w:pPr>
            <w:r w:rsidRPr="006136AF">
              <w:rPr>
                <w:b w:val="0"/>
                <w:i w:val="0"/>
                <w:lang w:val="ru-RU"/>
              </w:rPr>
              <w:t xml:space="preserve">Выставляется обучающемуся, который дал полный правильный ответ на вопросы практического занятия с соблюдением логики изложения материала, но допустил при ответе отдельные неточности, не имеющие принципиального характера. Оценка </w:t>
            </w:r>
            <w:r w:rsidRPr="006136AF">
              <w:rPr>
                <w:b w:val="0"/>
                <w:i w:val="0"/>
                <w:lang w:val="ru-RU"/>
              </w:rPr>
              <w:lastRenderedPageBreak/>
              <w:t>«хорошо» может выставляться обучающемуся, недостаточно чётко и полно ответившему на уточняющие и дополнительные вопросы.</w:t>
            </w:r>
          </w:p>
        </w:tc>
      </w:tr>
      <w:tr w:rsidR="006136AF" w:rsidRPr="006136AF" w:rsidTr="003E175B">
        <w:tc>
          <w:tcPr>
            <w:tcW w:w="2722" w:type="dxa"/>
          </w:tcPr>
          <w:p w:rsidR="006136AF" w:rsidRPr="006136AF" w:rsidRDefault="006136AF" w:rsidP="006136AF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i w:val="0"/>
                <w:sz w:val="24"/>
                <w:szCs w:val="24"/>
                <w:lang w:val="ru-RU"/>
              </w:rPr>
            </w:pPr>
            <w:r w:rsidRPr="006136AF">
              <w:rPr>
                <w:i w:val="0"/>
                <w:sz w:val="24"/>
                <w:szCs w:val="24"/>
                <w:lang w:val="ru-RU"/>
              </w:rPr>
              <w:lastRenderedPageBreak/>
              <w:t>Удовлетворительно</w:t>
            </w:r>
          </w:p>
        </w:tc>
        <w:tc>
          <w:tcPr>
            <w:tcW w:w="7167" w:type="dxa"/>
          </w:tcPr>
          <w:p w:rsidR="006136AF" w:rsidRPr="006136AF" w:rsidRDefault="006136AF" w:rsidP="006136AF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b w:val="0"/>
                <w:i w:val="0"/>
                <w:sz w:val="24"/>
                <w:szCs w:val="24"/>
                <w:lang w:val="ru-RU"/>
              </w:rPr>
            </w:pPr>
            <w:r w:rsidRPr="006136AF">
              <w:rPr>
                <w:b w:val="0"/>
                <w:i w:val="0"/>
                <w:lang w:val="ru-RU"/>
              </w:rPr>
              <w:t xml:space="preserve">Выставляется обучающемуся, показавшему неполные знания, допустившему ошибки и неточности при ответе на практического занятия, продемонстрировавшему неумение логически выстроить материал ответа и сформулировать свою позицию по проблемным вопросам. При этом хотя бы по одному из заданий ошибки не должны иметь принципиального характера. </w:t>
            </w:r>
            <w:r w:rsidRPr="006136AF">
              <w:rPr>
                <w:b w:val="0"/>
                <w:i w:val="0"/>
              </w:rPr>
              <w:t>Обучающийся должен опираться в своем ответе на учебную литературу</w:t>
            </w:r>
          </w:p>
        </w:tc>
      </w:tr>
      <w:tr w:rsidR="006136AF" w:rsidRPr="006136AF" w:rsidTr="003E175B">
        <w:tc>
          <w:tcPr>
            <w:tcW w:w="2722" w:type="dxa"/>
          </w:tcPr>
          <w:p w:rsidR="006136AF" w:rsidRPr="006136AF" w:rsidRDefault="006136AF" w:rsidP="006136AF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i w:val="0"/>
                <w:sz w:val="24"/>
                <w:szCs w:val="24"/>
                <w:lang w:val="ru-RU"/>
              </w:rPr>
            </w:pPr>
            <w:r w:rsidRPr="006136AF">
              <w:rPr>
                <w:i w:val="0"/>
                <w:sz w:val="24"/>
                <w:szCs w:val="24"/>
                <w:lang w:val="ru-RU"/>
              </w:rPr>
              <w:t>Неудовлетворительно</w:t>
            </w:r>
          </w:p>
        </w:tc>
        <w:tc>
          <w:tcPr>
            <w:tcW w:w="7167" w:type="dxa"/>
          </w:tcPr>
          <w:p w:rsidR="006136AF" w:rsidRPr="006136AF" w:rsidRDefault="006136AF" w:rsidP="006136AF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b w:val="0"/>
                <w:i w:val="0"/>
                <w:sz w:val="24"/>
                <w:szCs w:val="24"/>
                <w:lang w:val="ru-RU"/>
              </w:rPr>
            </w:pPr>
            <w:r w:rsidRPr="006136AF">
              <w:rPr>
                <w:b w:val="0"/>
                <w:i w:val="0"/>
                <w:lang w:val="ru-RU"/>
              </w:rPr>
              <w:t>Выставляется обучающемуся, если он не дал ответа по вопросам практического занятия; дал неверные, содержащие фактические ошибки ответы на все вопросы; не смог ответить на дополнительные и уточняющие вопросы</w:t>
            </w:r>
          </w:p>
        </w:tc>
      </w:tr>
    </w:tbl>
    <w:p w:rsidR="006136AF" w:rsidRPr="006136AF" w:rsidRDefault="006136AF" w:rsidP="006136AF">
      <w:pPr>
        <w:pStyle w:val="af"/>
        <w:widowControl w:val="0"/>
        <w:spacing w:line="240" w:lineRule="auto"/>
        <w:ind w:left="425"/>
        <w:jc w:val="center"/>
        <w:rPr>
          <w:b/>
          <w:lang w:val="ru-RU"/>
        </w:rPr>
      </w:pPr>
      <w:r w:rsidRPr="006136AF">
        <w:rPr>
          <w:b/>
          <w:lang w:val="ru-RU"/>
        </w:rPr>
        <w:t>3. ПРАКТИЧЕСКОЕ ЗАНЯТИЕ. РАБОТА В МАЛЫХ ГРУППАХ</w:t>
      </w:r>
    </w:p>
    <w:p w:rsidR="006136AF" w:rsidRPr="006136AF" w:rsidRDefault="006136AF" w:rsidP="006136AF">
      <w:pPr>
        <w:pStyle w:val="af"/>
        <w:widowControl w:val="0"/>
        <w:spacing w:after="0" w:line="240" w:lineRule="auto"/>
        <w:ind w:firstLine="425"/>
        <w:rPr>
          <w:lang w:val="ru-RU"/>
        </w:rPr>
      </w:pPr>
      <w:r w:rsidRPr="006136AF">
        <w:rPr>
          <w:lang w:val="ru-RU"/>
        </w:rPr>
        <w:t xml:space="preserve">Работа в малых группах – это одна из самых популярных стратегий, так как она дает всем обучающимся (в том числе и стеснительным) возможность участвовать в работе, практиковать навыки сотрудничества, межличностного общения (в частности, умение активно слушать, вырабатывать общее мнение, разрешать возникающие разногласия). При организации групповой работы, следует обращать внимание на следующие ее аспекты: нужно убедиться, что учащиеся обладают знаниями и умениями, необходимыми для выполнения группового задания. Нехватка знаний очень скоро даст о себе знать – учащиеся не станут прилагать усилий для выполнения задания. </w:t>
      </w:r>
    </w:p>
    <w:p w:rsidR="006136AF" w:rsidRPr="006136AF" w:rsidRDefault="006136AF" w:rsidP="006136AF">
      <w:pPr>
        <w:pStyle w:val="af"/>
        <w:widowControl w:val="0"/>
        <w:spacing w:after="0" w:line="240" w:lineRule="auto"/>
        <w:ind w:firstLine="425"/>
        <w:rPr>
          <w:lang w:val="ru-RU"/>
        </w:rPr>
      </w:pPr>
      <w:r w:rsidRPr="006136AF">
        <w:rPr>
          <w:u w:val="single"/>
          <w:lang w:val="ru-RU"/>
        </w:rPr>
        <w:t>Цель:</w:t>
      </w:r>
      <w:r w:rsidRPr="006136AF">
        <w:rPr>
          <w:lang w:val="ru-RU"/>
        </w:rPr>
        <w:t xml:space="preserve"> продемонстрировать сходство или различия определенных явлений, выработать стратегию или разработать план, выяснить отношение различных групп участников к одному и тому же вопросу. </w:t>
      </w:r>
    </w:p>
    <w:p w:rsidR="006136AF" w:rsidRPr="006136AF" w:rsidRDefault="006136AF" w:rsidP="006136AF">
      <w:pPr>
        <w:pStyle w:val="af"/>
        <w:widowControl w:val="0"/>
        <w:spacing w:after="0" w:line="240" w:lineRule="auto"/>
        <w:ind w:firstLine="425"/>
        <w:rPr>
          <w:lang w:val="ru-RU"/>
        </w:rPr>
      </w:pPr>
      <w:r w:rsidRPr="006136AF">
        <w:rPr>
          <w:u w:val="single"/>
          <w:lang w:val="ru-RU"/>
        </w:rPr>
        <w:t>Задачи:</w:t>
      </w:r>
      <w:r w:rsidRPr="006136AF">
        <w:rPr>
          <w:lang w:val="ru-RU"/>
        </w:rPr>
        <w:t xml:space="preserve"> Развитие навыков общения и взаимодействия в группе. Формирование ценностно-ориентационного единства группы. Поощрение к гибкой смене социальных ролей в зависимости от ситуации. </w:t>
      </w:r>
    </w:p>
    <w:p w:rsidR="006136AF" w:rsidRPr="006136AF" w:rsidRDefault="006136AF" w:rsidP="006136AF">
      <w:pPr>
        <w:pStyle w:val="af"/>
        <w:widowControl w:val="0"/>
        <w:spacing w:after="0" w:line="240" w:lineRule="auto"/>
        <w:ind w:firstLine="425"/>
        <w:rPr>
          <w:lang w:val="ru-RU"/>
        </w:rPr>
      </w:pPr>
      <w:r w:rsidRPr="006136AF">
        <w:rPr>
          <w:u w:val="single"/>
          <w:lang w:val="ru-RU"/>
        </w:rPr>
        <w:t xml:space="preserve">Методика </w:t>
      </w:r>
      <w:proofErr w:type="gramStart"/>
      <w:r w:rsidRPr="006136AF">
        <w:rPr>
          <w:u w:val="single"/>
          <w:lang w:val="ru-RU"/>
        </w:rPr>
        <w:t>осуществления</w:t>
      </w:r>
      <w:r w:rsidRPr="006136AF">
        <w:rPr>
          <w:lang w:val="ru-RU"/>
        </w:rPr>
        <w:t>:  Организационный</w:t>
      </w:r>
      <w:proofErr w:type="gramEnd"/>
      <w:r w:rsidRPr="006136AF">
        <w:rPr>
          <w:lang w:val="ru-RU"/>
        </w:rPr>
        <w:t xml:space="preserve"> этап. Подбор практического задания, отвечающего следующим критериям: не имеет однозначного и односложного ответа или решения является практическим и полезным для учащихся связано с жизнью учащихся вызывает интерес у учащихся максимально служит целям обучения. Группа студентов делится на несколько малых групп. В группе определяются спикер, оппоненты, эксперты. Спикер занимает лидирующую позицию, организует обсуждение на уровне группы, формулирует общее мнение малой группы. Оппонент внимательно слушает предлагаемые позиции во время дискуссии и формулирует вопросы по предлагаемой информации. Эксперт формирует оценочное суждение по предлагаемой позиции своей малой группы и сравнивает с предлагаемыми позициями других групп. Подготовительный этап. Каждая малая группа обсуждает творческое задание в течение отведенного времени. Задача данного этапа – сформулировать групповую позицию по творческому заданию. Основной этап – проведение обсуждения творческого задания. Заслушиваются суждения, предлагаемые каждой малой группой по творческому заданию. После каждого суждения оппоненты задают вопросы, выслушиваются ответы авторов предлагаемых позиций. В завершении формулируется общее мнение, выражающее совместную позицию по творческому заданию. Этап рефлексии – подведения итогов. Эксперты предлагают оценочные суждения по высказанным путям решения предлагаемых творческих заданий осуществляют сравнительный анализ предложенного пути решения с решениями других малых групп. Преподаватель дает оценочное суждение и работе малых групп, по решению творческих заданий, и эффективности предложенных путей решения.</w:t>
      </w:r>
    </w:p>
    <w:p w:rsidR="006136AF" w:rsidRPr="006136AF" w:rsidRDefault="006136AF" w:rsidP="006136AF">
      <w:pPr>
        <w:pStyle w:val="af"/>
        <w:widowControl w:val="0"/>
        <w:spacing w:after="0" w:line="240" w:lineRule="auto"/>
        <w:ind w:firstLine="425"/>
        <w:rPr>
          <w:b/>
          <w:lang w:val="ru-RU"/>
        </w:rPr>
      </w:pPr>
    </w:p>
    <w:p w:rsidR="006136AF" w:rsidRPr="006136AF" w:rsidRDefault="006136AF" w:rsidP="006136AF">
      <w:pPr>
        <w:pStyle w:val="af"/>
        <w:widowControl w:val="0"/>
        <w:spacing w:after="0" w:line="240" w:lineRule="auto"/>
        <w:ind w:firstLine="425"/>
        <w:jc w:val="center"/>
        <w:rPr>
          <w:b/>
          <w:lang w:val="ru-RU"/>
        </w:rPr>
      </w:pPr>
      <w:r w:rsidRPr="006136AF">
        <w:rPr>
          <w:b/>
          <w:lang w:val="ru-RU"/>
        </w:rPr>
        <w:t>Работа в малых группах №1 (1 час). Практическое занятие №1.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Тема:</w:t>
      </w:r>
      <w:r w:rsidRPr="006136AF">
        <w:rPr>
          <w:sz w:val="24"/>
          <w:szCs w:val="24"/>
          <w:lang w:val="ru-RU"/>
        </w:rPr>
        <w:t xml:space="preserve"> </w:t>
      </w:r>
      <w:r w:rsidRPr="006136AF">
        <w:rPr>
          <w:b w:val="0"/>
          <w:i w:val="0"/>
          <w:sz w:val="24"/>
          <w:szCs w:val="24"/>
          <w:lang w:val="ru-RU"/>
        </w:rPr>
        <w:t>Метод проекций. Центральное и параллельное проецирование.</w:t>
      </w:r>
    </w:p>
    <w:p w:rsidR="006136AF" w:rsidRPr="006136AF" w:rsidRDefault="006136AF" w:rsidP="006136AF">
      <w:pPr>
        <w:spacing w:line="240" w:lineRule="auto"/>
        <w:jc w:val="both"/>
        <w:rPr>
          <w:szCs w:val="24"/>
          <w:lang w:val="ru-RU"/>
        </w:rPr>
      </w:pPr>
      <w:r w:rsidRPr="006136AF">
        <w:rPr>
          <w:szCs w:val="24"/>
          <w:lang w:val="ru-RU"/>
        </w:rPr>
        <w:t>Вопросы: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1. В чем общность и различие методов проецирования?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2. В чем заключается способ проецирования, называемый параллельным?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3. Может ли параллельная проекция прямой линии представлять собой точку?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4. Что такое «Метод Монжа»?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5. Как расшифровать слово «ортогональный»?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</w:p>
    <w:p w:rsidR="006136AF" w:rsidRPr="006136AF" w:rsidRDefault="006136AF" w:rsidP="006136AF">
      <w:pPr>
        <w:pStyle w:val="af"/>
        <w:widowControl w:val="0"/>
        <w:spacing w:line="240" w:lineRule="auto"/>
        <w:ind w:firstLine="425"/>
        <w:jc w:val="center"/>
        <w:rPr>
          <w:b/>
          <w:lang w:val="ru-RU"/>
        </w:rPr>
      </w:pPr>
      <w:r w:rsidRPr="006136AF">
        <w:rPr>
          <w:b/>
          <w:lang w:val="ru-RU"/>
        </w:rPr>
        <w:t>Работа в малых группах №2 (1 час). Практическое занятие №2.</w:t>
      </w:r>
    </w:p>
    <w:p w:rsidR="006136AF" w:rsidRPr="006136AF" w:rsidRDefault="006136AF" w:rsidP="006136AF">
      <w:pPr>
        <w:spacing w:line="240" w:lineRule="auto"/>
        <w:jc w:val="center"/>
        <w:rPr>
          <w:szCs w:val="24"/>
          <w:lang w:val="ru-RU"/>
        </w:rPr>
      </w:pPr>
      <w:r w:rsidRPr="006136AF">
        <w:rPr>
          <w:szCs w:val="24"/>
          <w:lang w:val="ru-RU"/>
        </w:rPr>
        <w:t>Тема: Комплексный чертеж плоскости. Основные позиционные задачи. Прямые и точки в плоскости</w:t>
      </w:r>
    </w:p>
    <w:p w:rsidR="006136AF" w:rsidRPr="006136AF" w:rsidRDefault="006136AF" w:rsidP="006136AF">
      <w:pPr>
        <w:spacing w:line="240" w:lineRule="auto"/>
        <w:jc w:val="both"/>
        <w:rPr>
          <w:szCs w:val="24"/>
          <w:lang w:val="ru-RU"/>
        </w:rPr>
      </w:pPr>
      <w:r w:rsidRPr="006136AF">
        <w:rPr>
          <w:szCs w:val="24"/>
          <w:lang w:val="ru-RU"/>
        </w:rPr>
        <w:t>Вопросы: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1.В чем состоит сущность метода прямоугольного треугольника, применяемого для определения действительной величины отрезка и углов его наклона к плоскостям проекций?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 Назовите все возможные (общие и частные) случаи взаимного расположения двух прямых.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3.Каково взаимное расположение двух прямых в пространстве, фронтальные проекции которых параллельны, а горизонтальные пересекаются?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4.В каких случаях две прямые скрещиваются, хотя две одноименные проекции их параллельны?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5. Что называется плоскостью?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6. Какими геометрическими элементами определяется плоскость?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7. Что называется плоскостью общего положения, проецирующей плоскостью, плоскостью уровня?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8. В чем состоит правило построения линии пересечения двух плоскостей?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9. Каково назначение вспомогательных плоскостей (посредников) при нахождении линии пересечения плоскостей?</w:t>
      </w:r>
    </w:p>
    <w:p w:rsidR="006136AF" w:rsidRPr="006136AF" w:rsidRDefault="006136AF" w:rsidP="006136AF">
      <w:pPr>
        <w:spacing w:line="240" w:lineRule="auto"/>
        <w:jc w:val="both"/>
        <w:rPr>
          <w:szCs w:val="24"/>
          <w:lang w:val="ru-RU"/>
        </w:rPr>
      </w:pPr>
    </w:p>
    <w:p w:rsidR="006136AF" w:rsidRPr="006136AF" w:rsidRDefault="006136AF" w:rsidP="006136AF">
      <w:pPr>
        <w:pStyle w:val="af"/>
        <w:widowControl w:val="0"/>
        <w:spacing w:line="240" w:lineRule="auto"/>
        <w:ind w:firstLine="425"/>
        <w:jc w:val="center"/>
        <w:rPr>
          <w:b/>
          <w:lang w:val="ru-RU"/>
        </w:rPr>
      </w:pPr>
      <w:r w:rsidRPr="006136AF">
        <w:rPr>
          <w:b/>
          <w:lang w:val="ru-RU"/>
        </w:rPr>
        <w:t>Работа в малых группах №3 (1 час). Практическое занятие №3.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Тема: Главные позиционные задачи для прямой и плоскости</w:t>
      </w:r>
    </w:p>
    <w:p w:rsidR="006136AF" w:rsidRPr="006136AF" w:rsidRDefault="006136AF" w:rsidP="006136AF">
      <w:pPr>
        <w:spacing w:line="240" w:lineRule="auto"/>
        <w:jc w:val="both"/>
        <w:rPr>
          <w:szCs w:val="24"/>
          <w:lang w:val="ru-RU"/>
        </w:rPr>
      </w:pPr>
      <w:r w:rsidRPr="006136AF">
        <w:rPr>
          <w:szCs w:val="24"/>
          <w:lang w:val="ru-RU"/>
        </w:rPr>
        <w:t>Вопросы: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1. Как определяется точка встречи прямой с плоскостью?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2. С какой операции начинается решение этой задачи? Цель этого момента?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3. В чем состоит второй этап решения этой задачи? На каком основании можно утверждать, что заданная и вспомогательная прямые пересекаются?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4. В чем состоит третий этап? Доказать, что найденная точка встречи — искомая.</w:t>
      </w:r>
    </w:p>
    <w:p w:rsidR="006136AF" w:rsidRPr="006136AF" w:rsidRDefault="006136AF" w:rsidP="006136AF">
      <w:pPr>
        <w:pStyle w:val="af"/>
        <w:widowControl w:val="0"/>
        <w:spacing w:line="240" w:lineRule="auto"/>
        <w:ind w:firstLine="426"/>
        <w:rPr>
          <w:b/>
          <w:lang w:val="ru-RU"/>
        </w:rPr>
      </w:pPr>
    </w:p>
    <w:p w:rsidR="006136AF" w:rsidRPr="006136AF" w:rsidRDefault="006136AF" w:rsidP="006136AF">
      <w:pPr>
        <w:pStyle w:val="af"/>
        <w:widowControl w:val="0"/>
        <w:spacing w:line="240" w:lineRule="auto"/>
        <w:ind w:firstLine="425"/>
        <w:jc w:val="center"/>
        <w:rPr>
          <w:b/>
          <w:lang w:val="ru-RU"/>
        </w:rPr>
      </w:pPr>
      <w:r w:rsidRPr="006136AF">
        <w:rPr>
          <w:b/>
          <w:lang w:val="ru-RU"/>
        </w:rPr>
        <w:t>Работа в малых группах №4 (1 час). Практическое занятие №4.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Тема: Способы преобразования чертежа</w:t>
      </w:r>
    </w:p>
    <w:p w:rsidR="006136AF" w:rsidRPr="006136AF" w:rsidRDefault="006136AF" w:rsidP="006136AF">
      <w:pPr>
        <w:spacing w:line="240" w:lineRule="auto"/>
        <w:jc w:val="both"/>
        <w:rPr>
          <w:szCs w:val="24"/>
          <w:lang w:val="ru-RU"/>
        </w:rPr>
      </w:pPr>
      <w:r w:rsidRPr="006136AF">
        <w:rPr>
          <w:szCs w:val="24"/>
          <w:lang w:val="ru-RU"/>
        </w:rPr>
        <w:t>Вопросы: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1.В чем состоит принцип замены плоскостей проекций?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 Можно ли использовать способ замены плоскостей проекций для нахождения натуральной величины плоской фигуры?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3. В чем состоит прием вращения и каковы его частные случаи?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4. Как осуществляется вращение плоской фигуры вокруг линий уровня?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lastRenderedPageBreak/>
        <w:t xml:space="preserve">5. В чем сущность способа </w:t>
      </w:r>
      <w:proofErr w:type="gramStart"/>
      <w:r w:rsidRPr="006136AF">
        <w:rPr>
          <w:b w:val="0"/>
          <w:i w:val="0"/>
          <w:sz w:val="24"/>
          <w:szCs w:val="24"/>
          <w:lang w:val="ru-RU"/>
        </w:rPr>
        <w:t>плоско-параллельного</w:t>
      </w:r>
      <w:proofErr w:type="gramEnd"/>
      <w:r w:rsidRPr="006136AF">
        <w:rPr>
          <w:b w:val="0"/>
          <w:i w:val="0"/>
          <w:sz w:val="24"/>
          <w:szCs w:val="24"/>
          <w:lang w:val="ru-RU"/>
        </w:rPr>
        <w:t xml:space="preserve"> перемещения?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6. В каком случае целесообразней применить </w:t>
      </w:r>
      <w:proofErr w:type="gramStart"/>
      <w:r w:rsidRPr="006136AF">
        <w:rPr>
          <w:b w:val="0"/>
          <w:i w:val="0"/>
          <w:sz w:val="24"/>
          <w:szCs w:val="24"/>
          <w:lang w:val="ru-RU"/>
        </w:rPr>
        <w:t>плоско-параллельное</w:t>
      </w:r>
      <w:proofErr w:type="gramEnd"/>
      <w:r w:rsidRPr="006136AF">
        <w:rPr>
          <w:b w:val="0"/>
          <w:i w:val="0"/>
          <w:sz w:val="24"/>
          <w:szCs w:val="24"/>
          <w:lang w:val="ru-RU"/>
        </w:rPr>
        <w:t xml:space="preserve"> перемещение?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</w:p>
    <w:p w:rsidR="006136AF" w:rsidRPr="006136AF" w:rsidRDefault="006136AF" w:rsidP="006136AF">
      <w:pPr>
        <w:pStyle w:val="af"/>
        <w:widowControl w:val="0"/>
        <w:spacing w:line="240" w:lineRule="auto"/>
        <w:ind w:firstLine="425"/>
        <w:jc w:val="center"/>
        <w:rPr>
          <w:b/>
          <w:lang w:val="ru-RU"/>
        </w:rPr>
      </w:pPr>
      <w:r w:rsidRPr="006136AF">
        <w:rPr>
          <w:b/>
          <w:lang w:val="ru-RU"/>
        </w:rPr>
        <w:t>Работа в малых группах №5 (1 час). Практическое занятие №5.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Тема: Поверхности. Многогранники</w:t>
      </w:r>
    </w:p>
    <w:p w:rsidR="006136AF" w:rsidRPr="006136AF" w:rsidRDefault="006136AF" w:rsidP="006136AF">
      <w:pPr>
        <w:spacing w:line="240" w:lineRule="auto"/>
        <w:jc w:val="both"/>
        <w:rPr>
          <w:szCs w:val="24"/>
          <w:lang w:val="ru-RU"/>
        </w:rPr>
      </w:pPr>
      <w:r w:rsidRPr="006136AF">
        <w:rPr>
          <w:szCs w:val="24"/>
          <w:lang w:val="ru-RU"/>
        </w:rPr>
        <w:t>Вопросы: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 Какая поверхность называется призматической?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 Как образуется призматическая поверхность?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3. Какое геометрическое тело называется многогранником? Призмой?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4. Что такое сетка многогранника?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5. Как найти точку на поверхности призмы?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6. Какие главные особенности Вы можете выделить при построении линии пересечения призмы проецирующей плоскостью?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7. Какая поверхность называется пирамидальной?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8. Как образуется пирамидальная поверхность?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9. Какое геометрическое тело называется пирамидой?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10. Как найти точку на поверхности призмы?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11. Какие главные особенности Вы можете выделить при построении линии пересечения пирамиды проецирующей плоскостью?</w:t>
      </w:r>
    </w:p>
    <w:p w:rsidR="006136AF" w:rsidRPr="006136AF" w:rsidRDefault="006136AF" w:rsidP="006136AF">
      <w:pPr>
        <w:pStyle w:val="af"/>
        <w:widowControl w:val="0"/>
        <w:spacing w:line="240" w:lineRule="auto"/>
        <w:ind w:firstLine="426"/>
        <w:rPr>
          <w:b/>
          <w:lang w:val="ru-RU"/>
        </w:rPr>
      </w:pPr>
    </w:p>
    <w:p w:rsidR="006136AF" w:rsidRPr="006136AF" w:rsidRDefault="006136AF" w:rsidP="006136AF">
      <w:pPr>
        <w:pStyle w:val="af"/>
        <w:widowControl w:val="0"/>
        <w:spacing w:line="240" w:lineRule="auto"/>
        <w:ind w:firstLine="425"/>
        <w:jc w:val="center"/>
        <w:rPr>
          <w:b/>
          <w:lang w:val="ru-RU"/>
        </w:rPr>
      </w:pPr>
      <w:r w:rsidRPr="006136AF">
        <w:rPr>
          <w:b/>
          <w:lang w:val="ru-RU"/>
        </w:rPr>
        <w:t>Работа в малых группах №6 (1 час). Практическое занятие №6.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Тема: Поверхности. Поверхности вращения.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left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Вопросы: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 Какая поверхность называется цилиндрической?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 Как образуется цилиндрическая поверхность?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3. Какое геометрическое тело называется цилиндром?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4. По каким линиям можно рассечь поверхность цилиндра вращения и как в каждом отдельном случае расположена секущая плоскость относительно оси цилиндра?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4. Какая поверхность называется конической?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5. Как образуется коническая поверхность?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3. Какое геометрическое тело называется конусом?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6. Какие линии можно получить при пересечении конической поверхности вращения плоскостью?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7. Какая поверхность называется сферической?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8. Как образуется сферическая поверхность?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9. Какое геометрическое тело называется сферой?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10. Какие линии можно получить при пересечении сферической поверхности вращения проецирующей плоскостью плоскостью?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11. Какая поверхность называется торовой?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12. Как образуется торовая поверхность?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13. Какое геометрическое тело называется тором? какие виды торовых поверхностей Вы знаете?</w:t>
      </w:r>
    </w:p>
    <w:p w:rsidR="006136AF" w:rsidRPr="006136AF" w:rsidRDefault="006136AF" w:rsidP="006136AF">
      <w:pPr>
        <w:pStyle w:val="af"/>
        <w:widowControl w:val="0"/>
        <w:spacing w:line="240" w:lineRule="auto"/>
        <w:rPr>
          <w:b/>
          <w:lang w:val="ru-RU"/>
        </w:rPr>
      </w:pPr>
      <w:r w:rsidRPr="006136AF">
        <w:rPr>
          <w:lang w:val="ru-RU"/>
        </w:rPr>
        <w:t>14. Какие линии можно получить при пересечении торовой поверхности вращения проецирующей плоскостью плоскостью?</w:t>
      </w:r>
    </w:p>
    <w:p w:rsidR="006136AF" w:rsidRPr="006136AF" w:rsidRDefault="006136AF" w:rsidP="006136AF">
      <w:pPr>
        <w:pStyle w:val="af"/>
        <w:widowControl w:val="0"/>
        <w:spacing w:line="240" w:lineRule="auto"/>
        <w:ind w:firstLine="425"/>
        <w:jc w:val="center"/>
        <w:rPr>
          <w:b/>
          <w:lang w:val="ru-RU"/>
        </w:rPr>
      </w:pPr>
      <w:r w:rsidRPr="006136AF">
        <w:rPr>
          <w:b/>
          <w:lang w:val="ru-RU"/>
        </w:rPr>
        <w:t>Работа в малых группах №7 (1 час). Практическое занятие №9.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Тема: Правила выполнения изображений. Виды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left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Вопросы: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 Какое изображение называется видом?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lastRenderedPageBreak/>
        <w:t>2. Какие названия видов на чертеже устанавливает ГОСТ 2.305-2008?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3. Какое изображение называется местным видом?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</w:p>
    <w:p w:rsidR="006136AF" w:rsidRPr="006136AF" w:rsidRDefault="006136AF" w:rsidP="006136AF">
      <w:pPr>
        <w:pStyle w:val="af"/>
        <w:widowControl w:val="0"/>
        <w:spacing w:line="240" w:lineRule="auto"/>
        <w:ind w:firstLine="425"/>
        <w:jc w:val="center"/>
        <w:rPr>
          <w:b/>
          <w:lang w:val="ru-RU"/>
        </w:rPr>
      </w:pPr>
      <w:r w:rsidRPr="006136AF">
        <w:rPr>
          <w:b/>
          <w:lang w:val="ru-RU"/>
        </w:rPr>
        <w:t>Работа в малых группах №8 (1 час). Практическое занятие № 10.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Тема: Правила выполнения изображений. Разрезы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left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 xml:space="preserve"> Вопросы: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 Какое изображение называется разрезом?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 Классифицируйте разрезы в зависимости от положения секущей плоскости относительно горизонтальной плоскости проекций.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3. Какой разрез называется простым?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4. В каком случае разрез необходимо обозначать?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5. Какой разрез называется сложным?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6. Какие виды сложных разрезов Вы знаете, в чем их особенность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</w:p>
    <w:p w:rsidR="006136AF" w:rsidRPr="006136AF" w:rsidRDefault="006136AF" w:rsidP="006136AF">
      <w:pPr>
        <w:pStyle w:val="af"/>
        <w:widowControl w:val="0"/>
        <w:spacing w:line="240" w:lineRule="auto"/>
        <w:ind w:firstLine="425"/>
        <w:jc w:val="center"/>
        <w:rPr>
          <w:b/>
          <w:lang w:val="ru-RU"/>
        </w:rPr>
      </w:pPr>
      <w:r w:rsidRPr="006136AF">
        <w:rPr>
          <w:b/>
          <w:lang w:val="ru-RU"/>
        </w:rPr>
        <w:t>Работа в малых группах №9 (1 час). Практическое занятие №11.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Тема: Правила выполнения изображений. Сечения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left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Вопросы: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 Какое изображение называется сечением?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 Что такое наложенное сечение?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3. Какое сечение называается вынесенным?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4. Как обозначается сечение?</w:t>
      </w:r>
    </w:p>
    <w:p w:rsidR="006136AF" w:rsidRPr="006136AF" w:rsidRDefault="006136AF" w:rsidP="006136AF">
      <w:pPr>
        <w:pStyle w:val="af"/>
        <w:widowControl w:val="0"/>
        <w:spacing w:line="240" w:lineRule="auto"/>
        <w:ind w:firstLine="426"/>
        <w:rPr>
          <w:b/>
          <w:lang w:val="ru-RU"/>
        </w:rPr>
      </w:pPr>
      <w:r w:rsidRPr="006136AF">
        <w:rPr>
          <w:b/>
          <w:lang w:val="ru-RU"/>
        </w:rPr>
        <w:t>Работа в малых группах №10 (1 час). Практическое занятие №12.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Тема: Соединения разъемные резьбовые. Соединение болтом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left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Вопросы: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1.Какая поверхность называется резьбовой?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2.Какие особенности предусмотрены ГОСТ при изображении резьбы на чертеже?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3.Какие стандартные изделия входят в состав болотового соединения?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4.Перечислите основные расчетные параметры соединения болтом.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</w:p>
    <w:p w:rsidR="006136AF" w:rsidRPr="006136AF" w:rsidRDefault="006136AF" w:rsidP="006136AF">
      <w:pPr>
        <w:pStyle w:val="af"/>
        <w:widowControl w:val="0"/>
        <w:spacing w:line="240" w:lineRule="auto"/>
        <w:ind w:firstLine="426"/>
        <w:rPr>
          <w:b/>
          <w:lang w:val="ru-RU"/>
        </w:rPr>
      </w:pPr>
      <w:r w:rsidRPr="006136AF">
        <w:rPr>
          <w:b/>
          <w:lang w:val="ru-RU"/>
        </w:rPr>
        <w:t>Работа в малых группах №11 (1 час). Практическое занятие №15.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Тема: Соединения разъемные шпоночные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left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Вопросы: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 Какое соединение называется шпоночным?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 Какие виды шпоночных соединений Вы знаете?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3. Какие главные особенности выполнения чертежа шпоночного соединения предусмотрены ГОСТ?</w:t>
      </w:r>
    </w:p>
    <w:p w:rsidR="006136AF" w:rsidRPr="006136AF" w:rsidRDefault="006136AF" w:rsidP="006136AF">
      <w:pPr>
        <w:pStyle w:val="af"/>
        <w:widowControl w:val="0"/>
        <w:spacing w:line="240" w:lineRule="auto"/>
        <w:ind w:firstLine="426"/>
        <w:rPr>
          <w:b/>
          <w:lang w:val="ru-RU"/>
        </w:rPr>
      </w:pPr>
      <w:r w:rsidRPr="006136AF">
        <w:rPr>
          <w:b/>
          <w:lang w:val="ru-RU"/>
        </w:rPr>
        <w:t>Работа в малых группах №12 (1 час). Практическое занятие №16.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Тема: Соединения разъемные шлицевые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jc w:val="left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Вопросы: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1. Какое соединение называется шлицевым?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2. Какие виды шлицевых соединений Вы знаете?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  <w:r w:rsidRPr="006136AF">
        <w:rPr>
          <w:b w:val="0"/>
          <w:i w:val="0"/>
          <w:sz w:val="24"/>
          <w:szCs w:val="24"/>
          <w:lang w:val="ru-RU"/>
        </w:rPr>
        <w:t>3. Какие главные особенности выполнения чертежа шлицевого соединения предусмотрены ГОСТ?</w:t>
      </w: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</w:p>
    <w:tbl>
      <w:tblPr>
        <w:tblW w:w="9459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5"/>
        <w:gridCol w:w="7654"/>
      </w:tblGrid>
      <w:tr w:rsidR="006136AF" w:rsidRPr="006136AF" w:rsidTr="003E175B">
        <w:tc>
          <w:tcPr>
            <w:tcW w:w="1805" w:type="dxa"/>
            <w:shd w:val="clear" w:color="auto" w:fill="auto"/>
            <w:vAlign w:val="center"/>
          </w:tcPr>
          <w:p w:rsidR="006136AF" w:rsidRPr="006136A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  <w:r w:rsidRPr="006136AF">
              <w:rPr>
                <w:b/>
                <w:szCs w:val="24"/>
              </w:rPr>
              <w:t>Оценка</w:t>
            </w:r>
          </w:p>
        </w:tc>
        <w:tc>
          <w:tcPr>
            <w:tcW w:w="7654" w:type="dxa"/>
            <w:vAlign w:val="center"/>
          </w:tcPr>
          <w:p w:rsidR="006136AF" w:rsidRPr="006136A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  <w:r w:rsidRPr="006136AF">
              <w:rPr>
                <w:b/>
                <w:szCs w:val="24"/>
              </w:rPr>
              <w:t>Критерии</w:t>
            </w:r>
          </w:p>
        </w:tc>
      </w:tr>
      <w:tr w:rsidR="006136AF" w:rsidRPr="006136AF" w:rsidTr="003E175B">
        <w:trPr>
          <w:trHeight w:val="534"/>
        </w:trPr>
        <w:tc>
          <w:tcPr>
            <w:tcW w:w="1805" w:type="dxa"/>
            <w:shd w:val="clear" w:color="auto" w:fill="auto"/>
            <w:vAlign w:val="center"/>
          </w:tcPr>
          <w:p w:rsidR="006136AF" w:rsidRPr="006136A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  <w:r w:rsidRPr="006136AF">
              <w:rPr>
                <w:b/>
                <w:szCs w:val="24"/>
              </w:rPr>
              <w:t>отлично</w:t>
            </w:r>
          </w:p>
          <w:p w:rsidR="006136AF" w:rsidRPr="006136AF" w:rsidRDefault="006136AF" w:rsidP="006136AF">
            <w:pPr>
              <w:spacing w:line="240" w:lineRule="auto"/>
              <w:jc w:val="center"/>
              <w:rPr>
                <w:b/>
                <w:szCs w:val="24"/>
                <w:highlight w:val="yellow"/>
              </w:rPr>
            </w:pPr>
          </w:p>
        </w:tc>
        <w:tc>
          <w:tcPr>
            <w:tcW w:w="7654" w:type="dxa"/>
            <w:shd w:val="clear" w:color="auto" w:fill="auto"/>
          </w:tcPr>
          <w:p w:rsidR="006136AF" w:rsidRPr="006136AF" w:rsidRDefault="006136AF" w:rsidP="006136AF">
            <w:pPr>
              <w:tabs>
                <w:tab w:val="left" w:pos="317"/>
              </w:tabs>
              <w:spacing w:line="240" w:lineRule="auto"/>
              <w:jc w:val="both"/>
              <w:rPr>
                <w:iCs/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 xml:space="preserve">Выполнение работы промежуточной </w:t>
            </w:r>
            <w:proofErr w:type="gramStart"/>
            <w:r w:rsidRPr="006136AF">
              <w:rPr>
                <w:szCs w:val="24"/>
                <w:lang w:val="ru-RU"/>
              </w:rPr>
              <w:t>аттестации  дол</w:t>
            </w:r>
            <w:r w:rsidRPr="006136AF">
              <w:rPr>
                <w:szCs w:val="24"/>
                <w:lang w:val="ru-RU"/>
              </w:rPr>
              <w:t>ж</w:t>
            </w:r>
            <w:r w:rsidRPr="006136AF">
              <w:rPr>
                <w:szCs w:val="24"/>
                <w:lang w:val="ru-RU"/>
              </w:rPr>
              <w:t>но</w:t>
            </w:r>
            <w:proofErr w:type="gramEnd"/>
            <w:r w:rsidRPr="006136AF">
              <w:rPr>
                <w:szCs w:val="24"/>
                <w:lang w:val="ru-RU"/>
              </w:rPr>
              <w:t xml:space="preserve"> быть качественным, в соответствии с требованиями государс</w:t>
            </w:r>
            <w:r w:rsidRPr="006136AF">
              <w:rPr>
                <w:szCs w:val="24"/>
                <w:lang w:val="ru-RU"/>
              </w:rPr>
              <w:t>т</w:t>
            </w:r>
            <w:r w:rsidRPr="006136AF">
              <w:rPr>
                <w:szCs w:val="24"/>
                <w:lang w:val="ru-RU"/>
              </w:rPr>
              <w:t xml:space="preserve">венных стандартов, регламентирующих правила выполнения конструкторской </w:t>
            </w:r>
            <w:r w:rsidRPr="006136AF">
              <w:rPr>
                <w:szCs w:val="24"/>
                <w:lang w:val="ru-RU"/>
              </w:rPr>
              <w:lastRenderedPageBreak/>
              <w:t>документации. Студент демонстрир</w:t>
            </w:r>
            <w:r w:rsidRPr="006136AF">
              <w:rPr>
                <w:szCs w:val="24"/>
                <w:lang w:val="ru-RU"/>
              </w:rPr>
              <w:t>у</w:t>
            </w:r>
            <w:r w:rsidRPr="006136AF">
              <w:rPr>
                <w:szCs w:val="24"/>
                <w:lang w:val="ru-RU"/>
              </w:rPr>
              <w:t>ет отличные знания основных законов геометрич</w:t>
            </w:r>
            <w:r w:rsidRPr="006136AF">
              <w:rPr>
                <w:szCs w:val="24"/>
                <w:lang w:val="ru-RU"/>
              </w:rPr>
              <w:t>е</w:t>
            </w:r>
            <w:r w:rsidRPr="006136AF">
              <w:rPr>
                <w:szCs w:val="24"/>
                <w:lang w:val="ru-RU"/>
              </w:rPr>
              <w:t>ского формирования, построения и взаимного пересечения моделей плоскости и пространства, необход</w:t>
            </w:r>
            <w:r w:rsidRPr="006136AF">
              <w:rPr>
                <w:szCs w:val="24"/>
                <w:lang w:val="ru-RU"/>
              </w:rPr>
              <w:t>и</w:t>
            </w:r>
            <w:r w:rsidRPr="006136AF">
              <w:rPr>
                <w:szCs w:val="24"/>
                <w:lang w:val="ru-RU"/>
              </w:rPr>
              <w:t>мых в профессиональной деятельности (при сборе и анализе информационных исходных данных для проектирования объектов лан</w:t>
            </w:r>
            <w:r w:rsidRPr="006136AF">
              <w:rPr>
                <w:szCs w:val="24"/>
                <w:lang w:val="ru-RU"/>
              </w:rPr>
              <w:t>д</w:t>
            </w:r>
            <w:r w:rsidRPr="006136AF">
              <w:rPr>
                <w:szCs w:val="24"/>
                <w:lang w:val="ru-RU"/>
              </w:rPr>
              <w:t>шафтной архитектуры; разработке проектной и рабочей документации на различных стадиях проектирования, оформлении законченных пр</w:t>
            </w:r>
            <w:r w:rsidRPr="006136AF">
              <w:rPr>
                <w:szCs w:val="24"/>
                <w:lang w:val="ru-RU"/>
              </w:rPr>
              <w:t>о</w:t>
            </w:r>
            <w:r w:rsidRPr="006136AF">
              <w:rPr>
                <w:szCs w:val="24"/>
                <w:lang w:val="ru-RU"/>
              </w:rPr>
              <w:t>ектных работ)</w:t>
            </w:r>
            <w:r w:rsidRPr="006136AF">
              <w:rPr>
                <w:iCs/>
                <w:szCs w:val="24"/>
                <w:lang w:val="ru-RU"/>
              </w:rPr>
              <w:t>;</w:t>
            </w:r>
          </w:p>
          <w:p w:rsidR="006136AF" w:rsidRPr="006136AF" w:rsidRDefault="006136AF" w:rsidP="006136AF">
            <w:pPr>
              <w:spacing w:line="240" w:lineRule="auto"/>
              <w:jc w:val="both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- о</w:t>
            </w:r>
            <w:r w:rsidRPr="006136AF">
              <w:rPr>
                <w:szCs w:val="24"/>
                <w:lang w:val="ru-RU"/>
              </w:rPr>
              <w:t>с</w:t>
            </w:r>
            <w:r w:rsidRPr="006136AF">
              <w:rPr>
                <w:szCs w:val="24"/>
                <w:lang w:val="ru-RU"/>
              </w:rPr>
              <w:t>новные способы и приемы геометро - графического формирования объектов реального пространства в графической системе Компас 3</w:t>
            </w:r>
            <w:r w:rsidRPr="006136AF">
              <w:rPr>
                <w:szCs w:val="24"/>
              </w:rPr>
              <w:t>D</w:t>
            </w:r>
            <w:r w:rsidRPr="006136AF">
              <w:rPr>
                <w:szCs w:val="24"/>
                <w:lang w:val="ru-RU"/>
              </w:rPr>
              <w:t>, н</w:t>
            </w:r>
            <w:r w:rsidRPr="006136AF">
              <w:rPr>
                <w:szCs w:val="24"/>
                <w:lang w:val="ru-RU"/>
              </w:rPr>
              <w:t>е</w:t>
            </w:r>
            <w:r w:rsidRPr="006136AF">
              <w:rPr>
                <w:szCs w:val="24"/>
                <w:lang w:val="ru-RU"/>
              </w:rPr>
              <w:t>обходимые для выполнения и чтения чертежей деталей; составления конструкторской документ</w:t>
            </w:r>
            <w:r w:rsidRPr="006136AF">
              <w:rPr>
                <w:szCs w:val="24"/>
                <w:lang w:val="ru-RU"/>
              </w:rPr>
              <w:t>а</w:t>
            </w:r>
            <w:r w:rsidRPr="006136AF">
              <w:rPr>
                <w:szCs w:val="24"/>
                <w:lang w:val="ru-RU"/>
              </w:rPr>
              <w:t>ции;</w:t>
            </w:r>
          </w:p>
          <w:p w:rsidR="006136AF" w:rsidRPr="006136AF" w:rsidRDefault="006136AF" w:rsidP="006136AF">
            <w:pPr>
              <w:spacing w:line="240" w:lineRule="auto"/>
              <w:jc w:val="both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 xml:space="preserve">- на высоком уровне умеет анализировать и воспринимать оптимальное соотношение частей и целого на основе графических моделей практически реализуемых в виде чертежей конкретных пространственных объектов; </w:t>
            </w:r>
          </w:p>
          <w:p w:rsidR="006136AF" w:rsidRPr="006136AF" w:rsidRDefault="006136AF" w:rsidP="006136AF">
            <w:pPr>
              <w:spacing w:line="240" w:lineRule="auto"/>
              <w:jc w:val="both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- владеет превосходными навыками графических способов решения позиционных и метрических задач для пространственных объектов на чертежах, методами пр</w:t>
            </w:r>
            <w:r w:rsidRPr="006136AF">
              <w:rPr>
                <w:szCs w:val="24"/>
                <w:lang w:val="ru-RU"/>
              </w:rPr>
              <w:t>о</w:t>
            </w:r>
            <w:r w:rsidRPr="006136AF">
              <w:rPr>
                <w:szCs w:val="24"/>
                <w:lang w:val="ru-RU"/>
              </w:rPr>
              <w:t>ецирования и изображения пространственных форм на плоскостях проекций, необходимых в профессиональной деятельности</w:t>
            </w:r>
          </w:p>
        </w:tc>
      </w:tr>
      <w:tr w:rsidR="006136AF" w:rsidRPr="006136AF" w:rsidTr="003E175B">
        <w:trPr>
          <w:trHeight w:val="1140"/>
        </w:trPr>
        <w:tc>
          <w:tcPr>
            <w:tcW w:w="1805" w:type="dxa"/>
            <w:shd w:val="clear" w:color="auto" w:fill="auto"/>
            <w:vAlign w:val="center"/>
          </w:tcPr>
          <w:p w:rsidR="006136AF" w:rsidRPr="006136A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  <w:r w:rsidRPr="006136AF">
              <w:rPr>
                <w:b/>
                <w:szCs w:val="24"/>
              </w:rPr>
              <w:lastRenderedPageBreak/>
              <w:t>хорошо</w:t>
            </w:r>
          </w:p>
          <w:p w:rsidR="006136AF" w:rsidRPr="006136A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654" w:type="dxa"/>
            <w:shd w:val="clear" w:color="auto" w:fill="auto"/>
          </w:tcPr>
          <w:p w:rsidR="006136AF" w:rsidRPr="006136AF" w:rsidRDefault="006136AF" w:rsidP="006136AF">
            <w:pPr>
              <w:tabs>
                <w:tab w:val="left" w:pos="317"/>
              </w:tabs>
              <w:spacing w:line="240" w:lineRule="auto"/>
              <w:jc w:val="both"/>
              <w:rPr>
                <w:iCs/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 xml:space="preserve">Выполнение зачетной </w:t>
            </w:r>
            <w:proofErr w:type="gramStart"/>
            <w:r w:rsidRPr="006136AF">
              <w:rPr>
                <w:szCs w:val="24"/>
                <w:lang w:val="ru-RU"/>
              </w:rPr>
              <w:t>работы  должно</w:t>
            </w:r>
            <w:proofErr w:type="gramEnd"/>
            <w:r w:rsidRPr="006136AF">
              <w:rPr>
                <w:szCs w:val="24"/>
                <w:lang w:val="ru-RU"/>
              </w:rPr>
              <w:t xml:space="preserve"> выполняться в соответствии с требованиями государс</w:t>
            </w:r>
            <w:r w:rsidRPr="006136AF">
              <w:rPr>
                <w:szCs w:val="24"/>
                <w:lang w:val="ru-RU"/>
              </w:rPr>
              <w:t>т</w:t>
            </w:r>
            <w:r w:rsidRPr="006136AF">
              <w:rPr>
                <w:szCs w:val="24"/>
                <w:lang w:val="ru-RU"/>
              </w:rPr>
              <w:t>венных стандартов, регламентирующих правила выполнения констру</w:t>
            </w:r>
            <w:r w:rsidRPr="006136AF">
              <w:rPr>
                <w:szCs w:val="24"/>
                <w:lang w:val="ru-RU"/>
              </w:rPr>
              <w:t>к</w:t>
            </w:r>
            <w:r w:rsidRPr="006136AF">
              <w:rPr>
                <w:szCs w:val="24"/>
                <w:lang w:val="ru-RU"/>
              </w:rPr>
              <w:t>торской документации. Студент демонстрирует хорошие знания основных законов геометрич</w:t>
            </w:r>
            <w:r w:rsidRPr="006136AF">
              <w:rPr>
                <w:szCs w:val="24"/>
                <w:lang w:val="ru-RU"/>
              </w:rPr>
              <w:t>е</w:t>
            </w:r>
            <w:r w:rsidRPr="006136AF">
              <w:rPr>
                <w:szCs w:val="24"/>
                <w:lang w:val="ru-RU"/>
              </w:rPr>
              <w:t>ского формирования, построения и взаимного пересечения моделей плоскости и пространства, необход</w:t>
            </w:r>
            <w:r w:rsidRPr="006136AF">
              <w:rPr>
                <w:szCs w:val="24"/>
                <w:lang w:val="ru-RU"/>
              </w:rPr>
              <w:t>и</w:t>
            </w:r>
            <w:r w:rsidRPr="006136AF">
              <w:rPr>
                <w:szCs w:val="24"/>
                <w:lang w:val="ru-RU"/>
              </w:rPr>
              <w:t>мых в профессиональной деятельности (при сборе и анализе информационных исходных данных для проектирования объектов лан</w:t>
            </w:r>
            <w:r w:rsidRPr="006136AF">
              <w:rPr>
                <w:szCs w:val="24"/>
                <w:lang w:val="ru-RU"/>
              </w:rPr>
              <w:t>д</w:t>
            </w:r>
            <w:r w:rsidRPr="006136AF">
              <w:rPr>
                <w:szCs w:val="24"/>
                <w:lang w:val="ru-RU"/>
              </w:rPr>
              <w:t>шафтной архитектуры; разработке проектной и рабочей документации на различных стадиях проектирования, оформлении законченных пр</w:t>
            </w:r>
            <w:r w:rsidRPr="006136AF">
              <w:rPr>
                <w:szCs w:val="24"/>
                <w:lang w:val="ru-RU"/>
              </w:rPr>
              <w:t>о</w:t>
            </w:r>
            <w:r w:rsidRPr="006136AF">
              <w:rPr>
                <w:szCs w:val="24"/>
                <w:lang w:val="ru-RU"/>
              </w:rPr>
              <w:t>ектных работ)</w:t>
            </w:r>
            <w:r w:rsidRPr="006136AF">
              <w:rPr>
                <w:iCs/>
                <w:szCs w:val="24"/>
                <w:lang w:val="ru-RU"/>
              </w:rPr>
              <w:t>;</w:t>
            </w:r>
          </w:p>
          <w:p w:rsidR="006136AF" w:rsidRPr="006136AF" w:rsidRDefault="006136AF" w:rsidP="006136AF">
            <w:pPr>
              <w:spacing w:line="240" w:lineRule="auto"/>
              <w:jc w:val="both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- о</w:t>
            </w:r>
            <w:r w:rsidRPr="006136AF">
              <w:rPr>
                <w:szCs w:val="24"/>
                <w:lang w:val="ru-RU"/>
              </w:rPr>
              <w:t>с</w:t>
            </w:r>
            <w:r w:rsidRPr="006136AF">
              <w:rPr>
                <w:szCs w:val="24"/>
                <w:lang w:val="ru-RU"/>
              </w:rPr>
              <w:t>новные способы и приемы геометро - графического формирования объектов реального пространства в графической системе Компас 3</w:t>
            </w:r>
            <w:r w:rsidRPr="006136AF">
              <w:rPr>
                <w:szCs w:val="24"/>
              </w:rPr>
              <w:t>D</w:t>
            </w:r>
            <w:r w:rsidRPr="006136AF">
              <w:rPr>
                <w:szCs w:val="24"/>
                <w:lang w:val="ru-RU"/>
              </w:rPr>
              <w:t>, н</w:t>
            </w:r>
            <w:r w:rsidRPr="006136AF">
              <w:rPr>
                <w:szCs w:val="24"/>
                <w:lang w:val="ru-RU"/>
              </w:rPr>
              <w:t>е</w:t>
            </w:r>
            <w:r w:rsidRPr="006136AF">
              <w:rPr>
                <w:szCs w:val="24"/>
                <w:lang w:val="ru-RU"/>
              </w:rPr>
              <w:t>обходимые для выполнения и чтения чертежей деталей; составления конструкторской документ</w:t>
            </w:r>
            <w:r w:rsidRPr="006136AF">
              <w:rPr>
                <w:szCs w:val="24"/>
                <w:lang w:val="ru-RU"/>
              </w:rPr>
              <w:t>а</w:t>
            </w:r>
            <w:r w:rsidRPr="006136AF">
              <w:rPr>
                <w:szCs w:val="24"/>
                <w:lang w:val="ru-RU"/>
              </w:rPr>
              <w:t>ции;</w:t>
            </w:r>
          </w:p>
          <w:p w:rsidR="006136AF" w:rsidRPr="006136AF" w:rsidRDefault="006136AF" w:rsidP="006136AF">
            <w:pPr>
              <w:spacing w:line="240" w:lineRule="auto"/>
              <w:jc w:val="both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 xml:space="preserve">- умеет анализировать и воспринимать оптимальное соотношение частей и целого на основе графических моделей практически реализуемых в виде чертежей конкретных пространственных объектов; </w:t>
            </w:r>
          </w:p>
          <w:p w:rsidR="006136AF" w:rsidRPr="006136AF" w:rsidRDefault="006136AF" w:rsidP="006136AF">
            <w:pPr>
              <w:spacing w:line="240" w:lineRule="auto"/>
              <w:jc w:val="both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 xml:space="preserve"> - владеет навыками графических способов решения п</w:t>
            </w:r>
            <w:r w:rsidRPr="006136AF">
              <w:rPr>
                <w:szCs w:val="24"/>
                <w:lang w:val="ru-RU"/>
              </w:rPr>
              <w:t>о</w:t>
            </w:r>
            <w:r w:rsidRPr="006136AF">
              <w:rPr>
                <w:szCs w:val="24"/>
                <w:lang w:val="ru-RU"/>
              </w:rPr>
              <w:t>зиционных и метрических задач для простра</w:t>
            </w:r>
            <w:r w:rsidRPr="006136AF">
              <w:rPr>
                <w:szCs w:val="24"/>
                <w:lang w:val="ru-RU"/>
              </w:rPr>
              <w:t>н</w:t>
            </w:r>
            <w:r w:rsidRPr="006136AF">
              <w:rPr>
                <w:szCs w:val="24"/>
                <w:lang w:val="ru-RU"/>
              </w:rPr>
              <w:t>ственных объектов на чертежах, методами пр</w:t>
            </w:r>
            <w:r w:rsidRPr="006136AF">
              <w:rPr>
                <w:szCs w:val="24"/>
                <w:lang w:val="ru-RU"/>
              </w:rPr>
              <w:t>о</w:t>
            </w:r>
            <w:r w:rsidRPr="006136AF">
              <w:rPr>
                <w:szCs w:val="24"/>
                <w:lang w:val="ru-RU"/>
              </w:rPr>
              <w:t>ецирования и изображения пространственных форм на плоскостях проекций.</w:t>
            </w:r>
          </w:p>
        </w:tc>
      </w:tr>
      <w:tr w:rsidR="006136AF" w:rsidRPr="006136AF" w:rsidTr="003E175B">
        <w:trPr>
          <w:trHeight w:val="134"/>
        </w:trPr>
        <w:tc>
          <w:tcPr>
            <w:tcW w:w="1805" w:type="dxa"/>
            <w:shd w:val="clear" w:color="auto" w:fill="auto"/>
            <w:vAlign w:val="center"/>
          </w:tcPr>
          <w:p w:rsidR="006136AF" w:rsidRPr="006136A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  <w:r w:rsidRPr="006136AF">
              <w:rPr>
                <w:b/>
                <w:szCs w:val="24"/>
              </w:rPr>
              <w:t>удовлетворительно</w:t>
            </w:r>
          </w:p>
          <w:p w:rsidR="006136AF" w:rsidRPr="006136A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654" w:type="dxa"/>
            <w:shd w:val="clear" w:color="auto" w:fill="auto"/>
          </w:tcPr>
          <w:p w:rsidR="006136AF" w:rsidRPr="006136AF" w:rsidRDefault="006136AF" w:rsidP="006136AF">
            <w:pPr>
              <w:tabs>
                <w:tab w:val="left" w:pos="317"/>
              </w:tabs>
              <w:spacing w:line="240" w:lineRule="auto"/>
              <w:jc w:val="both"/>
              <w:rPr>
                <w:iCs/>
                <w:szCs w:val="24"/>
                <w:lang w:val="ru-RU"/>
              </w:rPr>
            </w:pPr>
            <w:r w:rsidRPr="006136AF">
              <w:rPr>
                <w:lang w:val="ru-RU"/>
              </w:rPr>
              <w:t xml:space="preserve">Выполнение большинства </w:t>
            </w:r>
            <w:r w:rsidRPr="006136AF">
              <w:rPr>
                <w:szCs w:val="24"/>
                <w:lang w:val="ru-RU"/>
              </w:rPr>
              <w:t>заданий зачетной работы. Студент демонстрир</w:t>
            </w:r>
            <w:r w:rsidRPr="006136AF">
              <w:rPr>
                <w:szCs w:val="24"/>
                <w:lang w:val="ru-RU"/>
              </w:rPr>
              <w:t>у</w:t>
            </w:r>
            <w:r w:rsidRPr="006136AF">
              <w:rPr>
                <w:szCs w:val="24"/>
                <w:lang w:val="ru-RU"/>
              </w:rPr>
              <w:t>ет удовлетворительные знания некоторых законов геометрич</w:t>
            </w:r>
            <w:r w:rsidRPr="006136AF">
              <w:rPr>
                <w:szCs w:val="24"/>
                <w:lang w:val="ru-RU"/>
              </w:rPr>
              <w:t>е</w:t>
            </w:r>
            <w:r w:rsidRPr="006136AF">
              <w:rPr>
                <w:szCs w:val="24"/>
                <w:lang w:val="ru-RU"/>
              </w:rPr>
              <w:t>ского формирования, построения и взаимного пересечения моделей плоскости и пространства, необход</w:t>
            </w:r>
            <w:r w:rsidRPr="006136AF">
              <w:rPr>
                <w:szCs w:val="24"/>
                <w:lang w:val="ru-RU"/>
              </w:rPr>
              <w:t>и</w:t>
            </w:r>
            <w:r w:rsidRPr="006136AF">
              <w:rPr>
                <w:szCs w:val="24"/>
                <w:lang w:val="ru-RU"/>
              </w:rPr>
              <w:t>мых в профессиональной деятельности (при сборе и анализе информационных исходных данных для проектирования объектов лан</w:t>
            </w:r>
            <w:r w:rsidRPr="006136AF">
              <w:rPr>
                <w:szCs w:val="24"/>
                <w:lang w:val="ru-RU"/>
              </w:rPr>
              <w:t>д</w:t>
            </w:r>
            <w:r w:rsidRPr="006136AF">
              <w:rPr>
                <w:szCs w:val="24"/>
                <w:lang w:val="ru-RU"/>
              </w:rPr>
              <w:t>шафтной архитектуры</w:t>
            </w:r>
            <w:r w:rsidRPr="006136AF">
              <w:rPr>
                <w:iCs/>
                <w:szCs w:val="24"/>
                <w:lang w:val="ru-RU"/>
              </w:rPr>
              <w:t>;</w:t>
            </w:r>
          </w:p>
          <w:p w:rsidR="006136AF" w:rsidRPr="006136AF" w:rsidRDefault="006136AF" w:rsidP="006136AF">
            <w:pPr>
              <w:spacing w:line="240" w:lineRule="auto"/>
              <w:jc w:val="both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- какие-либо способы и приемы геометро - графического формирования объектов реального пространства в графической системе компас – 3</w:t>
            </w:r>
            <w:r w:rsidRPr="006136AF">
              <w:rPr>
                <w:szCs w:val="24"/>
              </w:rPr>
              <w:t>d</w:t>
            </w:r>
            <w:r w:rsidRPr="006136AF">
              <w:rPr>
                <w:szCs w:val="24"/>
                <w:lang w:val="ru-RU"/>
              </w:rPr>
              <w:t>, н</w:t>
            </w:r>
            <w:r w:rsidRPr="006136AF">
              <w:rPr>
                <w:szCs w:val="24"/>
                <w:lang w:val="ru-RU"/>
              </w:rPr>
              <w:t>е</w:t>
            </w:r>
            <w:r w:rsidRPr="006136AF">
              <w:rPr>
                <w:szCs w:val="24"/>
                <w:lang w:val="ru-RU"/>
              </w:rPr>
              <w:t xml:space="preserve">обходимые для выполнения и чтения чертежей деталей; составления </w:t>
            </w:r>
            <w:r w:rsidRPr="006136AF">
              <w:rPr>
                <w:szCs w:val="24"/>
                <w:lang w:val="ru-RU"/>
              </w:rPr>
              <w:lastRenderedPageBreak/>
              <w:t>конструкторской документ</w:t>
            </w:r>
            <w:r w:rsidRPr="006136AF">
              <w:rPr>
                <w:szCs w:val="24"/>
                <w:lang w:val="ru-RU"/>
              </w:rPr>
              <w:t>а</w:t>
            </w:r>
            <w:r w:rsidRPr="006136AF">
              <w:rPr>
                <w:szCs w:val="24"/>
                <w:lang w:val="ru-RU"/>
              </w:rPr>
              <w:t>ции;</w:t>
            </w:r>
          </w:p>
          <w:p w:rsidR="006136AF" w:rsidRPr="006136AF" w:rsidRDefault="006136AF" w:rsidP="006136AF">
            <w:pPr>
              <w:spacing w:line="240" w:lineRule="auto"/>
              <w:jc w:val="both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- с трудом умеет анализировать и воспринимать оптимальное соотношение частей и целого на основе графических моделей практически реализуемых в виде чертежей конкретных пространственных объектов; не всегда может использовать основные законы, методы и приемы начертательной геометрии, необходимые в профессиональной деятельности;</w:t>
            </w:r>
          </w:p>
          <w:p w:rsidR="006136AF" w:rsidRPr="006136AF" w:rsidRDefault="006136AF" w:rsidP="006136AF">
            <w:pPr>
              <w:spacing w:line="240" w:lineRule="auto"/>
              <w:jc w:val="both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 xml:space="preserve"> - плохо владеет навыками графических способов решения позиционных и метрических задач для простра</w:t>
            </w:r>
            <w:r w:rsidRPr="006136AF">
              <w:rPr>
                <w:szCs w:val="24"/>
                <w:lang w:val="ru-RU"/>
              </w:rPr>
              <w:t>н</w:t>
            </w:r>
            <w:r w:rsidRPr="006136AF">
              <w:rPr>
                <w:szCs w:val="24"/>
                <w:lang w:val="ru-RU"/>
              </w:rPr>
              <w:t>ственных объектов на чертежах, некоторыми методами пр</w:t>
            </w:r>
            <w:r w:rsidRPr="006136AF">
              <w:rPr>
                <w:szCs w:val="24"/>
                <w:lang w:val="ru-RU"/>
              </w:rPr>
              <w:t>о</w:t>
            </w:r>
            <w:r w:rsidRPr="006136AF">
              <w:rPr>
                <w:szCs w:val="24"/>
                <w:lang w:val="ru-RU"/>
              </w:rPr>
              <w:t>ецирования и изображения пространственных форм на плоскостях проекций, необходимых в профессиональной деятельности.</w:t>
            </w:r>
          </w:p>
          <w:p w:rsidR="006136AF" w:rsidRPr="006136AF" w:rsidRDefault="006136AF" w:rsidP="006136AF">
            <w:pPr>
              <w:spacing w:line="240" w:lineRule="auto"/>
              <w:jc w:val="both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Грубые погрешности, которые студент допу</w:t>
            </w:r>
            <w:r w:rsidRPr="006136AF">
              <w:rPr>
                <w:szCs w:val="24"/>
                <w:lang w:val="ru-RU"/>
              </w:rPr>
              <w:t>с</w:t>
            </w:r>
            <w:r w:rsidRPr="006136AF">
              <w:rPr>
                <w:szCs w:val="24"/>
                <w:lang w:val="ru-RU"/>
              </w:rPr>
              <w:t>тил в процессе работы над заданиями, после ко</w:t>
            </w:r>
            <w:r w:rsidRPr="006136AF">
              <w:rPr>
                <w:szCs w:val="24"/>
                <w:lang w:val="ru-RU"/>
              </w:rPr>
              <w:t>н</w:t>
            </w:r>
            <w:r w:rsidRPr="006136AF">
              <w:rPr>
                <w:szCs w:val="24"/>
                <w:lang w:val="ru-RU"/>
              </w:rPr>
              <w:t>сультации с преподавателем должны быть исправл</w:t>
            </w:r>
            <w:r w:rsidRPr="006136AF">
              <w:rPr>
                <w:szCs w:val="24"/>
                <w:lang w:val="ru-RU"/>
              </w:rPr>
              <w:t>е</w:t>
            </w:r>
            <w:r w:rsidRPr="006136AF">
              <w:rPr>
                <w:szCs w:val="24"/>
                <w:lang w:val="ru-RU"/>
              </w:rPr>
              <w:t>ны.</w:t>
            </w:r>
          </w:p>
        </w:tc>
      </w:tr>
      <w:tr w:rsidR="006136AF" w:rsidRPr="006136AF" w:rsidTr="003E175B">
        <w:trPr>
          <w:trHeight w:val="1140"/>
        </w:trPr>
        <w:tc>
          <w:tcPr>
            <w:tcW w:w="1805" w:type="dxa"/>
            <w:shd w:val="clear" w:color="auto" w:fill="auto"/>
            <w:vAlign w:val="center"/>
          </w:tcPr>
          <w:p w:rsidR="006136AF" w:rsidRPr="006136A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  <w:r w:rsidRPr="006136AF">
              <w:rPr>
                <w:b/>
                <w:szCs w:val="24"/>
              </w:rPr>
              <w:lastRenderedPageBreak/>
              <w:t>неудовлетворительно</w:t>
            </w:r>
          </w:p>
          <w:p w:rsidR="006136AF" w:rsidRPr="006136A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654" w:type="dxa"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jc w:val="both"/>
              <w:rPr>
                <w:szCs w:val="24"/>
                <w:lang w:val="ru-RU"/>
              </w:rPr>
            </w:pPr>
            <w:r w:rsidRPr="006136AF">
              <w:rPr>
                <w:lang w:val="ru-RU"/>
              </w:rPr>
              <w:t xml:space="preserve">Невыполнение большинства </w:t>
            </w:r>
            <w:r w:rsidRPr="006136AF">
              <w:rPr>
                <w:szCs w:val="24"/>
                <w:lang w:val="ru-RU"/>
              </w:rPr>
              <w:t>заданий зачетной работы. Студент демонстрирует неудовлетворительные знания о</w:t>
            </w:r>
            <w:r w:rsidRPr="006136AF">
              <w:rPr>
                <w:szCs w:val="24"/>
                <w:lang w:val="ru-RU"/>
              </w:rPr>
              <w:t>с</w:t>
            </w:r>
            <w:r w:rsidRPr="006136AF">
              <w:rPr>
                <w:szCs w:val="24"/>
                <w:lang w:val="ru-RU"/>
              </w:rPr>
              <w:t>новных законов геометрического формирования, построения и взаимного пересечения моделей плоскости и простра</w:t>
            </w:r>
            <w:r w:rsidRPr="006136AF">
              <w:rPr>
                <w:szCs w:val="24"/>
                <w:lang w:val="ru-RU"/>
              </w:rPr>
              <w:t>н</w:t>
            </w:r>
            <w:r w:rsidRPr="006136AF">
              <w:rPr>
                <w:szCs w:val="24"/>
                <w:lang w:val="ru-RU"/>
              </w:rPr>
              <w:t xml:space="preserve">ства, </w:t>
            </w:r>
          </w:p>
        </w:tc>
      </w:tr>
    </w:tbl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</w:p>
    <w:p w:rsidR="006136AF" w:rsidRPr="006136AF" w:rsidRDefault="006136AF" w:rsidP="006136AF">
      <w:pPr>
        <w:pStyle w:val="410"/>
        <w:tabs>
          <w:tab w:val="left" w:pos="1009"/>
        </w:tabs>
        <w:spacing w:line="240" w:lineRule="auto"/>
        <w:ind w:right="97"/>
        <w:jc w:val="center"/>
        <w:rPr>
          <w:i w:val="0"/>
          <w:sz w:val="24"/>
          <w:szCs w:val="24"/>
          <w:highlight w:val="yellow"/>
          <w:lang w:val="ru-RU"/>
        </w:rPr>
      </w:pPr>
    </w:p>
    <w:p w:rsidR="006136AF" w:rsidRPr="006136AF" w:rsidRDefault="006136AF" w:rsidP="006136AF">
      <w:pPr>
        <w:pStyle w:val="410"/>
        <w:tabs>
          <w:tab w:val="left" w:pos="1009"/>
        </w:tabs>
        <w:spacing w:line="240" w:lineRule="auto"/>
        <w:ind w:right="97"/>
        <w:jc w:val="center"/>
        <w:rPr>
          <w:i w:val="0"/>
          <w:sz w:val="24"/>
          <w:szCs w:val="24"/>
          <w:highlight w:val="yellow"/>
          <w:lang w:val="ru-RU"/>
        </w:rPr>
      </w:pP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/>
        <w:jc w:val="center"/>
        <w:rPr>
          <w:i w:val="0"/>
          <w:sz w:val="24"/>
          <w:szCs w:val="24"/>
          <w:lang w:val="ru-RU"/>
        </w:rPr>
      </w:pPr>
      <w:r w:rsidRPr="006136AF">
        <w:rPr>
          <w:i w:val="0"/>
          <w:sz w:val="24"/>
          <w:szCs w:val="24"/>
          <w:lang w:val="ru-RU"/>
        </w:rPr>
        <w:t>4. РАСЧЕТНО - ГРАФИЧЕСКАЯ РАБОТА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left="-238" w:right="97"/>
        <w:jc w:val="center"/>
        <w:rPr>
          <w:i w:val="0"/>
          <w:sz w:val="24"/>
          <w:szCs w:val="24"/>
          <w:lang w:val="ru-RU"/>
        </w:rPr>
      </w:pPr>
    </w:p>
    <w:p w:rsidR="006136AF" w:rsidRPr="006136AF" w:rsidRDefault="006136AF" w:rsidP="006136AF">
      <w:pPr>
        <w:pStyle w:val="aff8"/>
        <w:shd w:val="clear" w:color="auto" w:fill="FFFFFF"/>
        <w:spacing w:before="0" w:beforeAutospacing="0" w:after="0" w:afterAutospacing="0"/>
        <w:ind w:firstLine="426"/>
        <w:jc w:val="both"/>
      </w:pPr>
      <w:r w:rsidRPr="006136AF">
        <w:rPr>
          <w:rStyle w:val="af7"/>
          <w:rFonts w:eastAsiaTheme="majorEastAsia"/>
          <w:i w:val="0"/>
          <w:shd w:val="clear" w:color="auto" w:fill="FFFFFF"/>
        </w:rPr>
        <w:t>Расчетно-графическая работа (РГР) - это</w:t>
      </w:r>
      <w:r w:rsidRPr="006136AF">
        <w:rPr>
          <w:shd w:val="clear" w:color="auto" w:fill="FFFFFF"/>
        </w:rPr>
        <w:t> </w:t>
      </w:r>
      <w:hyperlink r:id="rId6" w:tgtFrame="_blank" w:tooltip="самостоятельная работа студента" w:history="1">
        <w:r w:rsidRPr="006136AF">
          <w:rPr>
            <w:rStyle w:val="aff9"/>
            <w:color w:val="auto"/>
            <w:shd w:val="clear" w:color="auto" w:fill="FFFFFF"/>
          </w:rPr>
          <w:t>самостоятельное исследование</w:t>
        </w:r>
      </w:hyperlink>
      <w:r w:rsidRPr="006136AF">
        <w:rPr>
          <w:shd w:val="clear" w:color="auto" w:fill="FFFFFF"/>
        </w:rPr>
        <w:t>, которое создано на обоснование теоретического материала по основным темам курса и выработку навыков практического выполнения расчетов.</w:t>
      </w:r>
      <w:r w:rsidRPr="006136AF">
        <w:t xml:space="preserve"> В </w:t>
      </w:r>
      <w:r w:rsidRPr="006136AF">
        <w:rPr>
          <w:rStyle w:val="af7"/>
          <w:rFonts w:eastAsiaTheme="majorEastAsia"/>
          <w:i w:val="0"/>
        </w:rPr>
        <w:t>выводах РГР</w:t>
      </w:r>
      <w:r w:rsidRPr="006136AF">
        <w:t xml:space="preserve"> подводятся итоги из всех освещенных вопросов, а также определяются основные проблемы и пути их возможного решения. </w:t>
      </w:r>
      <w:r w:rsidRPr="006136AF">
        <w:rPr>
          <w:rStyle w:val="af7"/>
          <w:rFonts w:eastAsiaTheme="majorEastAsia"/>
          <w:i w:val="0"/>
        </w:rPr>
        <w:t>Цель расчетно-графической работы</w:t>
      </w:r>
      <w:r w:rsidRPr="006136AF">
        <w:t xml:space="preserve"> - закрепление теоретических знаний по дисциплине, формирование практических навыков по определению оптимального варианта организации взаимодействия </w:t>
      </w:r>
      <w:r w:rsidRPr="006136AF">
        <w:rPr>
          <w:rStyle w:val="af7"/>
          <w:rFonts w:eastAsiaTheme="majorEastAsia"/>
          <w:i w:val="0"/>
        </w:rPr>
        <w:t>Расчетно-графическая работа - это</w:t>
      </w:r>
      <w:r w:rsidRPr="006136AF">
        <w:t xml:space="preserve"> персональное исследование студента. Выполняя РГР, студент обогащает знания и умения, усвоенные в период изучения предмета, а именно: определять цель, выделять задачи, формулировать проблемы и находить способы их решения. Работая </w:t>
      </w:r>
      <w:proofErr w:type="gramStart"/>
      <w:r w:rsidRPr="006136AF">
        <w:t xml:space="preserve">над  </w:t>
      </w:r>
      <w:r w:rsidRPr="006136AF">
        <w:rPr>
          <w:rStyle w:val="af7"/>
          <w:rFonts w:eastAsiaTheme="majorEastAsia"/>
          <w:i w:val="0"/>
        </w:rPr>
        <w:t>РГР</w:t>
      </w:r>
      <w:proofErr w:type="gramEnd"/>
      <w:r w:rsidRPr="006136AF">
        <w:t xml:space="preserve"> студент формирует умения и способности, которые будут важными в будущем при решении более сложных задач (дипломная работа, научное исследование и т.п.). Студенты работают над темой индивидуальной работы под руководством преподавателя. РГР выполняется по индивидуальным вариантам. </w:t>
      </w:r>
    </w:p>
    <w:p w:rsidR="006136AF" w:rsidRPr="006136AF" w:rsidRDefault="006136AF" w:rsidP="006136AF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</w:p>
    <w:p w:rsidR="006136AF" w:rsidRPr="006136AF" w:rsidRDefault="006136AF" w:rsidP="006136AF">
      <w:pPr>
        <w:pStyle w:val="14"/>
        <w:tabs>
          <w:tab w:val="left" w:pos="500"/>
        </w:tabs>
        <w:ind w:right="-30"/>
        <w:jc w:val="center"/>
        <w:rPr>
          <w:b/>
          <w:sz w:val="24"/>
          <w:szCs w:val="24"/>
        </w:rPr>
      </w:pPr>
      <w:r w:rsidRPr="006136AF">
        <w:rPr>
          <w:b/>
          <w:sz w:val="24"/>
          <w:szCs w:val="24"/>
        </w:rPr>
        <w:t xml:space="preserve">Комплект заданий для выполнения </w:t>
      </w:r>
    </w:p>
    <w:p w:rsidR="006136AF" w:rsidRPr="006136AF" w:rsidRDefault="006136AF" w:rsidP="006136AF">
      <w:pPr>
        <w:pStyle w:val="14"/>
        <w:tabs>
          <w:tab w:val="left" w:pos="500"/>
        </w:tabs>
        <w:ind w:right="-30"/>
        <w:jc w:val="center"/>
        <w:rPr>
          <w:b/>
          <w:i/>
          <w:sz w:val="24"/>
          <w:szCs w:val="24"/>
        </w:rPr>
      </w:pPr>
      <w:r w:rsidRPr="006136AF">
        <w:rPr>
          <w:sz w:val="24"/>
          <w:szCs w:val="24"/>
        </w:rPr>
        <w:t>расчетно-графических работ по дисциплине «Инженерная графика»</w:t>
      </w: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jc w:val="center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jc w:val="center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6136AF">
        <w:rPr>
          <w:rFonts w:ascii="Times New Roman" w:hAnsi="Times New Roman" w:cs="Times New Roman"/>
          <w:i w:val="0"/>
          <w:sz w:val="24"/>
          <w:szCs w:val="24"/>
          <w:lang w:val="ru-RU"/>
        </w:rPr>
        <w:t>РГР№1</w:t>
      </w: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jc w:val="center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 w:rsidRPr="006136AF">
        <w:rPr>
          <w:rFonts w:ascii="Times New Roman" w:hAnsi="Times New Roman" w:cs="Times New Roman"/>
          <w:b w:val="0"/>
          <w:sz w:val="24"/>
          <w:szCs w:val="24"/>
          <w:lang w:val="ru-RU"/>
        </w:rPr>
        <w:t>Тема: Соединения разъёмные. Соединения резьбовые.</w:t>
      </w:r>
    </w:p>
    <w:p w:rsidR="006136AF" w:rsidRPr="006136AF" w:rsidRDefault="006136AF" w:rsidP="006136AF">
      <w:pPr>
        <w:spacing w:line="240" w:lineRule="auto"/>
        <w:ind w:firstLine="426"/>
        <w:jc w:val="both"/>
        <w:rPr>
          <w:rFonts w:cs="Times New Roman"/>
          <w:szCs w:val="24"/>
          <w:lang w:val="ru-RU"/>
        </w:rPr>
      </w:pPr>
      <w:r w:rsidRPr="006136AF">
        <w:rPr>
          <w:rFonts w:cs="Times New Roman"/>
          <w:szCs w:val="24"/>
          <w:u w:val="single"/>
          <w:lang w:val="ru-RU"/>
        </w:rPr>
        <w:t>Выполнить:</w:t>
      </w:r>
      <w:r w:rsidRPr="006136AF">
        <w:rPr>
          <w:rFonts w:cs="Times New Roman"/>
          <w:szCs w:val="24"/>
          <w:lang w:val="ru-RU"/>
        </w:rPr>
        <w:t xml:space="preserve"> расчет параметров соединения болтом и шпилькой; трехмерную сборочную модель резьбового соединения при использовании библиотеки «Стандартные изделия»; чертеж и спецификацию сборочной единицы.</w:t>
      </w:r>
    </w:p>
    <w:p w:rsidR="006136AF" w:rsidRPr="006136AF" w:rsidRDefault="006136AF" w:rsidP="006136AF">
      <w:pPr>
        <w:spacing w:line="240" w:lineRule="auto"/>
        <w:ind w:firstLine="426"/>
        <w:jc w:val="both"/>
        <w:rPr>
          <w:rFonts w:cs="Times New Roman"/>
          <w:szCs w:val="24"/>
          <w:lang w:val="ru-RU"/>
        </w:rPr>
      </w:pP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Задание 1. Болт ГОСТ 7798-70: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d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=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30,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n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= 20мм,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=30мм. Шпилька ГОСТ 22032-76: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d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=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22,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n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= 22мм </w:t>
      </w: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Задание 2. Болт ГОСТ 7798-70: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d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=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16,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n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= 18мм,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=30мм. Шпилька ГОСТ 22032-76: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d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=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24,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lastRenderedPageBreak/>
        <w:t>n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= 45мм</w:t>
      </w: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Задание 3. Болт ГОСТ 7798-70: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d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=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16,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n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= 25мм,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=50мм. Шпилька ГОСТ 22032-76: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d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=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30,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n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= 35мм</w:t>
      </w: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Задание 4. Болт ГОСТ 7798-70: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d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=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24,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n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= 16мм,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=40мм. Шпилька ГОСТ 22032-76: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d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=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36,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n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= 36мм</w:t>
      </w: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Задание 5. Болт ГОСТ 7798-70: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d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=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20,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n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= 15мм,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=35мм. Шпилька ГОСТ 22032-76: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d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=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20,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n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= 24мм</w:t>
      </w: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Задание 6. Болт ГОСТ 7798-70: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d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=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30,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n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= 20мм,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=30мм. Шпилька ГОСТ 22032-76: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d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=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22,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n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= 26мм</w:t>
      </w: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Задание 7. Болт ГОСТ 7798-70: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d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=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24,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n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= 24мм,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=30мм. Шпилька ГОСТ 22032-76: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d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=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22,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n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= 25мм</w:t>
      </w: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Задание 8. Болт ГОСТ 7798-70: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d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=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24,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n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= 30мм,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=20мм. Шпилька ГОСТ 22032-76: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d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=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24,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n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= 20мм</w:t>
      </w: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Задание 9. Болт ГОСТ 7798-70: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d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=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30,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n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= 20мм,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=30мм. Шпилька ГОСТ 22032-76: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d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=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20,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n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= 30мм</w:t>
      </w: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Задание 10. Болт ГОСТ 7798-70: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d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=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20,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n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= 15мм,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=40мм. Шпилька ГОСТ 22032-76: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d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=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28,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n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= 40мм</w:t>
      </w: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jc w:val="center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6136AF">
        <w:rPr>
          <w:rFonts w:ascii="Times New Roman" w:hAnsi="Times New Roman" w:cs="Times New Roman"/>
          <w:i w:val="0"/>
          <w:sz w:val="24"/>
          <w:szCs w:val="24"/>
          <w:lang w:val="ru-RU"/>
        </w:rPr>
        <w:t>РГР№2</w:t>
      </w: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jc w:val="center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 w:rsidRPr="006136AF">
        <w:rPr>
          <w:rFonts w:ascii="Times New Roman" w:hAnsi="Times New Roman" w:cs="Times New Roman"/>
          <w:b w:val="0"/>
          <w:sz w:val="24"/>
          <w:szCs w:val="24"/>
          <w:lang w:val="ru-RU"/>
        </w:rPr>
        <w:t>Тема: Соединения разъёмные. Зубчатые передачи.</w:t>
      </w: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  <w:r w:rsidRPr="006136AF">
        <w:rPr>
          <w:rFonts w:ascii="Times New Roman" w:hAnsi="Times New Roman" w:cs="Times New Roman"/>
          <w:b w:val="0"/>
          <w:i w:val="0"/>
          <w:sz w:val="24"/>
          <w:szCs w:val="24"/>
          <w:u w:val="single"/>
          <w:lang w:val="ru-RU"/>
        </w:rPr>
        <w:t>Выполнить: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 расчет геометрических параметров цилиндрической передачи двухступенчатого соосного редуктора средствами расчетно-графических конструкторских приложений систем проектирования; трехмерные модели звеньев передачи; сборочную модель передачи; документ спецификации</w:t>
      </w: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Задание 1. шестерня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Z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vertAlign w:val="subscript"/>
          <w:lang w:val="ru-RU"/>
        </w:rPr>
        <w:t>1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 = </w:t>
      </w:r>
      <w:proofErr w:type="gramStart"/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20  колесо</w:t>
      </w:r>
      <w:proofErr w:type="gramEnd"/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Z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vertAlign w:val="subscript"/>
          <w:lang w:val="ru-RU"/>
        </w:rPr>
        <w:t>2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 = 35;</w:t>
      </w: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Задание 2. шестерня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Z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vertAlign w:val="subscript"/>
          <w:lang w:val="ru-RU"/>
        </w:rPr>
        <w:t>1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 = 30 колесо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Z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vertAlign w:val="subscript"/>
          <w:lang w:val="ru-RU"/>
        </w:rPr>
        <w:t>2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 = 40;</w:t>
      </w: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Задание 3. шестерня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Z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vertAlign w:val="subscript"/>
          <w:lang w:val="ru-RU"/>
        </w:rPr>
        <w:t>1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 = 17 колесо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Z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vertAlign w:val="subscript"/>
          <w:lang w:val="ru-RU"/>
        </w:rPr>
        <w:t>2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 = 35;</w:t>
      </w: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Задание 4. шестерня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Z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vertAlign w:val="subscript"/>
          <w:lang w:val="ru-RU"/>
        </w:rPr>
        <w:t>1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 = 25 колесо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Z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vertAlign w:val="subscript"/>
          <w:lang w:val="ru-RU"/>
        </w:rPr>
        <w:t>2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 = 50;</w:t>
      </w: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Задание 5. шестерня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Z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vertAlign w:val="subscript"/>
          <w:lang w:val="ru-RU"/>
        </w:rPr>
        <w:t>1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 = 28 колесо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Z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vertAlign w:val="subscript"/>
          <w:lang w:val="ru-RU"/>
        </w:rPr>
        <w:t>2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 = 40;</w:t>
      </w: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Задание 6. шестерня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Z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vertAlign w:val="subscript"/>
          <w:lang w:val="ru-RU"/>
        </w:rPr>
        <w:t>1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 = 35 колесо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Z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vertAlign w:val="subscript"/>
          <w:lang w:val="ru-RU"/>
        </w:rPr>
        <w:t>2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 = 58;</w:t>
      </w: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Задание 7. шестерня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Z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vertAlign w:val="subscript"/>
          <w:lang w:val="ru-RU"/>
        </w:rPr>
        <w:t>1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 = 45 колесо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Z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vertAlign w:val="subscript"/>
          <w:lang w:val="ru-RU"/>
        </w:rPr>
        <w:t>2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 = 65;</w:t>
      </w: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Задание 8. шестерня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Z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vertAlign w:val="subscript"/>
          <w:lang w:val="ru-RU"/>
        </w:rPr>
        <w:t>1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 = 20 колесо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Z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vertAlign w:val="subscript"/>
          <w:lang w:val="ru-RU"/>
        </w:rPr>
        <w:t>2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 = 44;</w:t>
      </w: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Задание 9. шестерня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Z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vertAlign w:val="subscript"/>
          <w:lang w:val="ru-RU"/>
        </w:rPr>
        <w:t>1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 = 17 колесо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Z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vertAlign w:val="subscript"/>
          <w:lang w:val="ru-RU"/>
        </w:rPr>
        <w:t>2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 = 40;</w:t>
      </w: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Задание 10. шестерня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Z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vertAlign w:val="subscript"/>
          <w:lang w:val="ru-RU"/>
        </w:rPr>
        <w:t>1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 = 30 колесо 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</w:rPr>
        <w:t>Z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vertAlign w:val="subscript"/>
          <w:lang w:val="ru-RU"/>
        </w:rPr>
        <w:t>2</w:t>
      </w:r>
      <w:r w:rsidRPr="006136AF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 = 65.</w:t>
      </w: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tbl>
      <w:tblPr>
        <w:tblW w:w="1036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7736"/>
      </w:tblGrid>
      <w:tr w:rsidR="006136AF" w:rsidRPr="006136AF" w:rsidTr="003E175B">
        <w:tc>
          <w:tcPr>
            <w:tcW w:w="2552" w:type="dxa"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6136AF">
              <w:rPr>
                <w:rFonts w:cs="Times New Roman"/>
                <w:b/>
                <w:szCs w:val="24"/>
              </w:rPr>
              <w:t>Оценка</w:t>
            </w:r>
          </w:p>
        </w:tc>
        <w:tc>
          <w:tcPr>
            <w:tcW w:w="7513" w:type="dxa"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6136AF">
              <w:rPr>
                <w:rFonts w:cs="Times New Roman"/>
                <w:b/>
                <w:szCs w:val="24"/>
              </w:rPr>
              <w:t xml:space="preserve">Критерии </w:t>
            </w:r>
          </w:p>
          <w:p w:rsidR="006136AF" w:rsidRPr="006136AF" w:rsidRDefault="006136AF" w:rsidP="006136AF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</w:tr>
      <w:tr w:rsidR="006136AF" w:rsidRPr="006136AF" w:rsidTr="003E175B">
        <w:tc>
          <w:tcPr>
            <w:tcW w:w="2552" w:type="dxa"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rPr>
                <w:rFonts w:cs="Times New Roman"/>
                <w:b/>
                <w:szCs w:val="24"/>
              </w:rPr>
            </w:pPr>
            <w:r w:rsidRPr="006136AF">
              <w:rPr>
                <w:rFonts w:cs="Times New Roman"/>
                <w:b/>
                <w:szCs w:val="24"/>
              </w:rPr>
              <w:t>отлично</w:t>
            </w:r>
          </w:p>
        </w:tc>
        <w:tc>
          <w:tcPr>
            <w:tcW w:w="7513" w:type="dxa"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6136AF">
              <w:rPr>
                <w:rFonts w:cs="Times New Roman"/>
                <w:szCs w:val="24"/>
                <w:lang w:val="ru-RU"/>
              </w:rPr>
              <w:t>выполнены поставленные цели работы, студент четко и без ошибок ответил на все контрольные вопросы.</w:t>
            </w:r>
          </w:p>
        </w:tc>
      </w:tr>
      <w:tr w:rsidR="006136AF" w:rsidRPr="006136AF" w:rsidTr="003E175B">
        <w:tc>
          <w:tcPr>
            <w:tcW w:w="2552" w:type="dxa"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rPr>
                <w:rFonts w:cs="Times New Roman"/>
                <w:b/>
                <w:szCs w:val="24"/>
              </w:rPr>
            </w:pPr>
            <w:r w:rsidRPr="006136AF">
              <w:rPr>
                <w:rFonts w:cs="Times New Roman"/>
                <w:b/>
                <w:szCs w:val="24"/>
              </w:rPr>
              <w:t>хорошо</w:t>
            </w:r>
          </w:p>
        </w:tc>
        <w:tc>
          <w:tcPr>
            <w:tcW w:w="7513" w:type="dxa"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6136AF">
              <w:rPr>
                <w:rFonts w:cs="Times New Roman"/>
                <w:szCs w:val="24"/>
                <w:lang w:val="ru-RU"/>
              </w:rPr>
              <w:t>выполнены все задания работы; студент ответил на все контрольные вопросы с замечаниями.</w:t>
            </w:r>
          </w:p>
        </w:tc>
      </w:tr>
      <w:tr w:rsidR="006136AF" w:rsidRPr="006136AF" w:rsidTr="003E175B">
        <w:tc>
          <w:tcPr>
            <w:tcW w:w="2552" w:type="dxa"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rPr>
                <w:rFonts w:cs="Times New Roman"/>
                <w:b/>
                <w:szCs w:val="24"/>
              </w:rPr>
            </w:pPr>
            <w:r w:rsidRPr="006136AF">
              <w:rPr>
                <w:rFonts w:cs="Times New Roman"/>
                <w:b/>
                <w:szCs w:val="24"/>
              </w:rPr>
              <w:t>удовлетворительно</w:t>
            </w:r>
          </w:p>
        </w:tc>
        <w:tc>
          <w:tcPr>
            <w:tcW w:w="7513" w:type="dxa"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6136AF">
              <w:rPr>
                <w:rFonts w:cs="Times New Roman"/>
                <w:szCs w:val="24"/>
                <w:lang w:val="ru-RU"/>
              </w:rPr>
              <w:t>выполнены все задания расчетно-графической работы с замечаниями; студент ответил на все контрольные вопросы с замечаниями.</w:t>
            </w:r>
          </w:p>
        </w:tc>
      </w:tr>
      <w:tr w:rsidR="006136AF" w:rsidRPr="006136AF" w:rsidTr="003E175B">
        <w:tc>
          <w:tcPr>
            <w:tcW w:w="2552" w:type="dxa"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rPr>
                <w:rFonts w:cs="Times New Roman"/>
                <w:b/>
                <w:szCs w:val="24"/>
              </w:rPr>
            </w:pPr>
            <w:r w:rsidRPr="006136AF">
              <w:rPr>
                <w:rFonts w:cs="Times New Roman"/>
                <w:b/>
                <w:szCs w:val="24"/>
              </w:rPr>
              <w:t xml:space="preserve">Неудовлетворительно </w:t>
            </w:r>
          </w:p>
        </w:tc>
        <w:tc>
          <w:tcPr>
            <w:tcW w:w="7513" w:type="dxa"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6136AF">
              <w:rPr>
                <w:rFonts w:cs="Times New Roman"/>
                <w:szCs w:val="24"/>
                <w:lang w:val="ru-RU"/>
              </w:rPr>
              <w:t>студент не выполнил или выполнил неправильно задания расчетно-графической работы; студент ответил на контрольные вопросы с ошибками или не ответил на контрольные вопросы.</w:t>
            </w:r>
          </w:p>
        </w:tc>
      </w:tr>
    </w:tbl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6136AF" w:rsidRP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6136AF" w:rsidRPr="006136AF" w:rsidRDefault="006136AF" w:rsidP="006136AF">
      <w:pPr>
        <w:jc w:val="center"/>
        <w:rPr>
          <w:b/>
          <w:bCs/>
          <w:szCs w:val="24"/>
          <w:lang w:val="ru-RU"/>
        </w:rPr>
      </w:pPr>
      <w:r w:rsidRPr="006136AF">
        <w:rPr>
          <w:b/>
          <w:bCs/>
          <w:szCs w:val="24"/>
          <w:lang w:val="ru-RU"/>
        </w:rPr>
        <w:lastRenderedPageBreak/>
        <w:t>ПРОМЕЖУТОЧНАЯ АТТЕСТАЦИЯ                                                                                   Экзаменационные вопросы</w:t>
      </w:r>
    </w:p>
    <w:p w:rsidR="006136AF" w:rsidRPr="006136AF" w:rsidRDefault="006136AF" w:rsidP="006136AF">
      <w:pPr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szCs w:val="24"/>
          <w:lang w:val="ru-RU"/>
        </w:rPr>
      </w:pPr>
      <w:r w:rsidRPr="006136AF">
        <w:rPr>
          <w:szCs w:val="24"/>
          <w:lang w:val="ru-RU"/>
        </w:rPr>
        <w:t xml:space="preserve">по дисциплине </w:t>
      </w:r>
      <w:r w:rsidRPr="006136AF">
        <w:rPr>
          <w:bCs/>
          <w:szCs w:val="24"/>
          <w:lang w:val="ru-RU"/>
        </w:rPr>
        <w:t>Б1.О.08.01</w:t>
      </w:r>
      <w:r w:rsidRPr="006136AF">
        <w:rPr>
          <w:b/>
          <w:bCs/>
          <w:szCs w:val="24"/>
          <w:lang w:val="ru-RU"/>
        </w:rPr>
        <w:t xml:space="preserve"> </w:t>
      </w:r>
      <w:r w:rsidRPr="006136AF">
        <w:rPr>
          <w:szCs w:val="24"/>
          <w:lang w:val="ru-RU"/>
        </w:rPr>
        <w:t>Инженерная графика</w:t>
      </w:r>
    </w:p>
    <w:p w:rsidR="006136AF" w:rsidRPr="006136AF" w:rsidRDefault="006136AF" w:rsidP="006136AF">
      <w:pPr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szCs w:val="24"/>
          <w:lang w:val="ru-RU"/>
        </w:rPr>
      </w:pPr>
    </w:p>
    <w:p w:rsid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  <w:lang w:val="ru-RU"/>
        </w:rPr>
      </w:pPr>
    </w:p>
    <w:tbl>
      <w:tblPr>
        <w:tblW w:w="102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953"/>
        <w:gridCol w:w="1882"/>
        <w:gridCol w:w="4961"/>
        <w:gridCol w:w="1858"/>
      </w:tblGrid>
      <w:tr w:rsidR="006136AF" w:rsidRPr="00A8002F" w:rsidTr="00A72C33">
        <w:trPr>
          <w:trHeight w:val="52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6AF" w:rsidRPr="00A8002F" w:rsidRDefault="006136AF" w:rsidP="00A72C33">
            <w:pPr>
              <w:spacing w:line="240" w:lineRule="auto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№</w:t>
            </w:r>
          </w:p>
          <w:p w:rsidR="006136AF" w:rsidRPr="00A8002F" w:rsidRDefault="006136AF" w:rsidP="00A72C33">
            <w:pPr>
              <w:spacing w:line="240" w:lineRule="auto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п/п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6AF" w:rsidRPr="00A8002F" w:rsidRDefault="006136AF" w:rsidP="00A72C33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Индикатор</w:t>
            </w:r>
          </w:p>
          <w:p w:rsidR="006136AF" w:rsidRPr="00A8002F" w:rsidRDefault="006136AF" w:rsidP="00A72C33">
            <w:pPr>
              <w:spacing w:line="240" w:lineRule="auto"/>
              <w:jc w:val="center"/>
              <w:rPr>
                <w:i/>
                <w:szCs w:val="24"/>
              </w:rPr>
            </w:pP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6AF" w:rsidRPr="00A8002F" w:rsidRDefault="006136AF" w:rsidP="00A72C33">
            <w:pPr>
              <w:spacing w:line="240" w:lineRule="auto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 xml:space="preserve">ЭКЗАМЕНАЦИОННЫЕ ВОПРОСЫ  </w:t>
            </w:r>
          </w:p>
        </w:tc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6AF" w:rsidRPr="00A8002F" w:rsidRDefault="006136AF" w:rsidP="003E175B">
            <w:pPr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№ и наимен</w:t>
            </w:r>
            <w:r w:rsidRPr="00A8002F">
              <w:rPr>
                <w:b/>
                <w:szCs w:val="24"/>
              </w:rPr>
              <w:t>о</w:t>
            </w:r>
            <w:r w:rsidRPr="00A8002F">
              <w:rPr>
                <w:b/>
                <w:szCs w:val="24"/>
              </w:rPr>
              <w:t xml:space="preserve">вание </w:t>
            </w:r>
          </w:p>
          <w:p w:rsidR="006136AF" w:rsidRPr="00A8002F" w:rsidRDefault="006136AF" w:rsidP="003E175B">
            <w:pPr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 xml:space="preserve">раздела </w:t>
            </w:r>
          </w:p>
          <w:p w:rsidR="006136AF" w:rsidRPr="00A8002F" w:rsidRDefault="006136AF" w:rsidP="003E175B">
            <w:pPr>
              <w:jc w:val="center"/>
              <w:rPr>
                <w:i/>
                <w:szCs w:val="24"/>
              </w:rPr>
            </w:pPr>
          </w:p>
        </w:tc>
      </w:tr>
      <w:tr w:rsidR="006136AF" w:rsidRPr="00A8002F" w:rsidTr="00A72C33">
        <w:trPr>
          <w:trHeight w:val="698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6AF" w:rsidRPr="00A8002F" w:rsidRDefault="006136AF" w:rsidP="00A72C33">
            <w:pPr>
              <w:spacing w:line="240" w:lineRule="auto"/>
              <w:rPr>
                <w:b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6AF" w:rsidRPr="00A8002F" w:rsidRDefault="006136AF" w:rsidP="00A72C33">
            <w:pPr>
              <w:spacing w:line="240" w:lineRule="auto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 xml:space="preserve">Код 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6AF" w:rsidRPr="00A8002F" w:rsidRDefault="006136AF" w:rsidP="00A72C33">
            <w:pPr>
              <w:spacing w:line="240" w:lineRule="auto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Определение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6AF" w:rsidRPr="00A8002F" w:rsidRDefault="006136AF" w:rsidP="00A72C33">
            <w:pPr>
              <w:spacing w:line="240" w:lineRule="auto"/>
              <w:rPr>
                <w:b/>
                <w:szCs w:val="24"/>
              </w:rPr>
            </w:pPr>
          </w:p>
        </w:tc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6AF" w:rsidRPr="00A8002F" w:rsidRDefault="006136AF" w:rsidP="003E175B">
            <w:pPr>
              <w:rPr>
                <w:i/>
                <w:szCs w:val="24"/>
              </w:rPr>
            </w:pPr>
          </w:p>
        </w:tc>
      </w:tr>
      <w:tr w:rsidR="006136AF" w:rsidRPr="00A8002F" w:rsidTr="00A72C3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6AF" w:rsidRPr="00A8002F" w:rsidRDefault="006136AF" w:rsidP="00A72C33">
            <w:pPr>
              <w:spacing w:line="240" w:lineRule="auto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6AF" w:rsidRPr="00A8002F" w:rsidRDefault="006136AF" w:rsidP="00A72C33">
            <w:pPr>
              <w:spacing w:line="240" w:lineRule="auto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2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6AF" w:rsidRPr="00A8002F" w:rsidRDefault="006136AF" w:rsidP="00A72C33">
            <w:pPr>
              <w:spacing w:line="240" w:lineRule="auto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6AF" w:rsidRPr="00A8002F" w:rsidRDefault="006136AF" w:rsidP="00A72C33">
            <w:pPr>
              <w:spacing w:line="240" w:lineRule="auto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6AF" w:rsidRPr="00A8002F" w:rsidRDefault="006136AF" w:rsidP="003E175B">
            <w:pPr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5</w:t>
            </w:r>
          </w:p>
        </w:tc>
      </w:tr>
      <w:tr w:rsidR="006136AF" w:rsidRPr="00A8002F" w:rsidTr="00A72C33">
        <w:trPr>
          <w:trHeight w:val="16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6AF" w:rsidRPr="00A8002F" w:rsidRDefault="006136AF" w:rsidP="00A72C33">
            <w:pPr>
              <w:spacing w:line="240" w:lineRule="auto"/>
              <w:rPr>
                <w:b/>
                <w:sz w:val="22"/>
              </w:rPr>
            </w:pPr>
            <w:r w:rsidRPr="00A8002F">
              <w:rPr>
                <w:b/>
                <w:sz w:val="22"/>
              </w:rPr>
              <w:t xml:space="preserve">  1.</w:t>
            </w:r>
          </w:p>
          <w:p w:rsidR="006136AF" w:rsidRPr="00A8002F" w:rsidRDefault="006136AF" w:rsidP="00A72C33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rPr>
                <w:b/>
                <w:sz w:val="22"/>
              </w:rPr>
            </w:pPr>
          </w:p>
        </w:tc>
        <w:tc>
          <w:tcPr>
            <w:tcW w:w="953" w:type="dxa"/>
            <w:shd w:val="clear" w:color="auto" w:fill="auto"/>
          </w:tcPr>
          <w:p w:rsidR="006136AF" w:rsidRPr="00A8002F" w:rsidRDefault="006136AF" w:rsidP="00A72C33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ОПК-1</w:t>
            </w:r>
            <w:r w:rsidRPr="00A8002F">
              <w:rPr>
                <w:sz w:val="22"/>
              </w:rPr>
              <w:t>.1.</w:t>
            </w:r>
          </w:p>
          <w:p w:rsidR="006136AF" w:rsidRPr="00A8002F" w:rsidRDefault="006136AF" w:rsidP="00A72C33">
            <w:pPr>
              <w:spacing w:line="240" w:lineRule="auto"/>
              <w:jc w:val="center"/>
              <w:rPr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jc w:val="center"/>
              <w:rPr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jc w:val="center"/>
              <w:rPr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rPr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jc w:val="center"/>
              <w:rPr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rPr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jc w:val="center"/>
              <w:rPr>
                <w:sz w:val="22"/>
              </w:rPr>
            </w:pPr>
          </w:p>
          <w:p w:rsidR="006136AF" w:rsidRPr="00A8002F" w:rsidRDefault="006136AF" w:rsidP="00A72C33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1882" w:type="dxa"/>
            <w:shd w:val="clear" w:color="auto" w:fill="auto"/>
          </w:tcPr>
          <w:p w:rsidR="006136AF" w:rsidRPr="006136AF" w:rsidRDefault="006136AF" w:rsidP="00A72C33">
            <w:pPr>
              <w:spacing w:line="240" w:lineRule="auto"/>
              <w:ind w:right="-55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 xml:space="preserve">Осуществляет решение типовых задач в </w:t>
            </w:r>
            <w:proofErr w:type="gramStart"/>
            <w:r w:rsidRPr="006136AF">
              <w:rPr>
                <w:szCs w:val="24"/>
                <w:lang w:val="ru-RU"/>
              </w:rPr>
              <w:t>профессио-нальной</w:t>
            </w:r>
            <w:proofErr w:type="gramEnd"/>
            <w:r w:rsidRPr="006136AF">
              <w:rPr>
                <w:szCs w:val="24"/>
                <w:lang w:val="ru-RU"/>
              </w:rPr>
              <w:t xml:space="preserve"> деятельности на основе естественнонаучных и общеинженерных знаний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6AF" w:rsidRPr="006136AF" w:rsidRDefault="006136AF" w:rsidP="00A72C33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</w:p>
          <w:p w:rsidR="006136AF" w:rsidRPr="006136AF" w:rsidRDefault="006136AF" w:rsidP="00A72C33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1.1 Метод проекций. Центральное и параллельное проецирование.</w:t>
            </w:r>
          </w:p>
          <w:p w:rsidR="006136AF" w:rsidRPr="006136AF" w:rsidRDefault="006136AF" w:rsidP="00A72C33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1.2.Проецирование прямой линии.</w:t>
            </w:r>
          </w:p>
          <w:p w:rsidR="006136AF" w:rsidRPr="006136AF" w:rsidRDefault="006136AF" w:rsidP="00A72C33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1.3.Комплексный чертеж плоскости. Способы задания плоскости на чертеже</w:t>
            </w:r>
          </w:p>
          <w:p w:rsidR="006136AF" w:rsidRPr="006136AF" w:rsidRDefault="006136AF" w:rsidP="00A72C33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1.4.Комплексный чертеж плоскости. Основные позиционные задачи. Прямые и точки в плоскости</w:t>
            </w:r>
          </w:p>
          <w:p w:rsidR="006136AF" w:rsidRPr="006136AF" w:rsidRDefault="006136AF" w:rsidP="00A72C33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1.5.Главные позиционные задачи для прямой и плоскости</w:t>
            </w:r>
          </w:p>
          <w:p w:rsidR="006136AF" w:rsidRPr="006136AF" w:rsidRDefault="006136AF" w:rsidP="00A72C33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1.6.Главные позиционные задачи для двух плоскостей</w:t>
            </w:r>
          </w:p>
          <w:p w:rsidR="006136AF" w:rsidRPr="006136AF" w:rsidRDefault="006136AF" w:rsidP="00A72C33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1.7.Способы преобразования чертежа. Замена плоскостей проекций</w:t>
            </w:r>
          </w:p>
          <w:p w:rsidR="006136AF" w:rsidRPr="006136AF" w:rsidRDefault="006136AF" w:rsidP="00A72C33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1.8.Способы преобразования чертежа. Способ вращения</w:t>
            </w:r>
          </w:p>
          <w:p w:rsidR="006136AF" w:rsidRPr="006136AF" w:rsidRDefault="006136AF" w:rsidP="00A72C33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 xml:space="preserve">1.9.Способы преобразования чертежа. </w:t>
            </w:r>
            <w:proofErr w:type="gramStart"/>
            <w:r w:rsidRPr="006136AF">
              <w:rPr>
                <w:szCs w:val="24"/>
                <w:lang w:val="ru-RU"/>
              </w:rPr>
              <w:t>Плоско-параллельное</w:t>
            </w:r>
            <w:proofErr w:type="gramEnd"/>
            <w:r w:rsidRPr="006136AF">
              <w:rPr>
                <w:szCs w:val="24"/>
                <w:lang w:val="ru-RU"/>
              </w:rPr>
              <w:t xml:space="preserve"> перемещение</w:t>
            </w:r>
          </w:p>
          <w:p w:rsidR="006136AF" w:rsidRPr="006136AF" w:rsidRDefault="006136AF" w:rsidP="00A72C33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1.10.Поверхности. Многоргранники. Призма</w:t>
            </w:r>
          </w:p>
          <w:p w:rsidR="006136AF" w:rsidRPr="006136AF" w:rsidRDefault="006136AF" w:rsidP="00A72C33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1.11.Поверхности. Многоргранники. Пирамида</w:t>
            </w:r>
          </w:p>
          <w:p w:rsidR="006136AF" w:rsidRPr="006136AF" w:rsidRDefault="006136AF" w:rsidP="00A72C33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1.12.Поверхности. Поверхности вращения. Цилиндр</w:t>
            </w:r>
          </w:p>
          <w:p w:rsidR="006136AF" w:rsidRPr="006136AF" w:rsidRDefault="006136AF" w:rsidP="00A72C33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1.13.Поверхности. Поверхности вращения. Конус</w:t>
            </w:r>
          </w:p>
          <w:p w:rsidR="006136AF" w:rsidRPr="006136AF" w:rsidRDefault="006136AF" w:rsidP="00A72C33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1.14.Поверхности. Поверхности вращения. Сфера</w:t>
            </w:r>
          </w:p>
          <w:p w:rsidR="006136AF" w:rsidRPr="006136AF" w:rsidRDefault="006136AF" w:rsidP="00A72C33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1.15.Поверхности. Поверхности вращения. Тор</w:t>
            </w:r>
          </w:p>
          <w:p w:rsidR="006136AF" w:rsidRPr="006136AF" w:rsidRDefault="006136AF" w:rsidP="00A72C33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1.16.Пересечение поверхностей. Метод секущих плоскостей</w:t>
            </w:r>
          </w:p>
          <w:p w:rsidR="006136AF" w:rsidRPr="006136AF" w:rsidRDefault="006136AF" w:rsidP="00A72C33">
            <w:pPr>
              <w:spacing w:line="240" w:lineRule="auto"/>
              <w:jc w:val="both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1.17.Пересечение поверхностей. Метод секущих плоскостей. Метод сфер</w:t>
            </w:r>
          </w:p>
        </w:tc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6AF" w:rsidRPr="00EA0B71" w:rsidRDefault="006136AF" w:rsidP="003E175B">
            <w:pPr>
              <w:jc w:val="both"/>
              <w:rPr>
                <w:color w:val="000000"/>
                <w:szCs w:val="24"/>
              </w:rPr>
            </w:pPr>
            <w:r w:rsidRPr="006136AF">
              <w:rPr>
                <w:color w:val="000000"/>
                <w:sz w:val="22"/>
                <w:lang w:val="ru-RU"/>
              </w:rPr>
              <w:t xml:space="preserve">  </w:t>
            </w:r>
            <w:r w:rsidRPr="00EA0B71">
              <w:rPr>
                <w:b/>
                <w:color w:val="000000"/>
                <w:szCs w:val="24"/>
              </w:rPr>
              <w:t xml:space="preserve">1. </w:t>
            </w:r>
            <w:r w:rsidRPr="00EA0B71">
              <w:rPr>
                <w:color w:val="000000"/>
                <w:szCs w:val="24"/>
              </w:rPr>
              <w:t xml:space="preserve">Начертательная геометрия </w:t>
            </w:r>
          </w:p>
          <w:p w:rsidR="006136AF" w:rsidRPr="008A2A4B" w:rsidRDefault="006136AF" w:rsidP="003E175B">
            <w:pPr>
              <w:rPr>
                <w:sz w:val="22"/>
              </w:rPr>
            </w:pPr>
          </w:p>
          <w:p w:rsidR="006136AF" w:rsidRDefault="006136AF" w:rsidP="003E175B">
            <w:pPr>
              <w:ind w:left="-142"/>
              <w:jc w:val="both"/>
              <w:rPr>
                <w:color w:val="000000"/>
                <w:sz w:val="22"/>
              </w:rPr>
            </w:pPr>
            <w:r w:rsidRPr="00A8002F">
              <w:rPr>
                <w:color w:val="000000"/>
                <w:sz w:val="22"/>
              </w:rPr>
              <w:t xml:space="preserve">  </w:t>
            </w:r>
          </w:p>
          <w:p w:rsidR="006136AF" w:rsidRDefault="006136AF" w:rsidP="003E175B">
            <w:pPr>
              <w:ind w:left="-142"/>
              <w:jc w:val="both"/>
              <w:rPr>
                <w:color w:val="000000"/>
                <w:sz w:val="22"/>
              </w:rPr>
            </w:pPr>
          </w:p>
          <w:p w:rsidR="006136AF" w:rsidRDefault="006136AF" w:rsidP="003E175B">
            <w:pPr>
              <w:ind w:left="-142"/>
              <w:jc w:val="both"/>
              <w:rPr>
                <w:color w:val="000000"/>
                <w:sz w:val="22"/>
              </w:rPr>
            </w:pPr>
          </w:p>
          <w:p w:rsidR="006136AF" w:rsidRDefault="006136AF" w:rsidP="003E175B">
            <w:pPr>
              <w:ind w:left="-142"/>
              <w:jc w:val="both"/>
              <w:rPr>
                <w:color w:val="000000"/>
                <w:sz w:val="22"/>
              </w:rPr>
            </w:pPr>
          </w:p>
          <w:p w:rsidR="006136AF" w:rsidRDefault="006136AF" w:rsidP="003E175B">
            <w:pPr>
              <w:ind w:left="-142"/>
              <w:jc w:val="both"/>
              <w:rPr>
                <w:color w:val="000000"/>
                <w:sz w:val="22"/>
              </w:rPr>
            </w:pPr>
          </w:p>
          <w:p w:rsidR="006136AF" w:rsidRDefault="006136AF" w:rsidP="003E175B">
            <w:pPr>
              <w:ind w:left="-142"/>
              <w:jc w:val="both"/>
              <w:rPr>
                <w:color w:val="000000"/>
                <w:sz w:val="22"/>
              </w:rPr>
            </w:pPr>
          </w:p>
          <w:p w:rsidR="006136AF" w:rsidRDefault="006136AF" w:rsidP="003E175B">
            <w:pPr>
              <w:ind w:left="-142"/>
              <w:jc w:val="both"/>
              <w:rPr>
                <w:color w:val="000000"/>
                <w:sz w:val="22"/>
              </w:rPr>
            </w:pPr>
          </w:p>
          <w:p w:rsidR="006136AF" w:rsidRDefault="006136AF" w:rsidP="003E175B">
            <w:pPr>
              <w:ind w:left="-142"/>
              <w:jc w:val="both"/>
              <w:rPr>
                <w:color w:val="000000"/>
                <w:sz w:val="22"/>
              </w:rPr>
            </w:pPr>
          </w:p>
          <w:p w:rsidR="006136AF" w:rsidRDefault="006136AF" w:rsidP="003E175B">
            <w:pPr>
              <w:ind w:left="-142"/>
              <w:jc w:val="both"/>
              <w:rPr>
                <w:color w:val="000000"/>
                <w:sz w:val="22"/>
              </w:rPr>
            </w:pPr>
          </w:p>
          <w:p w:rsidR="006136AF" w:rsidRPr="00A8002F" w:rsidRDefault="006136AF" w:rsidP="003E175B">
            <w:pPr>
              <w:ind w:left="-142"/>
              <w:jc w:val="both"/>
              <w:rPr>
                <w:color w:val="000000"/>
                <w:sz w:val="22"/>
              </w:rPr>
            </w:pPr>
          </w:p>
        </w:tc>
      </w:tr>
      <w:tr w:rsidR="006136AF" w:rsidRPr="006136AF" w:rsidTr="00A72C33">
        <w:trPr>
          <w:trHeight w:val="2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6AF" w:rsidRPr="00A8002F" w:rsidRDefault="006136AF" w:rsidP="003E175B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2</w:t>
            </w:r>
            <w:r w:rsidRPr="00A8002F">
              <w:rPr>
                <w:b/>
                <w:sz w:val="22"/>
              </w:rPr>
              <w:t>.</w:t>
            </w:r>
          </w:p>
          <w:p w:rsidR="006136AF" w:rsidRPr="00A8002F" w:rsidRDefault="006136AF" w:rsidP="003E175B">
            <w:pPr>
              <w:rPr>
                <w:b/>
                <w:sz w:val="22"/>
              </w:rPr>
            </w:pPr>
          </w:p>
          <w:p w:rsidR="006136AF" w:rsidRPr="00A8002F" w:rsidRDefault="006136AF" w:rsidP="003E175B">
            <w:pPr>
              <w:rPr>
                <w:b/>
                <w:sz w:val="22"/>
              </w:rPr>
            </w:pPr>
          </w:p>
          <w:p w:rsidR="006136AF" w:rsidRPr="00A8002F" w:rsidRDefault="006136AF" w:rsidP="003E175B">
            <w:pPr>
              <w:rPr>
                <w:b/>
                <w:sz w:val="22"/>
              </w:rPr>
            </w:pPr>
          </w:p>
          <w:p w:rsidR="006136AF" w:rsidRPr="00A8002F" w:rsidRDefault="006136AF" w:rsidP="003E175B">
            <w:pPr>
              <w:rPr>
                <w:b/>
                <w:sz w:val="22"/>
              </w:rPr>
            </w:pPr>
          </w:p>
          <w:p w:rsidR="006136AF" w:rsidRPr="00A8002F" w:rsidRDefault="006136AF" w:rsidP="003E175B">
            <w:pPr>
              <w:rPr>
                <w:b/>
                <w:sz w:val="22"/>
              </w:rPr>
            </w:pPr>
          </w:p>
          <w:p w:rsidR="006136AF" w:rsidRPr="00A8002F" w:rsidRDefault="006136AF" w:rsidP="003E175B">
            <w:pPr>
              <w:rPr>
                <w:b/>
                <w:sz w:val="22"/>
              </w:rPr>
            </w:pPr>
          </w:p>
        </w:tc>
        <w:tc>
          <w:tcPr>
            <w:tcW w:w="953" w:type="dxa"/>
            <w:shd w:val="clear" w:color="auto" w:fill="auto"/>
          </w:tcPr>
          <w:p w:rsidR="006136AF" w:rsidRPr="00A8002F" w:rsidRDefault="006136AF" w:rsidP="003E175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ОПК-1.2.</w:t>
            </w:r>
          </w:p>
          <w:p w:rsidR="006136AF" w:rsidRPr="00A8002F" w:rsidRDefault="006136AF" w:rsidP="003E175B">
            <w:pPr>
              <w:jc w:val="center"/>
              <w:rPr>
                <w:sz w:val="22"/>
              </w:rPr>
            </w:pPr>
          </w:p>
          <w:p w:rsidR="006136AF" w:rsidRPr="00A8002F" w:rsidRDefault="006136AF" w:rsidP="003E175B">
            <w:pPr>
              <w:jc w:val="center"/>
              <w:rPr>
                <w:sz w:val="22"/>
              </w:rPr>
            </w:pPr>
          </w:p>
          <w:p w:rsidR="006136AF" w:rsidRPr="00A8002F" w:rsidRDefault="006136AF" w:rsidP="003E175B">
            <w:pPr>
              <w:jc w:val="center"/>
              <w:rPr>
                <w:sz w:val="22"/>
              </w:rPr>
            </w:pPr>
          </w:p>
          <w:p w:rsidR="006136AF" w:rsidRPr="00A8002F" w:rsidRDefault="006136AF" w:rsidP="003E175B">
            <w:pPr>
              <w:rPr>
                <w:sz w:val="22"/>
              </w:rPr>
            </w:pPr>
          </w:p>
          <w:p w:rsidR="006136AF" w:rsidRPr="00A8002F" w:rsidRDefault="006136AF" w:rsidP="00A72C33">
            <w:pPr>
              <w:rPr>
                <w:sz w:val="22"/>
              </w:rPr>
            </w:pPr>
          </w:p>
        </w:tc>
        <w:tc>
          <w:tcPr>
            <w:tcW w:w="1882" w:type="dxa"/>
            <w:shd w:val="clear" w:color="auto" w:fill="auto"/>
          </w:tcPr>
          <w:p w:rsidR="006136AF" w:rsidRPr="006136AF" w:rsidRDefault="006136AF" w:rsidP="00A72C33">
            <w:pPr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Применяет методы математического анализа и моделирования при решении типовых задач в профессиональной деятельности</w:t>
            </w:r>
          </w:p>
        </w:tc>
        <w:tc>
          <w:tcPr>
            <w:tcW w:w="4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6AF" w:rsidRPr="006136AF" w:rsidRDefault="006136AF" w:rsidP="003E175B">
            <w:pPr>
              <w:rPr>
                <w:sz w:val="22"/>
                <w:lang w:val="ru-RU"/>
              </w:rPr>
            </w:pPr>
          </w:p>
        </w:tc>
        <w:tc>
          <w:tcPr>
            <w:tcW w:w="1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6AF" w:rsidRPr="006136AF" w:rsidRDefault="006136AF" w:rsidP="003E175B">
            <w:pPr>
              <w:ind w:left="-142"/>
              <w:jc w:val="both"/>
              <w:rPr>
                <w:sz w:val="22"/>
                <w:lang w:val="ru-RU"/>
              </w:rPr>
            </w:pPr>
          </w:p>
        </w:tc>
      </w:tr>
    </w:tbl>
    <w:p w:rsidR="006136AF" w:rsidRPr="006136AF" w:rsidRDefault="006136AF" w:rsidP="006136AF">
      <w:pPr>
        <w:spacing w:line="240" w:lineRule="auto"/>
        <w:jc w:val="center"/>
        <w:rPr>
          <w:b/>
          <w:bCs/>
          <w:szCs w:val="24"/>
          <w:lang w:val="ru-RU"/>
        </w:rPr>
      </w:pPr>
      <w:r w:rsidRPr="006136AF">
        <w:rPr>
          <w:lang w:val="ru-RU"/>
        </w:rPr>
        <w:br w:type="page"/>
      </w:r>
      <w:r w:rsidRPr="006136AF">
        <w:rPr>
          <w:b/>
          <w:bCs/>
          <w:szCs w:val="24"/>
          <w:lang w:val="ru-RU"/>
        </w:rPr>
        <w:lastRenderedPageBreak/>
        <w:t>Зачетные вопросы</w:t>
      </w:r>
    </w:p>
    <w:p w:rsidR="006136AF" w:rsidRPr="006136AF" w:rsidRDefault="006136AF" w:rsidP="006136AF">
      <w:pPr>
        <w:overflowPunct w:val="0"/>
        <w:autoSpaceDE w:val="0"/>
        <w:autoSpaceDN w:val="0"/>
        <w:adjustRightInd w:val="0"/>
        <w:spacing w:before="120" w:line="240" w:lineRule="auto"/>
        <w:jc w:val="center"/>
        <w:textAlignment w:val="baseline"/>
        <w:rPr>
          <w:szCs w:val="24"/>
          <w:lang w:val="ru-RU"/>
        </w:rPr>
      </w:pPr>
      <w:r w:rsidRPr="006136AF">
        <w:rPr>
          <w:szCs w:val="24"/>
          <w:lang w:val="ru-RU"/>
        </w:rPr>
        <w:t xml:space="preserve">по дисциплине </w:t>
      </w:r>
      <w:r w:rsidRPr="006136AF">
        <w:rPr>
          <w:bCs/>
          <w:szCs w:val="24"/>
          <w:lang w:val="ru-RU"/>
        </w:rPr>
        <w:t>Б1.О.08.01</w:t>
      </w:r>
      <w:r w:rsidRPr="006136AF">
        <w:rPr>
          <w:b/>
          <w:bCs/>
          <w:szCs w:val="24"/>
          <w:lang w:val="ru-RU"/>
        </w:rPr>
        <w:t xml:space="preserve"> </w:t>
      </w:r>
      <w:r w:rsidRPr="006136AF">
        <w:rPr>
          <w:szCs w:val="24"/>
          <w:lang w:val="ru-RU"/>
        </w:rPr>
        <w:t>Инженерная графика</w:t>
      </w:r>
    </w:p>
    <w:p w:rsidR="006136AF" w:rsidRPr="006136AF" w:rsidRDefault="006136AF" w:rsidP="006136AF">
      <w:pPr>
        <w:spacing w:line="240" w:lineRule="auto"/>
        <w:rPr>
          <w:lang w:val="ru-RU"/>
        </w:rPr>
      </w:pPr>
    </w:p>
    <w:tbl>
      <w:tblPr>
        <w:tblW w:w="102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953"/>
        <w:gridCol w:w="7"/>
        <w:gridCol w:w="1875"/>
        <w:gridCol w:w="4961"/>
        <w:gridCol w:w="1858"/>
      </w:tblGrid>
      <w:tr w:rsidR="006136AF" w:rsidRPr="00A8002F" w:rsidTr="003E175B">
        <w:trPr>
          <w:trHeight w:val="108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36AF" w:rsidRPr="00A8002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№</w:t>
            </w:r>
          </w:p>
          <w:p w:rsidR="006136AF" w:rsidRDefault="006136AF" w:rsidP="006136AF">
            <w:pPr>
              <w:spacing w:line="240" w:lineRule="auto"/>
              <w:jc w:val="center"/>
              <w:rPr>
                <w:b/>
                <w:sz w:val="22"/>
              </w:rPr>
            </w:pPr>
            <w:r w:rsidRPr="00A8002F">
              <w:rPr>
                <w:b/>
                <w:szCs w:val="24"/>
              </w:rPr>
              <w:t>п/п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6136AF" w:rsidRPr="00A8002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Индикатор</w:t>
            </w:r>
          </w:p>
          <w:p w:rsidR="006136AF" w:rsidRPr="004F784B" w:rsidRDefault="006136AF" w:rsidP="006136AF">
            <w:pPr>
              <w:spacing w:line="240" w:lineRule="auto"/>
              <w:ind w:right="-41"/>
              <w:jc w:val="center"/>
              <w:rPr>
                <w:kern w:val="1"/>
                <w:sz w:val="22"/>
              </w:rPr>
            </w:pP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36AF" w:rsidRPr="00A8002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ЗАЧЕТНЫЕ</w:t>
            </w:r>
            <w:r w:rsidRPr="00A8002F">
              <w:rPr>
                <w:b/>
                <w:szCs w:val="24"/>
              </w:rPr>
              <w:t xml:space="preserve"> ВОПРОСЫ  </w:t>
            </w:r>
          </w:p>
        </w:tc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36AF" w:rsidRPr="00A8002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№ и наимен</w:t>
            </w:r>
            <w:r w:rsidRPr="00A8002F">
              <w:rPr>
                <w:b/>
                <w:szCs w:val="24"/>
              </w:rPr>
              <w:t>о</w:t>
            </w:r>
            <w:r w:rsidRPr="00A8002F">
              <w:rPr>
                <w:b/>
                <w:szCs w:val="24"/>
              </w:rPr>
              <w:t xml:space="preserve">вание </w:t>
            </w:r>
          </w:p>
          <w:p w:rsidR="006136AF" w:rsidRPr="00A8002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 xml:space="preserve">раздела </w:t>
            </w:r>
          </w:p>
          <w:p w:rsidR="006136AF" w:rsidRPr="00A8002F" w:rsidRDefault="006136AF" w:rsidP="006136AF">
            <w:pPr>
              <w:spacing w:line="240" w:lineRule="auto"/>
              <w:jc w:val="center"/>
              <w:rPr>
                <w:i/>
                <w:szCs w:val="24"/>
              </w:rPr>
            </w:pPr>
          </w:p>
        </w:tc>
      </w:tr>
      <w:tr w:rsidR="006136AF" w:rsidRPr="00A8002F" w:rsidTr="003E175B">
        <w:trPr>
          <w:trHeight w:val="108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6AF" w:rsidRDefault="006136AF" w:rsidP="006136AF">
            <w:pPr>
              <w:spacing w:line="240" w:lineRule="auto"/>
              <w:rPr>
                <w:b/>
                <w:sz w:val="22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center"/>
          </w:tcPr>
          <w:p w:rsidR="006136AF" w:rsidRPr="00A8002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:rsidR="006136AF" w:rsidRPr="00A8002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Определение</w:t>
            </w:r>
          </w:p>
        </w:tc>
        <w:tc>
          <w:tcPr>
            <w:tcW w:w="4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6AF" w:rsidRPr="00A8002F" w:rsidRDefault="006136AF" w:rsidP="006136AF">
            <w:pPr>
              <w:spacing w:line="240" w:lineRule="auto"/>
              <w:rPr>
                <w:sz w:val="22"/>
              </w:rPr>
            </w:pPr>
          </w:p>
        </w:tc>
        <w:tc>
          <w:tcPr>
            <w:tcW w:w="1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6AF" w:rsidRPr="00A8002F" w:rsidRDefault="006136AF" w:rsidP="006136AF">
            <w:pPr>
              <w:spacing w:line="240" w:lineRule="auto"/>
              <w:ind w:left="-142"/>
              <w:jc w:val="both"/>
              <w:rPr>
                <w:color w:val="000000"/>
                <w:sz w:val="22"/>
              </w:rPr>
            </w:pPr>
          </w:p>
        </w:tc>
      </w:tr>
      <w:tr w:rsidR="006136AF" w:rsidRPr="00A8002F" w:rsidTr="003E175B">
        <w:trPr>
          <w:trHeight w:val="3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36AF" w:rsidRPr="00A8002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1</w:t>
            </w:r>
          </w:p>
        </w:tc>
        <w:tc>
          <w:tcPr>
            <w:tcW w:w="953" w:type="dxa"/>
            <w:shd w:val="clear" w:color="auto" w:fill="auto"/>
            <w:vAlign w:val="center"/>
          </w:tcPr>
          <w:p w:rsidR="006136AF" w:rsidRPr="00A8002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2</w:t>
            </w:r>
          </w:p>
        </w:tc>
        <w:tc>
          <w:tcPr>
            <w:tcW w:w="1882" w:type="dxa"/>
            <w:gridSpan w:val="2"/>
            <w:shd w:val="clear" w:color="auto" w:fill="auto"/>
            <w:vAlign w:val="center"/>
          </w:tcPr>
          <w:p w:rsidR="006136AF" w:rsidRPr="00A8002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6AF" w:rsidRPr="00A8002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6AF" w:rsidRPr="00A8002F" w:rsidRDefault="006136AF" w:rsidP="006136AF">
            <w:pPr>
              <w:spacing w:line="240" w:lineRule="auto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5</w:t>
            </w:r>
          </w:p>
        </w:tc>
      </w:tr>
      <w:tr w:rsidR="006136AF" w:rsidRPr="00A8002F" w:rsidTr="003E175B">
        <w:trPr>
          <w:trHeight w:val="217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6AF" w:rsidRPr="00A8002F" w:rsidRDefault="006136AF" w:rsidP="006136AF">
            <w:pPr>
              <w:spacing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1</w:t>
            </w:r>
            <w:r w:rsidRPr="00A8002F">
              <w:rPr>
                <w:b/>
                <w:sz w:val="22"/>
              </w:rPr>
              <w:t>.</w:t>
            </w:r>
          </w:p>
          <w:p w:rsidR="006136AF" w:rsidRPr="00A8002F" w:rsidRDefault="006136AF" w:rsidP="006136AF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6136AF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6136AF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6136AF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6136AF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6136AF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6136AF">
            <w:pPr>
              <w:spacing w:line="240" w:lineRule="auto"/>
              <w:rPr>
                <w:b/>
                <w:sz w:val="22"/>
              </w:rPr>
            </w:pPr>
          </w:p>
          <w:p w:rsidR="006136AF" w:rsidRPr="00A8002F" w:rsidRDefault="006136AF" w:rsidP="006136AF">
            <w:pPr>
              <w:spacing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</w:t>
            </w:r>
          </w:p>
          <w:p w:rsidR="006136AF" w:rsidRPr="00A8002F" w:rsidRDefault="006136AF" w:rsidP="006136AF">
            <w:pPr>
              <w:spacing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953" w:type="dxa"/>
            <w:vMerge w:val="restart"/>
            <w:shd w:val="clear" w:color="auto" w:fill="auto"/>
          </w:tcPr>
          <w:p w:rsidR="006136AF" w:rsidRPr="00A8002F" w:rsidRDefault="006136AF" w:rsidP="006136AF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ОПК-4.1.</w:t>
            </w:r>
          </w:p>
          <w:p w:rsidR="006136AF" w:rsidRPr="00A8002F" w:rsidRDefault="006136AF" w:rsidP="006136AF">
            <w:pPr>
              <w:spacing w:line="240" w:lineRule="auto"/>
              <w:jc w:val="center"/>
              <w:rPr>
                <w:sz w:val="22"/>
              </w:rPr>
            </w:pPr>
          </w:p>
          <w:p w:rsidR="006136AF" w:rsidRPr="00A8002F" w:rsidRDefault="006136AF" w:rsidP="006136AF">
            <w:pPr>
              <w:spacing w:line="240" w:lineRule="auto"/>
              <w:jc w:val="center"/>
              <w:rPr>
                <w:sz w:val="22"/>
              </w:rPr>
            </w:pPr>
          </w:p>
          <w:p w:rsidR="006136AF" w:rsidRPr="00A8002F" w:rsidRDefault="006136AF" w:rsidP="006136AF">
            <w:pPr>
              <w:spacing w:line="240" w:lineRule="auto"/>
              <w:jc w:val="center"/>
              <w:rPr>
                <w:sz w:val="22"/>
              </w:rPr>
            </w:pPr>
          </w:p>
          <w:p w:rsidR="006136AF" w:rsidRPr="00A8002F" w:rsidRDefault="006136AF" w:rsidP="006136AF">
            <w:pPr>
              <w:spacing w:line="240" w:lineRule="auto"/>
              <w:rPr>
                <w:sz w:val="22"/>
              </w:rPr>
            </w:pPr>
          </w:p>
          <w:p w:rsidR="006136AF" w:rsidRPr="00A8002F" w:rsidRDefault="006136AF" w:rsidP="006136AF">
            <w:pPr>
              <w:spacing w:line="240" w:lineRule="auto"/>
              <w:jc w:val="center"/>
              <w:rPr>
                <w:sz w:val="22"/>
              </w:rPr>
            </w:pPr>
          </w:p>
          <w:p w:rsidR="006136AF" w:rsidRPr="00A8002F" w:rsidRDefault="006136AF" w:rsidP="006136AF">
            <w:pPr>
              <w:spacing w:line="240" w:lineRule="auto"/>
              <w:rPr>
                <w:sz w:val="22"/>
              </w:rPr>
            </w:pPr>
          </w:p>
          <w:p w:rsidR="006136AF" w:rsidRPr="00A8002F" w:rsidRDefault="006136AF" w:rsidP="006136AF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1882" w:type="dxa"/>
            <w:gridSpan w:val="2"/>
            <w:vMerge w:val="restart"/>
            <w:shd w:val="clear" w:color="auto" w:fill="auto"/>
          </w:tcPr>
          <w:p w:rsidR="006136AF" w:rsidRPr="006136AF" w:rsidRDefault="006136AF" w:rsidP="006136AF">
            <w:pPr>
              <w:spacing w:line="240" w:lineRule="auto"/>
              <w:ind w:right="-41"/>
              <w:rPr>
                <w:sz w:val="22"/>
                <w:lang w:val="ru-RU"/>
              </w:rPr>
            </w:pPr>
            <w:r w:rsidRPr="006136AF">
              <w:rPr>
                <w:kern w:val="1"/>
                <w:sz w:val="22"/>
                <w:lang w:val="ru-RU"/>
              </w:rPr>
              <w:t>Применяет методы и средства поиска, сбора, хранения, обработки, предоставления, распространения информации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2.1.Правила выполнения изображений. Виды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2.2.Правила выполнения изображений. Разрезы простые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2.3.Правила выполнения изображений. Разрезы сложные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2.4.Правила выполнения изображений. Сечения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2.5.Соединения разъемные резьбовые. Соединение болтом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2.6.Соединения разъемные резьбовые. Соединение шпилькой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2.7.Соединения разъемные резьбовые. Соединение винтом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2.8.Соединения разъемные шпоночные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2.9.Соединения разъемные шлицевые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2.10.Соединения разъемные. Зубчатые передачи</w:t>
            </w:r>
          </w:p>
          <w:p w:rsidR="006136AF" w:rsidRPr="006136AF" w:rsidRDefault="006136AF" w:rsidP="006136AF">
            <w:pPr>
              <w:spacing w:line="240" w:lineRule="auto"/>
              <w:rPr>
                <w:sz w:val="22"/>
                <w:lang w:val="ru-RU"/>
              </w:rPr>
            </w:pPr>
            <w:r w:rsidRPr="006136AF">
              <w:rPr>
                <w:szCs w:val="24"/>
                <w:lang w:val="ru-RU"/>
              </w:rPr>
              <w:t>2.11.Соединения неразъемные сварные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6AF" w:rsidRPr="00EA0B71" w:rsidRDefault="006136AF" w:rsidP="006136AF">
            <w:pPr>
              <w:spacing w:line="240" w:lineRule="auto"/>
              <w:ind w:left="-142"/>
              <w:jc w:val="both"/>
              <w:rPr>
                <w:color w:val="000000"/>
                <w:szCs w:val="24"/>
              </w:rPr>
            </w:pPr>
            <w:r w:rsidRPr="006136AF">
              <w:rPr>
                <w:color w:val="000000"/>
                <w:sz w:val="22"/>
                <w:lang w:val="ru-RU"/>
              </w:rPr>
              <w:t xml:space="preserve">  </w:t>
            </w:r>
            <w:r w:rsidRPr="00EA0B71">
              <w:rPr>
                <w:b/>
                <w:color w:val="000000"/>
                <w:szCs w:val="24"/>
              </w:rPr>
              <w:t>2</w:t>
            </w:r>
            <w:r w:rsidRPr="00EA0B71">
              <w:rPr>
                <w:color w:val="000000"/>
                <w:szCs w:val="24"/>
              </w:rPr>
              <w:t>.Инженерная графика</w:t>
            </w:r>
          </w:p>
        </w:tc>
      </w:tr>
      <w:tr w:rsidR="006136AF" w:rsidRPr="00A8002F" w:rsidTr="003E175B">
        <w:trPr>
          <w:trHeight w:val="151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6AF" w:rsidRPr="00A8002F" w:rsidRDefault="006136AF" w:rsidP="006136AF">
            <w:pPr>
              <w:spacing w:line="240" w:lineRule="auto"/>
              <w:rPr>
                <w:b/>
                <w:sz w:val="22"/>
              </w:rPr>
            </w:pPr>
          </w:p>
        </w:tc>
        <w:tc>
          <w:tcPr>
            <w:tcW w:w="953" w:type="dxa"/>
            <w:vMerge/>
            <w:tcBorders>
              <w:left w:val="single" w:sz="4" w:space="0" w:color="auto"/>
            </w:tcBorders>
            <w:vAlign w:val="center"/>
          </w:tcPr>
          <w:p w:rsidR="006136AF" w:rsidRPr="00A8002F" w:rsidRDefault="006136AF" w:rsidP="006136AF">
            <w:pPr>
              <w:spacing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1882" w:type="dxa"/>
            <w:gridSpan w:val="2"/>
            <w:vMerge/>
            <w:vAlign w:val="center"/>
          </w:tcPr>
          <w:p w:rsidR="006136AF" w:rsidRPr="00A8002F" w:rsidRDefault="006136AF" w:rsidP="006136AF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b/>
                <w:sz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3.1.Электронная конструкторская документация. Виды и комплектность. Общие сведения.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3.2.Электронная модель и чертеж детали. Общие сведения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3.3.Электронные модели и чертежи типовых деталей. Пластина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3.4.Электронные модели и чертежи типовых деталей. Втулка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3.5.Электронные модели и чертежи типовых деталей. Штуцер</w:t>
            </w:r>
          </w:p>
          <w:p w:rsidR="006136AF" w:rsidRPr="00666A7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6136AF">
              <w:rPr>
                <w:szCs w:val="24"/>
                <w:lang w:val="ru-RU"/>
              </w:rPr>
              <w:t xml:space="preserve">3.6.Электронная модель сборочной единицы. </w:t>
            </w:r>
            <w:r w:rsidRPr="00666A7F">
              <w:rPr>
                <w:szCs w:val="24"/>
              </w:rPr>
              <w:t>Сборочный чертеж.</w:t>
            </w:r>
          </w:p>
          <w:p w:rsidR="006136AF" w:rsidRPr="002A3839" w:rsidRDefault="006136AF" w:rsidP="006136AF">
            <w:pPr>
              <w:spacing w:line="240" w:lineRule="auto"/>
              <w:rPr>
                <w:b/>
                <w:sz w:val="22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6AF" w:rsidRPr="00EA0B71" w:rsidRDefault="006136AF" w:rsidP="006136AF">
            <w:pPr>
              <w:spacing w:line="240" w:lineRule="auto"/>
              <w:jc w:val="both"/>
              <w:rPr>
                <w:color w:val="000000"/>
                <w:szCs w:val="24"/>
              </w:rPr>
            </w:pPr>
            <w:r w:rsidRPr="00EA0B71">
              <w:rPr>
                <w:b/>
                <w:color w:val="000000"/>
                <w:szCs w:val="24"/>
              </w:rPr>
              <w:t>3</w:t>
            </w:r>
            <w:r w:rsidRPr="00EA0B71">
              <w:rPr>
                <w:color w:val="000000"/>
                <w:szCs w:val="24"/>
              </w:rPr>
              <w:t>. Компьютерная графика</w:t>
            </w:r>
          </w:p>
        </w:tc>
      </w:tr>
      <w:tr w:rsidR="006136AF" w:rsidRPr="00A8002F" w:rsidTr="003E175B">
        <w:trPr>
          <w:trHeight w:val="151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6AF" w:rsidRPr="00A8002F" w:rsidRDefault="006136AF" w:rsidP="006136AF">
            <w:pPr>
              <w:spacing w:line="240" w:lineRule="auto"/>
              <w:rPr>
                <w:b/>
                <w:sz w:val="22"/>
              </w:rPr>
            </w:pPr>
          </w:p>
        </w:tc>
        <w:tc>
          <w:tcPr>
            <w:tcW w:w="953" w:type="dxa"/>
            <w:vMerge/>
            <w:tcBorders>
              <w:left w:val="single" w:sz="4" w:space="0" w:color="auto"/>
            </w:tcBorders>
            <w:vAlign w:val="center"/>
          </w:tcPr>
          <w:p w:rsidR="006136AF" w:rsidRDefault="006136AF" w:rsidP="006136AF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1882" w:type="dxa"/>
            <w:gridSpan w:val="2"/>
            <w:vMerge/>
            <w:vAlign w:val="center"/>
          </w:tcPr>
          <w:p w:rsidR="006136AF" w:rsidRPr="004F784B" w:rsidRDefault="006136AF" w:rsidP="006136AF">
            <w:pPr>
              <w:spacing w:line="240" w:lineRule="auto"/>
              <w:rPr>
                <w:b/>
                <w:sz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2.1.Правила выполнения изображений. Виды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2.2.Правила выполнения изображений. Разрезы простые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2.3.Правила выполнения изображений. Разрезы сложные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 xml:space="preserve">2.4.Правила выполнения изображений. </w:t>
            </w:r>
            <w:r w:rsidRPr="006136AF">
              <w:rPr>
                <w:szCs w:val="24"/>
                <w:lang w:val="ru-RU"/>
              </w:rPr>
              <w:lastRenderedPageBreak/>
              <w:t>Сечения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2.5.Соединения разъемные резьбовые. Соединение болтом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2.6.Соединения разъемные резьбовые. Соединение шпилькой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2.7.Соединения разъемные резьбовые. Соединение винтом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2.8.Соединения разъемные шпоночные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2.9.Соединения разъемные шлицевые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2.10.Соединения разъемные. Зубчатые передачи</w:t>
            </w:r>
          </w:p>
          <w:p w:rsidR="006136AF" w:rsidRPr="006136AF" w:rsidRDefault="006136AF" w:rsidP="006136AF">
            <w:pPr>
              <w:spacing w:line="240" w:lineRule="auto"/>
              <w:rPr>
                <w:b/>
                <w:sz w:val="22"/>
                <w:lang w:val="ru-RU"/>
              </w:rPr>
            </w:pPr>
            <w:r w:rsidRPr="006136AF">
              <w:rPr>
                <w:szCs w:val="24"/>
                <w:lang w:val="ru-RU"/>
              </w:rPr>
              <w:t>2.11.Соединения неразъемные сварные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6AF" w:rsidRPr="00EA0B71" w:rsidRDefault="006136AF" w:rsidP="006136AF">
            <w:pPr>
              <w:spacing w:line="240" w:lineRule="auto"/>
              <w:jc w:val="both"/>
              <w:rPr>
                <w:color w:val="000000"/>
                <w:szCs w:val="24"/>
              </w:rPr>
            </w:pPr>
            <w:r w:rsidRPr="00EA0B71">
              <w:rPr>
                <w:b/>
                <w:color w:val="000000"/>
                <w:szCs w:val="24"/>
              </w:rPr>
              <w:lastRenderedPageBreak/>
              <w:t>2</w:t>
            </w:r>
            <w:r w:rsidRPr="00EA0B71">
              <w:rPr>
                <w:color w:val="000000"/>
                <w:szCs w:val="24"/>
              </w:rPr>
              <w:t>.Инженерная графика</w:t>
            </w:r>
          </w:p>
        </w:tc>
      </w:tr>
      <w:tr w:rsidR="006136AF" w:rsidRPr="00A8002F" w:rsidTr="003E175B">
        <w:trPr>
          <w:trHeight w:val="1516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6AF" w:rsidRPr="00A8002F" w:rsidRDefault="006136AF" w:rsidP="006136AF">
            <w:pPr>
              <w:spacing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6AF" w:rsidRDefault="006136AF" w:rsidP="006136AF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188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6AF" w:rsidRPr="004F784B" w:rsidRDefault="006136AF" w:rsidP="006136AF">
            <w:pPr>
              <w:spacing w:line="240" w:lineRule="auto"/>
              <w:rPr>
                <w:b/>
                <w:sz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3.1.Электронная конструкторская документация. Виды и комплектность. Общие сведения.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3.2.Электронная модель и чертеж детали. Общие сведения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3.3.Электронные модели и чертежи типовых деталей. Пластина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3.4.Электронные модели и чертежи типовых деталей. Втулка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3.5.Электронные модели и чертежи типовых деталей. Штуцер</w:t>
            </w:r>
          </w:p>
          <w:p w:rsidR="006136AF" w:rsidRPr="00666A7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6136AF">
              <w:rPr>
                <w:szCs w:val="24"/>
                <w:lang w:val="ru-RU"/>
              </w:rPr>
              <w:t xml:space="preserve">3.6.Электронная модель сборочной единицы. </w:t>
            </w:r>
            <w:r w:rsidRPr="00666A7F">
              <w:rPr>
                <w:szCs w:val="24"/>
              </w:rPr>
              <w:t>Сборочный чертеж.</w:t>
            </w:r>
          </w:p>
          <w:p w:rsidR="006136AF" w:rsidRPr="002A3839" w:rsidRDefault="006136AF" w:rsidP="006136AF">
            <w:pPr>
              <w:spacing w:line="240" w:lineRule="auto"/>
              <w:rPr>
                <w:b/>
                <w:sz w:val="22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6AF" w:rsidRPr="00A8002F" w:rsidRDefault="006136AF" w:rsidP="006136AF">
            <w:pPr>
              <w:spacing w:line="240" w:lineRule="auto"/>
              <w:jc w:val="both"/>
              <w:rPr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3</w:t>
            </w:r>
            <w:r>
              <w:rPr>
                <w:color w:val="000000"/>
                <w:sz w:val="22"/>
              </w:rPr>
              <w:t>. Компьютерная графика</w:t>
            </w:r>
          </w:p>
        </w:tc>
      </w:tr>
      <w:tr w:rsidR="006136AF" w:rsidRPr="00A8002F" w:rsidTr="003E175B">
        <w:trPr>
          <w:trHeight w:val="151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6AF" w:rsidRPr="00A8002F" w:rsidRDefault="006136AF" w:rsidP="006136AF">
            <w:pPr>
              <w:spacing w:line="240" w:lineRule="auto"/>
              <w:rPr>
                <w:b/>
                <w:sz w:val="22"/>
              </w:rPr>
            </w:pPr>
          </w:p>
        </w:tc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6AF" w:rsidRDefault="006136AF" w:rsidP="006136AF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188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6AF" w:rsidRPr="00860E60" w:rsidRDefault="006136AF" w:rsidP="006136AF">
            <w:pPr>
              <w:spacing w:line="240" w:lineRule="auto"/>
              <w:rPr>
                <w:b/>
                <w:sz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2.1.Правила выполнения изображений. Виды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2.2.Правила выполнения изображений. Разрезы простые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2.3.Правила выполнения изображений. Разрезы сложные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2.4.Правила выполнения изображений. Сечения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2.5.Соединения разъемные резьбовые. Соединение болтом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2.6.Соединения разъемные резьбовые. Соединение шпилькой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2.7.Соединения разъемные резьбовые. Соединение винтом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2.8.Соединения разъемные шпоночные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2.9.Соединения разъемные шлицевые</w:t>
            </w:r>
          </w:p>
          <w:p w:rsidR="006136AF" w:rsidRPr="006136AF" w:rsidRDefault="006136AF" w:rsidP="006136AF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2.10.Соединения разъемные. Зубчатые передачи</w:t>
            </w:r>
          </w:p>
          <w:p w:rsidR="006136AF" w:rsidRPr="006136AF" w:rsidRDefault="006136AF" w:rsidP="006136AF">
            <w:pPr>
              <w:spacing w:line="240" w:lineRule="auto"/>
              <w:rPr>
                <w:b/>
                <w:sz w:val="22"/>
                <w:lang w:val="ru-RU"/>
              </w:rPr>
            </w:pPr>
            <w:r w:rsidRPr="006136AF">
              <w:rPr>
                <w:szCs w:val="24"/>
                <w:lang w:val="ru-RU"/>
              </w:rPr>
              <w:t>2.11.Соединения неразъемные сварные</w:t>
            </w:r>
          </w:p>
        </w:tc>
        <w:tc>
          <w:tcPr>
            <w:tcW w:w="1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6AF" w:rsidRPr="00A8002F" w:rsidRDefault="006136AF" w:rsidP="006136AF">
            <w:pPr>
              <w:spacing w:line="240" w:lineRule="auto"/>
              <w:ind w:left="34"/>
              <w:jc w:val="both"/>
              <w:rPr>
                <w:color w:val="000000"/>
                <w:sz w:val="22"/>
              </w:rPr>
            </w:pPr>
            <w:r w:rsidRPr="00EA0B71">
              <w:rPr>
                <w:b/>
                <w:color w:val="000000"/>
                <w:szCs w:val="24"/>
              </w:rPr>
              <w:t>2</w:t>
            </w:r>
            <w:r w:rsidRPr="00EA0B71">
              <w:rPr>
                <w:color w:val="000000"/>
                <w:szCs w:val="24"/>
              </w:rPr>
              <w:t>.Инженерная графика</w:t>
            </w:r>
          </w:p>
        </w:tc>
      </w:tr>
    </w:tbl>
    <w:p w:rsidR="006136AF" w:rsidRDefault="006136AF" w:rsidP="006136A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</w:rPr>
      </w:pPr>
    </w:p>
    <w:p w:rsidR="00A72C33" w:rsidRDefault="00A72C33" w:rsidP="006136A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A72C33" w:rsidRDefault="00A72C33" w:rsidP="006136A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A72C33" w:rsidRDefault="00A72C33" w:rsidP="006136A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A72C33" w:rsidRDefault="00A72C33" w:rsidP="006136A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A72C33" w:rsidRDefault="00A72C33" w:rsidP="006136A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6136AF" w:rsidRPr="006136AF" w:rsidRDefault="006136AF" w:rsidP="006136A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  <w:r w:rsidRPr="006136AF">
        <w:rPr>
          <w:b/>
          <w:bCs/>
          <w:szCs w:val="24"/>
          <w:lang w:val="ru-RU"/>
        </w:rPr>
        <w:lastRenderedPageBreak/>
        <w:t>Структура экзаменационного билета</w:t>
      </w:r>
    </w:p>
    <w:p w:rsidR="006136AF" w:rsidRPr="006136AF" w:rsidRDefault="006136AF" w:rsidP="006136A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  <w:r w:rsidRPr="006136AF">
        <w:rPr>
          <w:b/>
          <w:bCs/>
          <w:szCs w:val="24"/>
          <w:lang w:val="ru-RU"/>
        </w:rPr>
        <w:t>Осенний семестр (вопросы 1.1. - 1.17)</w:t>
      </w:r>
    </w:p>
    <w:p w:rsidR="006136AF" w:rsidRDefault="006136AF" w:rsidP="006136A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</w:rPr>
      </w:pPr>
      <w:r>
        <w:rPr>
          <w:b/>
          <w:bCs/>
          <w:szCs w:val="24"/>
        </w:rPr>
        <w:t>Билеты 1-15</w:t>
      </w:r>
    </w:p>
    <w:p w:rsidR="006136AF" w:rsidRPr="006136AF" w:rsidRDefault="006136AF" w:rsidP="006136A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Cs w:val="24"/>
          <w:lang w:val="ru-RU"/>
        </w:rPr>
      </w:pPr>
      <w:r w:rsidRPr="006136AF">
        <w:rPr>
          <w:bCs/>
          <w:szCs w:val="24"/>
          <w:lang w:val="ru-RU"/>
        </w:rPr>
        <w:t>Билет состоит из двух вопросов:</w:t>
      </w:r>
    </w:p>
    <w:p w:rsidR="006136AF" w:rsidRPr="006136AF" w:rsidRDefault="006136AF" w:rsidP="006136A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Cs w:val="24"/>
          <w:lang w:val="ru-RU"/>
        </w:rPr>
      </w:pPr>
      <w:r w:rsidRPr="006136AF">
        <w:rPr>
          <w:bCs/>
          <w:szCs w:val="24"/>
          <w:lang w:val="ru-RU"/>
        </w:rPr>
        <w:t xml:space="preserve">Вопросы 1,2 – ОПК – Раздел 1. </w:t>
      </w:r>
      <w:r w:rsidRPr="006136AF">
        <w:rPr>
          <w:color w:val="000000"/>
          <w:szCs w:val="24"/>
          <w:lang w:val="ru-RU"/>
        </w:rPr>
        <w:t xml:space="preserve"> </w:t>
      </w:r>
      <w:r w:rsidRPr="006136AF">
        <w:rPr>
          <w:szCs w:val="24"/>
          <w:lang w:val="ru-RU"/>
        </w:rPr>
        <w:t>Начертательная геометрия</w:t>
      </w:r>
    </w:p>
    <w:p w:rsidR="006136AF" w:rsidRPr="006136AF" w:rsidRDefault="006136AF" w:rsidP="006136A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Cs w:val="24"/>
          <w:lang w:val="ru-RU"/>
        </w:rPr>
      </w:pPr>
      <w:r w:rsidRPr="006136AF">
        <w:rPr>
          <w:b/>
          <w:bCs/>
          <w:szCs w:val="24"/>
          <w:lang w:val="ru-RU"/>
        </w:rPr>
        <w:t>Составитель:</w:t>
      </w:r>
    </w:p>
    <w:p w:rsidR="006136AF" w:rsidRPr="00A72C33" w:rsidRDefault="006136AF" w:rsidP="00A72C33">
      <w:pPr>
        <w:overflowPunct w:val="0"/>
        <w:autoSpaceDE w:val="0"/>
        <w:autoSpaceDN w:val="0"/>
        <w:adjustRightInd w:val="0"/>
        <w:jc w:val="both"/>
        <w:textAlignment w:val="baseline"/>
        <w:rPr>
          <w:rStyle w:val="41"/>
          <w:b w:val="0"/>
          <w:bCs w:val="0"/>
          <w:i w:val="0"/>
          <w:iCs w:val="0"/>
          <w:szCs w:val="24"/>
          <w:shd w:val="clear" w:color="auto" w:fill="auto"/>
          <w:lang w:val="ru-RU"/>
        </w:rPr>
      </w:pPr>
      <w:r w:rsidRPr="006136AF">
        <w:rPr>
          <w:szCs w:val="24"/>
          <w:lang w:val="ru-RU"/>
        </w:rPr>
        <w:t>С.А. Фрейберг, к.п.н., доцент кафедры СДМ</w:t>
      </w:r>
      <w:r w:rsidRPr="006136AF">
        <w:rPr>
          <w:szCs w:val="24"/>
          <w:lang w:val="ru-RU"/>
        </w:rPr>
        <w:tab/>
        <w:t>_______________</w:t>
      </w:r>
    </w:p>
    <w:tbl>
      <w:tblPr>
        <w:tblW w:w="50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68"/>
        <w:gridCol w:w="6572"/>
      </w:tblGrid>
      <w:tr w:rsidR="006136AF" w:rsidTr="00A72C33">
        <w:tblPrEx>
          <w:tblCellMar>
            <w:top w:w="0" w:type="dxa"/>
            <w:bottom w:w="0" w:type="dxa"/>
          </w:tblCellMar>
        </w:tblPrEx>
        <w:trPr>
          <w:trHeight w:val="1547"/>
        </w:trPr>
        <w:tc>
          <w:tcPr>
            <w:tcW w:w="1727" w:type="pct"/>
            <w:vAlign w:val="center"/>
          </w:tcPr>
          <w:p w:rsidR="006136AF" w:rsidRPr="006136AF" w:rsidRDefault="006136AF" w:rsidP="003E175B">
            <w:pPr>
              <w:jc w:val="center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>Минобрнауки России</w:t>
            </w:r>
          </w:p>
          <w:p w:rsidR="006136AF" w:rsidRPr="006136AF" w:rsidRDefault="006136AF" w:rsidP="003E175B">
            <w:pPr>
              <w:pStyle w:val="af"/>
              <w:spacing w:after="0"/>
              <w:jc w:val="center"/>
              <w:rPr>
                <w:lang w:val="ru-RU"/>
              </w:rPr>
            </w:pPr>
            <w:r w:rsidRPr="006136AF">
              <w:rPr>
                <w:lang w:val="ru-RU"/>
              </w:rPr>
              <w:t xml:space="preserve">ФГБОУ ВО </w:t>
            </w:r>
          </w:p>
          <w:p w:rsidR="006136AF" w:rsidRPr="006136AF" w:rsidRDefault="006136AF" w:rsidP="003E175B">
            <w:pPr>
              <w:jc w:val="center"/>
              <w:rPr>
                <w:sz w:val="18"/>
                <w:lang w:val="ru-RU"/>
              </w:rPr>
            </w:pPr>
            <w:r w:rsidRPr="006136AF">
              <w:rPr>
                <w:szCs w:val="24"/>
                <w:lang w:val="ru-RU"/>
              </w:rPr>
              <w:t>«БрГУ»</w:t>
            </w:r>
          </w:p>
        </w:tc>
        <w:tc>
          <w:tcPr>
            <w:tcW w:w="3273" w:type="pct"/>
            <w:vAlign w:val="center"/>
          </w:tcPr>
          <w:p w:rsidR="006136AF" w:rsidRPr="006136AF" w:rsidRDefault="006136AF" w:rsidP="003E175B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136AF">
              <w:rPr>
                <w:b/>
                <w:sz w:val="28"/>
                <w:szCs w:val="28"/>
                <w:lang w:val="ru-RU"/>
              </w:rPr>
              <w:t>Экзаменационный билет № 1</w:t>
            </w:r>
          </w:p>
          <w:p w:rsidR="006136AF" w:rsidRPr="006136AF" w:rsidRDefault="006136AF" w:rsidP="003E175B">
            <w:pPr>
              <w:jc w:val="center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 xml:space="preserve">по </w:t>
            </w:r>
            <w:proofErr w:type="gramStart"/>
            <w:r w:rsidRPr="006136AF">
              <w:rPr>
                <w:szCs w:val="24"/>
                <w:lang w:val="ru-RU"/>
              </w:rPr>
              <w:t>дисциплине</w:t>
            </w:r>
            <w:r w:rsidRPr="006136AF">
              <w:rPr>
                <w:b/>
                <w:szCs w:val="24"/>
                <w:lang w:val="ru-RU"/>
              </w:rPr>
              <w:t xml:space="preserve"> </w:t>
            </w:r>
            <w:r w:rsidRPr="006136AF">
              <w:rPr>
                <w:szCs w:val="24"/>
                <w:lang w:val="ru-RU"/>
              </w:rPr>
              <w:t xml:space="preserve"> Инженерная</w:t>
            </w:r>
            <w:proofErr w:type="gramEnd"/>
            <w:r w:rsidRPr="006136AF">
              <w:rPr>
                <w:szCs w:val="24"/>
                <w:lang w:val="ru-RU"/>
              </w:rPr>
              <w:t xml:space="preserve"> графика</w:t>
            </w:r>
          </w:p>
          <w:p w:rsidR="006136AF" w:rsidRPr="00162AE5" w:rsidRDefault="006136AF" w:rsidP="003E175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15.03.02 </w:t>
            </w:r>
            <w:r w:rsidRPr="00162AE5">
              <w:rPr>
                <w:szCs w:val="24"/>
              </w:rPr>
              <w:t xml:space="preserve"> </w:t>
            </w:r>
            <w:r w:rsidRPr="00852388">
              <w:rPr>
                <w:color w:val="333333"/>
                <w:szCs w:val="24"/>
                <w:shd w:val="clear" w:color="auto" w:fill="FFFFFF"/>
              </w:rPr>
              <w:t>Машины и оборудование лесного комплекса</w:t>
            </w:r>
          </w:p>
          <w:p w:rsidR="006136AF" w:rsidRPr="00253629" w:rsidRDefault="006136AF" w:rsidP="003E175B">
            <w:pPr>
              <w:jc w:val="center"/>
              <w:rPr>
                <w:szCs w:val="24"/>
                <w:u w:val="single"/>
              </w:rPr>
            </w:pPr>
          </w:p>
        </w:tc>
      </w:tr>
      <w:tr w:rsidR="006136AF" w:rsidRPr="006136AF" w:rsidTr="00A72C33">
        <w:tblPrEx>
          <w:tblCellMar>
            <w:top w:w="0" w:type="dxa"/>
            <w:bottom w:w="0" w:type="dxa"/>
          </w:tblCellMar>
        </w:tblPrEx>
        <w:trPr>
          <w:trHeight w:val="4596"/>
        </w:trPr>
        <w:tc>
          <w:tcPr>
            <w:tcW w:w="5000" w:type="pct"/>
            <w:gridSpan w:val="2"/>
            <w:vAlign w:val="center"/>
          </w:tcPr>
          <w:p w:rsidR="006136AF" w:rsidRPr="006136AF" w:rsidRDefault="006136AF" w:rsidP="00C00B61">
            <w:pPr>
              <w:numPr>
                <w:ilvl w:val="0"/>
                <w:numId w:val="8"/>
              </w:numPr>
              <w:jc w:val="both"/>
              <w:rPr>
                <w:szCs w:val="24"/>
                <w:lang w:val="ru-RU"/>
              </w:rPr>
            </w:pPr>
            <w:r w:rsidRPr="006136AF">
              <w:rPr>
                <w:szCs w:val="24"/>
                <w:lang w:val="ru-RU"/>
              </w:rPr>
              <w:t xml:space="preserve">Метод проекций. Центральное и параллельное проецирование. </w:t>
            </w:r>
          </w:p>
          <w:p w:rsidR="006136AF" w:rsidRPr="006136AF" w:rsidRDefault="006136AF" w:rsidP="003E175B">
            <w:pPr>
              <w:rPr>
                <w:szCs w:val="24"/>
                <w:lang w:val="ru-RU"/>
              </w:rPr>
            </w:pPr>
            <w:r w:rsidRPr="006136AF">
              <w:rPr>
                <w:i/>
                <w:szCs w:val="24"/>
                <w:lang w:val="ru-RU"/>
              </w:rPr>
              <w:t>Задача.</w:t>
            </w:r>
            <w:r w:rsidRPr="006136AF">
              <w:rPr>
                <w:szCs w:val="24"/>
                <w:lang w:val="ru-RU"/>
              </w:rPr>
              <w:t xml:space="preserve"> Построить наглядное изображение и комплексный чертёж </w:t>
            </w:r>
            <w:proofErr w:type="gramStart"/>
            <w:r w:rsidRPr="006136AF">
              <w:rPr>
                <w:szCs w:val="24"/>
                <w:lang w:val="ru-RU"/>
              </w:rPr>
              <w:t>точек  А</w:t>
            </w:r>
            <w:proofErr w:type="gramEnd"/>
            <w:r w:rsidRPr="006136AF">
              <w:rPr>
                <w:szCs w:val="24"/>
                <w:lang w:val="ru-RU"/>
              </w:rPr>
              <w:t xml:space="preserve">(0,15,30), В(30,35,10), С(50,0,40).    </w:t>
            </w:r>
          </w:p>
          <w:p w:rsidR="006136AF" w:rsidRPr="00AD1E59" w:rsidRDefault="006136AF" w:rsidP="00C00B61">
            <w:pPr>
              <w:numPr>
                <w:ilvl w:val="0"/>
                <w:numId w:val="8"/>
              </w:numPr>
              <w:rPr>
                <w:szCs w:val="24"/>
              </w:rPr>
            </w:pPr>
            <w:r w:rsidRPr="00AD1E59">
              <w:rPr>
                <w:szCs w:val="24"/>
              </w:rPr>
              <w:t>Проецирование прямой линии.</w:t>
            </w:r>
          </w:p>
          <w:p w:rsidR="006136AF" w:rsidRPr="006136AF" w:rsidRDefault="006136AF" w:rsidP="003E175B">
            <w:pPr>
              <w:rPr>
                <w:szCs w:val="24"/>
                <w:lang w:val="ru-RU"/>
              </w:rPr>
            </w:pPr>
            <w:r w:rsidRPr="006136AF">
              <w:rPr>
                <w:i/>
                <w:szCs w:val="24"/>
                <w:lang w:val="ru-RU"/>
              </w:rPr>
              <w:t>Задача.</w:t>
            </w:r>
            <w:r w:rsidRPr="006136AF">
              <w:rPr>
                <w:szCs w:val="24"/>
                <w:lang w:val="ru-RU"/>
              </w:rPr>
              <w:t xml:space="preserve"> Методом прямоугольного треугольника найти натуральную величину прямой </w:t>
            </w:r>
            <w:r w:rsidRPr="00AD1E59">
              <w:rPr>
                <w:szCs w:val="24"/>
              </w:rPr>
              <w:t>LM</w:t>
            </w:r>
            <w:r w:rsidRPr="006136AF">
              <w:rPr>
                <w:szCs w:val="24"/>
                <w:lang w:val="ru-RU"/>
              </w:rPr>
              <w:t xml:space="preserve"> (</w:t>
            </w:r>
            <w:r w:rsidRPr="00AD1E59">
              <w:rPr>
                <w:szCs w:val="24"/>
              </w:rPr>
              <w:t>L</w:t>
            </w:r>
            <w:r w:rsidRPr="006136AF">
              <w:rPr>
                <w:szCs w:val="24"/>
                <w:lang w:val="ru-RU"/>
              </w:rPr>
              <w:t>(60,0,60), М(30,20,10)) и углы её наклона к П</w:t>
            </w:r>
            <w:r w:rsidRPr="006136AF">
              <w:rPr>
                <w:szCs w:val="24"/>
                <w:vertAlign w:val="subscript"/>
                <w:lang w:val="ru-RU"/>
              </w:rPr>
              <w:t>1</w:t>
            </w:r>
            <w:r w:rsidRPr="006136AF">
              <w:rPr>
                <w:szCs w:val="24"/>
                <w:lang w:val="ru-RU"/>
              </w:rPr>
              <w:t xml:space="preserve"> и П</w:t>
            </w:r>
            <w:r w:rsidRPr="006136AF">
              <w:rPr>
                <w:szCs w:val="24"/>
                <w:vertAlign w:val="subscript"/>
                <w:lang w:val="ru-RU"/>
              </w:rPr>
              <w:t>2</w:t>
            </w:r>
            <w:r w:rsidRPr="006136AF">
              <w:rPr>
                <w:szCs w:val="24"/>
                <w:lang w:val="ru-RU"/>
              </w:rPr>
              <w:t xml:space="preserve">. </w:t>
            </w:r>
          </w:p>
          <w:p w:rsidR="006136AF" w:rsidRPr="006136AF" w:rsidRDefault="006136AF" w:rsidP="003E175B">
            <w:pPr>
              <w:rPr>
                <w:szCs w:val="24"/>
                <w:lang w:val="ru-RU"/>
              </w:rPr>
            </w:pPr>
          </w:p>
          <w:p w:rsidR="006136AF" w:rsidRPr="00A72C33" w:rsidRDefault="006136AF" w:rsidP="003E175B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>составил:  к.п.н.</w:t>
            </w:r>
            <w:proofErr w:type="gramEnd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6136AF" w:rsidRPr="006136AF" w:rsidRDefault="006136AF" w:rsidP="003E175B">
            <w:pPr>
              <w:rPr>
                <w:sz w:val="12"/>
                <w:lang w:val="ru-RU"/>
              </w:rPr>
            </w:pPr>
            <w:r w:rsidRPr="006136AF">
              <w:rPr>
                <w:sz w:val="12"/>
                <w:lang w:val="ru-RU"/>
              </w:rPr>
              <w:t xml:space="preserve">                                                                                </w:t>
            </w:r>
          </w:p>
          <w:p w:rsidR="006136AF" w:rsidRPr="006136AF" w:rsidRDefault="006136AF" w:rsidP="003E175B">
            <w:pPr>
              <w:rPr>
                <w:lang w:val="ru-RU"/>
              </w:rPr>
            </w:pPr>
            <w:r w:rsidRPr="006136AF">
              <w:rPr>
                <w:lang w:val="ru-RU"/>
              </w:rPr>
              <w:t xml:space="preserve">Утверждено на заседании кафедры: </w:t>
            </w:r>
            <w:proofErr w:type="gramStart"/>
            <w:r w:rsidRPr="006136AF">
              <w:rPr>
                <w:lang w:val="ru-RU"/>
              </w:rPr>
              <w:t>СДМ  протокол</w:t>
            </w:r>
            <w:proofErr w:type="gramEnd"/>
            <w:r w:rsidRPr="006136AF">
              <w:rPr>
                <w:lang w:val="ru-RU"/>
              </w:rPr>
              <w:t xml:space="preserve"> </w:t>
            </w:r>
            <w:r w:rsidRPr="006136AF">
              <w:rPr>
                <w:szCs w:val="24"/>
                <w:lang w:val="ru-RU"/>
              </w:rPr>
              <w:t xml:space="preserve">___ </w:t>
            </w:r>
            <w:r w:rsidRPr="006136AF">
              <w:rPr>
                <w:lang w:val="ru-RU"/>
              </w:rPr>
              <w:t xml:space="preserve">от </w:t>
            </w:r>
            <w:r w:rsidRPr="006136AF">
              <w:rPr>
                <w:szCs w:val="24"/>
                <w:lang w:val="ru-RU"/>
              </w:rPr>
              <w:t>«</w:t>
            </w:r>
            <w:r w:rsidRPr="006136AF">
              <w:rPr>
                <w:szCs w:val="24"/>
                <w:u w:val="single"/>
                <w:lang w:val="ru-RU"/>
              </w:rPr>
              <w:t>___</w:t>
            </w:r>
            <w:r w:rsidRPr="006136AF">
              <w:rPr>
                <w:szCs w:val="24"/>
                <w:lang w:val="ru-RU"/>
              </w:rPr>
              <w:t xml:space="preserve">» _______202__г. </w:t>
            </w:r>
          </w:p>
          <w:p w:rsidR="006136AF" w:rsidRPr="00A72C33" w:rsidRDefault="006136AF" w:rsidP="003E175B">
            <w:pPr>
              <w:rPr>
                <w:lang w:val="ru-RU"/>
              </w:rPr>
            </w:pPr>
            <w:r w:rsidRPr="006136AF">
              <w:rPr>
                <w:szCs w:val="24"/>
                <w:lang w:val="ru-RU"/>
              </w:rPr>
              <w:t xml:space="preserve">Заведующий </w:t>
            </w:r>
            <w:proofErr w:type="gramStart"/>
            <w:r w:rsidRPr="006136AF">
              <w:rPr>
                <w:szCs w:val="24"/>
                <w:lang w:val="ru-RU"/>
              </w:rPr>
              <w:t>кафедрой  СДМ</w:t>
            </w:r>
            <w:proofErr w:type="gramEnd"/>
            <w:r w:rsidRPr="006136AF">
              <w:rPr>
                <w:szCs w:val="24"/>
                <w:lang w:val="ru-RU"/>
              </w:rPr>
              <w:t xml:space="preserve"> </w:t>
            </w:r>
            <w:r w:rsidRPr="006136AF">
              <w:rPr>
                <w:lang w:val="ru-RU"/>
              </w:rPr>
              <w:t xml:space="preserve">                             ______________                          </w:t>
            </w:r>
            <w:r w:rsidRPr="006136AF">
              <w:rPr>
                <w:szCs w:val="24"/>
                <w:lang w:val="ru-RU"/>
              </w:rPr>
              <w:t>Зеньков С.А.</w:t>
            </w:r>
          </w:p>
        </w:tc>
      </w:tr>
    </w:tbl>
    <w:p w:rsidR="006136AF" w:rsidRDefault="006136AF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1"/>
        <w:gridCol w:w="6484"/>
      </w:tblGrid>
      <w:tr w:rsidR="00A72C33" w:rsidTr="003E175B">
        <w:tblPrEx>
          <w:tblCellMar>
            <w:top w:w="0" w:type="dxa"/>
            <w:bottom w:w="0" w:type="dxa"/>
          </w:tblCellMar>
        </w:tblPrEx>
        <w:tc>
          <w:tcPr>
            <w:tcW w:w="1727" w:type="pct"/>
            <w:vAlign w:val="center"/>
          </w:tcPr>
          <w:p w:rsidR="00A72C33" w:rsidRPr="00A72C33" w:rsidRDefault="00A72C33" w:rsidP="003E175B">
            <w:pPr>
              <w:jc w:val="center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>Минобрнауки России</w:t>
            </w:r>
          </w:p>
          <w:p w:rsidR="00A72C33" w:rsidRPr="00A72C33" w:rsidRDefault="00A72C33" w:rsidP="003E175B">
            <w:pPr>
              <w:pStyle w:val="af"/>
              <w:spacing w:after="0"/>
              <w:jc w:val="center"/>
              <w:rPr>
                <w:lang w:val="ru-RU"/>
              </w:rPr>
            </w:pPr>
            <w:r w:rsidRPr="00A72C33">
              <w:rPr>
                <w:lang w:val="ru-RU"/>
              </w:rPr>
              <w:t xml:space="preserve">ФГБОУ ВО </w:t>
            </w:r>
          </w:p>
          <w:p w:rsidR="00A72C33" w:rsidRPr="00A72C33" w:rsidRDefault="00A72C33" w:rsidP="003E175B">
            <w:pPr>
              <w:jc w:val="center"/>
              <w:rPr>
                <w:sz w:val="18"/>
                <w:lang w:val="ru-RU"/>
              </w:rPr>
            </w:pPr>
            <w:r w:rsidRPr="00A72C33">
              <w:rPr>
                <w:szCs w:val="24"/>
                <w:lang w:val="ru-RU"/>
              </w:rPr>
              <w:t>«БрГУ»</w:t>
            </w:r>
          </w:p>
        </w:tc>
        <w:tc>
          <w:tcPr>
            <w:tcW w:w="3273" w:type="pct"/>
          </w:tcPr>
          <w:p w:rsidR="00A72C33" w:rsidRPr="00A72C33" w:rsidRDefault="00A72C33" w:rsidP="003E175B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C33">
              <w:rPr>
                <w:b/>
                <w:sz w:val="28"/>
                <w:szCs w:val="28"/>
                <w:lang w:val="ru-RU"/>
              </w:rPr>
              <w:t>Экзаменационный билет № 2</w:t>
            </w:r>
          </w:p>
          <w:p w:rsidR="00A72C33" w:rsidRPr="00A72C33" w:rsidRDefault="00A72C33" w:rsidP="003E175B">
            <w:pPr>
              <w:jc w:val="center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по </w:t>
            </w:r>
            <w:proofErr w:type="gramStart"/>
            <w:r w:rsidRPr="00A72C33">
              <w:rPr>
                <w:szCs w:val="24"/>
                <w:lang w:val="ru-RU"/>
              </w:rPr>
              <w:t>дисциплине</w:t>
            </w:r>
            <w:r w:rsidRPr="00A72C33">
              <w:rPr>
                <w:b/>
                <w:szCs w:val="24"/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 Инженерная</w:t>
            </w:r>
            <w:proofErr w:type="gramEnd"/>
            <w:r w:rsidRPr="00A72C33">
              <w:rPr>
                <w:szCs w:val="24"/>
                <w:lang w:val="ru-RU"/>
              </w:rPr>
              <w:t xml:space="preserve"> графика</w:t>
            </w:r>
          </w:p>
          <w:p w:rsidR="00A72C33" w:rsidRPr="00162AE5" w:rsidRDefault="00A72C33" w:rsidP="003E175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15.03.02 </w:t>
            </w:r>
            <w:r w:rsidRPr="00162AE5">
              <w:rPr>
                <w:szCs w:val="24"/>
              </w:rPr>
              <w:t xml:space="preserve"> </w:t>
            </w:r>
            <w:r w:rsidRPr="00852388">
              <w:rPr>
                <w:color w:val="333333"/>
                <w:szCs w:val="24"/>
                <w:shd w:val="clear" w:color="auto" w:fill="FFFFFF"/>
              </w:rPr>
              <w:t>Машины и оборудование лесного комплекса</w:t>
            </w:r>
          </w:p>
          <w:p w:rsidR="00A72C33" w:rsidRPr="00980825" w:rsidRDefault="00A72C33" w:rsidP="003E175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A72C33" w:rsidRPr="00A72C33" w:rsidTr="003E175B">
        <w:tblPrEx>
          <w:tblCellMar>
            <w:top w:w="0" w:type="dxa"/>
            <w:bottom w:w="0" w:type="dxa"/>
          </w:tblCellMar>
        </w:tblPrEx>
        <w:trPr>
          <w:trHeight w:val="5061"/>
        </w:trPr>
        <w:tc>
          <w:tcPr>
            <w:tcW w:w="5000" w:type="pct"/>
            <w:gridSpan w:val="2"/>
            <w:vAlign w:val="center"/>
          </w:tcPr>
          <w:p w:rsidR="00A72C33" w:rsidRPr="00A72C33" w:rsidRDefault="00A72C33" w:rsidP="003E175B">
            <w:pPr>
              <w:ind w:firstLine="426"/>
              <w:rPr>
                <w:szCs w:val="24"/>
                <w:lang w:val="ru-RU"/>
              </w:rPr>
            </w:pPr>
            <w:r w:rsidRPr="00A72C33">
              <w:rPr>
                <w:lang w:val="ru-RU"/>
              </w:rPr>
              <w:lastRenderedPageBreak/>
              <w:t>1. Комплексный чертеж плоскости. Основные позиционные задачи. Прямые и точки в плоскости</w:t>
            </w:r>
            <w:r w:rsidRPr="00A72C33">
              <w:rPr>
                <w:szCs w:val="24"/>
                <w:lang w:val="ru-RU"/>
              </w:rPr>
              <w:t xml:space="preserve"> </w:t>
            </w:r>
          </w:p>
          <w:p w:rsidR="00A72C33" w:rsidRPr="00A72C33" w:rsidRDefault="00A72C33" w:rsidP="00A72C33">
            <w:pPr>
              <w:ind w:left="-4"/>
              <w:jc w:val="both"/>
              <w:rPr>
                <w:szCs w:val="24"/>
                <w:lang w:val="ru-RU"/>
              </w:rPr>
            </w:pPr>
            <w:r w:rsidRPr="00A72C33">
              <w:rPr>
                <w:i/>
                <w:szCs w:val="24"/>
                <w:lang w:val="ru-RU"/>
              </w:rPr>
              <w:t>Задача.</w:t>
            </w:r>
            <w:r w:rsidRPr="00A72C33">
              <w:rPr>
                <w:szCs w:val="24"/>
                <w:lang w:val="ru-RU"/>
              </w:rPr>
              <w:t xml:space="preserve"> В плоскости </w:t>
            </w:r>
            <w:r w:rsidRPr="00AD1E59">
              <w:rPr>
                <w:szCs w:val="24"/>
              </w:rPr>
              <w:t>Σ</w:t>
            </w:r>
            <w:r w:rsidRPr="00A72C33">
              <w:rPr>
                <w:szCs w:val="24"/>
                <w:lang w:val="ru-RU"/>
              </w:rPr>
              <w:t>(</w:t>
            </w:r>
            <w:proofErr w:type="gramStart"/>
            <w:r w:rsidRPr="00A72C33">
              <w:rPr>
                <w:szCs w:val="24"/>
                <w:lang w:val="ru-RU"/>
              </w:rPr>
              <w:t>А,В</w:t>
            </w:r>
            <w:proofErr w:type="gramEnd"/>
            <w:r w:rsidRPr="00A72C33">
              <w:rPr>
                <w:szCs w:val="24"/>
                <w:lang w:val="ru-RU"/>
              </w:rPr>
              <w:t>,С), А(60,25,0), В(30,40,35), С(5,5,10) построить горизонталь и фронталь.</w:t>
            </w:r>
          </w:p>
          <w:p w:rsidR="00A72C33" w:rsidRPr="00A72C33" w:rsidRDefault="00A72C33" w:rsidP="00A72C33">
            <w:pPr>
              <w:jc w:val="both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        2. Главные позиционные задачи для прямой и плоскости</w:t>
            </w:r>
            <w:r>
              <w:rPr>
                <w:szCs w:val="24"/>
                <w:lang w:val="ru-RU"/>
              </w:rPr>
              <w:t>.</w:t>
            </w:r>
          </w:p>
          <w:p w:rsidR="00A72C33" w:rsidRPr="00A72C33" w:rsidRDefault="00A72C33" w:rsidP="00A72C33">
            <w:pPr>
              <w:tabs>
                <w:tab w:val="left" w:pos="3090"/>
              </w:tabs>
              <w:ind w:left="-4"/>
              <w:rPr>
                <w:szCs w:val="24"/>
                <w:lang w:val="ru-RU"/>
              </w:rPr>
            </w:pPr>
            <w:r w:rsidRPr="00A72C33">
              <w:rPr>
                <w:i/>
                <w:szCs w:val="24"/>
                <w:lang w:val="ru-RU"/>
              </w:rPr>
              <w:t>Задача.</w:t>
            </w:r>
            <w:r w:rsidRPr="00A72C33">
              <w:rPr>
                <w:szCs w:val="24"/>
                <w:lang w:val="ru-RU"/>
              </w:rPr>
              <w:t xml:space="preserve"> Построить линию пересечения двух плоскостей общего положения </w:t>
            </w:r>
            <w:r w:rsidRPr="00AD1E59">
              <w:rPr>
                <w:szCs w:val="24"/>
              </w:rPr>
              <w:t>α</w:t>
            </w:r>
            <w:r w:rsidRPr="00A72C33">
              <w:rPr>
                <w:szCs w:val="24"/>
                <w:lang w:val="ru-RU"/>
              </w:rPr>
              <w:t>(</w:t>
            </w:r>
            <w:proofErr w:type="gramStart"/>
            <w:r w:rsidRPr="00A72C33">
              <w:rPr>
                <w:szCs w:val="24"/>
                <w:lang w:val="ru-RU"/>
              </w:rPr>
              <w:t>А,В</w:t>
            </w:r>
            <w:proofErr w:type="gramEnd"/>
            <w:r w:rsidRPr="00A72C33">
              <w:rPr>
                <w:szCs w:val="24"/>
                <w:lang w:val="ru-RU"/>
              </w:rPr>
              <w:t xml:space="preserve">,С) и </w:t>
            </w:r>
            <w:r w:rsidRPr="00AD1E59">
              <w:rPr>
                <w:szCs w:val="24"/>
              </w:rPr>
              <w:t>β</w:t>
            </w:r>
            <w:r w:rsidRPr="00A72C33">
              <w:rPr>
                <w:szCs w:val="24"/>
                <w:lang w:val="ru-RU"/>
              </w:rPr>
              <w:t>(</w:t>
            </w:r>
            <w:r w:rsidRPr="00AD1E59">
              <w:rPr>
                <w:szCs w:val="24"/>
              </w:rPr>
              <w:t>D</w:t>
            </w:r>
            <w:r w:rsidRPr="00A72C33">
              <w:rPr>
                <w:szCs w:val="24"/>
                <w:lang w:val="ru-RU"/>
              </w:rPr>
              <w:t>,</w:t>
            </w:r>
            <w:r w:rsidRPr="00AD1E59">
              <w:rPr>
                <w:szCs w:val="24"/>
              </w:rPr>
              <w:t>E</w:t>
            </w:r>
            <w:r w:rsidRPr="00A72C33">
              <w:rPr>
                <w:szCs w:val="24"/>
                <w:lang w:val="ru-RU"/>
              </w:rPr>
              <w:t>,</w:t>
            </w:r>
            <w:r w:rsidRPr="00AD1E59">
              <w:rPr>
                <w:szCs w:val="24"/>
              </w:rPr>
              <w:t>K</w:t>
            </w:r>
            <w:r w:rsidRPr="00A72C33">
              <w:rPr>
                <w:szCs w:val="24"/>
                <w:lang w:val="ru-RU"/>
              </w:rPr>
              <w:t xml:space="preserve">). Определить видимость. А(117,90,9), В(52,25,79), С(0,83,48), </w:t>
            </w:r>
            <w:r w:rsidRPr="00AD1E59">
              <w:rPr>
                <w:szCs w:val="24"/>
              </w:rPr>
              <w:t>D</w:t>
            </w:r>
            <w:r w:rsidRPr="00A72C33">
              <w:rPr>
                <w:szCs w:val="24"/>
                <w:lang w:val="ru-RU"/>
              </w:rPr>
              <w:t xml:space="preserve">(68,110,85), </w:t>
            </w:r>
            <w:r w:rsidRPr="00AD1E59">
              <w:rPr>
                <w:szCs w:val="24"/>
              </w:rPr>
              <w:t>E</w:t>
            </w:r>
            <w:r w:rsidRPr="00A72C33">
              <w:rPr>
                <w:szCs w:val="24"/>
                <w:lang w:val="ru-RU"/>
              </w:rPr>
              <w:t xml:space="preserve">(135,19,36), </w:t>
            </w:r>
            <w:r w:rsidRPr="00AD1E59">
              <w:rPr>
                <w:szCs w:val="24"/>
              </w:rPr>
              <w:t>K</w:t>
            </w:r>
            <w:r>
              <w:rPr>
                <w:szCs w:val="24"/>
                <w:lang w:val="ru-RU"/>
              </w:rPr>
              <w:t>(14,52,0)</w:t>
            </w:r>
          </w:p>
          <w:p w:rsidR="00A72C33" w:rsidRPr="00A72C33" w:rsidRDefault="00A72C33" w:rsidP="003E175B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>составил:  к.п.н.</w:t>
            </w:r>
            <w:proofErr w:type="gramEnd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A72C33" w:rsidRPr="00A72C33" w:rsidRDefault="00A72C33" w:rsidP="003E175B">
            <w:pPr>
              <w:rPr>
                <w:sz w:val="12"/>
                <w:lang w:val="ru-RU"/>
              </w:rPr>
            </w:pPr>
            <w:r w:rsidRPr="00A72C33">
              <w:rPr>
                <w:sz w:val="12"/>
                <w:lang w:val="ru-RU"/>
              </w:rPr>
              <w:t xml:space="preserve">                                                                                </w:t>
            </w:r>
          </w:p>
          <w:p w:rsidR="00A72C33" w:rsidRPr="00A72C33" w:rsidRDefault="00A72C33" w:rsidP="003E175B">
            <w:pPr>
              <w:rPr>
                <w:lang w:val="ru-RU"/>
              </w:rPr>
            </w:pPr>
            <w:r w:rsidRPr="00A72C33">
              <w:rPr>
                <w:lang w:val="ru-RU"/>
              </w:rPr>
              <w:t xml:space="preserve">Утверждено на заседании кафедры: </w:t>
            </w:r>
            <w:proofErr w:type="gramStart"/>
            <w:r w:rsidRPr="00A72C33">
              <w:rPr>
                <w:lang w:val="ru-RU"/>
              </w:rPr>
              <w:t>СДМ  протокол</w:t>
            </w:r>
            <w:proofErr w:type="gramEnd"/>
            <w:r w:rsidRPr="00A72C33">
              <w:rPr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___ </w:t>
            </w:r>
            <w:r w:rsidRPr="00A72C33">
              <w:rPr>
                <w:lang w:val="ru-RU"/>
              </w:rPr>
              <w:t xml:space="preserve">от </w:t>
            </w:r>
            <w:r w:rsidRPr="00A72C33">
              <w:rPr>
                <w:szCs w:val="24"/>
                <w:lang w:val="ru-RU"/>
              </w:rPr>
              <w:t>«</w:t>
            </w:r>
            <w:r w:rsidRPr="00A72C33">
              <w:rPr>
                <w:szCs w:val="24"/>
                <w:u w:val="single"/>
                <w:lang w:val="ru-RU"/>
              </w:rPr>
              <w:t>___</w:t>
            </w:r>
            <w:r w:rsidRPr="00A72C33">
              <w:rPr>
                <w:szCs w:val="24"/>
                <w:lang w:val="ru-RU"/>
              </w:rPr>
              <w:t xml:space="preserve">» _______202__г. </w:t>
            </w:r>
          </w:p>
          <w:p w:rsidR="00A72C33" w:rsidRPr="00A72C33" w:rsidRDefault="00A72C33" w:rsidP="003E175B">
            <w:pPr>
              <w:rPr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Заведующий </w:t>
            </w:r>
            <w:proofErr w:type="gramStart"/>
            <w:r w:rsidRPr="00A72C33">
              <w:rPr>
                <w:szCs w:val="24"/>
                <w:lang w:val="ru-RU"/>
              </w:rPr>
              <w:t>кафедрой  СДМ</w:t>
            </w:r>
            <w:proofErr w:type="gramEnd"/>
            <w:r w:rsidRPr="00A72C33">
              <w:rPr>
                <w:szCs w:val="24"/>
                <w:lang w:val="ru-RU"/>
              </w:rPr>
              <w:t xml:space="preserve"> </w:t>
            </w:r>
            <w:r w:rsidRPr="00A72C33">
              <w:rPr>
                <w:lang w:val="ru-RU"/>
              </w:rPr>
              <w:t xml:space="preserve">                             ______________                          </w:t>
            </w:r>
            <w:r w:rsidRPr="00A72C33">
              <w:rPr>
                <w:szCs w:val="24"/>
                <w:lang w:val="ru-RU"/>
              </w:rPr>
              <w:t>Зеньков С.А.</w:t>
            </w:r>
          </w:p>
          <w:p w:rsidR="00A72C33" w:rsidRPr="00A72C33" w:rsidRDefault="00A72C33" w:rsidP="003E175B">
            <w:pPr>
              <w:rPr>
                <w:szCs w:val="24"/>
                <w:lang w:val="ru-RU"/>
              </w:rPr>
            </w:pPr>
          </w:p>
        </w:tc>
      </w:tr>
    </w:tbl>
    <w:p w:rsidR="00A72C33" w:rsidRPr="00A72C33" w:rsidRDefault="00A72C33" w:rsidP="00A72C33">
      <w:pPr>
        <w:rPr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1"/>
        <w:gridCol w:w="6484"/>
      </w:tblGrid>
      <w:tr w:rsidR="00A72C33" w:rsidTr="003E175B">
        <w:tblPrEx>
          <w:tblCellMar>
            <w:top w:w="0" w:type="dxa"/>
            <w:bottom w:w="0" w:type="dxa"/>
          </w:tblCellMar>
        </w:tblPrEx>
        <w:tc>
          <w:tcPr>
            <w:tcW w:w="1727" w:type="pct"/>
            <w:vAlign w:val="center"/>
          </w:tcPr>
          <w:p w:rsidR="00A72C33" w:rsidRPr="00A72C33" w:rsidRDefault="00A72C33" w:rsidP="003E175B">
            <w:pPr>
              <w:jc w:val="center"/>
              <w:rPr>
                <w:szCs w:val="24"/>
                <w:lang w:val="ru-RU"/>
              </w:rPr>
            </w:pPr>
            <w:r w:rsidRPr="00A72C33">
              <w:rPr>
                <w:lang w:val="ru-RU"/>
              </w:rPr>
              <w:br w:type="page"/>
            </w:r>
            <w:r w:rsidRPr="00A72C33">
              <w:rPr>
                <w:szCs w:val="24"/>
                <w:lang w:val="ru-RU"/>
              </w:rPr>
              <w:t>Минобрнауки России</w:t>
            </w:r>
          </w:p>
          <w:p w:rsidR="00A72C33" w:rsidRPr="00A72C33" w:rsidRDefault="00A72C33" w:rsidP="003E175B">
            <w:pPr>
              <w:pStyle w:val="af"/>
              <w:spacing w:after="0"/>
              <w:jc w:val="center"/>
              <w:rPr>
                <w:lang w:val="ru-RU"/>
              </w:rPr>
            </w:pPr>
            <w:r w:rsidRPr="00A72C33">
              <w:rPr>
                <w:lang w:val="ru-RU"/>
              </w:rPr>
              <w:t xml:space="preserve">ФГБОУ ВО </w:t>
            </w:r>
          </w:p>
          <w:p w:rsidR="00A72C33" w:rsidRPr="00A72C33" w:rsidRDefault="00A72C33" w:rsidP="003E175B">
            <w:pPr>
              <w:jc w:val="center"/>
              <w:rPr>
                <w:sz w:val="18"/>
                <w:lang w:val="ru-RU"/>
              </w:rPr>
            </w:pPr>
            <w:r w:rsidRPr="00A72C33">
              <w:rPr>
                <w:szCs w:val="24"/>
                <w:lang w:val="ru-RU"/>
              </w:rPr>
              <w:t>«БрГУ»</w:t>
            </w:r>
          </w:p>
        </w:tc>
        <w:tc>
          <w:tcPr>
            <w:tcW w:w="3273" w:type="pct"/>
          </w:tcPr>
          <w:p w:rsidR="00A72C33" w:rsidRPr="00A72C33" w:rsidRDefault="00A72C33" w:rsidP="003E175B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C33">
              <w:rPr>
                <w:b/>
                <w:sz w:val="28"/>
                <w:szCs w:val="28"/>
                <w:lang w:val="ru-RU"/>
              </w:rPr>
              <w:t>Экзаменационный билет № 3</w:t>
            </w:r>
          </w:p>
          <w:p w:rsidR="00A72C33" w:rsidRPr="00A72C33" w:rsidRDefault="00A72C33" w:rsidP="003E175B">
            <w:pPr>
              <w:jc w:val="center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по </w:t>
            </w:r>
            <w:proofErr w:type="gramStart"/>
            <w:r w:rsidRPr="00A72C33">
              <w:rPr>
                <w:szCs w:val="24"/>
                <w:lang w:val="ru-RU"/>
              </w:rPr>
              <w:t>дисциплине</w:t>
            </w:r>
            <w:r w:rsidRPr="00A72C33">
              <w:rPr>
                <w:b/>
                <w:szCs w:val="24"/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 Инженерная</w:t>
            </w:r>
            <w:proofErr w:type="gramEnd"/>
            <w:r w:rsidRPr="00A72C33">
              <w:rPr>
                <w:szCs w:val="24"/>
                <w:lang w:val="ru-RU"/>
              </w:rPr>
              <w:t xml:space="preserve"> графика</w:t>
            </w:r>
          </w:p>
          <w:p w:rsidR="00A72C33" w:rsidRPr="00162AE5" w:rsidRDefault="00A72C33" w:rsidP="003E175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15.03.02 </w:t>
            </w:r>
            <w:r w:rsidRPr="00162AE5">
              <w:rPr>
                <w:szCs w:val="24"/>
              </w:rPr>
              <w:t xml:space="preserve"> </w:t>
            </w:r>
            <w:r w:rsidRPr="00852388">
              <w:rPr>
                <w:color w:val="333333"/>
                <w:szCs w:val="24"/>
                <w:shd w:val="clear" w:color="auto" w:fill="FFFFFF"/>
              </w:rPr>
              <w:t>Машины и оборудование лесного комплекса</w:t>
            </w:r>
          </w:p>
          <w:p w:rsidR="00A72C33" w:rsidRPr="009745D9" w:rsidRDefault="00A72C33" w:rsidP="003E175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A72C33" w:rsidRPr="00A72C33" w:rsidTr="003E175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vAlign w:val="center"/>
          </w:tcPr>
          <w:p w:rsidR="00A72C33" w:rsidRPr="00A72C33" w:rsidRDefault="00A72C33" w:rsidP="00C00B61">
            <w:pPr>
              <w:numPr>
                <w:ilvl w:val="0"/>
                <w:numId w:val="9"/>
              </w:numPr>
              <w:spacing w:line="240" w:lineRule="auto"/>
              <w:jc w:val="both"/>
              <w:rPr>
                <w:lang w:val="ru-RU"/>
              </w:rPr>
            </w:pPr>
            <w:r w:rsidRPr="00A72C33">
              <w:rPr>
                <w:lang w:val="ru-RU"/>
              </w:rPr>
              <w:t>Способы преобразования чертежа, замена плоскостей проекций.</w:t>
            </w:r>
          </w:p>
          <w:p w:rsidR="00A72C33" w:rsidRPr="00717EBE" w:rsidRDefault="00A72C33" w:rsidP="003E175B">
            <w:pPr>
              <w:tabs>
                <w:tab w:val="left" w:pos="2500"/>
              </w:tabs>
              <w:ind w:left="-4"/>
              <w:rPr>
                <w:szCs w:val="24"/>
              </w:rPr>
            </w:pPr>
            <w:r w:rsidRPr="00A72C33">
              <w:rPr>
                <w:i/>
                <w:szCs w:val="24"/>
                <w:lang w:val="ru-RU"/>
              </w:rPr>
              <w:t xml:space="preserve">Задача. </w:t>
            </w:r>
            <w:r w:rsidRPr="00A72C33">
              <w:rPr>
                <w:szCs w:val="24"/>
                <w:lang w:val="ru-RU"/>
              </w:rPr>
              <w:t xml:space="preserve">Способом замены плоскостей проекций определить расстояние от точки </w:t>
            </w:r>
            <w:r w:rsidRPr="00717EBE">
              <w:rPr>
                <w:szCs w:val="24"/>
              </w:rPr>
              <w:t>M</w:t>
            </w:r>
            <w:r w:rsidRPr="00A72C33">
              <w:rPr>
                <w:szCs w:val="24"/>
                <w:lang w:val="ru-RU"/>
              </w:rPr>
              <w:t xml:space="preserve"> до прямой АВ. </w:t>
            </w:r>
            <w:r w:rsidRPr="00717EBE">
              <w:rPr>
                <w:szCs w:val="24"/>
              </w:rPr>
              <w:t xml:space="preserve">А(35,20,10), В(15,5,30), M(40,10,35). </w:t>
            </w:r>
          </w:p>
          <w:p w:rsidR="00A72C33" w:rsidRPr="00DB2240" w:rsidRDefault="00A72C33" w:rsidP="003E175B">
            <w:pPr>
              <w:rPr>
                <w:sz w:val="6"/>
                <w:szCs w:val="6"/>
              </w:rPr>
            </w:pPr>
          </w:p>
          <w:p w:rsidR="00A72C33" w:rsidRDefault="00A72C33" w:rsidP="00C00B61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B21256">
              <w:t>Поверхности.</w:t>
            </w:r>
            <w:r>
              <w:t xml:space="preserve"> Многогранники. Призма</w:t>
            </w:r>
          </w:p>
          <w:p w:rsidR="00A72C33" w:rsidRPr="00A72C33" w:rsidRDefault="00A72C33" w:rsidP="003E175B">
            <w:pPr>
              <w:ind w:left="-4"/>
              <w:rPr>
                <w:szCs w:val="24"/>
                <w:lang w:val="ru-RU"/>
              </w:rPr>
            </w:pPr>
            <w:r w:rsidRPr="00A72C33">
              <w:rPr>
                <w:i/>
                <w:szCs w:val="24"/>
                <w:lang w:val="ru-RU"/>
              </w:rPr>
              <w:t xml:space="preserve">Задача. </w:t>
            </w:r>
            <w:r w:rsidRPr="00A72C33">
              <w:rPr>
                <w:szCs w:val="24"/>
                <w:lang w:val="ru-RU"/>
              </w:rPr>
              <w:t>Перечертить заданные изображения моделей. Построить их профильную проекцию.</w:t>
            </w:r>
          </w:p>
          <w:p w:rsidR="00A72C33" w:rsidRPr="00A72C33" w:rsidRDefault="00A72C33" w:rsidP="003E175B">
            <w:pPr>
              <w:tabs>
                <w:tab w:val="left" w:pos="4530"/>
              </w:tabs>
              <w:rPr>
                <w:sz w:val="28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2418080</wp:posOffset>
                  </wp:positionH>
                  <wp:positionV relativeFrom="paragraph">
                    <wp:posOffset>30480</wp:posOffset>
                  </wp:positionV>
                  <wp:extent cx="734060" cy="1165225"/>
                  <wp:effectExtent l="0" t="0" r="0" b="0"/>
                  <wp:wrapNone/>
                  <wp:docPr id="16" name="Рисунок 16" descr="Snap 2018-05-07 at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nap 2018-05-07 at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060" cy="1165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72C33">
              <w:rPr>
                <w:sz w:val="28"/>
                <w:lang w:val="ru-RU"/>
              </w:rPr>
              <w:tab/>
            </w:r>
          </w:p>
          <w:p w:rsidR="00A72C33" w:rsidRPr="00A72C33" w:rsidRDefault="00A72C33" w:rsidP="003E175B">
            <w:pPr>
              <w:rPr>
                <w:sz w:val="28"/>
                <w:lang w:val="ru-RU"/>
              </w:rPr>
            </w:pPr>
          </w:p>
          <w:p w:rsidR="00A72C33" w:rsidRPr="00A72C33" w:rsidRDefault="00A72C33" w:rsidP="003E175B">
            <w:pPr>
              <w:rPr>
                <w:sz w:val="28"/>
                <w:lang w:val="ru-RU"/>
              </w:rPr>
            </w:pPr>
          </w:p>
          <w:p w:rsidR="00A72C33" w:rsidRPr="00A72C33" w:rsidRDefault="00A72C33" w:rsidP="003E175B">
            <w:pPr>
              <w:rPr>
                <w:sz w:val="28"/>
                <w:lang w:val="ru-RU"/>
              </w:rPr>
            </w:pPr>
          </w:p>
          <w:p w:rsidR="00A72C33" w:rsidRPr="00A72C33" w:rsidRDefault="00A72C33" w:rsidP="003E175B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>составил:  к.п.н.</w:t>
            </w:r>
            <w:proofErr w:type="gramEnd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A72C33" w:rsidRPr="00A72C33" w:rsidRDefault="00A72C33" w:rsidP="003E175B">
            <w:pPr>
              <w:rPr>
                <w:sz w:val="12"/>
                <w:lang w:val="ru-RU"/>
              </w:rPr>
            </w:pPr>
            <w:r w:rsidRPr="00A72C33">
              <w:rPr>
                <w:sz w:val="12"/>
                <w:lang w:val="ru-RU"/>
              </w:rPr>
              <w:t xml:space="preserve">                                                                                </w:t>
            </w:r>
          </w:p>
          <w:p w:rsidR="00A72C33" w:rsidRPr="00A72C33" w:rsidRDefault="00A72C33" w:rsidP="003E175B">
            <w:pPr>
              <w:rPr>
                <w:lang w:val="ru-RU"/>
              </w:rPr>
            </w:pPr>
            <w:r w:rsidRPr="00A72C33">
              <w:rPr>
                <w:lang w:val="ru-RU"/>
              </w:rPr>
              <w:t xml:space="preserve">Утверждено на заседании кафедры: </w:t>
            </w:r>
            <w:proofErr w:type="gramStart"/>
            <w:r w:rsidRPr="00A72C33">
              <w:rPr>
                <w:lang w:val="ru-RU"/>
              </w:rPr>
              <w:t>СДМ  протокол</w:t>
            </w:r>
            <w:proofErr w:type="gramEnd"/>
            <w:r w:rsidRPr="00A72C33">
              <w:rPr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___ </w:t>
            </w:r>
            <w:r w:rsidRPr="00A72C33">
              <w:rPr>
                <w:lang w:val="ru-RU"/>
              </w:rPr>
              <w:t xml:space="preserve">от </w:t>
            </w:r>
            <w:r w:rsidRPr="00A72C33">
              <w:rPr>
                <w:szCs w:val="24"/>
                <w:lang w:val="ru-RU"/>
              </w:rPr>
              <w:t>«</w:t>
            </w:r>
            <w:r w:rsidRPr="00A72C33">
              <w:rPr>
                <w:szCs w:val="24"/>
                <w:u w:val="single"/>
                <w:lang w:val="ru-RU"/>
              </w:rPr>
              <w:t>___</w:t>
            </w:r>
            <w:r w:rsidRPr="00A72C33">
              <w:rPr>
                <w:szCs w:val="24"/>
                <w:lang w:val="ru-RU"/>
              </w:rPr>
              <w:t xml:space="preserve">» _______202__г. </w:t>
            </w:r>
          </w:p>
          <w:p w:rsidR="00A72C33" w:rsidRPr="00A72C33" w:rsidRDefault="00A72C33" w:rsidP="003E175B">
            <w:pPr>
              <w:rPr>
                <w:lang w:val="ru-RU"/>
              </w:rPr>
            </w:pPr>
            <w:r w:rsidRPr="00A72C33">
              <w:rPr>
                <w:sz w:val="12"/>
                <w:lang w:val="ru-RU"/>
              </w:rPr>
              <w:t xml:space="preserve">                                                                                                                                        </w:t>
            </w:r>
          </w:p>
          <w:p w:rsidR="00A72C33" w:rsidRPr="00A72C33" w:rsidRDefault="00A72C33" w:rsidP="003E175B">
            <w:pPr>
              <w:rPr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Заведующий </w:t>
            </w:r>
            <w:proofErr w:type="gramStart"/>
            <w:r w:rsidRPr="00A72C33">
              <w:rPr>
                <w:szCs w:val="24"/>
                <w:lang w:val="ru-RU"/>
              </w:rPr>
              <w:t>кафедрой  СДМ</w:t>
            </w:r>
            <w:proofErr w:type="gramEnd"/>
            <w:r w:rsidRPr="00A72C33">
              <w:rPr>
                <w:szCs w:val="24"/>
                <w:lang w:val="ru-RU"/>
              </w:rPr>
              <w:t xml:space="preserve"> </w:t>
            </w:r>
            <w:r w:rsidRPr="00A72C33">
              <w:rPr>
                <w:lang w:val="ru-RU"/>
              </w:rPr>
              <w:t xml:space="preserve">                             ______________                          </w:t>
            </w:r>
            <w:r w:rsidRPr="00A72C33">
              <w:rPr>
                <w:szCs w:val="24"/>
                <w:lang w:val="ru-RU"/>
              </w:rPr>
              <w:t>Зеньков С.А.</w:t>
            </w:r>
          </w:p>
          <w:p w:rsidR="00A72C33" w:rsidRPr="00A72C33" w:rsidRDefault="00A72C33" w:rsidP="003E175B">
            <w:pPr>
              <w:rPr>
                <w:szCs w:val="24"/>
                <w:lang w:val="ru-RU"/>
              </w:rPr>
            </w:pPr>
          </w:p>
        </w:tc>
      </w:tr>
    </w:tbl>
    <w:p w:rsidR="00A72C33" w:rsidRPr="00A72C33" w:rsidRDefault="00A72C33" w:rsidP="00A72C33">
      <w:pPr>
        <w:rPr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1"/>
        <w:gridCol w:w="6484"/>
      </w:tblGrid>
      <w:tr w:rsidR="00A72C33" w:rsidTr="003E175B">
        <w:tblPrEx>
          <w:tblCellMar>
            <w:top w:w="0" w:type="dxa"/>
            <w:bottom w:w="0" w:type="dxa"/>
          </w:tblCellMar>
        </w:tblPrEx>
        <w:tc>
          <w:tcPr>
            <w:tcW w:w="1727" w:type="pct"/>
            <w:vAlign w:val="center"/>
          </w:tcPr>
          <w:p w:rsidR="00A72C33" w:rsidRPr="00A72C33" w:rsidRDefault="00A72C33" w:rsidP="003E175B">
            <w:pPr>
              <w:jc w:val="center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lastRenderedPageBreak/>
              <w:t>Минобрнауки России</w:t>
            </w:r>
          </w:p>
          <w:p w:rsidR="00A72C33" w:rsidRPr="00A72C33" w:rsidRDefault="00A72C33" w:rsidP="003E175B">
            <w:pPr>
              <w:pStyle w:val="af"/>
              <w:spacing w:after="0"/>
              <w:jc w:val="center"/>
              <w:rPr>
                <w:lang w:val="ru-RU"/>
              </w:rPr>
            </w:pPr>
            <w:r w:rsidRPr="00A72C33">
              <w:rPr>
                <w:lang w:val="ru-RU"/>
              </w:rPr>
              <w:t xml:space="preserve">ФГБОУ ВО </w:t>
            </w:r>
          </w:p>
          <w:p w:rsidR="00A72C33" w:rsidRPr="00A72C33" w:rsidRDefault="00A72C33" w:rsidP="003E175B">
            <w:pPr>
              <w:jc w:val="center"/>
              <w:rPr>
                <w:sz w:val="18"/>
                <w:lang w:val="ru-RU"/>
              </w:rPr>
            </w:pPr>
            <w:r w:rsidRPr="00A72C33">
              <w:rPr>
                <w:szCs w:val="24"/>
                <w:lang w:val="ru-RU"/>
              </w:rPr>
              <w:t>«БрГУ»</w:t>
            </w:r>
          </w:p>
        </w:tc>
        <w:tc>
          <w:tcPr>
            <w:tcW w:w="3273" w:type="pct"/>
          </w:tcPr>
          <w:p w:rsidR="00A72C33" w:rsidRPr="00A72C33" w:rsidRDefault="00A72C33" w:rsidP="003E175B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C33">
              <w:rPr>
                <w:b/>
                <w:sz w:val="28"/>
                <w:szCs w:val="28"/>
                <w:lang w:val="ru-RU"/>
              </w:rPr>
              <w:t>Экзаменационный билет № 4</w:t>
            </w:r>
          </w:p>
          <w:p w:rsidR="00A72C33" w:rsidRPr="00A72C33" w:rsidRDefault="00A72C33" w:rsidP="003E175B">
            <w:pPr>
              <w:jc w:val="center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по </w:t>
            </w:r>
            <w:proofErr w:type="gramStart"/>
            <w:r w:rsidRPr="00A72C33">
              <w:rPr>
                <w:szCs w:val="24"/>
                <w:lang w:val="ru-RU"/>
              </w:rPr>
              <w:t>дисциплине</w:t>
            </w:r>
            <w:r w:rsidRPr="00A72C33">
              <w:rPr>
                <w:b/>
                <w:szCs w:val="24"/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 Инженерная</w:t>
            </w:r>
            <w:proofErr w:type="gramEnd"/>
            <w:r w:rsidRPr="00A72C33">
              <w:rPr>
                <w:szCs w:val="24"/>
                <w:lang w:val="ru-RU"/>
              </w:rPr>
              <w:t xml:space="preserve"> графика</w:t>
            </w:r>
          </w:p>
          <w:p w:rsidR="00A72C33" w:rsidRPr="00162AE5" w:rsidRDefault="00A72C33" w:rsidP="003E175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15.03.02 </w:t>
            </w:r>
            <w:r w:rsidRPr="00162AE5">
              <w:rPr>
                <w:szCs w:val="24"/>
              </w:rPr>
              <w:t xml:space="preserve"> </w:t>
            </w:r>
            <w:r w:rsidRPr="00852388">
              <w:rPr>
                <w:color w:val="333333"/>
                <w:szCs w:val="24"/>
                <w:shd w:val="clear" w:color="auto" w:fill="FFFFFF"/>
              </w:rPr>
              <w:t>Машины и оборудование лесного комплекса</w:t>
            </w:r>
          </w:p>
          <w:p w:rsidR="00A72C33" w:rsidRPr="009745D9" w:rsidRDefault="00A72C33" w:rsidP="003E175B">
            <w:pPr>
              <w:jc w:val="center"/>
              <w:rPr>
                <w:szCs w:val="24"/>
              </w:rPr>
            </w:pPr>
          </w:p>
        </w:tc>
      </w:tr>
      <w:tr w:rsidR="00A72C33" w:rsidRPr="00A72C33" w:rsidTr="003E175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vAlign w:val="center"/>
          </w:tcPr>
          <w:p w:rsidR="00A72C33" w:rsidRDefault="00A72C33" w:rsidP="00C00B61">
            <w:pPr>
              <w:numPr>
                <w:ilvl w:val="0"/>
                <w:numId w:val="10"/>
              </w:numPr>
              <w:spacing w:line="240" w:lineRule="auto"/>
              <w:jc w:val="both"/>
            </w:pPr>
            <w:r>
              <w:t>Поверхности. Поверхности вращения. Конус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i/>
                <w:szCs w:val="24"/>
                <w:lang w:val="ru-RU"/>
              </w:rPr>
              <w:t>Задача.</w:t>
            </w:r>
            <w:r w:rsidRPr="00A72C33">
              <w:rPr>
                <w:szCs w:val="24"/>
                <w:lang w:val="ru-RU"/>
              </w:rPr>
              <w:t xml:space="preserve"> Построить три проекции заданных геометрических тел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32128" behindDoc="0" locked="0" layoutInCell="1" allowOverlap="1">
                  <wp:simplePos x="0" y="0"/>
                  <wp:positionH relativeFrom="column">
                    <wp:posOffset>1497330</wp:posOffset>
                  </wp:positionH>
                  <wp:positionV relativeFrom="paragraph">
                    <wp:posOffset>44450</wp:posOffset>
                  </wp:positionV>
                  <wp:extent cx="718185" cy="1075690"/>
                  <wp:effectExtent l="0" t="0" r="5715" b="0"/>
                  <wp:wrapNone/>
                  <wp:docPr id="15" name="Рисунок 15" descr="Snap 2018-05-07 at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nap 2018-05-07 at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185" cy="1075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</w:p>
          <w:p w:rsidR="00A72C33" w:rsidRPr="00FF10AE" w:rsidRDefault="00A72C33" w:rsidP="00C00B61">
            <w:pPr>
              <w:numPr>
                <w:ilvl w:val="0"/>
                <w:numId w:val="10"/>
              </w:numPr>
              <w:spacing w:line="240" w:lineRule="auto"/>
              <w:rPr>
                <w:szCs w:val="24"/>
              </w:rPr>
            </w:pPr>
            <w:r w:rsidRPr="00AD1E59">
              <w:rPr>
                <w:szCs w:val="24"/>
              </w:rPr>
              <w:t>Проецирование прямой линии.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i/>
                <w:szCs w:val="24"/>
                <w:lang w:val="ru-RU"/>
              </w:rPr>
              <w:t xml:space="preserve">Задача. </w:t>
            </w:r>
            <w:r w:rsidRPr="00A72C33">
              <w:rPr>
                <w:lang w:val="ru-RU"/>
              </w:rPr>
              <w:t xml:space="preserve">Построить наглядное изображение и комплексный чертёж (две проекции) прямой АВ: </w:t>
            </w:r>
            <w:proofErr w:type="gramStart"/>
            <w:r w:rsidRPr="00A72C33">
              <w:rPr>
                <w:lang w:val="ru-RU"/>
              </w:rPr>
              <w:t>А(</w:t>
            </w:r>
            <w:proofErr w:type="gramEnd"/>
            <w:r w:rsidRPr="00A72C33">
              <w:rPr>
                <w:lang w:val="ru-RU"/>
              </w:rPr>
              <w:t>10, 0, 15), В(50,40,0).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</w:p>
          <w:p w:rsidR="00A72C33" w:rsidRPr="00A72C33" w:rsidRDefault="00A72C33" w:rsidP="00A72C33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>составил:  к.п.н.</w:t>
            </w:r>
            <w:proofErr w:type="gramEnd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A72C33" w:rsidRPr="00A72C33" w:rsidRDefault="00A72C33" w:rsidP="00A72C33">
            <w:pPr>
              <w:spacing w:line="240" w:lineRule="auto"/>
              <w:rPr>
                <w:sz w:val="12"/>
                <w:lang w:val="ru-RU"/>
              </w:rPr>
            </w:pPr>
            <w:r w:rsidRPr="00A72C33">
              <w:rPr>
                <w:sz w:val="12"/>
                <w:lang w:val="ru-RU"/>
              </w:rPr>
              <w:t xml:space="preserve">                                                                               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lang w:val="ru-RU"/>
              </w:rPr>
              <w:t xml:space="preserve">Утверждено на заседании кафедры: </w:t>
            </w:r>
            <w:proofErr w:type="gramStart"/>
            <w:r w:rsidRPr="00A72C33">
              <w:rPr>
                <w:lang w:val="ru-RU"/>
              </w:rPr>
              <w:t>СДМ  протокол</w:t>
            </w:r>
            <w:proofErr w:type="gramEnd"/>
            <w:r w:rsidRPr="00A72C33">
              <w:rPr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___ </w:t>
            </w:r>
            <w:r w:rsidRPr="00A72C33">
              <w:rPr>
                <w:lang w:val="ru-RU"/>
              </w:rPr>
              <w:t xml:space="preserve">от </w:t>
            </w:r>
            <w:r w:rsidRPr="00A72C33">
              <w:rPr>
                <w:szCs w:val="24"/>
                <w:lang w:val="ru-RU"/>
              </w:rPr>
              <w:t>«</w:t>
            </w:r>
            <w:r w:rsidRPr="00A72C33">
              <w:rPr>
                <w:szCs w:val="24"/>
                <w:u w:val="single"/>
                <w:lang w:val="ru-RU"/>
              </w:rPr>
              <w:t>___</w:t>
            </w:r>
            <w:r w:rsidRPr="00A72C33">
              <w:rPr>
                <w:szCs w:val="24"/>
                <w:lang w:val="ru-RU"/>
              </w:rPr>
              <w:t xml:space="preserve">» _______202__г.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Заведующий </w:t>
            </w:r>
            <w:proofErr w:type="gramStart"/>
            <w:r w:rsidRPr="00A72C33">
              <w:rPr>
                <w:szCs w:val="24"/>
                <w:lang w:val="ru-RU"/>
              </w:rPr>
              <w:t>кафедрой  СДМ</w:t>
            </w:r>
            <w:proofErr w:type="gramEnd"/>
            <w:r w:rsidRPr="00A72C33">
              <w:rPr>
                <w:szCs w:val="24"/>
                <w:lang w:val="ru-RU"/>
              </w:rPr>
              <w:t xml:space="preserve"> </w:t>
            </w:r>
            <w:r w:rsidRPr="00A72C33">
              <w:rPr>
                <w:lang w:val="ru-RU"/>
              </w:rPr>
              <w:t xml:space="preserve">                             ______________                          </w:t>
            </w:r>
            <w:r w:rsidRPr="00A72C33">
              <w:rPr>
                <w:szCs w:val="24"/>
                <w:lang w:val="ru-RU"/>
              </w:rPr>
              <w:t>Зеньков С.А.</w:t>
            </w:r>
          </w:p>
          <w:p w:rsidR="00A72C33" w:rsidRPr="00A72C33" w:rsidRDefault="00A72C33" w:rsidP="00A72C33">
            <w:pPr>
              <w:spacing w:line="240" w:lineRule="auto"/>
              <w:rPr>
                <w:szCs w:val="24"/>
                <w:lang w:val="ru-RU"/>
              </w:rPr>
            </w:pPr>
          </w:p>
        </w:tc>
      </w:tr>
    </w:tbl>
    <w:p w:rsidR="00A72C33" w:rsidRPr="00A72C33" w:rsidRDefault="00A72C33" w:rsidP="00A72C33">
      <w:pPr>
        <w:rPr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1"/>
        <w:gridCol w:w="6484"/>
      </w:tblGrid>
      <w:tr w:rsidR="00A72C33" w:rsidTr="003E175B">
        <w:tblPrEx>
          <w:tblCellMar>
            <w:top w:w="0" w:type="dxa"/>
            <w:bottom w:w="0" w:type="dxa"/>
          </w:tblCellMar>
        </w:tblPrEx>
        <w:tc>
          <w:tcPr>
            <w:tcW w:w="1727" w:type="pct"/>
            <w:vAlign w:val="center"/>
          </w:tcPr>
          <w:p w:rsidR="00A72C33" w:rsidRPr="00A72C33" w:rsidRDefault="00A72C33" w:rsidP="00A72C33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>Минобрнауки России</w:t>
            </w:r>
          </w:p>
          <w:p w:rsidR="00A72C33" w:rsidRPr="00A72C33" w:rsidRDefault="00A72C33" w:rsidP="00A72C33">
            <w:pPr>
              <w:pStyle w:val="af"/>
              <w:spacing w:after="0" w:line="240" w:lineRule="auto"/>
              <w:jc w:val="center"/>
              <w:rPr>
                <w:lang w:val="ru-RU"/>
              </w:rPr>
            </w:pPr>
            <w:r w:rsidRPr="00A72C33">
              <w:rPr>
                <w:lang w:val="ru-RU"/>
              </w:rPr>
              <w:t xml:space="preserve">ФГБОУ ВО </w:t>
            </w:r>
          </w:p>
          <w:p w:rsidR="00A72C33" w:rsidRPr="00A72C33" w:rsidRDefault="00A72C33" w:rsidP="00A72C33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A72C33">
              <w:rPr>
                <w:szCs w:val="24"/>
                <w:lang w:val="ru-RU"/>
              </w:rPr>
              <w:t>«БрГУ»</w:t>
            </w:r>
          </w:p>
        </w:tc>
        <w:tc>
          <w:tcPr>
            <w:tcW w:w="3273" w:type="pct"/>
          </w:tcPr>
          <w:p w:rsidR="00A72C33" w:rsidRPr="00A72C33" w:rsidRDefault="00A72C33" w:rsidP="00A72C33">
            <w:pPr>
              <w:spacing w:line="24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A72C33">
              <w:rPr>
                <w:b/>
                <w:sz w:val="28"/>
                <w:szCs w:val="28"/>
                <w:lang w:val="ru-RU"/>
              </w:rPr>
              <w:t>Экзаменационный билет № 5</w:t>
            </w:r>
          </w:p>
          <w:p w:rsidR="00A72C33" w:rsidRPr="00A72C33" w:rsidRDefault="00A72C33" w:rsidP="00A72C33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по </w:t>
            </w:r>
            <w:proofErr w:type="gramStart"/>
            <w:r w:rsidRPr="00A72C33">
              <w:rPr>
                <w:szCs w:val="24"/>
                <w:lang w:val="ru-RU"/>
              </w:rPr>
              <w:t>дисциплине</w:t>
            </w:r>
            <w:r w:rsidRPr="00A72C33">
              <w:rPr>
                <w:b/>
                <w:szCs w:val="24"/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 Инженерная</w:t>
            </w:r>
            <w:proofErr w:type="gramEnd"/>
            <w:r w:rsidRPr="00A72C33">
              <w:rPr>
                <w:szCs w:val="24"/>
                <w:lang w:val="ru-RU"/>
              </w:rPr>
              <w:t xml:space="preserve"> графика</w:t>
            </w:r>
          </w:p>
          <w:p w:rsidR="00A72C33" w:rsidRPr="00162AE5" w:rsidRDefault="00A72C33" w:rsidP="00A72C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15.03.02 </w:t>
            </w:r>
            <w:r w:rsidRPr="00162AE5">
              <w:rPr>
                <w:szCs w:val="24"/>
              </w:rPr>
              <w:t xml:space="preserve"> </w:t>
            </w:r>
            <w:r w:rsidRPr="00852388">
              <w:rPr>
                <w:color w:val="333333"/>
                <w:szCs w:val="24"/>
                <w:shd w:val="clear" w:color="auto" w:fill="FFFFFF"/>
              </w:rPr>
              <w:t>Машины и оборудование лесного комплекса</w:t>
            </w:r>
          </w:p>
          <w:p w:rsidR="00A72C33" w:rsidRPr="00253629" w:rsidRDefault="00A72C33" w:rsidP="00A72C33">
            <w:pPr>
              <w:spacing w:line="240" w:lineRule="auto"/>
              <w:jc w:val="center"/>
              <w:rPr>
                <w:szCs w:val="24"/>
                <w:u w:val="single"/>
              </w:rPr>
            </w:pPr>
          </w:p>
        </w:tc>
      </w:tr>
      <w:tr w:rsidR="00A72C33" w:rsidRPr="00A72C33" w:rsidTr="003E175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vAlign w:val="center"/>
          </w:tcPr>
          <w:p w:rsidR="00A72C33" w:rsidRDefault="00A72C33" w:rsidP="00A72C33">
            <w:pPr>
              <w:overflowPunct w:val="0"/>
              <w:autoSpaceDE w:val="0"/>
              <w:autoSpaceDN w:val="0"/>
              <w:adjustRightInd w:val="0"/>
              <w:spacing w:line="240" w:lineRule="auto"/>
              <w:ind w:left="720"/>
              <w:jc w:val="both"/>
              <w:textAlignment w:val="baseline"/>
              <w:rPr>
                <w:lang w:val="ru-RU"/>
              </w:rPr>
            </w:pPr>
          </w:p>
          <w:p w:rsidR="00A72C33" w:rsidRPr="00A72C33" w:rsidRDefault="00A72C33" w:rsidP="00C00B61">
            <w:pPr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A72C33">
              <w:rPr>
                <w:lang w:val="ru-RU"/>
              </w:rPr>
              <w:t>Комплексный чертеж плоскости. Способы задания плоскости на чертеже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i/>
                <w:szCs w:val="24"/>
                <w:lang w:val="ru-RU"/>
              </w:rPr>
              <w:t xml:space="preserve">Задача. </w:t>
            </w:r>
            <w:r w:rsidRPr="00A72C33">
              <w:rPr>
                <w:szCs w:val="24"/>
                <w:lang w:val="ru-RU"/>
              </w:rPr>
              <w:t xml:space="preserve">В точке А построить: плоскость общего положения, фронтально-проецирующую плоскость, горизонтальную уровня. </w:t>
            </w:r>
            <w:proofErr w:type="gramStart"/>
            <w:r w:rsidRPr="00A72C33">
              <w:rPr>
                <w:szCs w:val="24"/>
                <w:lang w:val="ru-RU"/>
              </w:rPr>
              <w:t>( на</w:t>
            </w:r>
            <w:proofErr w:type="gramEnd"/>
            <w:r w:rsidRPr="00A72C33">
              <w:rPr>
                <w:szCs w:val="24"/>
                <w:lang w:val="ru-RU"/>
              </w:rPr>
              <w:t xml:space="preserve"> трех чертежах)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lang w:val="ru-RU"/>
              </w:rPr>
              <w:t xml:space="preserve">      2. </w:t>
            </w:r>
          </w:p>
          <w:p w:rsidR="00A72C33" w:rsidRPr="00A72C33" w:rsidRDefault="00A72C33" w:rsidP="00A72C33">
            <w:pPr>
              <w:spacing w:line="240" w:lineRule="auto"/>
              <w:rPr>
                <w:szCs w:val="24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33152" behindDoc="0" locked="0" layoutInCell="1" allowOverlap="1">
                  <wp:simplePos x="0" y="0"/>
                  <wp:positionH relativeFrom="column">
                    <wp:posOffset>2769235</wp:posOffset>
                  </wp:positionH>
                  <wp:positionV relativeFrom="paragraph">
                    <wp:posOffset>189230</wp:posOffset>
                  </wp:positionV>
                  <wp:extent cx="1075055" cy="1428750"/>
                  <wp:effectExtent l="0" t="0" r="0" b="0"/>
                  <wp:wrapNone/>
                  <wp:docPr id="14" name="Рисунок 14" descr="Snap 2018-05-07 at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nap 2018-05-07 at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055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72C33">
              <w:rPr>
                <w:i/>
                <w:szCs w:val="24"/>
                <w:lang w:val="ru-RU"/>
              </w:rPr>
              <w:t xml:space="preserve">Задача. </w:t>
            </w:r>
            <w:r w:rsidRPr="00A72C33">
              <w:rPr>
                <w:szCs w:val="24"/>
                <w:lang w:val="ru-RU"/>
              </w:rPr>
              <w:t>Построить линию пересечения заданных поверхностей используя способ вспомогательных концентрических сфер.</w:t>
            </w:r>
          </w:p>
          <w:p w:rsidR="00A72C33" w:rsidRPr="00A72C33" w:rsidRDefault="00A72C33" w:rsidP="00A72C33">
            <w:pPr>
              <w:spacing w:line="240" w:lineRule="auto"/>
              <w:rPr>
                <w:szCs w:val="24"/>
                <w:lang w:val="ru-RU"/>
              </w:rPr>
            </w:pPr>
          </w:p>
          <w:p w:rsidR="00A72C33" w:rsidRPr="00A72C33" w:rsidRDefault="00A72C33" w:rsidP="00A72C33">
            <w:pPr>
              <w:spacing w:line="240" w:lineRule="auto"/>
              <w:rPr>
                <w:szCs w:val="24"/>
                <w:lang w:val="ru-RU"/>
              </w:rPr>
            </w:pPr>
          </w:p>
          <w:p w:rsidR="00A72C33" w:rsidRDefault="00A72C33" w:rsidP="00A72C33">
            <w:pPr>
              <w:spacing w:line="240" w:lineRule="auto"/>
              <w:rPr>
                <w:szCs w:val="24"/>
                <w:lang w:val="ru-RU"/>
              </w:rPr>
            </w:pPr>
          </w:p>
          <w:p w:rsidR="00A72C33" w:rsidRDefault="00A72C33" w:rsidP="00A72C33">
            <w:pPr>
              <w:spacing w:line="240" w:lineRule="auto"/>
              <w:rPr>
                <w:szCs w:val="24"/>
                <w:lang w:val="ru-RU"/>
              </w:rPr>
            </w:pPr>
          </w:p>
          <w:p w:rsidR="00A72C33" w:rsidRDefault="00A72C33" w:rsidP="00A72C33">
            <w:pPr>
              <w:spacing w:line="240" w:lineRule="auto"/>
              <w:rPr>
                <w:szCs w:val="24"/>
                <w:lang w:val="ru-RU"/>
              </w:rPr>
            </w:pPr>
          </w:p>
          <w:p w:rsidR="00A72C33" w:rsidRDefault="00A72C33" w:rsidP="00A72C33">
            <w:pPr>
              <w:spacing w:line="240" w:lineRule="auto"/>
              <w:rPr>
                <w:szCs w:val="24"/>
                <w:lang w:val="ru-RU"/>
              </w:rPr>
            </w:pPr>
          </w:p>
          <w:p w:rsidR="00A72C33" w:rsidRDefault="00A72C33" w:rsidP="00A72C33">
            <w:pPr>
              <w:spacing w:line="240" w:lineRule="auto"/>
              <w:rPr>
                <w:szCs w:val="24"/>
                <w:lang w:val="ru-RU"/>
              </w:rPr>
            </w:pPr>
          </w:p>
          <w:p w:rsidR="00A72C33" w:rsidRDefault="00A72C33" w:rsidP="00A72C33">
            <w:pPr>
              <w:spacing w:line="240" w:lineRule="auto"/>
              <w:rPr>
                <w:szCs w:val="24"/>
                <w:lang w:val="ru-RU"/>
              </w:rPr>
            </w:pPr>
          </w:p>
          <w:p w:rsidR="00A72C33" w:rsidRPr="00A72C33" w:rsidRDefault="00A72C33" w:rsidP="00A72C33">
            <w:pPr>
              <w:spacing w:line="240" w:lineRule="auto"/>
              <w:rPr>
                <w:szCs w:val="24"/>
                <w:lang w:val="ru-RU"/>
              </w:rPr>
            </w:pPr>
          </w:p>
          <w:p w:rsidR="00A72C33" w:rsidRPr="00A72C33" w:rsidRDefault="00A72C33" w:rsidP="00A72C33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>составил:  к.п.н.</w:t>
            </w:r>
            <w:proofErr w:type="gramEnd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A72C33" w:rsidRPr="00A72C33" w:rsidRDefault="00A72C33" w:rsidP="00A72C33">
            <w:pPr>
              <w:spacing w:line="240" w:lineRule="auto"/>
              <w:rPr>
                <w:sz w:val="12"/>
                <w:lang w:val="ru-RU"/>
              </w:rPr>
            </w:pPr>
            <w:r w:rsidRPr="00A72C33">
              <w:rPr>
                <w:sz w:val="12"/>
                <w:lang w:val="ru-RU"/>
              </w:rPr>
              <w:t xml:space="preserve">                                                                               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lang w:val="ru-RU"/>
              </w:rPr>
              <w:t xml:space="preserve">Утверждено на заседании кафедры: </w:t>
            </w:r>
            <w:proofErr w:type="gramStart"/>
            <w:r w:rsidRPr="00A72C33">
              <w:rPr>
                <w:lang w:val="ru-RU"/>
              </w:rPr>
              <w:t>СДМ  протокол</w:t>
            </w:r>
            <w:proofErr w:type="gramEnd"/>
            <w:r w:rsidRPr="00A72C33">
              <w:rPr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___ </w:t>
            </w:r>
            <w:r w:rsidRPr="00A72C33">
              <w:rPr>
                <w:lang w:val="ru-RU"/>
              </w:rPr>
              <w:t xml:space="preserve">от </w:t>
            </w:r>
            <w:r w:rsidRPr="00A72C33">
              <w:rPr>
                <w:szCs w:val="24"/>
                <w:lang w:val="ru-RU"/>
              </w:rPr>
              <w:t>«</w:t>
            </w:r>
            <w:r w:rsidRPr="00A72C33">
              <w:rPr>
                <w:szCs w:val="24"/>
                <w:u w:val="single"/>
                <w:lang w:val="ru-RU"/>
              </w:rPr>
              <w:t>___</w:t>
            </w:r>
            <w:r w:rsidRPr="00A72C33">
              <w:rPr>
                <w:szCs w:val="24"/>
                <w:lang w:val="ru-RU"/>
              </w:rPr>
              <w:t xml:space="preserve">» _______202__г.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sz w:val="12"/>
                <w:lang w:val="ru-RU"/>
              </w:rPr>
              <w:t xml:space="preserve">                                                                                                                                       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Заведующий </w:t>
            </w:r>
            <w:proofErr w:type="gramStart"/>
            <w:r w:rsidRPr="00A72C33">
              <w:rPr>
                <w:szCs w:val="24"/>
                <w:lang w:val="ru-RU"/>
              </w:rPr>
              <w:t>кафедрой  СДМ</w:t>
            </w:r>
            <w:proofErr w:type="gramEnd"/>
            <w:r w:rsidRPr="00A72C33">
              <w:rPr>
                <w:szCs w:val="24"/>
                <w:lang w:val="ru-RU"/>
              </w:rPr>
              <w:t xml:space="preserve"> </w:t>
            </w:r>
            <w:r w:rsidRPr="00A72C33">
              <w:rPr>
                <w:lang w:val="ru-RU"/>
              </w:rPr>
              <w:t xml:space="preserve">                             ______________                          </w:t>
            </w:r>
            <w:r w:rsidRPr="00A72C33">
              <w:rPr>
                <w:szCs w:val="24"/>
                <w:lang w:val="ru-RU"/>
              </w:rPr>
              <w:t>Зеньков С.А.</w:t>
            </w:r>
          </w:p>
          <w:p w:rsidR="00A72C33" w:rsidRPr="00A72C33" w:rsidRDefault="00A72C33" w:rsidP="003E175B">
            <w:pPr>
              <w:rPr>
                <w:szCs w:val="24"/>
                <w:lang w:val="ru-RU"/>
              </w:rPr>
            </w:pPr>
          </w:p>
        </w:tc>
      </w:tr>
    </w:tbl>
    <w:p w:rsidR="00A72C33" w:rsidRPr="00A72C33" w:rsidRDefault="00A72C33" w:rsidP="00A72C33">
      <w:pPr>
        <w:rPr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1"/>
        <w:gridCol w:w="6484"/>
      </w:tblGrid>
      <w:tr w:rsidR="00A72C33" w:rsidTr="003E175B">
        <w:tblPrEx>
          <w:tblCellMar>
            <w:top w:w="0" w:type="dxa"/>
            <w:bottom w:w="0" w:type="dxa"/>
          </w:tblCellMar>
        </w:tblPrEx>
        <w:tc>
          <w:tcPr>
            <w:tcW w:w="1727" w:type="pct"/>
            <w:vAlign w:val="center"/>
          </w:tcPr>
          <w:p w:rsidR="00A72C33" w:rsidRPr="00A72C33" w:rsidRDefault="00A72C33" w:rsidP="00A72C33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lastRenderedPageBreak/>
              <w:t>Минобрнауки России</w:t>
            </w:r>
          </w:p>
          <w:p w:rsidR="00A72C33" w:rsidRPr="00A72C33" w:rsidRDefault="00A72C33" w:rsidP="00A72C33">
            <w:pPr>
              <w:pStyle w:val="af"/>
              <w:spacing w:after="0" w:line="240" w:lineRule="auto"/>
              <w:jc w:val="center"/>
              <w:rPr>
                <w:lang w:val="ru-RU"/>
              </w:rPr>
            </w:pPr>
            <w:r w:rsidRPr="00A72C33">
              <w:rPr>
                <w:lang w:val="ru-RU"/>
              </w:rPr>
              <w:t xml:space="preserve">ФГБОУ ВО </w:t>
            </w:r>
          </w:p>
          <w:p w:rsidR="00A72C33" w:rsidRPr="00A72C33" w:rsidRDefault="00A72C33" w:rsidP="00A72C33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A72C33">
              <w:rPr>
                <w:szCs w:val="24"/>
                <w:lang w:val="ru-RU"/>
              </w:rPr>
              <w:t>«БрГУ»</w:t>
            </w:r>
          </w:p>
        </w:tc>
        <w:tc>
          <w:tcPr>
            <w:tcW w:w="3273" w:type="pct"/>
          </w:tcPr>
          <w:p w:rsidR="00A72C33" w:rsidRPr="00A72C33" w:rsidRDefault="00A72C33" w:rsidP="00A72C33">
            <w:pPr>
              <w:spacing w:line="24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A72C33">
              <w:rPr>
                <w:b/>
                <w:sz w:val="28"/>
                <w:szCs w:val="28"/>
                <w:lang w:val="ru-RU"/>
              </w:rPr>
              <w:t>Экзаменационный билет № 6</w:t>
            </w:r>
          </w:p>
          <w:p w:rsidR="00A72C33" w:rsidRPr="00A72C33" w:rsidRDefault="00A72C33" w:rsidP="00A72C33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по </w:t>
            </w:r>
            <w:proofErr w:type="gramStart"/>
            <w:r w:rsidRPr="00A72C33">
              <w:rPr>
                <w:szCs w:val="24"/>
                <w:lang w:val="ru-RU"/>
              </w:rPr>
              <w:t>дисциплине</w:t>
            </w:r>
            <w:r w:rsidRPr="00A72C33">
              <w:rPr>
                <w:b/>
                <w:szCs w:val="24"/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 Инженерная</w:t>
            </w:r>
            <w:proofErr w:type="gramEnd"/>
            <w:r w:rsidRPr="00A72C33">
              <w:rPr>
                <w:szCs w:val="24"/>
                <w:lang w:val="ru-RU"/>
              </w:rPr>
              <w:t xml:space="preserve"> графика</w:t>
            </w:r>
          </w:p>
          <w:p w:rsidR="00A72C33" w:rsidRPr="00162AE5" w:rsidRDefault="00A72C33" w:rsidP="00A72C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15.03.02 </w:t>
            </w:r>
            <w:r w:rsidRPr="00162AE5">
              <w:rPr>
                <w:szCs w:val="24"/>
              </w:rPr>
              <w:t xml:space="preserve"> </w:t>
            </w:r>
            <w:r w:rsidRPr="00852388">
              <w:rPr>
                <w:color w:val="333333"/>
                <w:szCs w:val="24"/>
                <w:shd w:val="clear" w:color="auto" w:fill="FFFFFF"/>
              </w:rPr>
              <w:t>Машины и оборудование лесного комплекса</w:t>
            </w:r>
          </w:p>
          <w:p w:rsidR="00A72C33" w:rsidRPr="00253629" w:rsidRDefault="00A72C33" w:rsidP="00A72C33">
            <w:pPr>
              <w:spacing w:line="240" w:lineRule="auto"/>
              <w:jc w:val="center"/>
              <w:rPr>
                <w:szCs w:val="24"/>
                <w:u w:val="single"/>
              </w:rPr>
            </w:pPr>
          </w:p>
        </w:tc>
      </w:tr>
      <w:tr w:rsidR="00A72C33" w:rsidRPr="00A72C33" w:rsidTr="003E175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vAlign w:val="center"/>
          </w:tcPr>
          <w:p w:rsidR="00A72C33" w:rsidRDefault="00A72C33" w:rsidP="00C00B61">
            <w:pPr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</w:pPr>
            <w:r w:rsidRPr="00B21256">
              <w:t>Поверхности.</w:t>
            </w:r>
            <w:r>
              <w:t xml:space="preserve"> Многогранники. Призма</w:t>
            </w:r>
          </w:p>
          <w:p w:rsidR="00A72C33" w:rsidRPr="00A72C33" w:rsidRDefault="00A72C33" w:rsidP="00A72C33">
            <w:pPr>
              <w:spacing w:line="240" w:lineRule="auto"/>
              <w:ind w:left="-4"/>
              <w:rPr>
                <w:szCs w:val="24"/>
                <w:lang w:val="ru-RU"/>
              </w:rPr>
            </w:pPr>
            <w:r w:rsidRPr="00A72C33">
              <w:rPr>
                <w:i/>
                <w:szCs w:val="24"/>
                <w:lang w:val="ru-RU"/>
              </w:rPr>
              <w:t xml:space="preserve">Задача. </w:t>
            </w:r>
            <w:r w:rsidRPr="00A72C33">
              <w:rPr>
                <w:szCs w:val="24"/>
                <w:lang w:val="ru-RU"/>
              </w:rPr>
              <w:t>Перечертить заданные изображения моделей. Построить их профильную проекцию.</w:t>
            </w:r>
          </w:p>
          <w:p w:rsidR="00A72C33" w:rsidRPr="00A72C33" w:rsidRDefault="00A72C33" w:rsidP="00A72C33">
            <w:pPr>
              <w:spacing w:line="240" w:lineRule="auto"/>
              <w:rPr>
                <w:i/>
                <w:szCs w:val="24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38272" behindDoc="0" locked="0" layoutInCell="1" allowOverlap="1">
                  <wp:simplePos x="0" y="0"/>
                  <wp:positionH relativeFrom="column">
                    <wp:posOffset>3039110</wp:posOffset>
                  </wp:positionH>
                  <wp:positionV relativeFrom="paragraph">
                    <wp:posOffset>19050</wp:posOffset>
                  </wp:positionV>
                  <wp:extent cx="579120" cy="975995"/>
                  <wp:effectExtent l="0" t="0" r="0" b="0"/>
                  <wp:wrapNone/>
                  <wp:docPr id="13" name="Рисунок 13" descr="Сборник задан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Сборник задан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975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72C33" w:rsidRPr="00A72C33" w:rsidRDefault="00A72C33" w:rsidP="00A72C33">
            <w:pPr>
              <w:spacing w:line="240" w:lineRule="auto"/>
              <w:rPr>
                <w:i/>
                <w:szCs w:val="24"/>
                <w:lang w:val="ru-RU"/>
              </w:rPr>
            </w:pPr>
          </w:p>
          <w:p w:rsidR="00A72C33" w:rsidRPr="00A72C33" w:rsidRDefault="00A72C33" w:rsidP="00A72C33">
            <w:pPr>
              <w:spacing w:line="240" w:lineRule="auto"/>
              <w:rPr>
                <w:i/>
                <w:szCs w:val="24"/>
                <w:lang w:val="ru-RU"/>
              </w:rPr>
            </w:pPr>
          </w:p>
          <w:p w:rsidR="00A72C33" w:rsidRPr="00A72C33" w:rsidRDefault="00A72C33" w:rsidP="00A72C33">
            <w:pPr>
              <w:spacing w:line="240" w:lineRule="auto"/>
              <w:rPr>
                <w:i/>
                <w:szCs w:val="24"/>
                <w:lang w:val="ru-RU"/>
              </w:rPr>
            </w:pPr>
          </w:p>
          <w:p w:rsidR="00A72C33" w:rsidRPr="00A72C33" w:rsidRDefault="00A72C33" w:rsidP="00A72C33">
            <w:pPr>
              <w:spacing w:line="240" w:lineRule="auto"/>
              <w:rPr>
                <w:i/>
                <w:szCs w:val="24"/>
                <w:lang w:val="ru-RU"/>
              </w:rPr>
            </w:pPr>
          </w:p>
          <w:p w:rsidR="00A72C33" w:rsidRPr="00A72C33" w:rsidRDefault="00A72C33" w:rsidP="00A72C33">
            <w:pPr>
              <w:spacing w:line="240" w:lineRule="auto"/>
              <w:rPr>
                <w:i/>
                <w:szCs w:val="24"/>
                <w:lang w:val="ru-RU"/>
              </w:rPr>
            </w:pPr>
          </w:p>
          <w:p w:rsidR="00A72C33" w:rsidRPr="00A72C33" w:rsidRDefault="00A72C33" w:rsidP="00A72C33">
            <w:pPr>
              <w:spacing w:line="240" w:lineRule="auto"/>
              <w:rPr>
                <w:i/>
                <w:szCs w:val="24"/>
                <w:lang w:val="ru-RU"/>
              </w:rPr>
            </w:pPr>
          </w:p>
          <w:p w:rsidR="00A72C33" w:rsidRPr="00A72C33" w:rsidRDefault="00A72C33" w:rsidP="00A72C33">
            <w:pPr>
              <w:spacing w:line="240" w:lineRule="auto"/>
              <w:jc w:val="both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       2. Главные позиционные задачи </w:t>
            </w:r>
            <w:proofErr w:type="gramStart"/>
            <w:r w:rsidRPr="00A72C33">
              <w:rPr>
                <w:szCs w:val="24"/>
                <w:lang w:val="ru-RU"/>
              </w:rPr>
              <w:t>для  двух</w:t>
            </w:r>
            <w:proofErr w:type="gramEnd"/>
            <w:r w:rsidRPr="00A72C33">
              <w:rPr>
                <w:szCs w:val="24"/>
                <w:lang w:val="ru-RU"/>
              </w:rPr>
              <w:t xml:space="preserve"> плоскостей.</w:t>
            </w:r>
          </w:p>
          <w:p w:rsidR="00A72C33" w:rsidRPr="00A72C33" w:rsidRDefault="00A72C33" w:rsidP="00A72C33">
            <w:pPr>
              <w:spacing w:line="240" w:lineRule="auto"/>
              <w:rPr>
                <w:szCs w:val="24"/>
                <w:lang w:val="ru-RU"/>
              </w:rPr>
            </w:pPr>
            <w:r w:rsidRPr="00A72C33">
              <w:rPr>
                <w:i/>
                <w:szCs w:val="24"/>
                <w:lang w:val="ru-RU"/>
              </w:rPr>
              <w:t>Задача.</w:t>
            </w:r>
            <w:r w:rsidRPr="00A72C33">
              <w:rPr>
                <w:szCs w:val="24"/>
                <w:lang w:val="ru-RU"/>
              </w:rPr>
              <w:t xml:space="preserve"> Определить точку пересечения прямой общего положения </w:t>
            </w:r>
            <w:r w:rsidRPr="009727E8">
              <w:rPr>
                <w:szCs w:val="24"/>
              </w:rPr>
              <w:t>LM</w:t>
            </w:r>
            <w:r w:rsidRPr="00A72C33">
              <w:rPr>
                <w:szCs w:val="24"/>
                <w:lang w:val="ru-RU"/>
              </w:rPr>
              <w:t xml:space="preserve">, </w:t>
            </w:r>
            <w:r w:rsidRPr="009727E8">
              <w:rPr>
                <w:szCs w:val="24"/>
              </w:rPr>
              <w:t>L</w:t>
            </w:r>
            <w:r w:rsidRPr="00A72C33">
              <w:rPr>
                <w:szCs w:val="24"/>
                <w:lang w:val="ru-RU"/>
              </w:rPr>
              <w:t xml:space="preserve">(80,55,5), М(30,15,65) и плоскости общего положения, заданную проекциями треугольника </w:t>
            </w:r>
            <w:r w:rsidRPr="009727E8">
              <w:rPr>
                <w:position w:val="-4"/>
                <w:szCs w:val="24"/>
              </w:rPr>
              <w:object w:dxaOrig="260" w:dyaOrig="2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.75pt;height:14.25pt" o:ole="">
                  <v:imagedata r:id="rId11" o:title=""/>
                </v:shape>
                <o:OLEObject Type="Embed" ProgID="Equation.3" ShapeID="_x0000_i1025" DrawAspect="Content" ObjectID="_1841484904" r:id="rId12"/>
              </w:object>
            </w:r>
            <w:r w:rsidRPr="00A72C33">
              <w:rPr>
                <w:szCs w:val="24"/>
                <w:lang w:val="ru-RU"/>
              </w:rPr>
              <w:t xml:space="preserve">АВС. Определить видимость проекций прямой </w:t>
            </w:r>
            <w:r w:rsidRPr="009727E8">
              <w:rPr>
                <w:szCs w:val="24"/>
              </w:rPr>
              <w:t>LM</w:t>
            </w:r>
            <w:r w:rsidRPr="00A72C33">
              <w:rPr>
                <w:szCs w:val="24"/>
                <w:lang w:val="ru-RU"/>
              </w:rPr>
              <w:t>. А(90,10,10), В(70,90,60), С(20,25,25).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</w:p>
          <w:p w:rsidR="00A72C33" w:rsidRPr="00A72C33" w:rsidRDefault="00A72C33" w:rsidP="00A72C33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>составил:  к.п.н.</w:t>
            </w:r>
            <w:proofErr w:type="gramEnd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A72C33" w:rsidRPr="00A72C33" w:rsidRDefault="00A72C33" w:rsidP="00A72C33">
            <w:pPr>
              <w:spacing w:line="240" w:lineRule="auto"/>
              <w:rPr>
                <w:sz w:val="12"/>
                <w:lang w:val="ru-RU"/>
              </w:rPr>
            </w:pPr>
            <w:r w:rsidRPr="00A72C33">
              <w:rPr>
                <w:sz w:val="12"/>
                <w:lang w:val="ru-RU"/>
              </w:rPr>
              <w:t xml:space="preserve">                                                                               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lang w:val="ru-RU"/>
              </w:rPr>
              <w:t xml:space="preserve">Утверждено на заседании кафедры: </w:t>
            </w:r>
            <w:proofErr w:type="gramStart"/>
            <w:r w:rsidRPr="00A72C33">
              <w:rPr>
                <w:lang w:val="ru-RU"/>
              </w:rPr>
              <w:t>СДМ  протокол</w:t>
            </w:r>
            <w:proofErr w:type="gramEnd"/>
            <w:r w:rsidRPr="00A72C33">
              <w:rPr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___ </w:t>
            </w:r>
            <w:r w:rsidRPr="00A72C33">
              <w:rPr>
                <w:lang w:val="ru-RU"/>
              </w:rPr>
              <w:t xml:space="preserve">от </w:t>
            </w:r>
            <w:r w:rsidRPr="00A72C33">
              <w:rPr>
                <w:szCs w:val="24"/>
                <w:lang w:val="ru-RU"/>
              </w:rPr>
              <w:t>«</w:t>
            </w:r>
            <w:r w:rsidRPr="00A72C33">
              <w:rPr>
                <w:szCs w:val="24"/>
                <w:u w:val="single"/>
                <w:lang w:val="ru-RU"/>
              </w:rPr>
              <w:t>___</w:t>
            </w:r>
            <w:r w:rsidRPr="00A72C33">
              <w:rPr>
                <w:szCs w:val="24"/>
                <w:lang w:val="ru-RU"/>
              </w:rPr>
              <w:t xml:space="preserve">» _______202__г.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sz w:val="12"/>
                <w:lang w:val="ru-RU"/>
              </w:rPr>
              <w:t xml:space="preserve">                                                                                                                                       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Заведующий </w:t>
            </w:r>
            <w:proofErr w:type="gramStart"/>
            <w:r w:rsidRPr="00A72C33">
              <w:rPr>
                <w:szCs w:val="24"/>
                <w:lang w:val="ru-RU"/>
              </w:rPr>
              <w:t>кафедрой  СДМ</w:t>
            </w:r>
            <w:proofErr w:type="gramEnd"/>
            <w:r w:rsidRPr="00A72C33">
              <w:rPr>
                <w:szCs w:val="24"/>
                <w:lang w:val="ru-RU"/>
              </w:rPr>
              <w:t xml:space="preserve"> </w:t>
            </w:r>
            <w:r w:rsidRPr="00A72C33">
              <w:rPr>
                <w:lang w:val="ru-RU"/>
              </w:rPr>
              <w:t xml:space="preserve">                             ______________                          </w:t>
            </w:r>
            <w:r w:rsidRPr="00A72C33">
              <w:rPr>
                <w:szCs w:val="24"/>
                <w:lang w:val="ru-RU"/>
              </w:rPr>
              <w:t>Зеньков С.А.</w:t>
            </w:r>
          </w:p>
          <w:p w:rsidR="00A72C33" w:rsidRPr="00A72C33" w:rsidRDefault="00A72C33" w:rsidP="00A72C33">
            <w:pPr>
              <w:spacing w:line="240" w:lineRule="auto"/>
              <w:rPr>
                <w:szCs w:val="24"/>
                <w:lang w:val="ru-RU"/>
              </w:rPr>
            </w:pPr>
          </w:p>
        </w:tc>
      </w:tr>
    </w:tbl>
    <w:p w:rsidR="00A72C33" w:rsidRPr="00A72C33" w:rsidRDefault="00A72C33" w:rsidP="00A72C33">
      <w:pPr>
        <w:rPr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1"/>
        <w:gridCol w:w="6484"/>
      </w:tblGrid>
      <w:tr w:rsidR="00A72C33" w:rsidTr="003E175B">
        <w:tblPrEx>
          <w:tblCellMar>
            <w:top w:w="0" w:type="dxa"/>
            <w:bottom w:w="0" w:type="dxa"/>
          </w:tblCellMar>
        </w:tblPrEx>
        <w:tc>
          <w:tcPr>
            <w:tcW w:w="1727" w:type="pct"/>
            <w:vAlign w:val="center"/>
          </w:tcPr>
          <w:p w:rsidR="00A72C33" w:rsidRPr="00A72C33" w:rsidRDefault="00A72C33" w:rsidP="00A72C33">
            <w:pPr>
              <w:spacing w:line="240" w:lineRule="auto"/>
              <w:jc w:val="center"/>
              <w:rPr>
                <w:lang w:val="ru-RU"/>
              </w:rPr>
            </w:pPr>
            <w:r w:rsidRPr="00A72C33">
              <w:rPr>
                <w:lang w:val="ru-RU"/>
              </w:rPr>
              <w:br w:type="page"/>
            </w:r>
            <w:r w:rsidRPr="00A72C33">
              <w:rPr>
                <w:lang w:val="ru-RU"/>
              </w:rPr>
              <w:br w:type="page"/>
            </w:r>
          </w:p>
          <w:p w:rsidR="00A72C33" w:rsidRPr="00A72C33" w:rsidRDefault="00A72C33" w:rsidP="00A72C33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>Минобрнауки России</w:t>
            </w:r>
          </w:p>
          <w:p w:rsidR="00A72C33" w:rsidRPr="00A72C33" w:rsidRDefault="00A72C33" w:rsidP="00A72C33">
            <w:pPr>
              <w:pStyle w:val="af"/>
              <w:spacing w:after="0" w:line="240" w:lineRule="auto"/>
              <w:jc w:val="center"/>
              <w:rPr>
                <w:lang w:val="ru-RU"/>
              </w:rPr>
            </w:pPr>
            <w:r w:rsidRPr="00A72C33">
              <w:rPr>
                <w:lang w:val="ru-RU"/>
              </w:rPr>
              <w:t xml:space="preserve">ФГБОУ ВО </w:t>
            </w:r>
          </w:p>
          <w:p w:rsidR="00A72C33" w:rsidRPr="00A72C33" w:rsidRDefault="00A72C33" w:rsidP="00A72C33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A72C33">
              <w:rPr>
                <w:szCs w:val="24"/>
                <w:lang w:val="ru-RU"/>
              </w:rPr>
              <w:t>«БрГУ»</w:t>
            </w:r>
          </w:p>
        </w:tc>
        <w:tc>
          <w:tcPr>
            <w:tcW w:w="3273" w:type="pct"/>
          </w:tcPr>
          <w:p w:rsidR="00A72C33" w:rsidRPr="00A72C33" w:rsidRDefault="00A72C33" w:rsidP="00A72C33">
            <w:pPr>
              <w:spacing w:line="24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A72C33">
              <w:rPr>
                <w:b/>
                <w:sz w:val="28"/>
                <w:szCs w:val="28"/>
                <w:lang w:val="ru-RU"/>
              </w:rPr>
              <w:t>Экзаменационный билет № 7</w:t>
            </w:r>
          </w:p>
          <w:p w:rsidR="00A72C33" w:rsidRPr="00A72C33" w:rsidRDefault="00A72C33" w:rsidP="00A72C33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по </w:t>
            </w:r>
            <w:proofErr w:type="gramStart"/>
            <w:r w:rsidRPr="00A72C33">
              <w:rPr>
                <w:szCs w:val="24"/>
                <w:lang w:val="ru-RU"/>
              </w:rPr>
              <w:t>дисциплине</w:t>
            </w:r>
            <w:r w:rsidRPr="00A72C33">
              <w:rPr>
                <w:b/>
                <w:szCs w:val="24"/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 Инженерная</w:t>
            </w:r>
            <w:proofErr w:type="gramEnd"/>
            <w:r w:rsidRPr="00A72C33">
              <w:rPr>
                <w:szCs w:val="24"/>
                <w:lang w:val="ru-RU"/>
              </w:rPr>
              <w:t xml:space="preserve"> графика</w:t>
            </w:r>
          </w:p>
          <w:p w:rsidR="00A72C33" w:rsidRPr="00162AE5" w:rsidRDefault="00A72C33" w:rsidP="00A72C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15.03.02 </w:t>
            </w:r>
            <w:r w:rsidRPr="00162AE5">
              <w:rPr>
                <w:szCs w:val="24"/>
              </w:rPr>
              <w:t xml:space="preserve"> </w:t>
            </w:r>
            <w:r w:rsidRPr="00852388">
              <w:rPr>
                <w:color w:val="333333"/>
                <w:szCs w:val="24"/>
                <w:shd w:val="clear" w:color="auto" w:fill="FFFFFF"/>
              </w:rPr>
              <w:t>Машины и оборудование лесного комплекса</w:t>
            </w:r>
          </w:p>
          <w:p w:rsidR="00A72C33" w:rsidRPr="00253629" w:rsidRDefault="00A72C33" w:rsidP="00A72C33">
            <w:pPr>
              <w:spacing w:line="240" w:lineRule="auto"/>
              <w:jc w:val="center"/>
              <w:rPr>
                <w:szCs w:val="24"/>
                <w:u w:val="single"/>
              </w:rPr>
            </w:pPr>
          </w:p>
        </w:tc>
      </w:tr>
      <w:tr w:rsidR="00A72C33" w:rsidRPr="00A72C33" w:rsidTr="003E175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vAlign w:val="center"/>
          </w:tcPr>
          <w:p w:rsidR="00A72C33" w:rsidRDefault="00A72C33" w:rsidP="00C00B61">
            <w:pPr>
              <w:numPr>
                <w:ilvl w:val="0"/>
                <w:numId w:val="12"/>
              </w:numPr>
              <w:spacing w:line="240" w:lineRule="auto"/>
              <w:jc w:val="both"/>
            </w:pPr>
            <w:r w:rsidRPr="00B21256">
              <w:t>Правила выполнения сечений.</w:t>
            </w:r>
          </w:p>
          <w:p w:rsidR="00A72C33" w:rsidRPr="007A2F6A" w:rsidRDefault="00A72C33" w:rsidP="00A72C33">
            <w:pPr>
              <w:pStyle w:val="af"/>
              <w:spacing w:after="0" w:line="240" w:lineRule="auto"/>
              <w:ind w:left="138"/>
              <w:rPr>
                <w:sz w:val="20"/>
                <w:szCs w:val="20"/>
              </w:rPr>
            </w:pPr>
            <w:r w:rsidRPr="00A72C33">
              <w:rPr>
                <w:i/>
                <w:sz w:val="20"/>
                <w:szCs w:val="20"/>
                <w:lang w:val="ru-RU"/>
              </w:rPr>
              <w:t>Задача.</w:t>
            </w:r>
            <w:r w:rsidRPr="00A72C33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A72C33">
              <w:rPr>
                <w:sz w:val="20"/>
                <w:szCs w:val="20"/>
                <w:lang w:val="ru-RU"/>
              </w:rPr>
              <w:t>Используя  графический</w:t>
            </w:r>
            <w:proofErr w:type="gramEnd"/>
            <w:r w:rsidRPr="00A72C33">
              <w:rPr>
                <w:sz w:val="20"/>
                <w:szCs w:val="20"/>
                <w:lang w:val="ru-RU"/>
              </w:rPr>
              <w:t xml:space="preserve"> редактор построить твердотельную модель детали «Вал». </w:t>
            </w:r>
            <w:r w:rsidRPr="007A2F6A">
              <w:rPr>
                <w:sz w:val="20"/>
                <w:szCs w:val="20"/>
              </w:rPr>
              <w:t>Создать ассоциативный чертеж. Выполнить необходимые сечения</w:t>
            </w:r>
          </w:p>
          <w:p w:rsidR="00A72C33" w:rsidRDefault="00A72C33" w:rsidP="00A72C33">
            <w:pPr>
              <w:spacing w:line="240" w:lineRule="auto"/>
              <w:ind w:left="-4"/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34176" behindDoc="0" locked="0" layoutInCell="1" allowOverlap="1">
                  <wp:simplePos x="0" y="0"/>
                  <wp:positionH relativeFrom="column">
                    <wp:posOffset>2155190</wp:posOffset>
                  </wp:positionH>
                  <wp:positionV relativeFrom="paragraph">
                    <wp:posOffset>35560</wp:posOffset>
                  </wp:positionV>
                  <wp:extent cx="1760855" cy="798195"/>
                  <wp:effectExtent l="0" t="0" r="0" b="1905"/>
                  <wp:wrapNone/>
                  <wp:docPr id="12" name="Рисунок 12" descr="УПИ Правила выполнения изображен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УПИ Правила выполнения изображен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0855" cy="798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72C33" w:rsidRDefault="00A72C33" w:rsidP="00A72C33">
            <w:pPr>
              <w:spacing w:line="240" w:lineRule="auto"/>
            </w:pPr>
          </w:p>
          <w:p w:rsidR="00A72C33" w:rsidRDefault="00A72C33" w:rsidP="00A72C33">
            <w:pPr>
              <w:spacing w:line="240" w:lineRule="auto"/>
            </w:pPr>
          </w:p>
          <w:p w:rsidR="00A72C33" w:rsidRDefault="00A72C33" w:rsidP="00A72C33">
            <w:pPr>
              <w:spacing w:line="240" w:lineRule="auto"/>
            </w:pPr>
          </w:p>
          <w:p w:rsidR="00A72C33" w:rsidRDefault="00A72C33" w:rsidP="00A72C33">
            <w:pPr>
              <w:spacing w:line="240" w:lineRule="auto"/>
            </w:pPr>
          </w:p>
          <w:p w:rsidR="00A72C33" w:rsidRPr="00B21256" w:rsidRDefault="00A72C33" w:rsidP="00C00B61">
            <w:pPr>
              <w:numPr>
                <w:ilvl w:val="0"/>
                <w:numId w:val="12"/>
              </w:numPr>
              <w:spacing w:line="240" w:lineRule="auto"/>
              <w:jc w:val="both"/>
            </w:pPr>
            <w:r>
              <w:t>Поверхности. Поверхности вращения конус.</w:t>
            </w:r>
          </w:p>
          <w:p w:rsidR="00A72C33" w:rsidRPr="00A72C33" w:rsidRDefault="00A72C33" w:rsidP="00A72C33">
            <w:pPr>
              <w:spacing w:line="240" w:lineRule="auto"/>
              <w:ind w:left="138"/>
              <w:rPr>
                <w:lang w:val="ru-RU"/>
              </w:rPr>
            </w:pPr>
            <w:r w:rsidRPr="00A72C33">
              <w:rPr>
                <w:i/>
                <w:szCs w:val="24"/>
                <w:lang w:val="ru-RU"/>
              </w:rPr>
              <w:t>Задача.</w:t>
            </w:r>
            <w:r w:rsidRPr="00A72C33">
              <w:rPr>
                <w:lang w:val="ru-RU"/>
              </w:rPr>
              <w:t xml:space="preserve"> Построить три проекции заданных моделей</w:t>
            </w:r>
          </w:p>
          <w:p w:rsidR="00A72C33" w:rsidRPr="00A72C33" w:rsidRDefault="00A72C33" w:rsidP="00A72C33">
            <w:pPr>
              <w:spacing w:line="240" w:lineRule="auto"/>
              <w:rPr>
                <w:szCs w:val="24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35200" behindDoc="0" locked="0" layoutInCell="1" allowOverlap="1">
                  <wp:simplePos x="0" y="0"/>
                  <wp:positionH relativeFrom="column">
                    <wp:posOffset>1881505</wp:posOffset>
                  </wp:positionH>
                  <wp:positionV relativeFrom="paragraph">
                    <wp:posOffset>50800</wp:posOffset>
                  </wp:positionV>
                  <wp:extent cx="549275" cy="920115"/>
                  <wp:effectExtent l="0" t="0" r="3175" b="0"/>
                  <wp:wrapNone/>
                  <wp:docPr id="11" name="Рисунок 11" descr="Сборник задан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Сборник задан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275" cy="92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</w:p>
          <w:p w:rsidR="00A72C33" w:rsidRPr="00A72C33" w:rsidRDefault="00A72C33" w:rsidP="00A72C33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>составил:  к.п.н.</w:t>
            </w:r>
            <w:proofErr w:type="gramEnd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A72C33" w:rsidRPr="00A72C33" w:rsidRDefault="00A72C33" w:rsidP="00A72C33">
            <w:pPr>
              <w:spacing w:line="240" w:lineRule="auto"/>
              <w:rPr>
                <w:sz w:val="12"/>
                <w:lang w:val="ru-RU"/>
              </w:rPr>
            </w:pPr>
            <w:r w:rsidRPr="00A72C33">
              <w:rPr>
                <w:sz w:val="12"/>
                <w:lang w:val="ru-RU"/>
              </w:rPr>
              <w:t xml:space="preserve">                                                                               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lang w:val="ru-RU"/>
              </w:rPr>
              <w:t xml:space="preserve">Утверждено на заседании кафедры: </w:t>
            </w:r>
            <w:proofErr w:type="gramStart"/>
            <w:r w:rsidRPr="00A72C33">
              <w:rPr>
                <w:lang w:val="ru-RU"/>
              </w:rPr>
              <w:t>СДМ  протокол</w:t>
            </w:r>
            <w:proofErr w:type="gramEnd"/>
            <w:r w:rsidRPr="00A72C33">
              <w:rPr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___ </w:t>
            </w:r>
            <w:r w:rsidRPr="00A72C33">
              <w:rPr>
                <w:lang w:val="ru-RU"/>
              </w:rPr>
              <w:t xml:space="preserve">от </w:t>
            </w:r>
            <w:r w:rsidRPr="00A72C33">
              <w:rPr>
                <w:szCs w:val="24"/>
                <w:lang w:val="ru-RU"/>
              </w:rPr>
              <w:t>«</w:t>
            </w:r>
            <w:r w:rsidRPr="00A72C33">
              <w:rPr>
                <w:szCs w:val="24"/>
                <w:u w:val="single"/>
                <w:lang w:val="ru-RU"/>
              </w:rPr>
              <w:t>___</w:t>
            </w:r>
            <w:r w:rsidRPr="00A72C33">
              <w:rPr>
                <w:szCs w:val="24"/>
                <w:lang w:val="ru-RU"/>
              </w:rPr>
              <w:t xml:space="preserve">» _______202__г.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sz w:val="12"/>
                <w:lang w:val="ru-RU"/>
              </w:rPr>
              <w:t xml:space="preserve">                                                                                                                                       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Заведующий </w:t>
            </w:r>
            <w:proofErr w:type="gramStart"/>
            <w:r w:rsidRPr="00A72C33">
              <w:rPr>
                <w:szCs w:val="24"/>
                <w:lang w:val="ru-RU"/>
              </w:rPr>
              <w:t>кафедрой  СДМ</w:t>
            </w:r>
            <w:proofErr w:type="gramEnd"/>
            <w:r w:rsidRPr="00A72C33">
              <w:rPr>
                <w:szCs w:val="24"/>
                <w:lang w:val="ru-RU"/>
              </w:rPr>
              <w:t xml:space="preserve"> </w:t>
            </w:r>
            <w:r w:rsidRPr="00A72C33">
              <w:rPr>
                <w:lang w:val="ru-RU"/>
              </w:rPr>
              <w:t xml:space="preserve">                             ______________                          </w:t>
            </w:r>
            <w:r w:rsidRPr="00A72C33">
              <w:rPr>
                <w:szCs w:val="24"/>
                <w:lang w:val="ru-RU"/>
              </w:rPr>
              <w:t>Зеньков С.А.</w:t>
            </w:r>
          </w:p>
          <w:p w:rsidR="00A72C33" w:rsidRPr="00A72C33" w:rsidRDefault="00A72C33" w:rsidP="00A72C33">
            <w:pPr>
              <w:spacing w:line="240" w:lineRule="auto"/>
              <w:rPr>
                <w:szCs w:val="24"/>
                <w:lang w:val="ru-RU"/>
              </w:rPr>
            </w:pPr>
          </w:p>
        </w:tc>
      </w:tr>
      <w:tr w:rsidR="00A72C33" w:rsidTr="003E175B">
        <w:tblPrEx>
          <w:tblCellMar>
            <w:top w:w="0" w:type="dxa"/>
            <w:bottom w:w="0" w:type="dxa"/>
          </w:tblCellMar>
        </w:tblPrEx>
        <w:tc>
          <w:tcPr>
            <w:tcW w:w="1727" w:type="pct"/>
            <w:vAlign w:val="center"/>
          </w:tcPr>
          <w:p w:rsidR="00A72C33" w:rsidRPr="00A72C33" w:rsidRDefault="00A72C33" w:rsidP="003E175B">
            <w:pPr>
              <w:jc w:val="center"/>
              <w:rPr>
                <w:sz w:val="18"/>
                <w:lang w:val="ru-RU"/>
              </w:rPr>
            </w:pPr>
          </w:p>
          <w:p w:rsidR="00A72C33" w:rsidRPr="00A72C33" w:rsidRDefault="00A72C33" w:rsidP="003E175B">
            <w:pPr>
              <w:jc w:val="center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>Минобрнауки России</w:t>
            </w:r>
          </w:p>
          <w:p w:rsidR="00A72C33" w:rsidRPr="00A72C33" w:rsidRDefault="00A72C33" w:rsidP="003E175B">
            <w:pPr>
              <w:pStyle w:val="af"/>
              <w:spacing w:after="0"/>
              <w:jc w:val="center"/>
              <w:rPr>
                <w:lang w:val="ru-RU"/>
              </w:rPr>
            </w:pPr>
            <w:r w:rsidRPr="00A72C33">
              <w:rPr>
                <w:lang w:val="ru-RU"/>
              </w:rPr>
              <w:t xml:space="preserve">ФГБОУ ВО </w:t>
            </w:r>
          </w:p>
          <w:p w:rsidR="00A72C33" w:rsidRPr="00A72C33" w:rsidRDefault="00A72C33" w:rsidP="003E175B">
            <w:pPr>
              <w:jc w:val="center"/>
              <w:rPr>
                <w:sz w:val="18"/>
                <w:lang w:val="ru-RU"/>
              </w:rPr>
            </w:pPr>
            <w:r w:rsidRPr="00A72C33">
              <w:rPr>
                <w:szCs w:val="24"/>
                <w:lang w:val="ru-RU"/>
              </w:rPr>
              <w:t>«БрГУ»</w:t>
            </w:r>
          </w:p>
        </w:tc>
        <w:tc>
          <w:tcPr>
            <w:tcW w:w="3273" w:type="pct"/>
          </w:tcPr>
          <w:p w:rsidR="00A72C33" w:rsidRPr="00A72C33" w:rsidRDefault="00A72C33" w:rsidP="003E175B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C33">
              <w:rPr>
                <w:b/>
                <w:sz w:val="28"/>
                <w:szCs w:val="28"/>
                <w:lang w:val="ru-RU"/>
              </w:rPr>
              <w:t>Экзаменационный билет № 8</w:t>
            </w:r>
          </w:p>
          <w:p w:rsidR="00A72C33" w:rsidRPr="00A72C33" w:rsidRDefault="00A72C33" w:rsidP="003E175B">
            <w:pPr>
              <w:jc w:val="center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по </w:t>
            </w:r>
            <w:proofErr w:type="gramStart"/>
            <w:r w:rsidRPr="00A72C33">
              <w:rPr>
                <w:szCs w:val="24"/>
                <w:lang w:val="ru-RU"/>
              </w:rPr>
              <w:t>дисциплине</w:t>
            </w:r>
            <w:r w:rsidRPr="00A72C33">
              <w:rPr>
                <w:b/>
                <w:szCs w:val="24"/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 Инженерная</w:t>
            </w:r>
            <w:proofErr w:type="gramEnd"/>
            <w:r w:rsidRPr="00A72C33">
              <w:rPr>
                <w:szCs w:val="24"/>
                <w:lang w:val="ru-RU"/>
              </w:rPr>
              <w:t xml:space="preserve"> графика</w:t>
            </w:r>
          </w:p>
          <w:p w:rsidR="00A72C33" w:rsidRPr="00162AE5" w:rsidRDefault="00A72C33" w:rsidP="003E175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15.03.02 </w:t>
            </w:r>
            <w:r w:rsidRPr="00162AE5">
              <w:rPr>
                <w:szCs w:val="24"/>
              </w:rPr>
              <w:t xml:space="preserve"> </w:t>
            </w:r>
            <w:r w:rsidRPr="00852388">
              <w:rPr>
                <w:color w:val="333333"/>
                <w:szCs w:val="24"/>
                <w:shd w:val="clear" w:color="auto" w:fill="FFFFFF"/>
              </w:rPr>
              <w:t>Машины и оборудование лесного комплекса</w:t>
            </w:r>
          </w:p>
          <w:p w:rsidR="00A72C33" w:rsidRPr="00253629" w:rsidRDefault="00A72C33" w:rsidP="003E175B">
            <w:pPr>
              <w:jc w:val="center"/>
              <w:rPr>
                <w:szCs w:val="24"/>
                <w:u w:val="single"/>
              </w:rPr>
            </w:pPr>
          </w:p>
        </w:tc>
      </w:tr>
      <w:tr w:rsidR="00A72C33" w:rsidRPr="00A72C33" w:rsidTr="003E175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vAlign w:val="center"/>
          </w:tcPr>
          <w:p w:rsidR="00A72C33" w:rsidRPr="00A72C33" w:rsidRDefault="00A72C33" w:rsidP="003E175B">
            <w:pPr>
              <w:ind w:firstLine="426"/>
              <w:rPr>
                <w:lang w:val="ru-RU"/>
              </w:rPr>
            </w:pPr>
          </w:p>
          <w:p w:rsidR="00A72C33" w:rsidRPr="00A72C33" w:rsidRDefault="00A72C33" w:rsidP="003E175B">
            <w:pPr>
              <w:ind w:firstLine="426"/>
              <w:rPr>
                <w:lang w:val="ru-RU"/>
              </w:rPr>
            </w:pPr>
            <w:r w:rsidRPr="00A72C33">
              <w:rPr>
                <w:lang w:val="ru-RU"/>
              </w:rPr>
              <w:t>1. Способы преобразования чертежа. Способ вращения</w:t>
            </w:r>
          </w:p>
          <w:p w:rsidR="00A72C33" w:rsidRPr="00A72C33" w:rsidRDefault="00A72C33" w:rsidP="003E175B">
            <w:pPr>
              <w:ind w:hanging="4"/>
              <w:rPr>
                <w:szCs w:val="24"/>
                <w:lang w:val="ru-RU"/>
              </w:rPr>
            </w:pPr>
            <w:r w:rsidRPr="00A72C33">
              <w:rPr>
                <w:i/>
                <w:szCs w:val="24"/>
                <w:lang w:val="ru-RU"/>
              </w:rPr>
              <w:t xml:space="preserve">Задача. </w:t>
            </w:r>
            <w:r w:rsidRPr="00A72C33">
              <w:rPr>
                <w:szCs w:val="24"/>
                <w:lang w:val="ru-RU"/>
              </w:rPr>
              <w:t>Найти натуральную величину отрезка прямой общего положения</w:t>
            </w:r>
          </w:p>
          <w:p w:rsidR="00A72C33" w:rsidRPr="00A72C33" w:rsidRDefault="00A72C33" w:rsidP="003E175B">
            <w:pPr>
              <w:ind w:hanging="4"/>
              <w:rPr>
                <w:sz w:val="10"/>
                <w:szCs w:val="10"/>
                <w:lang w:val="ru-RU"/>
              </w:rPr>
            </w:pPr>
          </w:p>
          <w:p w:rsidR="00A72C33" w:rsidRPr="00A72C33" w:rsidRDefault="00A72C33" w:rsidP="003E175B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426"/>
              <w:jc w:val="both"/>
              <w:textAlignment w:val="baseline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>2. Главные позиционные задачи для прямой и плоскости, двух плоскостей</w:t>
            </w:r>
          </w:p>
          <w:p w:rsidR="00A72C33" w:rsidRPr="00A72C33" w:rsidRDefault="00A72C33" w:rsidP="003E175B">
            <w:pPr>
              <w:rPr>
                <w:i/>
                <w:szCs w:val="24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1887220</wp:posOffset>
                  </wp:positionH>
                  <wp:positionV relativeFrom="paragraph">
                    <wp:posOffset>373380</wp:posOffset>
                  </wp:positionV>
                  <wp:extent cx="2579370" cy="642620"/>
                  <wp:effectExtent l="0" t="0" r="0" b="5080"/>
                  <wp:wrapNone/>
                  <wp:docPr id="10" name="Рисунок 10" descr="Сборник задан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борник задан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9370" cy="64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72C33">
              <w:rPr>
                <w:i/>
                <w:szCs w:val="24"/>
                <w:lang w:val="ru-RU"/>
              </w:rPr>
              <w:t>Задача.</w:t>
            </w:r>
            <w:r w:rsidRPr="00A72C33">
              <w:rPr>
                <w:sz w:val="28"/>
                <w:szCs w:val="28"/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Построить линию пересечения плоскостей общего положения </w:t>
            </w:r>
            <w:r>
              <w:rPr>
                <w:szCs w:val="24"/>
              </w:rPr>
              <w:t>α</w:t>
            </w:r>
            <w:r w:rsidRPr="00A72C33">
              <w:rPr>
                <w:szCs w:val="24"/>
                <w:lang w:val="ru-RU"/>
              </w:rPr>
              <w:t xml:space="preserve">(АВС) и </w:t>
            </w:r>
            <w:r>
              <w:rPr>
                <w:szCs w:val="24"/>
              </w:rPr>
              <w:t>β</w:t>
            </w:r>
            <w:r w:rsidRPr="00A72C33">
              <w:rPr>
                <w:szCs w:val="24"/>
                <w:lang w:val="ru-RU"/>
              </w:rPr>
              <w:t>(</w:t>
            </w:r>
            <w:r w:rsidRPr="000530F8">
              <w:rPr>
                <w:szCs w:val="24"/>
              </w:rPr>
              <w:t>DE</w:t>
            </w:r>
            <w:r w:rsidRPr="00A72C33">
              <w:rPr>
                <w:szCs w:val="24"/>
                <w:lang w:val="ru-RU"/>
              </w:rPr>
              <w:t>К). Определить видимость проекций.</w:t>
            </w:r>
          </w:p>
          <w:p w:rsidR="00A72C33" w:rsidRPr="00A72C33" w:rsidRDefault="00A72C33" w:rsidP="003E175B">
            <w:pPr>
              <w:rPr>
                <w:i/>
                <w:szCs w:val="24"/>
                <w:lang w:val="ru-RU"/>
              </w:rPr>
            </w:pPr>
          </w:p>
          <w:p w:rsidR="00A72C33" w:rsidRPr="00A72C33" w:rsidRDefault="00A72C33" w:rsidP="003E175B">
            <w:pPr>
              <w:rPr>
                <w:i/>
                <w:szCs w:val="24"/>
                <w:lang w:val="ru-RU"/>
              </w:rPr>
            </w:pPr>
          </w:p>
          <w:p w:rsidR="00A72C33" w:rsidRPr="00A72C33" w:rsidRDefault="00A72C33" w:rsidP="003E175B">
            <w:pPr>
              <w:rPr>
                <w:i/>
                <w:szCs w:val="24"/>
                <w:lang w:val="ru-RU"/>
              </w:rPr>
            </w:pPr>
          </w:p>
          <w:p w:rsidR="00A72C33" w:rsidRPr="00A72C33" w:rsidRDefault="00A72C33" w:rsidP="00A72C33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>составил:  к.п.н.</w:t>
            </w:r>
            <w:proofErr w:type="gramEnd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A72C33" w:rsidRPr="00A72C33" w:rsidRDefault="00A72C33" w:rsidP="00A72C33">
            <w:pPr>
              <w:spacing w:line="240" w:lineRule="auto"/>
              <w:rPr>
                <w:sz w:val="12"/>
                <w:lang w:val="ru-RU"/>
              </w:rPr>
            </w:pPr>
            <w:r w:rsidRPr="00A72C33">
              <w:rPr>
                <w:sz w:val="12"/>
                <w:lang w:val="ru-RU"/>
              </w:rPr>
              <w:t xml:space="preserve">                                                                               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lang w:val="ru-RU"/>
              </w:rPr>
              <w:t xml:space="preserve">Утверждено на заседании кафедры: </w:t>
            </w:r>
            <w:proofErr w:type="gramStart"/>
            <w:r w:rsidRPr="00A72C33">
              <w:rPr>
                <w:lang w:val="ru-RU"/>
              </w:rPr>
              <w:t>СДМ  протокол</w:t>
            </w:r>
            <w:proofErr w:type="gramEnd"/>
            <w:r w:rsidRPr="00A72C33">
              <w:rPr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___ </w:t>
            </w:r>
            <w:r w:rsidRPr="00A72C33">
              <w:rPr>
                <w:lang w:val="ru-RU"/>
              </w:rPr>
              <w:t xml:space="preserve">от </w:t>
            </w:r>
            <w:r w:rsidRPr="00A72C33">
              <w:rPr>
                <w:szCs w:val="24"/>
                <w:lang w:val="ru-RU"/>
              </w:rPr>
              <w:t>«</w:t>
            </w:r>
            <w:r w:rsidRPr="00A72C33">
              <w:rPr>
                <w:szCs w:val="24"/>
                <w:u w:val="single"/>
                <w:lang w:val="ru-RU"/>
              </w:rPr>
              <w:t>___</w:t>
            </w:r>
            <w:r w:rsidRPr="00A72C33">
              <w:rPr>
                <w:szCs w:val="24"/>
                <w:lang w:val="ru-RU"/>
              </w:rPr>
              <w:t xml:space="preserve">» _______202__г.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sz w:val="12"/>
                <w:lang w:val="ru-RU"/>
              </w:rPr>
              <w:t xml:space="preserve">                                                                                                                                       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Заведующий </w:t>
            </w:r>
            <w:proofErr w:type="gramStart"/>
            <w:r w:rsidRPr="00A72C33">
              <w:rPr>
                <w:szCs w:val="24"/>
                <w:lang w:val="ru-RU"/>
              </w:rPr>
              <w:t>кафедрой  СДМ</w:t>
            </w:r>
            <w:proofErr w:type="gramEnd"/>
            <w:r w:rsidRPr="00A72C33">
              <w:rPr>
                <w:szCs w:val="24"/>
                <w:lang w:val="ru-RU"/>
              </w:rPr>
              <w:t xml:space="preserve"> </w:t>
            </w:r>
            <w:r w:rsidRPr="00A72C33">
              <w:rPr>
                <w:lang w:val="ru-RU"/>
              </w:rPr>
              <w:t xml:space="preserve">                             ______________                          </w:t>
            </w:r>
            <w:r w:rsidRPr="00A72C33">
              <w:rPr>
                <w:szCs w:val="24"/>
                <w:lang w:val="ru-RU"/>
              </w:rPr>
              <w:t>Зеньков С.А.</w:t>
            </w:r>
          </w:p>
        </w:tc>
      </w:tr>
    </w:tbl>
    <w:p w:rsidR="00A72C33" w:rsidRPr="00A72C33" w:rsidRDefault="00A72C33" w:rsidP="00A72C33">
      <w:pPr>
        <w:rPr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1"/>
        <w:gridCol w:w="6484"/>
      </w:tblGrid>
      <w:tr w:rsidR="00A72C33" w:rsidTr="003E175B">
        <w:tblPrEx>
          <w:tblCellMar>
            <w:top w:w="0" w:type="dxa"/>
            <w:bottom w:w="0" w:type="dxa"/>
          </w:tblCellMar>
        </w:tblPrEx>
        <w:tc>
          <w:tcPr>
            <w:tcW w:w="1727" w:type="pct"/>
            <w:vAlign w:val="center"/>
          </w:tcPr>
          <w:p w:rsidR="00A72C33" w:rsidRPr="00A72C33" w:rsidRDefault="00A72C33" w:rsidP="00A72C33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A72C33">
              <w:rPr>
                <w:lang w:val="ru-RU"/>
              </w:rPr>
              <w:br w:type="page"/>
            </w:r>
            <w:r w:rsidRPr="00A72C33">
              <w:rPr>
                <w:lang w:val="ru-RU"/>
              </w:rPr>
              <w:br w:type="page"/>
            </w:r>
            <w:r w:rsidRPr="00A72C33">
              <w:rPr>
                <w:lang w:val="ru-RU"/>
              </w:rPr>
              <w:br w:type="page"/>
            </w:r>
            <w:r w:rsidRPr="00A72C33">
              <w:rPr>
                <w:lang w:val="ru-RU"/>
              </w:rPr>
              <w:br w:type="page"/>
            </w:r>
          </w:p>
          <w:p w:rsidR="00A72C33" w:rsidRPr="00A72C33" w:rsidRDefault="00A72C33" w:rsidP="00A72C33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A72C33">
              <w:rPr>
                <w:sz w:val="18"/>
                <w:lang w:val="ru-RU"/>
              </w:rPr>
              <w:t>Минобрнауки России</w:t>
            </w:r>
          </w:p>
          <w:p w:rsidR="00A72C33" w:rsidRPr="00A72C33" w:rsidRDefault="00A72C33" w:rsidP="00A72C33">
            <w:pPr>
              <w:pStyle w:val="af"/>
              <w:spacing w:after="0" w:line="240" w:lineRule="auto"/>
              <w:jc w:val="center"/>
              <w:rPr>
                <w:sz w:val="22"/>
                <w:lang w:val="ru-RU"/>
              </w:rPr>
            </w:pPr>
            <w:r w:rsidRPr="00A72C33">
              <w:rPr>
                <w:sz w:val="22"/>
                <w:lang w:val="ru-RU"/>
              </w:rPr>
              <w:t>ФГБОУ ВО</w:t>
            </w:r>
          </w:p>
          <w:p w:rsidR="00A72C33" w:rsidRPr="00A72C33" w:rsidRDefault="00A72C33" w:rsidP="00A72C33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A72C33">
              <w:rPr>
                <w:lang w:val="ru-RU"/>
              </w:rPr>
              <w:t>«Братский государственный ун</w:t>
            </w:r>
            <w:r w:rsidRPr="00A72C33">
              <w:rPr>
                <w:lang w:val="ru-RU"/>
              </w:rPr>
              <w:t>и</w:t>
            </w:r>
            <w:r w:rsidRPr="00A72C33">
              <w:rPr>
                <w:lang w:val="ru-RU"/>
              </w:rPr>
              <w:t>верситет»</w:t>
            </w:r>
          </w:p>
          <w:p w:rsidR="00A72C33" w:rsidRPr="00A72C33" w:rsidRDefault="00A72C33" w:rsidP="00A72C33">
            <w:pPr>
              <w:spacing w:line="240" w:lineRule="auto"/>
              <w:jc w:val="center"/>
              <w:rPr>
                <w:sz w:val="18"/>
                <w:lang w:val="ru-RU"/>
              </w:rPr>
            </w:pPr>
          </w:p>
        </w:tc>
        <w:tc>
          <w:tcPr>
            <w:tcW w:w="3273" w:type="pct"/>
          </w:tcPr>
          <w:p w:rsidR="00A72C33" w:rsidRPr="00A72C33" w:rsidRDefault="00A72C33" w:rsidP="00A72C33">
            <w:pPr>
              <w:spacing w:line="24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A72C33">
              <w:rPr>
                <w:b/>
                <w:sz w:val="28"/>
                <w:szCs w:val="28"/>
                <w:lang w:val="ru-RU"/>
              </w:rPr>
              <w:t>Экзаменационный билет № 9</w:t>
            </w:r>
          </w:p>
          <w:p w:rsidR="00A72C33" w:rsidRPr="00A72C33" w:rsidRDefault="00A72C33" w:rsidP="00A72C33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по </w:t>
            </w:r>
            <w:proofErr w:type="gramStart"/>
            <w:r w:rsidRPr="00A72C33">
              <w:rPr>
                <w:szCs w:val="24"/>
                <w:lang w:val="ru-RU"/>
              </w:rPr>
              <w:t>дисциплине</w:t>
            </w:r>
            <w:r w:rsidRPr="00A72C33">
              <w:rPr>
                <w:b/>
                <w:szCs w:val="24"/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 Инженерная</w:t>
            </w:r>
            <w:proofErr w:type="gramEnd"/>
            <w:r w:rsidRPr="00A72C33">
              <w:rPr>
                <w:szCs w:val="24"/>
                <w:lang w:val="ru-RU"/>
              </w:rPr>
              <w:t xml:space="preserve"> графика</w:t>
            </w:r>
          </w:p>
          <w:p w:rsidR="00A72C33" w:rsidRPr="00162AE5" w:rsidRDefault="00A72C33" w:rsidP="00A72C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15.03.02 </w:t>
            </w:r>
            <w:r w:rsidRPr="00162AE5">
              <w:rPr>
                <w:szCs w:val="24"/>
              </w:rPr>
              <w:t xml:space="preserve"> </w:t>
            </w:r>
            <w:r w:rsidRPr="00852388">
              <w:rPr>
                <w:color w:val="333333"/>
                <w:szCs w:val="24"/>
                <w:shd w:val="clear" w:color="auto" w:fill="FFFFFF"/>
              </w:rPr>
              <w:t>Машины и оборудование лесного комплекса</w:t>
            </w:r>
          </w:p>
          <w:p w:rsidR="00A72C33" w:rsidRPr="00595C31" w:rsidRDefault="00A72C33" w:rsidP="00A72C33">
            <w:pPr>
              <w:spacing w:line="240" w:lineRule="auto"/>
              <w:jc w:val="center"/>
              <w:rPr>
                <w:szCs w:val="24"/>
              </w:rPr>
            </w:pPr>
          </w:p>
        </w:tc>
      </w:tr>
      <w:tr w:rsidR="00A72C33" w:rsidRPr="00A72C33" w:rsidTr="003E175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vAlign w:val="center"/>
          </w:tcPr>
          <w:p w:rsidR="00A72C33" w:rsidRPr="00A72C33" w:rsidRDefault="00A72C33" w:rsidP="00A72C33">
            <w:pPr>
              <w:spacing w:line="240" w:lineRule="auto"/>
              <w:ind w:firstLine="426"/>
              <w:jc w:val="both"/>
              <w:rPr>
                <w:lang w:val="ru-RU"/>
              </w:rPr>
            </w:pPr>
            <w:r w:rsidRPr="00A72C33">
              <w:rPr>
                <w:lang w:val="ru-RU"/>
              </w:rPr>
              <w:t>1. Поверхности. Многоргранники. Пирамида</w:t>
            </w:r>
          </w:p>
          <w:p w:rsidR="00A72C33" w:rsidRPr="00A72C33" w:rsidRDefault="00A72C33" w:rsidP="00A72C33">
            <w:pPr>
              <w:spacing w:line="240" w:lineRule="auto"/>
              <w:ind w:left="138"/>
              <w:rPr>
                <w:lang w:val="ru-RU"/>
              </w:rPr>
            </w:pPr>
            <w:r w:rsidRPr="00A72C33">
              <w:rPr>
                <w:i/>
                <w:szCs w:val="24"/>
                <w:lang w:val="ru-RU"/>
              </w:rPr>
              <w:t xml:space="preserve">Задача. </w:t>
            </w:r>
            <w:r w:rsidRPr="00A72C33">
              <w:rPr>
                <w:lang w:val="ru-RU"/>
              </w:rPr>
              <w:t>Построить три проекции заданных моделей</w:t>
            </w:r>
          </w:p>
          <w:p w:rsidR="00A72C33" w:rsidRPr="00A72C33" w:rsidRDefault="00A72C33" w:rsidP="00A72C33">
            <w:pPr>
              <w:spacing w:line="240" w:lineRule="auto"/>
              <w:ind w:firstLine="426"/>
              <w:jc w:val="both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40320" behindDoc="0" locked="0" layoutInCell="1" allowOverlap="1">
                  <wp:simplePos x="0" y="0"/>
                  <wp:positionH relativeFrom="column">
                    <wp:posOffset>3141980</wp:posOffset>
                  </wp:positionH>
                  <wp:positionV relativeFrom="paragraph">
                    <wp:posOffset>157480</wp:posOffset>
                  </wp:positionV>
                  <wp:extent cx="414655" cy="714375"/>
                  <wp:effectExtent l="0" t="0" r="4445" b="9525"/>
                  <wp:wrapNone/>
                  <wp:docPr id="9" name="Рисунок 9" descr="Сборник задан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Сборник задан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72C33" w:rsidRPr="00A72C33" w:rsidRDefault="00A72C33" w:rsidP="00A72C33">
            <w:pPr>
              <w:spacing w:line="240" w:lineRule="auto"/>
              <w:ind w:firstLine="426"/>
              <w:jc w:val="both"/>
              <w:rPr>
                <w:lang w:val="ru-RU"/>
              </w:rPr>
            </w:pPr>
          </w:p>
          <w:p w:rsidR="00A72C33" w:rsidRPr="00A72C33" w:rsidRDefault="00A72C33" w:rsidP="00A72C33">
            <w:pPr>
              <w:spacing w:line="240" w:lineRule="auto"/>
              <w:ind w:firstLine="426"/>
              <w:jc w:val="both"/>
              <w:rPr>
                <w:lang w:val="ru-RU"/>
              </w:rPr>
            </w:pPr>
          </w:p>
          <w:p w:rsidR="00A72C33" w:rsidRPr="00A72C33" w:rsidRDefault="00A72C33" w:rsidP="00A72C33">
            <w:pPr>
              <w:spacing w:line="240" w:lineRule="auto"/>
              <w:ind w:firstLine="426"/>
              <w:jc w:val="both"/>
              <w:rPr>
                <w:lang w:val="ru-RU"/>
              </w:rPr>
            </w:pPr>
          </w:p>
          <w:p w:rsidR="00A72C33" w:rsidRPr="00A72C33" w:rsidRDefault="00A72C33" w:rsidP="00A72C33">
            <w:pPr>
              <w:spacing w:line="240" w:lineRule="auto"/>
              <w:jc w:val="both"/>
              <w:rPr>
                <w:lang w:val="ru-RU"/>
              </w:rPr>
            </w:pPr>
          </w:p>
          <w:p w:rsidR="00A72C33" w:rsidRPr="00A72C33" w:rsidRDefault="00A72C33" w:rsidP="00A72C33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         2. </w:t>
            </w:r>
            <w:r w:rsidRPr="00A72C33">
              <w:rPr>
                <w:lang w:val="ru-RU"/>
              </w:rPr>
              <w:t>Поверхности. Поверхности вращения. Цилиндр</w:t>
            </w:r>
          </w:p>
          <w:p w:rsidR="00A72C33" w:rsidRPr="00A72C33" w:rsidRDefault="00A72C33" w:rsidP="00A72C33">
            <w:pPr>
              <w:tabs>
                <w:tab w:val="left" w:pos="1065"/>
              </w:tabs>
              <w:spacing w:line="240" w:lineRule="auto"/>
              <w:rPr>
                <w:lang w:val="ru-RU"/>
              </w:rPr>
            </w:pPr>
            <w:r w:rsidRPr="00A72C33">
              <w:rPr>
                <w:i/>
                <w:szCs w:val="24"/>
                <w:lang w:val="ru-RU"/>
              </w:rPr>
              <w:t>Задача.</w:t>
            </w:r>
            <w:r w:rsidRPr="00A72C33">
              <w:rPr>
                <w:szCs w:val="24"/>
                <w:lang w:val="ru-RU"/>
              </w:rPr>
              <w:t xml:space="preserve"> Выполнить фронтальный и профильный разрезы на месте соответствующих видов модели.</w:t>
            </w:r>
          </w:p>
          <w:p w:rsidR="00A72C33" w:rsidRPr="00A72C33" w:rsidRDefault="00A72C33" w:rsidP="00A72C33">
            <w:pPr>
              <w:tabs>
                <w:tab w:val="left" w:pos="1065"/>
              </w:tabs>
              <w:spacing w:line="240" w:lineRule="auto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41344" behindDoc="0" locked="0" layoutInCell="1" allowOverlap="1">
                  <wp:simplePos x="0" y="0"/>
                  <wp:positionH relativeFrom="column">
                    <wp:posOffset>2940685</wp:posOffset>
                  </wp:positionH>
                  <wp:positionV relativeFrom="paragraph">
                    <wp:posOffset>23495</wp:posOffset>
                  </wp:positionV>
                  <wp:extent cx="353695" cy="561975"/>
                  <wp:effectExtent l="0" t="0" r="8255" b="9525"/>
                  <wp:wrapNone/>
                  <wp:docPr id="8" name="Рисунок 8" descr="Snap 2018-05-07 at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nap 2018-05-07 at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72C33" w:rsidRPr="00A72C33" w:rsidRDefault="00A72C33" w:rsidP="00A72C33">
            <w:pPr>
              <w:tabs>
                <w:tab w:val="left" w:pos="1065"/>
              </w:tabs>
              <w:spacing w:line="240" w:lineRule="auto"/>
              <w:rPr>
                <w:lang w:val="ru-RU"/>
              </w:rPr>
            </w:pPr>
          </w:p>
          <w:p w:rsidR="00A72C33" w:rsidRPr="00A72C33" w:rsidRDefault="00A72C33" w:rsidP="00A72C33">
            <w:pPr>
              <w:tabs>
                <w:tab w:val="left" w:pos="1065"/>
              </w:tabs>
              <w:spacing w:line="240" w:lineRule="auto"/>
              <w:rPr>
                <w:lang w:val="ru-RU"/>
              </w:rPr>
            </w:pPr>
          </w:p>
          <w:p w:rsidR="00A72C33" w:rsidRPr="00A72C33" w:rsidRDefault="00A72C33" w:rsidP="00A72C33">
            <w:pPr>
              <w:tabs>
                <w:tab w:val="left" w:pos="1065"/>
              </w:tabs>
              <w:spacing w:line="240" w:lineRule="auto"/>
              <w:rPr>
                <w:lang w:val="ru-RU"/>
              </w:rPr>
            </w:pPr>
          </w:p>
          <w:p w:rsidR="00A72C33" w:rsidRPr="00A72C33" w:rsidRDefault="00A72C33" w:rsidP="00A72C33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>составил:  к.п.н.</w:t>
            </w:r>
            <w:proofErr w:type="gramEnd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A72C33" w:rsidRPr="00A72C33" w:rsidRDefault="00A72C33" w:rsidP="00A72C33">
            <w:pPr>
              <w:spacing w:line="240" w:lineRule="auto"/>
              <w:rPr>
                <w:sz w:val="12"/>
                <w:lang w:val="ru-RU"/>
              </w:rPr>
            </w:pPr>
            <w:r w:rsidRPr="00A72C33">
              <w:rPr>
                <w:sz w:val="12"/>
                <w:lang w:val="ru-RU"/>
              </w:rPr>
              <w:t xml:space="preserve">                                                                               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lang w:val="ru-RU"/>
              </w:rPr>
              <w:t xml:space="preserve">Утверждено на заседании кафедры: </w:t>
            </w:r>
            <w:proofErr w:type="gramStart"/>
            <w:r w:rsidRPr="00A72C33">
              <w:rPr>
                <w:lang w:val="ru-RU"/>
              </w:rPr>
              <w:t>СДМ  протокол</w:t>
            </w:r>
            <w:proofErr w:type="gramEnd"/>
            <w:r w:rsidRPr="00A72C33">
              <w:rPr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___ </w:t>
            </w:r>
            <w:r w:rsidRPr="00A72C33">
              <w:rPr>
                <w:lang w:val="ru-RU"/>
              </w:rPr>
              <w:t xml:space="preserve">от </w:t>
            </w:r>
            <w:r w:rsidRPr="00A72C33">
              <w:rPr>
                <w:szCs w:val="24"/>
                <w:lang w:val="ru-RU"/>
              </w:rPr>
              <w:t>«</w:t>
            </w:r>
            <w:r w:rsidRPr="00A72C33">
              <w:rPr>
                <w:szCs w:val="24"/>
                <w:u w:val="single"/>
                <w:lang w:val="ru-RU"/>
              </w:rPr>
              <w:t>___</w:t>
            </w:r>
            <w:r w:rsidRPr="00A72C33">
              <w:rPr>
                <w:szCs w:val="24"/>
                <w:lang w:val="ru-RU"/>
              </w:rPr>
              <w:t xml:space="preserve">» _______202__г.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sz w:val="12"/>
                <w:lang w:val="ru-RU"/>
              </w:rPr>
              <w:t xml:space="preserve">                                                                                                                                       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Заведующий </w:t>
            </w:r>
            <w:proofErr w:type="gramStart"/>
            <w:r w:rsidRPr="00A72C33">
              <w:rPr>
                <w:szCs w:val="24"/>
                <w:lang w:val="ru-RU"/>
              </w:rPr>
              <w:t>кафедрой  СДМ</w:t>
            </w:r>
            <w:proofErr w:type="gramEnd"/>
            <w:r w:rsidRPr="00A72C33">
              <w:rPr>
                <w:szCs w:val="24"/>
                <w:lang w:val="ru-RU"/>
              </w:rPr>
              <w:t xml:space="preserve"> </w:t>
            </w:r>
            <w:r w:rsidRPr="00A72C33">
              <w:rPr>
                <w:lang w:val="ru-RU"/>
              </w:rPr>
              <w:t xml:space="preserve">                             ______________                          </w:t>
            </w:r>
            <w:r w:rsidRPr="00A72C33">
              <w:rPr>
                <w:szCs w:val="24"/>
                <w:lang w:val="ru-RU"/>
              </w:rPr>
              <w:t>Зеньков С.А.</w:t>
            </w:r>
          </w:p>
          <w:p w:rsidR="00A72C33" w:rsidRPr="00A72C33" w:rsidRDefault="00A72C33" w:rsidP="00A72C33">
            <w:pPr>
              <w:spacing w:line="240" w:lineRule="auto"/>
              <w:rPr>
                <w:szCs w:val="24"/>
                <w:lang w:val="ru-RU"/>
              </w:rPr>
            </w:pPr>
          </w:p>
        </w:tc>
      </w:tr>
      <w:tr w:rsidR="00A72C33" w:rsidTr="003E175B">
        <w:tblPrEx>
          <w:tblCellMar>
            <w:top w:w="0" w:type="dxa"/>
            <w:bottom w:w="0" w:type="dxa"/>
          </w:tblCellMar>
        </w:tblPrEx>
        <w:tc>
          <w:tcPr>
            <w:tcW w:w="1727" w:type="pct"/>
            <w:vAlign w:val="center"/>
          </w:tcPr>
          <w:p w:rsidR="00A72C33" w:rsidRPr="00A72C33" w:rsidRDefault="00A72C33" w:rsidP="003E175B">
            <w:pPr>
              <w:jc w:val="center"/>
              <w:rPr>
                <w:sz w:val="18"/>
                <w:lang w:val="ru-RU"/>
              </w:rPr>
            </w:pPr>
            <w:r w:rsidRPr="00A72C33">
              <w:rPr>
                <w:lang w:val="ru-RU"/>
              </w:rPr>
              <w:lastRenderedPageBreak/>
              <w:br w:type="page"/>
            </w:r>
            <w:r w:rsidRPr="00A72C33">
              <w:rPr>
                <w:lang w:val="ru-RU"/>
              </w:rPr>
              <w:br w:type="page"/>
            </w:r>
          </w:p>
          <w:p w:rsidR="00A72C33" w:rsidRPr="00A72C33" w:rsidRDefault="00A72C33" w:rsidP="003E175B">
            <w:pPr>
              <w:jc w:val="center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>Минобрнауки России</w:t>
            </w:r>
          </w:p>
          <w:p w:rsidR="00A72C33" w:rsidRPr="00A72C33" w:rsidRDefault="00A72C33" w:rsidP="003E175B">
            <w:pPr>
              <w:pStyle w:val="af"/>
              <w:spacing w:after="0"/>
              <w:jc w:val="center"/>
              <w:rPr>
                <w:lang w:val="ru-RU"/>
              </w:rPr>
            </w:pPr>
            <w:r w:rsidRPr="00A72C33">
              <w:rPr>
                <w:lang w:val="ru-RU"/>
              </w:rPr>
              <w:t xml:space="preserve">ФГБОУ ВО </w:t>
            </w:r>
          </w:p>
          <w:p w:rsidR="00A72C33" w:rsidRPr="00A72C33" w:rsidRDefault="00A72C33" w:rsidP="003E175B">
            <w:pPr>
              <w:jc w:val="center"/>
              <w:rPr>
                <w:sz w:val="18"/>
                <w:lang w:val="ru-RU"/>
              </w:rPr>
            </w:pPr>
            <w:r w:rsidRPr="00A72C33">
              <w:rPr>
                <w:szCs w:val="24"/>
                <w:lang w:val="ru-RU"/>
              </w:rPr>
              <w:t>«БрГУ»</w:t>
            </w:r>
          </w:p>
        </w:tc>
        <w:tc>
          <w:tcPr>
            <w:tcW w:w="3273" w:type="pct"/>
          </w:tcPr>
          <w:p w:rsidR="00A72C33" w:rsidRPr="00A72C33" w:rsidRDefault="00A72C33" w:rsidP="003E175B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C33">
              <w:rPr>
                <w:b/>
                <w:sz w:val="28"/>
                <w:szCs w:val="28"/>
                <w:lang w:val="ru-RU"/>
              </w:rPr>
              <w:t>Экзаменационный билет № 10</w:t>
            </w:r>
          </w:p>
          <w:p w:rsidR="00A72C33" w:rsidRPr="00A72C33" w:rsidRDefault="00A72C33" w:rsidP="003E175B">
            <w:pPr>
              <w:jc w:val="center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по </w:t>
            </w:r>
            <w:proofErr w:type="gramStart"/>
            <w:r w:rsidRPr="00A72C33">
              <w:rPr>
                <w:szCs w:val="24"/>
                <w:lang w:val="ru-RU"/>
              </w:rPr>
              <w:t>дисциплине</w:t>
            </w:r>
            <w:r w:rsidRPr="00A72C33">
              <w:rPr>
                <w:b/>
                <w:szCs w:val="24"/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 Инженерная</w:t>
            </w:r>
            <w:proofErr w:type="gramEnd"/>
            <w:r w:rsidRPr="00A72C33">
              <w:rPr>
                <w:szCs w:val="24"/>
                <w:lang w:val="ru-RU"/>
              </w:rPr>
              <w:t xml:space="preserve"> графика</w:t>
            </w:r>
          </w:p>
          <w:p w:rsidR="00A72C33" w:rsidRPr="00162AE5" w:rsidRDefault="00A72C33" w:rsidP="003E175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15.03.02 </w:t>
            </w:r>
            <w:r w:rsidRPr="00162AE5">
              <w:rPr>
                <w:szCs w:val="24"/>
              </w:rPr>
              <w:t xml:space="preserve"> </w:t>
            </w:r>
            <w:r w:rsidRPr="00852388">
              <w:rPr>
                <w:color w:val="333333"/>
                <w:szCs w:val="24"/>
                <w:shd w:val="clear" w:color="auto" w:fill="FFFFFF"/>
              </w:rPr>
              <w:t>Машины и оборудование лесного комплекса</w:t>
            </w:r>
          </w:p>
          <w:p w:rsidR="00A72C33" w:rsidRPr="00595C31" w:rsidRDefault="00A72C33" w:rsidP="003E175B">
            <w:pPr>
              <w:jc w:val="center"/>
              <w:rPr>
                <w:szCs w:val="24"/>
              </w:rPr>
            </w:pPr>
          </w:p>
        </w:tc>
      </w:tr>
      <w:tr w:rsidR="00A72C33" w:rsidRPr="00A72C33" w:rsidTr="003E175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vAlign w:val="center"/>
          </w:tcPr>
          <w:p w:rsidR="00A72C33" w:rsidRPr="00A72C33" w:rsidRDefault="00A72C33" w:rsidP="003E175B">
            <w:pPr>
              <w:tabs>
                <w:tab w:val="left" w:pos="1065"/>
              </w:tabs>
              <w:ind w:firstLine="426"/>
              <w:rPr>
                <w:lang w:val="ru-RU"/>
              </w:rPr>
            </w:pPr>
            <w:r w:rsidRPr="00A72C33">
              <w:rPr>
                <w:lang w:val="ru-RU"/>
              </w:rPr>
              <w:t>1. Пересечение поверхностей. Метод секущих плоскостей</w:t>
            </w:r>
          </w:p>
          <w:p w:rsidR="00A72C33" w:rsidRPr="00A72C33" w:rsidRDefault="00A72C33" w:rsidP="003E175B">
            <w:pPr>
              <w:tabs>
                <w:tab w:val="left" w:pos="1065"/>
              </w:tabs>
              <w:rPr>
                <w:szCs w:val="24"/>
                <w:lang w:val="ru-RU"/>
              </w:rPr>
            </w:pPr>
            <w:r w:rsidRPr="00A72C33">
              <w:rPr>
                <w:i/>
                <w:szCs w:val="24"/>
                <w:lang w:val="ru-RU"/>
              </w:rPr>
              <w:t>Задача.</w:t>
            </w:r>
            <w:r w:rsidRPr="00A72C33">
              <w:rPr>
                <w:szCs w:val="24"/>
                <w:lang w:val="ru-RU"/>
              </w:rPr>
              <w:t xml:space="preserve"> Построить линию пересечения поверхностей</w:t>
            </w:r>
          </w:p>
          <w:p w:rsidR="00A72C33" w:rsidRPr="00A72C33" w:rsidRDefault="00A72C33" w:rsidP="003E175B">
            <w:pPr>
              <w:tabs>
                <w:tab w:val="left" w:pos="1065"/>
              </w:tabs>
              <w:rPr>
                <w:szCs w:val="24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2731135</wp:posOffset>
                  </wp:positionH>
                  <wp:positionV relativeFrom="paragraph">
                    <wp:posOffset>130175</wp:posOffset>
                  </wp:positionV>
                  <wp:extent cx="513080" cy="781050"/>
                  <wp:effectExtent l="0" t="0" r="1270" b="0"/>
                  <wp:wrapNone/>
                  <wp:docPr id="7" name="Рисунок 7" descr="Документ1 - Microsoft W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Документ1 - Microsoft W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308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72C33" w:rsidRPr="00A72C33" w:rsidRDefault="00A72C33" w:rsidP="003E175B">
            <w:pPr>
              <w:tabs>
                <w:tab w:val="left" w:pos="1065"/>
              </w:tabs>
              <w:rPr>
                <w:szCs w:val="24"/>
                <w:lang w:val="ru-RU"/>
              </w:rPr>
            </w:pPr>
          </w:p>
          <w:p w:rsidR="00A72C33" w:rsidRPr="00A72C33" w:rsidRDefault="00A72C33" w:rsidP="003E175B">
            <w:pPr>
              <w:tabs>
                <w:tab w:val="left" w:pos="1065"/>
              </w:tabs>
              <w:rPr>
                <w:szCs w:val="24"/>
                <w:lang w:val="ru-RU"/>
              </w:rPr>
            </w:pPr>
          </w:p>
          <w:p w:rsidR="00A72C33" w:rsidRPr="00A72C33" w:rsidRDefault="00A72C33" w:rsidP="003E175B">
            <w:pPr>
              <w:tabs>
                <w:tab w:val="left" w:pos="1065"/>
              </w:tabs>
              <w:rPr>
                <w:szCs w:val="24"/>
                <w:lang w:val="ru-RU"/>
              </w:rPr>
            </w:pPr>
          </w:p>
          <w:p w:rsidR="00A72C33" w:rsidRPr="00A72C33" w:rsidRDefault="00A72C33" w:rsidP="003E175B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line="288" w:lineRule="auto"/>
              <w:ind w:firstLine="426"/>
              <w:jc w:val="both"/>
              <w:textAlignment w:val="baseline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>2.</w:t>
            </w:r>
            <w:r w:rsidRPr="00A72C33">
              <w:rPr>
                <w:lang w:val="ru-RU"/>
              </w:rPr>
              <w:t xml:space="preserve"> Способы преобразования чертежа. </w:t>
            </w:r>
            <w:proofErr w:type="gramStart"/>
            <w:r w:rsidRPr="00A72C33">
              <w:rPr>
                <w:lang w:val="ru-RU"/>
              </w:rPr>
              <w:t>Плоско-параллельное</w:t>
            </w:r>
            <w:proofErr w:type="gramEnd"/>
            <w:r w:rsidRPr="00A72C33">
              <w:rPr>
                <w:lang w:val="ru-RU"/>
              </w:rPr>
              <w:t xml:space="preserve"> перемещение</w:t>
            </w:r>
          </w:p>
          <w:p w:rsidR="00A72C33" w:rsidRPr="00A72C33" w:rsidRDefault="00A72C33" w:rsidP="003E175B">
            <w:pPr>
              <w:tabs>
                <w:tab w:val="left" w:pos="1065"/>
              </w:tabs>
              <w:rPr>
                <w:lang w:val="ru-RU"/>
              </w:rPr>
            </w:pPr>
            <w:r w:rsidRPr="00A72C33">
              <w:rPr>
                <w:i/>
                <w:szCs w:val="24"/>
                <w:lang w:val="ru-RU"/>
              </w:rPr>
              <w:t>Задача.</w:t>
            </w:r>
            <w:r w:rsidRPr="00A72C33">
              <w:rPr>
                <w:sz w:val="28"/>
                <w:szCs w:val="28"/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>Определить Натуральную величину плоскости общего положения, заданной проекциями треугольника</w:t>
            </w:r>
          </w:p>
          <w:p w:rsidR="00A72C33" w:rsidRPr="00A72C33" w:rsidRDefault="00A72C33" w:rsidP="003E175B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>составил:  к.п.н.</w:t>
            </w:r>
            <w:proofErr w:type="gramEnd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A72C33" w:rsidRPr="00A72C33" w:rsidRDefault="00A72C33" w:rsidP="003E175B">
            <w:pPr>
              <w:rPr>
                <w:sz w:val="12"/>
                <w:lang w:val="ru-RU"/>
              </w:rPr>
            </w:pPr>
            <w:r w:rsidRPr="00A72C33">
              <w:rPr>
                <w:sz w:val="12"/>
                <w:lang w:val="ru-RU"/>
              </w:rPr>
              <w:t xml:space="preserve">                                                                                </w:t>
            </w:r>
          </w:p>
          <w:p w:rsidR="00A72C33" w:rsidRPr="00A72C33" w:rsidRDefault="00A72C33" w:rsidP="003E175B">
            <w:pPr>
              <w:rPr>
                <w:lang w:val="ru-RU"/>
              </w:rPr>
            </w:pPr>
            <w:r w:rsidRPr="00A72C33">
              <w:rPr>
                <w:lang w:val="ru-RU"/>
              </w:rPr>
              <w:t xml:space="preserve">Утверждено на заседании кафедры: </w:t>
            </w:r>
            <w:proofErr w:type="gramStart"/>
            <w:r w:rsidRPr="00A72C33">
              <w:rPr>
                <w:lang w:val="ru-RU"/>
              </w:rPr>
              <w:t>СДМ  протокол</w:t>
            </w:r>
            <w:proofErr w:type="gramEnd"/>
            <w:r w:rsidRPr="00A72C33">
              <w:rPr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___ </w:t>
            </w:r>
            <w:r w:rsidRPr="00A72C33">
              <w:rPr>
                <w:lang w:val="ru-RU"/>
              </w:rPr>
              <w:t xml:space="preserve">от </w:t>
            </w:r>
            <w:r w:rsidRPr="00A72C33">
              <w:rPr>
                <w:szCs w:val="24"/>
                <w:lang w:val="ru-RU"/>
              </w:rPr>
              <w:t>«</w:t>
            </w:r>
            <w:r w:rsidRPr="00A72C33">
              <w:rPr>
                <w:szCs w:val="24"/>
                <w:u w:val="single"/>
                <w:lang w:val="ru-RU"/>
              </w:rPr>
              <w:t>___</w:t>
            </w:r>
            <w:r w:rsidRPr="00A72C33">
              <w:rPr>
                <w:szCs w:val="24"/>
                <w:lang w:val="ru-RU"/>
              </w:rPr>
              <w:t xml:space="preserve">» _______202__г. </w:t>
            </w:r>
          </w:p>
          <w:p w:rsidR="00A72C33" w:rsidRPr="00A72C33" w:rsidRDefault="00A72C33" w:rsidP="003E175B">
            <w:pPr>
              <w:rPr>
                <w:lang w:val="ru-RU"/>
              </w:rPr>
            </w:pPr>
            <w:r w:rsidRPr="00A72C33">
              <w:rPr>
                <w:sz w:val="12"/>
                <w:lang w:val="ru-RU"/>
              </w:rPr>
              <w:t xml:space="preserve">                                                                                                                                        </w:t>
            </w:r>
          </w:p>
          <w:p w:rsidR="00A72C33" w:rsidRPr="00A72C33" w:rsidRDefault="00A72C33" w:rsidP="003E175B">
            <w:pPr>
              <w:rPr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Заведующий </w:t>
            </w:r>
            <w:proofErr w:type="gramStart"/>
            <w:r w:rsidRPr="00A72C33">
              <w:rPr>
                <w:szCs w:val="24"/>
                <w:lang w:val="ru-RU"/>
              </w:rPr>
              <w:t>кафедрой  СДМ</w:t>
            </w:r>
            <w:proofErr w:type="gramEnd"/>
            <w:r w:rsidRPr="00A72C33">
              <w:rPr>
                <w:szCs w:val="24"/>
                <w:lang w:val="ru-RU"/>
              </w:rPr>
              <w:t xml:space="preserve"> </w:t>
            </w:r>
            <w:r w:rsidRPr="00A72C33">
              <w:rPr>
                <w:lang w:val="ru-RU"/>
              </w:rPr>
              <w:t xml:space="preserve">                             ______________                          </w:t>
            </w:r>
            <w:r w:rsidRPr="00A72C33">
              <w:rPr>
                <w:szCs w:val="24"/>
                <w:lang w:val="ru-RU"/>
              </w:rPr>
              <w:t>Зеньков С.А.</w:t>
            </w:r>
          </w:p>
          <w:p w:rsidR="00A72C33" w:rsidRPr="00A72C33" w:rsidRDefault="00A72C33" w:rsidP="003E175B">
            <w:pPr>
              <w:rPr>
                <w:szCs w:val="24"/>
                <w:lang w:val="ru-RU"/>
              </w:rPr>
            </w:pPr>
          </w:p>
        </w:tc>
      </w:tr>
    </w:tbl>
    <w:p w:rsidR="00A72C33" w:rsidRPr="00A72C33" w:rsidRDefault="00A72C33" w:rsidP="00A72C33">
      <w:pPr>
        <w:rPr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1"/>
        <w:gridCol w:w="6484"/>
      </w:tblGrid>
      <w:tr w:rsidR="00A72C33" w:rsidTr="003E175B">
        <w:tblPrEx>
          <w:tblCellMar>
            <w:top w:w="0" w:type="dxa"/>
            <w:bottom w:w="0" w:type="dxa"/>
          </w:tblCellMar>
        </w:tblPrEx>
        <w:trPr>
          <w:trHeight w:val="1186"/>
        </w:trPr>
        <w:tc>
          <w:tcPr>
            <w:tcW w:w="1727" w:type="pct"/>
            <w:vAlign w:val="center"/>
          </w:tcPr>
          <w:p w:rsidR="00A72C33" w:rsidRPr="00A72C33" w:rsidRDefault="00A72C33" w:rsidP="00A72C33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A72C33">
              <w:rPr>
                <w:lang w:val="ru-RU"/>
              </w:rPr>
              <w:br w:type="page"/>
            </w:r>
            <w:r w:rsidRPr="00A72C33">
              <w:rPr>
                <w:lang w:val="ru-RU"/>
              </w:rPr>
              <w:br w:type="page"/>
            </w:r>
            <w:r w:rsidRPr="00A72C33">
              <w:rPr>
                <w:lang w:val="ru-RU"/>
              </w:rPr>
              <w:br w:type="page"/>
            </w:r>
          </w:p>
          <w:p w:rsidR="00A72C33" w:rsidRPr="00A72C33" w:rsidRDefault="00A72C33" w:rsidP="00A72C33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>Минобрнауки России</w:t>
            </w:r>
          </w:p>
          <w:p w:rsidR="00A72C33" w:rsidRPr="00A72C33" w:rsidRDefault="00A72C33" w:rsidP="00A72C33">
            <w:pPr>
              <w:pStyle w:val="af"/>
              <w:spacing w:after="0" w:line="240" w:lineRule="auto"/>
              <w:jc w:val="center"/>
              <w:rPr>
                <w:lang w:val="ru-RU"/>
              </w:rPr>
            </w:pPr>
            <w:r w:rsidRPr="00A72C33">
              <w:rPr>
                <w:lang w:val="ru-RU"/>
              </w:rPr>
              <w:t xml:space="preserve">ФГБОУ ВО </w:t>
            </w:r>
          </w:p>
          <w:p w:rsidR="00A72C33" w:rsidRPr="00A72C33" w:rsidRDefault="00A72C33" w:rsidP="00A72C33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A72C33">
              <w:rPr>
                <w:szCs w:val="24"/>
                <w:lang w:val="ru-RU"/>
              </w:rPr>
              <w:t>«БрГУ»</w:t>
            </w:r>
          </w:p>
        </w:tc>
        <w:tc>
          <w:tcPr>
            <w:tcW w:w="3273" w:type="pct"/>
          </w:tcPr>
          <w:p w:rsidR="00A72C33" w:rsidRPr="00A72C33" w:rsidRDefault="00A72C33" w:rsidP="00A72C33">
            <w:pPr>
              <w:spacing w:line="24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A72C33">
              <w:rPr>
                <w:b/>
                <w:sz w:val="28"/>
                <w:szCs w:val="28"/>
                <w:lang w:val="ru-RU"/>
              </w:rPr>
              <w:t>Экзаменационный билет № 11</w:t>
            </w:r>
          </w:p>
          <w:p w:rsidR="00A72C33" w:rsidRPr="00A72C33" w:rsidRDefault="00A72C33" w:rsidP="00A72C33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по </w:t>
            </w:r>
            <w:proofErr w:type="gramStart"/>
            <w:r w:rsidRPr="00A72C33">
              <w:rPr>
                <w:szCs w:val="24"/>
                <w:lang w:val="ru-RU"/>
              </w:rPr>
              <w:t>дисциплине</w:t>
            </w:r>
            <w:r w:rsidRPr="00A72C33">
              <w:rPr>
                <w:b/>
                <w:szCs w:val="24"/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 Инженерная</w:t>
            </w:r>
            <w:proofErr w:type="gramEnd"/>
            <w:r w:rsidRPr="00A72C33">
              <w:rPr>
                <w:szCs w:val="24"/>
                <w:lang w:val="ru-RU"/>
              </w:rPr>
              <w:t xml:space="preserve"> графика</w:t>
            </w:r>
          </w:p>
          <w:p w:rsidR="00A72C33" w:rsidRPr="00162AE5" w:rsidRDefault="00A72C33" w:rsidP="00A72C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15.03.02 </w:t>
            </w:r>
            <w:r w:rsidRPr="00162AE5">
              <w:rPr>
                <w:szCs w:val="24"/>
              </w:rPr>
              <w:t xml:space="preserve"> </w:t>
            </w:r>
            <w:r w:rsidRPr="00852388">
              <w:rPr>
                <w:color w:val="333333"/>
                <w:szCs w:val="24"/>
                <w:shd w:val="clear" w:color="auto" w:fill="FFFFFF"/>
              </w:rPr>
              <w:t>Машины и оборудование лесного комплекса</w:t>
            </w:r>
          </w:p>
          <w:p w:rsidR="00A72C33" w:rsidRPr="00253629" w:rsidRDefault="00A72C33" w:rsidP="00A72C33">
            <w:pPr>
              <w:spacing w:line="240" w:lineRule="auto"/>
              <w:jc w:val="center"/>
              <w:rPr>
                <w:szCs w:val="24"/>
                <w:u w:val="single"/>
              </w:rPr>
            </w:pPr>
          </w:p>
        </w:tc>
      </w:tr>
      <w:tr w:rsidR="00A72C33" w:rsidRPr="00A72C33" w:rsidTr="003E175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vAlign w:val="center"/>
          </w:tcPr>
          <w:p w:rsidR="00A72C33" w:rsidRPr="00A72C33" w:rsidRDefault="00A72C33" w:rsidP="00A72C33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       1. Метод проекций. Центральное и параллельное проецирование.</w:t>
            </w:r>
          </w:p>
          <w:p w:rsidR="00A72C33" w:rsidRPr="00A72C33" w:rsidRDefault="00A72C33" w:rsidP="00A72C33">
            <w:pPr>
              <w:tabs>
                <w:tab w:val="left" w:pos="1065"/>
              </w:tabs>
              <w:spacing w:line="240" w:lineRule="auto"/>
              <w:rPr>
                <w:lang w:val="ru-RU"/>
              </w:rPr>
            </w:pPr>
            <w:r w:rsidRPr="00A72C33">
              <w:rPr>
                <w:i/>
                <w:szCs w:val="24"/>
                <w:lang w:val="ru-RU"/>
              </w:rPr>
              <w:t>Задача.</w:t>
            </w:r>
            <w:r w:rsidRPr="00A72C33">
              <w:rPr>
                <w:sz w:val="28"/>
                <w:szCs w:val="28"/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Построить три проекции точки </w:t>
            </w:r>
            <w:r w:rsidRPr="00D15A74">
              <w:rPr>
                <w:szCs w:val="24"/>
              </w:rPr>
              <w:t>S</w:t>
            </w:r>
            <w:r w:rsidRPr="00A72C33">
              <w:rPr>
                <w:szCs w:val="24"/>
                <w:lang w:val="ru-RU"/>
              </w:rPr>
              <w:t xml:space="preserve">(30,20,30) и точки </w:t>
            </w:r>
            <w:r w:rsidRPr="00D15A74">
              <w:rPr>
                <w:szCs w:val="24"/>
              </w:rPr>
              <w:t>P</w:t>
            </w:r>
            <w:r w:rsidRPr="00A72C33">
              <w:rPr>
                <w:szCs w:val="24"/>
                <w:lang w:val="ru-RU"/>
              </w:rPr>
              <w:t xml:space="preserve">, если известно, что она удалена </w:t>
            </w:r>
            <w:proofErr w:type="gramStart"/>
            <w:r w:rsidRPr="00A72C33">
              <w:rPr>
                <w:szCs w:val="24"/>
                <w:lang w:val="ru-RU"/>
              </w:rPr>
              <w:t>от  П</w:t>
            </w:r>
            <w:proofErr w:type="gramEnd"/>
            <w:r w:rsidRPr="00A72C33">
              <w:rPr>
                <w:szCs w:val="24"/>
                <w:vertAlign w:val="subscript"/>
                <w:lang w:val="ru-RU"/>
              </w:rPr>
              <w:t>3</w:t>
            </w:r>
            <w:r w:rsidRPr="00A72C33">
              <w:rPr>
                <w:szCs w:val="24"/>
                <w:lang w:val="ru-RU"/>
              </w:rPr>
              <w:t xml:space="preserve"> на 20мм от П</w:t>
            </w:r>
            <w:r w:rsidRPr="00A72C33">
              <w:rPr>
                <w:szCs w:val="24"/>
                <w:vertAlign w:val="subscript"/>
                <w:lang w:val="ru-RU"/>
              </w:rPr>
              <w:t>2</w:t>
            </w:r>
            <w:r w:rsidRPr="00A72C33">
              <w:rPr>
                <w:szCs w:val="24"/>
                <w:lang w:val="ru-RU"/>
              </w:rPr>
              <w:t xml:space="preserve"> на  25мм, а координата </w:t>
            </w:r>
            <w:r w:rsidRPr="00D15A74">
              <w:rPr>
                <w:szCs w:val="24"/>
              </w:rPr>
              <w:t>Z</w:t>
            </w:r>
            <w:r w:rsidRPr="00A72C33">
              <w:rPr>
                <w:szCs w:val="24"/>
                <w:lang w:val="ru-RU"/>
              </w:rPr>
              <w:t xml:space="preserve"> = 0. Охарактеризуйте положение точек </w:t>
            </w:r>
            <w:r w:rsidRPr="00D15A74">
              <w:rPr>
                <w:szCs w:val="24"/>
              </w:rPr>
              <w:t>S</w:t>
            </w:r>
            <w:r w:rsidRPr="00A72C33">
              <w:rPr>
                <w:szCs w:val="24"/>
                <w:lang w:val="ru-RU"/>
              </w:rPr>
              <w:t xml:space="preserve"> и </w:t>
            </w:r>
            <w:r w:rsidRPr="00D15A74">
              <w:rPr>
                <w:szCs w:val="24"/>
              </w:rPr>
              <w:t>P</w:t>
            </w:r>
            <w:r w:rsidRPr="00A72C33">
              <w:rPr>
                <w:szCs w:val="24"/>
                <w:lang w:val="ru-RU"/>
              </w:rPr>
              <w:t xml:space="preserve"> относительно плоскостей проекций.  </w:t>
            </w:r>
          </w:p>
          <w:p w:rsidR="00A72C33" w:rsidRPr="00A72C33" w:rsidRDefault="00A72C33" w:rsidP="00A72C33">
            <w:pPr>
              <w:tabs>
                <w:tab w:val="left" w:pos="1065"/>
              </w:tabs>
              <w:spacing w:line="240" w:lineRule="auto"/>
              <w:rPr>
                <w:szCs w:val="24"/>
                <w:lang w:val="ru-RU"/>
              </w:rPr>
            </w:pPr>
          </w:p>
          <w:p w:rsidR="00A72C33" w:rsidRPr="00A72C33" w:rsidRDefault="00A72C33" w:rsidP="00A72C33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       2. </w:t>
            </w:r>
            <w:r w:rsidRPr="00A72C33">
              <w:rPr>
                <w:lang w:val="ru-RU"/>
              </w:rPr>
              <w:t>Пересечение поверхностей. Метод сфер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>
              <w:rPr>
                <w:noProof/>
                <w:szCs w:val="24"/>
                <w:lang w:val="ru-RU" w:eastAsia="ru-RU"/>
              </w:rPr>
              <w:drawing>
                <wp:anchor distT="0" distB="0" distL="114300" distR="114300" simplePos="0" relativeHeight="251642368" behindDoc="0" locked="0" layoutInCell="1" allowOverlap="1">
                  <wp:simplePos x="0" y="0"/>
                  <wp:positionH relativeFrom="column">
                    <wp:posOffset>2974975</wp:posOffset>
                  </wp:positionH>
                  <wp:positionV relativeFrom="paragraph">
                    <wp:posOffset>254000</wp:posOffset>
                  </wp:positionV>
                  <wp:extent cx="744220" cy="988695"/>
                  <wp:effectExtent l="0" t="0" r="0" b="1905"/>
                  <wp:wrapNone/>
                  <wp:docPr id="6" name="Рисунок 6" descr="Snap 2018-05-07 at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nap 2018-05-07 at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220" cy="988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72C33">
              <w:rPr>
                <w:i/>
                <w:szCs w:val="24"/>
                <w:lang w:val="ru-RU"/>
              </w:rPr>
              <w:t>Задача.</w:t>
            </w:r>
            <w:r w:rsidRPr="00A72C33">
              <w:rPr>
                <w:sz w:val="28"/>
                <w:szCs w:val="28"/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>Построить линию пересечения заданных поверхностей используя способ вспомогательных концентрических сфер.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</w:p>
          <w:p w:rsidR="00A72C33" w:rsidRPr="00A72C33" w:rsidRDefault="00A72C33" w:rsidP="00A72C33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>составил:  к.п.н.</w:t>
            </w:r>
            <w:proofErr w:type="gramEnd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A72C33" w:rsidRPr="00A72C33" w:rsidRDefault="00A72C33" w:rsidP="00A72C33">
            <w:pPr>
              <w:spacing w:line="240" w:lineRule="auto"/>
              <w:rPr>
                <w:sz w:val="12"/>
                <w:lang w:val="ru-RU"/>
              </w:rPr>
            </w:pPr>
            <w:r w:rsidRPr="00A72C33">
              <w:rPr>
                <w:sz w:val="12"/>
                <w:lang w:val="ru-RU"/>
              </w:rPr>
              <w:t xml:space="preserve">                                                                               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lang w:val="ru-RU"/>
              </w:rPr>
              <w:t xml:space="preserve">Утверждено на заседании кафедры: </w:t>
            </w:r>
            <w:proofErr w:type="gramStart"/>
            <w:r w:rsidRPr="00A72C33">
              <w:rPr>
                <w:lang w:val="ru-RU"/>
              </w:rPr>
              <w:t>СДМ  протокол</w:t>
            </w:r>
            <w:proofErr w:type="gramEnd"/>
            <w:r w:rsidRPr="00A72C33">
              <w:rPr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___ </w:t>
            </w:r>
            <w:r w:rsidRPr="00A72C33">
              <w:rPr>
                <w:lang w:val="ru-RU"/>
              </w:rPr>
              <w:t xml:space="preserve">от </w:t>
            </w:r>
            <w:r w:rsidRPr="00A72C33">
              <w:rPr>
                <w:szCs w:val="24"/>
                <w:lang w:val="ru-RU"/>
              </w:rPr>
              <w:t>«</w:t>
            </w:r>
            <w:r w:rsidRPr="00A72C33">
              <w:rPr>
                <w:szCs w:val="24"/>
                <w:u w:val="single"/>
                <w:lang w:val="ru-RU"/>
              </w:rPr>
              <w:t>___</w:t>
            </w:r>
            <w:r w:rsidRPr="00A72C33">
              <w:rPr>
                <w:szCs w:val="24"/>
                <w:lang w:val="ru-RU"/>
              </w:rPr>
              <w:t xml:space="preserve">» _______202__г.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sz w:val="12"/>
                <w:lang w:val="ru-RU"/>
              </w:rPr>
              <w:t xml:space="preserve">                                                                                                                                       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Заведующий </w:t>
            </w:r>
            <w:proofErr w:type="gramStart"/>
            <w:r w:rsidRPr="00A72C33">
              <w:rPr>
                <w:szCs w:val="24"/>
                <w:lang w:val="ru-RU"/>
              </w:rPr>
              <w:t>кафедрой  СДМ</w:t>
            </w:r>
            <w:proofErr w:type="gramEnd"/>
            <w:r w:rsidRPr="00A72C33">
              <w:rPr>
                <w:szCs w:val="24"/>
                <w:lang w:val="ru-RU"/>
              </w:rPr>
              <w:t xml:space="preserve"> </w:t>
            </w:r>
            <w:r w:rsidRPr="00A72C33">
              <w:rPr>
                <w:lang w:val="ru-RU"/>
              </w:rPr>
              <w:t xml:space="preserve">                             ______________                          </w:t>
            </w:r>
            <w:r w:rsidRPr="00A72C33">
              <w:rPr>
                <w:szCs w:val="24"/>
                <w:lang w:val="ru-RU"/>
              </w:rPr>
              <w:t>Зеньков С.А.</w:t>
            </w:r>
          </w:p>
        </w:tc>
      </w:tr>
    </w:tbl>
    <w:p w:rsidR="00A72C33" w:rsidRPr="00A72C33" w:rsidRDefault="00A72C33" w:rsidP="00A72C33">
      <w:pPr>
        <w:rPr>
          <w:sz w:val="10"/>
          <w:szCs w:val="10"/>
          <w:lang w:val="ru-RU"/>
        </w:rPr>
      </w:pPr>
    </w:p>
    <w:p w:rsidR="00A72C33" w:rsidRPr="00A72C33" w:rsidRDefault="00A72C33" w:rsidP="00A72C33">
      <w:pPr>
        <w:rPr>
          <w:sz w:val="10"/>
          <w:szCs w:val="10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1"/>
        <w:gridCol w:w="6484"/>
      </w:tblGrid>
      <w:tr w:rsidR="00A72C33" w:rsidTr="003E175B">
        <w:tblPrEx>
          <w:tblCellMar>
            <w:top w:w="0" w:type="dxa"/>
            <w:bottom w:w="0" w:type="dxa"/>
          </w:tblCellMar>
        </w:tblPrEx>
        <w:tc>
          <w:tcPr>
            <w:tcW w:w="1727" w:type="pct"/>
            <w:vAlign w:val="center"/>
          </w:tcPr>
          <w:p w:rsidR="00A72C33" w:rsidRPr="00A72C33" w:rsidRDefault="00A72C33" w:rsidP="00A72C33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A72C33">
              <w:rPr>
                <w:lang w:val="ru-RU"/>
              </w:rPr>
              <w:br w:type="page"/>
            </w:r>
            <w:r w:rsidRPr="00A72C33">
              <w:rPr>
                <w:lang w:val="ru-RU"/>
              </w:rPr>
              <w:br w:type="page"/>
            </w:r>
          </w:p>
          <w:p w:rsidR="00A72C33" w:rsidRPr="00A72C33" w:rsidRDefault="00A72C33" w:rsidP="00A72C33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>Минобрнауки России</w:t>
            </w:r>
          </w:p>
          <w:p w:rsidR="00A72C33" w:rsidRPr="00A72C33" w:rsidRDefault="00A72C33" w:rsidP="00A72C33">
            <w:pPr>
              <w:pStyle w:val="af"/>
              <w:spacing w:after="0" w:line="240" w:lineRule="auto"/>
              <w:jc w:val="center"/>
              <w:rPr>
                <w:lang w:val="ru-RU"/>
              </w:rPr>
            </w:pPr>
            <w:r w:rsidRPr="00A72C33">
              <w:rPr>
                <w:lang w:val="ru-RU"/>
              </w:rPr>
              <w:t xml:space="preserve">ФГБОУ ВО </w:t>
            </w:r>
          </w:p>
          <w:p w:rsidR="00A72C33" w:rsidRPr="00A72C33" w:rsidRDefault="00A72C33" w:rsidP="00A72C33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A72C33">
              <w:rPr>
                <w:szCs w:val="24"/>
                <w:lang w:val="ru-RU"/>
              </w:rPr>
              <w:t>«БрГУ»</w:t>
            </w:r>
          </w:p>
        </w:tc>
        <w:tc>
          <w:tcPr>
            <w:tcW w:w="3273" w:type="pct"/>
          </w:tcPr>
          <w:p w:rsidR="00A72C33" w:rsidRPr="00A72C33" w:rsidRDefault="00A72C33" w:rsidP="00A72C33">
            <w:pPr>
              <w:spacing w:line="24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A72C33">
              <w:rPr>
                <w:b/>
                <w:sz w:val="28"/>
                <w:szCs w:val="28"/>
                <w:lang w:val="ru-RU"/>
              </w:rPr>
              <w:t>Экзаменационный билет № 12</w:t>
            </w:r>
          </w:p>
          <w:p w:rsidR="00A72C33" w:rsidRPr="00A72C33" w:rsidRDefault="00A72C33" w:rsidP="00A72C33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по </w:t>
            </w:r>
            <w:proofErr w:type="gramStart"/>
            <w:r w:rsidRPr="00A72C33">
              <w:rPr>
                <w:szCs w:val="24"/>
                <w:lang w:val="ru-RU"/>
              </w:rPr>
              <w:t>дисциплине</w:t>
            </w:r>
            <w:r w:rsidRPr="00A72C33">
              <w:rPr>
                <w:b/>
                <w:szCs w:val="24"/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 Инженерная</w:t>
            </w:r>
            <w:proofErr w:type="gramEnd"/>
            <w:r w:rsidRPr="00A72C33">
              <w:rPr>
                <w:szCs w:val="24"/>
                <w:lang w:val="ru-RU"/>
              </w:rPr>
              <w:t xml:space="preserve"> графика</w:t>
            </w:r>
          </w:p>
          <w:p w:rsidR="00A72C33" w:rsidRPr="00162AE5" w:rsidRDefault="00A72C33" w:rsidP="00A72C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15.03.02 </w:t>
            </w:r>
            <w:r w:rsidRPr="00162AE5">
              <w:rPr>
                <w:szCs w:val="24"/>
              </w:rPr>
              <w:t xml:space="preserve"> </w:t>
            </w:r>
            <w:r w:rsidRPr="00852388">
              <w:rPr>
                <w:color w:val="333333"/>
                <w:szCs w:val="24"/>
                <w:shd w:val="clear" w:color="auto" w:fill="FFFFFF"/>
              </w:rPr>
              <w:t>Машины и оборудование лесного комплекса</w:t>
            </w:r>
          </w:p>
          <w:p w:rsidR="00A72C33" w:rsidRPr="00253629" w:rsidRDefault="00A72C33" w:rsidP="00A72C33">
            <w:pPr>
              <w:spacing w:line="240" w:lineRule="auto"/>
              <w:jc w:val="center"/>
              <w:rPr>
                <w:szCs w:val="24"/>
                <w:u w:val="single"/>
              </w:rPr>
            </w:pPr>
          </w:p>
        </w:tc>
      </w:tr>
      <w:tr w:rsidR="00A72C33" w:rsidRPr="00A72C33" w:rsidTr="003E175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vAlign w:val="center"/>
          </w:tcPr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lang w:val="ru-RU"/>
              </w:rPr>
              <w:t xml:space="preserve">   1. Поверхности. Поверхности вращения. Тор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i/>
                <w:szCs w:val="24"/>
                <w:lang w:val="ru-RU"/>
              </w:rPr>
              <w:t xml:space="preserve">Задача. </w:t>
            </w:r>
            <w:r w:rsidRPr="00A72C33">
              <w:rPr>
                <w:szCs w:val="24"/>
                <w:lang w:val="ru-RU"/>
              </w:rPr>
              <w:t>Построить линию пересечения тора проецирующей плоскостью</w:t>
            </w:r>
          </w:p>
          <w:p w:rsidR="00A72C33" w:rsidRPr="00A72C33" w:rsidRDefault="00A72C33" w:rsidP="00A72C33">
            <w:pPr>
              <w:spacing w:line="240" w:lineRule="auto"/>
              <w:ind w:left="138"/>
              <w:rPr>
                <w:i/>
                <w:szCs w:val="24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1584" behindDoc="0" locked="0" layoutInCell="1" allowOverlap="1">
                  <wp:simplePos x="0" y="0"/>
                  <wp:positionH relativeFrom="column">
                    <wp:posOffset>2385060</wp:posOffset>
                  </wp:positionH>
                  <wp:positionV relativeFrom="paragraph">
                    <wp:posOffset>67310</wp:posOffset>
                  </wp:positionV>
                  <wp:extent cx="603250" cy="714375"/>
                  <wp:effectExtent l="0" t="0" r="6350" b="9525"/>
                  <wp:wrapNone/>
                  <wp:docPr id="5" name="Рисунок 5" descr="Скриншот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Скриншот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72C33" w:rsidRPr="00A72C33" w:rsidRDefault="00A72C33" w:rsidP="00A72C33">
            <w:pPr>
              <w:spacing w:line="240" w:lineRule="auto"/>
              <w:ind w:left="138"/>
              <w:rPr>
                <w:i/>
                <w:szCs w:val="24"/>
                <w:lang w:val="ru-RU"/>
              </w:rPr>
            </w:pPr>
          </w:p>
          <w:p w:rsidR="00A72C33" w:rsidRPr="00A72C33" w:rsidRDefault="00A72C33" w:rsidP="00A72C33">
            <w:pPr>
              <w:tabs>
                <w:tab w:val="left" w:pos="1065"/>
              </w:tabs>
              <w:spacing w:line="240" w:lineRule="auto"/>
              <w:rPr>
                <w:szCs w:val="24"/>
                <w:lang w:val="ru-RU"/>
              </w:rPr>
            </w:pPr>
          </w:p>
          <w:p w:rsidR="00A72C33" w:rsidRPr="00A72C33" w:rsidRDefault="00A72C33" w:rsidP="00A72C33">
            <w:pPr>
              <w:tabs>
                <w:tab w:val="left" w:pos="1065"/>
              </w:tabs>
              <w:spacing w:line="240" w:lineRule="auto"/>
              <w:rPr>
                <w:szCs w:val="24"/>
                <w:lang w:val="ru-RU"/>
              </w:rPr>
            </w:pPr>
          </w:p>
          <w:p w:rsidR="00A72C33" w:rsidRPr="00A72C33" w:rsidRDefault="00A72C33" w:rsidP="00A72C33">
            <w:pPr>
              <w:tabs>
                <w:tab w:val="left" w:pos="1065"/>
              </w:tabs>
              <w:spacing w:line="240" w:lineRule="auto"/>
              <w:rPr>
                <w:szCs w:val="24"/>
                <w:lang w:val="ru-RU"/>
              </w:rPr>
            </w:pPr>
          </w:p>
          <w:p w:rsidR="00A72C33" w:rsidRPr="00A72C33" w:rsidRDefault="00A72C33" w:rsidP="00A72C33">
            <w:pPr>
              <w:tabs>
                <w:tab w:val="left" w:pos="1065"/>
              </w:tabs>
              <w:spacing w:line="240" w:lineRule="auto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    2. </w:t>
            </w:r>
            <w:r w:rsidRPr="00A72C33">
              <w:rPr>
                <w:lang w:val="ru-RU"/>
              </w:rPr>
              <w:t>Поверхности. Поверхности вращения. Сфера</w:t>
            </w:r>
          </w:p>
          <w:p w:rsidR="00A72C33" w:rsidRPr="00A72C33" w:rsidRDefault="00A72C33" w:rsidP="00A72C33">
            <w:pPr>
              <w:tabs>
                <w:tab w:val="left" w:pos="1065"/>
              </w:tabs>
              <w:spacing w:line="240" w:lineRule="auto"/>
              <w:rPr>
                <w:szCs w:val="24"/>
                <w:lang w:val="ru-RU"/>
              </w:rPr>
            </w:pPr>
            <w:r w:rsidRPr="00A72C33">
              <w:rPr>
                <w:i/>
                <w:szCs w:val="24"/>
                <w:lang w:val="ru-RU"/>
              </w:rPr>
              <w:t>Задача.</w:t>
            </w:r>
            <w:r w:rsidRPr="00A72C33">
              <w:rPr>
                <w:sz w:val="28"/>
                <w:szCs w:val="28"/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>Построить линию пересечения сферы проецирующими плоскостями</w:t>
            </w:r>
          </w:p>
          <w:p w:rsidR="00A72C33" w:rsidRPr="00A72C33" w:rsidRDefault="00A72C33" w:rsidP="00A72C33">
            <w:pPr>
              <w:tabs>
                <w:tab w:val="left" w:pos="1065"/>
              </w:tabs>
              <w:spacing w:line="240" w:lineRule="auto"/>
              <w:rPr>
                <w:szCs w:val="24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2543175</wp:posOffset>
                  </wp:positionH>
                  <wp:positionV relativeFrom="paragraph">
                    <wp:posOffset>130175</wp:posOffset>
                  </wp:positionV>
                  <wp:extent cx="523875" cy="542925"/>
                  <wp:effectExtent l="0" t="0" r="9525" b="9525"/>
                  <wp:wrapNone/>
                  <wp:docPr id="4" name="Рисунок 4" descr="Скриншот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Скриншот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72C33" w:rsidRPr="00A72C33" w:rsidRDefault="00A72C33" w:rsidP="00A72C33">
            <w:pPr>
              <w:tabs>
                <w:tab w:val="left" w:pos="1065"/>
              </w:tabs>
              <w:spacing w:line="240" w:lineRule="auto"/>
              <w:rPr>
                <w:szCs w:val="24"/>
                <w:lang w:val="ru-RU"/>
              </w:rPr>
            </w:pPr>
          </w:p>
          <w:p w:rsidR="00A72C33" w:rsidRPr="00A72C33" w:rsidRDefault="00A72C33" w:rsidP="00A72C33">
            <w:pPr>
              <w:tabs>
                <w:tab w:val="left" w:pos="1065"/>
              </w:tabs>
              <w:spacing w:line="240" w:lineRule="auto"/>
              <w:rPr>
                <w:lang w:val="ru-RU"/>
              </w:rPr>
            </w:pPr>
          </w:p>
          <w:p w:rsidR="00A72C33" w:rsidRPr="00A72C33" w:rsidRDefault="00A72C33" w:rsidP="00A72C33">
            <w:pPr>
              <w:tabs>
                <w:tab w:val="left" w:pos="1065"/>
              </w:tabs>
              <w:spacing w:line="240" w:lineRule="auto"/>
              <w:rPr>
                <w:lang w:val="ru-RU"/>
              </w:rPr>
            </w:pPr>
          </w:p>
          <w:p w:rsidR="00A72C33" w:rsidRPr="00A72C33" w:rsidRDefault="00A72C33" w:rsidP="00A72C33">
            <w:pPr>
              <w:tabs>
                <w:tab w:val="left" w:pos="1065"/>
              </w:tabs>
              <w:spacing w:line="240" w:lineRule="auto"/>
              <w:rPr>
                <w:lang w:val="ru-RU"/>
              </w:rPr>
            </w:pPr>
          </w:p>
          <w:p w:rsidR="00A72C33" w:rsidRPr="00A72C33" w:rsidRDefault="00A72C33" w:rsidP="00A72C33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>составил:  к.п.н.</w:t>
            </w:r>
            <w:proofErr w:type="gramEnd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A72C33" w:rsidRPr="00A72C33" w:rsidRDefault="00A72C33" w:rsidP="00A72C33">
            <w:pPr>
              <w:spacing w:line="240" w:lineRule="auto"/>
              <w:rPr>
                <w:sz w:val="12"/>
                <w:lang w:val="ru-RU"/>
              </w:rPr>
            </w:pPr>
            <w:r w:rsidRPr="00A72C33">
              <w:rPr>
                <w:sz w:val="12"/>
                <w:lang w:val="ru-RU"/>
              </w:rPr>
              <w:t xml:space="preserve">                                                                               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lang w:val="ru-RU"/>
              </w:rPr>
              <w:t xml:space="preserve">Утверждено на заседании кафедры: </w:t>
            </w:r>
            <w:proofErr w:type="gramStart"/>
            <w:r w:rsidRPr="00A72C33">
              <w:rPr>
                <w:lang w:val="ru-RU"/>
              </w:rPr>
              <w:t>СДМ  протокол</w:t>
            </w:r>
            <w:proofErr w:type="gramEnd"/>
            <w:r w:rsidRPr="00A72C33">
              <w:rPr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___ </w:t>
            </w:r>
            <w:r w:rsidRPr="00A72C33">
              <w:rPr>
                <w:lang w:val="ru-RU"/>
              </w:rPr>
              <w:t xml:space="preserve">от </w:t>
            </w:r>
            <w:r w:rsidRPr="00A72C33">
              <w:rPr>
                <w:szCs w:val="24"/>
                <w:lang w:val="ru-RU"/>
              </w:rPr>
              <w:t>«</w:t>
            </w:r>
            <w:r w:rsidRPr="00A72C33">
              <w:rPr>
                <w:szCs w:val="24"/>
                <w:u w:val="single"/>
                <w:lang w:val="ru-RU"/>
              </w:rPr>
              <w:t>___</w:t>
            </w:r>
            <w:r w:rsidRPr="00A72C33">
              <w:rPr>
                <w:szCs w:val="24"/>
                <w:lang w:val="ru-RU"/>
              </w:rPr>
              <w:t xml:space="preserve">» _______202__г.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sz w:val="12"/>
                <w:lang w:val="ru-RU"/>
              </w:rPr>
              <w:t xml:space="preserve">                                                                                                                                       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Заведующий </w:t>
            </w:r>
            <w:proofErr w:type="gramStart"/>
            <w:r w:rsidRPr="00A72C33">
              <w:rPr>
                <w:szCs w:val="24"/>
                <w:lang w:val="ru-RU"/>
              </w:rPr>
              <w:t>кафедрой  СДМ</w:t>
            </w:r>
            <w:proofErr w:type="gramEnd"/>
            <w:r w:rsidRPr="00A72C33">
              <w:rPr>
                <w:szCs w:val="24"/>
                <w:lang w:val="ru-RU"/>
              </w:rPr>
              <w:t xml:space="preserve"> </w:t>
            </w:r>
            <w:r w:rsidRPr="00A72C33">
              <w:rPr>
                <w:lang w:val="ru-RU"/>
              </w:rPr>
              <w:t xml:space="preserve">                             ______________                          </w:t>
            </w:r>
            <w:r w:rsidRPr="00A72C33">
              <w:rPr>
                <w:szCs w:val="24"/>
                <w:lang w:val="ru-RU"/>
              </w:rPr>
              <w:t>Зеньков С.А.</w:t>
            </w:r>
          </w:p>
          <w:p w:rsidR="00A72C33" w:rsidRPr="00A72C33" w:rsidRDefault="00A72C33" w:rsidP="00A72C33">
            <w:pPr>
              <w:spacing w:line="240" w:lineRule="auto"/>
              <w:rPr>
                <w:szCs w:val="24"/>
                <w:lang w:val="ru-RU"/>
              </w:rPr>
            </w:pPr>
          </w:p>
        </w:tc>
      </w:tr>
    </w:tbl>
    <w:p w:rsidR="00A72C33" w:rsidRPr="00A72C33" w:rsidRDefault="00A72C33" w:rsidP="00A72C33">
      <w:pPr>
        <w:rPr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1"/>
        <w:gridCol w:w="6484"/>
      </w:tblGrid>
      <w:tr w:rsidR="00A72C33" w:rsidTr="003E175B">
        <w:tblPrEx>
          <w:tblCellMar>
            <w:top w:w="0" w:type="dxa"/>
            <w:bottom w:w="0" w:type="dxa"/>
          </w:tblCellMar>
        </w:tblPrEx>
        <w:tc>
          <w:tcPr>
            <w:tcW w:w="1727" w:type="pct"/>
            <w:vAlign w:val="center"/>
          </w:tcPr>
          <w:p w:rsidR="00A72C33" w:rsidRPr="00A72C33" w:rsidRDefault="00A72C33" w:rsidP="00A72C33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A72C33">
              <w:rPr>
                <w:lang w:val="ru-RU"/>
              </w:rPr>
              <w:br w:type="page"/>
            </w:r>
            <w:r w:rsidRPr="00A72C33">
              <w:rPr>
                <w:lang w:val="ru-RU"/>
              </w:rPr>
              <w:br w:type="page"/>
            </w:r>
          </w:p>
          <w:p w:rsidR="00A72C33" w:rsidRPr="00A72C33" w:rsidRDefault="00A72C33" w:rsidP="00A72C33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>Минобрнауки России</w:t>
            </w:r>
          </w:p>
          <w:p w:rsidR="00A72C33" w:rsidRPr="00A72C33" w:rsidRDefault="00A72C33" w:rsidP="00A72C33">
            <w:pPr>
              <w:pStyle w:val="af"/>
              <w:spacing w:after="0" w:line="240" w:lineRule="auto"/>
              <w:jc w:val="center"/>
              <w:rPr>
                <w:lang w:val="ru-RU"/>
              </w:rPr>
            </w:pPr>
            <w:r w:rsidRPr="00A72C33">
              <w:rPr>
                <w:lang w:val="ru-RU"/>
              </w:rPr>
              <w:t xml:space="preserve">ФГБОУ ВО </w:t>
            </w:r>
          </w:p>
          <w:p w:rsidR="00A72C33" w:rsidRPr="00A72C33" w:rsidRDefault="00A72C33" w:rsidP="00A72C33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A72C33">
              <w:rPr>
                <w:szCs w:val="24"/>
                <w:lang w:val="ru-RU"/>
              </w:rPr>
              <w:t>«БрГУ»</w:t>
            </w:r>
          </w:p>
        </w:tc>
        <w:tc>
          <w:tcPr>
            <w:tcW w:w="3273" w:type="pct"/>
          </w:tcPr>
          <w:p w:rsidR="00A72C33" w:rsidRPr="00A72C33" w:rsidRDefault="00A72C33" w:rsidP="00A72C33">
            <w:pPr>
              <w:spacing w:line="24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A72C33">
              <w:rPr>
                <w:b/>
                <w:sz w:val="28"/>
                <w:szCs w:val="28"/>
                <w:lang w:val="ru-RU"/>
              </w:rPr>
              <w:t>Экзаменационный билет № 13</w:t>
            </w:r>
          </w:p>
          <w:p w:rsidR="00A72C33" w:rsidRPr="00A72C33" w:rsidRDefault="00A72C33" w:rsidP="00A72C33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по </w:t>
            </w:r>
            <w:proofErr w:type="gramStart"/>
            <w:r w:rsidRPr="00A72C33">
              <w:rPr>
                <w:szCs w:val="24"/>
                <w:lang w:val="ru-RU"/>
              </w:rPr>
              <w:t>дисциплине</w:t>
            </w:r>
            <w:r w:rsidRPr="00A72C33">
              <w:rPr>
                <w:b/>
                <w:szCs w:val="24"/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 Инженерная</w:t>
            </w:r>
            <w:proofErr w:type="gramEnd"/>
            <w:r w:rsidRPr="00A72C33">
              <w:rPr>
                <w:szCs w:val="24"/>
                <w:lang w:val="ru-RU"/>
              </w:rPr>
              <w:t xml:space="preserve"> графика</w:t>
            </w:r>
          </w:p>
          <w:p w:rsidR="00A72C33" w:rsidRPr="00162AE5" w:rsidRDefault="00A72C33" w:rsidP="00A72C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15.03.02 </w:t>
            </w:r>
            <w:r w:rsidRPr="00162AE5">
              <w:rPr>
                <w:szCs w:val="24"/>
              </w:rPr>
              <w:t xml:space="preserve"> </w:t>
            </w:r>
            <w:r w:rsidRPr="00852388">
              <w:rPr>
                <w:color w:val="333333"/>
                <w:szCs w:val="24"/>
                <w:shd w:val="clear" w:color="auto" w:fill="FFFFFF"/>
              </w:rPr>
              <w:t>Машины и оборудование лесного комплекса</w:t>
            </w:r>
          </w:p>
          <w:p w:rsidR="00A72C33" w:rsidRPr="00253629" w:rsidRDefault="00A72C33" w:rsidP="00A72C33">
            <w:pPr>
              <w:spacing w:line="240" w:lineRule="auto"/>
              <w:jc w:val="center"/>
              <w:rPr>
                <w:szCs w:val="24"/>
                <w:u w:val="single"/>
              </w:rPr>
            </w:pPr>
          </w:p>
        </w:tc>
      </w:tr>
      <w:tr w:rsidR="00A72C33" w:rsidRPr="00A72C33" w:rsidTr="003E175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vAlign w:val="center"/>
          </w:tcPr>
          <w:p w:rsidR="00A72C33" w:rsidRPr="00A72C33" w:rsidRDefault="00A72C33" w:rsidP="00A72C33">
            <w:pPr>
              <w:spacing w:line="240" w:lineRule="auto"/>
              <w:ind w:firstLine="426"/>
              <w:rPr>
                <w:i/>
                <w:szCs w:val="24"/>
                <w:lang w:val="ru-RU"/>
              </w:rPr>
            </w:pPr>
            <w:r w:rsidRPr="00A72C33">
              <w:rPr>
                <w:lang w:val="ru-RU"/>
              </w:rPr>
              <w:t>1. Проецирование прямой линии.</w:t>
            </w:r>
            <w:r w:rsidRPr="00A72C33">
              <w:rPr>
                <w:i/>
                <w:szCs w:val="24"/>
                <w:lang w:val="ru-RU"/>
              </w:rPr>
              <w:t xml:space="preserve">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i/>
                <w:szCs w:val="24"/>
                <w:lang w:val="ru-RU"/>
              </w:rPr>
              <w:t xml:space="preserve">Задача. </w:t>
            </w:r>
            <w:r w:rsidRPr="00A72C33">
              <w:rPr>
                <w:szCs w:val="24"/>
                <w:lang w:val="ru-RU"/>
              </w:rPr>
              <w:t>Построить проекции точек, принадлежащих: горизонтальной прямой, отстоящей от плоскости П</w:t>
            </w:r>
            <w:r w:rsidRPr="00A72C33">
              <w:rPr>
                <w:szCs w:val="24"/>
                <w:vertAlign w:val="subscript"/>
                <w:lang w:val="ru-RU"/>
              </w:rPr>
              <w:t>1</w:t>
            </w:r>
            <w:r w:rsidRPr="00A72C33">
              <w:rPr>
                <w:szCs w:val="24"/>
                <w:lang w:val="ru-RU"/>
              </w:rPr>
              <w:t xml:space="preserve"> на расстоянии 15мм и составляющей угол 30º с плоскостью П</w:t>
            </w:r>
            <w:r w:rsidRPr="00A72C33">
              <w:rPr>
                <w:szCs w:val="24"/>
                <w:vertAlign w:val="subscript"/>
                <w:lang w:val="ru-RU"/>
              </w:rPr>
              <w:t>2</w:t>
            </w:r>
          </w:p>
          <w:p w:rsidR="00A72C33" w:rsidRPr="00A72C33" w:rsidRDefault="00A72C33" w:rsidP="00A72C33">
            <w:pPr>
              <w:spacing w:line="240" w:lineRule="auto"/>
              <w:ind w:left="138"/>
              <w:rPr>
                <w:sz w:val="8"/>
                <w:szCs w:val="8"/>
                <w:lang w:val="ru-RU"/>
              </w:rPr>
            </w:pPr>
          </w:p>
          <w:p w:rsidR="00A72C33" w:rsidRPr="00A72C33" w:rsidRDefault="00A72C33" w:rsidP="00A72C33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         2. </w:t>
            </w:r>
            <w:r w:rsidRPr="00A72C33">
              <w:rPr>
                <w:lang w:val="ru-RU"/>
              </w:rPr>
              <w:t>Комплексный чертеж плоскости. Основные позиционные задачи. Прямые и точки в плоскости</w:t>
            </w:r>
          </w:p>
          <w:p w:rsidR="00A72C33" w:rsidRPr="00A72C33" w:rsidRDefault="00A72C33" w:rsidP="00A72C33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A72C33">
              <w:rPr>
                <w:i/>
                <w:szCs w:val="24"/>
                <w:lang w:val="ru-RU"/>
              </w:rPr>
              <w:t>Задача.</w:t>
            </w:r>
            <w:r w:rsidRPr="00A72C33">
              <w:rPr>
                <w:lang w:val="ru-RU"/>
              </w:rPr>
              <w:t xml:space="preserve"> Используя линии уровня, построить: проекции отрезка прямой </w:t>
            </w:r>
            <w:r w:rsidRPr="0051400C">
              <w:t>SD</w:t>
            </w:r>
            <w:r w:rsidRPr="00A72C33">
              <w:rPr>
                <w:lang w:val="ru-RU"/>
              </w:rPr>
              <w:t xml:space="preserve">, принадлежащего плоскости </w:t>
            </w:r>
            <w:proofErr w:type="gramStart"/>
            <w:r w:rsidRPr="0051400C">
              <w:t>Σ</w:t>
            </w:r>
            <w:r w:rsidRPr="00A72C33">
              <w:rPr>
                <w:lang w:val="ru-RU"/>
              </w:rPr>
              <w:t>(</w:t>
            </w:r>
            <w:proofErr w:type="gramEnd"/>
            <w:r w:rsidRPr="0051400C">
              <w:t>f</w:t>
            </w:r>
            <w:r w:rsidRPr="00A72C33">
              <w:rPr>
                <w:lang w:val="ru-RU"/>
              </w:rPr>
              <w:t xml:space="preserve"> ∩ </w:t>
            </w:r>
            <w:r w:rsidRPr="0051400C">
              <w:t>h</w:t>
            </w:r>
            <w:r w:rsidRPr="00A72C33">
              <w:rPr>
                <w:lang w:val="ru-RU"/>
              </w:rPr>
              <w:t>)</w:t>
            </w:r>
          </w:p>
          <w:p w:rsidR="00A72C33" w:rsidRPr="00A72C33" w:rsidRDefault="00A72C33" w:rsidP="00A72C33">
            <w:pPr>
              <w:tabs>
                <w:tab w:val="left" w:pos="1065"/>
              </w:tabs>
              <w:spacing w:line="240" w:lineRule="auto"/>
              <w:rPr>
                <w:szCs w:val="24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2226310</wp:posOffset>
                  </wp:positionH>
                  <wp:positionV relativeFrom="paragraph">
                    <wp:posOffset>8890</wp:posOffset>
                  </wp:positionV>
                  <wp:extent cx="390525" cy="624840"/>
                  <wp:effectExtent l="0" t="0" r="9525" b="3810"/>
                  <wp:wrapNone/>
                  <wp:docPr id="3" name="Рисунок 3" descr="Скриншот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Скриншот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72C33" w:rsidRPr="00A72C33" w:rsidRDefault="00A72C33" w:rsidP="00A72C33">
            <w:pPr>
              <w:tabs>
                <w:tab w:val="left" w:pos="1065"/>
              </w:tabs>
              <w:spacing w:line="240" w:lineRule="auto"/>
              <w:rPr>
                <w:lang w:val="ru-RU"/>
              </w:rPr>
            </w:pPr>
          </w:p>
          <w:p w:rsidR="00A72C33" w:rsidRPr="00A72C33" w:rsidRDefault="00A72C33" w:rsidP="00A72C33">
            <w:pPr>
              <w:tabs>
                <w:tab w:val="left" w:pos="1065"/>
              </w:tabs>
              <w:spacing w:line="240" w:lineRule="auto"/>
              <w:rPr>
                <w:lang w:val="ru-RU"/>
              </w:rPr>
            </w:pPr>
          </w:p>
          <w:p w:rsidR="00A72C33" w:rsidRPr="00A72C33" w:rsidRDefault="00A72C33" w:rsidP="00A72C33">
            <w:pPr>
              <w:tabs>
                <w:tab w:val="left" w:pos="1065"/>
              </w:tabs>
              <w:spacing w:line="240" w:lineRule="auto"/>
              <w:rPr>
                <w:lang w:val="ru-RU"/>
              </w:rPr>
            </w:pPr>
          </w:p>
          <w:p w:rsidR="00A72C33" w:rsidRPr="00A72C33" w:rsidRDefault="00A72C33" w:rsidP="00A72C33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>составил:  к.п.н.</w:t>
            </w:r>
            <w:proofErr w:type="gramEnd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A72C33" w:rsidRPr="00A72C33" w:rsidRDefault="00A72C33" w:rsidP="00A72C33">
            <w:pPr>
              <w:spacing w:line="240" w:lineRule="auto"/>
              <w:rPr>
                <w:sz w:val="12"/>
                <w:lang w:val="ru-RU"/>
              </w:rPr>
            </w:pPr>
            <w:r w:rsidRPr="00A72C33">
              <w:rPr>
                <w:sz w:val="12"/>
                <w:lang w:val="ru-RU"/>
              </w:rPr>
              <w:t xml:space="preserve">                                                                               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lang w:val="ru-RU"/>
              </w:rPr>
              <w:t xml:space="preserve">Утверждено на заседании кафедры: </w:t>
            </w:r>
            <w:proofErr w:type="gramStart"/>
            <w:r w:rsidRPr="00A72C33">
              <w:rPr>
                <w:lang w:val="ru-RU"/>
              </w:rPr>
              <w:t>СДМ  протокол</w:t>
            </w:r>
            <w:proofErr w:type="gramEnd"/>
            <w:r w:rsidRPr="00A72C33">
              <w:rPr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___ </w:t>
            </w:r>
            <w:r w:rsidRPr="00A72C33">
              <w:rPr>
                <w:lang w:val="ru-RU"/>
              </w:rPr>
              <w:t xml:space="preserve">от </w:t>
            </w:r>
            <w:r w:rsidRPr="00A72C33">
              <w:rPr>
                <w:szCs w:val="24"/>
                <w:lang w:val="ru-RU"/>
              </w:rPr>
              <w:t>«</w:t>
            </w:r>
            <w:r w:rsidRPr="00A72C33">
              <w:rPr>
                <w:szCs w:val="24"/>
                <w:u w:val="single"/>
                <w:lang w:val="ru-RU"/>
              </w:rPr>
              <w:t>___</w:t>
            </w:r>
            <w:r w:rsidRPr="00A72C33">
              <w:rPr>
                <w:szCs w:val="24"/>
                <w:lang w:val="ru-RU"/>
              </w:rPr>
              <w:t xml:space="preserve">» _______202__г.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sz w:val="12"/>
                <w:lang w:val="ru-RU"/>
              </w:rPr>
              <w:t xml:space="preserve">                                                                                                                                       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Заведующий </w:t>
            </w:r>
            <w:proofErr w:type="gramStart"/>
            <w:r w:rsidRPr="00A72C33">
              <w:rPr>
                <w:szCs w:val="24"/>
                <w:lang w:val="ru-RU"/>
              </w:rPr>
              <w:t>кафедрой  СДМ</w:t>
            </w:r>
            <w:proofErr w:type="gramEnd"/>
            <w:r w:rsidRPr="00A72C33">
              <w:rPr>
                <w:szCs w:val="24"/>
                <w:lang w:val="ru-RU"/>
              </w:rPr>
              <w:t xml:space="preserve"> </w:t>
            </w:r>
            <w:r w:rsidRPr="00A72C33">
              <w:rPr>
                <w:lang w:val="ru-RU"/>
              </w:rPr>
              <w:t xml:space="preserve">                             ______________                          </w:t>
            </w:r>
            <w:r w:rsidRPr="00A72C33">
              <w:rPr>
                <w:szCs w:val="24"/>
                <w:lang w:val="ru-RU"/>
              </w:rPr>
              <w:t>Зеньков С.А.</w:t>
            </w:r>
          </w:p>
          <w:p w:rsidR="00A72C33" w:rsidRPr="00A72C33" w:rsidRDefault="00A72C33" w:rsidP="00A72C33">
            <w:pPr>
              <w:spacing w:line="240" w:lineRule="auto"/>
              <w:rPr>
                <w:szCs w:val="24"/>
                <w:lang w:val="ru-RU"/>
              </w:rPr>
            </w:pPr>
          </w:p>
        </w:tc>
      </w:tr>
    </w:tbl>
    <w:p w:rsidR="00A72C33" w:rsidRPr="00A72C33" w:rsidRDefault="00A72C33" w:rsidP="00A72C33">
      <w:pPr>
        <w:rPr>
          <w:sz w:val="10"/>
          <w:szCs w:val="10"/>
          <w:lang w:val="ru-RU"/>
        </w:rPr>
      </w:pPr>
    </w:p>
    <w:p w:rsidR="00A72C33" w:rsidRPr="00A72C33" w:rsidRDefault="00A72C33" w:rsidP="00A72C33">
      <w:pPr>
        <w:rPr>
          <w:sz w:val="10"/>
          <w:szCs w:val="10"/>
          <w:lang w:val="ru-RU"/>
        </w:rPr>
      </w:pPr>
    </w:p>
    <w:p w:rsidR="00A72C33" w:rsidRPr="00A72C33" w:rsidRDefault="00A72C33" w:rsidP="00A72C33">
      <w:pPr>
        <w:rPr>
          <w:sz w:val="10"/>
          <w:szCs w:val="10"/>
          <w:lang w:val="ru-RU"/>
        </w:rPr>
      </w:pPr>
    </w:p>
    <w:p w:rsidR="00A72C33" w:rsidRPr="00A72C33" w:rsidRDefault="00A72C33" w:rsidP="00A72C33">
      <w:pPr>
        <w:rPr>
          <w:sz w:val="10"/>
          <w:szCs w:val="10"/>
          <w:lang w:val="ru-RU"/>
        </w:rPr>
      </w:pPr>
    </w:p>
    <w:p w:rsidR="00A72C33" w:rsidRPr="00A72C33" w:rsidRDefault="00A72C33" w:rsidP="00A72C33">
      <w:pPr>
        <w:rPr>
          <w:sz w:val="10"/>
          <w:szCs w:val="10"/>
          <w:lang w:val="ru-RU"/>
        </w:rPr>
      </w:pPr>
    </w:p>
    <w:p w:rsidR="00A72C33" w:rsidRPr="00A72C33" w:rsidRDefault="00A72C33" w:rsidP="00A72C33">
      <w:pPr>
        <w:rPr>
          <w:sz w:val="10"/>
          <w:szCs w:val="10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1"/>
        <w:gridCol w:w="6484"/>
      </w:tblGrid>
      <w:tr w:rsidR="00A72C33" w:rsidTr="003E175B">
        <w:tblPrEx>
          <w:tblCellMar>
            <w:top w:w="0" w:type="dxa"/>
            <w:bottom w:w="0" w:type="dxa"/>
          </w:tblCellMar>
        </w:tblPrEx>
        <w:tc>
          <w:tcPr>
            <w:tcW w:w="1727" w:type="pct"/>
            <w:vAlign w:val="center"/>
          </w:tcPr>
          <w:p w:rsidR="00A72C33" w:rsidRPr="00A72C33" w:rsidRDefault="00A72C33" w:rsidP="00A72C33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A72C33">
              <w:rPr>
                <w:lang w:val="ru-RU"/>
              </w:rPr>
              <w:lastRenderedPageBreak/>
              <w:br w:type="page"/>
            </w:r>
            <w:r w:rsidRPr="00A72C33">
              <w:rPr>
                <w:lang w:val="ru-RU"/>
              </w:rPr>
              <w:br w:type="page"/>
            </w:r>
          </w:p>
          <w:p w:rsidR="00A72C33" w:rsidRPr="00A72C33" w:rsidRDefault="00A72C33" w:rsidP="00A72C33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>Минобрнауки России</w:t>
            </w:r>
          </w:p>
          <w:p w:rsidR="00A72C33" w:rsidRPr="00A72C33" w:rsidRDefault="00A72C33" w:rsidP="00A72C33">
            <w:pPr>
              <w:pStyle w:val="af"/>
              <w:spacing w:after="0" w:line="240" w:lineRule="auto"/>
              <w:jc w:val="center"/>
              <w:rPr>
                <w:lang w:val="ru-RU"/>
              </w:rPr>
            </w:pPr>
            <w:r w:rsidRPr="00A72C33">
              <w:rPr>
                <w:lang w:val="ru-RU"/>
              </w:rPr>
              <w:t xml:space="preserve">ФГБОУ ВО </w:t>
            </w:r>
          </w:p>
          <w:p w:rsidR="00A72C33" w:rsidRPr="00A72C33" w:rsidRDefault="00A72C33" w:rsidP="00A72C33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A72C33">
              <w:rPr>
                <w:szCs w:val="24"/>
                <w:lang w:val="ru-RU"/>
              </w:rPr>
              <w:t>«БрГУ»</w:t>
            </w:r>
          </w:p>
        </w:tc>
        <w:tc>
          <w:tcPr>
            <w:tcW w:w="3273" w:type="pct"/>
          </w:tcPr>
          <w:p w:rsidR="00A72C33" w:rsidRPr="00A72C33" w:rsidRDefault="00A72C33" w:rsidP="00A72C33">
            <w:pPr>
              <w:spacing w:line="24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A72C33">
              <w:rPr>
                <w:b/>
                <w:sz w:val="28"/>
                <w:szCs w:val="28"/>
                <w:lang w:val="ru-RU"/>
              </w:rPr>
              <w:t>Экзаменационный билет № 14</w:t>
            </w:r>
          </w:p>
          <w:p w:rsidR="00A72C33" w:rsidRPr="00A72C33" w:rsidRDefault="00A72C33" w:rsidP="00A72C33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по </w:t>
            </w:r>
            <w:proofErr w:type="gramStart"/>
            <w:r w:rsidRPr="00A72C33">
              <w:rPr>
                <w:szCs w:val="24"/>
                <w:lang w:val="ru-RU"/>
              </w:rPr>
              <w:t>дисциплине</w:t>
            </w:r>
            <w:r w:rsidRPr="00A72C33">
              <w:rPr>
                <w:b/>
                <w:szCs w:val="24"/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 Инженерная</w:t>
            </w:r>
            <w:proofErr w:type="gramEnd"/>
            <w:r w:rsidRPr="00A72C33">
              <w:rPr>
                <w:szCs w:val="24"/>
                <w:lang w:val="ru-RU"/>
              </w:rPr>
              <w:t xml:space="preserve"> графика</w:t>
            </w:r>
          </w:p>
          <w:p w:rsidR="00A72C33" w:rsidRPr="00A72C33" w:rsidRDefault="00A72C33" w:rsidP="00A72C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4"/>
              </w:rPr>
            </w:pPr>
            <w:r w:rsidRPr="00A72C33">
              <w:rPr>
                <w:szCs w:val="24"/>
              </w:rPr>
              <w:t xml:space="preserve">15.03.02  </w:t>
            </w:r>
            <w:r w:rsidRPr="00A72C33">
              <w:rPr>
                <w:szCs w:val="24"/>
                <w:shd w:val="clear" w:color="auto" w:fill="FFFFFF"/>
              </w:rPr>
              <w:t>Машины и оборудование лесного комплекса</w:t>
            </w:r>
          </w:p>
          <w:p w:rsidR="00A72C33" w:rsidRPr="00A72C33" w:rsidRDefault="00A72C33" w:rsidP="00A72C33">
            <w:pPr>
              <w:spacing w:line="240" w:lineRule="auto"/>
              <w:jc w:val="center"/>
              <w:rPr>
                <w:szCs w:val="24"/>
                <w:u w:val="single"/>
              </w:rPr>
            </w:pPr>
          </w:p>
        </w:tc>
      </w:tr>
      <w:tr w:rsidR="00A72C33" w:rsidRPr="00A72C33" w:rsidTr="003E175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vAlign w:val="center"/>
          </w:tcPr>
          <w:p w:rsidR="00A72C33" w:rsidRPr="00A72C33" w:rsidRDefault="00A72C33" w:rsidP="00A72C33">
            <w:pPr>
              <w:tabs>
                <w:tab w:val="left" w:pos="374"/>
              </w:tabs>
              <w:spacing w:line="240" w:lineRule="auto"/>
              <w:ind w:firstLine="426"/>
              <w:rPr>
                <w:szCs w:val="24"/>
                <w:lang w:val="ru-RU"/>
              </w:rPr>
            </w:pPr>
            <w:r w:rsidRPr="00A72C33">
              <w:rPr>
                <w:lang w:val="ru-RU"/>
              </w:rPr>
              <w:t xml:space="preserve">1. Способы преобразования чертежа. Замена плоскостей проекций </w:t>
            </w:r>
          </w:p>
          <w:p w:rsidR="00A72C33" w:rsidRPr="00A72C33" w:rsidRDefault="00A72C33" w:rsidP="00A72C33">
            <w:pPr>
              <w:tabs>
                <w:tab w:val="left" w:pos="1065"/>
              </w:tabs>
              <w:spacing w:line="240" w:lineRule="auto"/>
              <w:rPr>
                <w:lang w:val="ru-RU"/>
              </w:rPr>
            </w:pPr>
            <w:r w:rsidRPr="00A72C33">
              <w:rPr>
                <w:i/>
                <w:szCs w:val="24"/>
                <w:lang w:val="ru-RU"/>
              </w:rPr>
              <w:t>Задача.</w:t>
            </w:r>
            <w:r w:rsidRPr="00A72C33">
              <w:rPr>
                <w:sz w:val="28"/>
                <w:szCs w:val="28"/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Определить натуральную величину отрезка прямой общего </w:t>
            </w:r>
            <w:proofErr w:type="gramStart"/>
            <w:r w:rsidRPr="00A72C33">
              <w:rPr>
                <w:szCs w:val="24"/>
                <w:lang w:val="ru-RU"/>
              </w:rPr>
              <w:t>положения  А</w:t>
            </w:r>
            <w:proofErr w:type="gramEnd"/>
            <w:r w:rsidRPr="00A72C33">
              <w:rPr>
                <w:szCs w:val="24"/>
                <w:lang w:val="ru-RU"/>
              </w:rPr>
              <w:t>(10,20,40), В(30, 25, 15)</w:t>
            </w:r>
          </w:p>
          <w:p w:rsidR="00A72C33" w:rsidRPr="00A72C33" w:rsidRDefault="00A72C33" w:rsidP="00A72C33">
            <w:pPr>
              <w:spacing w:line="240" w:lineRule="auto"/>
              <w:rPr>
                <w:szCs w:val="24"/>
                <w:lang w:val="ru-RU"/>
              </w:rPr>
            </w:pPr>
          </w:p>
          <w:p w:rsidR="00A72C33" w:rsidRPr="00A72C33" w:rsidRDefault="00A72C33" w:rsidP="00A72C33">
            <w:pPr>
              <w:tabs>
                <w:tab w:val="left" w:pos="1065"/>
              </w:tabs>
              <w:spacing w:line="240" w:lineRule="auto"/>
              <w:rPr>
                <w:szCs w:val="24"/>
                <w:lang w:val="ru-RU"/>
              </w:rPr>
            </w:pPr>
            <w:r w:rsidRPr="00A72C33">
              <w:rPr>
                <w:lang w:val="ru-RU"/>
              </w:rPr>
              <w:t xml:space="preserve">        2. Комплексный чертеж плоскости. Основные позиционные задачи. Прямые и точки в плоскости</w:t>
            </w:r>
            <w:r w:rsidRPr="00A72C33">
              <w:rPr>
                <w:i/>
                <w:szCs w:val="24"/>
                <w:lang w:val="ru-RU"/>
              </w:rPr>
              <w:t xml:space="preserve"> Задача. </w:t>
            </w:r>
            <w:r w:rsidRPr="00A72C33">
              <w:rPr>
                <w:szCs w:val="24"/>
                <w:lang w:val="ru-RU"/>
              </w:rPr>
              <w:t xml:space="preserve">В плоскости </w:t>
            </w:r>
            <w:r w:rsidRPr="00A72C33">
              <w:rPr>
                <w:szCs w:val="24"/>
              </w:rPr>
              <w:t>β</w:t>
            </w:r>
            <w:r w:rsidRPr="00A72C33">
              <w:rPr>
                <w:szCs w:val="24"/>
                <w:lang w:val="ru-RU"/>
              </w:rPr>
              <w:t>(АВС) построить горизонталь, фронталь и линию ската</w:t>
            </w:r>
          </w:p>
          <w:p w:rsidR="00A72C33" w:rsidRPr="00A72C33" w:rsidRDefault="00A72C33" w:rsidP="00A72C33">
            <w:pPr>
              <w:tabs>
                <w:tab w:val="left" w:pos="1065"/>
              </w:tabs>
              <w:spacing w:line="240" w:lineRule="auto"/>
              <w:rPr>
                <w:szCs w:val="24"/>
                <w:lang w:val="ru-RU"/>
              </w:rPr>
            </w:pPr>
          </w:p>
          <w:p w:rsidR="00A72C33" w:rsidRPr="00A72C33" w:rsidRDefault="00A72C33" w:rsidP="00A72C33">
            <w:pPr>
              <w:tabs>
                <w:tab w:val="left" w:pos="1065"/>
              </w:tabs>
              <w:spacing w:line="240" w:lineRule="auto"/>
              <w:rPr>
                <w:lang w:val="ru-RU"/>
              </w:rPr>
            </w:pPr>
            <w:r w:rsidRPr="00A72C33">
              <w:rPr>
                <w:noProof/>
                <w:lang w:val="ru-RU" w:eastAsia="ru-RU"/>
              </w:rPr>
              <w:drawing>
                <wp:anchor distT="0" distB="0" distL="114300" distR="114300" simplePos="0" relativeHeight="251637248" behindDoc="0" locked="0" layoutInCell="1" allowOverlap="1">
                  <wp:simplePos x="0" y="0"/>
                  <wp:positionH relativeFrom="column">
                    <wp:posOffset>2588895</wp:posOffset>
                  </wp:positionH>
                  <wp:positionV relativeFrom="paragraph">
                    <wp:posOffset>8255</wp:posOffset>
                  </wp:positionV>
                  <wp:extent cx="1393190" cy="685165"/>
                  <wp:effectExtent l="0" t="0" r="0" b="635"/>
                  <wp:wrapNone/>
                  <wp:docPr id="2" name="Рисунок 2" descr="Сборник задан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Сборник задан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685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72C33" w:rsidRPr="00A72C33" w:rsidRDefault="00A72C33" w:rsidP="00A72C33">
            <w:pPr>
              <w:tabs>
                <w:tab w:val="left" w:pos="1065"/>
              </w:tabs>
              <w:spacing w:line="240" w:lineRule="auto"/>
              <w:rPr>
                <w:lang w:val="ru-RU"/>
              </w:rPr>
            </w:pPr>
          </w:p>
          <w:p w:rsidR="00A72C33" w:rsidRPr="00A72C33" w:rsidRDefault="00A72C33" w:rsidP="00A72C33">
            <w:pPr>
              <w:tabs>
                <w:tab w:val="left" w:pos="1065"/>
              </w:tabs>
              <w:spacing w:line="240" w:lineRule="auto"/>
              <w:rPr>
                <w:lang w:val="ru-RU"/>
              </w:rPr>
            </w:pPr>
          </w:p>
          <w:p w:rsidR="00A72C33" w:rsidRDefault="00A72C33" w:rsidP="00A72C33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u-RU"/>
              </w:rPr>
            </w:pPr>
          </w:p>
          <w:p w:rsidR="00A72C33" w:rsidRPr="00A72C33" w:rsidRDefault="00A72C33" w:rsidP="00A72C33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>составил:  к.п.н.</w:t>
            </w:r>
            <w:proofErr w:type="gramEnd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A72C33" w:rsidRPr="00A72C33" w:rsidRDefault="00A72C33" w:rsidP="00A72C33">
            <w:pPr>
              <w:spacing w:line="240" w:lineRule="auto"/>
              <w:rPr>
                <w:sz w:val="12"/>
                <w:lang w:val="ru-RU"/>
              </w:rPr>
            </w:pPr>
            <w:r w:rsidRPr="00A72C33">
              <w:rPr>
                <w:sz w:val="12"/>
                <w:lang w:val="ru-RU"/>
              </w:rPr>
              <w:t xml:space="preserve">                                                                               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lang w:val="ru-RU"/>
              </w:rPr>
              <w:t xml:space="preserve">Утверждено на заседании кафедры: </w:t>
            </w:r>
            <w:proofErr w:type="gramStart"/>
            <w:r w:rsidRPr="00A72C33">
              <w:rPr>
                <w:lang w:val="ru-RU"/>
              </w:rPr>
              <w:t>СДМ  протокол</w:t>
            </w:r>
            <w:proofErr w:type="gramEnd"/>
            <w:r w:rsidRPr="00A72C33">
              <w:rPr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___ </w:t>
            </w:r>
            <w:r w:rsidRPr="00A72C33">
              <w:rPr>
                <w:lang w:val="ru-RU"/>
              </w:rPr>
              <w:t xml:space="preserve">от </w:t>
            </w:r>
            <w:r w:rsidRPr="00A72C33">
              <w:rPr>
                <w:szCs w:val="24"/>
                <w:lang w:val="ru-RU"/>
              </w:rPr>
              <w:t>«</w:t>
            </w:r>
            <w:r w:rsidRPr="00A72C33">
              <w:rPr>
                <w:szCs w:val="24"/>
                <w:u w:val="single"/>
                <w:lang w:val="ru-RU"/>
              </w:rPr>
              <w:t>___</w:t>
            </w:r>
            <w:r w:rsidRPr="00A72C33">
              <w:rPr>
                <w:szCs w:val="24"/>
                <w:lang w:val="ru-RU"/>
              </w:rPr>
              <w:t xml:space="preserve">» _______202__г.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sz w:val="12"/>
                <w:lang w:val="ru-RU"/>
              </w:rPr>
              <w:t xml:space="preserve">                                                                                                                                        </w:t>
            </w:r>
          </w:p>
          <w:p w:rsidR="00A72C33" w:rsidRPr="00A72C33" w:rsidRDefault="00A72C33" w:rsidP="00A72C33">
            <w:pPr>
              <w:spacing w:line="240" w:lineRule="auto"/>
              <w:rPr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Заведующий </w:t>
            </w:r>
            <w:proofErr w:type="gramStart"/>
            <w:r w:rsidRPr="00A72C33">
              <w:rPr>
                <w:szCs w:val="24"/>
                <w:lang w:val="ru-RU"/>
              </w:rPr>
              <w:t>кафедрой  СДМ</w:t>
            </w:r>
            <w:proofErr w:type="gramEnd"/>
            <w:r w:rsidRPr="00A72C33">
              <w:rPr>
                <w:szCs w:val="24"/>
                <w:lang w:val="ru-RU"/>
              </w:rPr>
              <w:t xml:space="preserve"> </w:t>
            </w:r>
            <w:r w:rsidRPr="00A72C33">
              <w:rPr>
                <w:lang w:val="ru-RU"/>
              </w:rPr>
              <w:t xml:space="preserve">                             ______________                          </w:t>
            </w:r>
            <w:r w:rsidRPr="00A72C33">
              <w:rPr>
                <w:szCs w:val="24"/>
                <w:lang w:val="ru-RU"/>
              </w:rPr>
              <w:t>Зеньков С.А.</w:t>
            </w:r>
          </w:p>
          <w:p w:rsidR="00A72C33" w:rsidRPr="00A72C33" w:rsidRDefault="00A72C33" w:rsidP="00A72C33">
            <w:pPr>
              <w:spacing w:line="240" w:lineRule="auto"/>
              <w:rPr>
                <w:szCs w:val="24"/>
                <w:lang w:val="ru-RU"/>
              </w:rPr>
            </w:pPr>
          </w:p>
        </w:tc>
      </w:tr>
    </w:tbl>
    <w:p w:rsidR="00A72C33" w:rsidRPr="00A72C33" w:rsidRDefault="00A72C33" w:rsidP="00A72C33">
      <w:pPr>
        <w:rPr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1"/>
        <w:gridCol w:w="6484"/>
      </w:tblGrid>
      <w:tr w:rsidR="00A72C33" w:rsidTr="003E175B">
        <w:tblPrEx>
          <w:tblCellMar>
            <w:top w:w="0" w:type="dxa"/>
            <w:bottom w:w="0" w:type="dxa"/>
          </w:tblCellMar>
        </w:tblPrEx>
        <w:tc>
          <w:tcPr>
            <w:tcW w:w="1727" w:type="pct"/>
            <w:vAlign w:val="center"/>
          </w:tcPr>
          <w:p w:rsidR="00A72C33" w:rsidRPr="00A72C33" w:rsidRDefault="00A72C33" w:rsidP="003E175B">
            <w:pPr>
              <w:jc w:val="center"/>
              <w:rPr>
                <w:sz w:val="18"/>
                <w:lang w:val="ru-RU"/>
              </w:rPr>
            </w:pPr>
            <w:r w:rsidRPr="00A72C33">
              <w:rPr>
                <w:lang w:val="ru-RU"/>
              </w:rPr>
              <w:br w:type="page"/>
            </w:r>
            <w:r w:rsidRPr="00A72C33">
              <w:rPr>
                <w:lang w:val="ru-RU"/>
              </w:rPr>
              <w:br w:type="page"/>
            </w:r>
          </w:p>
          <w:p w:rsidR="00A72C33" w:rsidRPr="00A72C33" w:rsidRDefault="00A72C33" w:rsidP="003E175B">
            <w:pPr>
              <w:jc w:val="center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>Минобрнауки России</w:t>
            </w:r>
          </w:p>
          <w:p w:rsidR="00A72C33" w:rsidRPr="00A72C33" w:rsidRDefault="00A72C33" w:rsidP="003E175B">
            <w:pPr>
              <w:pStyle w:val="af"/>
              <w:spacing w:after="0"/>
              <w:jc w:val="center"/>
              <w:rPr>
                <w:lang w:val="ru-RU"/>
              </w:rPr>
            </w:pPr>
            <w:r w:rsidRPr="00A72C33">
              <w:rPr>
                <w:lang w:val="ru-RU"/>
              </w:rPr>
              <w:t xml:space="preserve">ФГБОУ ВО </w:t>
            </w:r>
          </w:p>
          <w:p w:rsidR="00A72C33" w:rsidRPr="00A72C33" w:rsidRDefault="00A72C33" w:rsidP="003E175B">
            <w:pPr>
              <w:jc w:val="center"/>
              <w:rPr>
                <w:sz w:val="18"/>
                <w:lang w:val="ru-RU"/>
              </w:rPr>
            </w:pPr>
            <w:r w:rsidRPr="00A72C33">
              <w:rPr>
                <w:szCs w:val="24"/>
                <w:lang w:val="ru-RU"/>
              </w:rPr>
              <w:t>«БрГУ»</w:t>
            </w:r>
          </w:p>
        </w:tc>
        <w:tc>
          <w:tcPr>
            <w:tcW w:w="3273" w:type="pct"/>
          </w:tcPr>
          <w:p w:rsidR="00A72C33" w:rsidRPr="00A72C33" w:rsidRDefault="00A72C33" w:rsidP="003E175B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C33">
              <w:rPr>
                <w:b/>
                <w:sz w:val="28"/>
                <w:szCs w:val="28"/>
                <w:lang w:val="ru-RU"/>
              </w:rPr>
              <w:t>Экзаменационный билет № 15</w:t>
            </w:r>
          </w:p>
          <w:p w:rsidR="00A72C33" w:rsidRPr="00A72C33" w:rsidRDefault="00A72C33" w:rsidP="003E175B">
            <w:pPr>
              <w:jc w:val="center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по </w:t>
            </w:r>
            <w:proofErr w:type="gramStart"/>
            <w:r w:rsidRPr="00A72C33">
              <w:rPr>
                <w:szCs w:val="24"/>
                <w:lang w:val="ru-RU"/>
              </w:rPr>
              <w:t>дисциплине</w:t>
            </w:r>
            <w:r w:rsidRPr="00A72C33">
              <w:rPr>
                <w:b/>
                <w:szCs w:val="24"/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 Инженерная</w:t>
            </w:r>
            <w:proofErr w:type="gramEnd"/>
            <w:r w:rsidRPr="00A72C33">
              <w:rPr>
                <w:szCs w:val="24"/>
                <w:lang w:val="ru-RU"/>
              </w:rPr>
              <w:t xml:space="preserve"> графика</w:t>
            </w:r>
          </w:p>
          <w:p w:rsidR="00A72C33" w:rsidRPr="00162AE5" w:rsidRDefault="00A72C33" w:rsidP="003E175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15.03.02 </w:t>
            </w:r>
            <w:r w:rsidRPr="00162AE5">
              <w:rPr>
                <w:szCs w:val="24"/>
              </w:rPr>
              <w:t xml:space="preserve"> </w:t>
            </w:r>
            <w:r w:rsidRPr="00852388">
              <w:rPr>
                <w:color w:val="333333"/>
                <w:szCs w:val="24"/>
                <w:shd w:val="clear" w:color="auto" w:fill="FFFFFF"/>
              </w:rPr>
              <w:t>Машины и оборудование лесного комплекса</w:t>
            </w:r>
          </w:p>
          <w:p w:rsidR="00A72C33" w:rsidRPr="00253629" w:rsidRDefault="00A72C33" w:rsidP="003E175B">
            <w:pPr>
              <w:jc w:val="center"/>
              <w:rPr>
                <w:szCs w:val="24"/>
                <w:u w:val="single"/>
              </w:rPr>
            </w:pPr>
          </w:p>
        </w:tc>
      </w:tr>
      <w:tr w:rsidR="00A72C33" w:rsidRPr="00A72C33" w:rsidTr="003E175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vAlign w:val="center"/>
          </w:tcPr>
          <w:p w:rsidR="00A72C33" w:rsidRPr="00A72C33" w:rsidRDefault="00A72C33" w:rsidP="003E175B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line="288" w:lineRule="auto"/>
              <w:ind w:firstLine="426"/>
              <w:jc w:val="both"/>
              <w:textAlignment w:val="baseline"/>
              <w:rPr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1. </w:t>
            </w:r>
            <w:r w:rsidRPr="00A72C33">
              <w:rPr>
                <w:lang w:val="ru-RU"/>
              </w:rPr>
              <w:t>Комплексный чертеж плоскости. Основные позиционные задачи. Прямые и точки в плоскости</w:t>
            </w:r>
          </w:p>
          <w:p w:rsidR="00A72C33" w:rsidRPr="00A72C33" w:rsidRDefault="00A72C33" w:rsidP="003E175B">
            <w:pPr>
              <w:rPr>
                <w:szCs w:val="24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1034415</wp:posOffset>
                  </wp:positionH>
                  <wp:positionV relativeFrom="paragraph">
                    <wp:posOffset>248285</wp:posOffset>
                  </wp:positionV>
                  <wp:extent cx="3852545" cy="1359535"/>
                  <wp:effectExtent l="0" t="0" r="0" b="0"/>
                  <wp:wrapNone/>
                  <wp:docPr id="1" name="Рисунок 1" descr="Скриншот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Скриншот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2545" cy="1359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72C33">
              <w:rPr>
                <w:i/>
                <w:szCs w:val="24"/>
                <w:lang w:val="ru-RU"/>
              </w:rPr>
              <w:t>Задача.</w:t>
            </w:r>
            <w:r w:rsidRPr="00A72C33">
              <w:rPr>
                <w:lang w:val="ru-RU"/>
              </w:rPr>
              <w:t xml:space="preserve"> Построить: недостающие проекции точек, принадлежащих плоскости </w:t>
            </w:r>
            <w:proofErr w:type="gramStart"/>
            <w:r>
              <w:t>Λ</w:t>
            </w:r>
            <w:r w:rsidRPr="00A72C33">
              <w:rPr>
                <w:lang w:val="ru-RU"/>
              </w:rPr>
              <w:t>(</w:t>
            </w:r>
            <w:proofErr w:type="gramEnd"/>
            <w:r>
              <w:t>S</w:t>
            </w:r>
            <w:r w:rsidRPr="00A72C33">
              <w:rPr>
                <w:lang w:val="ru-RU"/>
              </w:rPr>
              <w:t xml:space="preserve">, </w:t>
            </w:r>
            <w:r>
              <w:t>m</w:t>
            </w:r>
            <w:r w:rsidRPr="00A72C33">
              <w:rPr>
                <w:lang w:val="ru-RU"/>
              </w:rPr>
              <w:t xml:space="preserve">), </w:t>
            </w:r>
            <w:r>
              <w:t>Ρ</w:t>
            </w:r>
            <w:r w:rsidRPr="00A72C33">
              <w:rPr>
                <w:lang w:val="ru-RU"/>
              </w:rPr>
              <w:t>(</w:t>
            </w:r>
            <w:r>
              <w:t>b</w:t>
            </w:r>
            <w:r w:rsidRPr="00A72C33">
              <w:rPr>
                <w:lang w:val="ru-RU"/>
              </w:rPr>
              <w:t xml:space="preserve"> || </w:t>
            </w:r>
            <w:r>
              <w:t>d</w:t>
            </w:r>
            <w:r w:rsidRPr="00A72C33">
              <w:rPr>
                <w:lang w:val="ru-RU"/>
              </w:rPr>
              <w:t xml:space="preserve">) и </w:t>
            </w:r>
            <w:r>
              <w:t>Ε</w:t>
            </w:r>
            <w:r w:rsidRPr="00A72C33">
              <w:rPr>
                <w:lang w:val="ru-RU"/>
              </w:rPr>
              <w:t xml:space="preserve"> (</w:t>
            </w:r>
            <w:r>
              <w:t>NKF</w:t>
            </w:r>
            <w:r w:rsidRPr="00A72C33">
              <w:rPr>
                <w:lang w:val="ru-RU"/>
              </w:rPr>
              <w:t>);</w:t>
            </w:r>
          </w:p>
          <w:p w:rsidR="00A72C33" w:rsidRPr="00A72C33" w:rsidRDefault="00A72C33" w:rsidP="003E175B">
            <w:pPr>
              <w:tabs>
                <w:tab w:val="left" w:pos="1065"/>
              </w:tabs>
              <w:rPr>
                <w:lang w:val="ru-RU"/>
              </w:rPr>
            </w:pPr>
          </w:p>
          <w:p w:rsidR="00A72C33" w:rsidRPr="00A72C33" w:rsidRDefault="00A72C33" w:rsidP="003E175B">
            <w:pPr>
              <w:tabs>
                <w:tab w:val="left" w:pos="1065"/>
              </w:tabs>
              <w:rPr>
                <w:lang w:val="ru-RU"/>
              </w:rPr>
            </w:pPr>
          </w:p>
          <w:p w:rsidR="00A72C33" w:rsidRPr="00A72C33" w:rsidRDefault="00A72C33" w:rsidP="003E175B">
            <w:pPr>
              <w:tabs>
                <w:tab w:val="left" w:pos="1065"/>
              </w:tabs>
              <w:rPr>
                <w:lang w:val="ru-RU"/>
              </w:rPr>
            </w:pPr>
          </w:p>
          <w:p w:rsidR="00A72C33" w:rsidRPr="00A72C33" w:rsidRDefault="00A72C33" w:rsidP="003E175B">
            <w:pPr>
              <w:tabs>
                <w:tab w:val="left" w:pos="1065"/>
              </w:tabs>
              <w:rPr>
                <w:lang w:val="ru-RU"/>
              </w:rPr>
            </w:pPr>
          </w:p>
          <w:p w:rsidR="00A72C33" w:rsidRPr="00A72C33" w:rsidRDefault="00A72C33" w:rsidP="00C00B61">
            <w:pPr>
              <w:numPr>
                <w:ilvl w:val="0"/>
                <w:numId w:val="13"/>
              </w:num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A72C33">
              <w:rPr>
                <w:szCs w:val="24"/>
                <w:lang w:val="ru-RU"/>
              </w:rPr>
              <w:t>Способы преобразования чертежа, замена плоскостей проекций</w:t>
            </w:r>
          </w:p>
          <w:p w:rsidR="00A72C33" w:rsidRPr="00A72C33" w:rsidRDefault="00A72C33" w:rsidP="003E175B">
            <w:pPr>
              <w:tabs>
                <w:tab w:val="left" w:pos="1065"/>
              </w:tabs>
              <w:rPr>
                <w:szCs w:val="24"/>
                <w:lang w:val="ru-RU"/>
              </w:rPr>
            </w:pPr>
            <w:r w:rsidRPr="00A72C33">
              <w:rPr>
                <w:i/>
                <w:szCs w:val="24"/>
                <w:lang w:val="ru-RU"/>
              </w:rPr>
              <w:t>Задача.</w:t>
            </w:r>
            <w:r w:rsidRPr="00A72C33">
              <w:rPr>
                <w:szCs w:val="24"/>
                <w:lang w:val="ru-RU"/>
              </w:rPr>
              <w:t xml:space="preserve"> Способом замены плоскостей проекций найти натуральную величину плоскости </w:t>
            </w:r>
            <w:r>
              <w:rPr>
                <w:szCs w:val="24"/>
              </w:rPr>
              <w:t>α</w:t>
            </w:r>
            <w:r w:rsidRPr="00A72C33">
              <w:rPr>
                <w:szCs w:val="24"/>
                <w:lang w:val="ru-RU"/>
              </w:rPr>
              <w:t>(АВС),</w:t>
            </w:r>
          </w:p>
          <w:p w:rsidR="00A72C33" w:rsidRPr="00A72C33" w:rsidRDefault="00A72C33" w:rsidP="003E175B">
            <w:pPr>
              <w:tabs>
                <w:tab w:val="left" w:pos="1065"/>
              </w:tabs>
              <w:rPr>
                <w:lang w:val="ru-RU"/>
              </w:rPr>
            </w:pPr>
            <w:r w:rsidRPr="00A72C33">
              <w:rPr>
                <w:lang w:val="ru-RU"/>
              </w:rPr>
              <w:t>А(90,20,20), В(30,10,60), С(10,50,0)</w:t>
            </w:r>
          </w:p>
          <w:p w:rsidR="00A72C33" w:rsidRPr="00A72C33" w:rsidRDefault="00A72C33" w:rsidP="003E175B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>составил:  к.п.н.</w:t>
            </w:r>
            <w:proofErr w:type="gramEnd"/>
            <w:r w:rsidRPr="00A72C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A72C33" w:rsidRPr="00A72C33" w:rsidRDefault="00A72C33" w:rsidP="003E175B">
            <w:pPr>
              <w:rPr>
                <w:sz w:val="12"/>
                <w:lang w:val="ru-RU"/>
              </w:rPr>
            </w:pPr>
            <w:r w:rsidRPr="00A72C33">
              <w:rPr>
                <w:sz w:val="12"/>
                <w:lang w:val="ru-RU"/>
              </w:rPr>
              <w:t xml:space="preserve">                                                                                </w:t>
            </w:r>
          </w:p>
          <w:p w:rsidR="00A72C33" w:rsidRPr="00A72C33" w:rsidRDefault="00A72C33" w:rsidP="003E175B">
            <w:pPr>
              <w:rPr>
                <w:lang w:val="ru-RU"/>
              </w:rPr>
            </w:pPr>
            <w:r w:rsidRPr="00A72C33">
              <w:rPr>
                <w:lang w:val="ru-RU"/>
              </w:rPr>
              <w:t xml:space="preserve">Утверждено на заседании кафедры: </w:t>
            </w:r>
            <w:proofErr w:type="gramStart"/>
            <w:r w:rsidRPr="00A72C33">
              <w:rPr>
                <w:lang w:val="ru-RU"/>
              </w:rPr>
              <w:t>СДМ  протокол</w:t>
            </w:r>
            <w:proofErr w:type="gramEnd"/>
            <w:r w:rsidRPr="00A72C33">
              <w:rPr>
                <w:lang w:val="ru-RU"/>
              </w:rPr>
              <w:t xml:space="preserve"> </w:t>
            </w:r>
            <w:r w:rsidRPr="00A72C33">
              <w:rPr>
                <w:szCs w:val="24"/>
                <w:lang w:val="ru-RU"/>
              </w:rPr>
              <w:t xml:space="preserve">___ </w:t>
            </w:r>
            <w:r w:rsidRPr="00A72C33">
              <w:rPr>
                <w:lang w:val="ru-RU"/>
              </w:rPr>
              <w:t xml:space="preserve">от </w:t>
            </w:r>
            <w:r w:rsidRPr="00A72C33">
              <w:rPr>
                <w:szCs w:val="24"/>
                <w:lang w:val="ru-RU"/>
              </w:rPr>
              <w:t>«</w:t>
            </w:r>
            <w:r w:rsidRPr="00A72C33">
              <w:rPr>
                <w:szCs w:val="24"/>
                <w:u w:val="single"/>
                <w:lang w:val="ru-RU"/>
              </w:rPr>
              <w:t>___</w:t>
            </w:r>
            <w:r w:rsidRPr="00A72C33">
              <w:rPr>
                <w:szCs w:val="24"/>
                <w:lang w:val="ru-RU"/>
              </w:rPr>
              <w:t xml:space="preserve">» _______202__г. </w:t>
            </w:r>
          </w:p>
          <w:p w:rsidR="00A72C33" w:rsidRPr="00A72C33" w:rsidRDefault="00A72C33" w:rsidP="003E175B">
            <w:pPr>
              <w:rPr>
                <w:lang w:val="ru-RU"/>
              </w:rPr>
            </w:pPr>
            <w:r w:rsidRPr="00A72C33">
              <w:rPr>
                <w:szCs w:val="24"/>
                <w:lang w:val="ru-RU"/>
              </w:rPr>
              <w:t xml:space="preserve">Заведующий </w:t>
            </w:r>
            <w:proofErr w:type="gramStart"/>
            <w:r w:rsidRPr="00A72C33">
              <w:rPr>
                <w:szCs w:val="24"/>
                <w:lang w:val="ru-RU"/>
              </w:rPr>
              <w:t>кафедрой  СДМ</w:t>
            </w:r>
            <w:proofErr w:type="gramEnd"/>
            <w:r w:rsidRPr="00A72C33">
              <w:rPr>
                <w:szCs w:val="24"/>
                <w:lang w:val="ru-RU"/>
              </w:rPr>
              <w:t xml:space="preserve"> </w:t>
            </w:r>
            <w:r w:rsidRPr="00A72C33">
              <w:rPr>
                <w:lang w:val="ru-RU"/>
              </w:rPr>
              <w:t xml:space="preserve">                             ______________                          </w:t>
            </w:r>
            <w:r w:rsidRPr="00A72C33">
              <w:rPr>
                <w:szCs w:val="24"/>
                <w:lang w:val="ru-RU"/>
              </w:rPr>
              <w:t>Зеньков С.А.</w:t>
            </w:r>
          </w:p>
        </w:tc>
      </w:tr>
    </w:tbl>
    <w:p w:rsidR="00A72C33" w:rsidRPr="00A72C33" w:rsidRDefault="00A72C33" w:rsidP="00A72C33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  <w:r w:rsidRPr="00A72C33">
        <w:rPr>
          <w:bCs/>
          <w:szCs w:val="24"/>
          <w:lang w:val="ru-RU"/>
        </w:rPr>
        <w:lastRenderedPageBreak/>
        <w:t>К комплекту экзаменационных билетов прилагаются разработанные преподавателем и утвержденные на заседании кафедры критерии оценки по дисциплине.</w:t>
      </w:r>
    </w:p>
    <w:p w:rsidR="00A72C33" w:rsidRPr="00A72C33" w:rsidRDefault="00A72C33" w:rsidP="00A72C33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  <w:r w:rsidRPr="00A72C33">
        <w:rPr>
          <w:b/>
          <w:bCs/>
          <w:szCs w:val="24"/>
          <w:lang w:val="ru-RU"/>
        </w:rPr>
        <w:t>Критерии оценки экзамена по дисциплине «Инженерная графика»</w:t>
      </w:r>
    </w:p>
    <w:p w:rsidR="00A72C33" w:rsidRPr="00A72C33" w:rsidRDefault="00A72C33" w:rsidP="00A72C33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340"/>
      </w:tblGrid>
      <w:tr w:rsidR="00A72C33" w:rsidRPr="00BB0A6A" w:rsidTr="003E175B">
        <w:tc>
          <w:tcPr>
            <w:tcW w:w="1668" w:type="dxa"/>
          </w:tcPr>
          <w:p w:rsidR="00A72C33" w:rsidRPr="00BB0A6A" w:rsidRDefault="00A72C33" w:rsidP="003E175B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/>
                <w:bCs/>
                <w:sz w:val="22"/>
              </w:rPr>
            </w:pPr>
            <w:r w:rsidRPr="00BB0A6A">
              <w:rPr>
                <w:b/>
                <w:bCs/>
                <w:sz w:val="22"/>
              </w:rPr>
              <w:t>Оценка</w:t>
            </w:r>
          </w:p>
        </w:tc>
        <w:tc>
          <w:tcPr>
            <w:tcW w:w="8340" w:type="dxa"/>
          </w:tcPr>
          <w:p w:rsidR="00A72C33" w:rsidRPr="00BB0A6A" w:rsidRDefault="00A72C33" w:rsidP="003E175B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/>
                <w:bCs/>
                <w:sz w:val="22"/>
              </w:rPr>
            </w:pPr>
            <w:r w:rsidRPr="00BB0A6A">
              <w:rPr>
                <w:b/>
                <w:bCs/>
                <w:sz w:val="22"/>
              </w:rPr>
              <w:t>Критерии</w:t>
            </w:r>
          </w:p>
        </w:tc>
      </w:tr>
      <w:tr w:rsidR="00A72C33" w:rsidRPr="00A72C33" w:rsidTr="003E175B">
        <w:tc>
          <w:tcPr>
            <w:tcW w:w="1668" w:type="dxa"/>
          </w:tcPr>
          <w:p w:rsidR="00A72C33" w:rsidRPr="00BB0A6A" w:rsidRDefault="00A72C33" w:rsidP="003E175B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sz w:val="22"/>
              </w:rPr>
            </w:pPr>
            <w:r w:rsidRPr="00BB0A6A">
              <w:rPr>
                <w:b/>
                <w:bCs/>
                <w:sz w:val="22"/>
              </w:rPr>
              <w:t>Отлично</w:t>
            </w:r>
          </w:p>
        </w:tc>
        <w:tc>
          <w:tcPr>
            <w:tcW w:w="8340" w:type="dxa"/>
          </w:tcPr>
          <w:p w:rsidR="00A72C33" w:rsidRPr="003E175B" w:rsidRDefault="00A72C33" w:rsidP="003E175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b/>
                <w:szCs w:val="24"/>
              </w:rPr>
            </w:pPr>
            <w:r w:rsidRPr="003E175B">
              <w:rPr>
                <w:rFonts w:cs="Times New Roman"/>
                <w:b/>
                <w:szCs w:val="24"/>
              </w:rPr>
              <w:t>Обучающийся:</w:t>
            </w:r>
          </w:p>
          <w:p w:rsidR="00A72C33" w:rsidRPr="003E175B" w:rsidRDefault="00A72C33" w:rsidP="003E175B">
            <w:pPr>
              <w:pStyle w:val="410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3E175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3E175B">
              <w:rPr>
                <w:rStyle w:val="41"/>
                <w:rFonts w:ascii="Times New Roman" w:hAnsi="Times New Roman" w:cs="Times New Roman"/>
                <w:i/>
                <w:sz w:val="24"/>
                <w:szCs w:val="24"/>
              </w:rPr>
              <w:t>Зн</w:t>
            </w:r>
            <w:r w:rsidRPr="003E175B">
              <w:rPr>
                <w:rStyle w:val="41"/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ает</w:t>
            </w:r>
            <w:r w:rsidRPr="003E175B">
              <w:rPr>
                <w:rFonts w:ascii="Times New Roman" w:hAnsi="Times New Roman" w:cs="Times New Roman"/>
                <w:i w:val="0"/>
                <w:sz w:val="24"/>
                <w:szCs w:val="24"/>
              </w:rPr>
              <w:t>:</w:t>
            </w:r>
          </w:p>
          <w:p w:rsidR="00A72C33" w:rsidRPr="003E175B" w:rsidRDefault="00A72C33" w:rsidP="00C00B61">
            <w:pPr>
              <w:widowControl w:val="0"/>
              <w:numPr>
                <w:ilvl w:val="0"/>
                <w:numId w:val="15"/>
              </w:numPr>
              <w:tabs>
                <w:tab w:val="left" w:pos="317"/>
              </w:tabs>
              <w:spacing w:line="240" w:lineRule="auto"/>
              <w:ind w:left="0" w:firstLine="0"/>
              <w:jc w:val="both"/>
              <w:rPr>
                <w:rFonts w:cs="Times New Roman"/>
                <w:iCs/>
                <w:szCs w:val="24"/>
                <w:lang w:val="ru-RU"/>
              </w:rPr>
            </w:pPr>
            <w:r w:rsidRPr="003E175B">
              <w:rPr>
                <w:rFonts w:cs="Times New Roman"/>
                <w:szCs w:val="24"/>
                <w:lang w:val="ru-RU"/>
              </w:rPr>
              <w:t>на осознанном уровне основные законы геометрического формир</w:t>
            </w:r>
            <w:r w:rsidRPr="003E175B">
              <w:rPr>
                <w:rFonts w:cs="Times New Roman"/>
                <w:szCs w:val="24"/>
                <w:lang w:val="ru-RU"/>
              </w:rPr>
              <w:t>о</w:t>
            </w:r>
            <w:r w:rsidRPr="003E175B">
              <w:rPr>
                <w:rFonts w:cs="Times New Roman"/>
                <w:szCs w:val="24"/>
                <w:lang w:val="ru-RU"/>
              </w:rPr>
              <w:t>вания, построения и взаимного пересечения м</w:t>
            </w:r>
            <w:r w:rsidRPr="003E175B">
              <w:rPr>
                <w:rFonts w:cs="Times New Roman"/>
                <w:szCs w:val="24"/>
                <w:lang w:val="ru-RU"/>
              </w:rPr>
              <w:t>о</w:t>
            </w:r>
            <w:r w:rsidRPr="003E175B">
              <w:rPr>
                <w:rFonts w:cs="Times New Roman"/>
                <w:szCs w:val="24"/>
                <w:lang w:val="ru-RU"/>
              </w:rPr>
              <w:t>делей плоскости и пространства, необходимых в профессиональной деятельности (при подготовке проектной и рабочей технической документации в строительной сфере; оформлении законченных проектно-конструкторских работ)</w:t>
            </w:r>
            <w:r w:rsidRPr="003E175B">
              <w:rPr>
                <w:rFonts w:cs="Times New Roman"/>
                <w:iCs/>
                <w:szCs w:val="24"/>
                <w:lang w:val="ru-RU"/>
              </w:rPr>
              <w:t>;</w:t>
            </w:r>
          </w:p>
          <w:p w:rsidR="00A72C33" w:rsidRPr="003E175B" w:rsidRDefault="00A72C33" w:rsidP="003E175B">
            <w:pPr>
              <w:pStyle w:val="410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</w:pP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 xml:space="preserve"> на отличном уровне основные способы и приемы геометро - гр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а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фического формирования объектов реального пространства, в том числе в графической системе компас – 3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d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.</w:t>
            </w:r>
          </w:p>
          <w:p w:rsidR="00A72C33" w:rsidRPr="003E175B" w:rsidRDefault="00A72C33" w:rsidP="003E175B">
            <w:pPr>
              <w:pStyle w:val="410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Style w:val="41"/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E175B">
              <w:rPr>
                <w:rStyle w:val="41"/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Умеет:</w:t>
            </w:r>
          </w:p>
          <w:p w:rsidR="00A72C33" w:rsidRPr="003E175B" w:rsidRDefault="00A72C33" w:rsidP="003E175B">
            <w:pPr>
              <w:pStyle w:val="410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Style w:val="41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на высоком уровне анализировать и воспринимать оптимальное соотношение частей и целого на основе графических моделей, практически реализуемых в в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и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де чертежей конкретных пространственных об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ъ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ектов; великолепно использовать законы, методы и приемы начертательной геоме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т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рии</w:t>
            </w:r>
            <w:r w:rsidRPr="003E175B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  <w:lang w:val="ru-RU"/>
              </w:rPr>
              <w:t xml:space="preserve">; 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выполнять индивидуальные задания на высоком качественном уровне, в соответствии с требованиями государственных стандартов; мастерски оформлять конструкторские документы.</w:t>
            </w:r>
          </w:p>
          <w:p w:rsidR="00A72C33" w:rsidRPr="003E175B" w:rsidRDefault="00A72C33" w:rsidP="003E175B">
            <w:pPr>
              <w:pStyle w:val="410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Style w:val="41"/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E175B">
              <w:rPr>
                <w:rStyle w:val="41"/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Владеет:</w:t>
            </w:r>
          </w:p>
          <w:p w:rsidR="00A72C33" w:rsidRPr="003E175B" w:rsidRDefault="00A72C33" w:rsidP="003E175B">
            <w:pPr>
              <w:pStyle w:val="a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E17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прочными навыками графических способов решения позиционных и метрических задач для пространственных объектов на чертежах, методами пр</w:t>
            </w:r>
            <w:r w:rsidRPr="003E17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E17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ецирования и изображения пространственных форм на плоскостях проекций; великолепными навыками чтения и построения чертежей планировочной орган</w:t>
            </w:r>
            <w:r w:rsidRPr="003E17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3E17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зации открытых пространств;</w:t>
            </w:r>
          </w:p>
        </w:tc>
      </w:tr>
      <w:tr w:rsidR="00A72C33" w:rsidRPr="00A72C33" w:rsidTr="003E175B">
        <w:tc>
          <w:tcPr>
            <w:tcW w:w="1668" w:type="dxa"/>
          </w:tcPr>
          <w:p w:rsidR="00A72C33" w:rsidRPr="00BB0A6A" w:rsidRDefault="00A72C33" w:rsidP="003E175B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sz w:val="22"/>
              </w:rPr>
            </w:pPr>
            <w:r w:rsidRPr="00BB0A6A">
              <w:rPr>
                <w:b/>
                <w:bCs/>
                <w:sz w:val="22"/>
              </w:rPr>
              <w:t>Хорошо</w:t>
            </w:r>
          </w:p>
        </w:tc>
        <w:tc>
          <w:tcPr>
            <w:tcW w:w="8340" w:type="dxa"/>
          </w:tcPr>
          <w:p w:rsidR="00A72C33" w:rsidRPr="003E175B" w:rsidRDefault="00A72C33" w:rsidP="003E175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b/>
                <w:szCs w:val="24"/>
                <w:lang w:val="ru-RU"/>
              </w:rPr>
            </w:pPr>
            <w:r w:rsidRPr="003E175B">
              <w:rPr>
                <w:rFonts w:cs="Times New Roman"/>
                <w:b/>
                <w:szCs w:val="24"/>
                <w:lang w:val="ru-RU"/>
              </w:rPr>
              <w:t>Обучающийся:</w:t>
            </w:r>
          </w:p>
          <w:p w:rsidR="00A72C33" w:rsidRPr="003E175B" w:rsidRDefault="00A72C33" w:rsidP="003E175B">
            <w:pPr>
              <w:pStyle w:val="410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3E175B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r w:rsidRPr="003E175B">
              <w:rPr>
                <w:rStyle w:val="41"/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Знает</w:t>
            </w:r>
            <w:r w:rsidRPr="003E175B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:</w:t>
            </w:r>
          </w:p>
          <w:p w:rsidR="00A72C33" w:rsidRPr="003E175B" w:rsidRDefault="00A72C33" w:rsidP="003E175B">
            <w:pPr>
              <w:pStyle w:val="410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</w:pP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основные законы геометрического формир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о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вания, построения и взаимного пересечения м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о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делей плоскости и пространства, необходимых при сборе и анализе информационных исходных данных для проектирования объектов лан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д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шафтной архитектуры; разработке проектной и рабочей документации, оформлении законченных пр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о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ектных работ; на хорошем уровне основные способы и приемы геометро - гр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а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фического формирования объектов реального пространства, в том числе в графической системе компас – 3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d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.</w:t>
            </w:r>
          </w:p>
          <w:p w:rsidR="00A72C33" w:rsidRPr="003E175B" w:rsidRDefault="00A72C33" w:rsidP="003E175B">
            <w:pPr>
              <w:pStyle w:val="410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Style w:val="41"/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E175B">
              <w:rPr>
                <w:rStyle w:val="41"/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Умеет:</w:t>
            </w:r>
          </w:p>
          <w:p w:rsidR="00A72C33" w:rsidRPr="003E175B" w:rsidRDefault="00A72C33" w:rsidP="003E175B">
            <w:pPr>
              <w:pStyle w:val="410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Style w:val="41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анализировать и воспринимать оптимальное соотношение частей и целого на основе графических моделей, практически реализуемых в в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и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де чертежей конкретных пространственных об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ъ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ектов; использовать законы, методы и приемы начертательной геоме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т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рии</w:t>
            </w:r>
            <w:r w:rsidRPr="003E175B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  <w:lang w:val="ru-RU"/>
              </w:rPr>
              <w:t>;</w:t>
            </w:r>
            <w:r w:rsidRPr="003E17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выполнять индивидуальные задания на высоком качественном уровне, в соответствии с требованиями государственных стандартов; мастерски оформлять конструкторские документы.</w:t>
            </w:r>
          </w:p>
          <w:p w:rsidR="00A72C33" w:rsidRPr="003E175B" w:rsidRDefault="00A72C33" w:rsidP="003E175B">
            <w:pPr>
              <w:pStyle w:val="410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Style w:val="41"/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E175B">
              <w:rPr>
                <w:rStyle w:val="41"/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Владеет:</w:t>
            </w:r>
          </w:p>
          <w:p w:rsidR="00A72C33" w:rsidRPr="003E175B" w:rsidRDefault="00A72C33" w:rsidP="003E175B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b/>
                <w:bCs/>
                <w:szCs w:val="24"/>
                <w:lang w:val="ru-RU"/>
              </w:rPr>
            </w:pPr>
            <w:r w:rsidRPr="003E175B">
              <w:rPr>
                <w:rFonts w:cs="Times New Roman"/>
                <w:szCs w:val="24"/>
                <w:lang w:val="ru-RU"/>
              </w:rPr>
              <w:t>прочными навыками графических способов решения позиционных и метрических задач для пространственных объектов на чертежах, методами пр</w:t>
            </w:r>
            <w:r w:rsidRPr="003E175B">
              <w:rPr>
                <w:rFonts w:cs="Times New Roman"/>
                <w:szCs w:val="24"/>
                <w:lang w:val="ru-RU"/>
              </w:rPr>
              <w:t>о</w:t>
            </w:r>
            <w:r w:rsidRPr="003E175B">
              <w:rPr>
                <w:rFonts w:cs="Times New Roman"/>
                <w:szCs w:val="24"/>
                <w:lang w:val="ru-RU"/>
              </w:rPr>
              <w:t xml:space="preserve">ецирования и изображения пространственных форм на плоскостях </w:t>
            </w:r>
            <w:r w:rsidRPr="003E175B">
              <w:rPr>
                <w:rFonts w:cs="Times New Roman"/>
                <w:szCs w:val="24"/>
                <w:lang w:val="ru-RU"/>
              </w:rPr>
              <w:lastRenderedPageBreak/>
              <w:t>проекций; навыками чтения и построения чертежей планировочной орган</w:t>
            </w:r>
            <w:r w:rsidRPr="003E175B">
              <w:rPr>
                <w:rFonts w:cs="Times New Roman"/>
                <w:szCs w:val="24"/>
                <w:lang w:val="ru-RU"/>
              </w:rPr>
              <w:t>и</w:t>
            </w:r>
            <w:r w:rsidRPr="003E175B">
              <w:rPr>
                <w:rFonts w:cs="Times New Roman"/>
                <w:szCs w:val="24"/>
                <w:lang w:val="ru-RU"/>
              </w:rPr>
              <w:t>зации открытых пространств, дизайна внешней среды, проектирования, строительства и соде</w:t>
            </w:r>
            <w:r w:rsidRPr="003E175B">
              <w:rPr>
                <w:rFonts w:cs="Times New Roman"/>
                <w:szCs w:val="24"/>
                <w:lang w:val="ru-RU"/>
              </w:rPr>
              <w:t>р</w:t>
            </w:r>
            <w:r w:rsidRPr="003E175B">
              <w:rPr>
                <w:rFonts w:cs="Times New Roman"/>
                <w:szCs w:val="24"/>
                <w:lang w:val="ru-RU"/>
              </w:rPr>
              <w:t>жания, реконструкции и реставрации объектов ландшафтной архитектуры и садово-паркового искусства;</w:t>
            </w:r>
          </w:p>
        </w:tc>
      </w:tr>
      <w:tr w:rsidR="00A72C33" w:rsidRPr="00A72C33" w:rsidTr="003E175B">
        <w:tc>
          <w:tcPr>
            <w:tcW w:w="1668" w:type="dxa"/>
          </w:tcPr>
          <w:p w:rsidR="00A72C33" w:rsidRPr="00BB0A6A" w:rsidRDefault="00A72C33" w:rsidP="003E175B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sz w:val="22"/>
              </w:rPr>
            </w:pPr>
            <w:r w:rsidRPr="00BB0A6A">
              <w:rPr>
                <w:b/>
                <w:bCs/>
                <w:sz w:val="22"/>
              </w:rPr>
              <w:lastRenderedPageBreak/>
              <w:t>Удовлетворительно</w:t>
            </w:r>
          </w:p>
        </w:tc>
        <w:tc>
          <w:tcPr>
            <w:tcW w:w="8340" w:type="dxa"/>
          </w:tcPr>
          <w:p w:rsidR="00A72C33" w:rsidRPr="003E175B" w:rsidRDefault="00A72C33" w:rsidP="003E175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b/>
                <w:szCs w:val="24"/>
                <w:lang w:val="ru-RU"/>
              </w:rPr>
            </w:pPr>
            <w:r w:rsidRPr="003E175B">
              <w:rPr>
                <w:rFonts w:cs="Times New Roman"/>
                <w:b/>
                <w:szCs w:val="24"/>
                <w:lang w:val="ru-RU"/>
              </w:rPr>
              <w:t>Обучающийся:</w:t>
            </w:r>
          </w:p>
          <w:p w:rsidR="00A72C33" w:rsidRPr="003E175B" w:rsidRDefault="00A72C33" w:rsidP="003E175B">
            <w:pPr>
              <w:pStyle w:val="410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3E175B">
              <w:rPr>
                <w:rStyle w:val="41"/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Знает</w:t>
            </w:r>
            <w:r w:rsidRPr="003E175B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:</w:t>
            </w:r>
          </w:p>
          <w:p w:rsidR="00A72C33" w:rsidRPr="003E175B" w:rsidRDefault="00A72C33" w:rsidP="003E175B">
            <w:pPr>
              <w:pStyle w:val="410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</w:pP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какие-либо законы геометрического формир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о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вания, построения и взаимного пересечения м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о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делей плоскости и пространства, необходимых для проектирования объектов лан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д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шафтной архитектуры; разработке проектной и рабочей документации, оформлении законченных проектных работ; какие-либо приемы геометро - гр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а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фического формирования объектов реального пространства, в том числе в графической системе компас – 3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d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.</w:t>
            </w:r>
          </w:p>
          <w:p w:rsidR="00A72C33" w:rsidRPr="003E175B" w:rsidRDefault="00A72C33" w:rsidP="003E175B">
            <w:pPr>
              <w:pStyle w:val="410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Style w:val="41"/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E175B">
              <w:rPr>
                <w:rStyle w:val="41"/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Умеет:</w:t>
            </w:r>
          </w:p>
          <w:p w:rsidR="00A72C33" w:rsidRPr="003E175B" w:rsidRDefault="00A72C33" w:rsidP="003E175B">
            <w:pPr>
              <w:pStyle w:val="410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</w:pP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воспринимать оптимальное соотношение частей и целого на основе граф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и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ческих моделей, практически реализуемых в виде чертежей конкретных пространственных объектов; использовать какие-либо способы начертательной геоме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т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рии</w:t>
            </w:r>
            <w:r w:rsidRPr="003E175B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  <w:lang w:val="ru-RU"/>
              </w:rPr>
              <w:t>;</w:t>
            </w:r>
            <w:r w:rsidRPr="003E17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выполнять индивидуальные задания под непосредственным руководством преподавателя.</w:t>
            </w:r>
          </w:p>
          <w:p w:rsidR="00A72C33" w:rsidRPr="003E175B" w:rsidRDefault="00A72C33" w:rsidP="003E175B">
            <w:pPr>
              <w:pStyle w:val="410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Style w:val="41"/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E175B">
              <w:rPr>
                <w:rStyle w:val="41"/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Владеет:</w:t>
            </w:r>
          </w:p>
          <w:p w:rsidR="00A72C33" w:rsidRPr="003E175B" w:rsidRDefault="00A72C33" w:rsidP="003E175B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b/>
                <w:bCs/>
                <w:szCs w:val="24"/>
                <w:lang w:val="ru-RU"/>
              </w:rPr>
            </w:pPr>
            <w:r w:rsidRPr="003E175B">
              <w:rPr>
                <w:rFonts w:cs="Times New Roman"/>
                <w:szCs w:val="24"/>
                <w:lang w:val="ru-RU"/>
              </w:rPr>
              <w:t>какими-либо навыками графических способов решения позиционных и метрических задач для пространственных объектов на чертежах, методами пр</w:t>
            </w:r>
            <w:r w:rsidRPr="003E175B">
              <w:rPr>
                <w:rFonts w:cs="Times New Roman"/>
                <w:szCs w:val="24"/>
                <w:lang w:val="ru-RU"/>
              </w:rPr>
              <w:t>о</w:t>
            </w:r>
            <w:r w:rsidRPr="003E175B">
              <w:rPr>
                <w:rFonts w:cs="Times New Roman"/>
                <w:szCs w:val="24"/>
                <w:lang w:val="ru-RU"/>
              </w:rPr>
              <w:t>ецирования и изображения пространственных форм на плоскостях проекций; какими-либо навыками чтения и построения чертежей планировочной орган</w:t>
            </w:r>
            <w:r w:rsidRPr="003E175B">
              <w:rPr>
                <w:rFonts w:cs="Times New Roman"/>
                <w:szCs w:val="24"/>
                <w:lang w:val="ru-RU"/>
              </w:rPr>
              <w:t>и</w:t>
            </w:r>
            <w:r w:rsidRPr="003E175B">
              <w:rPr>
                <w:rFonts w:cs="Times New Roman"/>
                <w:szCs w:val="24"/>
                <w:lang w:val="ru-RU"/>
              </w:rPr>
              <w:t>зации открытых пространств.</w:t>
            </w:r>
          </w:p>
        </w:tc>
      </w:tr>
      <w:tr w:rsidR="00A72C33" w:rsidRPr="00A72C33" w:rsidTr="003E175B">
        <w:tc>
          <w:tcPr>
            <w:tcW w:w="1668" w:type="dxa"/>
          </w:tcPr>
          <w:p w:rsidR="00A72C33" w:rsidRPr="00BB0A6A" w:rsidRDefault="00A72C33" w:rsidP="003E175B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sz w:val="22"/>
              </w:rPr>
            </w:pPr>
            <w:r w:rsidRPr="00BB0A6A">
              <w:rPr>
                <w:b/>
                <w:bCs/>
                <w:sz w:val="22"/>
              </w:rPr>
              <w:t>Неудовлетворительно</w:t>
            </w:r>
          </w:p>
        </w:tc>
        <w:tc>
          <w:tcPr>
            <w:tcW w:w="8340" w:type="dxa"/>
          </w:tcPr>
          <w:p w:rsidR="00A72C33" w:rsidRPr="003E175B" w:rsidRDefault="00A72C33" w:rsidP="003E175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b/>
                <w:szCs w:val="24"/>
                <w:lang w:val="ru-RU"/>
              </w:rPr>
            </w:pPr>
            <w:r w:rsidRPr="003E175B">
              <w:rPr>
                <w:rFonts w:cs="Times New Roman"/>
                <w:b/>
                <w:szCs w:val="24"/>
                <w:lang w:val="ru-RU"/>
              </w:rPr>
              <w:t>Обучающийся:</w:t>
            </w:r>
          </w:p>
          <w:p w:rsidR="00A72C33" w:rsidRPr="003E175B" w:rsidRDefault="00A72C33" w:rsidP="003E175B">
            <w:pPr>
              <w:pStyle w:val="410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3E175B">
              <w:rPr>
                <w:rStyle w:val="41"/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Знает</w:t>
            </w:r>
            <w:r w:rsidRPr="003E175B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:</w:t>
            </w:r>
          </w:p>
          <w:p w:rsidR="00A72C33" w:rsidRPr="003E175B" w:rsidRDefault="00A72C33" w:rsidP="003E175B">
            <w:pPr>
              <w:pStyle w:val="410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</w:pPr>
            <w:r w:rsidRPr="003E175B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в общих чертах о существовании основных законов геометрического формирования, построения и взаимного пересечения м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о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делей плоскости и пространства, необходимых при сборе и анализе информационных исходных данных для проектирования объектов лан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д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шафтной архитектуры; разработке проектной и рабочей документации, оформлении законченных пр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о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ектных работ.</w:t>
            </w:r>
          </w:p>
          <w:p w:rsidR="00A72C33" w:rsidRPr="003E175B" w:rsidRDefault="00A72C33" w:rsidP="003E175B">
            <w:pPr>
              <w:pStyle w:val="410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Style w:val="41"/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E175B">
              <w:rPr>
                <w:rStyle w:val="41"/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Умеет:</w:t>
            </w:r>
          </w:p>
          <w:p w:rsidR="00A72C33" w:rsidRPr="003E175B" w:rsidRDefault="00A72C33" w:rsidP="003E175B">
            <w:pPr>
              <w:pStyle w:val="410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</w:pP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 xml:space="preserve"> с трудом воспринимать оптимальное соотношение частей и целого на основе графических моделей, практически реализуемых в в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и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де чертежей конкретных пространственных объектов; с трудом использовать приемы начертательной геоме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т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>рии</w:t>
            </w:r>
            <w:r w:rsidRPr="003E175B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  <w:lang w:val="ru-RU"/>
              </w:rPr>
              <w:t>;</w:t>
            </w:r>
            <w:r w:rsidRPr="003E17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E175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ru-RU"/>
              </w:rPr>
              <w:t xml:space="preserve">при выполнении индивидуальных заданий, даже под руководством преподавателя, допускать ошибки и проявлять непонимание к их исправлению. </w:t>
            </w:r>
          </w:p>
          <w:p w:rsidR="00A72C33" w:rsidRPr="003E175B" w:rsidRDefault="00A72C33" w:rsidP="003E175B">
            <w:pPr>
              <w:pStyle w:val="410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Style w:val="41"/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E175B">
              <w:rPr>
                <w:rStyle w:val="41"/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Владеет:</w:t>
            </w:r>
          </w:p>
          <w:p w:rsidR="00A72C33" w:rsidRPr="003E175B" w:rsidRDefault="00A72C33" w:rsidP="003E175B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b/>
                <w:bCs/>
                <w:szCs w:val="24"/>
                <w:lang w:val="ru-RU"/>
              </w:rPr>
            </w:pPr>
            <w:r w:rsidRPr="003E175B">
              <w:rPr>
                <w:rFonts w:cs="Times New Roman"/>
                <w:szCs w:val="24"/>
                <w:lang w:val="ru-RU"/>
              </w:rPr>
              <w:t>некачественными графическими способами решения позиционных и метрических задач для пространственных объектов на чертежах, методами пр</w:t>
            </w:r>
            <w:r w:rsidRPr="003E175B">
              <w:rPr>
                <w:rFonts w:cs="Times New Roman"/>
                <w:szCs w:val="24"/>
                <w:lang w:val="ru-RU"/>
              </w:rPr>
              <w:t>о</w:t>
            </w:r>
            <w:r w:rsidRPr="003E175B">
              <w:rPr>
                <w:rFonts w:cs="Times New Roman"/>
                <w:szCs w:val="24"/>
                <w:lang w:val="ru-RU"/>
              </w:rPr>
              <w:t>ецирования и изображения пространственных форм на плоскостях проекций; слабыми навыками чтения чертежей планировочной орган</w:t>
            </w:r>
            <w:r w:rsidRPr="003E175B">
              <w:rPr>
                <w:rFonts w:cs="Times New Roman"/>
                <w:szCs w:val="24"/>
                <w:lang w:val="ru-RU"/>
              </w:rPr>
              <w:t>и</w:t>
            </w:r>
            <w:r w:rsidRPr="003E175B">
              <w:rPr>
                <w:rFonts w:cs="Times New Roman"/>
                <w:szCs w:val="24"/>
                <w:lang w:val="ru-RU"/>
              </w:rPr>
              <w:t>зации открытых пространств.</w:t>
            </w:r>
          </w:p>
        </w:tc>
      </w:tr>
    </w:tbl>
    <w:p w:rsidR="00A72C33" w:rsidRDefault="00A72C33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3E175B" w:rsidRDefault="003E175B" w:rsidP="003E175B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3E175B" w:rsidRDefault="003E175B" w:rsidP="003E175B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3E175B" w:rsidRDefault="003E175B" w:rsidP="003E175B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3E175B" w:rsidRDefault="003E175B" w:rsidP="003E175B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3E175B" w:rsidRPr="003E175B" w:rsidRDefault="003E175B" w:rsidP="003E175B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  <w:r w:rsidRPr="003E175B">
        <w:rPr>
          <w:b/>
          <w:bCs/>
          <w:szCs w:val="24"/>
          <w:lang w:val="ru-RU"/>
        </w:rPr>
        <w:lastRenderedPageBreak/>
        <w:t xml:space="preserve">Структура </w:t>
      </w:r>
      <w:proofErr w:type="gramStart"/>
      <w:r w:rsidRPr="003E175B">
        <w:rPr>
          <w:b/>
          <w:bCs/>
          <w:szCs w:val="24"/>
          <w:lang w:val="ru-RU"/>
        </w:rPr>
        <w:t>зачетного  билета</w:t>
      </w:r>
      <w:proofErr w:type="gramEnd"/>
    </w:p>
    <w:p w:rsidR="003E175B" w:rsidRPr="003E175B" w:rsidRDefault="003E175B" w:rsidP="003E175B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  <w:r w:rsidRPr="003E175B">
        <w:rPr>
          <w:b/>
          <w:bCs/>
          <w:szCs w:val="24"/>
          <w:lang w:val="ru-RU"/>
        </w:rPr>
        <w:t>Весенний семестр (вопросы 2.1. - 2.11, 3.1. - 3.11)</w:t>
      </w:r>
    </w:p>
    <w:p w:rsidR="003E175B" w:rsidRPr="003E175B" w:rsidRDefault="003E175B" w:rsidP="003E175B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  <w:r w:rsidRPr="003E175B">
        <w:rPr>
          <w:b/>
          <w:bCs/>
          <w:szCs w:val="24"/>
          <w:lang w:val="ru-RU"/>
        </w:rPr>
        <w:t>Билеты 1-15</w:t>
      </w:r>
    </w:p>
    <w:p w:rsidR="003E175B" w:rsidRPr="003E175B" w:rsidRDefault="003E175B" w:rsidP="003E175B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bCs/>
          <w:szCs w:val="24"/>
          <w:lang w:val="ru-RU"/>
        </w:rPr>
      </w:pPr>
      <w:r w:rsidRPr="003E175B">
        <w:rPr>
          <w:bCs/>
          <w:szCs w:val="24"/>
          <w:lang w:val="ru-RU"/>
        </w:rPr>
        <w:t>Билет состоит из двух вопросов:</w:t>
      </w:r>
    </w:p>
    <w:p w:rsidR="003E175B" w:rsidRPr="003E175B" w:rsidRDefault="003E175B" w:rsidP="003E175B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bCs/>
          <w:szCs w:val="24"/>
          <w:lang w:val="ru-RU"/>
        </w:rPr>
      </w:pPr>
      <w:r w:rsidRPr="003E175B">
        <w:rPr>
          <w:bCs/>
          <w:szCs w:val="24"/>
          <w:lang w:val="ru-RU"/>
        </w:rPr>
        <w:t xml:space="preserve">Вопросы 1,2 – ОПК – Раздел 2. Инженерная графика, Раздел 3. Компьютерная графика </w:t>
      </w:r>
    </w:p>
    <w:p w:rsidR="003E175B" w:rsidRPr="003E175B" w:rsidRDefault="003E175B" w:rsidP="003E175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b/>
          <w:bCs/>
          <w:szCs w:val="24"/>
          <w:lang w:val="ru-RU"/>
        </w:rPr>
      </w:pPr>
      <w:r w:rsidRPr="003E175B">
        <w:rPr>
          <w:b/>
          <w:bCs/>
          <w:szCs w:val="24"/>
          <w:lang w:val="ru-RU"/>
        </w:rPr>
        <w:t>Составитель:</w:t>
      </w:r>
    </w:p>
    <w:p w:rsidR="003E175B" w:rsidRPr="003E175B" w:rsidRDefault="003E175B" w:rsidP="003E175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  <w:lang w:val="ru-RU"/>
        </w:rPr>
      </w:pPr>
      <w:r w:rsidRPr="003E175B">
        <w:rPr>
          <w:szCs w:val="24"/>
          <w:lang w:val="ru-RU"/>
        </w:rPr>
        <w:t>С.А. Фрейберг, к.п.н., доцент кафедры СДМ</w:t>
      </w:r>
      <w:r w:rsidRPr="003E175B">
        <w:rPr>
          <w:szCs w:val="24"/>
          <w:lang w:val="ru-RU"/>
        </w:rPr>
        <w:tab/>
        <w:t>_______________</w:t>
      </w:r>
    </w:p>
    <w:p w:rsidR="003E175B" w:rsidRPr="003E175B" w:rsidRDefault="003E175B" w:rsidP="003E175B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Cs w:val="24"/>
          <w:lang w:val="ru-RU"/>
        </w:rPr>
      </w:pPr>
      <w:r w:rsidRPr="003E175B">
        <w:rPr>
          <w:color w:val="000000"/>
          <w:szCs w:val="24"/>
          <w:lang w:val="ru-RU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1"/>
        <w:gridCol w:w="6484"/>
      </w:tblGrid>
      <w:tr w:rsidR="003E175B" w:rsidRPr="003E175B" w:rsidTr="003E175B">
        <w:tblPrEx>
          <w:tblCellMar>
            <w:top w:w="0" w:type="dxa"/>
            <w:bottom w:w="0" w:type="dxa"/>
          </w:tblCellMar>
        </w:tblPrEx>
        <w:tc>
          <w:tcPr>
            <w:tcW w:w="1727" w:type="pct"/>
            <w:vAlign w:val="center"/>
          </w:tcPr>
          <w:p w:rsidR="003E175B" w:rsidRPr="003E175B" w:rsidRDefault="003E175B" w:rsidP="003E175B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3E175B">
              <w:rPr>
                <w:rFonts w:cs="Times New Roman"/>
                <w:szCs w:val="24"/>
                <w:lang w:val="ru-RU"/>
              </w:rPr>
              <w:t>Минобрнауки России</w:t>
            </w:r>
          </w:p>
          <w:p w:rsidR="003E175B" w:rsidRPr="003E175B" w:rsidRDefault="003E175B" w:rsidP="003E175B">
            <w:pPr>
              <w:pStyle w:val="af"/>
              <w:spacing w:after="0" w:line="240" w:lineRule="auto"/>
              <w:jc w:val="center"/>
              <w:rPr>
                <w:rFonts w:cs="Times New Roman"/>
                <w:lang w:val="ru-RU"/>
              </w:rPr>
            </w:pPr>
            <w:r w:rsidRPr="003E175B">
              <w:rPr>
                <w:rFonts w:cs="Times New Roman"/>
                <w:lang w:val="ru-RU"/>
              </w:rPr>
              <w:t xml:space="preserve">ФГБОУ ВО 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rFonts w:cs="Times New Roman"/>
                <w:sz w:val="18"/>
                <w:lang w:val="ru-RU"/>
              </w:rPr>
            </w:pPr>
            <w:r w:rsidRPr="003E175B">
              <w:rPr>
                <w:rFonts w:cs="Times New Roman"/>
                <w:szCs w:val="24"/>
                <w:lang w:val="ru-RU"/>
              </w:rPr>
              <w:t>«БрГУ»</w:t>
            </w:r>
          </w:p>
        </w:tc>
        <w:tc>
          <w:tcPr>
            <w:tcW w:w="3273" w:type="pct"/>
          </w:tcPr>
          <w:p w:rsidR="003E175B" w:rsidRPr="003E175B" w:rsidRDefault="003E175B" w:rsidP="003E175B">
            <w:pPr>
              <w:spacing w:line="240" w:lineRule="auto"/>
              <w:jc w:val="center"/>
              <w:rPr>
                <w:rFonts w:cs="Times New Roman"/>
                <w:b/>
                <w:sz w:val="28"/>
                <w:szCs w:val="28"/>
                <w:lang w:val="ru-RU"/>
              </w:rPr>
            </w:pPr>
            <w:r w:rsidRPr="003E175B">
              <w:rPr>
                <w:rFonts w:cs="Times New Roman"/>
                <w:b/>
                <w:sz w:val="28"/>
                <w:szCs w:val="28"/>
                <w:lang w:val="ru-RU"/>
              </w:rPr>
              <w:t>Зачетный билет № 1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3E175B">
              <w:rPr>
                <w:rFonts w:cs="Times New Roman"/>
                <w:szCs w:val="24"/>
                <w:lang w:val="ru-RU"/>
              </w:rPr>
              <w:t xml:space="preserve">по </w:t>
            </w:r>
            <w:proofErr w:type="gramStart"/>
            <w:r w:rsidRPr="003E175B">
              <w:rPr>
                <w:rFonts w:cs="Times New Roman"/>
                <w:szCs w:val="24"/>
                <w:lang w:val="ru-RU"/>
              </w:rPr>
              <w:t>дисциплине</w:t>
            </w:r>
            <w:r w:rsidRPr="003E175B">
              <w:rPr>
                <w:rFonts w:cs="Times New Roman"/>
                <w:b/>
                <w:szCs w:val="24"/>
                <w:lang w:val="ru-RU"/>
              </w:rPr>
              <w:t xml:space="preserve"> </w:t>
            </w:r>
            <w:r w:rsidRPr="003E175B">
              <w:rPr>
                <w:rFonts w:cs="Times New Roman"/>
                <w:szCs w:val="24"/>
                <w:lang w:val="ru-RU"/>
              </w:rPr>
              <w:t xml:space="preserve"> Инженерная</w:t>
            </w:r>
            <w:proofErr w:type="gramEnd"/>
            <w:r w:rsidRPr="003E175B">
              <w:rPr>
                <w:rFonts w:cs="Times New Roman"/>
                <w:szCs w:val="24"/>
                <w:lang w:val="ru-RU"/>
              </w:rPr>
              <w:t xml:space="preserve"> графика</w:t>
            </w:r>
          </w:p>
          <w:p w:rsidR="003E175B" w:rsidRPr="003E175B" w:rsidRDefault="003E175B" w:rsidP="003E175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3E175B">
              <w:rPr>
                <w:rFonts w:cs="Times New Roman"/>
                <w:szCs w:val="24"/>
              </w:rPr>
              <w:t xml:space="preserve">15.03.02  </w:t>
            </w:r>
            <w:r w:rsidRPr="003E175B">
              <w:rPr>
                <w:rFonts w:cs="Times New Roman"/>
                <w:color w:val="333333"/>
                <w:szCs w:val="24"/>
                <w:shd w:val="clear" w:color="auto" w:fill="FFFFFF"/>
              </w:rPr>
              <w:t>Машины и оборудование лесного комплекса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rFonts w:cs="Times New Roman"/>
                <w:szCs w:val="24"/>
                <w:u w:val="single"/>
              </w:rPr>
            </w:pPr>
          </w:p>
        </w:tc>
      </w:tr>
      <w:tr w:rsidR="003E175B" w:rsidRPr="003E175B" w:rsidTr="003E175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vAlign w:val="center"/>
          </w:tcPr>
          <w:p w:rsidR="003E175B" w:rsidRPr="003E175B" w:rsidRDefault="003E175B" w:rsidP="00C00B61">
            <w:pPr>
              <w:numPr>
                <w:ilvl w:val="0"/>
                <w:numId w:val="16"/>
              </w:numPr>
              <w:spacing w:line="240" w:lineRule="auto"/>
              <w:jc w:val="both"/>
              <w:rPr>
                <w:rFonts w:cs="Times New Roman"/>
              </w:rPr>
            </w:pPr>
            <w:r w:rsidRPr="003E175B">
              <w:rPr>
                <w:rFonts w:cs="Times New Roman"/>
              </w:rPr>
              <w:t>Правила выполнения изображений. Виды</w:t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3E175B">
              <w:rPr>
                <w:rFonts w:cs="Times New Roman"/>
                <w:i/>
                <w:szCs w:val="24"/>
                <w:lang w:val="ru-RU"/>
              </w:rPr>
              <w:t>Задача.</w:t>
            </w:r>
            <w:r w:rsidRPr="003E175B">
              <w:rPr>
                <w:rFonts w:cs="Times New Roman"/>
                <w:szCs w:val="24"/>
                <w:lang w:val="ru-RU"/>
              </w:rPr>
              <w:t xml:space="preserve"> По наглядному изображению предмета построить шесть ортогональных проекций</w:t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i/>
                <w:szCs w:val="24"/>
                <w:lang w:val="ru-RU"/>
              </w:rPr>
            </w:pPr>
            <w:r w:rsidRPr="003E175B">
              <w:rPr>
                <w:rFonts w:cs="Times New Roman"/>
                <w:noProof/>
                <w:lang w:val="ru-RU" w:eastAsia="ru-RU"/>
              </w:rPr>
              <w:drawing>
                <wp:anchor distT="0" distB="0" distL="114300" distR="114300" simplePos="0" relativeHeight="251663872" behindDoc="0" locked="0" layoutInCell="1" allowOverlap="1">
                  <wp:simplePos x="0" y="0"/>
                  <wp:positionH relativeFrom="column">
                    <wp:posOffset>2350135</wp:posOffset>
                  </wp:positionH>
                  <wp:positionV relativeFrom="paragraph">
                    <wp:posOffset>29210</wp:posOffset>
                  </wp:positionV>
                  <wp:extent cx="581025" cy="504190"/>
                  <wp:effectExtent l="0" t="0" r="9525" b="0"/>
                  <wp:wrapNone/>
                  <wp:docPr id="26" name="Рисунок 26" descr="Snap 2018-05-07 at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Snap 2018-05-07 at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0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i/>
                <w:szCs w:val="24"/>
                <w:lang w:val="ru-RU"/>
              </w:rPr>
            </w:pP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i/>
                <w:szCs w:val="24"/>
                <w:lang w:val="ru-RU"/>
              </w:rPr>
            </w:pP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i/>
                <w:szCs w:val="24"/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3E175B">
              <w:rPr>
                <w:rFonts w:cs="Times New Roman"/>
                <w:szCs w:val="24"/>
                <w:lang w:val="ru-RU"/>
              </w:rPr>
              <w:t xml:space="preserve">        2. Правила выполнения изображений. Разрезы простые</w:t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lang w:val="ru-RU"/>
              </w:rPr>
            </w:pPr>
            <w:r w:rsidRPr="003E175B">
              <w:rPr>
                <w:rFonts w:cs="Times New Roman"/>
                <w:noProof/>
                <w:lang w:val="ru-RU" w:eastAsia="ru-RU"/>
              </w:rPr>
              <w:drawing>
                <wp:anchor distT="0" distB="0" distL="114300" distR="114300" simplePos="0" relativeHeight="251661824" behindDoc="0" locked="0" layoutInCell="1" allowOverlap="1">
                  <wp:simplePos x="0" y="0"/>
                  <wp:positionH relativeFrom="column">
                    <wp:posOffset>2540635</wp:posOffset>
                  </wp:positionH>
                  <wp:positionV relativeFrom="paragraph">
                    <wp:posOffset>334010</wp:posOffset>
                  </wp:positionV>
                  <wp:extent cx="342900" cy="478790"/>
                  <wp:effectExtent l="0" t="0" r="0" b="0"/>
                  <wp:wrapNone/>
                  <wp:docPr id="25" name="Рисунок 25" descr="Документ1 - Microsoft W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Документ1 - Microsoft W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78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E175B">
              <w:rPr>
                <w:rFonts w:cs="Times New Roman"/>
                <w:i/>
                <w:szCs w:val="24"/>
                <w:lang w:val="ru-RU"/>
              </w:rPr>
              <w:t>Задача.</w:t>
            </w:r>
            <w:r w:rsidRPr="003E175B">
              <w:rPr>
                <w:rFonts w:cs="Times New Roman"/>
                <w:szCs w:val="24"/>
                <w:lang w:val="ru-RU"/>
              </w:rPr>
              <w:t xml:space="preserve"> Выполнить фронтальный и профильный разрезы на месте соответствующих видов модели.</w:t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lang w:val="ru-RU"/>
              </w:rPr>
            </w:pP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lang w:val="ru-RU"/>
              </w:rPr>
            </w:pP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lang w:val="ru-RU"/>
              </w:rPr>
            </w:pPr>
          </w:p>
          <w:p w:rsidR="003E175B" w:rsidRPr="003E175B" w:rsidRDefault="003E175B" w:rsidP="003E175B">
            <w:pPr>
              <w:pStyle w:val="21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3E175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3E175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>составил:  к.п.н.</w:t>
            </w:r>
            <w:proofErr w:type="gramEnd"/>
            <w:r w:rsidRPr="003E175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sz w:val="12"/>
                <w:lang w:val="ru-RU"/>
              </w:rPr>
            </w:pPr>
            <w:r w:rsidRPr="003E175B">
              <w:rPr>
                <w:rFonts w:cs="Times New Roman"/>
                <w:sz w:val="12"/>
                <w:lang w:val="ru-RU"/>
              </w:rPr>
              <w:t xml:space="preserve">                                                                                </w:t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lang w:val="ru-RU"/>
              </w:rPr>
            </w:pPr>
            <w:r w:rsidRPr="003E175B">
              <w:rPr>
                <w:rFonts w:cs="Times New Roman"/>
                <w:lang w:val="ru-RU"/>
              </w:rPr>
              <w:t xml:space="preserve">Утверждено на заседании кафедры: </w:t>
            </w:r>
            <w:proofErr w:type="gramStart"/>
            <w:r w:rsidRPr="003E175B">
              <w:rPr>
                <w:rFonts w:cs="Times New Roman"/>
                <w:lang w:val="ru-RU"/>
              </w:rPr>
              <w:t>СДМ  протокол</w:t>
            </w:r>
            <w:proofErr w:type="gramEnd"/>
            <w:r w:rsidRPr="003E175B">
              <w:rPr>
                <w:rFonts w:cs="Times New Roman"/>
                <w:lang w:val="ru-RU"/>
              </w:rPr>
              <w:t xml:space="preserve"> </w:t>
            </w:r>
            <w:r w:rsidRPr="003E175B">
              <w:rPr>
                <w:rFonts w:cs="Times New Roman"/>
                <w:szCs w:val="24"/>
                <w:lang w:val="ru-RU"/>
              </w:rPr>
              <w:t xml:space="preserve">___ </w:t>
            </w:r>
            <w:r w:rsidRPr="003E175B">
              <w:rPr>
                <w:rFonts w:cs="Times New Roman"/>
                <w:lang w:val="ru-RU"/>
              </w:rPr>
              <w:t xml:space="preserve">от </w:t>
            </w:r>
            <w:r w:rsidRPr="003E175B">
              <w:rPr>
                <w:rFonts w:cs="Times New Roman"/>
                <w:szCs w:val="24"/>
                <w:lang w:val="ru-RU"/>
              </w:rPr>
              <w:t>«</w:t>
            </w:r>
            <w:r w:rsidRPr="003E175B">
              <w:rPr>
                <w:rFonts w:cs="Times New Roman"/>
                <w:szCs w:val="24"/>
                <w:u w:val="single"/>
                <w:lang w:val="ru-RU"/>
              </w:rPr>
              <w:t>___</w:t>
            </w:r>
            <w:r w:rsidRPr="003E175B">
              <w:rPr>
                <w:rFonts w:cs="Times New Roman"/>
                <w:szCs w:val="24"/>
                <w:lang w:val="ru-RU"/>
              </w:rPr>
              <w:t xml:space="preserve">» _______202__г. </w:t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lang w:val="ru-RU"/>
              </w:rPr>
            </w:pPr>
            <w:r w:rsidRPr="003E175B">
              <w:rPr>
                <w:rFonts w:cs="Times New Roman"/>
                <w:szCs w:val="24"/>
                <w:lang w:val="ru-RU"/>
              </w:rPr>
              <w:t xml:space="preserve">Заведующий </w:t>
            </w:r>
            <w:proofErr w:type="gramStart"/>
            <w:r w:rsidRPr="003E175B">
              <w:rPr>
                <w:rFonts w:cs="Times New Roman"/>
                <w:szCs w:val="24"/>
                <w:lang w:val="ru-RU"/>
              </w:rPr>
              <w:t>кафедрой  СДМ</w:t>
            </w:r>
            <w:proofErr w:type="gramEnd"/>
            <w:r w:rsidRPr="003E175B">
              <w:rPr>
                <w:rFonts w:cs="Times New Roman"/>
                <w:szCs w:val="24"/>
                <w:lang w:val="ru-RU"/>
              </w:rPr>
              <w:t xml:space="preserve"> </w:t>
            </w:r>
            <w:r w:rsidRPr="003E175B">
              <w:rPr>
                <w:rFonts w:cs="Times New Roman"/>
                <w:lang w:val="ru-RU"/>
              </w:rPr>
              <w:t xml:space="preserve">                             ______________                          </w:t>
            </w:r>
            <w:r w:rsidRPr="003E175B">
              <w:rPr>
                <w:rFonts w:cs="Times New Roman"/>
                <w:szCs w:val="24"/>
                <w:lang w:val="ru-RU"/>
              </w:rPr>
              <w:t>Зеньков С.А.</w:t>
            </w:r>
          </w:p>
        </w:tc>
      </w:tr>
    </w:tbl>
    <w:p w:rsidR="003E175B" w:rsidRPr="003E175B" w:rsidRDefault="003E175B" w:rsidP="003E175B">
      <w:pPr>
        <w:spacing w:line="240" w:lineRule="auto"/>
        <w:rPr>
          <w:rFonts w:cs="Times New Roman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1"/>
        <w:gridCol w:w="6484"/>
      </w:tblGrid>
      <w:tr w:rsidR="003E175B" w:rsidRPr="003E175B" w:rsidTr="003E175B">
        <w:tblPrEx>
          <w:tblCellMar>
            <w:top w:w="0" w:type="dxa"/>
            <w:bottom w:w="0" w:type="dxa"/>
          </w:tblCellMar>
        </w:tblPrEx>
        <w:tc>
          <w:tcPr>
            <w:tcW w:w="1727" w:type="pct"/>
            <w:vAlign w:val="center"/>
          </w:tcPr>
          <w:p w:rsidR="003E175B" w:rsidRPr="003E175B" w:rsidRDefault="003E175B" w:rsidP="003E175B">
            <w:pPr>
              <w:spacing w:line="240" w:lineRule="auto"/>
              <w:jc w:val="center"/>
              <w:rPr>
                <w:rFonts w:cs="Times New Roman"/>
                <w:lang w:val="ru-RU"/>
              </w:rPr>
            </w:pPr>
            <w:r w:rsidRPr="003E175B">
              <w:rPr>
                <w:rFonts w:cs="Times New Roman"/>
                <w:lang w:val="ru-RU"/>
              </w:rPr>
              <w:br w:type="page"/>
            </w:r>
            <w:r w:rsidRPr="003E175B">
              <w:rPr>
                <w:rFonts w:cs="Times New Roman"/>
                <w:lang w:val="ru-RU"/>
              </w:rPr>
              <w:br w:type="page"/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3E175B">
              <w:rPr>
                <w:rFonts w:cs="Times New Roman"/>
                <w:szCs w:val="24"/>
                <w:lang w:val="ru-RU"/>
              </w:rPr>
              <w:t>Минобрнауки России</w:t>
            </w:r>
          </w:p>
          <w:p w:rsidR="003E175B" w:rsidRPr="003E175B" w:rsidRDefault="003E175B" w:rsidP="003E175B">
            <w:pPr>
              <w:pStyle w:val="af"/>
              <w:spacing w:after="0" w:line="240" w:lineRule="auto"/>
              <w:jc w:val="center"/>
              <w:rPr>
                <w:rFonts w:cs="Times New Roman"/>
                <w:lang w:val="ru-RU"/>
              </w:rPr>
            </w:pPr>
            <w:r w:rsidRPr="003E175B">
              <w:rPr>
                <w:rFonts w:cs="Times New Roman"/>
                <w:lang w:val="ru-RU"/>
              </w:rPr>
              <w:t xml:space="preserve">ФГБОУ ВО 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rFonts w:cs="Times New Roman"/>
                <w:sz w:val="18"/>
                <w:lang w:val="ru-RU"/>
              </w:rPr>
            </w:pPr>
            <w:r w:rsidRPr="003E175B">
              <w:rPr>
                <w:rFonts w:cs="Times New Roman"/>
                <w:szCs w:val="24"/>
                <w:lang w:val="ru-RU"/>
              </w:rPr>
              <w:t>«БрГУ»</w:t>
            </w:r>
          </w:p>
        </w:tc>
        <w:tc>
          <w:tcPr>
            <w:tcW w:w="3273" w:type="pct"/>
          </w:tcPr>
          <w:p w:rsidR="003E175B" w:rsidRPr="003E175B" w:rsidRDefault="003E175B" w:rsidP="003E175B">
            <w:pPr>
              <w:spacing w:line="240" w:lineRule="auto"/>
              <w:jc w:val="center"/>
              <w:rPr>
                <w:rFonts w:cs="Times New Roman"/>
                <w:b/>
                <w:sz w:val="28"/>
                <w:szCs w:val="28"/>
                <w:lang w:val="ru-RU"/>
              </w:rPr>
            </w:pPr>
            <w:r w:rsidRPr="003E175B">
              <w:rPr>
                <w:rFonts w:cs="Times New Roman"/>
                <w:b/>
                <w:sz w:val="28"/>
                <w:szCs w:val="28"/>
                <w:lang w:val="ru-RU"/>
              </w:rPr>
              <w:t xml:space="preserve">Зачетный билет №2 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3E175B">
              <w:rPr>
                <w:rFonts w:cs="Times New Roman"/>
                <w:szCs w:val="24"/>
                <w:lang w:val="ru-RU"/>
              </w:rPr>
              <w:t xml:space="preserve">по </w:t>
            </w:r>
            <w:proofErr w:type="gramStart"/>
            <w:r w:rsidRPr="003E175B">
              <w:rPr>
                <w:rFonts w:cs="Times New Roman"/>
                <w:szCs w:val="24"/>
                <w:lang w:val="ru-RU"/>
              </w:rPr>
              <w:t>дисциплине</w:t>
            </w:r>
            <w:r w:rsidRPr="003E175B">
              <w:rPr>
                <w:rFonts w:cs="Times New Roman"/>
                <w:b/>
                <w:szCs w:val="24"/>
                <w:lang w:val="ru-RU"/>
              </w:rPr>
              <w:t xml:space="preserve"> </w:t>
            </w:r>
            <w:r w:rsidRPr="003E175B">
              <w:rPr>
                <w:rFonts w:cs="Times New Roman"/>
                <w:szCs w:val="24"/>
                <w:lang w:val="ru-RU"/>
              </w:rPr>
              <w:t xml:space="preserve"> Инженерная</w:t>
            </w:r>
            <w:proofErr w:type="gramEnd"/>
            <w:r w:rsidRPr="003E175B">
              <w:rPr>
                <w:rFonts w:cs="Times New Roman"/>
                <w:szCs w:val="24"/>
                <w:lang w:val="ru-RU"/>
              </w:rPr>
              <w:t xml:space="preserve"> графика</w:t>
            </w:r>
          </w:p>
          <w:p w:rsidR="003E175B" w:rsidRPr="003E175B" w:rsidRDefault="003E175B" w:rsidP="003E175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3E175B">
              <w:rPr>
                <w:rFonts w:cs="Times New Roman"/>
                <w:szCs w:val="24"/>
              </w:rPr>
              <w:t xml:space="preserve">15.03.02  </w:t>
            </w:r>
            <w:r w:rsidRPr="003E175B">
              <w:rPr>
                <w:rFonts w:cs="Times New Roman"/>
                <w:color w:val="333333"/>
                <w:szCs w:val="24"/>
                <w:shd w:val="clear" w:color="auto" w:fill="FFFFFF"/>
              </w:rPr>
              <w:t>Машины и оборудование лесного комплекса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rFonts w:cs="Times New Roman"/>
                <w:szCs w:val="24"/>
                <w:u w:val="single"/>
              </w:rPr>
            </w:pPr>
          </w:p>
        </w:tc>
      </w:tr>
      <w:tr w:rsidR="003E175B" w:rsidRPr="003E175B" w:rsidTr="003E175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vAlign w:val="center"/>
          </w:tcPr>
          <w:p w:rsidR="003E175B" w:rsidRPr="003E175B" w:rsidRDefault="003E175B" w:rsidP="00C00B61">
            <w:pPr>
              <w:numPr>
                <w:ilvl w:val="0"/>
                <w:numId w:val="17"/>
              </w:numPr>
              <w:spacing w:line="240" w:lineRule="auto"/>
              <w:jc w:val="both"/>
              <w:rPr>
                <w:rFonts w:cs="Times New Roman"/>
                <w:sz w:val="22"/>
              </w:rPr>
            </w:pPr>
            <w:r w:rsidRPr="003E175B">
              <w:rPr>
                <w:rFonts w:cs="Times New Roman"/>
                <w:sz w:val="22"/>
              </w:rPr>
              <w:t>Правила выполнения изображений. Сечения</w:t>
            </w:r>
          </w:p>
          <w:p w:rsidR="003E175B" w:rsidRPr="003E175B" w:rsidRDefault="003E175B" w:rsidP="003E175B">
            <w:pPr>
              <w:pStyle w:val="af"/>
              <w:spacing w:after="0" w:line="240" w:lineRule="auto"/>
              <w:ind w:left="138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i/>
                <w:sz w:val="22"/>
                <w:lang w:val="ru-RU"/>
              </w:rPr>
              <w:t>Задача.</w:t>
            </w:r>
            <w:r w:rsidRPr="003E175B">
              <w:rPr>
                <w:rFonts w:cs="Times New Roman"/>
                <w:sz w:val="22"/>
                <w:lang w:val="ru-RU"/>
              </w:rPr>
              <w:t xml:space="preserve"> </w:t>
            </w:r>
            <w:proofErr w:type="gramStart"/>
            <w:r w:rsidRPr="003E175B">
              <w:rPr>
                <w:rFonts w:cs="Times New Roman"/>
                <w:sz w:val="22"/>
                <w:lang w:val="ru-RU"/>
              </w:rPr>
              <w:t>Используя  систему</w:t>
            </w:r>
            <w:proofErr w:type="gramEnd"/>
            <w:r w:rsidRPr="003E175B">
              <w:rPr>
                <w:rFonts w:cs="Times New Roman"/>
                <w:sz w:val="22"/>
                <w:lang w:val="ru-RU"/>
              </w:rPr>
              <w:t xml:space="preserve"> проектирования построить твердотельную модель детали «Вал». Создать ассоциативный чертеж. Выполнить необходимые сечения</w:t>
            </w:r>
          </w:p>
          <w:p w:rsidR="003E175B" w:rsidRPr="003E175B" w:rsidRDefault="003E175B" w:rsidP="003E175B">
            <w:pPr>
              <w:spacing w:line="240" w:lineRule="auto"/>
              <w:ind w:left="-4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noProof/>
                <w:sz w:val="22"/>
                <w:lang w:val="ru-RU" w:eastAsia="ru-RU"/>
              </w:rPr>
              <w:drawing>
                <wp:anchor distT="0" distB="0" distL="114300" distR="114300" simplePos="0" relativeHeight="251667968" behindDoc="0" locked="0" layoutInCell="1" allowOverlap="1">
                  <wp:simplePos x="0" y="0"/>
                  <wp:positionH relativeFrom="column">
                    <wp:posOffset>2284095</wp:posOffset>
                  </wp:positionH>
                  <wp:positionV relativeFrom="paragraph">
                    <wp:posOffset>28575</wp:posOffset>
                  </wp:positionV>
                  <wp:extent cx="1132840" cy="513715"/>
                  <wp:effectExtent l="0" t="0" r="0" b="635"/>
                  <wp:wrapNone/>
                  <wp:docPr id="24" name="Рисунок 24" descr="УПИ Правила выполнения изображен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УПИ Правила выполнения изображен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840" cy="51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sz w:val="22"/>
                <w:lang w:val="ru-RU"/>
              </w:rPr>
            </w:pP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sz w:val="22"/>
                <w:lang w:val="ru-RU"/>
              </w:rPr>
            </w:pP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sz w:val="22"/>
                <w:lang w:val="ru-RU"/>
              </w:rPr>
            </w:pPr>
          </w:p>
          <w:p w:rsidR="003E175B" w:rsidRPr="003E175B" w:rsidRDefault="003E175B" w:rsidP="003E175B">
            <w:pPr>
              <w:spacing w:line="240" w:lineRule="auto"/>
              <w:ind w:firstLine="426"/>
              <w:jc w:val="both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sz w:val="22"/>
                <w:lang w:val="ru-RU"/>
              </w:rPr>
              <w:t>2. Соединения разъемные резьбовые. Соединение болтом</w:t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sz w:val="22"/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i/>
                <w:sz w:val="22"/>
                <w:lang w:val="ru-RU"/>
              </w:rPr>
              <w:t>Задача.</w:t>
            </w:r>
            <w:r w:rsidRPr="003E175B">
              <w:rPr>
                <w:rFonts w:cs="Times New Roman"/>
                <w:sz w:val="22"/>
                <w:lang w:val="ru-RU"/>
              </w:rPr>
              <w:t xml:space="preserve"> Пользуясь приведёнными условными соотношениями размеров, выполнить конструктивное соединение болтом с шестигранной головкой с номинальным диаметром резьбы </w:t>
            </w:r>
            <w:r w:rsidRPr="003E175B">
              <w:rPr>
                <w:rFonts w:cs="Times New Roman"/>
                <w:sz w:val="22"/>
              </w:rPr>
              <w:t>d</w:t>
            </w:r>
            <w:r w:rsidRPr="003E175B">
              <w:rPr>
                <w:rFonts w:cs="Times New Roman"/>
                <w:sz w:val="22"/>
                <w:lang w:val="ru-RU"/>
              </w:rPr>
              <w:t xml:space="preserve"> </w:t>
            </w:r>
            <w:proofErr w:type="gramStart"/>
            <w:r w:rsidRPr="003E175B">
              <w:rPr>
                <w:rFonts w:cs="Times New Roman"/>
                <w:sz w:val="22"/>
                <w:lang w:val="ru-RU"/>
              </w:rPr>
              <w:t>=  30</w:t>
            </w:r>
            <w:proofErr w:type="gramEnd"/>
            <w:r w:rsidRPr="003E175B">
              <w:rPr>
                <w:rFonts w:cs="Times New Roman"/>
                <w:sz w:val="22"/>
                <w:lang w:val="ru-RU"/>
              </w:rPr>
              <w:t xml:space="preserve"> мм и толщинами соединяемых деталей </w:t>
            </w:r>
            <w:r w:rsidRPr="003E175B">
              <w:rPr>
                <w:rFonts w:cs="Times New Roman"/>
                <w:sz w:val="22"/>
              </w:rPr>
              <w:t>m</w:t>
            </w:r>
            <w:r w:rsidRPr="003E175B">
              <w:rPr>
                <w:rFonts w:cs="Times New Roman"/>
                <w:sz w:val="22"/>
                <w:lang w:val="ru-RU"/>
              </w:rPr>
              <w:t xml:space="preserve"> = 20мм; </w:t>
            </w:r>
            <w:r w:rsidRPr="003E175B">
              <w:rPr>
                <w:rFonts w:cs="Times New Roman"/>
                <w:sz w:val="22"/>
              </w:rPr>
              <w:t>n</w:t>
            </w:r>
            <w:r w:rsidRPr="003E175B">
              <w:rPr>
                <w:rFonts w:cs="Times New Roman"/>
                <w:sz w:val="22"/>
                <w:lang w:val="ru-RU"/>
              </w:rPr>
              <w:t xml:space="preserve"> = 30мм.</w:t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sz w:val="22"/>
                <w:lang w:val="ru-RU"/>
              </w:rPr>
            </w:pPr>
          </w:p>
          <w:p w:rsidR="003E175B" w:rsidRPr="003E175B" w:rsidRDefault="003E175B" w:rsidP="003E175B">
            <w:pPr>
              <w:pStyle w:val="21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ru-RU"/>
              </w:rPr>
            </w:pPr>
            <w:r w:rsidRPr="003E175B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ru-RU"/>
              </w:rPr>
              <w:t xml:space="preserve">Билет </w:t>
            </w:r>
            <w:proofErr w:type="gramStart"/>
            <w:r w:rsidRPr="003E175B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ru-RU"/>
              </w:rPr>
              <w:t>составил:  к.п.н.</w:t>
            </w:r>
            <w:proofErr w:type="gramEnd"/>
            <w:r w:rsidRPr="003E175B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sz w:val="22"/>
                <w:lang w:val="ru-RU"/>
              </w:rPr>
              <w:t xml:space="preserve">                                                                                </w:t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sz w:val="22"/>
                <w:lang w:val="ru-RU"/>
              </w:rPr>
              <w:t xml:space="preserve">Утверждено на заседании кафедры: </w:t>
            </w:r>
            <w:proofErr w:type="gramStart"/>
            <w:r w:rsidRPr="003E175B">
              <w:rPr>
                <w:rFonts w:cs="Times New Roman"/>
                <w:sz w:val="22"/>
                <w:lang w:val="ru-RU"/>
              </w:rPr>
              <w:t>СДМ  протокол</w:t>
            </w:r>
            <w:proofErr w:type="gramEnd"/>
            <w:r w:rsidRPr="003E175B">
              <w:rPr>
                <w:rFonts w:cs="Times New Roman"/>
                <w:sz w:val="22"/>
                <w:lang w:val="ru-RU"/>
              </w:rPr>
              <w:t xml:space="preserve"> ___ от «</w:t>
            </w:r>
            <w:r w:rsidRPr="003E175B">
              <w:rPr>
                <w:rFonts w:cs="Times New Roman"/>
                <w:sz w:val="22"/>
                <w:u w:val="single"/>
                <w:lang w:val="ru-RU"/>
              </w:rPr>
              <w:t>___</w:t>
            </w:r>
            <w:r w:rsidRPr="003E175B">
              <w:rPr>
                <w:rFonts w:cs="Times New Roman"/>
                <w:sz w:val="22"/>
                <w:lang w:val="ru-RU"/>
              </w:rPr>
              <w:t xml:space="preserve">» _______202__г. </w:t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sz w:val="22"/>
                <w:lang w:val="ru-RU"/>
              </w:rPr>
              <w:t xml:space="preserve">                                                                                                                                        </w:t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lang w:val="ru-RU"/>
              </w:rPr>
            </w:pPr>
            <w:r w:rsidRPr="003E175B">
              <w:rPr>
                <w:rFonts w:cs="Times New Roman"/>
                <w:sz w:val="22"/>
                <w:lang w:val="ru-RU"/>
              </w:rPr>
              <w:t xml:space="preserve">Заведующий </w:t>
            </w:r>
            <w:proofErr w:type="gramStart"/>
            <w:r w:rsidRPr="003E175B">
              <w:rPr>
                <w:rFonts w:cs="Times New Roman"/>
                <w:sz w:val="22"/>
                <w:lang w:val="ru-RU"/>
              </w:rPr>
              <w:t>кафедрой  СДМ</w:t>
            </w:r>
            <w:proofErr w:type="gramEnd"/>
            <w:r w:rsidRPr="003E175B">
              <w:rPr>
                <w:rFonts w:cs="Times New Roman"/>
                <w:sz w:val="22"/>
                <w:lang w:val="ru-RU"/>
              </w:rPr>
              <w:t xml:space="preserve">                              ______________                          Зеньков С.А.</w:t>
            </w:r>
          </w:p>
        </w:tc>
      </w:tr>
      <w:tr w:rsidR="003E175B" w:rsidRPr="003E175B" w:rsidTr="003E175B">
        <w:tblPrEx>
          <w:tblCellMar>
            <w:top w:w="0" w:type="dxa"/>
            <w:bottom w:w="0" w:type="dxa"/>
          </w:tblCellMar>
        </w:tblPrEx>
        <w:tc>
          <w:tcPr>
            <w:tcW w:w="1727" w:type="pct"/>
            <w:vAlign w:val="center"/>
          </w:tcPr>
          <w:p w:rsidR="003E175B" w:rsidRPr="003E175B" w:rsidRDefault="003E175B" w:rsidP="003E175B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sz w:val="22"/>
                <w:lang w:val="ru-RU"/>
              </w:rPr>
              <w:lastRenderedPageBreak/>
              <w:br w:type="page"/>
            </w:r>
            <w:r w:rsidRPr="003E175B">
              <w:rPr>
                <w:rFonts w:cs="Times New Roman"/>
                <w:sz w:val="22"/>
                <w:lang w:val="ru-RU"/>
              </w:rPr>
              <w:br w:type="page"/>
            </w:r>
            <w:r w:rsidRPr="003E175B">
              <w:rPr>
                <w:rFonts w:cs="Times New Roman"/>
                <w:sz w:val="22"/>
                <w:lang w:val="ru-RU"/>
              </w:rPr>
              <w:br w:type="page"/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sz w:val="22"/>
                <w:lang w:val="ru-RU"/>
              </w:rPr>
              <w:t>Минобрнауки России</w:t>
            </w:r>
          </w:p>
          <w:p w:rsidR="003E175B" w:rsidRPr="003E175B" w:rsidRDefault="003E175B" w:rsidP="003E175B">
            <w:pPr>
              <w:pStyle w:val="af"/>
              <w:spacing w:after="0" w:line="240" w:lineRule="auto"/>
              <w:jc w:val="center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sz w:val="22"/>
                <w:lang w:val="ru-RU"/>
              </w:rPr>
              <w:t xml:space="preserve">ФГБОУ ВО 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sz w:val="22"/>
                <w:lang w:val="ru-RU"/>
              </w:rPr>
              <w:t>«БрГУ»</w:t>
            </w:r>
          </w:p>
        </w:tc>
        <w:tc>
          <w:tcPr>
            <w:tcW w:w="3273" w:type="pct"/>
          </w:tcPr>
          <w:p w:rsidR="003E175B" w:rsidRPr="003E175B" w:rsidRDefault="003E175B" w:rsidP="003E175B">
            <w:pPr>
              <w:spacing w:line="240" w:lineRule="auto"/>
              <w:jc w:val="center"/>
              <w:rPr>
                <w:rFonts w:cs="Times New Roman"/>
                <w:b/>
                <w:sz w:val="22"/>
                <w:lang w:val="ru-RU"/>
              </w:rPr>
            </w:pPr>
            <w:r w:rsidRPr="003E175B">
              <w:rPr>
                <w:rFonts w:cs="Times New Roman"/>
                <w:b/>
                <w:sz w:val="22"/>
                <w:lang w:val="ru-RU"/>
              </w:rPr>
              <w:t>Зачетный билет № 3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sz w:val="22"/>
                <w:lang w:val="ru-RU"/>
              </w:rPr>
              <w:t xml:space="preserve">по </w:t>
            </w:r>
            <w:proofErr w:type="gramStart"/>
            <w:r w:rsidRPr="003E175B">
              <w:rPr>
                <w:rFonts w:cs="Times New Roman"/>
                <w:sz w:val="22"/>
                <w:lang w:val="ru-RU"/>
              </w:rPr>
              <w:t>дисциплине</w:t>
            </w:r>
            <w:r w:rsidRPr="003E175B">
              <w:rPr>
                <w:rFonts w:cs="Times New Roman"/>
                <w:b/>
                <w:sz w:val="22"/>
                <w:lang w:val="ru-RU"/>
              </w:rPr>
              <w:t xml:space="preserve"> </w:t>
            </w:r>
            <w:r w:rsidRPr="003E175B">
              <w:rPr>
                <w:rFonts w:cs="Times New Roman"/>
                <w:sz w:val="22"/>
                <w:lang w:val="ru-RU"/>
              </w:rPr>
              <w:t xml:space="preserve"> Инженерная</w:t>
            </w:r>
            <w:proofErr w:type="gramEnd"/>
            <w:r w:rsidRPr="003E175B">
              <w:rPr>
                <w:rFonts w:cs="Times New Roman"/>
                <w:sz w:val="22"/>
                <w:lang w:val="ru-RU"/>
              </w:rPr>
              <w:t xml:space="preserve"> графика</w:t>
            </w:r>
          </w:p>
          <w:p w:rsidR="003E175B" w:rsidRPr="003E175B" w:rsidRDefault="003E175B" w:rsidP="003E175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sz w:val="22"/>
              </w:rPr>
            </w:pPr>
            <w:r w:rsidRPr="003E175B">
              <w:rPr>
                <w:rFonts w:cs="Times New Roman"/>
                <w:sz w:val="22"/>
              </w:rPr>
              <w:t xml:space="preserve">15.03.02  </w:t>
            </w:r>
            <w:r w:rsidRPr="003E175B">
              <w:rPr>
                <w:rFonts w:cs="Times New Roman"/>
                <w:color w:val="333333"/>
                <w:sz w:val="22"/>
                <w:shd w:val="clear" w:color="auto" w:fill="FFFFFF"/>
              </w:rPr>
              <w:t>Машины и оборудование лесного комплекса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rFonts w:cs="Times New Roman"/>
                <w:sz w:val="22"/>
                <w:u w:val="single"/>
              </w:rPr>
            </w:pPr>
          </w:p>
        </w:tc>
      </w:tr>
      <w:tr w:rsidR="003E175B" w:rsidRPr="003E175B" w:rsidTr="003E175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vAlign w:val="center"/>
          </w:tcPr>
          <w:p w:rsidR="003E175B" w:rsidRPr="003E175B" w:rsidRDefault="003E175B" w:rsidP="00C00B61">
            <w:pPr>
              <w:numPr>
                <w:ilvl w:val="0"/>
                <w:numId w:val="18"/>
              </w:numPr>
              <w:spacing w:line="240" w:lineRule="auto"/>
              <w:jc w:val="both"/>
              <w:rPr>
                <w:rFonts w:cs="Times New Roman"/>
                <w:sz w:val="22"/>
              </w:rPr>
            </w:pPr>
            <w:r w:rsidRPr="003E175B">
              <w:rPr>
                <w:rFonts w:cs="Times New Roman"/>
                <w:sz w:val="22"/>
              </w:rPr>
              <w:t>Правила выполнения изображений. Виды</w:t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i/>
                <w:sz w:val="22"/>
                <w:lang w:val="ru-RU"/>
              </w:rPr>
              <w:t>Задача.</w:t>
            </w:r>
            <w:r w:rsidRPr="003E175B">
              <w:rPr>
                <w:rFonts w:cs="Times New Roman"/>
                <w:sz w:val="22"/>
                <w:lang w:val="ru-RU"/>
              </w:rPr>
              <w:t xml:space="preserve"> По наглядному изображению предмета построить шесть ортогональных проекций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noProof/>
                <w:sz w:val="22"/>
                <w:lang w:val="ru-RU" w:eastAsia="ru-RU"/>
              </w:rPr>
              <w:drawing>
                <wp:anchor distT="0" distB="0" distL="114300" distR="114300" simplePos="0" relativeHeight="251671040" behindDoc="0" locked="0" layoutInCell="1" allowOverlap="1">
                  <wp:simplePos x="0" y="0"/>
                  <wp:positionH relativeFrom="column">
                    <wp:posOffset>2407920</wp:posOffset>
                  </wp:positionH>
                  <wp:positionV relativeFrom="paragraph">
                    <wp:posOffset>6985</wp:posOffset>
                  </wp:positionV>
                  <wp:extent cx="859790" cy="779780"/>
                  <wp:effectExtent l="0" t="0" r="0" b="1270"/>
                  <wp:wrapNone/>
                  <wp:docPr id="23" name="Рисунок 23" descr="Snap 2018-05-23 at 20.42.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Snap 2018-05-23 at 20.42.4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790" cy="779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rFonts w:cs="Times New Roman"/>
                <w:sz w:val="22"/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rFonts w:cs="Times New Roman"/>
                <w:sz w:val="22"/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rFonts w:cs="Times New Roman"/>
                <w:sz w:val="22"/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sz w:val="22"/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sz w:val="22"/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sz w:val="22"/>
                <w:lang w:val="ru-RU"/>
              </w:rPr>
              <w:t>2. Соединения разъемные резьбовые. Соединение болтом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rFonts w:cs="Times New Roman"/>
                <w:i/>
                <w:sz w:val="22"/>
                <w:lang w:val="ru-RU"/>
              </w:rPr>
            </w:pPr>
            <w:r w:rsidRPr="003E175B">
              <w:rPr>
                <w:rFonts w:cs="Times New Roman"/>
                <w:noProof/>
                <w:sz w:val="22"/>
                <w:lang w:val="ru-RU" w:eastAsia="ru-RU"/>
              </w:rPr>
              <w:drawing>
                <wp:anchor distT="0" distB="0" distL="114300" distR="114300" simplePos="0" relativeHeight="251674112" behindDoc="0" locked="0" layoutInCell="1" allowOverlap="1">
                  <wp:simplePos x="0" y="0"/>
                  <wp:positionH relativeFrom="column">
                    <wp:posOffset>2576195</wp:posOffset>
                  </wp:positionH>
                  <wp:positionV relativeFrom="paragraph">
                    <wp:posOffset>421005</wp:posOffset>
                  </wp:positionV>
                  <wp:extent cx="582295" cy="655320"/>
                  <wp:effectExtent l="0" t="0" r="8255" b="0"/>
                  <wp:wrapNone/>
                  <wp:docPr id="22" name="Рисунок 22" descr="Комплект заданий для контрольной работы (Восстановлен) [Режим ограниченной функциональности] - Microsoft W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Комплект заданий для контрольной работы (Восстановлен) [Режим ограниченной функциональности] - Microsoft W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295" cy="655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E175B">
              <w:rPr>
                <w:rFonts w:cs="Times New Roman"/>
                <w:i/>
                <w:sz w:val="22"/>
                <w:lang w:val="ru-RU"/>
              </w:rPr>
              <w:t>Задача.</w:t>
            </w:r>
            <w:r w:rsidRPr="003E175B">
              <w:rPr>
                <w:rFonts w:cs="Times New Roman"/>
                <w:sz w:val="22"/>
                <w:lang w:val="ru-RU"/>
              </w:rPr>
              <w:t xml:space="preserve"> Пользуясь приведёнными условными соотношениями размеров, выполнить конструктивное соединение болтом с шестигранной головкой с номинальным диаметром резьбы </w:t>
            </w:r>
            <w:r w:rsidRPr="003E175B">
              <w:rPr>
                <w:rFonts w:cs="Times New Roman"/>
                <w:sz w:val="22"/>
              </w:rPr>
              <w:t>d</w:t>
            </w:r>
            <w:r w:rsidRPr="003E175B">
              <w:rPr>
                <w:rFonts w:cs="Times New Roman"/>
                <w:sz w:val="22"/>
                <w:lang w:val="ru-RU"/>
              </w:rPr>
              <w:t xml:space="preserve"> </w:t>
            </w:r>
            <w:proofErr w:type="gramStart"/>
            <w:r w:rsidRPr="003E175B">
              <w:rPr>
                <w:rFonts w:cs="Times New Roman"/>
                <w:sz w:val="22"/>
                <w:lang w:val="ru-RU"/>
              </w:rPr>
              <w:t>=  30</w:t>
            </w:r>
            <w:proofErr w:type="gramEnd"/>
            <w:r w:rsidRPr="003E175B">
              <w:rPr>
                <w:rFonts w:cs="Times New Roman"/>
                <w:sz w:val="22"/>
                <w:lang w:val="ru-RU"/>
              </w:rPr>
              <w:t xml:space="preserve"> мм и толщинами соединяемых деталей </w:t>
            </w:r>
            <w:r w:rsidRPr="003E175B">
              <w:rPr>
                <w:rFonts w:cs="Times New Roman"/>
                <w:sz w:val="22"/>
              </w:rPr>
              <w:t>m</w:t>
            </w:r>
            <w:r w:rsidRPr="003E175B">
              <w:rPr>
                <w:rFonts w:cs="Times New Roman"/>
                <w:sz w:val="22"/>
                <w:lang w:val="ru-RU"/>
              </w:rPr>
              <w:t xml:space="preserve"> = 20мм; </w:t>
            </w:r>
            <w:r w:rsidRPr="003E175B">
              <w:rPr>
                <w:rFonts w:cs="Times New Roman"/>
                <w:sz w:val="22"/>
              </w:rPr>
              <w:t>n</w:t>
            </w:r>
            <w:r w:rsidRPr="003E175B">
              <w:rPr>
                <w:rFonts w:cs="Times New Roman"/>
                <w:sz w:val="22"/>
                <w:lang w:val="ru-RU"/>
              </w:rPr>
              <w:t xml:space="preserve"> = 30мм.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rFonts w:cs="Times New Roman"/>
                <w:i/>
                <w:sz w:val="22"/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rFonts w:cs="Times New Roman"/>
                <w:i/>
                <w:sz w:val="22"/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rFonts w:cs="Times New Roman"/>
                <w:i/>
                <w:sz w:val="22"/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rFonts w:cs="Times New Roman"/>
                <w:i/>
                <w:sz w:val="22"/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rFonts w:cs="Times New Roman"/>
                <w:i/>
                <w:sz w:val="22"/>
                <w:lang w:val="ru-RU"/>
              </w:rPr>
            </w:pPr>
          </w:p>
          <w:p w:rsidR="003E175B" w:rsidRPr="003E175B" w:rsidRDefault="003E175B" w:rsidP="003E175B">
            <w:pPr>
              <w:pStyle w:val="21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ru-RU"/>
              </w:rPr>
            </w:pPr>
            <w:r w:rsidRPr="003E175B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ru-RU"/>
              </w:rPr>
              <w:t xml:space="preserve">Билет </w:t>
            </w:r>
            <w:proofErr w:type="gramStart"/>
            <w:r w:rsidRPr="003E175B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ru-RU"/>
              </w:rPr>
              <w:t>составил:  к.п.н.</w:t>
            </w:r>
            <w:proofErr w:type="gramEnd"/>
            <w:r w:rsidRPr="003E175B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sz w:val="22"/>
                <w:lang w:val="ru-RU"/>
              </w:rPr>
              <w:t xml:space="preserve">                                                                                </w:t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sz w:val="22"/>
                <w:lang w:val="ru-RU"/>
              </w:rPr>
              <w:t xml:space="preserve">Утверждено на заседании кафедры: </w:t>
            </w:r>
            <w:proofErr w:type="gramStart"/>
            <w:r w:rsidRPr="003E175B">
              <w:rPr>
                <w:rFonts w:cs="Times New Roman"/>
                <w:sz w:val="22"/>
                <w:lang w:val="ru-RU"/>
              </w:rPr>
              <w:t>СДМ  протокол</w:t>
            </w:r>
            <w:proofErr w:type="gramEnd"/>
            <w:r w:rsidRPr="003E175B">
              <w:rPr>
                <w:rFonts w:cs="Times New Roman"/>
                <w:sz w:val="22"/>
                <w:lang w:val="ru-RU"/>
              </w:rPr>
              <w:t xml:space="preserve"> ___ от «</w:t>
            </w:r>
            <w:r w:rsidRPr="003E175B">
              <w:rPr>
                <w:rFonts w:cs="Times New Roman"/>
                <w:sz w:val="22"/>
                <w:u w:val="single"/>
                <w:lang w:val="ru-RU"/>
              </w:rPr>
              <w:t>___</w:t>
            </w:r>
            <w:r w:rsidRPr="003E175B">
              <w:rPr>
                <w:rFonts w:cs="Times New Roman"/>
                <w:sz w:val="22"/>
                <w:lang w:val="ru-RU"/>
              </w:rPr>
              <w:t xml:space="preserve">» _______202__г. </w:t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sz w:val="22"/>
                <w:lang w:val="ru-RU"/>
              </w:rPr>
              <w:t xml:space="preserve">                                                                                                                                        </w:t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sz w:val="22"/>
                <w:lang w:val="ru-RU"/>
              </w:rPr>
              <w:t xml:space="preserve">Заведующий </w:t>
            </w:r>
            <w:proofErr w:type="gramStart"/>
            <w:r w:rsidRPr="003E175B">
              <w:rPr>
                <w:rFonts w:cs="Times New Roman"/>
                <w:sz w:val="22"/>
                <w:lang w:val="ru-RU"/>
              </w:rPr>
              <w:t>кафедрой  СДМ</w:t>
            </w:r>
            <w:proofErr w:type="gramEnd"/>
            <w:r w:rsidRPr="003E175B">
              <w:rPr>
                <w:rFonts w:cs="Times New Roman"/>
                <w:sz w:val="22"/>
                <w:lang w:val="ru-RU"/>
              </w:rPr>
              <w:t xml:space="preserve">                              ______________                          Зеньков С.А.</w:t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sz w:val="22"/>
                <w:lang w:val="ru-RU"/>
              </w:rPr>
            </w:pPr>
          </w:p>
        </w:tc>
      </w:tr>
    </w:tbl>
    <w:p w:rsidR="003E175B" w:rsidRPr="003E175B" w:rsidRDefault="003E175B" w:rsidP="003E175B">
      <w:pPr>
        <w:spacing w:line="240" w:lineRule="auto"/>
        <w:rPr>
          <w:rFonts w:cs="Times New Roman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1"/>
        <w:gridCol w:w="6484"/>
      </w:tblGrid>
      <w:tr w:rsidR="003E175B" w:rsidRPr="003E175B" w:rsidTr="003E175B">
        <w:tblPrEx>
          <w:tblCellMar>
            <w:top w:w="0" w:type="dxa"/>
            <w:bottom w:w="0" w:type="dxa"/>
          </w:tblCellMar>
        </w:tblPrEx>
        <w:tc>
          <w:tcPr>
            <w:tcW w:w="1727" w:type="pct"/>
            <w:vAlign w:val="center"/>
          </w:tcPr>
          <w:p w:rsidR="003E175B" w:rsidRPr="003E175B" w:rsidRDefault="003E175B" w:rsidP="003E175B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sz w:val="22"/>
                <w:lang w:val="ru-RU"/>
              </w:rPr>
              <w:br w:type="page"/>
            </w:r>
            <w:r w:rsidRPr="003E175B">
              <w:rPr>
                <w:rFonts w:cs="Times New Roman"/>
                <w:sz w:val="22"/>
                <w:lang w:val="ru-RU"/>
              </w:rPr>
              <w:br w:type="page"/>
            </w:r>
            <w:r w:rsidRPr="003E175B">
              <w:rPr>
                <w:rFonts w:cs="Times New Roman"/>
                <w:sz w:val="22"/>
                <w:lang w:val="ru-RU"/>
              </w:rPr>
              <w:br w:type="page"/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sz w:val="22"/>
                <w:lang w:val="ru-RU"/>
              </w:rPr>
              <w:t>Минобрнауки России</w:t>
            </w:r>
          </w:p>
          <w:p w:rsidR="003E175B" w:rsidRPr="003E175B" w:rsidRDefault="003E175B" w:rsidP="003E175B">
            <w:pPr>
              <w:pStyle w:val="af"/>
              <w:spacing w:after="0" w:line="240" w:lineRule="auto"/>
              <w:jc w:val="center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sz w:val="22"/>
                <w:lang w:val="ru-RU"/>
              </w:rPr>
              <w:t xml:space="preserve">ФГБОУ ВО 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sz w:val="22"/>
                <w:lang w:val="ru-RU"/>
              </w:rPr>
              <w:t>«БрГУ»</w:t>
            </w:r>
          </w:p>
        </w:tc>
        <w:tc>
          <w:tcPr>
            <w:tcW w:w="3273" w:type="pct"/>
          </w:tcPr>
          <w:p w:rsidR="003E175B" w:rsidRPr="003E175B" w:rsidRDefault="003E175B" w:rsidP="003E175B">
            <w:pPr>
              <w:spacing w:line="240" w:lineRule="auto"/>
              <w:jc w:val="center"/>
              <w:rPr>
                <w:rFonts w:cs="Times New Roman"/>
                <w:b/>
                <w:sz w:val="22"/>
                <w:lang w:val="ru-RU"/>
              </w:rPr>
            </w:pPr>
            <w:r w:rsidRPr="003E175B">
              <w:rPr>
                <w:rFonts w:cs="Times New Roman"/>
                <w:b/>
                <w:sz w:val="22"/>
                <w:lang w:val="ru-RU"/>
              </w:rPr>
              <w:t>Зачетный билет № 4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sz w:val="22"/>
                <w:lang w:val="ru-RU"/>
              </w:rPr>
              <w:t xml:space="preserve">по </w:t>
            </w:r>
            <w:proofErr w:type="gramStart"/>
            <w:r w:rsidRPr="003E175B">
              <w:rPr>
                <w:rFonts w:cs="Times New Roman"/>
                <w:sz w:val="22"/>
                <w:lang w:val="ru-RU"/>
              </w:rPr>
              <w:t>дисциплине</w:t>
            </w:r>
            <w:r w:rsidRPr="003E175B">
              <w:rPr>
                <w:rFonts w:cs="Times New Roman"/>
                <w:b/>
                <w:sz w:val="22"/>
                <w:lang w:val="ru-RU"/>
              </w:rPr>
              <w:t xml:space="preserve"> </w:t>
            </w:r>
            <w:r w:rsidRPr="003E175B">
              <w:rPr>
                <w:rFonts w:cs="Times New Roman"/>
                <w:sz w:val="22"/>
                <w:lang w:val="ru-RU"/>
              </w:rPr>
              <w:t xml:space="preserve"> Инженерная</w:t>
            </w:r>
            <w:proofErr w:type="gramEnd"/>
            <w:r w:rsidRPr="003E175B">
              <w:rPr>
                <w:rFonts w:cs="Times New Roman"/>
                <w:sz w:val="22"/>
                <w:lang w:val="ru-RU"/>
              </w:rPr>
              <w:t xml:space="preserve"> графика</w:t>
            </w:r>
          </w:p>
          <w:p w:rsidR="003E175B" w:rsidRPr="003E175B" w:rsidRDefault="003E175B" w:rsidP="003E175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sz w:val="22"/>
              </w:rPr>
            </w:pPr>
            <w:r w:rsidRPr="003E175B">
              <w:rPr>
                <w:rFonts w:cs="Times New Roman"/>
                <w:sz w:val="22"/>
              </w:rPr>
              <w:t xml:space="preserve">15.03.02  </w:t>
            </w:r>
            <w:r w:rsidRPr="003E175B">
              <w:rPr>
                <w:rFonts w:cs="Times New Roman"/>
                <w:color w:val="333333"/>
                <w:sz w:val="22"/>
                <w:shd w:val="clear" w:color="auto" w:fill="FFFFFF"/>
              </w:rPr>
              <w:t>Машины и оборудование лесного комплекса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rFonts w:cs="Times New Roman"/>
                <w:sz w:val="22"/>
                <w:u w:val="single"/>
              </w:rPr>
            </w:pPr>
          </w:p>
        </w:tc>
      </w:tr>
      <w:tr w:rsidR="003E175B" w:rsidRPr="003E175B" w:rsidTr="003E175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vAlign w:val="center"/>
          </w:tcPr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sz w:val="22"/>
                <w:lang w:val="ru-RU"/>
              </w:rPr>
              <w:t xml:space="preserve">           1.  Правила выполнения изображений. Сечения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i/>
                <w:sz w:val="22"/>
                <w:lang w:val="ru-RU"/>
              </w:rPr>
              <w:t xml:space="preserve">Задача. </w:t>
            </w:r>
            <w:r w:rsidRPr="003E175B">
              <w:rPr>
                <w:rFonts w:cs="Times New Roman"/>
                <w:sz w:val="22"/>
                <w:lang w:val="ru-RU"/>
              </w:rPr>
              <w:t>Начертить главный вид вала. Вид слева заменить необходимыми с</w:t>
            </w:r>
            <w:r w:rsidRPr="003E175B">
              <w:rPr>
                <w:rFonts w:cs="Times New Roman"/>
                <w:sz w:val="22"/>
                <w:lang w:val="ru-RU"/>
              </w:rPr>
              <w:t>е</w:t>
            </w:r>
            <w:r w:rsidRPr="003E175B">
              <w:rPr>
                <w:rFonts w:cs="Times New Roman"/>
                <w:sz w:val="22"/>
                <w:lang w:val="ru-RU"/>
              </w:rPr>
              <w:t>чениями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noProof/>
                <w:sz w:val="22"/>
                <w:lang w:val="ru-RU" w:eastAsia="ru-RU"/>
              </w:rPr>
              <w:drawing>
                <wp:anchor distT="0" distB="0" distL="114300" distR="114300" simplePos="0" relativeHeight="251677184" behindDoc="0" locked="0" layoutInCell="1" allowOverlap="1">
                  <wp:simplePos x="0" y="0"/>
                  <wp:positionH relativeFrom="column">
                    <wp:posOffset>1759585</wp:posOffset>
                  </wp:positionH>
                  <wp:positionV relativeFrom="paragraph">
                    <wp:posOffset>72390</wp:posOffset>
                  </wp:positionV>
                  <wp:extent cx="2189480" cy="944880"/>
                  <wp:effectExtent l="0" t="0" r="1270" b="7620"/>
                  <wp:wrapNone/>
                  <wp:docPr id="21" name="Рисунок 21" descr="Скриншот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Скриншот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944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rFonts w:cs="Times New Roman"/>
                <w:sz w:val="22"/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sz w:val="22"/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sz w:val="22"/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sz w:val="22"/>
                <w:lang w:val="ru-RU"/>
              </w:rPr>
              <w:t xml:space="preserve">  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rFonts w:cs="Times New Roman"/>
                <w:sz w:val="22"/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rFonts w:cs="Times New Roman"/>
                <w:sz w:val="22"/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sz w:val="22"/>
                <w:lang w:val="ru-RU"/>
              </w:rPr>
              <w:t>2. Соединения неразъемные сварные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rFonts w:cs="Times New Roman"/>
                <w:i/>
                <w:sz w:val="22"/>
                <w:lang w:val="ru-RU"/>
              </w:rPr>
            </w:pPr>
            <w:r w:rsidRPr="003E175B">
              <w:rPr>
                <w:rFonts w:cs="Times New Roman"/>
                <w:i/>
                <w:sz w:val="22"/>
                <w:lang w:val="ru-RU"/>
              </w:rPr>
              <w:t xml:space="preserve">Задача. </w:t>
            </w:r>
            <w:r w:rsidRPr="003E175B">
              <w:rPr>
                <w:rFonts w:cs="Times New Roman"/>
                <w:sz w:val="22"/>
                <w:lang w:val="ru-RU"/>
              </w:rPr>
              <w:t>Выполнить чертеж и модель сборочной единицы «Кронштейн»</w:t>
            </w:r>
            <w:r w:rsidRPr="003E175B">
              <w:rPr>
                <w:rFonts w:cs="Times New Roman"/>
                <w:i/>
                <w:sz w:val="22"/>
                <w:lang w:val="ru-RU"/>
              </w:rPr>
              <w:t xml:space="preserve"> 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rFonts w:cs="Times New Roman"/>
                <w:i/>
                <w:sz w:val="22"/>
                <w:lang w:val="ru-RU"/>
              </w:rPr>
            </w:pPr>
            <w:r w:rsidRPr="003E175B">
              <w:rPr>
                <w:rFonts w:cs="Times New Roman"/>
                <w:noProof/>
                <w:sz w:val="22"/>
                <w:lang w:val="ru-RU" w:eastAsia="ru-RU"/>
              </w:rPr>
              <w:drawing>
                <wp:anchor distT="0" distB="0" distL="114300" distR="114300" simplePos="0" relativeHeight="251680256" behindDoc="0" locked="0" layoutInCell="1" allowOverlap="1">
                  <wp:simplePos x="0" y="0"/>
                  <wp:positionH relativeFrom="column">
                    <wp:posOffset>2715260</wp:posOffset>
                  </wp:positionH>
                  <wp:positionV relativeFrom="paragraph">
                    <wp:posOffset>3810</wp:posOffset>
                  </wp:positionV>
                  <wp:extent cx="1038860" cy="1220470"/>
                  <wp:effectExtent l="0" t="0" r="8890" b="0"/>
                  <wp:wrapNone/>
                  <wp:docPr id="20" name="Рисунок 20" descr="455580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4555804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220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rFonts w:cs="Times New Roman"/>
                <w:sz w:val="22"/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rFonts w:cs="Times New Roman"/>
                <w:sz w:val="22"/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rFonts w:cs="Times New Roman"/>
                <w:sz w:val="22"/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rFonts w:cs="Times New Roman"/>
                <w:sz w:val="22"/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rFonts w:cs="Times New Roman"/>
                <w:sz w:val="22"/>
                <w:lang w:val="ru-RU"/>
              </w:rPr>
            </w:pPr>
          </w:p>
          <w:p w:rsidR="003E175B" w:rsidRPr="003E175B" w:rsidRDefault="003E175B" w:rsidP="003E175B">
            <w:pPr>
              <w:pStyle w:val="21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ru-RU"/>
              </w:rPr>
            </w:pPr>
            <w:r w:rsidRPr="003E175B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ru-RU"/>
              </w:rPr>
              <w:t xml:space="preserve">Билет </w:t>
            </w:r>
            <w:proofErr w:type="gramStart"/>
            <w:r w:rsidRPr="003E175B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ru-RU"/>
              </w:rPr>
              <w:t>составил:  к.п.н.</w:t>
            </w:r>
            <w:proofErr w:type="gramEnd"/>
            <w:r w:rsidRPr="003E175B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sz w:val="22"/>
                <w:lang w:val="ru-RU"/>
              </w:rPr>
              <w:t xml:space="preserve">                                                                                </w:t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sz w:val="22"/>
                <w:lang w:val="ru-RU"/>
              </w:rPr>
              <w:t xml:space="preserve">Утверждено на заседании кафедры: </w:t>
            </w:r>
            <w:proofErr w:type="gramStart"/>
            <w:r w:rsidRPr="003E175B">
              <w:rPr>
                <w:rFonts w:cs="Times New Roman"/>
                <w:sz w:val="22"/>
                <w:lang w:val="ru-RU"/>
              </w:rPr>
              <w:t>СДМ  протокол</w:t>
            </w:r>
            <w:proofErr w:type="gramEnd"/>
            <w:r w:rsidRPr="003E175B">
              <w:rPr>
                <w:rFonts w:cs="Times New Roman"/>
                <w:sz w:val="22"/>
                <w:lang w:val="ru-RU"/>
              </w:rPr>
              <w:t xml:space="preserve"> ___ от «</w:t>
            </w:r>
            <w:r w:rsidRPr="003E175B">
              <w:rPr>
                <w:rFonts w:cs="Times New Roman"/>
                <w:sz w:val="22"/>
                <w:u w:val="single"/>
                <w:lang w:val="ru-RU"/>
              </w:rPr>
              <w:t>___</w:t>
            </w:r>
            <w:r w:rsidRPr="003E175B">
              <w:rPr>
                <w:rFonts w:cs="Times New Roman"/>
                <w:sz w:val="22"/>
                <w:lang w:val="ru-RU"/>
              </w:rPr>
              <w:t xml:space="preserve">» _______202__г. </w:t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sz w:val="22"/>
                <w:lang w:val="ru-RU"/>
              </w:rPr>
              <w:t xml:space="preserve">                                                                                                                                        </w:t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sz w:val="22"/>
                <w:lang w:val="ru-RU"/>
              </w:rPr>
            </w:pPr>
            <w:r w:rsidRPr="003E175B">
              <w:rPr>
                <w:rFonts w:cs="Times New Roman"/>
                <w:sz w:val="22"/>
                <w:lang w:val="ru-RU"/>
              </w:rPr>
              <w:t xml:space="preserve">Заведующий </w:t>
            </w:r>
            <w:proofErr w:type="gramStart"/>
            <w:r w:rsidRPr="003E175B">
              <w:rPr>
                <w:rFonts w:cs="Times New Roman"/>
                <w:sz w:val="22"/>
                <w:lang w:val="ru-RU"/>
              </w:rPr>
              <w:t>кафедрой  СДМ</w:t>
            </w:r>
            <w:proofErr w:type="gramEnd"/>
            <w:r w:rsidRPr="003E175B">
              <w:rPr>
                <w:rFonts w:cs="Times New Roman"/>
                <w:sz w:val="22"/>
                <w:lang w:val="ru-RU"/>
              </w:rPr>
              <w:t xml:space="preserve">                              ______________                          Зеньков С.А.</w:t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sz w:val="22"/>
                <w:lang w:val="ru-RU"/>
              </w:rPr>
            </w:pPr>
          </w:p>
        </w:tc>
      </w:tr>
      <w:tr w:rsidR="003E175B" w:rsidRPr="003E175B" w:rsidTr="003E175B">
        <w:tblPrEx>
          <w:tblCellMar>
            <w:top w:w="0" w:type="dxa"/>
            <w:bottom w:w="0" w:type="dxa"/>
          </w:tblCellMar>
        </w:tblPrEx>
        <w:tc>
          <w:tcPr>
            <w:tcW w:w="1727" w:type="pct"/>
            <w:vAlign w:val="center"/>
          </w:tcPr>
          <w:p w:rsidR="003E175B" w:rsidRPr="003E175B" w:rsidRDefault="003E175B" w:rsidP="003E175B">
            <w:pPr>
              <w:spacing w:line="240" w:lineRule="auto"/>
              <w:jc w:val="center"/>
              <w:rPr>
                <w:rFonts w:cs="Times New Roman"/>
                <w:sz w:val="18"/>
                <w:lang w:val="ru-RU"/>
              </w:rPr>
            </w:pPr>
            <w:r w:rsidRPr="003E175B">
              <w:rPr>
                <w:rFonts w:cs="Times New Roman"/>
                <w:lang w:val="ru-RU"/>
              </w:rPr>
              <w:lastRenderedPageBreak/>
              <w:br w:type="page"/>
            </w:r>
            <w:r w:rsidRPr="003E175B">
              <w:rPr>
                <w:rFonts w:cs="Times New Roman"/>
                <w:lang w:val="ru-RU"/>
              </w:rPr>
              <w:br w:type="page"/>
            </w:r>
            <w:r w:rsidRPr="003E175B">
              <w:rPr>
                <w:rFonts w:cs="Times New Roman"/>
                <w:lang w:val="ru-RU"/>
              </w:rPr>
              <w:br w:type="page"/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3E175B">
              <w:rPr>
                <w:rFonts w:cs="Times New Roman"/>
                <w:szCs w:val="24"/>
                <w:lang w:val="ru-RU"/>
              </w:rPr>
              <w:t>Минобрнауки России</w:t>
            </w:r>
          </w:p>
          <w:p w:rsidR="003E175B" w:rsidRPr="003E175B" w:rsidRDefault="003E175B" w:rsidP="003E175B">
            <w:pPr>
              <w:pStyle w:val="af"/>
              <w:spacing w:after="0" w:line="240" w:lineRule="auto"/>
              <w:jc w:val="center"/>
              <w:rPr>
                <w:rFonts w:cs="Times New Roman"/>
                <w:lang w:val="ru-RU"/>
              </w:rPr>
            </w:pPr>
            <w:r w:rsidRPr="003E175B">
              <w:rPr>
                <w:rFonts w:cs="Times New Roman"/>
                <w:lang w:val="ru-RU"/>
              </w:rPr>
              <w:t xml:space="preserve">ФГБОУ ВО 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rFonts w:cs="Times New Roman"/>
                <w:sz w:val="18"/>
                <w:lang w:val="ru-RU"/>
              </w:rPr>
            </w:pPr>
            <w:r w:rsidRPr="003E175B">
              <w:rPr>
                <w:rFonts w:cs="Times New Roman"/>
                <w:szCs w:val="24"/>
                <w:lang w:val="ru-RU"/>
              </w:rPr>
              <w:t>«БрГУ»</w:t>
            </w:r>
          </w:p>
        </w:tc>
        <w:tc>
          <w:tcPr>
            <w:tcW w:w="3273" w:type="pct"/>
          </w:tcPr>
          <w:p w:rsidR="003E175B" w:rsidRPr="003E175B" w:rsidRDefault="003E175B" w:rsidP="003E175B">
            <w:pPr>
              <w:spacing w:line="240" w:lineRule="auto"/>
              <w:jc w:val="center"/>
              <w:rPr>
                <w:rFonts w:cs="Times New Roman"/>
                <w:b/>
                <w:sz w:val="28"/>
                <w:szCs w:val="28"/>
                <w:lang w:val="ru-RU"/>
              </w:rPr>
            </w:pPr>
            <w:r w:rsidRPr="003E175B">
              <w:rPr>
                <w:rFonts w:cs="Times New Roman"/>
                <w:b/>
                <w:sz w:val="28"/>
                <w:szCs w:val="28"/>
                <w:lang w:val="ru-RU"/>
              </w:rPr>
              <w:t>Зачетный билет № 5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3E175B">
              <w:rPr>
                <w:rFonts w:cs="Times New Roman"/>
                <w:szCs w:val="24"/>
                <w:lang w:val="ru-RU"/>
              </w:rPr>
              <w:t xml:space="preserve">по </w:t>
            </w:r>
            <w:proofErr w:type="gramStart"/>
            <w:r w:rsidRPr="003E175B">
              <w:rPr>
                <w:rFonts w:cs="Times New Roman"/>
                <w:szCs w:val="24"/>
                <w:lang w:val="ru-RU"/>
              </w:rPr>
              <w:t>дисциплине</w:t>
            </w:r>
            <w:r w:rsidRPr="003E175B">
              <w:rPr>
                <w:rFonts w:cs="Times New Roman"/>
                <w:b/>
                <w:szCs w:val="24"/>
                <w:lang w:val="ru-RU"/>
              </w:rPr>
              <w:t xml:space="preserve"> </w:t>
            </w:r>
            <w:r w:rsidRPr="003E175B">
              <w:rPr>
                <w:rFonts w:cs="Times New Roman"/>
                <w:szCs w:val="24"/>
                <w:lang w:val="ru-RU"/>
              </w:rPr>
              <w:t xml:space="preserve"> Инженерная</w:t>
            </w:r>
            <w:proofErr w:type="gramEnd"/>
            <w:r w:rsidRPr="003E175B">
              <w:rPr>
                <w:rFonts w:cs="Times New Roman"/>
                <w:szCs w:val="24"/>
                <w:lang w:val="ru-RU"/>
              </w:rPr>
              <w:t xml:space="preserve"> графика</w:t>
            </w:r>
          </w:p>
          <w:p w:rsidR="003E175B" w:rsidRPr="003E175B" w:rsidRDefault="003E175B" w:rsidP="003E175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3E175B">
              <w:rPr>
                <w:rFonts w:cs="Times New Roman"/>
                <w:szCs w:val="24"/>
              </w:rPr>
              <w:t xml:space="preserve">15.03.02  </w:t>
            </w:r>
            <w:r w:rsidRPr="003E175B">
              <w:rPr>
                <w:rFonts w:cs="Times New Roman"/>
                <w:color w:val="333333"/>
                <w:szCs w:val="24"/>
                <w:shd w:val="clear" w:color="auto" w:fill="FFFFFF"/>
              </w:rPr>
              <w:t>Машины и оборудование лесного комплекса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rFonts w:cs="Times New Roman"/>
                <w:szCs w:val="24"/>
                <w:u w:val="single"/>
              </w:rPr>
            </w:pPr>
          </w:p>
        </w:tc>
      </w:tr>
      <w:tr w:rsidR="003E175B" w:rsidRPr="003E175B" w:rsidTr="003E175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vAlign w:val="center"/>
          </w:tcPr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3E175B">
              <w:rPr>
                <w:rFonts w:cs="Times New Roman"/>
                <w:szCs w:val="24"/>
                <w:lang w:val="ru-RU"/>
              </w:rPr>
              <w:t xml:space="preserve">           1.</w:t>
            </w:r>
            <w:r w:rsidRPr="003E175B">
              <w:rPr>
                <w:rFonts w:cs="Times New Roman"/>
                <w:lang w:val="ru-RU"/>
              </w:rPr>
              <w:t xml:space="preserve">  Соединения разъемные резьбовые. Соединение шпилькой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3E175B">
              <w:rPr>
                <w:rFonts w:cs="Times New Roman"/>
                <w:i/>
                <w:szCs w:val="24"/>
                <w:lang w:val="ru-RU"/>
              </w:rPr>
              <w:t>Задача. Задача.</w:t>
            </w:r>
            <w:r w:rsidRPr="003E175B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Pr="003E175B">
              <w:rPr>
                <w:rFonts w:cs="Times New Roman"/>
                <w:szCs w:val="24"/>
                <w:lang w:val="ru-RU"/>
              </w:rPr>
              <w:t xml:space="preserve">Пользуясь приведёнными условными соотношениями размеров, выполнить конструктивное соединение шпилькой с номинальным диаметром резьбы </w:t>
            </w:r>
            <w:r w:rsidRPr="003E175B">
              <w:rPr>
                <w:rFonts w:cs="Times New Roman"/>
                <w:szCs w:val="24"/>
              </w:rPr>
              <w:t>d</w:t>
            </w:r>
            <w:r w:rsidRPr="003E175B">
              <w:rPr>
                <w:rFonts w:cs="Times New Roman"/>
                <w:szCs w:val="24"/>
                <w:lang w:val="ru-RU"/>
              </w:rPr>
              <w:t xml:space="preserve"> </w:t>
            </w:r>
            <w:proofErr w:type="gramStart"/>
            <w:r w:rsidRPr="003E175B">
              <w:rPr>
                <w:rFonts w:cs="Times New Roman"/>
                <w:szCs w:val="24"/>
                <w:lang w:val="ru-RU"/>
              </w:rPr>
              <w:t>=  30</w:t>
            </w:r>
            <w:proofErr w:type="gramEnd"/>
            <w:r w:rsidRPr="003E175B">
              <w:rPr>
                <w:rFonts w:cs="Times New Roman"/>
                <w:szCs w:val="24"/>
                <w:lang w:val="ru-RU"/>
              </w:rPr>
              <w:t xml:space="preserve"> мм, толщиной соединяемой детали  </w:t>
            </w:r>
            <w:r w:rsidRPr="003E175B">
              <w:rPr>
                <w:rFonts w:cs="Times New Roman"/>
                <w:szCs w:val="24"/>
              </w:rPr>
              <w:t>n</w:t>
            </w:r>
            <w:r w:rsidRPr="003E175B">
              <w:rPr>
                <w:rFonts w:cs="Times New Roman"/>
                <w:szCs w:val="24"/>
                <w:lang w:val="ru-RU"/>
              </w:rPr>
              <w:t xml:space="preserve"> = 25мм, шагом </w:t>
            </w:r>
            <w:r w:rsidRPr="003E175B">
              <w:rPr>
                <w:rFonts w:cs="Times New Roman"/>
                <w:szCs w:val="24"/>
              </w:rPr>
              <w:t>P</w:t>
            </w:r>
            <w:r w:rsidRPr="003E175B">
              <w:rPr>
                <w:rFonts w:cs="Times New Roman"/>
                <w:szCs w:val="24"/>
                <w:lang w:val="ru-RU"/>
              </w:rPr>
              <w:t xml:space="preserve"> = 3,5, длиной посадочного конца </w:t>
            </w:r>
            <w:r w:rsidRPr="003E175B">
              <w:rPr>
                <w:rFonts w:cs="Times New Roman"/>
                <w:szCs w:val="24"/>
              </w:rPr>
              <w:t>l</w:t>
            </w:r>
            <w:r w:rsidRPr="003E175B">
              <w:rPr>
                <w:rFonts w:cs="Times New Roman"/>
                <w:szCs w:val="24"/>
                <w:vertAlign w:val="subscript"/>
                <w:lang w:val="ru-RU"/>
              </w:rPr>
              <w:t xml:space="preserve">1 </w:t>
            </w:r>
            <w:r w:rsidRPr="003E175B">
              <w:rPr>
                <w:rFonts w:cs="Times New Roman"/>
                <w:szCs w:val="24"/>
                <w:lang w:val="ru-RU"/>
              </w:rPr>
              <w:t>= 30мм.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rFonts w:cs="Times New Roman"/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rFonts w:cs="Times New Roman"/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rFonts w:cs="Times New Roman"/>
                <w:lang w:val="ru-RU"/>
              </w:rPr>
            </w:pPr>
            <w:r w:rsidRPr="003E175B">
              <w:rPr>
                <w:rFonts w:cs="Times New Roman"/>
                <w:lang w:val="ru-RU"/>
              </w:rPr>
              <w:t>2. Соединения разъемные шлицевые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rFonts w:cs="Times New Roman"/>
                <w:i/>
                <w:szCs w:val="24"/>
                <w:lang w:val="ru-RU"/>
              </w:rPr>
            </w:pPr>
            <w:r w:rsidRPr="003E175B">
              <w:rPr>
                <w:rFonts w:cs="Times New Roman"/>
                <w:i/>
                <w:szCs w:val="24"/>
                <w:lang w:val="ru-RU"/>
              </w:rPr>
              <w:t xml:space="preserve">Задача. </w:t>
            </w:r>
            <w:r w:rsidRPr="003E175B">
              <w:rPr>
                <w:rFonts w:cs="Times New Roman"/>
                <w:szCs w:val="24"/>
                <w:lang w:val="ru-RU"/>
              </w:rPr>
              <w:t>Выполнить чертеж шлицевого соединения вала и втулки по ГОСТ 1139-80 номинальным размером 8х36х40х7</w:t>
            </w:r>
            <w:r w:rsidRPr="003E175B">
              <w:rPr>
                <w:rFonts w:cs="Times New Roman"/>
                <w:i/>
                <w:szCs w:val="24"/>
                <w:lang w:val="ru-RU"/>
              </w:rPr>
              <w:t xml:space="preserve"> 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rFonts w:cs="Times New Roman"/>
                <w:i/>
                <w:szCs w:val="24"/>
                <w:lang w:val="ru-RU"/>
              </w:rPr>
            </w:pPr>
          </w:p>
          <w:p w:rsidR="003E175B" w:rsidRPr="003E175B" w:rsidRDefault="003E175B" w:rsidP="003E175B">
            <w:pPr>
              <w:pStyle w:val="21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3E175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3E175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>составил:  к.п.н.</w:t>
            </w:r>
            <w:proofErr w:type="gramEnd"/>
            <w:r w:rsidRPr="003E175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sz w:val="12"/>
                <w:lang w:val="ru-RU"/>
              </w:rPr>
            </w:pPr>
            <w:r w:rsidRPr="003E175B">
              <w:rPr>
                <w:rFonts w:cs="Times New Roman"/>
                <w:sz w:val="12"/>
                <w:lang w:val="ru-RU"/>
              </w:rPr>
              <w:t xml:space="preserve">                                                                                </w:t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lang w:val="ru-RU"/>
              </w:rPr>
            </w:pPr>
            <w:r w:rsidRPr="003E175B">
              <w:rPr>
                <w:rFonts w:cs="Times New Roman"/>
                <w:lang w:val="ru-RU"/>
              </w:rPr>
              <w:t xml:space="preserve">Утверждено на заседании кафедры: </w:t>
            </w:r>
            <w:proofErr w:type="gramStart"/>
            <w:r w:rsidRPr="003E175B">
              <w:rPr>
                <w:rFonts w:cs="Times New Roman"/>
                <w:lang w:val="ru-RU"/>
              </w:rPr>
              <w:t>СДМ  протокол</w:t>
            </w:r>
            <w:proofErr w:type="gramEnd"/>
            <w:r w:rsidRPr="003E175B">
              <w:rPr>
                <w:rFonts w:cs="Times New Roman"/>
                <w:lang w:val="ru-RU"/>
              </w:rPr>
              <w:t xml:space="preserve"> </w:t>
            </w:r>
            <w:r w:rsidRPr="003E175B">
              <w:rPr>
                <w:rFonts w:cs="Times New Roman"/>
                <w:szCs w:val="24"/>
                <w:lang w:val="ru-RU"/>
              </w:rPr>
              <w:t xml:space="preserve">___ </w:t>
            </w:r>
            <w:r w:rsidRPr="003E175B">
              <w:rPr>
                <w:rFonts w:cs="Times New Roman"/>
                <w:lang w:val="ru-RU"/>
              </w:rPr>
              <w:t xml:space="preserve">от </w:t>
            </w:r>
            <w:r w:rsidRPr="003E175B">
              <w:rPr>
                <w:rFonts w:cs="Times New Roman"/>
                <w:szCs w:val="24"/>
                <w:lang w:val="ru-RU"/>
              </w:rPr>
              <w:t>«</w:t>
            </w:r>
            <w:r w:rsidRPr="003E175B">
              <w:rPr>
                <w:rFonts w:cs="Times New Roman"/>
                <w:szCs w:val="24"/>
                <w:u w:val="single"/>
                <w:lang w:val="ru-RU"/>
              </w:rPr>
              <w:t>___</w:t>
            </w:r>
            <w:r w:rsidRPr="003E175B">
              <w:rPr>
                <w:rFonts w:cs="Times New Roman"/>
                <w:szCs w:val="24"/>
                <w:lang w:val="ru-RU"/>
              </w:rPr>
              <w:t xml:space="preserve">» _______202__г. </w:t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lang w:val="ru-RU"/>
              </w:rPr>
            </w:pPr>
            <w:r w:rsidRPr="003E175B">
              <w:rPr>
                <w:rFonts w:cs="Times New Roman"/>
                <w:sz w:val="12"/>
                <w:lang w:val="ru-RU"/>
              </w:rPr>
              <w:t xml:space="preserve">                                                                                                                                        </w:t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lang w:val="ru-RU"/>
              </w:rPr>
            </w:pPr>
            <w:r w:rsidRPr="003E175B">
              <w:rPr>
                <w:rFonts w:cs="Times New Roman"/>
                <w:szCs w:val="24"/>
                <w:lang w:val="ru-RU"/>
              </w:rPr>
              <w:t xml:space="preserve">Заведующий </w:t>
            </w:r>
            <w:proofErr w:type="gramStart"/>
            <w:r w:rsidRPr="003E175B">
              <w:rPr>
                <w:rFonts w:cs="Times New Roman"/>
                <w:szCs w:val="24"/>
                <w:lang w:val="ru-RU"/>
              </w:rPr>
              <w:t>кафедрой  СДМ</w:t>
            </w:r>
            <w:proofErr w:type="gramEnd"/>
            <w:r w:rsidRPr="003E175B">
              <w:rPr>
                <w:rFonts w:cs="Times New Roman"/>
                <w:szCs w:val="24"/>
                <w:lang w:val="ru-RU"/>
              </w:rPr>
              <w:t xml:space="preserve"> </w:t>
            </w:r>
            <w:r w:rsidRPr="003E175B">
              <w:rPr>
                <w:rFonts w:cs="Times New Roman"/>
                <w:lang w:val="ru-RU"/>
              </w:rPr>
              <w:t xml:space="preserve">                             ______________                          </w:t>
            </w:r>
            <w:r w:rsidRPr="003E175B">
              <w:rPr>
                <w:rFonts w:cs="Times New Roman"/>
                <w:szCs w:val="24"/>
                <w:lang w:val="ru-RU"/>
              </w:rPr>
              <w:t>Зеньков С.А.</w:t>
            </w:r>
          </w:p>
          <w:p w:rsidR="003E175B" w:rsidRPr="003E175B" w:rsidRDefault="003E175B" w:rsidP="003E175B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</w:p>
        </w:tc>
      </w:tr>
    </w:tbl>
    <w:p w:rsidR="003E175B" w:rsidRPr="003E175B" w:rsidRDefault="003E175B" w:rsidP="003E175B">
      <w:pPr>
        <w:spacing w:line="240" w:lineRule="auto"/>
        <w:rPr>
          <w:rFonts w:cs="Times New Roman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1"/>
        <w:gridCol w:w="6484"/>
      </w:tblGrid>
      <w:tr w:rsidR="003E175B" w:rsidTr="003E175B">
        <w:tblPrEx>
          <w:tblCellMar>
            <w:top w:w="0" w:type="dxa"/>
            <w:bottom w:w="0" w:type="dxa"/>
          </w:tblCellMar>
        </w:tblPrEx>
        <w:tc>
          <w:tcPr>
            <w:tcW w:w="1727" w:type="pct"/>
            <w:vAlign w:val="center"/>
          </w:tcPr>
          <w:p w:rsidR="003E175B" w:rsidRPr="003E175B" w:rsidRDefault="003E175B" w:rsidP="003E175B">
            <w:pPr>
              <w:jc w:val="center"/>
              <w:rPr>
                <w:sz w:val="22"/>
                <w:lang w:val="ru-RU"/>
              </w:rPr>
            </w:pPr>
            <w:r w:rsidRPr="003E175B">
              <w:rPr>
                <w:sz w:val="22"/>
                <w:lang w:val="ru-RU"/>
              </w:rPr>
              <w:br w:type="page"/>
            </w:r>
            <w:r w:rsidRPr="003E175B">
              <w:rPr>
                <w:sz w:val="22"/>
                <w:lang w:val="ru-RU"/>
              </w:rPr>
              <w:br w:type="page"/>
            </w:r>
            <w:r w:rsidRPr="003E175B">
              <w:rPr>
                <w:sz w:val="22"/>
                <w:lang w:val="ru-RU"/>
              </w:rPr>
              <w:br w:type="page"/>
            </w:r>
          </w:p>
          <w:p w:rsidR="003E175B" w:rsidRPr="003E175B" w:rsidRDefault="003E175B" w:rsidP="003E175B">
            <w:pPr>
              <w:jc w:val="center"/>
              <w:rPr>
                <w:sz w:val="22"/>
                <w:lang w:val="ru-RU"/>
              </w:rPr>
            </w:pPr>
            <w:r w:rsidRPr="003E175B">
              <w:rPr>
                <w:sz w:val="22"/>
                <w:lang w:val="ru-RU"/>
              </w:rPr>
              <w:t>Минобрнауки России</w:t>
            </w:r>
          </w:p>
          <w:p w:rsidR="003E175B" w:rsidRPr="003E175B" w:rsidRDefault="003E175B" w:rsidP="003E175B">
            <w:pPr>
              <w:pStyle w:val="af"/>
              <w:spacing w:after="0"/>
              <w:jc w:val="center"/>
              <w:rPr>
                <w:sz w:val="22"/>
                <w:lang w:val="ru-RU"/>
              </w:rPr>
            </w:pPr>
            <w:r w:rsidRPr="003E175B">
              <w:rPr>
                <w:sz w:val="22"/>
                <w:lang w:val="ru-RU"/>
              </w:rPr>
              <w:t xml:space="preserve">ФГБОУ ВО </w:t>
            </w:r>
          </w:p>
          <w:p w:rsidR="003E175B" w:rsidRPr="003E175B" w:rsidRDefault="003E175B" w:rsidP="003E175B">
            <w:pPr>
              <w:jc w:val="center"/>
              <w:rPr>
                <w:sz w:val="22"/>
                <w:lang w:val="ru-RU"/>
              </w:rPr>
            </w:pPr>
            <w:r w:rsidRPr="003E175B">
              <w:rPr>
                <w:sz w:val="22"/>
                <w:lang w:val="ru-RU"/>
              </w:rPr>
              <w:t>«БрГУ»</w:t>
            </w:r>
          </w:p>
        </w:tc>
        <w:tc>
          <w:tcPr>
            <w:tcW w:w="3273" w:type="pct"/>
          </w:tcPr>
          <w:p w:rsidR="003E175B" w:rsidRPr="003E175B" w:rsidRDefault="003E175B" w:rsidP="003E175B">
            <w:pPr>
              <w:jc w:val="center"/>
              <w:rPr>
                <w:b/>
                <w:sz w:val="22"/>
                <w:lang w:val="ru-RU"/>
              </w:rPr>
            </w:pPr>
            <w:r w:rsidRPr="003E175B">
              <w:rPr>
                <w:b/>
                <w:sz w:val="22"/>
                <w:lang w:val="ru-RU"/>
              </w:rPr>
              <w:t>Зачетный билет № 6</w:t>
            </w:r>
          </w:p>
          <w:p w:rsidR="003E175B" w:rsidRPr="003E175B" w:rsidRDefault="003E175B" w:rsidP="003E175B">
            <w:pPr>
              <w:jc w:val="center"/>
              <w:rPr>
                <w:sz w:val="22"/>
                <w:lang w:val="ru-RU"/>
              </w:rPr>
            </w:pPr>
            <w:r w:rsidRPr="003E175B">
              <w:rPr>
                <w:sz w:val="22"/>
                <w:lang w:val="ru-RU"/>
              </w:rPr>
              <w:t xml:space="preserve">по </w:t>
            </w:r>
            <w:proofErr w:type="gramStart"/>
            <w:r w:rsidRPr="003E175B">
              <w:rPr>
                <w:sz w:val="22"/>
                <w:lang w:val="ru-RU"/>
              </w:rPr>
              <w:t>дисциплине</w:t>
            </w:r>
            <w:r w:rsidRPr="003E175B">
              <w:rPr>
                <w:b/>
                <w:sz w:val="22"/>
                <w:lang w:val="ru-RU"/>
              </w:rPr>
              <w:t xml:space="preserve"> </w:t>
            </w:r>
            <w:r w:rsidRPr="003E175B">
              <w:rPr>
                <w:sz w:val="22"/>
                <w:lang w:val="ru-RU"/>
              </w:rPr>
              <w:t xml:space="preserve"> Инженерная</w:t>
            </w:r>
            <w:proofErr w:type="gramEnd"/>
            <w:r w:rsidRPr="003E175B">
              <w:rPr>
                <w:sz w:val="22"/>
                <w:lang w:val="ru-RU"/>
              </w:rPr>
              <w:t xml:space="preserve"> графика</w:t>
            </w:r>
          </w:p>
          <w:p w:rsidR="003E175B" w:rsidRPr="003E175B" w:rsidRDefault="003E175B" w:rsidP="003E175B">
            <w:pPr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3E175B">
              <w:rPr>
                <w:sz w:val="22"/>
              </w:rPr>
              <w:t xml:space="preserve">15.03.02  </w:t>
            </w:r>
            <w:r w:rsidRPr="003E175B">
              <w:rPr>
                <w:color w:val="333333"/>
                <w:sz w:val="22"/>
                <w:shd w:val="clear" w:color="auto" w:fill="FFFFFF"/>
              </w:rPr>
              <w:t>Машины и оборудование лесного комплекса</w:t>
            </w:r>
          </w:p>
          <w:p w:rsidR="003E175B" w:rsidRPr="003E175B" w:rsidRDefault="003E175B" w:rsidP="003E175B">
            <w:pPr>
              <w:jc w:val="center"/>
              <w:rPr>
                <w:sz w:val="22"/>
                <w:u w:val="single"/>
              </w:rPr>
            </w:pPr>
          </w:p>
        </w:tc>
      </w:tr>
      <w:tr w:rsidR="003E175B" w:rsidRPr="003E175B" w:rsidTr="003E175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vAlign w:val="center"/>
          </w:tcPr>
          <w:p w:rsidR="003E175B" w:rsidRPr="003E175B" w:rsidRDefault="003E175B" w:rsidP="003E175B">
            <w:pPr>
              <w:rPr>
                <w:sz w:val="22"/>
                <w:lang w:val="ru-RU"/>
              </w:rPr>
            </w:pPr>
            <w:r w:rsidRPr="003E175B">
              <w:rPr>
                <w:sz w:val="22"/>
                <w:lang w:val="ru-RU"/>
              </w:rPr>
              <w:t xml:space="preserve">         1. Соединения разъемные резьбовые. Соединение болтом</w:t>
            </w:r>
          </w:p>
          <w:p w:rsidR="003E175B" w:rsidRPr="003E175B" w:rsidRDefault="003E175B" w:rsidP="003E175B">
            <w:pPr>
              <w:tabs>
                <w:tab w:val="left" w:pos="1065"/>
              </w:tabs>
              <w:rPr>
                <w:i/>
                <w:sz w:val="22"/>
                <w:lang w:val="ru-RU"/>
              </w:rPr>
            </w:pPr>
            <w:r w:rsidRPr="003E175B">
              <w:rPr>
                <w:i/>
                <w:sz w:val="22"/>
                <w:lang w:val="ru-RU"/>
              </w:rPr>
              <w:t>Задача.</w:t>
            </w:r>
            <w:r w:rsidRPr="003E175B">
              <w:rPr>
                <w:sz w:val="22"/>
                <w:lang w:val="ru-RU"/>
              </w:rPr>
              <w:t xml:space="preserve"> Пользуясь приведёнными условными соотношениями размеров, выполнить конструктивное соединение болтом с шестигранной головкой с номинальным диаметром резьбы </w:t>
            </w:r>
            <w:r w:rsidRPr="003E175B">
              <w:rPr>
                <w:sz w:val="22"/>
              </w:rPr>
              <w:t>d</w:t>
            </w:r>
            <w:r w:rsidRPr="003E175B">
              <w:rPr>
                <w:sz w:val="22"/>
                <w:lang w:val="ru-RU"/>
              </w:rPr>
              <w:t xml:space="preserve"> </w:t>
            </w:r>
            <w:proofErr w:type="gramStart"/>
            <w:r w:rsidRPr="003E175B">
              <w:rPr>
                <w:sz w:val="22"/>
                <w:lang w:val="ru-RU"/>
              </w:rPr>
              <w:t>=  30</w:t>
            </w:r>
            <w:proofErr w:type="gramEnd"/>
            <w:r w:rsidRPr="003E175B">
              <w:rPr>
                <w:sz w:val="22"/>
                <w:lang w:val="ru-RU"/>
              </w:rPr>
              <w:t xml:space="preserve"> мм и толщинами соединяемых деталей </w:t>
            </w:r>
            <w:r w:rsidRPr="003E175B">
              <w:rPr>
                <w:sz w:val="22"/>
              </w:rPr>
              <w:t>m</w:t>
            </w:r>
            <w:r w:rsidRPr="003E175B">
              <w:rPr>
                <w:sz w:val="22"/>
                <w:lang w:val="ru-RU"/>
              </w:rPr>
              <w:t xml:space="preserve"> = 20мм; </w:t>
            </w:r>
            <w:r w:rsidRPr="003E175B">
              <w:rPr>
                <w:sz w:val="22"/>
              </w:rPr>
              <w:t>n</w:t>
            </w:r>
            <w:r w:rsidRPr="003E175B">
              <w:rPr>
                <w:sz w:val="22"/>
                <w:lang w:val="ru-RU"/>
              </w:rPr>
              <w:t xml:space="preserve"> = 30мм.</w:t>
            </w:r>
          </w:p>
          <w:p w:rsidR="003E175B" w:rsidRPr="003E175B" w:rsidRDefault="003E175B" w:rsidP="003E175B">
            <w:pPr>
              <w:tabs>
                <w:tab w:val="left" w:pos="1065"/>
              </w:tabs>
              <w:rPr>
                <w:sz w:val="22"/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ind w:firstLine="426"/>
              <w:rPr>
                <w:sz w:val="22"/>
                <w:lang w:val="ru-RU"/>
              </w:rPr>
            </w:pPr>
            <w:r w:rsidRPr="003E175B">
              <w:rPr>
                <w:sz w:val="22"/>
                <w:lang w:val="ru-RU"/>
              </w:rPr>
              <w:t>2. Соединения разъемные шпоночные</w:t>
            </w:r>
          </w:p>
          <w:p w:rsidR="003E175B" w:rsidRPr="003E175B" w:rsidRDefault="003E175B" w:rsidP="003E175B">
            <w:pPr>
              <w:tabs>
                <w:tab w:val="left" w:pos="1065"/>
              </w:tabs>
              <w:ind w:firstLine="426"/>
              <w:rPr>
                <w:sz w:val="22"/>
                <w:lang w:val="ru-RU"/>
              </w:rPr>
            </w:pPr>
            <w:r w:rsidRPr="003E175B">
              <w:rPr>
                <w:i/>
                <w:sz w:val="22"/>
                <w:lang w:val="ru-RU"/>
              </w:rPr>
              <w:t xml:space="preserve">Задача. </w:t>
            </w:r>
            <w:r w:rsidRPr="003E175B">
              <w:rPr>
                <w:sz w:val="22"/>
                <w:lang w:val="ru-RU"/>
              </w:rPr>
              <w:t>Выполнить чертеж шпоночного соединения вала и втулки по ГОСТ 23360-</w:t>
            </w:r>
            <w:proofErr w:type="gramStart"/>
            <w:r w:rsidRPr="003E175B">
              <w:rPr>
                <w:sz w:val="22"/>
                <w:lang w:val="ru-RU"/>
              </w:rPr>
              <w:t>78 .</w:t>
            </w:r>
            <w:proofErr w:type="gramEnd"/>
            <w:r w:rsidRPr="003E175B">
              <w:rPr>
                <w:sz w:val="22"/>
                <w:lang w:val="ru-RU"/>
              </w:rPr>
              <w:t xml:space="preserve"> Диаметр вала 32мм</w:t>
            </w:r>
          </w:p>
          <w:p w:rsidR="003E175B" w:rsidRPr="003E175B" w:rsidRDefault="003E175B" w:rsidP="003E175B">
            <w:pPr>
              <w:tabs>
                <w:tab w:val="left" w:pos="1065"/>
              </w:tabs>
              <w:rPr>
                <w:sz w:val="22"/>
                <w:lang w:val="ru-RU"/>
              </w:rPr>
            </w:pPr>
          </w:p>
          <w:p w:rsidR="003E175B" w:rsidRPr="003E175B" w:rsidRDefault="003E175B" w:rsidP="003E175B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3E175B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ru-RU"/>
              </w:rPr>
              <w:t xml:space="preserve">Билет </w:t>
            </w:r>
            <w:proofErr w:type="gramStart"/>
            <w:r w:rsidRPr="003E175B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ru-RU"/>
              </w:rPr>
              <w:t>составил:  к.п.н.</w:t>
            </w:r>
            <w:proofErr w:type="gramEnd"/>
            <w:r w:rsidRPr="003E175B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3E175B" w:rsidRPr="003E175B" w:rsidRDefault="003E175B" w:rsidP="003E175B">
            <w:pPr>
              <w:rPr>
                <w:sz w:val="22"/>
                <w:lang w:val="ru-RU"/>
              </w:rPr>
            </w:pPr>
            <w:r w:rsidRPr="003E175B">
              <w:rPr>
                <w:sz w:val="22"/>
                <w:lang w:val="ru-RU"/>
              </w:rPr>
              <w:t xml:space="preserve">                                                                                </w:t>
            </w:r>
          </w:p>
          <w:p w:rsidR="003E175B" w:rsidRPr="003E175B" w:rsidRDefault="003E175B" w:rsidP="003E175B">
            <w:pPr>
              <w:rPr>
                <w:sz w:val="22"/>
                <w:lang w:val="ru-RU"/>
              </w:rPr>
            </w:pPr>
            <w:r w:rsidRPr="003E175B">
              <w:rPr>
                <w:sz w:val="22"/>
                <w:lang w:val="ru-RU"/>
              </w:rPr>
              <w:t xml:space="preserve">Утверждено на заседании кафедры: </w:t>
            </w:r>
            <w:proofErr w:type="gramStart"/>
            <w:r w:rsidRPr="003E175B">
              <w:rPr>
                <w:sz w:val="22"/>
                <w:lang w:val="ru-RU"/>
              </w:rPr>
              <w:t>СДМ  протокол</w:t>
            </w:r>
            <w:proofErr w:type="gramEnd"/>
            <w:r w:rsidRPr="003E175B">
              <w:rPr>
                <w:sz w:val="22"/>
                <w:lang w:val="ru-RU"/>
              </w:rPr>
              <w:t xml:space="preserve"> ___ от «</w:t>
            </w:r>
            <w:r w:rsidRPr="003E175B">
              <w:rPr>
                <w:sz w:val="22"/>
                <w:u w:val="single"/>
                <w:lang w:val="ru-RU"/>
              </w:rPr>
              <w:t>___</w:t>
            </w:r>
            <w:r w:rsidRPr="003E175B">
              <w:rPr>
                <w:sz w:val="22"/>
                <w:lang w:val="ru-RU"/>
              </w:rPr>
              <w:t xml:space="preserve">» _______202__г. </w:t>
            </w:r>
          </w:p>
          <w:p w:rsidR="003E175B" w:rsidRPr="003E175B" w:rsidRDefault="003E175B" w:rsidP="003E175B">
            <w:pPr>
              <w:rPr>
                <w:sz w:val="22"/>
                <w:lang w:val="ru-RU"/>
              </w:rPr>
            </w:pPr>
            <w:r w:rsidRPr="003E175B">
              <w:rPr>
                <w:sz w:val="22"/>
                <w:lang w:val="ru-RU"/>
              </w:rPr>
              <w:t xml:space="preserve">Заведующий </w:t>
            </w:r>
            <w:proofErr w:type="gramStart"/>
            <w:r w:rsidRPr="003E175B">
              <w:rPr>
                <w:sz w:val="22"/>
                <w:lang w:val="ru-RU"/>
              </w:rPr>
              <w:t>кафедрой  СДМ</w:t>
            </w:r>
            <w:proofErr w:type="gramEnd"/>
            <w:r w:rsidRPr="003E175B">
              <w:rPr>
                <w:sz w:val="22"/>
                <w:lang w:val="ru-RU"/>
              </w:rPr>
              <w:t xml:space="preserve">                              ______________                          Зеньков С.А.</w:t>
            </w:r>
          </w:p>
        </w:tc>
      </w:tr>
    </w:tbl>
    <w:p w:rsidR="003E175B" w:rsidRPr="003E175B" w:rsidRDefault="003E175B" w:rsidP="003E175B">
      <w:pPr>
        <w:rPr>
          <w:lang w:val="ru-RU"/>
        </w:rPr>
      </w:pPr>
    </w:p>
    <w:p w:rsidR="003E175B" w:rsidRPr="003E175B" w:rsidRDefault="003E175B" w:rsidP="003E175B">
      <w:pPr>
        <w:rPr>
          <w:lang w:val="ru-RU"/>
        </w:rPr>
      </w:pPr>
    </w:p>
    <w:p w:rsidR="003E175B" w:rsidRPr="003E175B" w:rsidRDefault="003E175B" w:rsidP="003E175B">
      <w:pPr>
        <w:rPr>
          <w:lang w:val="ru-RU"/>
        </w:rPr>
      </w:pPr>
    </w:p>
    <w:p w:rsidR="003E175B" w:rsidRPr="003E175B" w:rsidRDefault="003E175B" w:rsidP="003E175B">
      <w:pPr>
        <w:rPr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1"/>
        <w:gridCol w:w="6484"/>
      </w:tblGrid>
      <w:tr w:rsidR="003E175B" w:rsidTr="003E175B">
        <w:tblPrEx>
          <w:tblCellMar>
            <w:top w:w="0" w:type="dxa"/>
            <w:bottom w:w="0" w:type="dxa"/>
          </w:tblCellMar>
        </w:tblPrEx>
        <w:tc>
          <w:tcPr>
            <w:tcW w:w="1727" w:type="pct"/>
            <w:vAlign w:val="center"/>
          </w:tcPr>
          <w:p w:rsidR="003E175B" w:rsidRPr="003E175B" w:rsidRDefault="003E175B" w:rsidP="003E175B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3E175B">
              <w:rPr>
                <w:lang w:val="ru-RU"/>
              </w:rPr>
              <w:lastRenderedPageBreak/>
              <w:br w:type="page"/>
            </w:r>
            <w:r w:rsidRPr="003E175B">
              <w:rPr>
                <w:lang w:val="ru-RU"/>
              </w:rPr>
              <w:br w:type="page"/>
            </w:r>
            <w:r w:rsidRPr="003E175B">
              <w:rPr>
                <w:lang w:val="ru-RU"/>
              </w:rPr>
              <w:br w:type="page"/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3E175B">
              <w:rPr>
                <w:szCs w:val="24"/>
                <w:lang w:val="ru-RU"/>
              </w:rPr>
              <w:t>Минобрнауки России</w:t>
            </w:r>
          </w:p>
          <w:p w:rsidR="003E175B" w:rsidRPr="003E175B" w:rsidRDefault="003E175B" w:rsidP="003E175B">
            <w:pPr>
              <w:pStyle w:val="af"/>
              <w:spacing w:after="0" w:line="240" w:lineRule="auto"/>
              <w:jc w:val="center"/>
              <w:rPr>
                <w:lang w:val="ru-RU"/>
              </w:rPr>
            </w:pPr>
            <w:r w:rsidRPr="003E175B">
              <w:rPr>
                <w:lang w:val="ru-RU"/>
              </w:rPr>
              <w:t xml:space="preserve">ФГБОУ ВО 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3E175B">
              <w:rPr>
                <w:szCs w:val="24"/>
                <w:lang w:val="ru-RU"/>
              </w:rPr>
              <w:t>«БрГУ»</w:t>
            </w:r>
          </w:p>
        </w:tc>
        <w:tc>
          <w:tcPr>
            <w:tcW w:w="3273" w:type="pct"/>
          </w:tcPr>
          <w:p w:rsidR="003E175B" w:rsidRPr="003E175B" w:rsidRDefault="003E175B" w:rsidP="003E175B">
            <w:pPr>
              <w:spacing w:line="24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3E175B">
              <w:rPr>
                <w:b/>
                <w:sz w:val="28"/>
                <w:szCs w:val="28"/>
                <w:lang w:val="ru-RU"/>
              </w:rPr>
              <w:t>Зачетный билет № 7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3E175B">
              <w:rPr>
                <w:szCs w:val="24"/>
                <w:lang w:val="ru-RU"/>
              </w:rPr>
              <w:t xml:space="preserve">по </w:t>
            </w:r>
            <w:proofErr w:type="gramStart"/>
            <w:r w:rsidRPr="003E175B">
              <w:rPr>
                <w:szCs w:val="24"/>
                <w:lang w:val="ru-RU"/>
              </w:rPr>
              <w:t>дисциплине</w:t>
            </w:r>
            <w:r w:rsidRPr="003E175B">
              <w:rPr>
                <w:b/>
                <w:szCs w:val="24"/>
                <w:lang w:val="ru-RU"/>
              </w:rPr>
              <w:t xml:space="preserve"> </w:t>
            </w:r>
            <w:r w:rsidRPr="003E175B">
              <w:rPr>
                <w:szCs w:val="24"/>
                <w:lang w:val="ru-RU"/>
              </w:rPr>
              <w:t xml:space="preserve"> Инженерная</w:t>
            </w:r>
            <w:proofErr w:type="gramEnd"/>
            <w:r w:rsidRPr="003E175B">
              <w:rPr>
                <w:szCs w:val="24"/>
                <w:lang w:val="ru-RU"/>
              </w:rPr>
              <w:t xml:space="preserve"> графика</w:t>
            </w:r>
          </w:p>
          <w:p w:rsidR="003E175B" w:rsidRPr="00162AE5" w:rsidRDefault="003E175B" w:rsidP="003E175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15.03.02 </w:t>
            </w:r>
            <w:r w:rsidRPr="00162AE5">
              <w:rPr>
                <w:szCs w:val="24"/>
              </w:rPr>
              <w:t xml:space="preserve"> </w:t>
            </w:r>
            <w:r w:rsidRPr="00852388">
              <w:rPr>
                <w:color w:val="333333"/>
                <w:szCs w:val="24"/>
                <w:shd w:val="clear" w:color="auto" w:fill="FFFFFF"/>
              </w:rPr>
              <w:t>Машины и оборудование лесного комплекса</w:t>
            </w:r>
          </w:p>
          <w:p w:rsidR="003E175B" w:rsidRPr="00253629" w:rsidRDefault="003E175B" w:rsidP="003E175B">
            <w:pPr>
              <w:spacing w:line="240" w:lineRule="auto"/>
              <w:jc w:val="center"/>
              <w:rPr>
                <w:szCs w:val="24"/>
                <w:u w:val="single"/>
              </w:rPr>
            </w:pPr>
          </w:p>
        </w:tc>
      </w:tr>
      <w:tr w:rsidR="003E175B" w:rsidRPr="003E175B" w:rsidTr="003E175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vAlign w:val="center"/>
          </w:tcPr>
          <w:p w:rsidR="003E175B" w:rsidRPr="003E175B" w:rsidRDefault="003E175B" w:rsidP="003E175B">
            <w:pPr>
              <w:spacing w:line="240" w:lineRule="auto"/>
              <w:rPr>
                <w:lang w:val="ru-RU"/>
              </w:rPr>
            </w:pPr>
            <w:r w:rsidRPr="003E175B">
              <w:rPr>
                <w:szCs w:val="24"/>
                <w:lang w:val="ru-RU"/>
              </w:rPr>
              <w:t xml:space="preserve">         </w:t>
            </w:r>
            <w:r w:rsidRPr="003E175B">
              <w:rPr>
                <w:lang w:val="ru-RU"/>
              </w:rPr>
              <w:t>1. Электронные модели и чертежи типовых деталей. Втулка</w:t>
            </w:r>
          </w:p>
          <w:p w:rsidR="003E175B" w:rsidRPr="006F4839" w:rsidRDefault="003E175B" w:rsidP="003E175B">
            <w:pPr>
              <w:pStyle w:val="Default"/>
              <w:rPr>
                <w:sz w:val="20"/>
                <w:szCs w:val="20"/>
              </w:rPr>
            </w:pPr>
            <w:r w:rsidRPr="006F4839">
              <w:rPr>
                <w:i/>
                <w:sz w:val="20"/>
                <w:szCs w:val="20"/>
              </w:rPr>
              <w:t>Задача.</w:t>
            </w:r>
            <w:r w:rsidRPr="006F4839">
              <w:rPr>
                <w:sz w:val="20"/>
                <w:szCs w:val="20"/>
              </w:rPr>
              <w:t xml:space="preserve"> По размерам, приведенным в табл. 5 (ГОСТ 1978–81) разработать электронную модель и чертеж детали «Втулка подшипника скольжения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81280" behindDoc="0" locked="0" layoutInCell="1" allowOverlap="1">
                  <wp:simplePos x="0" y="0"/>
                  <wp:positionH relativeFrom="column">
                    <wp:posOffset>1623695</wp:posOffset>
                  </wp:positionH>
                  <wp:positionV relativeFrom="paragraph">
                    <wp:posOffset>24130</wp:posOffset>
                  </wp:positionV>
                  <wp:extent cx="2726690" cy="1234440"/>
                  <wp:effectExtent l="0" t="0" r="0" b="0"/>
                  <wp:wrapNone/>
                  <wp:docPr id="19" name="Рисунок 19" descr="Скриншот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Скриншот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6690" cy="123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  <w:r w:rsidRPr="003E175B">
              <w:rPr>
                <w:lang w:val="ru-RU"/>
              </w:rPr>
              <w:t>2. Соединения разъемные шпоночные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  <w:r w:rsidRPr="003E175B">
              <w:rPr>
                <w:i/>
                <w:szCs w:val="24"/>
                <w:lang w:val="ru-RU"/>
              </w:rPr>
              <w:t xml:space="preserve">Задача. </w:t>
            </w:r>
            <w:r w:rsidRPr="003E175B">
              <w:rPr>
                <w:szCs w:val="24"/>
                <w:lang w:val="ru-RU"/>
              </w:rPr>
              <w:t>Выполнить чертеж шпоночного соединения вала и втулки по ГОСТ 24071-</w:t>
            </w:r>
            <w:proofErr w:type="gramStart"/>
            <w:r w:rsidRPr="003E175B">
              <w:rPr>
                <w:szCs w:val="24"/>
                <w:lang w:val="ru-RU"/>
              </w:rPr>
              <w:t>97 .</w:t>
            </w:r>
            <w:proofErr w:type="gramEnd"/>
            <w:r w:rsidRPr="003E175B">
              <w:rPr>
                <w:szCs w:val="24"/>
                <w:lang w:val="ru-RU"/>
              </w:rPr>
              <w:t xml:space="preserve"> Диаметр вала 32мм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lang w:val="ru-RU"/>
              </w:rPr>
            </w:pPr>
          </w:p>
          <w:p w:rsidR="003E175B" w:rsidRPr="003E175B" w:rsidRDefault="003E175B" w:rsidP="003E175B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3E175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3E175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>составил:  к.п.н.</w:t>
            </w:r>
            <w:proofErr w:type="gramEnd"/>
            <w:r w:rsidRPr="003E175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3E175B" w:rsidRPr="003E175B" w:rsidRDefault="003E175B" w:rsidP="003E175B">
            <w:pPr>
              <w:spacing w:line="240" w:lineRule="auto"/>
              <w:rPr>
                <w:sz w:val="12"/>
                <w:lang w:val="ru-RU"/>
              </w:rPr>
            </w:pPr>
            <w:r w:rsidRPr="003E175B">
              <w:rPr>
                <w:sz w:val="12"/>
                <w:lang w:val="ru-RU"/>
              </w:rPr>
              <w:t xml:space="preserve">                                                                                </w:t>
            </w:r>
          </w:p>
          <w:p w:rsidR="003E175B" w:rsidRPr="003E175B" w:rsidRDefault="003E175B" w:rsidP="003E175B">
            <w:pPr>
              <w:spacing w:line="240" w:lineRule="auto"/>
              <w:rPr>
                <w:lang w:val="ru-RU"/>
              </w:rPr>
            </w:pPr>
            <w:r w:rsidRPr="003E175B">
              <w:rPr>
                <w:lang w:val="ru-RU"/>
              </w:rPr>
              <w:t xml:space="preserve">Утверждено на заседании кафедры: </w:t>
            </w:r>
            <w:proofErr w:type="gramStart"/>
            <w:r w:rsidRPr="003E175B">
              <w:rPr>
                <w:lang w:val="ru-RU"/>
              </w:rPr>
              <w:t>СДМ  протокол</w:t>
            </w:r>
            <w:proofErr w:type="gramEnd"/>
            <w:r w:rsidRPr="003E175B">
              <w:rPr>
                <w:lang w:val="ru-RU"/>
              </w:rPr>
              <w:t xml:space="preserve"> </w:t>
            </w:r>
            <w:r w:rsidRPr="003E175B">
              <w:rPr>
                <w:szCs w:val="24"/>
                <w:lang w:val="ru-RU"/>
              </w:rPr>
              <w:t xml:space="preserve">___ </w:t>
            </w:r>
            <w:r w:rsidRPr="003E175B">
              <w:rPr>
                <w:lang w:val="ru-RU"/>
              </w:rPr>
              <w:t xml:space="preserve">от </w:t>
            </w:r>
            <w:r w:rsidRPr="003E175B">
              <w:rPr>
                <w:szCs w:val="24"/>
                <w:lang w:val="ru-RU"/>
              </w:rPr>
              <w:t>«</w:t>
            </w:r>
            <w:r w:rsidRPr="003E175B">
              <w:rPr>
                <w:szCs w:val="24"/>
                <w:u w:val="single"/>
                <w:lang w:val="ru-RU"/>
              </w:rPr>
              <w:t>___</w:t>
            </w:r>
            <w:r w:rsidRPr="003E175B">
              <w:rPr>
                <w:szCs w:val="24"/>
                <w:lang w:val="ru-RU"/>
              </w:rPr>
              <w:t xml:space="preserve">» _______202__г. </w:t>
            </w:r>
          </w:p>
          <w:p w:rsidR="003E175B" w:rsidRPr="003E175B" w:rsidRDefault="003E175B" w:rsidP="003E175B">
            <w:pPr>
              <w:spacing w:line="240" w:lineRule="auto"/>
              <w:rPr>
                <w:lang w:val="ru-RU"/>
              </w:rPr>
            </w:pPr>
            <w:r w:rsidRPr="003E175B">
              <w:rPr>
                <w:sz w:val="12"/>
                <w:lang w:val="ru-RU"/>
              </w:rPr>
              <w:t xml:space="preserve">                                                                                                                                        </w:t>
            </w:r>
          </w:p>
          <w:p w:rsidR="003E175B" w:rsidRPr="003E175B" w:rsidRDefault="003E175B" w:rsidP="003E175B">
            <w:pPr>
              <w:spacing w:line="240" w:lineRule="auto"/>
              <w:rPr>
                <w:lang w:val="ru-RU"/>
              </w:rPr>
            </w:pPr>
            <w:r w:rsidRPr="003E175B">
              <w:rPr>
                <w:szCs w:val="24"/>
                <w:lang w:val="ru-RU"/>
              </w:rPr>
              <w:t xml:space="preserve">Заведующий </w:t>
            </w:r>
            <w:proofErr w:type="gramStart"/>
            <w:r w:rsidRPr="003E175B">
              <w:rPr>
                <w:szCs w:val="24"/>
                <w:lang w:val="ru-RU"/>
              </w:rPr>
              <w:t>кафедрой  СДМ</w:t>
            </w:r>
            <w:proofErr w:type="gramEnd"/>
            <w:r w:rsidRPr="003E175B">
              <w:rPr>
                <w:szCs w:val="24"/>
                <w:lang w:val="ru-RU"/>
              </w:rPr>
              <w:t xml:space="preserve"> </w:t>
            </w:r>
            <w:r w:rsidRPr="003E175B">
              <w:rPr>
                <w:lang w:val="ru-RU"/>
              </w:rPr>
              <w:t xml:space="preserve">                             ______________                          </w:t>
            </w:r>
            <w:r w:rsidRPr="003E175B">
              <w:rPr>
                <w:szCs w:val="24"/>
                <w:lang w:val="ru-RU"/>
              </w:rPr>
              <w:t>Зеньков С.А.</w:t>
            </w:r>
          </w:p>
          <w:p w:rsidR="003E175B" w:rsidRPr="003E175B" w:rsidRDefault="003E175B" w:rsidP="003E175B">
            <w:pPr>
              <w:spacing w:line="240" w:lineRule="auto"/>
              <w:rPr>
                <w:szCs w:val="24"/>
                <w:lang w:val="ru-RU"/>
              </w:rPr>
            </w:pPr>
          </w:p>
        </w:tc>
      </w:tr>
    </w:tbl>
    <w:p w:rsidR="003E175B" w:rsidRPr="003E175B" w:rsidRDefault="003E175B" w:rsidP="003E175B">
      <w:pPr>
        <w:spacing w:line="240" w:lineRule="auto"/>
        <w:rPr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1"/>
        <w:gridCol w:w="6484"/>
      </w:tblGrid>
      <w:tr w:rsidR="003E175B" w:rsidTr="003E175B">
        <w:tblPrEx>
          <w:tblCellMar>
            <w:top w:w="0" w:type="dxa"/>
            <w:bottom w:w="0" w:type="dxa"/>
          </w:tblCellMar>
        </w:tblPrEx>
        <w:tc>
          <w:tcPr>
            <w:tcW w:w="1727" w:type="pct"/>
            <w:vAlign w:val="center"/>
          </w:tcPr>
          <w:p w:rsidR="003E175B" w:rsidRPr="003E175B" w:rsidRDefault="003E175B" w:rsidP="003E175B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3E175B">
              <w:rPr>
                <w:lang w:val="ru-RU"/>
              </w:rPr>
              <w:br w:type="page"/>
            </w:r>
            <w:r w:rsidRPr="003E175B">
              <w:rPr>
                <w:lang w:val="ru-RU"/>
              </w:rPr>
              <w:br w:type="page"/>
            </w:r>
            <w:r w:rsidRPr="003E175B">
              <w:rPr>
                <w:lang w:val="ru-RU"/>
              </w:rPr>
              <w:br w:type="page"/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3E175B">
              <w:rPr>
                <w:szCs w:val="24"/>
                <w:lang w:val="ru-RU"/>
              </w:rPr>
              <w:t>Минобрнауки России</w:t>
            </w:r>
          </w:p>
          <w:p w:rsidR="003E175B" w:rsidRPr="003E175B" w:rsidRDefault="003E175B" w:rsidP="003E175B">
            <w:pPr>
              <w:pStyle w:val="af"/>
              <w:spacing w:after="0" w:line="240" w:lineRule="auto"/>
              <w:jc w:val="center"/>
              <w:rPr>
                <w:lang w:val="ru-RU"/>
              </w:rPr>
            </w:pPr>
            <w:r w:rsidRPr="003E175B">
              <w:rPr>
                <w:lang w:val="ru-RU"/>
              </w:rPr>
              <w:t xml:space="preserve">ФГБОУ ВО 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3E175B">
              <w:rPr>
                <w:szCs w:val="24"/>
                <w:lang w:val="ru-RU"/>
              </w:rPr>
              <w:t>«БрГУ»</w:t>
            </w:r>
          </w:p>
        </w:tc>
        <w:tc>
          <w:tcPr>
            <w:tcW w:w="3273" w:type="pct"/>
          </w:tcPr>
          <w:p w:rsidR="003E175B" w:rsidRPr="003E175B" w:rsidRDefault="003E175B" w:rsidP="003E175B">
            <w:pPr>
              <w:spacing w:line="24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3E175B">
              <w:rPr>
                <w:b/>
                <w:sz w:val="28"/>
                <w:szCs w:val="28"/>
                <w:lang w:val="ru-RU"/>
              </w:rPr>
              <w:t>Зачетный билет № 8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3E175B">
              <w:rPr>
                <w:szCs w:val="24"/>
                <w:lang w:val="ru-RU"/>
              </w:rPr>
              <w:t xml:space="preserve">по </w:t>
            </w:r>
            <w:proofErr w:type="gramStart"/>
            <w:r w:rsidRPr="003E175B">
              <w:rPr>
                <w:szCs w:val="24"/>
                <w:lang w:val="ru-RU"/>
              </w:rPr>
              <w:t>дисциплине</w:t>
            </w:r>
            <w:r w:rsidRPr="003E175B">
              <w:rPr>
                <w:b/>
                <w:szCs w:val="24"/>
                <w:lang w:val="ru-RU"/>
              </w:rPr>
              <w:t xml:space="preserve"> </w:t>
            </w:r>
            <w:r w:rsidRPr="003E175B">
              <w:rPr>
                <w:szCs w:val="24"/>
                <w:lang w:val="ru-RU"/>
              </w:rPr>
              <w:t xml:space="preserve"> Инженерная</w:t>
            </w:r>
            <w:proofErr w:type="gramEnd"/>
            <w:r w:rsidRPr="003E175B">
              <w:rPr>
                <w:szCs w:val="24"/>
                <w:lang w:val="ru-RU"/>
              </w:rPr>
              <w:t xml:space="preserve"> графика</w:t>
            </w:r>
          </w:p>
          <w:p w:rsidR="003E175B" w:rsidRPr="00162AE5" w:rsidRDefault="003E175B" w:rsidP="003E175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15.03.02 </w:t>
            </w:r>
            <w:r w:rsidRPr="00162AE5">
              <w:rPr>
                <w:szCs w:val="24"/>
              </w:rPr>
              <w:t xml:space="preserve"> </w:t>
            </w:r>
            <w:r w:rsidRPr="00852388">
              <w:rPr>
                <w:color w:val="333333"/>
                <w:szCs w:val="24"/>
                <w:shd w:val="clear" w:color="auto" w:fill="FFFFFF"/>
              </w:rPr>
              <w:t>Машины и оборудование лесного комплекса</w:t>
            </w:r>
          </w:p>
          <w:p w:rsidR="003E175B" w:rsidRPr="00253629" w:rsidRDefault="003E175B" w:rsidP="003E175B">
            <w:pPr>
              <w:spacing w:line="240" w:lineRule="auto"/>
              <w:jc w:val="center"/>
              <w:rPr>
                <w:szCs w:val="24"/>
                <w:u w:val="single"/>
              </w:rPr>
            </w:pPr>
          </w:p>
        </w:tc>
      </w:tr>
      <w:tr w:rsidR="003E175B" w:rsidRPr="003E175B" w:rsidTr="003E175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vAlign w:val="center"/>
          </w:tcPr>
          <w:p w:rsidR="003E175B" w:rsidRPr="003E175B" w:rsidRDefault="003E175B" w:rsidP="003E175B">
            <w:pPr>
              <w:spacing w:line="240" w:lineRule="auto"/>
              <w:rPr>
                <w:lang w:val="ru-RU"/>
              </w:rPr>
            </w:pPr>
            <w:r w:rsidRPr="003E175B">
              <w:rPr>
                <w:szCs w:val="24"/>
                <w:lang w:val="ru-RU"/>
              </w:rPr>
              <w:t xml:space="preserve">         </w:t>
            </w:r>
            <w:r w:rsidRPr="003E175B">
              <w:rPr>
                <w:lang w:val="ru-RU"/>
              </w:rPr>
              <w:t>1. Электронные модели и чертежи типовых деталей. Штуцер</w:t>
            </w:r>
          </w:p>
          <w:p w:rsidR="003E175B" w:rsidRPr="00532088" w:rsidRDefault="003E175B" w:rsidP="003E175B">
            <w:pPr>
              <w:pStyle w:val="Default"/>
              <w:rPr>
                <w:sz w:val="20"/>
                <w:szCs w:val="20"/>
              </w:rPr>
            </w:pPr>
            <w:r w:rsidRPr="006F4839">
              <w:rPr>
                <w:i/>
                <w:sz w:val="20"/>
                <w:szCs w:val="20"/>
              </w:rPr>
              <w:t>Задача.</w:t>
            </w:r>
            <w:r w:rsidRPr="006F4839">
              <w:rPr>
                <w:sz w:val="20"/>
                <w:szCs w:val="20"/>
              </w:rPr>
              <w:t xml:space="preserve"> </w:t>
            </w:r>
            <w:r w:rsidRPr="00532088">
              <w:rPr>
                <w:sz w:val="20"/>
                <w:szCs w:val="20"/>
              </w:rPr>
              <w:t>По размерам, приведенным в т</w:t>
            </w:r>
            <w:r>
              <w:rPr>
                <w:sz w:val="20"/>
                <w:szCs w:val="20"/>
              </w:rPr>
              <w:t>абл. 23 (ГОСТ 25878–85, исполне</w:t>
            </w:r>
            <w:r w:rsidRPr="00532088">
              <w:rPr>
                <w:sz w:val="20"/>
                <w:szCs w:val="20"/>
              </w:rPr>
              <w:t xml:space="preserve">ние 1) разработать электронную модель и чертеж детали «Штуцер». 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82304" behindDoc="0" locked="0" layoutInCell="1" allowOverlap="1">
                  <wp:simplePos x="0" y="0"/>
                  <wp:positionH relativeFrom="column">
                    <wp:posOffset>1624965</wp:posOffset>
                  </wp:positionH>
                  <wp:positionV relativeFrom="paragraph">
                    <wp:posOffset>76200</wp:posOffset>
                  </wp:positionV>
                  <wp:extent cx="3122295" cy="1441450"/>
                  <wp:effectExtent l="0" t="0" r="1905" b="6350"/>
                  <wp:wrapNone/>
                  <wp:docPr id="18" name="Рисунок 18" descr="Скриншот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Скриншот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229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  <w:r w:rsidRPr="003E175B">
              <w:rPr>
                <w:lang w:val="ru-RU"/>
              </w:rPr>
              <w:t>2. Правила выполнения изображений. Разрезы сложные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  <w:r w:rsidRPr="003E175B">
              <w:rPr>
                <w:i/>
                <w:szCs w:val="24"/>
                <w:lang w:val="ru-RU"/>
              </w:rPr>
              <w:t xml:space="preserve">Задача. </w:t>
            </w:r>
            <w:r w:rsidRPr="003E175B">
              <w:rPr>
                <w:szCs w:val="24"/>
                <w:lang w:val="ru-RU"/>
              </w:rPr>
              <w:t>Выполнить изображение ступенчатого разреза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lang w:val="ru-RU"/>
              </w:rPr>
            </w:pPr>
          </w:p>
          <w:p w:rsidR="003E175B" w:rsidRPr="003E175B" w:rsidRDefault="003E175B" w:rsidP="003E175B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3E175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3E175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>составил:  к.п.н.</w:t>
            </w:r>
            <w:proofErr w:type="gramEnd"/>
            <w:r w:rsidRPr="003E175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3E175B" w:rsidRPr="003E175B" w:rsidRDefault="003E175B" w:rsidP="003E175B">
            <w:pPr>
              <w:spacing w:line="240" w:lineRule="auto"/>
              <w:rPr>
                <w:sz w:val="12"/>
                <w:lang w:val="ru-RU"/>
              </w:rPr>
            </w:pPr>
            <w:r w:rsidRPr="003E175B">
              <w:rPr>
                <w:sz w:val="12"/>
                <w:lang w:val="ru-RU"/>
              </w:rPr>
              <w:t xml:space="preserve">                                                                                </w:t>
            </w:r>
          </w:p>
          <w:p w:rsidR="003E175B" w:rsidRPr="003E175B" w:rsidRDefault="003E175B" w:rsidP="003E175B">
            <w:pPr>
              <w:spacing w:line="240" w:lineRule="auto"/>
              <w:rPr>
                <w:lang w:val="ru-RU"/>
              </w:rPr>
            </w:pPr>
            <w:r w:rsidRPr="003E175B">
              <w:rPr>
                <w:lang w:val="ru-RU"/>
              </w:rPr>
              <w:t xml:space="preserve">Утверждено на заседании кафедры: </w:t>
            </w:r>
            <w:proofErr w:type="gramStart"/>
            <w:r w:rsidRPr="003E175B">
              <w:rPr>
                <w:lang w:val="ru-RU"/>
              </w:rPr>
              <w:t>СДМ  протокол</w:t>
            </w:r>
            <w:proofErr w:type="gramEnd"/>
            <w:r w:rsidRPr="003E175B">
              <w:rPr>
                <w:lang w:val="ru-RU"/>
              </w:rPr>
              <w:t xml:space="preserve"> </w:t>
            </w:r>
            <w:r w:rsidRPr="003E175B">
              <w:rPr>
                <w:szCs w:val="24"/>
                <w:lang w:val="ru-RU"/>
              </w:rPr>
              <w:t xml:space="preserve">___ </w:t>
            </w:r>
            <w:r w:rsidRPr="003E175B">
              <w:rPr>
                <w:lang w:val="ru-RU"/>
              </w:rPr>
              <w:t xml:space="preserve">от </w:t>
            </w:r>
            <w:r w:rsidRPr="003E175B">
              <w:rPr>
                <w:szCs w:val="24"/>
                <w:lang w:val="ru-RU"/>
              </w:rPr>
              <w:t>«</w:t>
            </w:r>
            <w:r w:rsidRPr="003E175B">
              <w:rPr>
                <w:szCs w:val="24"/>
                <w:u w:val="single"/>
                <w:lang w:val="ru-RU"/>
              </w:rPr>
              <w:t>___</w:t>
            </w:r>
            <w:r w:rsidRPr="003E175B">
              <w:rPr>
                <w:szCs w:val="24"/>
                <w:lang w:val="ru-RU"/>
              </w:rPr>
              <w:t xml:space="preserve">» _______202__г. </w:t>
            </w:r>
          </w:p>
          <w:p w:rsidR="003E175B" w:rsidRPr="003E175B" w:rsidRDefault="003E175B" w:rsidP="003E175B">
            <w:pPr>
              <w:spacing w:line="240" w:lineRule="auto"/>
              <w:rPr>
                <w:lang w:val="ru-RU"/>
              </w:rPr>
            </w:pPr>
            <w:r w:rsidRPr="003E175B">
              <w:rPr>
                <w:sz w:val="12"/>
                <w:lang w:val="ru-RU"/>
              </w:rPr>
              <w:t xml:space="preserve">                                                                                                                                        </w:t>
            </w:r>
          </w:p>
          <w:p w:rsidR="003E175B" w:rsidRPr="003E175B" w:rsidRDefault="003E175B" w:rsidP="003E175B">
            <w:pPr>
              <w:spacing w:line="240" w:lineRule="auto"/>
              <w:rPr>
                <w:lang w:val="ru-RU"/>
              </w:rPr>
            </w:pPr>
            <w:r w:rsidRPr="003E175B">
              <w:rPr>
                <w:szCs w:val="24"/>
                <w:lang w:val="ru-RU"/>
              </w:rPr>
              <w:t xml:space="preserve">Заведующий </w:t>
            </w:r>
            <w:proofErr w:type="gramStart"/>
            <w:r w:rsidRPr="003E175B">
              <w:rPr>
                <w:szCs w:val="24"/>
                <w:lang w:val="ru-RU"/>
              </w:rPr>
              <w:t>кафедрой  СДМ</w:t>
            </w:r>
            <w:proofErr w:type="gramEnd"/>
            <w:r w:rsidRPr="003E175B">
              <w:rPr>
                <w:szCs w:val="24"/>
                <w:lang w:val="ru-RU"/>
              </w:rPr>
              <w:t xml:space="preserve"> </w:t>
            </w:r>
            <w:r w:rsidRPr="003E175B">
              <w:rPr>
                <w:lang w:val="ru-RU"/>
              </w:rPr>
              <w:t xml:space="preserve">                             ______________                          </w:t>
            </w:r>
            <w:r w:rsidRPr="003E175B">
              <w:rPr>
                <w:szCs w:val="24"/>
                <w:lang w:val="ru-RU"/>
              </w:rPr>
              <w:t>Зеньков С.А.</w:t>
            </w:r>
          </w:p>
          <w:p w:rsidR="003E175B" w:rsidRPr="003E175B" w:rsidRDefault="003E175B" w:rsidP="003E175B">
            <w:pPr>
              <w:spacing w:line="240" w:lineRule="auto"/>
              <w:rPr>
                <w:szCs w:val="24"/>
                <w:lang w:val="ru-RU"/>
              </w:rPr>
            </w:pPr>
          </w:p>
        </w:tc>
      </w:tr>
    </w:tbl>
    <w:p w:rsidR="003E175B" w:rsidRPr="003E175B" w:rsidRDefault="003E175B" w:rsidP="003E175B">
      <w:pPr>
        <w:spacing w:line="240" w:lineRule="auto"/>
        <w:rPr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1"/>
        <w:gridCol w:w="6484"/>
      </w:tblGrid>
      <w:tr w:rsidR="003E175B" w:rsidTr="003E175B">
        <w:tblPrEx>
          <w:tblCellMar>
            <w:top w:w="0" w:type="dxa"/>
            <w:bottom w:w="0" w:type="dxa"/>
          </w:tblCellMar>
        </w:tblPrEx>
        <w:tc>
          <w:tcPr>
            <w:tcW w:w="1727" w:type="pct"/>
            <w:vAlign w:val="center"/>
          </w:tcPr>
          <w:p w:rsidR="003E175B" w:rsidRPr="003E175B" w:rsidRDefault="003E175B" w:rsidP="003E175B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3E175B">
              <w:rPr>
                <w:lang w:val="ru-RU"/>
              </w:rPr>
              <w:br w:type="page"/>
            </w:r>
            <w:r w:rsidRPr="003E175B">
              <w:rPr>
                <w:lang w:val="ru-RU"/>
              </w:rPr>
              <w:br w:type="page"/>
            </w:r>
            <w:r w:rsidRPr="003E175B">
              <w:rPr>
                <w:lang w:val="ru-RU"/>
              </w:rPr>
              <w:br w:type="page"/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3E175B">
              <w:rPr>
                <w:szCs w:val="24"/>
                <w:lang w:val="ru-RU"/>
              </w:rPr>
              <w:t>Минобрнауки России</w:t>
            </w:r>
          </w:p>
          <w:p w:rsidR="003E175B" w:rsidRPr="003E175B" w:rsidRDefault="003E175B" w:rsidP="003E175B">
            <w:pPr>
              <w:pStyle w:val="af"/>
              <w:spacing w:after="0" w:line="240" w:lineRule="auto"/>
              <w:jc w:val="center"/>
              <w:rPr>
                <w:lang w:val="ru-RU"/>
              </w:rPr>
            </w:pPr>
            <w:r w:rsidRPr="003E175B">
              <w:rPr>
                <w:lang w:val="ru-RU"/>
              </w:rPr>
              <w:t xml:space="preserve">ФГБОУ ВО 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3E175B">
              <w:rPr>
                <w:szCs w:val="24"/>
                <w:lang w:val="ru-RU"/>
              </w:rPr>
              <w:t>«БрГУ»</w:t>
            </w:r>
          </w:p>
        </w:tc>
        <w:tc>
          <w:tcPr>
            <w:tcW w:w="3273" w:type="pct"/>
          </w:tcPr>
          <w:p w:rsidR="003E175B" w:rsidRPr="003E175B" w:rsidRDefault="003E175B" w:rsidP="003E175B">
            <w:pPr>
              <w:spacing w:line="24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3E175B">
              <w:rPr>
                <w:b/>
                <w:sz w:val="28"/>
                <w:szCs w:val="28"/>
                <w:lang w:val="ru-RU"/>
              </w:rPr>
              <w:t>Зачетный билет № 9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3E175B">
              <w:rPr>
                <w:szCs w:val="24"/>
                <w:lang w:val="ru-RU"/>
              </w:rPr>
              <w:t xml:space="preserve">по </w:t>
            </w:r>
            <w:proofErr w:type="gramStart"/>
            <w:r w:rsidRPr="003E175B">
              <w:rPr>
                <w:szCs w:val="24"/>
                <w:lang w:val="ru-RU"/>
              </w:rPr>
              <w:t>дисциплине</w:t>
            </w:r>
            <w:r w:rsidRPr="003E175B">
              <w:rPr>
                <w:b/>
                <w:szCs w:val="24"/>
                <w:lang w:val="ru-RU"/>
              </w:rPr>
              <w:t xml:space="preserve"> </w:t>
            </w:r>
            <w:r w:rsidRPr="003E175B">
              <w:rPr>
                <w:szCs w:val="24"/>
                <w:lang w:val="ru-RU"/>
              </w:rPr>
              <w:t xml:space="preserve"> Инженерная</w:t>
            </w:r>
            <w:proofErr w:type="gramEnd"/>
            <w:r w:rsidRPr="003E175B">
              <w:rPr>
                <w:szCs w:val="24"/>
                <w:lang w:val="ru-RU"/>
              </w:rPr>
              <w:t xml:space="preserve"> графика</w:t>
            </w:r>
          </w:p>
          <w:p w:rsidR="003E175B" w:rsidRPr="00162AE5" w:rsidRDefault="003E175B" w:rsidP="003E175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15.03.02 </w:t>
            </w:r>
            <w:r w:rsidRPr="00162AE5">
              <w:rPr>
                <w:szCs w:val="24"/>
              </w:rPr>
              <w:t xml:space="preserve"> </w:t>
            </w:r>
            <w:r w:rsidRPr="00852388">
              <w:rPr>
                <w:color w:val="333333"/>
                <w:szCs w:val="24"/>
                <w:shd w:val="clear" w:color="auto" w:fill="FFFFFF"/>
              </w:rPr>
              <w:t>Машины и оборудование лесного комплекса</w:t>
            </w:r>
          </w:p>
          <w:p w:rsidR="003E175B" w:rsidRPr="00253629" w:rsidRDefault="003E175B" w:rsidP="003E175B">
            <w:pPr>
              <w:spacing w:line="240" w:lineRule="auto"/>
              <w:jc w:val="center"/>
              <w:rPr>
                <w:szCs w:val="24"/>
                <w:u w:val="single"/>
              </w:rPr>
            </w:pPr>
          </w:p>
        </w:tc>
      </w:tr>
      <w:tr w:rsidR="003E175B" w:rsidRPr="003E175B" w:rsidTr="003E175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vAlign w:val="center"/>
          </w:tcPr>
          <w:p w:rsidR="003E175B" w:rsidRPr="003E175B" w:rsidRDefault="003E175B" w:rsidP="003E175B">
            <w:pPr>
              <w:spacing w:line="240" w:lineRule="auto"/>
              <w:rPr>
                <w:szCs w:val="24"/>
                <w:lang w:val="ru-RU"/>
              </w:rPr>
            </w:pPr>
            <w:r w:rsidRPr="003E175B">
              <w:rPr>
                <w:szCs w:val="24"/>
                <w:lang w:val="ru-RU"/>
              </w:rPr>
              <w:t xml:space="preserve">         </w:t>
            </w:r>
          </w:p>
          <w:p w:rsidR="003E175B" w:rsidRPr="003E175B" w:rsidRDefault="003E175B" w:rsidP="003E175B">
            <w:pPr>
              <w:spacing w:line="240" w:lineRule="auto"/>
              <w:ind w:firstLine="426"/>
              <w:rPr>
                <w:lang w:val="ru-RU"/>
              </w:rPr>
            </w:pPr>
            <w:r w:rsidRPr="003E175B">
              <w:rPr>
                <w:lang w:val="ru-RU"/>
              </w:rPr>
              <w:t>1. Электронная конструкторская документация. Виды и комплектность. Общие сведения.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  <w:r w:rsidRPr="003E175B">
              <w:rPr>
                <w:lang w:val="ru-RU"/>
              </w:rPr>
              <w:t>2. Соединения неразъемные сварные (задача)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</w:p>
          <w:p w:rsidR="003E175B" w:rsidRPr="003E175B" w:rsidRDefault="003E175B" w:rsidP="003E175B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3E175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3E175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>составил:  к.п.н.</w:t>
            </w:r>
            <w:proofErr w:type="gramEnd"/>
            <w:r w:rsidRPr="003E175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3E175B" w:rsidRPr="003E175B" w:rsidRDefault="003E175B" w:rsidP="003E175B">
            <w:pPr>
              <w:spacing w:line="240" w:lineRule="auto"/>
              <w:rPr>
                <w:sz w:val="12"/>
                <w:lang w:val="ru-RU"/>
              </w:rPr>
            </w:pPr>
            <w:r w:rsidRPr="003E175B">
              <w:rPr>
                <w:sz w:val="12"/>
                <w:lang w:val="ru-RU"/>
              </w:rPr>
              <w:t xml:space="preserve">                                                                                </w:t>
            </w:r>
          </w:p>
          <w:p w:rsidR="003E175B" w:rsidRPr="003E175B" w:rsidRDefault="003E175B" w:rsidP="003E175B">
            <w:pPr>
              <w:spacing w:line="240" w:lineRule="auto"/>
              <w:rPr>
                <w:lang w:val="ru-RU"/>
              </w:rPr>
            </w:pPr>
            <w:r w:rsidRPr="003E175B">
              <w:rPr>
                <w:lang w:val="ru-RU"/>
              </w:rPr>
              <w:t xml:space="preserve">Утверждено на заседании кафедры: </w:t>
            </w:r>
            <w:proofErr w:type="gramStart"/>
            <w:r w:rsidRPr="003E175B">
              <w:rPr>
                <w:lang w:val="ru-RU"/>
              </w:rPr>
              <w:t>СДМ  протокол</w:t>
            </w:r>
            <w:proofErr w:type="gramEnd"/>
            <w:r w:rsidRPr="003E175B">
              <w:rPr>
                <w:lang w:val="ru-RU"/>
              </w:rPr>
              <w:t xml:space="preserve"> </w:t>
            </w:r>
            <w:r w:rsidRPr="003E175B">
              <w:rPr>
                <w:szCs w:val="24"/>
                <w:lang w:val="ru-RU"/>
              </w:rPr>
              <w:t xml:space="preserve">___ </w:t>
            </w:r>
            <w:r w:rsidRPr="003E175B">
              <w:rPr>
                <w:lang w:val="ru-RU"/>
              </w:rPr>
              <w:t xml:space="preserve">от </w:t>
            </w:r>
            <w:r w:rsidRPr="003E175B">
              <w:rPr>
                <w:szCs w:val="24"/>
                <w:lang w:val="ru-RU"/>
              </w:rPr>
              <w:t>«</w:t>
            </w:r>
            <w:r w:rsidRPr="003E175B">
              <w:rPr>
                <w:szCs w:val="24"/>
                <w:u w:val="single"/>
                <w:lang w:val="ru-RU"/>
              </w:rPr>
              <w:t>___</w:t>
            </w:r>
            <w:r w:rsidRPr="003E175B">
              <w:rPr>
                <w:szCs w:val="24"/>
                <w:lang w:val="ru-RU"/>
              </w:rPr>
              <w:t xml:space="preserve">» _______202__г. </w:t>
            </w:r>
          </w:p>
          <w:p w:rsidR="003E175B" w:rsidRPr="003E175B" w:rsidRDefault="003E175B" w:rsidP="003E175B">
            <w:pPr>
              <w:spacing w:line="240" w:lineRule="auto"/>
              <w:rPr>
                <w:lang w:val="ru-RU"/>
              </w:rPr>
            </w:pPr>
            <w:r w:rsidRPr="003E175B">
              <w:rPr>
                <w:sz w:val="12"/>
                <w:lang w:val="ru-RU"/>
              </w:rPr>
              <w:t xml:space="preserve">                                                                                                                                        </w:t>
            </w:r>
          </w:p>
          <w:p w:rsidR="003E175B" w:rsidRPr="003E175B" w:rsidRDefault="003E175B" w:rsidP="003E175B">
            <w:pPr>
              <w:spacing w:line="240" w:lineRule="auto"/>
              <w:rPr>
                <w:lang w:val="ru-RU"/>
              </w:rPr>
            </w:pPr>
            <w:r w:rsidRPr="003E175B">
              <w:rPr>
                <w:szCs w:val="24"/>
                <w:lang w:val="ru-RU"/>
              </w:rPr>
              <w:t xml:space="preserve">Заведующий </w:t>
            </w:r>
            <w:proofErr w:type="gramStart"/>
            <w:r w:rsidRPr="003E175B">
              <w:rPr>
                <w:szCs w:val="24"/>
                <w:lang w:val="ru-RU"/>
              </w:rPr>
              <w:t>кафедрой  СДМ</w:t>
            </w:r>
            <w:proofErr w:type="gramEnd"/>
            <w:r w:rsidRPr="003E175B">
              <w:rPr>
                <w:szCs w:val="24"/>
                <w:lang w:val="ru-RU"/>
              </w:rPr>
              <w:t xml:space="preserve"> </w:t>
            </w:r>
            <w:r w:rsidRPr="003E175B">
              <w:rPr>
                <w:lang w:val="ru-RU"/>
              </w:rPr>
              <w:t xml:space="preserve">                             ______________                          </w:t>
            </w:r>
            <w:r w:rsidRPr="003E175B">
              <w:rPr>
                <w:szCs w:val="24"/>
                <w:lang w:val="ru-RU"/>
              </w:rPr>
              <w:t>Зеньков С.А.</w:t>
            </w:r>
          </w:p>
          <w:p w:rsidR="003E175B" w:rsidRPr="003E175B" w:rsidRDefault="003E175B" w:rsidP="003E175B">
            <w:pPr>
              <w:spacing w:line="240" w:lineRule="auto"/>
              <w:rPr>
                <w:szCs w:val="24"/>
                <w:lang w:val="ru-RU"/>
              </w:rPr>
            </w:pPr>
          </w:p>
        </w:tc>
      </w:tr>
    </w:tbl>
    <w:p w:rsidR="003E175B" w:rsidRPr="003E175B" w:rsidRDefault="003E175B" w:rsidP="003E175B">
      <w:pPr>
        <w:spacing w:line="240" w:lineRule="auto"/>
        <w:rPr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1"/>
        <w:gridCol w:w="6484"/>
      </w:tblGrid>
      <w:tr w:rsidR="003E175B" w:rsidTr="003E175B">
        <w:tblPrEx>
          <w:tblCellMar>
            <w:top w:w="0" w:type="dxa"/>
            <w:bottom w:w="0" w:type="dxa"/>
          </w:tblCellMar>
        </w:tblPrEx>
        <w:tc>
          <w:tcPr>
            <w:tcW w:w="1727" w:type="pct"/>
            <w:vAlign w:val="center"/>
          </w:tcPr>
          <w:p w:rsidR="003E175B" w:rsidRPr="003E175B" w:rsidRDefault="003E175B" w:rsidP="003E175B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3E175B">
              <w:rPr>
                <w:lang w:val="ru-RU"/>
              </w:rPr>
              <w:br w:type="page"/>
            </w:r>
            <w:r w:rsidRPr="003E175B">
              <w:rPr>
                <w:lang w:val="ru-RU"/>
              </w:rPr>
              <w:br w:type="page"/>
            </w:r>
            <w:r w:rsidRPr="003E175B">
              <w:rPr>
                <w:lang w:val="ru-RU"/>
              </w:rPr>
              <w:br w:type="page"/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3E175B">
              <w:rPr>
                <w:szCs w:val="24"/>
                <w:lang w:val="ru-RU"/>
              </w:rPr>
              <w:t>Минобрнауки России</w:t>
            </w:r>
          </w:p>
          <w:p w:rsidR="003E175B" w:rsidRPr="003E175B" w:rsidRDefault="003E175B" w:rsidP="003E175B">
            <w:pPr>
              <w:pStyle w:val="af"/>
              <w:spacing w:after="0" w:line="240" w:lineRule="auto"/>
              <w:jc w:val="center"/>
              <w:rPr>
                <w:lang w:val="ru-RU"/>
              </w:rPr>
            </w:pPr>
            <w:r w:rsidRPr="003E175B">
              <w:rPr>
                <w:lang w:val="ru-RU"/>
              </w:rPr>
              <w:t xml:space="preserve">ФГБОУ ВО 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3E175B">
              <w:rPr>
                <w:szCs w:val="24"/>
                <w:lang w:val="ru-RU"/>
              </w:rPr>
              <w:t>«БрГУ»</w:t>
            </w:r>
          </w:p>
        </w:tc>
        <w:tc>
          <w:tcPr>
            <w:tcW w:w="3273" w:type="pct"/>
          </w:tcPr>
          <w:p w:rsidR="003E175B" w:rsidRPr="003E175B" w:rsidRDefault="003E175B" w:rsidP="003E175B">
            <w:pPr>
              <w:spacing w:line="24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3E175B">
              <w:rPr>
                <w:b/>
                <w:sz w:val="28"/>
                <w:szCs w:val="28"/>
                <w:lang w:val="ru-RU"/>
              </w:rPr>
              <w:t>Зачетный билет № 10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3E175B">
              <w:rPr>
                <w:szCs w:val="24"/>
                <w:lang w:val="ru-RU"/>
              </w:rPr>
              <w:t xml:space="preserve">по </w:t>
            </w:r>
            <w:proofErr w:type="gramStart"/>
            <w:r w:rsidRPr="003E175B">
              <w:rPr>
                <w:szCs w:val="24"/>
                <w:lang w:val="ru-RU"/>
              </w:rPr>
              <w:t>дисциплине</w:t>
            </w:r>
            <w:r w:rsidRPr="003E175B">
              <w:rPr>
                <w:b/>
                <w:szCs w:val="24"/>
                <w:lang w:val="ru-RU"/>
              </w:rPr>
              <w:t xml:space="preserve"> </w:t>
            </w:r>
            <w:r w:rsidRPr="003E175B">
              <w:rPr>
                <w:szCs w:val="24"/>
                <w:lang w:val="ru-RU"/>
              </w:rPr>
              <w:t xml:space="preserve"> Инженерная</w:t>
            </w:r>
            <w:proofErr w:type="gramEnd"/>
            <w:r w:rsidRPr="003E175B">
              <w:rPr>
                <w:szCs w:val="24"/>
                <w:lang w:val="ru-RU"/>
              </w:rPr>
              <w:t xml:space="preserve"> графика</w:t>
            </w:r>
          </w:p>
          <w:p w:rsidR="003E175B" w:rsidRPr="00162AE5" w:rsidRDefault="003E175B" w:rsidP="003E175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15.03.02 </w:t>
            </w:r>
            <w:r w:rsidRPr="00162AE5">
              <w:rPr>
                <w:szCs w:val="24"/>
              </w:rPr>
              <w:t xml:space="preserve"> </w:t>
            </w:r>
            <w:r w:rsidRPr="00852388">
              <w:rPr>
                <w:color w:val="333333"/>
                <w:szCs w:val="24"/>
                <w:shd w:val="clear" w:color="auto" w:fill="FFFFFF"/>
              </w:rPr>
              <w:t>Машины и оборудование лесного комплекса</w:t>
            </w:r>
          </w:p>
          <w:p w:rsidR="003E175B" w:rsidRPr="00253629" w:rsidRDefault="003E175B" w:rsidP="003E175B">
            <w:pPr>
              <w:spacing w:line="240" w:lineRule="auto"/>
              <w:jc w:val="center"/>
              <w:rPr>
                <w:szCs w:val="24"/>
                <w:u w:val="single"/>
              </w:rPr>
            </w:pPr>
          </w:p>
        </w:tc>
      </w:tr>
      <w:tr w:rsidR="003E175B" w:rsidRPr="003E175B" w:rsidTr="003E175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vAlign w:val="center"/>
          </w:tcPr>
          <w:p w:rsidR="003E175B" w:rsidRPr="003E175B" w:rsidRDefault="003E175B" w:rsidP="003E175B">
            <w:pPr>
              <w:spacing w:line="240" w:lineRule="auto"/>
              <w:rPr>
                <w:szCs w:val="24"/>
                <w:lang w:val="ru-RU"/>
              </w:rPr>
            </w:pPr>
            <w:r w:rsidRPr="003E175B">
              <w:rPr>
                <w:szCs w:val="24"/>
                <w:lang w:val="ru-RU"/>
              </w:rPr>
              <w:t xml:space="preserve">         </w:t>
            </w:r>
          </w:p>
          <w:p w:rsidR="003E175B" w:rsidRPr="003E175B" w:rsidRDefault="003E175B" w:rsidP="003E175B">
            <w:pPr>
              <w:spacing w:line="240" w:lineRule="auto"/>
              <w:ind w:firstLine="426"/>
              <w:rPr>
                <w:lang w:val="ru-RU"/>
              </w:rPr>
            </w:pPr>
            <w:r w:rsidRPr="003E175B">
              <w:rPr>
                <w:lang w:val="ru-RU"/>
              </w:rPr>
              <w:t>1. Соединения разъемные. Зубчатые передачи</w:t>
            </w:r>
          </w:p>
          <w:p w:rsidR="003E175B" w:rsidRPr="003E175B" w:rsidRDefault="003E175B" w:rsidP="003E175B">
            <w:pPr>
              <w:spacing w:line="240" w:lineRule="auto"/>
              <w:ind w:firstLine="426"/>
              <w:rPr>
                <w:lang w:val="ru-RU"/>
              </w:rPr>
            </w:pPr>
            <w:r w:rsidRPr="003E175B">
              <w:rPr>
                <w:i/>
                <w:szCs w:val="24"/>
                <w:lang w:val="ru-RU"/>
              </w:rPr>
              <w:t xml:space="preserve">Задача. </w:t>
            </w:r>
            <w:r w:rsidRPr="003E175B">
              <w:rPr>
                <w:szCs w:val="24"/>
                <w:lang w:val="ru-RU"/>
              </w:rPr>
              <w:t>При использовании конструкторских приложений системы проектирования Компас 3</w:t>
            </w:r>
            <w:r w:rsidRPr="009879CC">
              <w:rPr>
                <w:szCs w:val="24"/>
              </w:rPr>
              <w:t>D</w:t>
            </w:r>
            <w:r w:rsidRPr="003E175B">
              <w:rPr>
                <w:szCs w:val="24"/>
                <w:lang w:val="ru-RU"/>
              </w:rPr>
              <w:t xml:space="preserve"> выполнить чертежи и модель зубчатого колеса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  <w:r w:rsidRPr="003E175B">
              <w:rPr>
                <w:lang w:val="ru-RU"/>
              </w:rPr>
              <w:t>2. Электронные модели и чертежи типовых деталей. Пластина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  <w:r w:rsidRPr="003E175B">
              <w:rPr>
                <w:i/>
                <w:szCs w:val="24"/>
                <w:lang w:val="ru-RU"/>
              </w:rPr>
              <w:t xml:space="preserve">Задача. </w:t>
            </w:r>
            <w:r w:rsidRPr="003E175B">
              <w:rPr>
                <w:szCs w:val="24"/>
                <w:lang w:val="ru-RU"/>
              </w:rPr>
              <w:t>Средствами чертежно-графичнеского редактора истсемы проектирования Компас 3</w:t>
            </w:r>
            <w:r w:rsidRPr="00292AD7">
              <w:rPr>
                <w:szCs w:val="24"/>
              </w:rPr>
              <w:t>D</w:t>
            </w:r>
            <w:r w:rsidRPr="003E175B">
              <w:rPr>
                <w:szCs w:val="24"/>
                <w:lang w:val="ru-RU"/>
              </w:rPr>
              <w:t xml:space="preserve"> выполнить чертеж детали «Пластина»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lang w:val="ru-RU"/>
              </w:rPr>
            </w:pPr>
          </w:p>
          <w:p w:rsidR="003E175B" w:rsidRPr="003E175B" w:rsidRDefault="003E175B" w:rsidP="003E175B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3E175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3E175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>составил:  к.п.н.</w:t>
            </w:r>
            <w:proofErr w:type="gramEnd"/>
            <w:r w:rsidRPr="003E175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3E175B" w:rsidRPr="003E175B" w:rsidRDefault="003E175B" w:rsidP="003E175B">
            <w:pPr>
              <w:spacing w:line="240" w:lineRule="auto"/>
              <w:rPr>
                <w:sz w:val="12"/>
                <w:lang w:val="ru-RU"/>
              </w:rPr>
            </w:pPr>
            <w:r w:rsidRPr="003E175B">
              <w:rPr>
                <w:sz w:val="12"/>
                <w:lang w:val="ru-RU"/>
              </w:rPr>
              <w:t xml:space="preserve">                                                                                </w:t>
            </w:r>
          </w:p>
          <w:p w:rsidR="003E175B" w:rsidRPr="003E175B" w:rsidRDefault="003E175B" w:rsidP="003E175B">
            <w:pPr>
              <w:spacing w:line="240" w:lineRule="auto"/>
              <w:rPr>
                <w:lang w:val="ru-RU"/>
              </w:rPr>
            </w:pPr>
            <w:r w:rsidRPr="003E175B">
              <w:rPr>
                <w:lang w:val="ru-RU"/>
              </w:rPr>
              <w:t xml:space="preserve">Утверждено на заседании кафедры: </w:t>
            </w:r>
            <w:proofErr w:type="gramStart"/>
            <w:r w:rsidRPr="003E175B">
              <w:rPr>
                <w:lang w:val="ru-RU"/>
              </w:rPr>
              <w:t>СДМ  протокол</w:t>
            </w:r>
            <w:proofErr w:type="gramEnd"/>
            <w:r w:rsidRPr="003E175B">
              <w:rPr>
                <w:lang w:val="ru-RU"/>
              </w:rPr>
              <w:t xml:space="preserve"> </w:t>
            </w:r>
            <w:r w:rsidRPr="003E175B">
              <w:rPr>
                <w:szCs w:val="24"/>
                <w:lang w:val="ru-RU"/>
              </w:rPr>
              <w:t xml:space="preserve">___ </w:t>
            </w:r>
            <w:r w:rsidRPr="003E175B">
              <w:rPr>
                <w:lang w:val="ru-RU"/>
              </w:rPr>
              <w:t xml:space="preserve">от </w:t>
            </w:r>
            <w:r w:rsidRPr="003E175B">
              <w:rPr>
                <w:szCs w:val="24"/>
                <w:lang w:val="ru-RU"/>
              </w:rPr>
              <w:t>«</w:t>
            </w:r>
            <w:r w:rsidRPr="003E175B">
              <w:rPr>
                <w:szCs w:val="24"/>
                <w:u w:val="single"/>
                <w:lang w:val="ru-RU"/>
              </w:rPr>
              <w:t>___</w:t>
            </w:r>
            <w:r w:rsidRPr="003E175B">
              <w:rPr>
                <w:szCs w:val="24"/>
                <w:lang w:val="ru-RU"/>
              </w:rPr>
              <w:t xml:space="preserve">» _______202__г. </w:t>
            </w:r>
          </w:p>
          <w:p w:rsidR="003E175B" w:rsidRPr="003E175B" w:rsidRDefault="003E175B" w:rsidP="003E175B">
            <w:pPr>
              <w:spacing w:line="240" w:lineRule="auto"/>
              <w:rPr>
                <w:lang w:val="ru-RU"/>
              </w:rPr>
            </w:pPr>
            <w:r w:rsidRPr="003E175B">
              <w:rPr>
                <w:sz w:val="12"/>
                <w:lang w:val="ru-RU"/>
              </w:rPr>
              <w:t xml:space="preserve">                                                                                                                                        </w:t>
            </w:r>
          </w:p>
          <w:p w:rsidR="003E175B" w:rsidRPr="003E175B" w:rsidRDefault="003E175B" w:rsidP="003E175B">
            <w:pPr>
              <w:spacing w:line="240" w:lineRule="auto"/>
              <w:rPr>
                <w:lang w:val="ru-RU"/>
              </w:rPr>
            </w:pPr>
            <w:r w:rsidRPr="003E175B">
              <w:rPr>
                <w:szCs w:val="24"/>
                <w:lang w:val="ru-RU"/>
              </w:rPr>
              <w:t xml:space="preserve">Заведующий </w:t>
            </w:r>
            <w:proofErr w:type="gramStart"/>
            <w:r w:rsidRPr="003E175B">
              <w:rPr>
                <w:szCs w:val="24"/>
                <w:lang w:val="ru-RU"/>
              </w:rPr>
              <w:t>кафедрой  СДМ</w:t>
            </w:r>
            <w:proofErr w:type="gramEnd"/>
            <w:r w:rsidRPr="003E175B">
              <w:rPr>
                <w:szCs w:val="24"/>
                <w:lang w:val="ru-RU"/>
              </w:rPr>
              <w:t xml:space="preserve"> </w:t>
            </w:r>
            <w:r w:rsidRPr="003E175B">
              <w:rPr>
                <w:lang w:val="ru-RU"/>
              </w:rPr>
              <w:t xml:space="preserve">                             ______________                          </w:t>
            </w:r>
            <w:r w:rsidRPr="003E175B">
              <w:rPr>
                <w:szCs w:val="24"/>
                <w:lang w:val="ru-RU"/>
              </w:rPr>
              <w:t>Зеньков С.А.</w:t>
            </w:r>
          </w:p>
          <w:p w:rsidR="003E175B" w:rsidRPr="003E175B" w:rsidRDefault="003E175B" w:rsidP="003E175B">
            <w:pPr>
              <w:spacing w:line="240" w:lineRule="auto"/>
              <w:rPr>
                <w:szCs w:val="24"/>
                <w:lang w:val="ru-RU"/>
              </w:rPr>
            </w:pPr>
          </w:p>
        </w:tc>
      </w:tr>
    </w:tbl>
    <w:p w:rsidR="003E175B" w:rsidRPr="003E175B" w:rsidRDefault="003E175B" w:rsidP="003E175B">
      <w:pPr>
        <w:spacing w:line="240" w:lineRule="auto"/>
        <w:rPr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1"/>
        <w:gridCol w:w="6484"/>
      </w:tblGrid>
      <w:tr w:rsidR="003E175B" w:rsidTr="003E175B">
        <w:tblPrEx>
          <w:tblCellMar>
            <w:top w:w="0" w:type="dxa"/>
            <w:bottom w:w="0" w:type="dxa"/>
          </w:tblCellMar>
        </w:tblPrEx>
        <w:tc>
          <w:tcPr>
            <w:tcW w:w="1727" w:type="pct"/>
            <w:vAlign w:val="center"/>
          </w:tcPr>
          <w:p w:rsidR="003E175B" w:rsidRPr="003E175B" w:rsidRDefault="003E175B" w:rsidP="003E175B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3E175B">
              <w:rPr>
                <w:lang w:val="ru-RU"/>
              </w:rPr>
              <w:br w:type="page"/>
            </w:r>
            <w:r w:rsidRPr="003E175B">
              <w:rPr>
                <w:lang w:val="ru-RU"/>
              </w:rPr>
              <w:br w:type="page"/>
            </w:r>
            <w:r w:rsidRPr="003E175B">
              <w:rPr>
                <w:lang w:val="ru-RU"/>
              </w:rPr>
              <w:br w:type="page"/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3E175B">
              <w:rPr>
                <w:szCs w:val="24"/>
                <w:lang w:val="ru-RU"/>
              </w:rPr>
              <w:t>Минобрнауки России</w:t>
            </w:r>
          </w:p>
          <w:p w:rsidR="003E175B" w:rsidRPr="003E175B" w:rsidRDefault="003E175B" w:rsidP="003E175B">
            <w:pPr>
              <w:pStyle w:val="af"/>
              <w:spacing w:after="0" w:line="240" w:lineRule="auto"/>
              <w:jc w:val="center"/>
              <w:rPr>
                <w:lang w:val="ru-RU"/>
              </w:rPr>
            </w:pPr>
            <w:r w:rsidRPr="003E175B">
              <w:rPr>
                <w:lang w:val="ru-RU"/>
              </w:rPr>
              <w:t xml:space="preserve">ФГБОУ ВО 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3E175B">
              <w:rPr>
                <w:szCs w:val="24"/>
                <w:lang w:val="ru-RU"/>
              </w:rPr>
              <w:t>«БрГУ»</w:t>
            </w:r>
          </w:p>
        </w:tc>
        <w:tc>
          <w:tcPr>
            <w:tcW w:w="3273" w:type="pct"/>
          </w:tcPr>
          <w:p w:rsidR="003E175B" w:rsidRPr="003E175B" w:rsidRDefault="003E175B" w:rsidP="003E175B">
            <w:pPr>
              <w:spacing w:line="24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3E175B">
              <w:rPr>
                <w:b/>
                <w:sz w:val="28"/>
                <w:szCs w:val="28"/>
                <w:lang w:val="ru-RU"/>
              </w:rPr>
              <w:t>Зачетный билет № 11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3E175B">
              <w:rPr>
                <w:szCs w:val="24"/>
                <w:lang w:val="ru-RU"/>
              </w:rPr>
              <w:t xml:space="preserve">по </w:t>
            </w:r>
            <w:proofErr w:type="gramStart"/>
            <w:r w:rsidRPr="003E175B">
              <w:rPr>
                <w:szCs w:val="24"/>
                <w:lang w:val="ru-RU"/>
              </w:rPr>
              <w:t>дисциплине</w:t>
            </w:r>
            <w:r w:rsidRPr="003E175B">
              <w:rPr>
                <w:b/>
                <w:szCs w:val="24"/>
                <w:lang w:val="ru-RU"/>
              </w:rPr>
              <w:t xml:space="preserve"> </w:t>
            </w:r>
            <w:r w:rsidRPr="003E175B">
              <w:rPr>
                <w:szCs w:val="24"/>
                <w:lang w:val="ru-RU"/>
              </w:rPr>
              <w:t xml:space="preserve"> Инженерная</w:t>
            </w:r>
            <w:proofErr w:type="gramEnd"/>
            <w:r w:rsidRPr="003E175B">
              <w:rPr>
                <w:szCs w:val="24"/>
                <w:lang w:val="ru-RU"/>
              </w:rPr>
              <w:t xml:space="preserve"> графика</w:t>
            </w:r>
          </w:p>
          <w:p w:rsidR="003E175B" w:rsidRPr="00162AE5" w:rsidRDefault="003E175B" w:rsidP="003E175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15.03.02 </w:t>
            </w:r>
            <w:r w:rsidRPr="00162AE5">
              <w:rPr>
                <w:szCs w:val="24"/>
              </w:rPr>
              <w:t xml:space="preserve"> </w:t>
            </w:r>
            <w:r w:rsidRPr="00852388">
              <w:rPr>
                <w:color w:val="333333"/>
                <w:szCs w:val="24"/>
                <w:shd w:val="clear" w:color="auto" w:fill="FFFFFF"/>
              </w:rPr>
              <w:t>Машины и оборудование лесного комплекса</w:t>
            </w:r>
          </w:p>
          <w:p w:rsidR="003E175B" w:rsidRPr="00253629" w:rsidRDefault="003E175B" w:rsidP="003E175B">
            <w:pPr>
              <w:spacing w:line="240" w:lineRule="auto"/>
              <w:jc w:val="center"/>
              <w:rPr>
                <w:szCs w:val="24"/>
                <w:u w:val="single"/>
              </w:rPr>
            </w:pPr>
          </w:p>
        </w:tc>
      </w:tr>
      <w:tr w:rsidR="003E175B" w:rsidRPr="003E175B" w:rsidTr="003E175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vAlign w:val="center"/>
          </w:tcPr>
          <w:p w:rsidR="003E175B" w:rsidRPr="003E175B" w:rsidRDefault="003E175B" w:rsidP="003E175B">
            <w:pPr>
              <w:spacing w:line="240" w:lineRule="auto"/>
              <w:rPr>
                <w:szCs w:val="24"/>
                <w:lang w:val="ru-RU"/>
              </w:rPr>
            </w:pPr>
            <w:r w:rsidRPr="003E175B">
              <w:rPr>
                <w:szCs w:val="24"/>
                <w:lang w:val="ru-RU"/>
              </w:rPr>
              <w:t xml:space="preserve">         </w:t>
            </w:r>
          </w:p>
          <w:p w:rsidR="003E175B" w:rsidRPr="003E175B" w:rsidRDefault="003E175B" w:rsidP="003E175B">
            <w:pPr>
              <w:spacing w:line="240" w:lineRule="auto"/>
              <w:ind w:firstLine="426"/>
              <w:rPr>
                <w:lang w:val="ru-RU"/>
              </w:rPr>
            </w:pPr>
            <w:r w:rsidRPr="003E175B">
              <w:rPr>
                <w:lang w:val="ru-RU"/>
              </w:rPr>
              <w:t>1. Электронная модель и чертеж детали. Общие сведения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</w:p>
          <w:p w:rsidR="003E175B" w:rsidRPr="003E175B" w:rsidRDefault="003E175B" w:rsidP="003E175B">
            <w:pPr>
              <w:spacing w:line="240" w:lineRule="auto"/>
              <w:ind w:firstLine="426"/>
              <w:rPr>
                <w:lang w:val="ru-RU"/>
              </w:rPr>
            </w:pPr>
            <w:r w:rsidRPr="003E175B">
              <w:rPr>
                <w:lang w:val="ru-RU"/>
              </w:rPr>
              <w:t>2. Электронные модели и чертежи типовых деталей. Штуцер</w:t>
            </w:r>
          </w:p>
          <w:p w:rsidR="003E175B" w:rsidRDefault="003E175B" w:rsidP="003E175B">
            <w:pPr>
              <w:pStyle w:val="Default"/>
              <w:rPr>
                <w:sz w:val="20"/>
                <w:szCs w:val="20"/>
              </w:rPr>
            </w:pPr>
            <w:r w:rsidRPr="006F4839">
              <w:rPr>
                <w:i/>
                <w:sz w:val="20"/>
                <w:szCs w:val="20"/>
              </w:rPr>
              <w:t>Задача.</w:t>
            </w:r>
            <w:r w:rsidRPr="006F4839">
              <w:rPr>
                <w:sz w:val="20"/>
                <w:szCs w:val="20"/>
              </w:rPr>
              <w:t xml:space="preserve"> </w:t>
            </w:r>
            <w:r w:rsidRPr="00532088">
              <w:rPr>
                <w:sz w:val="20"/>
                <w:szCs w:val="20"/>
              </w:rPr>
              <w:t>По размерам, приведенным в т</w:t>
            </w:r>
            <w:r>
              <w:rPr>
                <w:sz w:val="20"/>
                <w:szCs w:val="20"/>
              </w:rPr>
              <w:t>абл. 23 (ГОСТ 25878–85, исполне</w:t>
            </w:r>
            <w:r w:rsidRPr="00532088">
              <w:rPr>
                <w:sz w:val="20"/>
                <w:szCs w:val="20"/>
              </w:rPr>
              <w:t xml:space="preserve">ние 1) разработать электронную модель и чертеж детали «Штуцер». </w:t>
            </w:r>
          </w:p>
          <w:p w:rsidR="003E175B" w:rsidRDefault="003E175B" w:rsidP="003E175B">
            <w:pPr>
              <w:pStyle w:val="Default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83328" behindDoc="0" locked="0" layoutInCell="1" allowOverlap="1">
                  <wp:simplePos x="0" y="0"/>
                  <wp:positionH relativeFrom="column">
                    <wp:posOffset>1786255</wp:posOffset>
                  </wp:positionH>
                  <wp:positionV relativeFrom="paragraph">
                    <wp:posOffset>10160</wp:posOffset>
                  </wp:positionV>
                  <wp:extent cx="2317750" cy="1297940"/>
                  <wp:effectExtent l="0" t="0" r="6350" b="0"/>
                  <wp:wrapNone/>
                  <wp:docPr id="17" name="Рисунок 17" descr="Скриншот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Скриншот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0" cy="1297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E175B" w:rsidRDefault="003E175B" w:rsidP="003E175B">
            <w:pPr>
              <w:pStyle w:val="Default"/>
              <w:rPr>
                <w:sz w:val="20"/>
                <w:szCs w:val="20"/>
              </w:rPr>
            </w:pPr>
          </w:p>
          <w:p w:rsidR="003E175B" w:rsidRDefault="003E175B" w:rsidP="003E175B">
            <w:pPr>
              <w:pStyle w:val="Default"/>
              <w:rPr>
                <w:sz w:val="20"/>
                <w:szCs w:val="20"/>
              </w:rPr>
            </w:pPr>
          </w:p>
          <w:p w:rsidR="003E175B" w:rsidRDefault="003E175B" w:rsidP="003E175B">
            <w:pPr>
              <w:pStyle w:val="Default"/>
              <w:rPr>
                <w:sz w:val="20"/>
                <w:szCs w:val="20"/>
              </w:rPr>
            </w:pPr>
          </w:p>
          <w:p w:rsidR="003E175B" w:rsidRDefault="003E175B" w:rsidP="003E175B">
            <w:pPr>
              <w:pStyle w:val="Default"/>
              <w:rPr>
                <w:sz w:val="20"/>
                <w:szCs w:val="20"/>
              </w:rPr>
            </w:pPr>
          </w:p>
          <w:p w:rsidR="003E175B" w:rsidRDefault="003E175B" w:rsidP="003E175B">
            <w:pPr>
              <w:pStyle w:val="Default"/>
              <w:rPr>
                <w:sz w:val="20"/>
                <w:szCs w:val="20"/>
              </w:rPr>
            </w:pPr>
          </w:p>
          <w:p w:rsidR="003E175B" w:rsidRDefault="003E175B" w:rsidP="003E175B">
            <w:pPr>
              <w:pStyle w:val="Default"/>
              <w:rPr>
                <w:sz w:val="20"/>
                <w:szCs w:val="20"/>
              </w:rPr>
            </w:pPr>
          </w:p>
          <w:p w:rsidR="003E175B" w:rsidRDefault="003E175B" w:rsidP="003E175B">
            <w:pPr>
              <w:pStyle w:val="Default"/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lang w:val="ru-RU"/>
              </w:rPr>
            </w:pPr>
          </w:p>
          <w:p w:rsidR="003E175B" w:rsidRPr="003E175B" w:rsidRDefault="003E175B" w:rsidP="003E175B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3E175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3E175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>составил:  к.п.н.</w:t>
            </w:r>
            <w:proofErr w:type="gramEnd"/>
            <w:r w:rsidRPr="003E175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3E175B" w:rsidRPr="003E175B" w:rsidRDefault="003E175B" w:rsidP="003E175B">
            <w:pPr>
              <w:spacing w:line="240" w:lineRule="auto"/>
              <w:rPr>
                <w:sz w:val="12"/>
                <w:lang w:val="ru-RU"/>
              </w:rPr>
            </w:pPr>
            <w:r w:rsidRPr="003E175B">
              <w:rPr>
                <w:sz w:val="12"/>
                <w:lang w:val="ru-RU"/>
              </w:rPr>
              <w:t xml:space="preserve">                                                                                </w:t>
            </w:r>
          </w:p>
          <w:p w:rsidR="003E175B" w:rsidRPr="003E175B" w:rsidRDefault="003E175B" w:rsidP="003E175B">
            <w:pPr>
              <w:spacing w:line="240" w:lineRule="auto"/>
              <w:rPr>
                <w:lang w:val="ru-RU"/>
              </w:rPr>
            </w:pPr>
            <w:r w:rsidRPr="003E175B">
              <w:rPr>
                <w:lang w:val="ru-RU"/>
              </w:rPr>
              <w:t xml:space="preserve">Утверждено на заседании кафедры: </w:t>
            </w:r>
            <w:proofErr w:type="gramStart"/>
            <w:r w:rsidRPr="003E175B">
              <w:rPr>
                <w:lang w:val="ru-RU"/>
              </w:rPr>
              <w:t>СДМ  протокол</w:t>
            </w:r>
            <w:proofErr w:type="gramEnd"/>
            <w:r w:rsidRPr="003E175B">
              <w:rPr>
                <w:lang w:val="ru-RU"/>
              </w:rPr>
              <w:t xml:space="preserve"> </w:t>
            </w:r>
            <w:r w:rsidRPr="003E175B">
              <w:rPr>
                <w:szCs w:val="24"/>
                <w:lang w:val="ru-RU"/>
              </w:rPr>
              <w:t xml:space="preserve">___ </w:t>
            </w:r>
            <w:r w:rsidRPr="003E175B">
              <w:rPr>
                <w:lang w:val="ru-RU"/>
              </w:rPr>
              <w:t xml:space="preserve">от </w:t>
            </w:r>
            <w:r w:rsidRPr="003E175B">
              <w:rPr>
                <w:szCs w:val="24"/>
                <w:lang w:val="ru-RU"/>
              </w:rPr>
              <w:t>«</w:t>
            </w:r>
            <w:r w:rsidRPr="003E175B">
              <w:rPr>
                <w:szCs w:val="24"/>
                <w:u w:val="single"/>
                <w:lang w:val="ru-RU"/>
              </w:rPr>
              <w:t>___</w:t>
            </w:r>
            <w:r w:rsidRPr="003E175B">
              <w:rPr>
                <w:szCs w:val="24"/>
                <w:lang w:val="ru-RU"/>
              </w:rPr>
              <w:t xml:space="preserve">» _______202__г. </w:t>
            </w:r>
          </w:p>
          <w:p w:rsidR="003E175B" w:rsidRPr="003E175B" w:rsidRDefault="003E175B" w:rsidP="003E175B">
            <w:pPr>
              <w:spacing w:line="240" w:lineRule="auto"/>
              <w:rPr>
                <w:lang w:val="ru-RU"/>
              </w:rPr>
            </w:pPr>
            <w:r w:rsidRPr="003E175B">
              <w:rPr>
                <w:sz w:val="12"/>
                <w:lang w:val="ru-RU"/>
              </w:rPr>
              <w:t xml:space="preserve">                                                                                                                                        </w:t>
            </w:r>
          </w:p>
          <w:p w:rsidR="003E175B" w:rsidRPr="003E175B" w:rsidRDefault="003E175B" w:rsidP="003E175B">
            <w:pPr>
              <w:spacing w:line="240" w:lineRule="auto"/>
              <w:rPr>
                <w:lang w:val="ru-RU"/>
              </w:rPr>
            </w:pPr>
            <w:r w:rsidRPr="003E175B">
              <w:rPr>
                <w:szCs w:val="24"/>
                <w:lang w:val="ru-RU"/>
              </w:rPr>
              <w:t xml:space="preserve">Заведующий </w:t>
            </w:r>
            <w:proofErr w:type="gramStart"/>
            <w:r w:rsidRPr="003E175B">
              <w:rPr>
                <w:szCs w:val="24"/>
                <w:lang w:val="ru-RU"/>
              </w:rPr>
              <w:t>кафедрой  СДМ</w:t>
            </w:r>
            <w:proofErr w:type="gramEnd"/>
            <w:r w:rsidRPr="003E175B">
              <w:rPr>
                <w:szCs w:val="24"/>
                <w:lang w:val="ru-RU"/>
              </w:rPr>
              <w:t xml:space="preserve"> </w:t>
            </w:r>
            <w:r w:rsidRPr="003E175B">
              <w:rPr>
                <w:lang w:val="ru-RU"/>
              </w:rPr>
              <w:t xml:space="preserve">                             ______________                          </w:t>
            </w:r>
            <w:r w:rsidRPr="003E175B">
              <w:rPr>
                <w:szCs w:val="24"/>
                <w:lang w:val="ru-RU"/>
              </w:rPr>
              <w:t>Зеньков С.А.</w:t>
            </w:r>
          </w:p>
          <w:p w:rsidR="003E175B" w:rsidRPr="003E175B" w:rsidRDefault="003E175B" w:rsidP="003E175B">
            <w:pPr>
              <w:spacing w:line="240" w:lineRule="auto"/>
              <w:rPr>
                <w:szCs w:val="24"/>
                <w:lang w:val="ru-RU"/>
              </w:rPr>
            </w:pPr>
          </w:p>
        </w:tc>
      </w:tr>
    </w:tbl>
    <w:p w:rsidR="003E175B" w:rsidRPr="003E175B" w:rsidRDefault="003E175B" w:rsidP="003E175B">
      <w:pPr>
        <w:spacing w:line="240" w:lineRule="auto"/>
        <w:rPr>
          <w:lang w:val="ru-RU"/>
        </w:rPr>
      </w:pPr>
    </w:p>
    <w:p w:rsidR="003E175B" w:rsidRPr="003E175B" w:rsidRDefault="003E175B" w:rsidP="003E175B">
      <w:pPr>
        <w:spacing w:line="240" w:lineRule="auto"/>
        <w:rPr>
          <w:lang w:val="ru-RU"/>
        </w:rPr>
      </w:pPr>
    </w:p>
    <w:p w:rsidR="003E175B" w:rsidRPr="003E175B" w:rsidRDefault="003E175B" w:rsidP="003E175B">
      <w:pPr>
        <w:spacing w:line="240" w:lineRule="auto"/>
        <w:rPr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1"/>
        <w:gridCol w:w="6484"/>
      </w:tblGrid>
      <w:tr w:rsidR="003E175B" w:rsidTr="003E175B">
        <w:tblPrEx>
          <w:tblCellMar>
            <w:top w:w="0" w:type="dxa"/>
            <w:bottom w:w="0" w:type="dxa"/>
          </w:tblCellMar>
        </w:tblPrEx>
        <w:tc>
          <w:tcPr>
            <w:tcW w:w="1727" w:type="pct"/>
            <w:vAlign w:val="center"/>
          </w:tcPr>
          <w:p w:rsidR="003E175B" w:rsidRPr="003E175B" w:rsidRDefault="003E175B" w:rsidP="003E175B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3E175B">
              <w:rPr>
                <w:lang w:val="ru-RU"/>
              </w:rPr>
              <w:br w:type="page"/>
            </w:r>
            <w:r w:rsidRPr="003E175B">
              <w:rPr>
                <w:lang w:val="ru-RU"/>
              </w:rPr>
              <w:br w:type="page"/>
            </w:r>
            <w:r w:rsidRPr="003E175B">
              <w:rPr>
                <w:lang w:val="ru-RU"/>
              </w:rPr>
              <w:br w:type="page"/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3E175B">
              <w:rPr>
                <w:szCs w:val="24"/>
                <w:lang w:val="ru-RU"/>
              </w:rPr>
              <w:t>Минобрнауки России</w:t>
            </w:r>
          </w:p>
          <w:p w:rsidR="003E175B" w:rsidRPr="003E175B" w:rsidRDefault="003E175B" w:rsidP="003E175B">
            <w:pPr>
              <w:pStyle w:val="af"/>
              <w:spacing w:after="0" w:line="240" w:lineRule="auto"/>
              <w:jc w:val="center"/>
              <w:rPr>
                <w:lang w:val="ru-RU"/>
              </w:rPr>
            </w:pPr>
            <w:r w:rsidRPr="003E175B">
              <w:rPr>
                <w:lang w:val="ru-RU"/>
              </w:rPr>
              <w:t xml:space="preserve">ФГБОУ ВО 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3E175B">
              <w:rPr>
                <w:szCs w:val="24"/>
                <w:lang w:val="ru-RU"/>
              </w:rPr>
              <w:t>«БрГУ»</w:t>
            </w:r>
          </w:p>
        </w:tc>
        <w:tc>
          <w:tcPr>
            <w:tcW w:w="3273" w:type="pct"/>
          </w:tcPr>
          <w:p w:rsidR="003E175B" w:rsidRPr="003E175B" w:rsidRDefault="003E175B" w:rsidP="003E175B">
            <w:pPr>
              <w:spacing w:line="24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3E175B">
              <w:rPr>
                <w:b/>
                <w:sz w:val="28"/>
                <w:szCs w:val="28"/>
                <w:lang w:val="ru-RU"/>
              </w:rPr>
              <w:t>Зачетный билет № 12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3E175B">
              <w:rPr>
                <w:szCs w:val="24"/>
                <w:lang w:val="ru-RU"/>
              </w:rPr>
              <w:t xml:space="preserve">по </w:t>
            </w:r>
            <w:proofErr w:type="gramStart"/>
            <w:r w:rsidRPr="003E175B">
              <w:rPr>
                <w:szCs w:val="24"/>
                <w:lang w:val="ru-RU"/>
              </w:rPr>
              <w:t>дисциплине</w:t>
            </w:r>
            <w:r w:rsidRPr="003E175B">
              <w:rPr>
                <w:b/>
                <w:szCs w:val="24"/>
                <w:lang w:val="ru-RU"/>
              </w:rPr>
              <w:t xml:space="preserve"> </w:t>
            </w:r>
            <w:r w:rsidRPr="003E175B">
              <w:rPr>
                <w:szCs w:val="24"/>
                <w:lang w:val="ru-RU"/>
              </w:rPr>
              <w:t xml:space="preserve"> Инженерная</w:t>
            </w:r>
            <w:proofErr w:type="gramEnd"/>
            <w:r w:rsidRPr="003E175B">
              <w:rPr>
                <w:szCs w:val="24"/>
                <w:lang w:val="ru-RU"/>
              </w:rPr>
              <w:t xml:space="preserve"> графика</w:t>
            </w:r>
          </w:p>
          <w:p w:rsidR="003E175B" w:rsidRPr="00162AE5" w:rsidRDefault="003E175B" w:rsidP="003E175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15.03.02 </w:t>
            </w:r>
            <w:r w:rsidRPr="00162AE5">
              <w:rPr>
                <w:szCs w:val="24"/>
              </w:rPr>
              <w:t xml:space="preserve"> </w:t>
            </w:r>
            <w:r w:rsidRPr="00852388">
              <w:rPr>
                <w:color w:val="333333"/>
                <w:szCs w:val="24"/>
                <w:shd w:val="clear" w:color="auto" w:fill="FFFFFF"/>
              </w:rPr>
              <w:t>Машины и оборудование лесного комплекса</w:t>
            </w:r>
          </w:p>
          <w:p w:rsidR="003E175B" w:rsidRPr="00253629" w:rsidRDefault="003E175B" w:rsidP="003E175B">
            <w:pPr>
              <w:spacing w:line="240" w:lineRule="auto"/>
              <w:jc w:val="center"/>
              <w:rPr>
                <w:szCs w:val="24"/>
                <w:u w:val="single"/>
              </w:rPr>
            </w:pPr>
          </w:p>
        </w:tc>
      </w:tr>
      <w:tr w:rsidR="003E175B" w:rsidRPr="003E175B" w:rsidTr="003E175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vAlign w:val="center"/>
          </w:tcPr>
          <w:p w:rsidR="003E175B" w:rsidRPr="003E175B" w:rsidRDefault="003E175B" w:rsidP="003E175B">
            <w:pPr>
              <w:spacing w:line="240" w:lineRule="auto"/>
              <w:rPr>
                <w:szCs w:val="24"/>
                <w:lang w:val="ru-RU"/>
              </w:rPr>
            </w:pPr>
            <w:r w:rsidRPr="003E175B">
              <w:rPr>
                <w:szCs w:val="24"/>
                <w:lang w:val="ru-RU"/>
              </w:rPr>
              <w:t xml:space="preserve">         </w:t>
            </w:r>
          </w:p>
          <w:p w:rsidR="003E175B" w:rsidRPr="003E175B" w:rsidRDefault="003E175B" w:rsidP="003E175B">
            <w:pPr>
              <w:spacing w:line="240" w:lineRule="auto"/>
              <w:ind w:firstLine="426"/>
              <w:rPr>
                <w:lang w:val="ru-RU"/>
              </w:rPr>
            </w:pPr>
            <w:r w:rsidRPr="003E175B">
              <w:rPr>
                <w:lang w:val="ru-RU"/>
              </w:rPr>
              <w:t>1. Соединения разъемные резьбовые. Соединение винтом</w:t>
            </w:r>
          </w:p>
          <w:p w:rsidR="003E175B" w:rsidRPr="003E175B" w:rsidRDefault="003E175B" w:rsidP="003E175B">
            <w:pPr>
              <w:spacing w:line="240" w:lineRule="auto"/>
              <w:ind w:firstLine="426"/>
              <w:rPr>
                <w:lang w:val="ru-RU"/>
              </w:rPr>
            </w:pPr>
            <w:r w:rsidRPr="003E175B">
              <w:rPr>
                <w:i/>
                <w:szCs w:val="24"/>
                <w:lang w:val="ru-RU"/>
              </w:rPr>
              <w:t xml:space="preserve">Задача. </w:t>
            </w:r>
            <w:r w:rsidRPr="003E175B">
              <w:rPr>
                <w:szCs w:val="24"/>
                <w:lang w:val="ru-RU"/>
              </w:rPr>
              <w:t>Выполнить конструктивное соединение винтом номинальным диаметром 30мм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  <w:r w:rsidRPr="003E175B">
              <w:rPr>
                <w:lang w:val="ru-RU"/>
              </w:rPr>
              <w:t>2. Соединения разъемные шлицевые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i/>
                <w:szCs w:val="24"/>
                <w:lang w:val="ru-RU"/>
              </w:rPr>
            </w:pPr>
            <w:r w:rsidRPr="003E175B">
              <w:rPr>
                <w:i/>
                <w:szCs w:val="24"/>
                <w:lang w:val="ru-RU"/>
              </w:rPr>
              <w:t xml:space="preserve">Задача. </w:t>
            </w:r>
            <w:r w:rsidRPr="003E175B">
              <w:rPr>
                <w:szCs w:val="24"/>
                <w:lang w:val="ru-RU"/>
              </w:rPr>
              <w:t>Выполнить чертеж шлицевого соединения вала и втулки по ГОСТ 1139-80 номинальным размером 8х32х36х6</w:t>
            </w:r>
            <w:r w:rsidRPr="003E175B">
              <w:rPr>
                <w:i/>
                <w:szCs w:val="24"/>
                <w:lang w:val="ru-RU"/>
              </w:rPr>
              <w:t xml:space="preserve"> 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lang w:val="ru-RU"/>
              </w:rPr>
            </w:pPr>
          </w:p>
          <w:p w:rsidR="003E175B" w:rsidRPr="003E175B" w:rsidRDefault="003E175B" w:rsidP="003E175B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3E175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3E175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>составил:  к.п.н.</w:t>
            </w:r>
            <w:proofErr w:type="gramEnd"/>
            <w:r w:rsidRPr="003E175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3E175B" w:rsidRPr="003E175B" w:rsidRDefault="003E175B" w:rsidP="003E175B">
            <w:pPr>
              <w:spacing w:line="240" w:lineRule="auto"/>
              <w:rPr>
                <w:sz w:val="12"/>
                <w:lang w:val="ru-RU"/>
              </w:rPr>
            </w:pPr>
            <w:r w:rsidRPr="003E175B">
              <w:rPr>
                <w:sz w:val="12"/>
                <w:lang w:val="ru-RU"/>
              </w:rPr>
              <w:t xml:space="preserve">                                                                                </w:t>
            </w:r>
          </w:p>
          <w:p w:rsidR="003E175B" w:rsidRPr="003E175B" w:rsidRDefault="003E175B" w:rsidP="003E175B">
            <w:pPr>
              <w:spacing w:line="240" w:lineRule="auto"/>
              <w:rPr>
                <w:lang w:val="ru-RU"/>
              </w:rPr>
            </w:pPr>
            <w:r w:rsidRPr="003E175B">
              <w:rPr>
                <w:lang w:val="ru-RU"/>
              </w:rPr>
              <w:t xml:space="preserve">Утверждено на заседании кафедры: </w:t>
            </w:r>
            <w:proofErr w:type="gramStart"/>
            <w:r w:rsidRPr="003E175B">
              <w:rPr>
                <w:lang w:val="ru-RU"/>
              </w:rPr>
              <w:t>СДМ  протокол</w:t>
            </w:r>
            <w:proofErr w:type="gramEnd"/>
            <w:r w:rsidRPr="003E175B">
              <w:rPr>
                <w:lang w:val="ru-RU"/>
              </w:rPr>
              <w:t xml:space="preserve"> </w:t>
            </w:r>
            <w:r w:rsidRPr="003E175B">
              <w:rPr>
                <w:szCs w:val="24"/>
                <w:lang w:val="ru-RU"/>
              </w:rPr>
              <w:t xml:space="preserve">___ </w:t>
            </w:r>
            <w:r w:rsidRPr="003E175B">
              <w:rPr>
                <w:lang w:val="ru-RU"/>
              </w:rPr>
              <w:t xml:space="preserve">от </w:t>
            </w:r>
            <w:r w:rsidRPr="003E175B">
              <w:rPr>
                <w:szCs w:val="24"/>
                <w:lang w:val="ru-RU"/>
              </w:rPr>
              <w:t>«</w:t>
            </w:r>
            <w:r w:rsidRPr="003E175B">
              <w:rPr>
                <w:szCs w:val="24"/>
                <w:u w:val="single"/>
                <w:lang w:val="ru-RU"/>
              </w:rPr>
              <w:t>___</w:t>
            </w:r>
            <w:r w:rsidRPr="003E175B">
              <w:rPr>
                <w:szCs w:val="24"/>
                <w:lang w:val="ru-RU"/>
              </w:rPr>
              <w:t xml:space="preserve">» _______202__г. </w:t>
            </w:r>
          </w:p>
          <w:p w:rsidR="003E175B" w:rsidRPr="003E175B" w:rsidRDefault="003E175B" w:rsidP="003E175B">
            <w:pPr>
              <w:spacing w:line="240" w:lineRule="auto"/>
              <w:rPr>
                <w:lang w:val="ru-RU"/>
              </w:rPr>
            </w:pPr>
            <w:r w:rsidRPr="003E175B">
              <w:rPr>
                <w:sz w:val="12"/>
                <w:lang w:val="ru-RU"/>
              </w:rPr>
              <w:t xml:space="preserve">                                                                                                                                        </w:t>
            </w:r>
          </w:p>
          <w:p w:rsidR="003E175B" w:rsidRPr="003E175B" w:rsidRDefault="003E175B" w:rsidP="003E175B">
            <w:pPr>
              <w:spacing w:line="240" w:lineRule="auto"/>
              <w:rPr>
                <w:lang w:val="ru-RU"/>
              </w:rPr>
            </w:pPr>
            <w:r w:rsidRPr="003E175B">
              <w:rPr>
                <w:szCs w:val="24"/>
                <w:lang w:val="ru-RU"/>
              </w:rPr>
              <w:t xml:space="preserve">Заведующий </w:t>
            </w:r>
            <w:proofErr w:type="gramStart"/>
            <w:r w:rsidRPr="003E175B">
              <w:rPr>
                <w:szCs w:val="24"/>
                <w:lang w:val="ru-RU"/>
              </w:rPr>
              <w:t>кафедрой  СДМ</w:t>
            </w:r>
            <w:proofErr w:type="gramEnd"/>
            <w:r w:rsidRPr="003E175B">
              <w:rPr>
                <w:szCs w:val="24"/>
                <w:lang w:val="ru-RU"/>
              </w:rPr>
              <w:t xml:space="preserve"> </w:t>
            </w:r>
            <w:r w:rsidRPr="003E175B">
              <w:rPr>
                <w:lang w:val="ru-RU"/>
              </w:rPr>
              <w:t xml:space="preserve">                             ______________                          </w:t>
            </w:r>
            <w:r w:rsidRPr="003E175B">
              <w:rPr>
                <w:szCs w:val="24"/>
                <w:lang w:val="ru-RU"/>
              </w:rPr>
              <w:t>Зеньков С.А.</w:t>
            </w:r>
          </w:p>
          <w:p w:rsidR="003E175B" w:rsidRPr="003E175B" w:rsidRDefault="003E175B" w:rsidP="003E175B">
            <w:pPr>
              <w:spacing w:line="240" w:lineRule="auto"/>
              <w:rPr>
                <w:szCs w:val="24"/>
                <w:lang w:val="ru-RU"/>
              </w:rPr>
            </w:pPr>
          </w:p>
        </w:tc>
      </w:tr>
    </w:tbl>
    <w:p w:rsidR="003E175B" w:rsidRPr="003E175B" w:rsidRDefault="003E175B" w:rsidP="003E175B">
      <w:pPr>
        <w:spacing w:line="240" w:lineRule="auto"/>
        <w:rPr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1"/>
        <w:gridCol w:w="6484"/>
      </w:tblGrid>
      <w:tr w:rsidR="003E175B" w:rsidTr="003E175B">
        <w:tblPrEx>
          <w:tblCellMar>
            <w:top w:w="0" w:type="dxa"/>
            <w:bottom w:w="0" w:type="dxa"/>
          </w:tblCellMar>
        </w:tblPrEx>
        <w:tc>
          <w:tcPr>
            <w:tcW w:w="1727" w:type="pct"/>
            <w:vAlign w:val="center"/>
          </w:tcPr>
          <w:p w:rsidR="003E175B" w:rsidRPr="003E175B" w:rsidRDefault="003E175B" w:rsidP="003E175B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3E175B">
              <w:rPr>
                <w:lang w:val="ru-RU"/>
              </w:rPr>
              <w:br w:type="page"/>
            </w:r>
            <w:r w:rsidRPr="003E175B">
              <w:rPr>
                <w:lang w:val="ru-RU"/>
              </w:rPr>
              <w:br w:type="page"/>
            </w:r>
            <w:r w:rsidRPr="003E175B">
              <w:rPr>
                <w:lang w:val="ru-RU"/>
              </w:rPr>
              <w:br w:type="page"/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3E175B">
              <w:rPr>
                <w:szCs w:val="24"/>
                <w:lang w:val="ru-RU"/>
              </w:rPr>
              <w:t>Минобрнауки России</w:t>
            </w:r>
          </w:p>
          <w:p w:rsidR="003E175B" w:rsidRPr="003E175B" w:rsidRDefault="003E175B" w:rsidP="003E175B">
            <w:pPr>
              <w:pStyle w:val="af"/>
              <w:spacing w:after="0" w:line="240" w:lineRule="auto"/>
              <w:jc w:val="center"/>
              <w:rPr>
                <w:lang w:val="ru-RU"/>
              </w:rPr>
            </w:pPr>
            <w:r w:rsidRPr="003E175B">
              <w:rPr>
                <w:lang w:val="ru-RU"/>
              </w:rPr>
              <w:t xml:space="preserve">ФГБОУ ВО 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3E175B">
              <w:rPr>
                <w:szCs w:val="24"/>
                <w:lang w:val="ru-RU"/>
              </w:rPr>
              <w:t>«БрГУ»</w:t>
            </w:r>
          </w:p>
        </w:tc>
        <w:tc>
          <w:tcPr>
            <w:tcW w:w="3273" w:type="pct"/>
          </w:tcPr>
          <w:p w:rsidR="003E175B" w:rsidRPr="003E175B" w:rsidRDefault="003E175B" w:rsidP="003E175B">
            <w:pPr>
              <w:spacing w:line="24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3E175B">
              <w:rPr>
                <w:b/>
                <w:sz w:val="28"/>
                <w:szCs w:val="28"/>
                <w:lang w:val="ru-RU"/>
              </w:rPr>
              <w:t>Зачетный билет № 13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3E175B">
              <w:rPr>
                <w:szCs w:val="24"/>
                <w:lang w:val="ru-RU"/>
              </w:rPr>
              <w:t xml:space="preserve">по </w:t>
            </w:r>
            <w:proofErr w:type="gramStart"/>
            <w:r w:rsidRPr="003E175B">
              <w:rPr>
                <w:szCs w:val="24"/>
                <w:lang w:val="ru-RU"/>
              </w:rPr>
              <w:t>дисциплине</w:t>
            </w:r>
            <w:r w:rsidRPr="003E175B">
              <w:rPr>
                <w:b/>
                <w:szCs w:val="24"/>
                <w:lang w:val="ru-RU"/>
              </w:rPr>
              <w:t xml:space="preserve"> </w:t>
            </w:r>
            <w:r w:rsidRPr="003E175B">
              <w:rPr>
                <w:szCs w:val="24"/>
                <w:lang w:val="ru-RU"/>
              </w:rPr>
              <w:t xml:space="preserve"> Инженерная</w:t>
            </w:r>
            <w:proofErr w:type="gramEnd"/>
            <w:r w:rsidRPr="003E175B">
              <w:rPr>
                <w:szCs w:val="24"/>
                <w:lang w:val="ru-RU"/>
              </w:rPr>
              <w:t xml:space="preserve"> графика</w:t>
            </w:r>
          </w:p>
          <w:p w:rsidR="003E175B" w:rsidRPr="00162AE5" w:rsidRDefault="003E175B" w:rsidP="003E175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15.03.02 </w:t>
            </w:r>
            <w:r w:rsidRPr="00162AE5">
              <w:rPr>
                <w:szCs w:val="24"/>
              </w:rPr>
              <w:t xml:space="preserve"> </w:t>
            </w:r>
            <w:r w:rsidRPr="00852388">
              <w:rPr>
                <w:color w:val="333333"/>
                <w:szCs w:val="24"/>
                <w:shd w:val="clear" w:color="auto" w:fill="FFFFFF"/>
              </w:rPr>
              <w:t>Машины и оборудование лесного комплекса</w:t>
            </w:r>
          </w:p>
          <w:p w:rsidR="003E175B" w:rsidRPr="00253629" w:rsidRDefault="003E175B" w:rsidP="003E175B">
            <w:pPr>
              <w:spacing w:line="240" w:lineRule="auto"/>
              <w:jc w:val="center"/>
              <w:rPr>
                <w:szCs w:val="24"/>
                <w:u w:val="single"/>
              </w:rPr>
            </w:pPr>
          </w:p>
        </w:tc>
      </w:tr>
      <w:tr w:rsidR="003E175B" w:rsidRPr="003E175B" w:rsidTr="003E175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vAlign w:val="center"/>
          </w:tcPr>
          <w:p w:rsidR="003E175B" w:rsidRPr="003E175B" w:rsidRDefault="003E175B" w:rsidP="003E175B">
            <w:pPr>
              <w:spacing w:line="240" w:lineRule="auto"/>
              <w:rPr>
                <w:szCs w:val="24"/>
                <w:lang w:val="ru-RU"/>
              </w:rPr>
            </w:pPr>
            <w:r w:rsidRPr="003E175B">
              <w:rPr>
                <w:szCs w:val="24"/>
                <w:lang w:val="ru-RU"/>
              </w:rPr>
              <w:t xml:space="preserve">         </w:t>
            </w:r>
          </w:p>
          <w:p w:rsidR="003E175B" w:rsidRPr="003E175B" w:rsidRDefault="003E175B" w:rsidP="003E175B">
            <w:pPr>
              <w:spacing w:line="240" w:lineRule="auto"/>
              <w:ind w:firstLine="426"/>
              <w:jc w:val="both"/>
              <w:rPr>
                <w:lang w:val="ru-RU"/>
              </w:rPr>
            </w:pPr>
            <w:r w:rsidRPr="003E175B">
              <w:rPr>
                <w:lang w:val="ru-RU"/>
              </w:rPr>
              <w:t>1. Правила выполнения изображений. Виды</w:t>
            </w:r>
          </w:p>
          <w:p w:rsidR="003E175B" w:rsidRPr="003E175B" w:rsidRDefault="003E175B" w:rsidP="003E175B">
            <w:pPr>
              <w:spacing w:line="240" w:lineRule="auto"/>
              <w:rPr>
                <w:szCs w:val="24"/>
                <w:lang w:val="ru-RU"/>
              </w:rPr>
            </w:pPr>
            <w:r w:rsidRPr="003E175B">
              <w:rPr>
                <w:i/>
                <w:szCs w:val="24"/>
                <w:lang w:val="ru-RU"/>
              </w:rPr>
              <w:t>Задача.</w:t>
            </w:r>
            <w:r w:rsidRPr="003E175B">
              <w:rPr>
                <w:szCs w:val="24"/>
                <w:lang w:val="ru-RU"/>
              </w:rPr>
              <w:t xml:space="preserve"> По наглядному изображению предмета построить шесть ортогональных проекций</w:t>
            </w:r>
          </w:p>
          <w:p w:rsid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</w:p>
          <w:p w:rsid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  <w:r w:rsidRPr="003E175B">
              <w:rPr>
                <w:lang w:val="ru-RU"/>
              </w:rPr>
              <w:t>2. Правила выполнения изображений. Разрезы сложные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  <w:r w:rsidRPr="003E175B">
              <w:rPr>
                <w:i/>
                <w:szCs w:val="24"/>
                <w:lang w:val="ru-RU"/>
              </w:rPr>
              <w:t xml:space="preserve">Задача. </w:t>
            </w:r>
            <w:r w:rsidRPr="003E175B">
              <w:rPr>
                <w:szCs w:val="24"/>
                <w:lang w:val="ru-RU"/>
              </w:rPr>
              <w:t>Выполнить изображение ломаного разреза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lang w:val="ru-RU"/>
              </w:rPr>
            </w:pPr>
          </w:p>
          <w:p w:rsidR="003E175B" w:rsidRPr="003E175B" w:rsidRDefault="003E175B" w:rsidP="003E175B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3E175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3E175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>составил:  к.п.н.</w:t>
            </w:r>
            <w:proofErr w:type="gramEnd"/>
            <w:r w:rsidRPr="003E175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3E175B" w:rsidRPr="003E175B" w:rsidRDefault="003E175B" w:rsidP="003E175B">
            <w:pPr>
              <w:spacing w:line="240" w:lineRule="auto"/>
              <w:rPr>
                <w:sz w:val="12"/>
                <w:lang w:val="ru-RU"/>
              </w:rPr>
            </w:pPr>
            <w:r w:rsidRPr="003E175B">
              <w:rPr>
                <w:sz w:val="12"/>
                <w:lang w:val="ru-RU"/>
              </w:rPr>
              <w:t xml:space="preserve">                                                                                </w:t>
            </w:r>
          </w:p>
          <w:p w:rsidR="003E175B" w:rsidRPr="003E175B" w:rsidRDefault="003E175B" w:rsidP="003E175B">
            <w:pPr>
              <w:spacing w:line="240" w:lineRule="auto"/>
              <w:rPr>
                <w:lang w:val="ru-RU"/>
              </w:rPr>
            </w:pPr>
            <w:r w:rsidRPr="003E175B">
              <w:rPr>
                <w:lang w:val="ru-RU"/>
              </w:rPr>
              <w:t xml:space="preserve">Утверждено на заседании кафедры: </w:t>
            </w:r>
            <w:proofErr w:type="gramStart"/>
            <w:r w:rsidRPr="003E175B">
              <w:rPr>
                <w:lang w:val="ru-RU"/>
              </w:rPr>
              <w:t>СДМ  протокол</w:t>
            </w:r>
            <w:proofErr w:type="gramEnd"/>
            <w:r w:rsidRPr="003E175B">
              <w:rPr>
                <w:lang w:val="ru-RU"/>
              </w:rPr>
              <w:t xml:space="preserve"> </w:t>
            </w:r>
            <w:r w:rsidRPr="003E175B">
              <w:rPr>
                <w:szCs w:val="24"/>
                <w:lang w:val="ru-RU"/>
              </w:rPr>
              <w:t xml:space="preserve">___ </w:t>
            </w:r>
            <w:r w:rsidRPr="003E175B">
              <w:rPr>
                <w:lang w:val="ru-RU"/>
              </w:rPr>
              <w:t xml:space="preserve">от </w:t>
            </w:r>
            <w:r w:rsidRPr="003E175B">
              <w:rPr>
                <w:szCs w:val="24"/>
                <w:lang w:val="ru-RU"/>
              </w:rPr>
              <w:t>«</w:t>
            </w:r>
            <w:r w:rsidRPr="003E175B">
              <w:rPr>
                <w:szCs w:val="24"/>
                <w:u w:val="single"/>
                <w:lang w:val="ru-RU"/>
              </w:rPr>
              <w:t>___</w:t>
            </w:r>
            <w:r w:rsidRPr="003E175B">
              <w:rPr>
                <w:szCs w:val="24"/>
                <w:lang w:val="ru-RU"/>
              </w:rPr>
              <w:t xml:space="preserve">» _______202__г. </w:t>
            </w:r>
          </w:p>
          <w:p w:rsidR="003E175B" w:rsidRPr="003E175B" w:rsidRDefault="003E175B" w:rsidP="003E175B">
            <w:pPr>
              <w:spacing w:line="240" w:lineRule="auto"/>
              <w:rPr>
                <w:lang w:val="ru-RU"/>
              </w:rPr>
            </w:pPr>
            <w:r w:rsidRPr="003E175B">
              <w:rPr>
                <w:sz w:val="12"/>
                <w:lang w:val="ru-RU"/>
              </w:rPr>
              <w:lastRenderedPageBreak/>
              <w:t xml:space="preserve">                                                                                                                                        </w:t>
            </w:r>
          </w:p>
          <w:p w:rsidR="003E175B" w:rsidRPr="003E175B" w:rsidRDefault="003E175B" w:rsidP="003E175B">
            <w:pPr>
              <w:spacing w:line="240" w:lineRule="auto"/>
              <w:rPr>
                <w:lang w:val="ru-RU"/>
              </w:rPr>
            </w:pPr>
            <w:r w:rsidRPr="003E175B">
              <w:rPr>
                <w:szCs w:val="24"/>
                <w:lang w:val="ru-RU"/>
              </w:rPr>
              <w:t xml:space="preserve">Заведующий </w:t>
            </w:r>
            <w:proofErr w:type="gramStart"/>
            <w:r w:rsidRPr="003E175B">
              <w:rPr>
                <w:szCs w:val="24"/>
                <w:lang w:val="ru-RU"/>
              </w:rPr>
              <w:t>кафедрой  СДМ</w:t>
            </w:r>
            <w:proofErr w:type="gramEnd"/>
            <w:r w:rsidRPr="003E175B">
              <w:rPr>
                <w:szCs w:val="24"/>
                <w:lang w:val="ru-RU"/>
              </w:rPr>
              <w:t xml:space="preserve"> </w:t>
            </w:r>
            <w:r w:rsidRPr="003E175B">
              <w:rPr>
                <w:lang w:val="ru-RU"/>
              </w:rPr>
              <w:t xml:space="preserve">                             ______________                          </w:t>
            </w:r>
            <w:r w:rsidRPr="003E175B">
              <w:rPr>
                <w:szCs w:val="24"/>
                <w:lang w:val="ru-RU"/>
              </w:rPr>
              <w:t>Зеньков С.А.</w:t>
            </w:r>
          </w:p>
          <w:p w:rsidR="003E175B" w:rsidRPr="003E175B" w:rsidRDefault="003E175B" w:rsidP="003E175B">
            <w:pPr>
              <w:spacing w:line="240" w:lineRule="auto"/>
              <w:rPr>
                <w:szCs w:val="24"/>
                <w:lang w:val="ru-RU"/>
              </w:rPr>
            </w:pPr>
          </w:p>
        </w:tc>
      </w:tr>
    </w:tbl>
    <w:p w:rsidR="003E175B" w:rsidRPr="003E175B" w:rsidRDefault="003E175B" w:rsidP="003E175B">
      <w:pPr>
        <w:spacing w:line="240" w:lineRule="auto"/>
        <w:rPr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1"/>
        <w:gridCol w:w="6484"/>
      </w:tblGrid>
      <w:tr w:rsidR="003E175B" w:rsidTr="003E175B">
        <w:tblPrEx>
          <w:tblCellMar>
            <w:top w:w="0" w:type="dxa"/>
            <w:bottom w:w="0" w:type="dxa"/>
          </w:tblCellMar>
        </w:tblPrEx>
        <w:tc>
          <w:tcPr>
            <w:tcW w:w="1727" w:type="pct"/>
            <w:vAlign w:val="center"/>
          </w:tcPr>
          <w:p w:rsidR="003E175B" w:rsidRPr="003E175B" w:rsidRDefault="003E175B" w:rsidP="003E175B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3E175B">
              <w:rPr>
                <w:lang w:val="ru-RU"/>
              </w:rPr>
              <w:br w:type="page"/>
            </w:r>
            <w:r w:rsidRPr="003E175B">
              <w:rPr>
                <w:lang w:val="ru-RU"/>
              </w:rPr>
              <w:br w:type="page"/>
            </w:r>
            <w:r w:rsidRPr="003E175B">
              <w:rPr>
                <w:lang w:val="ru-RU"/>
              </w:rPr>
              <w:br w:type="page"/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3E175B">
              <w:rPr>
                <w:szCs w:val="24"/>
                <w:lang w:val="ru-RU"/>
              </w:rPr>
              <w:t>Минобрнауки России</w:t>
            </w:r>
          </w:p>
          <w:p w:rsidR="003E175B" w:rsidRPr="003E175B" w:rsidRDefault="003E175B" w:rsidP="003E175B">
            <w:pPr>
              <w:pStyle w:val="af"/>
              <w:spacing w:after="0" w:line="240" w:lineRule="auto"/>
              <w:jc w:val="center"/>
              <w:rPr>
                <w:lang w:val="ru-RU"/>
              </w:rPr>
            </w:pPr>
            <w:r w:rsidRPr="003E175B">
              <w:rPr>
                <w:lang w:val="ru-RU"/>
              </w:rPr>
              <w:t xml:space="preserve">ФГБОУ ВО 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sz w:val="18"/>
                <w:lang w:val="ru-RU"/>
              </w:rPr>
            </w:pPr>
            <w:r w:rsidRPr="003E175B">
              <w:rPr>
                <w:szCs w:val="24"/>
                <w:lang w:val="ru-RU"/>
              </w:rPr>
              <w:t>«БрГУ»</w:t>
            </w:r>
          </w:p>
        </w:tc>
        <w:tc>
          <w:tcPr>
            <w:tcW w:w="3273" w:type="pct"/>
          </w:tcPr>
          <w:p w:rsidR="003E175B" w:rsidRPr="003E175B" w:rsidRDefault="003E175B" w:rsidP="003E175B">
            <w:pPr>
              <w:spacing w:line="24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3E175B">
              <w:rPr>
                <w:b/>
                <w:sz w:val="28"/>
                <w:szCs w:val="28"/>
                <w:lang w:val="ru-RU"/>
              </w:rPr>
              <w:t>Зачетный билет № 14</w:t>
            </w:r>
          </w:p>
          <w:p w:rsidR="003E175B" w:rsidRPr="003E175B" w:rsidRDefault="003E175B" w:rsidP="003E175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3E175B">
              <w:rPr>
                <w:szCs w:val="24"/>
                <w:lang w:val="ru-RU"/>
              </w:rPr>
              <w:t xml:space="preserve">по </w:t>
            </w:r>
            <w:proofErr w:type="gramStart"/>
            <w:r w:rsidRPr="003E175B">
              <w:rPr>
                <w:szCs w:val="24"/>
                <w:lang w:val="ru-RU"/>
              </w:rPr>
              <w:t>дисциплине</w:t>
            </w:r>
            <w:r w:rsidRPr="003E175B">
              <w:rPr>
                <w:b/>
                <w:szCs w:val="24"/>
                <w:lang w:val="ru-RU"/>
              </w:rPr>
              <w:t xml:space="preserve"> </w:t>
            </w:r>
            <w:r w:rsidRPr="003E175B">
              <w:rPr>
                <w:szCs w:val="24"/>
                <w:lang w:val="ru-RU"/>
              </w:rPr>
              <w:t xml:space="preserve"> Инженерная</w:t>
            </w:r>
            <w:proofErr w:type="gramEnd"/>
            <w:r w:rsidRPr="003E175B">
              <w:rPr>
                <w:szCs w:val="24"/>
                <w:lang w:val="ru-RU"/>
              </w:rPr>
              <w:t xml:space="preserve"> графика</w:t>
            </w:r>
          </w:p>
          <w:p w:rsidR="003E175B" w:rsidRPr="00162AE5" w:rsidRDefault="003E175B" w:rsidP="003E175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15.03.02 </w:t>
            </w:r>
            <w:r w:rsidRPr="00162AE5">
              <w:rPr>
                <w:szCs w:val="24"/>
              </w:rPr>
              <w:t xml:space="preserve"> </w:t>
            </w:r>
            <w:r w:rsidRPr="00852388">
              <w:rPr>
                <w:color w:val="333333"/>
                <w:szCs w:val="24"/>
                <w:shd w:val="clear" w:color="auto" w:fill="FFFFFF"/>
              </w:rPr>
              <w:t>Машины и оборудование лесного комплекса</w:t>
            </w:r>
          </w:p>
          <w:p w:rsidR="003E175B" w:rsidRPr="00253629" w:rsidRDefault="003E175B" w:rsidP="003E175B">
            <w:pPr>
              <w:spacing w:line="240" w:lineRule="auto"/>
              <w:jc w:val="center"/>
              <w:rPr>
                <w:szCs w:val="24"/>
                <w:u w:val="single"/>
              </w:rPr>
            </w:pPr>
          </w:p>
        </w:tc>
      </w:tr>
      <w:tr w:rsidR="003E175B" w:rsidRPr="003E175B" w:rsidTr="003E175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vAlign w:val="center"/>
          </w:tcPr>
          <w:p w:rsidR="003E175B" w:rsidRPr="003E175B" w:rsidRDefault="003E175B" w:rsidP="003E175B">
            <w:pPr>
              <w:spacing w:line="240" w:lineRule="auto"/>
              <w:rPr>
                <w:szCs w:val="24"/>
                <w:lang w:val="ru-RU"/>
              </w:rPr>
            </w:pPr>
            <w:r w:rsidRPr="003E175B">
              <w:rPr>
                <w:szCs w:val="24"/>
                <w:lang w:val="ru-RU"/>
              </w:rPr>
              <w:t xml:space="preserve">         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  <w:r w:rsidRPr="003E175B">
              <w:rPr>
                <w:lang w:val="ru-RU"/>
              </w:rPr>
              <w:t>1. Соединения разъемные шпоночные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  <w:r w:rsidRPr="003E175B">
              <w:rPr>
                <w:i/>
                <w:szCs w:val="24"/>
                <w:lang w:val="ru-RU"/>
              </w:rPr>
              <w:t xml:space="preserve">Задача. </w:t>
            </w:r>
            <w:r w:rsidRPr="003E175B">
              <w:rPr>
                <w:szCs w:val="24"/>
                <w:lang w:val="ru-RU"/>
              </w:rPr>
              <w:t>Выполнить чертеж шпоночного соединения вала и втулки по ГОСТ 23360-</w:t>
            </w:r>
            <w:proofErr w:type="gramStart"/>
            <w:r w:rsidRPr="003E175B">
              <w:rPr>
                <w:szCs w:val="24"/>
                <w:lang w:val="ru-RU"/>
              </w:rPr>
              <w:t>78 .</w:t>
            </w:r>
            <w:proofErr w:type="gramEnd"/>
            <w:r w:rsidRPr="003E175B">
              <w:rPr>
                <w:szCs w:val="24"/>
                <w:lang w:val="ru-RU"/>
              </w:rPr>
              <w:t xml:space="preserve"> Диаметр вала 44 мм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ind w:firstLine="426"/>
              <w:rPr>
                <w:lang w:val="ru-RU"/>
              </w:rPr>
            </w:pPr>
            <w:r w:rsidRPr="003E175B">
              <w:rPr>
                <w:lang w:val="ru-RU"/>
              </w:rPr>
              <w:t>2. Электронная модель и чертеж детали. Общие сведения</w:t>
            </w: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spacing w:line="240" w:lineRule="auto"/>
              <w:rPr>
                <w:lang w:val="ru-RU"/>
              </w:rPr>
            </w:pPr>
          </w:p>
          <w:p w:rsidR="003E175B" w:rsidRPr="003E175B" w:rsidRDefault="003E175B" w:rsidP="003E175B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3E175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3E175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>составил:  к.п.н.</w:t>
            </w:r>
            <w:proofErr w:type="gramEnd"/>
            <w:r w:rsidRPr="003E175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3E175B" w:rsidRPr="003E175B" w:rsidRDefault="003E175B" w:rsidP="003E175B">
            <w:pPr>
              <w:spacing w:line="240" w:lineRule="auto"/>
              <w:rPr>
                <w:sz w:val="12"/>
                <w:lang w:val="ru-RU"/>
              </w:rPr>
            </w:pPr>
            <w:r w:rsidRPr="003E175B">
              <w:rPr>
                <w:sz w:val="12"/>
                <w:lang w:val="ru-RU"/>
              </w:rPr>
              <w:t xml:space="preserve">                                                                                </w:t>
            </w:r>
          </w:p>
          <w:p w:rsidR="003E175B" w:rsidRPr="003E175B" w:rsidRDefault="003E175B" w:rsidP="003E175B">
            <w:pPr>
              <w:spacing w:line="240" w:lineRule="auto"/>
              <w:rPr>
                <w:lang w:val="ru-RU"/>
              </w:rPr>
            </w:pPr>
            <w:r w:rsidRPr="003E175B">
              <w:rPr>
                <w:lang w:val="ru-RU"/>
              </w:rPr>
              <w:t xml:space="preserve">Утверждено на заседании кафедры: </w:t>
            </w:r>
            <w:proofErr w:type="gramStart"/>
            <w:r w:rsidRPr="003E175B">
              <w:rPr>
                <w:lang w:val="ru-RU"/>
              </w:rPr>
              <w:t>СДМ  протокол</w:t>
            </w:r>
            <w:proofErr w:type="gramEnd"/>
            <w:r w:rsidRPr="003E175B">
              <w:rPr>
                <w:lang w:val="ru-RU"/>
              </w:rPr>
              <w:t xml:space="preserve"> </w:t>
            </w:r>
            <w:r w:rsidRPr="003E175B">
              <w:rPr>
                <w:szCs w:val="24"/>
                <w:lang w:val="ru-RU"/>
              </w:rPr>
              <w:t xml:space="preserve">___ </w:t>
            </w:r>
            <w:r w:rsidRPr="003E175B">
              <w:rPr>
                <w:lang w:val="ru-RU"/>
              </w:rPr>
              <w:t xml:space="preserve">от </w:t>
            </w:r>
            <w:r w:rsidRPr="003E175B">
              <w:rPr>
                <w:szCs w:val="24"/>
                <w:lang w:val="ru-RU"/>
              </w:rPr>
              <w:t>«</w:t>
            </w:r>
            <w:r w:rsidRPr="003E175B">
              <w:rPr>
                <w:szCs w:val="24"/>
                <w:u w:val="single"/>
                <w:lang w:val="ru-RU"/>
              </w:rPr>
              <w:t>___</w:t>
            </w:r>
            <w:r w:rsidRPr="003E175B">
              <w:rPr>
                <w:szCs w:val="24"/>
                <w:lang w:val="ru-RU"/>
              </w:rPr>
              <w:t xml:space="preserve">» _______202__г. </w:t>
            </w:r>
          </w:p>
          <w:p w:rsidR="003E175B" w:rsidRPr="003E175B" w:rsidRDefault="003E175B" w:rsidP="003E175B">
            <w:pPr>
              <w:spacing w:line="240" w:lineRule="auto"/>
              <w:rPr>
                <w:lang w:val="ru-RU"/>
              </w:rPr>
            </w:pPr>
            <w:r w:rsidRPr="003E175B">
              <w:rPr>
                <w:sz w:val="12"/>
                <w:lang w:val="ru-RU"/>
              </w:rPr>
              <w:t xml:space="preserve">                                                                                                                                        </w:t>
            </w:r>
          </w:p>
          <w:p w:rsidR="003E175B" w:rsidRPr="003E175B" w:rsidRDefault="003E175B" w:rsidP="003E175B">
            <w:pPr>
              <w:spacing w:line="240" w:lineRule="auto"/>
              <w:rPr>
                <w:lang w:val="ru-RU"/>
              </w:rPr>
            </w:pPr>
            <w:r w:rsidRPr="003E175B">
              <w:rPr>
                <w:szCs w:val="24"/>
                <w:lang w:val="ru-RU"/>
              </w:rPr>
              <w:t xml:space="preserve">Заведующий </w:t>
            </w:r>
            <w:proofErr w:type="gramStart"/>
            <w:r w:rsidRPr="003E175B">
              <w:rPr>
                <w:szCs w:val="24"/>
                <w:lang w:val="ru-RU"/>
              </w:rPr>
              <w:t>кафедрой  СДМ</w:t>
            </w:r>
            <w:proofErr w:type="gramEnd"/>
            <w:r w:rsidRPr="003E175B">
              <w:rPr>
                <w:szCs w:val="24"/>
                <w:lang w:val="ru-RU"/>
              </w:rPr>
              <w:t xml:space="preserve"> </w:t>
            </w:r>
            <w:r w:rsidRPr="003E175B">
              <w:rPr>
                <w:lang w:val="ru-RU"/>
              </w:rPr>
              <w:t xml:space="preserve">                             ______________                          </w:t>
            </w:r>
            <w:r w:rsidRPr="003E175B">
              <w:rPr>
                <w:szCs w:val="24"/>
                <w:lang w:val="ru-RU"/>
              </w:rPr>
              <w:t>Зеньков С.А.</w:t>
            </w:r>
          </w:p>
          <w:p w:rsidR="003E175B" w:rsidRPr="003E175B" w:rsidRDefault="003E175B" w:rsidP="003E175B">
            <w:pPr>
              <w:spacing w:line="240" w:lineRule="auto"/>
              <w:rPr>
                <w:szCs w:val="24"/>
                <w:lang w:val="ru-RU"/>
              </w:rPr>
            </w:pPr>
          </w:p>
        </w:tc>
      </w:tr>
    </w:tbl>
    <w:p w:rsidR="003E175B" w:rsidRPr="003E175B" w:rsidRDefault="003E175B" w:rsidP="003E175B">
      <w:pPr>
        <w:spacing w:line="240" w:lineRule="auto"/>
        <w:rPr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1"/>
        <w:gridCol w:w="6484"/>
      </w:tblGrid>
      <w:tr w:rsidR="003E175B" w:rsidTr="003E175B">
        <w:tblPrEx>
          <w:tblCellMar>
            <w:top w:w="0" w:type="dxa"/>
            <w:bottom w:w="0" w:type="dxa"/>
          </w:tblCellMar>
        </w:tblPrEx>
        <w:tc>
          <w:tcPr>
            <w:tcW w:w="1727" w:type="pct"/>
            <w:vAlign w:val="center"/>
          </w:tcPr>
          <w:p w:rsidR="003E175B" w:rsidRPr="003E175B" w:rsidRDefault="003E175B" w:rsidP="003E175B">
            <w:pPr>
              <w:jc w:val="center"/>
              <w:rPr>
                <w:sz w:val="18"/>
                <w:lang w:val="ru-RU"/>
              </w:rPr>
            </w:pPr>
            <w:r w:rsidRPr="003E175B">
              <w:rPr>
                <w:lang w:val="ru-RU"/>
              </w:rPr>
              <w:br w:type="page"/>
            </w:r>
            <w:r w:rsidRPr="003E175B">
              <w:rPr>
                <w:lang w:val="ru-RU"/>
              </w:rPr>
              <w:br w:type="page"/>
            </w:r>
            <w:r w:rsidRPr="003E175B">
              <w:rPr>
                <w:lang w:val="ru-RU"/>
              </w:rPr>
              <w:br w:type="page"/>
            </w:r>
          </w:p>
          <w:p w:rsidR="003E175B" w:rsidRPr="003E175B" w:rsidRDefault="003E175B" w:rsidP="003E175B">
            <w:pPr>
              <w:jc w:val="center"/>
              <w:rPr>
                <w:szCs w:val="24"/>
                <w:lang w:val="ru-RU"/>
              </w:rPr>
            </w:pPr>
            <w:r w:rsidRPr="003E175B">
              <w:rPr>
                <w:szCs w:val="24"/>
                <w:lang w:val="ru-RU"/>
              </w:rPr>
              <w:t>Минобрнауки России</w:t>
            </w:r>
          </w:p>
          <w:p w:rsidR="003E175B" w:rsidRPr="003E175B" w:rsidRDefault="003E175B" w:rsidP="003E175B">
            <w:pPr>
              <w:pStyle w:val="af"/>
              <w:spacing w:after="0"/>
              <w:jc w:val="center"/>
              <w:rPr>
                <w:lang w:val="ru-RU"/>
              </w:rPr>
            </w:pPr>
            <w:r w:rsidRPr="003E175B">
              <w:rPr>
                <w:lang w:val="ru-RU"/>
              </w:rPr>
              <w:t xml:space="preserve">ФГБОУ ВО </w:t>
            </w:r>
          </w:p>
          <w:p w:rsidR="003E175B" w:rsidRPr="003E175B" w:rsidRDefault="003E175B" w:rsidP="003E175B">
            <w:pPr>
              <w:jc w:val="center"/>
              <w:rPr>
                <w:sz w:val="18"/>
                <w:lang w:val="ru-RU"/>
              </w:rPr>
            </w:pPr>
            <w:r w:rsidRPr="003E175B">
              <w:rPr>
                <w:szCs w:val="24"/>
                <w:lang w:val="ru-RU"/>
              </w:rPr>
              <w:t>«БрГУ»</w:t>
            </w:r>
          </w:p>
        </w:tc>
        <w:tc>
          <w:tcPr>
            <w:tcW w:w="3273" w:type="pct"/>
          </w:tcPr>
          <w:p w:rsidR="003E175B" w:rsidRPr="003E175B" w:rsidRDefault="003E175B" w:rsidP="003E175B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3E175B">
              <w:rPr>
                <w:b/>
                <w:sz w:val="28"/>
                <w:szCs w:val="28"/>
                <w:lang w:val="ru-RU"/>
              </w:rPr>
              <w:t>Зачетный билет № 15</w:t>
            </w:r>
          </w:p>
          <w:p w:rsidR="003E175B" w:rsidRPr="003E175B" w:rsidRDefault="003E175B" w:rsidP="003E175B">
            <w:pPr>
              <w:jc w:val="center"/>
              <w:rPr>
                <w:szCs w:val="24"/>
                <w:lang w:val="ru-RU"/>
              </w:rPr>
            </w:pPr>
            <w:r w:rsidRPr="003E175B">
              <w:rPr>
                <w:szCs w:val="24"/>
                <w:lang w:val="ru-RU"/>
              </w:rPr>
              <w:t xml:space="preserve">по </w:t>
            </w:r>
            <w:proofErr w:type="gramStart"/>
            <w:r w:rsidRPr="003E175B">
              <w:rPr>
                <w:szCs w:val="24"/>
                <w:lang w:val="ru-RU"/>
              </w:rPr>
              <w:t>дисциплине</w:t>
            </w:r>
            <w:r w:rsidRPr="003E175B">
              <w:rPr>
                <w:b/>
                <w:szCs w:val="24"/>
                <w:lang w:val="ru-RU"/>
              </w:rPr>
              <w:t xml:space="preserve"> </w:t>
            </w:r>
            <w:r w:rsidRPr="003E175B">
              <w:rPr>
                <w:szCs w:val="24"/>
                <w:lang w:val="ru-RU"/>
              </w:rPr>
              <w:t xml:space="preserve"> Инженерная</w:t>
            </w:r>
            <w:proofErr w:type="gramEnd"/>
            <w:r w:rsidRPr="003E175B">
              <w:rPr>
                <w:szCs w:val="24"/>
                <w:lang w:val="ru-RU"/>
              </w:rPr>
              <w:t xml:space="preserve"> графика</w:t>
            </w:r>
          </w:p>
          <w:p w:rsidR="003E175B" w:rsidRPr="00162AE5" w:rsidRDefault="003E175B" w:rsidP="003E175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15.03.02 </w:t>
            </w:r>
            <w:r w:rsidRPr="00162AE5">
              <w:rPr>
                <w:szCs w:val="24"/>
              </w:rPr>
              <w:t xml:space="preserve"> </w:t>
            </w:r>
            <w:r w:rsidRPr="00852388">
              <w:rPr>
                <w:color w:val="333333"/>
                <w:szCs w:val="24"/>
                <w:shd w:val="clear" w:color="auto" w:fill="FFFFFF"/>
              </w:rPr>
              <w:t>Машины и оборудование лесного комплекса</w:t>
            </w:r>
          </w:p>
          <w:p w:rsidR="003E175B" w:rsidRPr="00253629" w:rsidRDefault="003E175B" w:rsidP="003E175B">
            <w:pPr>
              <w:jc w:val="center"/>
              <w:rPr>
                <w:szCs w:val="24"/>
                <w:u w:val="single"/>
              </w:rPr>
            </w:pPr>
          </w:p>
        </w:tc>
      </w:tr>
      <w:tr w:rsidR="003E175B" w:rsidRPr="003E175B" w:rsidTr="003E175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vAlign w:val="center"/>
          </w:tcPr>
          <w:p w:rsidR="003E175B" w:rsidRPr="003E175B" w:rsidRDefault="003E175B" w:rsidP="003E175B">
            <w:pPr>
              <w:ind w:firstLine="426"/>
              <w:rPr>
                <w:sz w:val="22"/>
                <w:lang w:val="ru-RU"/>
              </w:rPr>
            </w:pPr>
            <w:r w:rsidRPr="003E175B">
              <w:rPr>
                <w:lang w:val="ru-RU"/>
              </w:rPr>
              <w:t>1</w:t>
            </w:r>
            <w:r w:rsidRPr="003E175B">
              <w:rPr>
                <w:sz w:val="22"/>
                <w:lang w:val="ru-RU"/>
              </w:rPr>
              <w:t>. Соединения разъемные резьбовые. Соединение винтом</w:t>
            </w:r>
          </w:p>
          <w:p w:rsidR="003E175B" w:rsidRPr="003E175B" w:rsidRDefault="003E175B" w:rsidP="003E175B">
            <w:pPr>
              <w:ind w:firstLine="426"/>
              <w:rPr>
                <w:sz w:val="22"/>
                <w:lang w:val="ru-RU"/>
              </w:rPr>
            </w:pPr>
            <w:r w:rsidRPr="003E175B">
              <w:rPr>
                <w:i/>
                <w:sz w:val="22"/>
                <w:lang w:val="ru-RU"/>
              </w:rPr>
              <w:t xml:space="preserve">Задача. </w:t>
            </w:r>
            <w:r w:rsidRPr="003E175B">
              <w:rPr>
                <w:sz w:val="22"/>
                <w:lang w:val="ru-RU"/>
              </w:rPr>
              <w:t>Выполнить конструктивное соединение винтом номинальным диаметром 30мм</w:t>
            </w:r>
          </w:p>
          <w:p w:rsidR="003E175B" w:rsidRPr="003E175B" w:rsidRDefault="003E175B" w:rsidP="003E175B">
            <w:pPr>
              <w:tabs>
                <w:tab w:val="left" w:pos="1065"/>
              </w:tabs>
              <w:ind w:firstLine="426"/>
              <w:rPr>
                <w:sz w:val="22"/>
                <w:lang w:val="ru-RU"/>
              </w:rPr>
            </w:pPr>
          </w:p>
          <w:p w:rsidR="003E175B" w:rsidRPr="003E175B" w:rsidRDefault="003E175B" w:rsidP="003E175B">
            <w:pPr>
              <w:tabs>
                <w:tab w:val="left" w:pos="1065"/>
              </w:tabs>
              <w:ind w:firstLine="426"/>
              <w:rPr>
                <w:sz w:val="22"/>
                <w:lang w:val="ru-RU"/>
              </w:rPr>
            </w:pPr>
            <w:r w:rsidRPr="003E175B">
              <w:rPr>
                <w:sz w:val="22"/>
                <w:lang w:val="ru-RU"/>
              </w:rPr>
              <w:t>2. Соединения разъемные шлицевые</w:t>
            </w:r>
          </w:p>
          <w:p w:rsidR="003E175B" w:rsidRPr="003E175B" w:rsidRDefault="003E175B" w:rsidP="003E175B">
            <w:pPr>
              <w:tabs>
                <w:tab w:val="left" w:pos="1065"/>
              </w:tabs>
              <w:ind w:firstLine="426"/>
              <w:rPr>
                <w:i/>
                <w:sz w:val="22"/>
                <w:lang w:val="ru-RU"/>
              </w:rPr>
            </w:pPr>
            <w:r w:rsidRPr="003E175B">
              <w:rPr>
                <w:i/>
                <w:sz w:val="22"/>
                <w:lang w:val="ru-RU"/>
              </w:rPr>
              <w:t xml:space="preserve">Задача. </w:t>
            </w:r>
            <w:r w:rsidRPr="003E175B">
              <w:rPr>
                <w:sz w:val="22"/>
                <w:lang w:val="ru-RU"/>
              </w:rPr>
              <w:t>Выполнить чертеж шлицевого соединения вала и втулки по ГОСТ 1139-80 номинальным размером 8х32х36х6</w:t>
            </w:r>
            <w:r w:rsidRPr="003E175B">
              <w:rPr>
                <w:i/>
                <w:sz w:val="22"/>
                <w:lang w:val="ru-RU"/>
              </w:rPr>
              <w:t xml:space="preserve"> </w:t>
            </w:r>
          </w:p>
          <w:p w:rsidR="003E175B" w:rsidRPr="003E175B" w:rsidRDefault="003E175B" w:rsidP="003E175B">
            <w:pPr>
              <w:tabs>
                <w:tab w:val="left" w:pos="1065"/>
              </w:tabs>
              <w:rPr>
                <w:sz w:val="22"/>
                <w:lang w:val="ru-RU"/>
              </w:rPr>
            </w:pPr>
          </w:p>
          <w:p w:rsidR="003E175B" w:rsidRPr="003E175B" w:rsidRDefault="003E175B" w:rsidP="003E175B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3E175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3E175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>составил:  к.п.н.</w:t>
            </w:r>
            <w:proofErr w:type="gramEnd"/>
            <w:r w:rsidRPr="003E175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ru-RU"/>
              </w:rPr>
              <w:t xml:space="preserve">, доцент                      ____________                    Фрейберг С.А.               </w:t>
            </w:r>
          </w:p>
          <w:p w:rsidR="003E175B" w:rsidRPr="003E175B" w:rsidRDefault="003E175B" w:rsidP="003E175B">
            <w:pPr>
              <w:rPr>
                <w:sz w:val="12"/>
                <w:lang w:val="ru-RU"/>
              </w:rPr>
            </w:pPr>
            <w:r w:rsidRPr="003E175B">
              <w:rPr>
                <w:sz w:val="12"/>
                <w:lang w:val="ru-RU"/>
              </w:rPr>
              <w:t xml:space="preserve">                                                                                </w:t>
            </w:r>
          </w:p>
          <w:p w:rsidR="003E175B" w:rsidRPr="003E175B" w:rsidRDefault="003E175B" w:rsidP="003E175B">
            <w:pPr>
              <w:rPr>
                <w:lang w:val="ru-RU"/>
              </w:rPr>
            </w:pPr>
            <w:r w:rsidRPr="003E175B">
              <w:rPr>
                <w:lang w:val="ru-RU"/>
              </w:rPr>
              <w:t xml:space="preserve">Утверждено на заседании кафедры: </w:t>
            </w:r>
            <w:proofErr w:type="gramStart"/>
            <w:r w:rsidRPr="003E175B">
              <w:rPr>
                <w:lang w:val="ru-RU"/>
              </w:rPr>
              <w:t>СДМ  протокол</w:t>
            </w:r>
            <w:proofErr w:type="gramEnd"/>
            <w:r w:rsidRPr="003E175B">
              <w:rPr>
                <w:lang w:val="ru-RU"/>
              </w:rPr>
              <w:t xml:space="preserve"> </w:t>
            </w:r>
            <w:r w:rsidRPr="003E175B">
              <w:rPr>
                <w:szCs w:val="24"/>
                <w:lang w:val="ru-RU"/>
              </w:rPr>
              <w:t xml:space="preserve">___ </w:t>
            </w:r>
            <w:r w:rsidRPr="003E175B">
              <w:rPr>
                <w:lang w:val="ru-RU"/>
              </w:rPr>
              <w:t xml:space="preserve">от </w:t>
            </w:r>
            <w:r w:rsidRPr="003E175B">
              <w:rPr>
                <w:szCs w:val="24"/>
                <w:lang w:val="ru-RU"/>
              </w:rPr>
              <w:t>«</w:t>
            </w:r>
            <w:r w:rsidRPr="003E175B">
              <w:rPr>
                <w:szCs w:val="24"/>
                <w:u w:val="single"/>
                <w:lang w:val="ru-RU"/>
              </w:rPr>
              <w:t>___</w:t>
            </w:r>
            <w:r w:rsidRPr="003E175B">
              <w:rPr>
                <w:szCs w:val="24"/>
                <w:lang w:val="ru-RU"/>
              </w:rPr>
              <w:t xml:space="preserve">» _______202__г. </w:t>
            </w:r>
          </w:p>
          <w:p w:rsidR="003E175B" w:rsidRPr="003E175B" w:rsidRDefault="003E175B" w:rsidP="003E175B">
            <w:pPr>
              <w:rPr>
                <w:lang w:val="ru-RU"/>
              </w:rPr>
            </w:pPr>
            <w:r w:rsidRPr="003E175B">
              <w:rPr>
                <w:sz w:val="12"/>
                <w:lang w:val="ru-RU"/>
              </w:rPr>
              <w:t xml:space="preserve">                                                                                                                                        </w:t>
            </w:r>
          </w:p>
          <w:p w:rsidR="003E175B" w:rsidRPr="003E175B" w:rsidRDefault="003E175B" w:rsidP="003E175B">
            <w:pPr>
              <w:rPr>
                <w:lang w:val="ru-RU"/>
              </w:rPr>
            </w:pPr>
            <w:r w:rsidRPr="003E175B">
              <w:rPr>
                <w:szCs w:val="24"/>
                <w:lang w:val="ru-RU"/>
              </w:rPr>
              <w:t xml:space="preserve">Заведующий </w:t>
            </w:r>
            <w:proofErr w:type="gramStart"/>
            <w:r w:rsidRPr="003E175B">
              <w:rPr>
                <w:szCs w:val="24"/>
                <w:lang w:val="ru-RU"/>
              </w:rPr>
              <w:t>кафедрой  СДМ</w:t>
            </w:r>
            <w:proofErr w:type="gramEnd"/>
            <w:r w:rsidRPr="003E175B">
              <w:rPr>
                <w:szCs w:val="24"/>
                <w:lang w:val="ru-RU"/>
              </w:rPr>
              <w:t xml:space="preserve"> </w:t>
            </w:r>
            <w:r w:rsidRPr="003E175B">
              <w:rPr>
                <w:lang w:val="ru-RU"/>
              </w:rPr>
              <w:t xml:space="preserve">                             ______________                          </w:t>
            </w:r>
            <w:r w:rsidRPr="003E175B">
              <w:rPr>
                <w:szCs w:val="24"/>
                <w:lang w:val="ru-RU"/>
              </w:rPr>
              <w:t>Зеньков С.А.</w:t>
            </w:r>
          </w:p>
        </w:tc>
      </w:tr>
    </w:tbl>
    <w:p w:rsidR="003E175B" w:rsidRPr="003E175B" w:rsidRDefault="003E175B" w:rsidP="003E175B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  <w:r w:rsidRPr="003E175B">
        <w:rPr>
          <w:bCs/>
          <w:szCs w:val="24"/>
          <w:lang w:val="ru-RU"/>
        </w:rPr>
        <w:t xml:space="preserve">          </w:t>
      </w:r>
    </w:p>
    <w:p w:rsidR="003E175B" w:rsidRPr="003E175B" w:rsidRDefault="003E175B" w:rsidP="003E175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b/>
          <w:bCs/>
          <w:szCs w:val="24"/>
          <w:lang w:val="ru-RU"/>
        </w:rPr>
      </w:pPr>
      <w:r w:rsidRPr="003E175B">
        <w:rPr>
          <w:b/>
          <w:bCs/>
          <w:szCs w:val="24"/>
          <w:lang w:val="ru-RU"/>
        </w:rPr>
        <w:t>Составитель:</w:t>
      </w:r>
    </w:p>
    <w:p w:rsidR="003E175B" w:rsidRPr="003E175B" w:rsidRDefault="003E175B" w:rsidP="003E175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b/>
          <w:bCs/>
          <w:szCs w:val="24"/>
          <w:lang w:val="ru-RU"/>
        </w:rPr>
      </w:pPr>
    </w:p>
    <w:p w:rsidR="003E175B" w:rsidRPr="003E175B" w:rsidRDefault="003E175B" w:rsidP="003E175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  <w:lang w:val="ru-RU"/>
        </w:rPr>
      </w:pPr>
      <w:r w:rsidRPr="003E175B">
        <w:rPr>
          <w:szCs w:val="24"/>
          <w:lang w:val="ru-RU"/>
        </w:rPr>
        <w:t xml:space="preserve">С.А. Фрейберг, к.п.н., </w:t>
      </w:r>
      <w:proofErr w:type="gramStart"/>
      <w:r w:rsidRPr="003E175B">
        <w:rPr>
          <w:szCs w:val="24"/>
          <w:lang w:val="ru-RU"/>
        </w:rPr>
        <w:t>доцент  кафедры</w:t>
      </w:r>
      <w:proofErr w:type="gramEnd"/>
      <w:r w:rsidRPr="003E175B">
        <w:rPr>
          <w:szCs w:val="24"/>
          <w:lang w:val="ru-RU"/>
        </w:rPr>
        <w:t xml:space="preserve"> СДМ,</w:t>
      </w:r>
      <w:r w:rsidRPr="003E175B">
        <w:rPr>
          <w:szCs w:val="24"/>
          <w:lang w:val="ru-RU"/>
        </w:rPr>
        <w:tab/>
        <w:t>_______________</w:t>
      </w:r>
    </w:p>
    <w:p w:rsidR="003E175B" w:rsidRPr="003E175B" w:rsidRDefault="003E175B" w:rsidP="003E175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  <w:lang w:val="ru-RU"/>
        </w:rPr>
      </w:pPr>
    </w:p>
    <w:p w:rsidR="003E175B" w:rsidRPr="003E175B" w:rsidRDefault="003E175B" w:rsidP="003E175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  <w:lang w:val="ru-RU"/>
        </w:rPr>
      </w:pPr>
      <w:r w:rsidRPr="003E175B">
        <w:rPr>
          <w:szCs w:val="24"/>
          <w:lang w:val="ru-RU"/>
        </w:rPr>
        <w:t xml:space="preserve"> Утверждено на </w:t>
      </w:r>
      <w:proofErr w:type="gramStart"/>
      <w:r w:rsidRPr="003E175B">
        <w:rPr>
          <w:szCs w:val="24"/>
          <w:lang w:val="ru-RU"/>
        </w:rPr>
        <w:t>заседании  кафедры</w:t>
      </w:r>
      <w:proofErr w:type="gramEnd"/>
      <w:r w:rsidRPr="003E175B">
        <w:rPr>
          <w:szCs w:val="24"/>
          <w:lang w:val="ru-RU"/>
        </w:rPr>
        <w:t xml:space="preserve"> подъемно-транспортных, строительных, дорожных машин и оборудования</w:t>
      </w:r>
    </w:p>
    <w:p w:rsidR="003E175B" w:rsidRPr="003E175B" w:rsidRDefault="003E175B" w:rsidP="003E175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  <w:lang w:val="ru-RU"/>
        </w:rPr>
      </w:pPr>
    </w:p>
    <w:p w:rsidR="003E175B" w:rsidRPr="003E175B" w:rsidRDefault="003E175B" w:rsidP="003E175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  <w:u w:val="single"/>
          <w:lang w:val="ru-RU"/>
        </w:rPr>
      </w:pPr>
      <w:r w:rsidRPr="003E175B">
        <w:rPr>
          <w:szCs w:val="24"/>
          <w:lang w:val="ru-RU"/>
        </w:rPr>
        <w:t xml:space="preserve">протокол от «____» __________ 2025 г. №_____ </w:t>
      </w:r>
    </w:p>
    <w:p w:rsidR="003E175B" w:rsidRPr="003E175B" w:rsidRDefault="003E175B" w:rsidP="003E175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  <w:lang w:val="ru-RU"/>
        </w:rPr>
      </w:pPr>
    </w:p>
    <w:p w:rsidR="003E175B" w:rsidRPr="003E175B" w:rsidRDefault="003E175B" w:rsidP="003E175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  <w:lang w:val="ru-RU"/>
        </w:rPr>
      </w:pPr>
      <w:proofErr w:type="gramStart"/>
      <w:r w:rsidRPr="003E175B">
        <w:rPr>
          <w:szCs w:val="24"/>
          <w:lang w:val="ru-RU"/>
        </w:rPr>
        <w:t>Заведующий  кафедрой</w:t>
      </w:r>
      <w:proofErr w:type="gramEnd"/>
      <w:r w:rsidRPr="003E175B">
        <w:rPr>
          <w:szCs w:val="24"/>
          <w:lang w:val="ru-RU"/>
        </w:rPr>
        <w:t xml:space="preserve"> СДМ  </w:t>
      </w:r>
      <w:r w:rsidRPr="003E175B">
        <w:rPr>
          <w:szCs w:val="24"/>
          <w:u w:val="single"/>
          <w:lang w:val="ru-RU"/>
        </w:rPr>
        <w:t xml:space="preserve">                        </w:t>
      </w:r>
      <w:r w:rsidRPr="003E175B">
        <w:rPr>
          <w:szCs w:val="24"/>
          <w:lang w:val="ru-RU"/>
        </w:rPr>
        <w:t xml:space="preserve">   Зеньков С.А.</w:t>
      </w:r>
    </w:p>
    <w:p w:rsidR="003E175B" w:rsidRDefault="003E175B" w:rsidP="006136A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3E175B" w:rsidRPr="003E175B" w:rsidRDefault="003E175B" w:rsidP="003E175B">
      <w:pPr>
        <w:pageBreakBefore/>
        <w:jc w:val="center"/>
        <w:rPr>
          <w:b/>
          <w:bCs/>
          <w:szCs w:val="24"/>
          <w:lang w:val="ru-RU"/>
        </w:rPr>
      </w:pPr>
      <w:r w:rsidRPr="003E175B">
        <w:rPr>
          <w:b/>
          <w:bCs/>
          <w:szCs w:val="24"/>
          <w:lang w:val="ru-RU"/>
        </w:rPr>
        <w:lastRenderedPageBreak/>
        <w:t xml:space="preserve">ФОРМА КОМПЛЕКТА ОЦЕНОЧНЫХ СРЕДСТВ ДЛЯ ДИАГНОСТИЧЕСКОГО ДИСЦИПЛИНАРНОГО ТЕСТИРОВАНИЯ </w:t>
      </w:r>
    </w:p>
    <w:p w:rsidR="003E175B" w:rsidRPr="003E175B" w:rsidRDefault="003E175B" w:rsidP="003E175B">
      <w:pPr>
        <w:jc w:val="center"/>
        <w:rPr>
          <w:b/>
          <w:bCs/>
          <w:sz w:val="28"/>
          <w:szCs w:val="28"/>
          <w:lang w:val="ru-RU"/>
        </w:rPr>
      </w:pPr>
      <w:r w:rsidRPr="003E175B">
        <w:rPr>
          <w:b/>
          <w:bCs/>
          <w:sz w:val="28"/>
          <w:szCs w:val="28"/>
          <w:lang w:val="ru-RU"/>
        </w:rPr>
        <w:t xml:space="preserve">Оценочные средства </w:t>
      </w:r>
    </w:p>
    <w:p w:rsidR="003E175B" w:rsidRPr="003E175B" w:rsidRDefault="003E175B" w:rsidP="003E175B">
      <w:pPr>
        <w:jc w:val="center"/>
        <w:rPr>
          <w:b/>
          <w:bCs/>
          <w:sz w:val="28"/>
          <w:szCs w:val="28"/>
          <w:lang w:val="ru-RU"/>
        </w:rPr>
      </w:pPr>
      <w:r w:rsidRPr="003E175B">
        <w:rPr>
          <w:b/>
          <w:bCs/>
          <w:sz w:val="28"/>
          <w:szCs w:val="28"/>
          <w:lang w:val="ru-RU"/>
        </w:rPr>
        <w:t>для диагностического дисциплинарного тестирования</w:t>
      </w:r>
    </w:p>
    <w:p w:rsidR="003E175B" w:rsidRPr="003E175B" w:rsidRDefault="003E175B" w:rsidP="003E175B">
      <w:pPr>
        <w:jc w:val="center"/>
        <w:rPr>
          <w:b/>
          <w:bCs/>
          <w:sz w:val="28"/>
          <w:szCs w:val="28"/>
          <w:lang w:val="ru-RU"/>
        </w:rPr>
      </w:pPr>
    </w:p>
    <w:p w:rsidR="003E175B" w:rsidRPr="003E175B" w:rsidRDefault="003E175B" w:rsidP="003E175B">
      <w:pPr>
        <w:autoSpaceDE w:val="0"/>
        <w:autoSpaceDN w:val="0"/>
        <w:adjustRightInd w:val="0"/>
        <w:spacing w:line="276" w:lineRule="auto"/>
        <w:jc w:val="both"/>
        <w:rPr>
          <w:kern w:val="1"/>
          <w:szCs w:val="24"/>
          <w:lang w:val="ru-RU"/>
        </w:rPr>
      </w:pPr>
      <w:r w:rsidRPr="003E175B">
        <w:rPr>
          <w:szCs w:val="24"/>
          <w:lang w:val="ru-RU"/>
        </w:rPr>
        <w:t xml:space="preserve">по компетенции </w:t>
      </w:r>
      <w:r w:rsidRPr="003E175B">
        <w:rPr>
          <w:bCs/>
          <w:szCs w:val="24"/>
          <w:u w:val="single"/>
          <w:lang w:val="ru-RU"/>
        </w:rPr>
        <w:t>ОПК-1: Способен применять естественнонаучные и общеинженерные знания, методы математического анализа и моделирования в профессиональной деятельности________</w:t>
      </w:r>
    </w:p>
    <w:p w:rsidR="003E175B" w:rsidRPr="003E175B" w:rsidRDefault="003E175B" w:rsidP="003E175B">
      <w:pPr>
        <w:autoSpaceDE w:val="0"/>
        <w:autoSpaceDN w:val="0"/>
        <w:adjustRightInd w:val="0"/>
        <w:spacing w:line="276" w:lineRule="auto"/>
        <w:jc w:val="both"/>
        <w:rPr>
          <w:kern w:val="1"/>
          <w:szCs w:val="24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1"/>
        <w:gridCol w:w="4954"/>
      </w:tblGrid>
      <w:tr w:rsidR="003E175B" w:rsidRPr="003E175B" w:rsidTr="003E175B">
        <w:tc>
          <w:tcPr>
            <w:tcW w:w="2499" w:type="pct"/>
            <w:shd w:val="clear" w:color="auto" w:fill="auto"/>
          </w:tcPr>
          <w:p w:rsidR="003E175B" w:rsidRPr="003E175B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bCs/>
                <w:kern w:val="1"/>
                <w:szCs w:val="24"/>
                <w:lang w:val="ru-RU"/>
              </w:rPr>
            </w:pPr>
            <w:r w:rsidRPr="003E175B">
              <w:rPr>
                <w:b/>
                <w:bCs/>
                <w:szCs w:val="24"/>
                <w:lang w:val="ru-RU"/>
              </w:rPr>
              <w:t>Код и содержание индикаторов достижения</w:t>
            </w:r>
          </w:p>
        </w:tc>
        <w:tc>
          <w:tcPr>
            <w:tcW w:w="2501" w:type="pct"/>
            <w:shd w:val="clear" w:color="auto" w:fill="auto"/>
          </w:tcPr>
          <w:p w:rsidR="003E175B" w:rsidRPr="003E175B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bCs/>
                <w:kern w:val="1"/>
                <w:szCs w:val="24"/>
                <w:lang w:val="ru-RU"/>
              </w:rPr>
            </w:pPr>
            <w:r w:rsidRPr="003E175B">
              <w:rPr>
                <w:b/>
                <w:bCs/>
                <w:szCs w:val="24"/>
                <w:lang w:val="ru-RU"/>
              </w:rPr>
              <w:t>Планируемые результаты обучения по дисциплине</w:t>
            </w:r>
          </w:p>
        </w:tc>
      </w:tr>
      <w:tr w:rsidR="003E175B" w:rsidRPr="003E175B" w:rsidTr="003E175B">
        <w:tc>
          <w:tcPr>
            <w:tcW w:w="2499" w:type="pct"/>
            <w:shd w:val="clear" w:color="auto" w:fill="auto"/>
          </w:tcPr>
          <w:p w:rsidR="003E175B" w:rsidRPr="003E175B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i/>
                <w:iCs/>
                <w:kern w:val="1"/>
                <w:szCs w:val="24"/>
                <w:lang w:val="ru-RU"/>
              </w:rPr>
            </w:pPr>
            <w:r w:rsidRPr="003E175B">
              <w:rPr>
                <w:i/>
                <w:iCs/>
                <w:kern w:val="1"/>
                <w:szCs w:val="24"/>
                <w:lang w:val="ru-RU"/>
              </w:rPr>
              <w:t xml:space="preserve">ОПК – 1.1 </w:t>
            </w:r>
          </w:p>
          <w:p w:rsidR="003E175B" w:rsidRPr="003E175B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i/>
                <w:iCs/>
                <w:kern w:val="1"/>
                <w:szCs w:val="24"/>
                <w:lang w:val="ru-RU"/>
              </w:rPr>
            </w:pPr>
            <w:r w:rsidRPr="003E175B">
              <w:rPr>
                <w:i/>
                <w:iCs/>
                <w:szCs w:val="24"/>
                <w:lang w:val="ru-RU"/>
              </w:rPr>
              <w:t>Осуществляет решение типовых задач в профессиональной деятельности на основе естественнонаучных и общеинженерных знаний</w:t>
            </w:r>
          </w:p>
        </w:tc>
        <w:tc>
          <w:tcPr>
            <w:tcW w:w="2501" w:type="pct"/>
            <w:shd w:val="clear" w:color="auto" w:fill="auto"/>
          </w:tcPr>
          <w:p w:rsidR="003E175B" w:rsidRPr="003E175B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3E175B">
              <w:rPr>
                <w:b/>
                <w:bCs/>
                <w:kern w:val="1"/>
                <w:szCs w:val="24"/>
                <w:lang w:val="ru-RU"/>
              </w:rPr>
              <w:t>Знать:</w:t>
            </w:r>
            <w:r w:rsidRPr="003E175B">
              <w:rPr>
                <w:lang w:val="ru-RU"/>
              </w:rPr>
              <w:t xml:space="preserve"> Основы теории и методики решения типовых задач в профессиональной деятельности на основе естественнонаучных и общеинженерных знаний; принципы анализа и моделирования при решении типовых задач профессиональной деятельности на основе знаний основных законов математических и естественных наук.</w:t>
            </w:r>
          </w:p>
          <w:p w:rsidR="003E175B" w:rsidRPr="003E175B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3E175B">
              <w:rPr>
                <w:b/>
                <w:bCs/>
                <w:kern w:val="1"/>
                <w:szCs w:val="24"/>
                <w:lang w:val="ru-RU"/>
              </w:rPr>
              <w:t xml:space="preserve">Уметь: </w:t>
            </w:r>
            <w:r w:rsidRPr="003E175B">
              <w:rPr>
                <w:lang w:val="ru-RU"/>
              </w:rPr>
              <w:t>Использовать графические методы решения типовых задач в профессиональной деятельности на основе естественнонаучных и общеинженерных знаний; моделировать и решать типовые задачи профессиональной деятельности на основе знаний основных законов математических и естественных наук.</w:t>
            </w:r>
          </w:p>
          <w:p w:rsidR="003E175B" w:rsidRPr="003E175B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kern w:val="1"/>
                <w:szCs w:val="24"/>
                <w:lang w:val="ru-RU"/>
              </w:rPr>
            </w:pPr>
            <w:r w:rsidRPr="003E175B">
              <w:rPr>
                <w:b/>
                <w:bCs/>
                <w:kern w:val="1"/>
                <w:szCs w:val="24"/>
                <w:lang w:val="ru-RU"/>
              </w:rPr>
              <w:t xml:space="preserve">Владеть: </w:t>
            </w:r>
            <w:r w:rsidRPr="003E175B">
              <w:rPr>
                <w:lang w:val="ru-RU"/>
              </w:rPr>
              <w:t>Способами решения типовых задач профессиональной деятельности на основе естественнонаучных и общеинженерных знаний.</w:t>
            </w:r>
          </w:p>
        </w:tc>
      </w:tr>
      <w:tr w:rsidR="003E175B" w:rsidRPr="003E175B" w:rsidTr="003E175B">
        <w:tc>
          <w:tcPr>
            <w:tcW w:w="2499" w:type="pct"/>
            <w:shd w:val="clear" w:color="auto" w:fill="auto"/>
          </w:tcPr>
          <w:p w:rsidR="003E175B" w:rsidRPr="003E175B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i/>
                <w:iCs/>
                <w:kern w:val="1"/>
                <w:szCs w:val="24"/>
                <w:lang w:val="ru-RU"/>
              </w:rPr>
            </w:pPr>
            <w:r w:rsidRPr="003E175B">
              <w:rPr>
                <w:i/>
                <w:iCs/>
                <w:kern w:val="1"/>
                <w:szCs w:val="24"/>
                <w:lang w:val="ru-RU"/>
              </w:rPr>
              <w:t>ОПК – 1.2</w:t>
            </w:r>
          </w:p>
          <w:p w:rsidR="003E175B" w:rsidRPr="003E175B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i/>
                <w:iCs/>
                <w:kern w:val="1"/>
                <w:szCs w:val="24"/>
                <w:lang w:val="ru-RU"/>
              </w:rPr>
            </w:pPr>
            <w:r w:rsidRPr="003E175B">
              <w:rPr>
                <w:i/>
                <w:iCs/>
                <w:szCs w:val="24"/>
                <w:lang w:val="ru-RU"/>
              </w:rPr>
              <w:t>Применяет методы математического анализа и моделирования при решении типовых задач в профессиональной деятельности</w:t>
            </w:r>
          </w:p>
        </w:tc>
        <w:tc>
          <w:tcPr>
            <w:tcW w:w="2501" w:type="pct"/>
            <w:shd w:val="clear" w:color="auto" w:fill="auto"/>
          </w:tcPr>
          <w:p w:rsidR="003E175B" w:rsidRPr="003E175B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b/>
                <w:bCs/>
                <w:kern w:val="1"/>
                <w:szCs w:val="24"/>
                <w:lang w:val="ru-RU"/>
              </w:rPr>
            </w:pPr>
            <w:r w:rsidRPr="003E175B">
              <w:rPr>
                <w:b/>
                <w:bCs/>
                <w:kern w:val="1"/>
                <w:szCs w:val="24"/>
                <w:lang w:val="ru-RU"/>
              </w:rPr>
              <w:t>Знать:</w:t>
            </w:r>
            <w:r w:rsidRPr="003E175B">
              <w:rPr>
                <w:lang w:val="ru-RU"/>
              </w:rPr>
              <w:t xml:space="preserve"> Требования ЕСКД по проектированию изделий, узлов и деталей технологических машин и оборудования при использовании современных информационных технологий.</w:t>
            </w:r>
          </w:p>
          <w:p w:rsidR="003E175B" w:rsidRPr="003E175B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3E175B">
              <w:rPr>
                <w:b/>
                <w:bCs/>
                <w:kern w:val="1"/>
                <w:szCs w:val="24"/>
                <w:lang w:val="ru-RU"/>
              </w:rPr>
              <w:t xml:space="preserve">Уметь: </w:t>
            </w:r>
            <w:r w:rsidRPr="003E175B">
              <w:rPr>
                <w:lang w:val="ru-RU"/>
              </w:rPr>
              <w:t>применять современные информационные технологии при проектировании изделий, узлов и деталей машиностроения с учетом требований ЕСКД; применять в профессиональной деятельности требования стандартов, норм и правил.</w:t>
            </w:r>
          </w:p>
          <w:p w:rsidR="003E175B" w:rsidRPr="003E175B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kern w:val="1"/>
                <w:szCs w:val="24"/>
                <w:lang w:val="ru-RU"/>
              </w:rPr>
            </w:pPr>
            <w:r w:rsidRPr="003E175B">
              <w:rPr>
                <w:b/>
                <w:bCs/>
                <w:kern w:val="1"/>
                <w:szCs w:val="24"/>
                <w:lang w:val="ru-RU"/>
              </w:rPr>
              <w:t xml:space="preserve">Владеть: </w:t>
            </w:r>
            <w:r w:rsidRPr="003E175B">
              <w:rPr>
                <w:lang w:val="ru-RU"/>
              </w:rPr>
              <w:t xml:space="preserve">Навыками применения современных информационных технологий для получения, обработки и оформления информации, выполнении и чтении чертежей </w:t>
            </w:r>
            <w:r w:rsidRPr="003E175B">
              <w:rPr>
                <w:lang w:val="ru-RU"/>
              </w:rPr>
              <w:lastRenderedPageBreak/>
              <w:t>изделий с учетом требований ЕСКД; навыками работы с нормативно-технической документацией в профессиональной деятельности.</w:t>
            </w:r>
          </w:p>
        </w:tc>
      </w:tr>
    </w:tbl>
    <w:p w:rsidR="003E175B" w:rsidRPr="003E175B" w:rsidRDefault="003E175B" w:rsidP="00C00B61">
      <w:pPr>
        <w:autoSpaceDE w:val="0"/>
        <w:autoSpaceDN w:val="0"/>
        <w:adjustRightInd w:val="0"/>
        <w:spacing w:line="240" w:lineRule="auto"/>
        <w:jc w:val="both"/>
        <w:rPr>
          <w:kern w:val="1"/>
          <w:sz w:val="16"/>
          <w:szCs w:val="16"/>
          <w:lang w:val="ru-RU"/>
        </w:rPr>
      </w:pPr>
    </w:p>
    <w:p w:rsidR="003E175B" w:rsidRPr="003E175B" w:rsidRDefault="003E175B" w:rsidP="00C00B61">
      <w:pPr>
        <w:autoSpaceDE w:val="0"/>
        <w:autoSpaceDN w:val="0"/>
        <w:adjustRightInd w:val="0"/>
        <w:spacing w:line="240" w:lineRule="auto"/>
        <w:jc w:val="center"/>
        <w:rPr>
          <w:b/>
          <w:bCs/>
          <w:kern w:val="1"/>
          <w:szCs w:val="24"/>
          <w:lang w:val="ru-RU"/>
        </w:rPr>
      </w:pPr>
      <w:r w:rsidRPr="003E175B">
        <w:rPr>
          <w:b/>
          <w:bCs/>
          <w:szCs w:val="24"/>
          <w:lang w:val="ru-RU"/>
        </w:rPr>
        <w:t>Распределение заданий по типам и уровням сложности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1"/>
        <w:gridCol w:w="2643"/>
        <w:gridCol w:w="3255"/>
        <w:gridCol w:w="1626"/>
      </w:tblGrid>
      <w:tr w:rsidR="003E175B" w:rsidRPr="003D2A80" w:rsidTr="003E175B">
        <w:tc>
          <w:tcPr>
            <w:tcW w:w="1202" w:type="pct"/>
            <w:shd w:val="clear" w:color="auto" w:fill="auto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bCs/>
                <w:i/>
                <w:iCs/>
                <w:kern w:val="1"/>
                <w:szCs w:val="24"/>
              </w:rPr>
            </w:pPr>
            <w:r w:rsidRPr="00124D71">
              <w:rPr>
                <w:b/>
                <w:bCs/>
                <w:i/>
                <w:iCs/>
                <w:szCs w:val="24"/>
              </w:rPr>
              <w:t>Индикатор компетенции</w:t>
            </w:r>
          </w:p>
        </w:tc>
        <w:tc>
          <w:tcPr>
            <w:tcW w:w="1334" w:type="pct"/>
            <w:shd w:val="clear" w:color="auto" w:fill="auto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szCs w:val="24"/>
              </w:rPr>
              <w:t>Уровень сложности задания</w:t>
            </w:r>
          </w:p>
        </w:tc>
        <w:tc>
          <w:tcPr>
            <w:tcW w:w="1643" w:type="pct"/>
            <w:shd w:val="clear" w:color="auto" w:fill="auto"/>
            <w:vAlign w:val="center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szCs w:val="24"/>
              </w:rPr>
              <w:t>Количество заданий</w:t>
            </w:r>
          </w:p>
        </w:tc>
      </w:tr>
      <w:tr w:rsidR="003E175B" w:rsidRPr="003D2A80" w:rsidTr="003E175B">
        <w:tc>
          <w:tcPr>
            <w:tcW w:w="5000" w:type="pct"/>
            <w:gridSpan w:val="4"/>
            <w:shd w:val="clear" w:color="auto" w:fill="auto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bCs/>
                <w:i/>
                <w:iCs/>
                <w:kern w:val="1"/>
                <w:szCs w:val="24"/>
              </w:rPr>
            </w:pPr>
            <w:r w:rsidRPr="00124D71">
              <w:rPr>
                <w:b/>
                <w:bCs/>
                <w:i/>
                <w:iCs/>
                <w:kern w:val="1"/>
                <w:szCs w:val="24"/>
              </w:rPr>
              <w:t>Семестр 1</w:t>
            </w:r>
          </w:p>
        </w:tc>
      </w:tr>
      <w:tr w:rsidR="003E175B" w:rsidRPr="003D2A80" w:rsidTr="003E175B">
        <w:trPr>
          <w:trHeight w:val="105"/>
        </w:trPr>
        <w:tc>
          <w:tcPr>
            <w:tcW w:w="1202" w:type="pct"/>
            <w:vMerge w:val="restart"/>
            <w:shd w:val="clear" w:color="auto" w:fill="auto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i/>
                <w:iCs/>
                <w:kern w:val="1"/>
                <w:szCs w:val="24"/>
              </w:rPr>
            </w:pPr>
            <w:r w:rsidRPr="00124D71">
              <w:rPr>
                <w:i/>
                <w:iCs/>
                <w:kern w:val="1"/>
                <w:szCs w:val="24"/>
              </w:rPr>
              <w:t>ОПК – 1.1</w:t>
            </w:r>
          </w:p>
        </w:tc>
        <w:tc>
          <w:tcPr>
            <w:tcW w:w="1334" w:type="pct"/>
            <w:shd w:val="clear" w:color="auto" w:fill="auto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kern w:val="1"/>
                <w:szCs w:val="24"/>
              </w:rPr>
            </w:pPr>
            <w:r w:rsidRPr="003D2A80">
              <w:rPr>
                <w:kern w:val="1"/>
                <w:szCs w:val="24"/>
              </w:rPr>
              <w:t>Базовый (20%)</w:t>
            </w:r>
          </w:p>
        </w:tc>
        <w:tc>
          <w:tcPr>
            <w:tcW w:w="1643" w:type="pct"/>
            <w:shd w:val="clear" w:color="auto" w:fill="auto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kern w:val="1"/>
                <w:szCs w:val="24"/>
              </w:rPr>
            </w:pPr>
            <w:r>
              <w:t>выбором одного/нескольких ответов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3E175B" w:rsidRPr="00C76AA3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kern w:val="1"/>
                <w:szCs w:val="24"/>
              </w:rPr>
            </w:pPr>
            <w:r w:rsidRPr="00124D71">
              <w:rPr>
                <w:kern w:val="1"/>
                <w:szCs w:val="24"/>
              </w:rPr>
              <w:t>5</w:t>
            </w:r>
          </w:p>
        </w:tc>
      </w:tr>
      <w:tr w:rsidR="003E175B" w:rsidRPr="003D2A80" w:rsidTr="003E175B">
        <w:trPr>
          <w:trHeight w:val="158"/>
        </w:trPr>
        <w:tc>
          <w:tcPr>
            <w:tcW w:w="1202" w:type="pct"/>
            <w:vMerge/>
            <w:shd w:val="clear" w:color="auto" w:fill="auto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i/>
                <w:iCs/>
                <w:kern w:val="1"/>
                <w:szCs w:val="24"/>
              </w:rPr>
            </w:pPr>
          </w:p>
        </w:tc>
        <w:tc>
          <w:tcPr>
            <w:tcW w:w="1334" w:type="pct"/>
            <w:vMerge w:val="restart"/>
            <w:shd w:val="clear" w:color="auto" w:fill="auto"/>
            <w:vAlign w:val="center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kern w:val="1"/>
                <w:szCs w:val="24"/>
              </w:rPr>
            </w:pPr>
            <w:r w:rsidRPr="003D2A80">
              <w:rPr>
                <w:kern w:val="1"/>
                <w:szCs w:val="24"/>
              </w:rPr>
              <w:t>Повышенный (70%)</w:t>
            </w:r>
          </w:p>
        </w:tc>
        <w:tc>
          <w:tcPr>
            <w:tcW w:w="1643" w:type="pct"/>
            <w:shd w:val="clear" w:color="auto" w:fill="auto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kern w:val="1"/>
                <w:szCs w:val="24"/>
              </w:rPr>
            </w:pPr>
            <w:r>
              <w:t>на установление последовательности</w:t>
            </w:r>
          </w:p>
        </w:tc>
        <w:tc>
          <w:tcPr>
            <w:tcW w:w="821" w:type="pct"/>
            <w:vMerge w:val="restart"/>
            <w:shd w:val="clear" w:color="auto" w:fill="auto"/>
            <w:vAlign w:val="center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kern w:val="1"/>
                <w:szCs w:val="24"/>
              </w:rPr>
            </w:pPr>
            <w:r w:rsidRPr="00124D71">
              <w:rPr>
                <w:kern w:val="1"/>
                <w:szCs w:val="24"/>
              </w:rPr>
              <w:t>7</w:t>
            </w:r>
          </w:p>
        </w:tc>
      </w:tr>
      <w:tr w:rsidR="003E175B" w:rsidRPr="003D2A80" w:rsidTr="003E175B">
        <w:trPr>
          <w:trHeight w:val="157"/>
        </w:trPr>
        <w:tc>
          <w:tcPr>
            <w:tcW w:w="1202" w:type="pct"/>
            <w:vMerge/>
            <w:shd w:val="clear" w:color="auto" w:fill="auto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i/>
                <w:iCs/>
                <w:kern w:val="1"/>
                <w:szCs w:val="24"/>
              </w:rPr>
            </w:pPr>
          </w:p>
        </w:tc>
        <w:tc>
          <w:tcPr>
            <w:tcW w:w="1334" w:type="pct"/>
            <w:vMerge/>
            <w:shd w:val="clear" w:color="auto" w:fill="auto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kern w:val="1"/>
                <w:szCs w:val="24"/>
              </w:rPr>
            </w:pPr>
          </w:p>
        </w:tc>
        <w:tc>
          <w:tcPr>
            <w:tcW w:w="1643" w:type="pct"/>
            <w:shd w:val="clear" w:color="auto" w:fill="auto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kern w:val="1"/>
                <w:szCs w:val="24"/>
              </w:rPr>
            </w:pPr>
            <w:r>
              <w:t>на установление соответствия</w:t>
            </w:r>
          </w:p>
        </w:tc>
        <w:tc>
          <w:tcPr>
            <w:tcW w:w="821" w:type="pct"/>
            <w:vMerge/>
            <w:shd w:val="clear" w:color="auto" w:fill="auto"/>
            <w:vAlign w:val="center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kern w:val="1"/>
                <w:szCs w:val="24"/>
              </w:rPr>
            </w:pPr>
          </w:p>
        </w:tc>
      </w:tr>
      <w:tr w:rsidR="003E175B" w:rsidRPr="003D2A80" w:rsidTr="003E175B">
        <w:trPr>
          <w:trHeight w:val="105"/>
        </w:trPr>
        <w:tc>
          <w:tcPr>
            <w:tcW w:w="1202" w:type="pct"/>
            <w:vMerge/>
            <w:shd w:val="clear" w:color="auto" w:fill="auto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i/>
                <w:iCs/>
                <w:kern w:val="1"/>
                <w:szCs w:val="24"/>
              </w:rPr>
            </w:pPr>
          </w:p>
        </w:tc>
        <w:tc>
          <w:tcPr>
            <w:tcW w:w="1334" w:type="pct"/>
            <w:shd w:val="clear" w:color="auto" w:fill="auto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kern w:val="1"/>
                <w:szCs w:val="24"/>
              </w:rPr>
            </w:pPr>
            <w:r w:rsidRPr="003D2A80">
              <w:rPr>
                <w:kern w:val="1"/>
                <w:szCs w:val="24"/>
              </w:rPr>
              <w:t>Высокий (10%)</w:t>
            </w:r>
          </w:p>
        </w:tc>
        <w:tc>
          <w:tcPr>
            <w:tcW w:w="1643" w:type="pct"/>
            <w:shd w:val="clear" w:color="auto" w:fill="auto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kern w:val="1"/>
                <w:szCs w:val="24"/>
              </w:rPr>
            </w:pPr>
            <w:r>
              <w:t>с развернутым ответом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kern w:val="1"/>
                <w:szCs w:val="24"/>
              </w:rPr>
            </w:pPr>
            <w:r w:rsidRPr="00124D71">
              <w:rPr>
                <w:kern w:val="1"/>
                <w:szCs w:val="24"/>
              </w:rPr>
              <w:t>1</w:t>
            </w:r>
          </w:p>
        </w:tc>
      </w:tr>
      <w:tr w:rsidR="003E175B" w:rsidRPr="003D2A80" w:rsidTr="003E175B">
        <w:trPr>
          <w:trHeight w:val="105"/>
        </w:trPr>
        <w:tc>
          <w:tcPr>
            <w:tcW w:w="1202" w:type="pct"/>
            <w:vMerge w:val="restart"/>
            <w:shd w:val="clear" w:color="auto" w:fill="auto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i/>
                <w:iCs/>
                <w:kern w:val="1"/>
                <w:szCs w:val="24"/>
              </w:rPr>
            </w:pPr>
            <w:r w:rsidRPr="00124D71">
              <w:rPr>
                <w:i/>
                <w:iCs/>
                <w:kern w:val="1"/>
                <w:szCs w:val="24"/>
              </w:rPr>
              <w:t>ОПК – 1.2</w:t>
            </w:r>
          </w:p>
        </w:tc>
        <w:tc>
          <w:tcPr>
            <w:tcW w:w="1334" w:type="pct"/>
            <w:shd w:val="clear" w:color="auto" w:fill="auto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kern w:val="1"/>
                <w:szCs w:val="24"/>
              </w:rPr>
            </w:pPr>
            <w:r w:rsidRPr="003D2A80">
              <w:rPr>
                <w:kern w:val="1"/>
                <w:szCs w:val="24"/>
              </w:rPr>
              <w:t>Базовый (20%)</w:t>
            </w:r>
          </w:p>
        </w:tc>
        <w:tc>
          <w:tcPr>
            <w:tcW w:w="1643" w:type="pct"/>
            <w:shd w:val="clear" w:color="auto" w:fill="auto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kern w:val="1"/>
                <w:szCs w:val="24"/>
              </w:rPr>
            </w:pPr>
            <w:r>
              <w:t>выбором одного/нескольких ответов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kern w:val="1"/>
                <w:szCs w:val="24"/>
              </w:rPr>
            </w:pPr>
            <w:r w:rsidRPr="00124D71">
              <w:rPr>
                <w:kern w:val="1"/>
                <w:szCs w:val="24"/>
              </w:rPr>
              <w:t>2</w:t>
            </w:r>
          </w:p>
        </w:tc>
      </w:tr>
      <w:tr w:rsidR="003E175B" w:rsidRPr="003D2A80" w:rsidTr="003E175B">
        <w:trPr>
          <w:trHeight w:val="158"/>
        </w:trPr>
        <w:tc>
          <w:tcPr>
            <w:tcW w:w="1202" w:type="pct"/>
            <w:vMerge/>
            <w:shd w:val="clear" w:color="auto" w:fill="auto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i/>
                <w:iCs/>
                <w:kern w:val="1"/>
                <w:szCs w:val="24"/>
              </w:rPr>
            </w:pPr>
          </w:p>
        </w:tc>
        <w:tc>
          <w:tcPr>
            <w:tcW w:w="1334" w:type="pct"/>
            <w:vMerge w:val="restart"/>
            <w:shd w:val="clear" w:color="auto" w:fill="auto"/>
            <w:vAlign w:val="center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kern w:val="1"/>
                <w:szCs w:val="24"/>
              </w:rPr>
            </w:pPr>
            <w:r w:rsidRPr="003D2A80">
              <w:rPr>
                <w:kern w:val="1"/>
                <w:szCs w:val="24"/>
              </w:rPr>
              <w:t>Повышенный (70%)</w:t>
            </w:r>
          </w:p>
        </w:tc>
        <w:tc>
          <w:tcPr>
            <w:tcW w:w="1643" w:type="pct"/>
            <w:shd w:val="clear" w:color="auto" w:fill="auto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kern w:val="1"/>
                <w:szCs w:val="24"/>
              </w:rPr>
            </w:pPr>
            <w:r>
              <w:t>на установление последовательности</w:t>
            </w:r>
          </w:p>
        </w:tc>
        <w:tc>
          <w:tcPr>
            <w:tcW w:w="821" w:type="pct"/>
            <w:vMerge w:val="restart"/>
            <w:shd w:val="clear" w:color="auto" w:fill="auto"/>
            <w:vAlign w:val="center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kern w:val="1"/>
                <w:szCs w:val="24"/>
              </w:rPr>
            </w:pPr>
            <w:r w:rsidRPr="00124D71">
              <w:rPr>
                <w:kern w:val="1"/>
                <w:szCs w:val="24"/>
              </w:rPr>
              <w:t>7</w:t>
            </w:r>
          </w:p>
        </w:tc>
      </w:tr>
      <w:tr w:rsidR="003E175B" w:rsidRPr="003D2A80" w:rsidTr="003E175B">
        <w:trPr>
          <w:trHeight w:val="157"/>
        </w:trPr>
        <w:tc>
          <w:tcPr>
            <w:tcW w:w="1202" w:type="pct"/>
            <w:vMerge/>
            <w:shd w:val="clear" w:color="auto" w:fill="auto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i/>
                <w:iCs/>
                <w:kern w:val="1"/>
                <w:szCs w:val="24"/>
              </w:rPr>
            </w:pPr>
          </w:p>
        </w:tc>
        <w:tc>
          <w:tcPr>
            <w:tcW w:w="1334" w:type="pct"/>
            <w:vMerge/>
            <w:shd w:val="clear" w:color="auto" w:fill="auto"/>
            <w:vAlign w:val="center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kern w:val="1"/>
                <w:szCs w:val="24"/>
              </w:rPr>
            </w:pPr>
          </w:p>
        </w:tc>
        <w:tc>
          <w:tcPr>
            <w:tcW w:w="1643" w:type="pct"/>
            <w:shd w:val="clear" w:color="auto" w:fill="auto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kern w:val="1"/>
                <w:szCs w:val="24"/>
              </w:rPr>
            </w:pPr>
            <w:r>
              <w:t>на установление соответствия</w:t>
            </w:r>
          </w:p>
        </w:tc>
        <w:tc>
          <w:tcPr>
            <w:tcW w:w="821" w:type="pct"/>
            <w:vMerge/>
            <w:shd w:val="clear" w:color="auto" w:fill="auto"/>
            <w:vAlign w:val="center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kern w:val="1"/>
                <w:szCs w:val="24"/>
              </w:rPr>
            </w:pPr>
          </w:p>
        </w:tc>
      </w:tr>
      <w:tr w:rsidR="003E175B" w:rsidRPr="003D2A80" w:rsidTr="003E175B">
        <w:trPr>
          <w:trHeight w:val="105"/>
        </w:trPr>
        <w:tc>
          <w:tcPr>
            <w:tcW w:w="1202" w:type="pct"/>
            <w:vMerge/>
            <w:shd w:val="clear" w:color="auto" w:fill="auto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i/>
                <w:iCs/>
                <w:kern w:val="1"/>
                <w:szCs w:val="24"/>
              </w:rPr>
            </w:pPr>
          </w:p>
        </w:tc>
        <w:tc>
          <w:tcPr>
            <w:tcW w:w="1334" w:type="pct"/>
            <w:shd w:val="clear" w:color="auto" w:fill="auto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kern w:val="1"/>
                <w:szCs w:val="24"/>
              </w:rPr>
            </w:pPr>
            <w:r w:rsidRPr="003D2A80">
              <w:rPr>
                <w:kern w:val="1"/>
                <w:szCs w:val="24"/>
              </w:rPr>
              <w:t>Высокий (10%)</w:t>
            </w:r>
          </w:p>
        </w:tc>
        <w:tc>
          <w:tcPr>
            <w:tcW w:w="1643" w:type="pct"/>
            <w:shd w:val="clear" w:color="auto" w:fill="auto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kern w:val="1"/>
                <w:szCs w:val="24"/>
              </w:rPr>
            </w:pPr>
            <w:r>
              <w:t>с развернутым ответом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kern w:val="1"/>
                <w:szCs w:val="24"/>
              </w:rPr>
            </w:pPr>
            <w:r w:rsidRPr="00124D71">
              <w:rPr>
                <w:kern w:val="1"/>
                <w:szCs w:val="24"/>
              </w:rPr>
              <w:t>1</w:t>
            </w:r>
          </w:p>
        </w:tc>
      </w:tr>
      <w:tr w:rsidR="003E175B" w:rsidRPr="003D2A80" w:rsidTr="003E175B">
        <w:trPr>
          <w:trHeight w:val="105"/>
        </w:trPr>
        <w:tc>
          <w:tcPr>
            <w:tcW w:w="4179" w:type="pct"/>
            <w:gridSpan w:val="3"/>
            <w:shd w:val="clear" w:color="auto" w:fill="auto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b/>
                <w:bCs/>
                <w:i/>
                <w:iCs/>
                <w:szCs w:val="24"/>
              </w:rPr>
            </w:pPr>
            <w:r w:rsidRPr="00124D71">
              <w:rPr>
                <w:b/>
                <w:bCs/>
                <w:i/>
                <w:iCs/>
                <w:szCs w:val="24"/>
              </w:rPr>
              <w:t>Итого для ОПК - 1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bCs/>
                <w:kern w:val="1"/>
                <w:szCs w:val="24"/>
              </w:rPr>
            </w:pPr>
            <w:r>
              <w:rPr>
                <w:b/>
                <w:bCs/>
                <w:kern w:val="1"/>
                <w:szCs w:val="24"/>
              </w:rPr>
              <w:t>2</w:t>
            </w:r>
            <w:r w:rsidRPr="003D2A80">
              <w:rPr>
                <w:b/>
                <w:bCs/>
                <w:kern w:val="1"/>
                <w:szCs w:val="24"/>
              </w:rPr>
              <w:t>3</w:t>
            </w:r>
          </w:p>
        </w:tc>
      </w:tr>
    </w:tbl>
    <w:p w:rsidR="003E175B" w:rsidRDefault="003E175B" w:rsidP="00C00B61">
      <w:pPr>
        <w:spacing w:line="240" w:lineRule="auto"/>
      </w:pPr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1"/>
        <w:gridCol w:w="2643"/>
        <w:gridCol w:w="3255"/>
        <w:gridCol w:w="1626"/>
      </w:tblGrid>
      <w:tr w:rsidR="003E175B" w:rsidRPr="003D2A80" w:rsidTr="003E175B">
        <w:trPr>
          <w:trHeight w:val="105"/>
        </w:trPr>
        <w:tc>
          <w:tcPr>
            <w:tcW w:w="5000" w:type="pct"/>
            <w:gridSpan w:val="4"/>
            <w:shd w:val="clear" w:color="auto" w:fill="auto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i/>
                <w:iCs/>
                <w:kern w:val="1"/>
                <w:szCs w:val="24"/>
              </w:rPr>
            </w:pPr>
            <w:r w:rsidRPr="00124D71">
              <w:rPr>
                <w:b/>
                <w:bCs/>
                <w:i/>
                <w:iCs/>
                <w:kern w:val="1"/>
                <w:szCs w:val="24"/>
              </w:rPr>
              <w:lastRenderedPageBreak/>
              <w:t>Семестр 2</w:t>
            </w:r>
          </w:p>
        </w:tc>
      </w:tr>
      <w:tr w:rsidR="003E175B" w:rsidRPr="003D2A80" w:rsidTr="003E175B">
        <w:trPr>
          <w:trHeight w:val="105"/>
        </w:trPr>
        <w:tc>
          <w:tcPr>
            <w:tcW w:w="1202" w:type="pct"/>
            <w:vMerge w:val="restart"/>
            <w:shd w:val="clear" w:color="auto" w:fill="auto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i/>
                <w:iCs/>
                <w:kern w:val="1"/>
                <w:szCs w:val="24"/>
              </w:rPr>
            </w:pPr>
            <w:r w:rsidRPr="00124D71">
              <w:rPr>
                <w:i/>
                <w:iCs/>
                <w:kern w:val="1"/>
                <w:szCs w:val="24"/>
              </w:rPr>
              <w:t>ОПК – 1.1</w:t>
            </w:r>
          </w:p>
        </w:tc>
        <w:tc>
          <w:tcPr>
            <w:tcW w:w="1334" w:type="pct"/>
            <w:shd w:val="clear" w:color="auto" w:fill="auto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kern w:val="1"/>
                <w:szCs w:val="24"/>
              </w:rPr>
            </w:pPr>
            <w:r w:rsidRPr="003D2A80">
              <w:rPr>
                <w:kern w:val="1"/>
                <w:szCs w:val="24"/>
              </w:rPr>
              <w:t>Базовый (20%)</w:t>
            </w:r>
          </w:p>
        </w:tc>
        <w:tc>
          <w:tcPr>
            <w:tcW w:w="1643" w:type="pct"/>
            <w:shd w:val="clear" w:color="auto" w:fill="auto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kern w:val="1"/>
                <w:szCs w:val="24"/>
              </w:rPr>
            </w:pPr>
            <w:r>
              <w:t>выбором одного/нескольких ответов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kern w:val="1"/>
                <w:szCs w:val="24"/>
              </w:rPr>
            </w:pPr>
            <w:r w:rsidRPr="00124D71">
              <w:rPr>
                <w:kern w:val="1"/>
                <w:szCs w:val="24"/>
              </w:rPr>
              <w:t>2</w:t>
            </w:r>
          </w:p>
        </w:tc>
      </w:tr>
      <w:tr w:rsidR="003E175B" w:rsidRPr="003D2A80" w:rsidTr="003E175B">
        <w:trPr>
          <w:trHeight w:val="158"/>
        </w:trPr>
        <w:tc>
          <w:tcPr>
            <w:tcW w:w="1202" w:type="pct"/>
            <w:vMerge/>
            <w:shd w:val="clear" w:color="auto" w:fill="auto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i/>
                <w:iCs/>
                <w:kern w:val="1"/>
                <w:szCs w:val="24"/>
              </w:rPr>
            </w:pPr>
          </w:p>
        </w:tc>
        <w:tc>
          <w:tcPr>
            <w:tcW w:w="1334" w:type="pct"/>
            <w:vMerge w:val="restart"/>
            <w:shd w:val="clear" w:color="auto" w:fill="auto"/>
            <w:vAlign w:val="center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kern w:val="1"/>
                <w:szCs w:val="24"/>
              </w:rPr>
            </w:pPr>
            <w:r w:rsidRPr="003D2A80">
              <w:rPr>
                <w:kern w:val="1"/>
                <w:szCs w:val="24"/>
              </w:rPr>
              <w:t>Повышенный (70%)</w:t>
            </w:r>
          </w:p>
        </w:tc>
        <w:tc>
          <w:tcPr>
            <w:tcW w:w="1643" w:type="pct"/>
            <w:shd w:val="clear" w:color="auto" w:fill="auto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kern w:val="1"/>
                <w:szCs w:val="24"/>
              </w:rPr>
            </w:pPr>
            <w:r>
              <w:t>на установление последовательности</w:t>
            </w:r>
          </w:p>
        </w:tc>
        <w:tc>
          <w:tcPr>
            <w:tcW w:w="821" w:type="pct"/>
            <w:vMerge w:val="restart"/>
            <w:shd w:val="clear" w:color="auto" w:fill="auto"/>
            <w:vAlign w:val="center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kern w:val="1"/>
                <w:szCs w:val="24"/>
              </w:rPr>
            </w:pPr>
            <w:r w:rsidRPr="00124D71">
              <w:rPr>
                <w:kern w:val="1"/>
                <w:szCs w:val="24"/>
              </w:rPr>
              <w:t>7</w:t>
            </w:r>
          </w:p>
        </w:tc>
      </w:tr>
      <w:tr w:rsidR="003E175B" w:rsidRPr="003D2A80" w:rsidTr="003E175B">
        <w:trPr>
          <w:trHeight w:val="157"/>
        </w:trPr>
        <w:tc>
          <w:tcPr>
            <w:tcW w:w="1202" w:type="pct"/>
            <w:vMerge/>
            <w:shd w:val="clear" w:color="auto" w:fill="auto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i/>
                <w:iCs/>
                <w:kern w:val="1"/>
                <w:szCs w:val="24"/>
              </w:rPr>
            </w:pPr>
          </w:p>
        </w:tc>
        <w:tc>
          <w:tcPr>
            <w:tcW w:w="1334" w:type="pct"/>
            <w:vMerge/>
            <w:shd w:val="clear" w:color="auto" w:fill="auto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kern w:val="1"/>
                <w:szCs w:val="24"/>
              </w:rPr>
            </w:pPr>
          </w:p>
        </w:tc>
        <w:tc>
          <w:tcPr>
            <w:tcW w:w="1643" w:type="pct"/>
            <w:shd w:val="clear" w:color="auto" w:fill="auto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kern w:val="1"/>
                <w:szCs w:val="24"/>
              </w:rPr>
            </w:pPr>
            <w:r>
              <w:t>на установление соответствия</w:t>
            </w:r>
          </w:p>
        </w:tc>
        <w:tc>
          <w:tcPr>
            <w:tcW w:w="821" w:type="pct"/>
            <w:vMerge/>
            <w:shd w:val="clear" w:color="auto" w:fill="auto"/>
            <w:vAlign w:val="center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kern w:val="1"/>
                <w:szCs w:val="24"/>
              </w:rPr>
            </w:pPr>
          </w:p>
        </w:tc>
      </w:tr>
      <w:tr w:rsidR="003E175B" w:rsidRPr="003D2A80" w:rsidTr="003E175B">
        <w:trPr>
          <w:trHeight w:val="105"/>
        </w:trPr>
        <w:tc>
          <w:tcPr>
            <w:tcW w:w="1202" w:type="pct"/>
            <w:vMerge/>
            <w:shd w:val="clear" w:color="auto" w:fill="auto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i/>
                <w:iCs/>
                <w:kern w:val="1"/>
                <w:szCs w:val="24"/>
              </w:rPr>
            </w:pPr>
          </w:p>
        </w:tc>
        <w:tc>
          <w:tcPr>
            <w:tcW w:w="1334" w:type="pct"/>
            <w:shd w:val="clear" w:color="auto" w:fill="auto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kern w:val="1"/>
                <w:szCs w:val="24"/>
              </w:rPr>
            </w:pPr>
            <w:r w:rsidRPr="003D2A80">
              <w:rPr>
                <w:kern w:val="1"/>
                <w:szCs w:val="24"/>
              </w:rPr>
              <w:t>Высокий (10%)</w:t>
            </w:r>
          </w:p>
        </w:tc>
        <w:tc>
          <w:tcPr>
            <w:tcW w:w="1643" w:type="pct"/>
            <w:shd w:val="clear" w:color="auto" w:fill="auto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kern w:val="1"/>
                <w:szCs w:val="24"/>
              </w:rPr>
            </w:pPr>
            <w:r>
              <w:t>с развернутым ответом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kern w:val="1"/>
                <w:szCs w:val="24"/>
              </w:rPr>
            </w:pPr>
            <w:r w:rsidRPr="00124D71">
              <w:rPr>
                <w:kern w:val="1"/>
                <w:szCs w:val="24"/>
              </w:rPr>
              <w:t>1</w:t>
            </w:r>
          </w:p>
        </w:tc>
      </w:tr>
      <w:tr w:rsidR="003E175B" w:rsidRPr="003D2A80" w:rsidTr="003E175B">
        <w:trPr>
          <w:trHeight w:val="105"/>
        </w:trPr>
        <w:tc>
          <w:tcPr>
            <w:tcW w:w="1202" w:type="pct"/>
            <w:vMerge w:val="restart"/>
            <w:shd w:val="clear" w:color="auto" w:fill="auto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i/>
                <w:iCs/>
                <w:kern w:val="1"/>
                <w:szCs w:val="24"/>
              </w:rPr>
            </w:pPr>
            <w:r w:rsidRPr="00124D71">
              <w:rPr>
                <w:i/>
                <w:iCs/>
                <w:kern w:val="1"/>
                <w:szCs w:val="24"/>
              </w:rPr>
              <w:t>ОПК – 1.2</w:t>
            </w:r>
          </w:p>
        </w:tc>
        <w:tc>
          <w:tcPr>
            <w:tcW w:w="1334" w:type="pct"/>
            <w:shd w:val="clear" w:color="auto" w:fill="auto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kern w:val="1"/>
                <w:szCs w:val="24"/>
              </w:rPr>
            </w:pPr>
            <w:r w:rsidRPr="003D2A80">
              <w:rPr>
                <w:kern w:val="1"/>
                <w:szCs w:val="24"/>
              </w:rPr>
              <w:t>Базовый (20%)</w:t>
            </w:r>
          </w:p>
        </w:tc>
        <w:tc>
          <w:tcPr>
            <w:tcW w:w="1643" w:type="pct"/>
            <w:shd w:val="clear" w:color="auto" w:fill="auto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kern w:val="1"/>
                <w:szCs w:val="24"/>
              </w:rPr>
            </w:pPr>
            <w:r>
              <w:t>выбором одного/нескольких ответов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kern w:val="1"/>
                <w:szCs w:val="24"/>
              </w:rPr>
            </w:pPr>
            <w:r w:rsidRPr="00124D71">
              <w:rPr>
                <w:kern w:val="1"/>
                <w:szCs w:val="24"/>
              </w:rPr>
              <w:t>2</w:t>
            </w:r>
          </w:p>
        </w:tc>
      </w:tr>
      <w:tr w:rsidR="003E175B" w:rsidRPr="003D2A80" w:rsidTr="003E175B">
        <w:trPr>
          <w:trHeight w:val="158"/>
        </w:trPr>
        <w:tc>
          <w:tcPr>
            <w:tcW w:w="1202" w:type="pct"/>
            <w:vMerge/>
            <w:shd w:val="clear" w:color="auto" w:fill="auto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i/>
                <w:iCs/>
                <w:kern w:val="1"/>
                <w:szCs w:val="24"/>
              </w:rPr>
            </w:pPr>
          </w:p>
        </w:tc>
        <w:tc>
          <w:tcPr>
            <w:tcW w:w="1334" w:type="pct"/>
            <w:vMerge w:val="restart"/>
            <w:shd w:val="clear" w:color="auto" w:fill="auto"/>
            <w:vAlign w:val="center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kern w:val="1"/>
                <w:szCs w:val="24"/>
              </w:rPr>
            </w:pPr>
            <w:r w:rsidRPr="003D2A80">
              <w:rPr>
                <w:kern w:val="1"/>
                <w:szCs w:val="24"/>
              </w:rPr>
              <w:t>Повышенный (70%)</w:t>
            </w:r>
          </w:p>
        </w:tc>
        <w:tc>
          <w:tcPr>
            <w:tcW w:w="1643" w:type="pct"/>
            <w:shd w:val="clear" w:color="auto" w:fill="auto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kern w:val="1"/>
                <w:szCs w:val="24"/>
              </w:rPr>
            </w:pPr>
            <w:r>
              <w:t>на установление последовательности</w:t>
            </w:r>
          </w:p>
        </w:tc>
        <w:tc>
          <w:tcPr>
            <w:tcW w:w="821" w:type="pct"/>
            <w:vMerge w:val="restart"/>
            <w:shd w:val="clear" w:color="auto" w:fill="auto"/>
            <w:vAlign w:val="center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kern w:val="1"/>
                <w:szCs w:val="24"/>
              </w:rPr>
            </w:pPr>
            <w:r w:rsidRPr="00124D71">
              <w:rPr>
                <w:kern w:val="1"/>
                <w:szCs w:val="24"/>
              </w:rPr>
              <w:t>7</w:t>
            </w:r>
          </w:p>
        </w:tc>
      </w:tr>
      <w:tr w:rsidR="003E175B" w:rsidRPr="003D2A80" w:rsidTr="003E175B">
        <w:trPr>
          <w:trHeight w:val="157"/>
        </w:trPr>
        <w:tc>
          <w:tcPr>
            <w:tcW w:w="1202" w:type="pct"/>
            <w:vMerge/>
            <w:shd w:val="clear" w:color="auto" w:fill="auto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i/>
                <w:iCs/>
                <w:kern w:val="1"/>
                <w:szCs w:val="24"/>
              </w:rPr>
            </w:pPr>
          </w:p>
        </w:tc>
        <w:tc>
          <w:tcPr>
            <w:tcW w:w="1334" w:type="pct"/>
            <w:vMerge/>
            <w:shd w:val="clear" w:color="auto" w:fill="auto"/>
            <w:vAlign w:val="center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kern w:val="1"/>
                <w:szCs w:val="24"/>
              </w:rPr>
            </w:pPr>
          </w:p>
        </w:tc>
        <w:tc>
          <w:tcPr>
            <w:tcW w:w="1643" w:type="pct"/>
            <w:shd w:val="clear" w:color="auto" w:fill="auto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kern w:val="1"/>
                <w:szCs w:val="24"/>
              </w:rPr>
            </w:pPr>
            <w:r>
              <w:t>на установление соответствия</w:t>
            </w:r>
          </w:p>
        </w:tc>
        <w:tc>
          <w:tcPr>
            <w:tcW w:w="821" w:type="pct"/>
            <w:vMerge/>
            <w:shd w:val="clear" w:color="auto" w:fill="auto"/>
            <w:vAlign w:val="center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kern w:val="1"/>
                <w:szCs w:val="24"/>
              </w:rPr>
            </w:pPr>
          </w:p>
        </w:tc>
      </w:tr>
      <w:tr w:rsidR="003E175B" w:rsidRPr="003D2A80" w:rsidTr="003E175B">
        <w:trPr>
          <w:trHeight w:val="105"/>
        </w:trPr>
        <w:tc>
          <w:tcPr>
            <w:tcW w:w="1202" w:type="pct"/>
            <w:vMerge/>
            <w:shd w:val="clear" w:color="auto" w:fill="auto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i/>
                <w:iCs/>
                <w:kern w:val="1"/>
                <w:szCs w:val="24"/>
              </w:rPr>
            </w:pPr>
          </w:p>
        </w:tc>
        <w:tc>
          <w:tcPr>
            <w:tcW w:w="1334" w:type="pct"/>
            <w:shd w:val="clear" w:color="auto" w:fill="auto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kern w:val="1"/>
                <w:szCs w:val="24"/>
              </w:rPr>
            </w:pPr>
            <w:r w:rsidRPr="003D2A80">
              <w:rPr>
                <w:kern w:val="1"/>
                <w:szCs w:val="24"/>
              </w:rPr>
              <w:t>Высокий (10%)</w:t>
            </w:r>
          </w:p>
        </w:tc>
        <w:tc>
          <w:tcPr>
            <w:tcW w:w="1643" w:type="pct"/>
            <w:shd w:val="clear" w:color="auto" w:fill="auto"/>
          </w:tcPr>
          <w:p w:rsidR="003E175B" w:rsidRPr="003D2A80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kern w:val="1"/>
                <w:szCs w:val="24"/>
              </w:rPr>
            </w:pPr>
            <w:r>
              <w:t>с развернутым ответом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kern w:val="1"/>
                <w:szCs w:val="24"/>
              </w:rPr>
            </w:pPr>
            <w:r w:rsidRPr="00124D71">
              <w:rPr>
                <w:kern w:val="1"/>
                <w:szCs w:val="24"/>
              </w:rPr>
              <w:t>1</w:t>
            </w:r>
          </w:p>
        </w:tc>
      </w:tr>
      <w:tr w:rsidR="003E175B" w:rsidRPr="003D2A80" w:rsidTr="003E175B">
        <w:trPr>
          <w:trHeight w:val="105"/>
        </w:trPr>
        <w:tc>
          <w:tcPr>
            <w:tcW w:w="4179" w:type="pct"/>
            <w:gridSpan w:val="3"/>
            <w:shd w:val="clear" w:color="auto" w:fill="auto"/>
          </w:tcPr>
          <w:p w:rsidR="003E175B" w:rsidRPr="00124D71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i/>
                <w:iCs/>
              </w:rPr>
            </w:pPr>
            <w:r w:rsidRPr="00124D71">
              <w:rPr>
                <w:b/>
                <w:bCs/>
                <w:i/>
                <w:iCs/>
                <w:szCs w:val="24"/>
              </w:rPr>
              <w:t>Итого для ОПК - 1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3E175B" w:rsidRPr="00A57A32" w:rsidRDefault="003E175B" w:rsidP="00C00B6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bCs/>
                <w:kern w:val="1"/>
                <w:szCs w:val="24"/>
              </w:rPr>
            </w:pPr>
            <w:r w:rsidRPr="00A57A32">
              <w:rPr>
                <w:b/>
                <w:bCs/>
                <w:kern w:val="1"/>
                <w:szCs w:val="24"/>
              </w:rPr>
              <w:t>20</w:t>
            </w:r>
          </w:p>
        </w:tc>
      </w:tr>
    </w:tbl>
    <w:p w:rsidR="003E175B" w:rsidRDefault="003E175B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Pr="004416F6" w:rsidRDefault="00C00B61" w:rsidP="00C00B61">
      <w:pPr>
        <w:autoSpaceDE w:val="0"/>
        <w:autoSpaceDN w:val="0"/>
        <w:adjustRightInd w:val="0"/>
        <w:spacing w:line="276" w:lineRule="auto"/>
        <w:jc w:val="center"/>
        <w:rPr>
          <w:b/>
          <w:bCs/>
          <w:kern w:val="1"/>
          <w:szCs w:val="24"/>
        </w:rPr>
      </w:pPr>
      <w:r w:rsidRPr="004416F6">
        <w:rPr>
          <w:b/>
          <w:bCs/>
          <w:szCs w:val="24"/>
        </w:rPr>
        <w:t>Комплект тестовых заданий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2294"/>
        <w:gridCol w:w="65"/>
        <w:gridCol w:w="2637"/>
        <w:gridCol w:w="2250"/>
      </w:tblGrid>
      <w:tr w:rsidR="00C00B61" w:rsidRPr="003D2A80" w:rsidTr="004F54CD">
        <w:tc>
          <w:tcPr>
            <w:tcW w:w="1342" w:type="pct"/>
            <w:shd w:val="clear" w:color="auto" w:fill="D9D9D9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 xml:space="preserve">Индикатор </w:t>
            </w:r>
          </w:p>
        </w:tc>
        <w:tc>
          <w:tcPr>
            <w:tcW w:w="1191" w:type="pct"/>
            <w:gridSpan w:val="2"/>
            <w:shd w:val="clear" w:color="auto" w:fill="D9D9D9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>ОПК – 1.1</w:t>
            </w:r>
          </w:p>
        </w:tc>
        <w:tc>
          <w:tcPr>
            <w:tcW w:w="1331" w:type="pct"/>
            <w:shd w:val="clear" w:color="auto" w:fill="D9D9D9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>Семестр</w:t>
            </w:r>
          </w:p>
        </w:tc>
        <w:tc>
          <w:tcPr>
            <w:tcW w:w="1136" w:type="pct"/>
            <w:shd w:val="clear" w:color="auto" w:fill="D9D9D9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>1</w:t>
            </w:r>
          </w:p>
        </w:tc>
      </w:tr>
      <w:tr w:rsidR="00C00B61" w:rsidRPr="003D2A80" w:rsidTr="004F54CD">
        <w:tc>
          <w:tcPr>
            <w:tcW w:w="2533" w:type="pct"/>
            <w:gridSpan w:val="3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>Уровень сложности</w:t>
            </w:r>
          </w:p>
        </w:tc>
        <w:tc>
          <w:tcPr>
            <w:tcW w:w="2467" w:type="pct"/>
            <w:gridSpan w:val="2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>Базовый</w:t>
            </w:r>
          </w:p>
        </w:tc>
      </w:tr>
      <w:tr w:rsidR="00C00B61" w:rsidRPr="003D2A80" w:rsidTr="004F54CD">
        <w:tc>
          <w:tcPr>
            <w:tcW w:w="2533" w:type="pct"/>
            <w:gridSpan w:val="3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2467" w:type="pct"/>
            <w:gridSpan w:val="2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szCs w:val="24"/>
              </w:rPr>
              <w:t>выбором одного/нескольких ответов</w:t>
            </w:r>
          </w:p>
        </w:tc>
      </w:tr>
      <w:tr w:rsidR="00C00B61" w:rsidRPr="00C00B61" w:rsidTr="004F54CD">
        <w:tc>
          <w:tcPr>
            <w:tcW w:w="2533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i/>
                <w:iCs/>
                <w:szCs w:val="24"/>
              </w:rPr>
            </w:pPr>
            <w:r w:rsidRPr="003D2A80">
              <w:rPr>
                <w:i/>
                <w:iCs/>
                <w:szCs w:val="24"/>
              </w:rPr>
              <w:t>Инструкция:</w:t>
            </w:r>
          </w:p>
        </w:tc>
        <w:tc>
          <w:tcPr>
            <w:tcW w:w="2467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i/>
                <w:iCs/>
                <w:szCs w:val="24"/>
                <w:lang w:val="ru-RU"/>
              </w:rPr>
            </w:pPr>
            <w:r w:rsidRPr="00C00B61">
              <w:rPr>
                <w:i/>
                <w:iCs/>
                <w:szCs w:val="24"/>
                <w:lang w:val="ru-RU"/>
              </w:rPr>
              <w:t>укажите один вариант ответа / не менее двух вариантов</w:t>
            </w:r>
          </w:p>
        </w:tc>
      </w:tr>
      <w:tr w:rsidR="00C00B61" w:rsidRPr="003D2A80" w:rsidTr="004F54CD"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0B61" w:rsidRPr="00C00B61" w:rsidRDefault="00C00B61" w:rsidP="00C00B61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Каким символом обозначено на комплексном чертеже расстояние, на которое удалена точка А от фронтальной плоскости проекций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szCs w:val="24"/>
              </w:rPr>
              <w:t>А -А</w:t>
            </w:r>
            <w:r w:rsidRPr="003D2A80">
              <w:rPr>
                <w:szCs w:val="24"/>
                <w:vertAlign w:val="subscript"/>
              </w:rPr>
              <w:t>х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b/>
                <w:bCs/>
                <w:szCs w:val="24"/>
              </w:rPr>
              <w:t>Б</w:t>
            </w:r>
            <w:r w:rsidRPr="003D2A80">
              <w:rPr>
                <w:szCs w:val="24"/>
              </w:rPr>
              <w:t xml:space="preserve"> -</w:t>
            </w:r>
            <w:r w:rsidRPr="003D2A80">
              <w:rPr>
                <w:sz w:val="27"/>
                <w:szCs w:val="27"/>
              </w:rPr>
              <w:t>A</w:t>
            </w:r>
            <w:r w:rsidRPr="003D2A80">
              <w:rPr>
                <w:sz w:val="27"/>
                <w:szCs w:val="27"/>
                <w:vertAlign w:val="subscript"/>
              </w:rPr>
              <w:t>y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szCs w:val="24"/>
              </w:rPr>
              <w:t xml:space="preserve">В- </w:t>
            </w:r>
            <w:r w:rsidRPr="003D2A80">
              <w:rPr>
                <w:sz w:val="27"/>
                <w:szCs w:val="27"/>
              </w:rPr>
              <w:t>A</w:t>
            </w:r>
            <w:r w:rsidRPr="003D2A80">
              <w:rPr>
                <w:sz w:val="27"/>
                <w:szCs w:val="27"/>
                <w:vertAlign w:val="subscript"/>
              </w:rPr>
              <w:t>z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095375" cy="1143000"/>
                  <wp:effectExtent l="0" t="0" r="9525" b="0"/>
                  <wp:docPr id="105" name="Рисунок 105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7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00B61" w:rsidRDefault="00C00B61" w:rsidP="00C00B61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Каким символом обозначено на комплексном чертеже расстояние, на которое удалена точка А от фронтальной плоскости проекций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szCs w:val="24"/>
              </w:rPr>
              <w:t>А -А</w:t>
            </w:r>
            <w:r w:rsidRPr="003D2A80">
              <w:rPr>
                <w:szCs w:val="24"/>
                <w:vertAlign w:val="subscript"/>
              </w:rPr>
              <w:t>х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szCs w:val="24"/>
              </w:rPr>
              <w:t>Б -</w:t>
            </w:r>
            <w:r w:rsidRPr="003D2A80">
              <w:rPr>
                <w:sz w:val="27"/>
                <w:szCs w:val="27"/>
              </w:rPr>
              <w:t>A</w:t>
            </w:r>
            <w:r w:rsidRPr="003D2A80">
              <w:rPr>
                <w:sz w:val="27"/>
                <w:szCs w:val="27"/>
                <w:vertAlign w:val="subscript"/>
              </w:rPr>
              <w:t>y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b/>
                <w:bCs/>
                <w:szCs w:val="24"/>
              </w:rPr>
              <w:t>В</w:t>
            </w:r>
            <w:r w:rsidRPr="003D2A80">
              <w:rPr>
                <w:szCs w:val="24"/>
              </w:rPr>
              <w:t xml:space="preserve">- </w:t>
            </w:r>
            <w:r w:rsidRPr="003D2A80">
              <w:rPr>
                <w:sz w:val="27"/>
                <w:szCs w:val="27"/>
              </w:rPr>
              <w:t>A</w:t>
            </w:r>
            <w:r w:rsidRPr="003D2A80">
              <w:rPr>
                <w:sz w:val="27"/>
                <w:szCs w:val="27"/>
                <w:vertAlign w:val="subscript"/>
              </w:rPr>
              <w:t>z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133475" cy="1181100"/>
                  <wp:effectExtent l="0" t="0" r="9525" b="0"/>
                  <wp:docPr id="104" name="Рисунок 104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6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</w:p>
          <w:p w:rsidR="00C00B61" w:rsidRPr="00C00B61" w:rsidRDefault="00C00B61" w:rsidP="00C00B61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Каким символом обозначено на комплексном чертеже расстояние, на которое удалена точка А от фронтальной плоскости проекций</w:t>
            </w:r>
          </w:p>
          <w:p w:rsidR="00C00B61" w:rsidRPr="00883EE2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b/>
                <w:bCs/>
              </w:rPr>
              <w:t>А</w:t>
            </w:r>
            <w:r w:rsidRPr="00883EE2">
              <w:t xml:space="preserve"> -А</w:t>
            </w:r>
            <w:r w:rsidRPr="003D2A80">
              <w:rPr>
                <w:vertAlign w:val="subscript"/>
              </w:rPr>
              <w:t>х</w:t>
            </w:r>
          </w:p>
          <w:p w:rsidR="00C00B61" w:rsidRPr="00883EE2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883EE2">
              <w:t>Б -A</w:t>
            </w:r>
            <w:r w:rsidRPr="003D2A80">
              <w:rPr>
                <w:vertAlign w:val="subscript"/>
              </w:rPr>
              <w:t>y</w:t>
            </w:r>
          </w:p>
          <w:p w:rsidR="00C00B61" w:rsidRPr="00883EE2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883EE2">
              <w:t>В- A</w:t>
            </w:r>
            <w:r w:rsidRPr="003D2A80">
              <w:rPr>
                <w:vertAlign w:val="subscript"/>
              </w:rPr>
              <w:t>z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133475" cy="1181100"/>
                  <wp:effectExtent l="0" t="0" r="9525" b="0"/>
                  <wp:docPr id="103" name="Рисунок 103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5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00B61" w:rsidRDefault="00C00B61" w:rsidP="00C00B61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Изображение фигуры, полученное методом ортогонального проецирования, показано на чертежах</w:t>
            </w:r>
            <w:r w:rsidRPr="0052123C">
              <w:t> </w:t>
            </w:r>
            <w:r w:rsidRPr="00C00B61">
              <w:rPr>
                <w:lang w:val="ru-RU"/>
              </w:rPr>
              <w:t>…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</w:p>
          <w:p w:rsidR="00C00B61" w:rsidRPr="007B300E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 w:rsidRPr="007B300E">
              <w:rPr>
                <w:bCs/>
              </w:rPr>
              <w:t>А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971550" cy="1095375"/>
                  <wp:effectExtent l="0" t="0" r="0" b="9525"/>
                  <wp:docPr id="102" name="Рисунок 10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4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B300E">
              <w:rPr>
                <w:b/>
                <w:bCs/>
              </w:rPr>
              <w:t>Б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009650" cy="1019175"/>
                  <wp:effectExtent l="0" t="0" r="0" b="9525"/>
                  <wp:docPr id="101" name="Рисунок 101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3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В 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095375" cy="1114425"/>
                  <wp:effectExtent l="0" t="0" r="9525" b="9525"/>
                  <wp:docPr id="100" name="Рисунок 100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2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Г   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190625" cy="1114425"/>
                  <wp:effectExtent l="0" t="0" r="9525" b="9525"/>
                  <wp:docPr id="99" name="Рисунок 99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1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00B61" w:rsidRDefault="00C00B61" w:rsidP="00C00B61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Прямые, изображенные на чертеже, являются</w:t>
            </w:r>
            <w:r w:rsidRPr="00883EE2">
              <w:t> </w:t>
            </w:r>
            <w:r w:rsidRPr="00C00B61">
              <w:rPr>
                <w:lang w:val="ru-RU"/>
              </w:rPr>
              <w:t>…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400175" cy="1162050"/>
                  <wp:effectExtent l="0" t="0" r="9525" b="0"/>
                  <wp:docPr id="98" name="Рисунок 98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0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b/>
                <w:bCs/>
                <w:lang w:val="ru-RU"/>
              </w:rPr>
              <w:t>А</w:t>
            </w:r>
            <w:r w:rsidRPr="00C00B61">
              <w:rPr>
                <w:lang w:val="ru-RU"/>
              </w:rPr>
              <w:t xml:space="preserve"> - скрещивающимися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Б - пересекающимися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В - параллельными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Г – перпендикулярными</w:t>
            </w:r>
          </w:p>
          <w:p w:rsidR="00C00B61" w:rsidRPr="00883EE2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</w:p>
        </w:tc>
      </w:tr>
      <w:tr w:rsidR="00C00B61" w:rsidRPr="003D2A80" w:rsidTr="004F54CD">
        <w:trPr>
          <w:trHeight w:val="343"/>
        </w:trPr>
        <w:tc>
          <w:tcPr>
            <w:tcW w:w="2500" w:type="pct"/>
            <w:gridSpan w:val="2"/>
            <w:shd w:val="clear" w:color="auto" w:fill="FFFFFF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lastRenderedPageBreak/>
              <w:t>Уровень сложности</w:t>
            </w:r>
          </w:p>
        </w:tc>
        <w:tc>
          <w:tcPr>
            <w:tcW w:w="2500" w:type="pct"/>
            <w:gridSpan w:val="3"/>
            <w:shd w:val="clear" w:color="auto" w:fill="FFFFFF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>
              <w:rPr>
                <w:b/>
                <w:bCs/>
                <w:kern w:val="1"/>
                <w:szCs w:val="24"/>
              </w:rPr>
              <w:t>Повышенный</w:t>
            </w:r>
          </w:p>
        </w:tc>
      </w:tr>
      <w:tr w:rsidR="00C00B61" w:rsidRPr="00C00B61" w:rsidTr="004F54CD">
        <w:trPr>
          <w:trHeight w:val="343"/>
        </w:trPr>
        <w:tc>
          <w:tcPr>
            <w:tcW w:w="2500" w:type="pct"/>
            <w:gridSpan w:val="2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bCs/>
                <w:kern w:val="1"/>
                <w:szCs w:val="24"/>
                <w:lang w:val="ru-RU"/>
              </w:rPr>
            </w:pPr>
            <w:r w:rsidRPr="00C00B61">
              <w:rPr>
                <w:b/>
                <w:szCs w:val="24"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C00B61" w:rsidRPr="00C00B61" w:rsidTr="004F54CD">
        <w:trPr>
          <w:trHeight w:val="343"/>
        </w:trPr>
        <w:tc>
          <w:tcPr>
            <w:tcW w:w="2500" w:type="pct"/>
            <w:gridSpan w:val="2"/>
            <w:shd w:val="clear" w:color="auto" w:fill="auto"/>
            <w:vAlign w:val="center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i/>
                <w:iCs/>
                <w:szCs w:val="24"/>
              </w:rPr>
            </w:pPr>
            <w:r w:rsidRPr="003D2A80">
              <w:rPr>
                <w:i/>
                <w:iCs/>
                <w:szCs w:val="24"/>
              </w:rPr>
              <w:t>Инструкция: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i/>
                <w:iCs/>
                <w:szCs w:val="24"/>
                <w:lang w:val="ru-RU"/>
              </w:rPr>
            </w:pPr>
            <w:r w:rsidRPr="00C00B61">
              <w:rPr>
                <w:i/>
                <w:szCs w:val="24"/>
                <w:lang w:val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C00B61" w:rsidRPr="003D2A80" w:rsidTr="004F54CD">
        <w:trPr>
          <w:trHeight w:val="343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C00B61" w:rsidRDefault="00C00B61" w:rsidP="00C00B61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6567CA">
              <w:t>Установите соответствие</w:t>
            </w:r>
            <w:r>
              <w:t xml:space="preserve"> между: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C00B61">
              <w:rPr>
                <w:lang w:val="ru-RU"/>
              </w:rPr>
              <w:t>общепринятыми обозначениями плоскостей проекций, применяющиеся при формировании ортогонального чертежа (эпюра Монжа) и их обозначением</w:t>
            </w:r>
            <w:r w:rsidRPr="00C00B61">
              <w:rPr>
                <w:lang w:val="ru-RU"/>
              </w:rPr>
              <w:br/>
              <w:t>1. Горизонтальная плоскость проекций.                   А – П</w:t>
            </w:r>
            <w:r w:rsidRPr="00C00B61">
              <w:rPr>
                <w:vertAlign w:val="subscript"/>
                <w:lang w:val="ru-RU"/>
              </w:rPr>
              <w:t>1</w:t>
            </w:r>
            <w:r w:rsidRPr="00C00B61">
              <w:rPr>
                <w:lang w:val="ru-RU"/>
              </w:rPr>
              <w:br/>
              <w:t xml:space="preserve">2. Профильная плоскость </w:t>
            </w:r>
            <w:proofErr w:type="gramStart"/>
            <w:r w:rsidRPr="00C00B61">
              <w:rPr>
                <w:lang w:val="ru-RU"/>
              </w:rPr>
              <w:t>проекций..</w:t>
            </w:r>
            <w:proofErr w:type="gramEnd"/>
            <w:r w:rsidRPr="00C00B61">
              <w:rPr>
                <w:lang w:val="ru-RU"/>
              </w:rPr>
              <w:t xml:space="preserve">                        Б – П</w:t>
            </w:r>
            <w:r w:rsidRPr="00C00B61">
              <w:rPr>
                <w:vertAlign w:val="subscript"/>
                <w:lang w:val="ru-RU"/>
              </w:rPr>
              <w:t>2</w:t>
            </w:r>
            <w:r w:rsidRPr="00C00B61">
              <w:rPr>
                <w:lang w:val="ru-RU"/>
              </w:rPr>
              <w:br/>
            </w:r>
            <w:r w:rsidRPr="00C00B61">
              <w:rPr>
                <w:lang w:val="ru-RU"/>
              </w:rPr>
              <w:lastRenderedPageBreak/>
              <w:t xml:space="preserve">3.Фронтальная плоскость проекций.                        </w:t>
            </w:r>
            <w:r>
              <w:t>В – П</w:t>
            </w:r>
            <w:r>
              <w:rPr>
                <w:vertAlign w:val="subscript"/>
              </w:rPr>
              <w:t>3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 xml:space="preserve">                                                                                       Г – П</w:t>
            </w:r>
            <w:r>
              <w:rPr>
                <w:vertAlign w:val="subscript"/>
              </w:rPr>
              <w:t>0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t>(1А, 3Б, 2</w:t>
            </w:r>
            <w:r w:rsidRPr="00812CAF">
              <w:rPr>
                <w:b/>
              </w:rPr>
              <w:t>В)</w:t>
            </w:r>
          </w:p>
          <w:p w:rsidR="00C00B61" w:rsidRDefault="00C00B61" w:rsidP="00C00B61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6567CA">
              <w:t>Установите соответствие</w:t>
            </w:r>
            <w:r>
              <w:t xml:space="preserve"> между: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Названием сечения и его изображением.</w:t>
            </w:r>
            <w:r w:rsidRPr="00C00B61">
              <w:rPr>
                <w:lang w:val="ru-RU"/>
              </w:rPr>
              <w:br/>
              <w:t>1. Вынесенное сечение</w:t>
            </w:r>
            <w:r w:rsidRPr="00C00B61">
              <w:rPr>
                <w:lang w:val="ru-RU"/>
              </w:rPr>
              <w:br/>
              <w:t>2. Наложенное сечение</w:t>
            </w:r>
            <w:r w:rsidRPr="00C00B61">
              <w:rPr>
                <w:lang w:val="ru-RU"/>
              </w:rPr>
              <w:br/>
              <w:t>3. Вынесенное сечение в разрыве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C00B61">
              <w:rPr>
                <w:lang w:val="ru-RU"/>
              </w:rPr>
              <w:t xml:space="preserve"> </w:t>
            </w:r>
            <w:r>
              <w:t xml:space="preserve">А 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038225" cy="933450"/>
                  <wp:effectExtent l="0" t="0" r="9525" b="0"/>
                  <wp:docPr id="97" name="Рисунок 97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9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Б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962025" cy="647700"/>
                  <wp:effectExtent l="0" t="0" r="9525" b="0"/>
                  <wp:docPr id="96" name="Рисунок 96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8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428750" cy="781050"/>
                  <wp:effectExtent l="0" t="0" r="0" b="0"/>
                  <wp:docPr id="95" name="Рисунок 95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7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Г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933450" cy="866775"/>
                  <wp:effectExtent l="0" t="0" r="0" b="9525"/>
                  <wp:docPr id="94" name="Рисунок 94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6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t>(1А, 2Б, 3</w:t>
            </w:r>
            <w:r w:rsidRPr="00812CAF">
              <w:rPr>
                <w:b/>
              </w:rPr>
              <w:t>В)</w:t>
            </w:r>
          </w:p>
          <w:p w:rsidR="00C00B61" w:rsidRDefault="00C00B61" w:rsidP="00C00B61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6567CA">
              <w:t>Установите соответствие</w:t>
            </w:r>
            <w:r>
              <w:t xml:space="preserve"> между:</w:t>
            </w:r>
          </w:p>
          <w:p w:rsidR="00C00B61" w:rsidRPr="003E3F1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color w:val="000000"/>
                <w:vertAlign w:val="superscript"/>
              </w:rPr>
            </w:pPr>
            <w:r w:rsidRPr="00C00B61">
              <w:rPr>
                <w:color w:val="000000"/>
                <w:lang w:val="ru-RU"/>
              </w:rPr>
              <w:t>видом резьбы и углом ее профиля.</w:t>
            </w:r>
            <w:r w:rsidRPr="00C00B61">
              <w:rPr>
                <w:color w:val="000000"/>
                <w:lang w:val="ru-RU"/>
              </w:rPr>
              <w:br/>
              <w:t>1. Метрическая                                                А - 55</w:t>
            </w:r>
            <w:r w:rsidRPr="00C00B61">
              <w:rPr>
                <w:color w:val="000000"/>
                <w:vertAlign w:val="superscript"/>
                <w:lang w:val="ru-RU"/>
              </w:rPr>
              <w:t>0</w:t>
            </w:r>
            <w:r w:rsidRPr="00C00B61">
              <w:rPr>
                <w:color w:val="000000"/>
                <w:lang w:val="ru-RU"/>
              </w:rPr>
              <w:br/>
              <w:t>2. Трубная цилиндрическая                           Б – 60</w:t>
            </w:r>
            <w:r w:rsidRPr="00C00B61">
              <w:rPr>
                <w:color w:val="000000"/>
                <w:vertAlign w:val="superscript"/>
                <w:lang w:val="ru-RU"/>
              </w:rPr>
              <w:t xml:space="preserve">0 </w:t>
            </w:r>
            <w:r w:rsidRPr="00C00B61">
              <w:rPr>
                <w:color w:val="000000"/>
                <w:lang w:val="ru-RU"/>
              </w:rPr>
              <w:br/>
              <w:t xml:space="preserve">3. </w:t>
            </w:r>
            <w:r w:rsidRPr="00A51096">
              <w:rPr>
                <w:color w:val="000000"/>
              </w:rPr>
              <w:t>Трапецеидальная</w:t>
            </w:r>
            <w:r>
              <w:rPr>
                <w:color w:val="000000"/>
              </w:rPr>
              <w:t xml:space="preserve">                                        В - 30</w:t>
            </w:r>
            <w:r>
              <w:rPr>
                <w:color w:val="000000"/>
                <w:vertAlign w:val="superscript"/>
              </w:rPr>
              <w:t>0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 xml:space="preserve">                                                                          Г - 50</w:t>
            </w:r>
            <w:r>
              <w:rPr>
                <w:color w:val="000000"/>
                <w:vertAlign w:val="superscript"/>
              </w:rPr>
              <w:t>0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t>(1Б, 2А, 3</w:t>
            </w:r>
            <w:r w:rsidRPr="00812CAF">
              <w:rPr>
                <w:b/>
              </w:rPr>
              <w:t>В)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color w:val="000000"/>
                <w:vertAlign w:val="superscript"/>
              </w:rPr>
            </w:pPr>
          </w:p>
          <w:p w:rsidR="00C00B61" w:rsidRDefault="00C00B61" w:rsidP="00C00B61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6567CA">
              <w:t>Установите соответствие</w:t>
            </w:r>
            <w:r>
              <w:t xml:space="preserve"> между: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C00B61">
              <w:rPr>
                <w:lang w:val="ru-RU"/>
              </w:rPr>
              <w:t>названиями изображений и представленными чертежами</w:t>
            </w:r>
            <w:r w:rsidRPr="00C00B61">
              <w:rPr>
                <w:lang w:val="ru-RU"/>
              </w:rPr>
              <w:br/>
              <w:t xml:space="preserve">1. Фронтальный и </w:t>
            </w:r>
            <w:proofErr w:type="gramStart"/>
            <w:r w:rsidRPr="00C00B61">
              <w:rPr>
                <w:lang w:val="ru-RU"/>
              </w:rPr>
              <w:t>профильный</w:t>
            </w:r>
            <w:r>
              <w:t> </w:t>
            </w:r>
            <w:r w:rsidRPr="00C00B61">
              <w:rPr>
                <w:lang w:val="ru-RU"/>
              </w:rPr>
              <w:t xml:space="preserve"> простые</w:t>
            </w:r>
            <w:proofErr w:type="gramEnd"/>
            <w:r w:rsidRPr="00C00B61">
              <w:rPr>
                <w:lang w:val="ru-RU"/>
              </w:rPr>
              <w:t xml:space="preserve"> разрезы</w:t>
            </w:r>
            <w:r w:rsidRPr="00C00B61">
              <w:rPr>
                <w:lang w:val="ru-RU"/>
              </w:rPr>
              <w:br/>
              <w:t xml:space="preserve">2. </w:t>
            </w:r>
            <w:r>
              <w:t>Виды</w:t>
            </w:r>
            <w:r>
              <w:br/>
              <w:t>3. Сечения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 xml:space="preserve">А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371600" cy="1104900"/>
                  <wp:effectExtent l="0" t="0" r="0" b="0"/>
                  <wp:docPr id="93" name="Рисунок 93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5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Б 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123950" cy="1009650"/>
                  <wp:effectExtent l="0" t="0" r="0" b="0"/>
                  <wp:docPr id="92" name="Рисунок 9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4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923925" cy="1038225"/>
                  <wp:effectExtent l="0" t="0" r="9525" b="9525"/>
                  <wp:docPr id="91" name="Рисунок 91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3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Г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219200" cy="1247775"/>
                  <wp:effectExtent l="0" t="0" r="0" b="9525"/>
                  <wp:docPr id="90" name="Рисунок 90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2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t>(1А, 2В, 3Б</w:t>
            </w:r>
            <w:r w:rsidRPr="00812CAF">
              <w:rPr>
                <w:b/>
              </w:rPr>
              <w:t>)</w:t>
            </w:r>
          </w:p>
          <w:p w:rsidR="00C00B61" w:rsidRPr="006567CA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</w:p>
          <w:p w:rsidR="00C00B61" w:rsidRDefault="00C00B61" w:rsidP="00C00B61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6567CA">
              <w:t>Установите соответствие</w:t>
            </w:r>
            <w:r>
              <w:t xml:space="preserve"> между: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 xml:space="preserve">формулировками задач и </w:t>
            </w:r>
            <w:proofErr w:type="gramStart"/>
            <w:r w:rsidRPr="00C00B61">
              <w:rPr>
                <w:lang w:val="ru-RU"/>
              </w:rPr>
              <w:t>их решениями</w:t>
            </w:r>
            <w:proofErr w:type="gramEnd"/>
            <w:r w:rsidRPr="00C00B61">
              <w:rPr>
                <w:lang w:val="ru-RU"/>
              </w:rPr>
              <w:t xml:space="preserve"> представленными на комплексных чертежах</w:t>
            </w:r>
            <w:r w:rsidRPr="00C00B61">
              <w:rPr>
                <w:lang w:val="ru-RU"/>
              </w:rPr>
              <w:br/>
              <w:t>1. Приведение плоскости общего положения в проецирующее</w:t>
            </w:r>
            <w:r w:rsidRPr="00C00B61">
              <w:rPr>
                <w:lang w:val="ru-RU"/>
              </w:rPr>
              <w:br/>
              <w:t>2. Определение расстояния от точки до отрезка прямой</w:t>
            </w:r>
            <w:r w:rsidRPr="00C00B61">
              <w:rPr>
                <w:lang w:val="ru-RU"/>
              </w:rPr>
              <w:br/>
              <w:t>3. Нахождение натуральной величины отрезка прямой общего положения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lastRenderedPageBreak/>
              <w:t>А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123950" cy="1200150"/>
                  <wp:effectExtent l="0" t="0" r="0" b="0"/>
                  <wp:docPr id="89" name="Рисунок 89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0B61">
              <w:rPr>
                <w:lang w:val="ru-RU"/>
              </w:rPr>
              <w:t xml:space="preserve"> </w:t>
            </w:r>
            <w:proofErr w:type="gramStart"/>
            <w:r w:rsidRPr="00C00B61">
              <w:rPr>
                <w:lang w:val="ru-RU"/>
              </w:rPr>
              <w:t xml:space="preserve">Б 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962025" cy="1162050"/>
                  <wp:effectExtent l="0" t="0" r="9525" b="0"/>
                  <wp:docPr id="88" name="Рисунок 88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0B61">
              <w:rPr>
                <w:lang w:val="ru-RU"/>
              </w:rPr>
              <w:t>В</w:t>
            </w:r>
            <w:proofErr w:type="gramEnd"/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209675" cy="1238250"/>
                  <wp:effectExtent l="0" t="0" r="9525" b="0"/>
                  <wp:docPr id="87" name="Рисунок 87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9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0B61">
              <w:rPr>
                <w:lang w:val="ru-RU"/>
              </w:rPr>
              <w:t xml:space="preserve">Г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028700" cy="1133475"/>
                  <wp:effectExtent l="0" t="0" r="0" b="9525"/>
                  <wp:docPr id="86" name="Рисунок 86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t>(1А, 2Б, 3В</w:t>
            </w:r>
            <w:r w:rsidRPr="00812CAF">
              <w:rPr>
                <w:b/>
              </w:rPr>
              <w:t>)</w:t>
            </w:r>
          </w:p>
          <w:p w:rsidR="00C00B61" w:rsidRPr="006567CA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</w:p>
          <w:p w:rsidR="00C00B61" w:rsidRDefault="00C00B61" w:rsidP="00C00B61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6567CA">
              <w:t>Установите соответствие</w:t>
            </w:r>
            <w:r>
              <w:t xml:space="preserve"> между: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формулировками задач и представленными комплексными чертежами</w:t>
            </w:r>
            <w:r w:rsidRPr="00C00B61">
              <w:rPr>
                <w:lang w:val="ru-RU"/>
              </w:rPr>
              <w:br/>
              <w:t>1. Построение точки пересечения прямой общего положения с плоскостью общего положения</w:t>
            </w:r>
            <w:r w:rsidRPr="00C00B61">
              <w:rPr>
                <w:lang w:val="ru-RU"/>
              </w:rPr>
              <w:br/>
              <w:t>2.</w:t>
            </w:r>
            <w:r>
              <w:t> </w:t>
            </w:r>
            <w:r w:rsidRPr="00C00B61">
              <w:rPr>
                <w:lang w:val="ru-RU"/>
              </w:rPr>
              <w:t>Построение линии пересечения плоскостей общего положения</w:t>
            </w:r>
            <w:r>
              <w:t> </w:t>
            </w:r>
            <w:r w:rsidRPr="00C00B61">
              <w:rPr>
                <w:lang w:val="ru-RU"/>
              </w:rPr>
              <w:br/>
              <w:t>3.</w:t>
            </w:r>
            <w:r>
              <w:t> </w:t>
            </w:r>
            <w:r w:rsidRPr="00C00B61">
              <w:rPr>
                <w:lang w:val="ru-RU"/>
              </w:rPr>
              <w:t>Построение линии пересечения плоскостей, одна из которых задана следами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 xml:space="preserve">А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285875" cy="1362075"/>
                  <wp:effectExtent l="0" t="0" r="9525" b="9525"/>
                  <wp:docPr id="85" name="Рисунок 85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7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Б 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143000" cy="1285875"/>
                  <wp:effectExtent l="0" t="0" r="0" b="9525"/>
                  <wp:docPr id="84" name="Рисунок 84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6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466850" cy="1285875"/>
                  <wp:effectExtent l="0" t="0" r="0" b="9525"/>
                  <wp:docPr id="83" name="Рисунок 83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5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Г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104900" cy="1133475"/>
                  <wp:effectExtent l="0" t="0" r="0" b="9525"/>
                  <wp:docPr id="82" name="Рисунок 82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4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t>(1А, 2Б, 3В</w:t>
            </w:r>
            <w:r w:rsidRPr="00812CAF">
              <w:rPr>
                <w:b/>
              </w:rPr>
              <w:t>)</w:t>
            </w:r>
          </w:p>
          <w:p w:rsidR="00C00B61" w:rsidRPr="006567CA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</w:p>
          <w:p w:rsidR="00C00B61" w:rsidRPr="006567CA" w:rsidRDefault="00C00B61" w:rsidP="00C00B61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6567CA">
              <w:t>Установите соответствие</w:t>
            </w:r>
            <w:r>
              <w:t xml:space="preserve"> между: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буквенным обозначением секущей плоскости и полученным с помощью нее сечением, обозначенным цифрой.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1. Плоскость А-А</w:t>
            </w:r>
            <w:r w:rsidRPr="00C00B61">
              <w:rPr>
                <w:lang w:val="ru-RU"/>
              </w:rPr>
              <w:br/>
              <w:t>2. Плоскость Б-Б</w:t>
            </w:r>
            <w:r w:rsidRPr="00C00B61">
              <w:rPr>
                <w:lang w:val="ru-RU"/>
              </w:rPr>
              <w:br/>
              <w:t>3. Плоскость В-В</w:t>
            </w:r>
            <w:r w:rsidRPr="00C00B61">
              <w:rPr>
                <w:lang w:val="ru-RU"/>
              </w:rPr>
              <w:br/>
              <w:t>4. Плоскость Г-Г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Cs w:val="24"/>
              </w:rPr>
            </w:pPr>
            <w:r w:rsidRPr="00CE359C">
              <w:rPr>
                <w:noProof/>
                <w:szCs w:val="24"/>
                <w:lang w:val="ru-RU" w:eastAsia="ru-RU"/>
              </w:rPr>
              <w:drawing>
                <wp:inline distT="0" distB="0" distL="0" distR="0">
                  <wp:extent cx="1828800" cy="1666875"/>
                  <wp:effectExtent l="0" t="0" r="0" b="9525"/>
                  <wp:docPr id="81" name="Рисунок 8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3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8E1190" w:rsidRDefault="00C00B61" w:rsidP="004F54CD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 w:rsidRPr="008E1190">
              <w:rPr>
                <w:b/>
              </w:rPr>
              <w:t>(1-5, 2-3, 3-2, 4-4)</w:t>
            </w:r>
          </w:p>
          <w:p w:rsidR="00C00B61" w:rsidRPr="00945334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Cs w:val="24"/>
              </w:rPr>
            </w:pPr>
          </w:p>
        </w:tc>
      </w:tr>
      <w:tr w:rsidR="00C00B61" w:rsidRPr="003D2A80" w:rsidTr="004F54CD">
        <w:trPr>
          <w:trHeight w:val="343"/>
        </w:trPr>
        <w:tc>
          <w:tcPr>
            <w:tcW w:w="2500" w:type="pct"/>
            <w:gridSpan w:val="2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lastRenderedPageBreak/>
              <w:t>Уровень сложности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>
              <w:rPr>
                <w:b/>
                <w:bCs/>
                <w:kern w:val="1"/>
                <w:szCs w:val="24"/>
              </w:rPr>
              <w:t>Высокий</w:t>
            </w:r>
          </w:p>
        </w:tc>
      </w:tr>
      <w:tr w:rsidR="00C00B61" w:rsidRPr="003D2A80" w:rsidTr="004F54CD">
        <w:trPr>
          <w:trHeight w:val="343"/>
        </w:trPr>
        <w:tc>
          <w:tcPr>
            <w:tcW w:w="2500" w:type="pct"/>
            <w:gridSpan w:val="2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szCs w:val="24"/>
              </w:rPr>
              <w:lastRenderedPageBreak/>
              <w:t>Тип задания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D201B7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bCs/>
                <w:kern w:val="1"/>
                <w:szCs w:val="24"/>
              </w:rPr>
            </w:pPr>
            <w:r w:rsidRPr="00D201B7">
              <w:rPr>
                <w:b/>
                <w:szCs w:val="24"/>
              </w:rPr>
              <w:t>Задания с развернутым ответом</w:t>
            </w:r>
          </w:p>
        </w:tc>
      </w:tr>
      <w:tr w:rsidR="00C00B61" w:rsidRPr="003D2A80" w:rsidTr="004F54CD">
        <w:trPr>
          <w:trHeight w:val="343"/>
        </w:trPr>
        <w:tc>
          <w:tcPr>
            <w:tcW w:w="2500" w:type="pct"/>
            <w:gridSpan w:val="2"/>
            <w:shd w:val="clear" w:color="auto" w:fill="auto"/>
            <w:vAlign w:val="center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i/>
                <w:iCs/>
                <w:szCs w:val="24"/>
              </w:rPr>
            </w:pPr>
            <w:r w:rsidRPr="003D2A80">
              <w:rPr>
                <w:i/>
                <w:iCs/>
                <w:szCs w:val="24"/>
              </w:rPr>
              <w:t>Инструкция: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D201B7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i/>
                <w:iCs/>
                <w:szCs w:val="24"/>
              </w:rPr>
            </w:pPr>
            <w:r w:rsidRPr="00D201B7">
              <w:rPr>
                <w:i/>
                <w:szCs w:val="24"/>
              </w:rPr>
              <w:t>введите развернутый обоснованный ответ</w:t>
            </w:r>
          </w:p>
        </w:tc>
      </w:tr>
      <w:tr w:rsidR="00C00B61" w:rsidRPr="00C00B61" w:rsidTr="004F54CD">
        <w:trPr>
          <w:trHeight w:val="343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0B61" w:rsidRPr="00C00B61" w:rsidRDefault="00C00B61" w:rsidP="00C00B61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Cs w:val="24"/>
                <w:lang w:val="ru-RU"/>
              </w:rPr>
            </w:pPr>
            <w:r w:rsidRPr="00C00B61">
              <w:rPr>
                <w:lang w:val="ru-RU"/>
              </w:rPr>
              <w:t xml:space="preserve">Каким плоскостям проекций принадлежат точки К, </w:t>
            </w:r>
            <w:r>
              <w:t>S</w:t>
            </w:r>
            <w:r w:rsidRPr="00C00B61">
              <w:rPr>
                <w:lang w:val="ru-RU"/>
              </w:rPr>
              <w:t xml:space="preserve">, </w:t>
            </w:r>
            <w:r>
              <w:t>L</w:t>
            </w:r>
            <w:r w:rsidRPr="00C00B61">
              <w:rPr>
                <w:lang w:val="ru-RU"/>
              </w:rPr>
              <w:t>. Охарактеризуйте положение точки Е.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szCs w:val="24"/>
              </w:rPr>
            </w:pPr>
            <w:r w:rsidRPr="00CE359C">
              <w:rPr>
                <w:noProof/>
                <w:szCs w:val="24"/>
                <w:lang w:val="ru-RU" w:eastAsia="ru-RU"/>
              </w:rPr>
              <w:drawing>
                <wp:inline distT="0" distB="0" distL="0" distR="0">
                  <wp:extent cx="1162050" cy="1076325"/>
                  <wp:effectExtent l="0" t="0" r="0" b="9525"/>
                  <wp:docPr id="80" name="Рисунок 80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2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proofErr w:type="gramStart"/>
            <w:r w:rsidRPr="00C00B61">
              <w:rPr>
                <w:b/>
                <w:bCs/>
                <w:lang w:val="ru-RU"/>
              </w:rPr>
              <w:t>Ответ:</w:t>
            </w:r>
            <w:r w:rsidRPr="00C00B61">
              <w:rPr>
                <w:lang w:val="ru-RU"/>
              </w:rPr>
              <w:t>профильной</w:t>
            </w:r>
            <w:proofErr w:type="gramEnd"/>
            <w:r w:rsidRPr="00C00B61">
              <w:rPr>
                <w:lang w:val="ru-RU"/>
              </w:rPr>
              <w:t>, горизонтальной, фронтальной, в пространстве</w:t>
            </w:r>
          </w:p>
        </w:tc>
      </w:tr>
    </w:tbl>
    <w:p w:rsidR="00C00B61" w:rsidRPr="00C00B61" w:rsidRDefault="00C00B61" w:rsidP="00C00B61">
      <w:pPr>
        <w:autoSpaceDE w:val="0"/>
        <w:autoSpaceDN w:val="0"/>
        <w:adjustRightInd w:val="0"/>
        <w:spacing w:line="276" w:lineRule="auto"/>
        <w:jc w:val="both"/>
        <w:rPr>
          <w:kern w:val="1"/>
          <w:szCs w:val="24"/>
          <w:lang w:val="ru-RU"/>
        </w:rPr>
      </w:pPr>
    </w:p>
    <w:p w:rsidR="00C00B61" w:rsidRPr="004416F6" w:rsidRDefault="00C00B61" w:rsidP="00C00B61">
      <w:pPr>
        <w:autoSpaceDE w:val="0"/>
        <w:autoSpaceDN w:val="0"/>
        <w:adjustRightInd w:val="0"/>
        <w:spacing w:line="276" w:lineRule="auto"/>
        <w:jc w:val="center"/>
        <w:rPr>
          <w:b/>
          <w:bCs/>
          <w:kern w:val="1"/>
          <w:szCs w:val="24"/>
        </w:rPr>
      </w:pPr>
      <w:r w:rsidRPr="004416F6">
        <w:rPr>
          <w:b/>
          <w:bCs/>
          <w:szCs w:val="24"/>
        </w:rPr>
        <w:t>Комплект тестовых заданий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2294"/>
        <w:gridCol w:w="65"/>
        <w:gridCol w:w="2637"/>
        <w:gridCol w:w="2250"/>
      </w:tblGrid>
      <w:tr w:rsidR="00C00B61" w:rsidRPr="003D2A80" w:rsidTr="004F54CD">
        <w:tc>
          <w:tcPr>
            <w:tcW w:w="1342" w:type="pct"/>
            <w:shd w:val="clear" w:color="auto" w:fill="D9D9D9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 xml:space="preserve">Индикатор </w:t>
            </w:r>
          </w:p>
        </w:tc>
        <w:tc>
          <w:tcPr>
            <w:tcW w:w="1191" w:type="pct"/>
            <w:gridSpan w:val="2"/>
            <w:shd w:val="clear" w:color="auto" w:fill="D9D9D9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>ОПК – 1.2</w:t>
            </w:r>
          </w:p>
        </w:tc>
        <w:tc>
          <w:tcPr>
            <w:tcW w:w="1331" w:type="pct"/>
            <w:shd w:val="clear" w:color="auto" w:fill="D9D9D9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>Семестр</w:t>
            </w:r>
          </w:p>
        </w:tc>
        <w:tc>
          <w:tcPr>
            <w:tcW w:w="1136" w:type="pct"/>
            <w:shd w:val="clear" w:color="auto" w:fill="D9D9D9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>1</w:t>
            </w:r>
          </w:p>
        </w:tc>
      </w:tr>
      <w:tr w:rsidR="00C00B61" w:rsidRPr="003D2A80" w:rsidTr="004F54CD">
        <w:tc>
          <w:tcPr>
            <w:tcW w:w="2533" w:type="pct"/>
            <w:gridSpan w:val="3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>Уровень сложности</w:t>
            </w:r>
          </w:p>
        </w:tc>
        <w:tc>
          <w:tcPr>
            <w:tcW w:w="2467" w:type="pct"/>
            <w:gridSpan w:val="2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>Базовый</w:t>
            </w:r>
          </w:p>
        </w:tc>
      </w:tr>
      <w:tr w:rsidR="00C00B61" w:rsidRPr="003D2A80" w:rsidTr="004F54CD">
        <w:tc>
          <w:tcPr>
            <w:tcW w:w="2533" w:type="pct"/>
            <w:gridSpan w:val="3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2467" w:type="pct"/>
            <w:gridSpan w:val="2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szCs w:val="24"/>
              </w:rPr>
              <w:t>выбором одного/нескольких ответов</w:t>
            </w:r>
          </w:p>
        </w:tc>
      </w:tr>
      <w:tr w:rsidR="00C00B61" w:rsidRPr="00C00B61" w:rsidTr="004F54CD">
        <w:tc>
          <w:tcPr>
            <w:tcW w:w="2533" w:type="pct"/>
            <w:gridSpan w:val="3"/>
            <w:shd w:val="clear" w:color="auto" w:fill="auto"/>
            <w:vAlign w:val="center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i/>
                <w:iCs/>
                <w:szCs w:val="24"/>
              </w:rPr>
            </w:pPr>
            <w:r w:rsidRPr="003D2A80">
              <w:rPr>
                <w:i/>
                <w:iCs/>
                <w:szCs w:val="24"/>
              </w:rPr>
              <w:t>Инструкция:</w:t>
            </w:r>
          </w:p>
        </w:tc>
        <w:tc>
          <w:tcPr>
            <w:tcW w:w="2467" w:type="pct"/>
            <w:gridSpan w:val="2"/>
            <w:shd w:val="clear" w:color="auto" w:fill="auto"/>
          </w:tcPr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i/>
                <w:iCs/>
                <w:szCs w:val="24"/>
                <w:lang w:val="ru-RU"/>
              </w:rPr>
            </w:pPr>
            <w:r w:rsidRPr="00C00B61">
              <w:rPr>
                <w:i/>
                <w:iCs/>
                <w:szCs w:val="24"/>
                <w:lang w:val="ru-RU"/>
              </w:rPr>
              <w:t>укажите один вариант ответа / не менее двух вариантов</w:t>
            </w:r>
          </w:p>
        </w:tc>
      </w:tr>
      <w:tr w:rsidR="00C00B61" w:rsidRPr="00C00B61" w:rsidTr="004F54CD">
        <w:tc>
          <w:tcPr>
            <w:tcW w:w="5000" w:type="pct"/>
            <w:gridSpan w:val="5"/>
            <w:shd w:val="clear" w:color="auto" w:fill="auto"/>
            <w:vAlign w:val="center"/>
          </w:tcPr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C00B61" w:rsidRPr="00C00B61" w:rsidRDefault="00C00B61" w:rsidP="00C00B61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 xml:space="preserve">Продолжите предложение. Линия пересечения двух заданных поверхностей представляет </w:t>
            </w:r>
            <w:proofErr w:type="gramStart"/>
            <w:r w:rsidRPr="00C00B61">
              <w:rPr>
                <w:lang w:val="ru-RU"/>
              </w:rPr>
              <w:t>собой</w:t>
            </w:r>
            <w:r w:rsidRPr="005A08C3">
              <w:t> </w:t>
            </w:r>
            <w:r w:rsidRPr="00C00B61">
              <w:rPr>
                <w:lang w:val="ru-RU"/>
              </w:rPr>
              <w:t xml:space="preserve"> …</w:t>
            </w:r>
            <w:proofErr w:type="gramEnd"/>
          </w:p>
          <w:p w:rsidR="00C00B61" w:rsidRPr="005A08C3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152525" cy="1514475"/>
                  <wp:effectExtent l="0" t="0" r="9525" b="9525"/>
                  <wp:docPr id="79" name="Рисунок 79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А – пространственную кривую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  <w:r w:rsidRPr="00C00B61">
              <w:rPr>
                <w:b/>
                <w:bCs/>
                <w:lang w:val="ru-RU"/>
              </w:rPr>
              <w:t>Б</w:t>
            </w:r>
            <w:r w:rsidRPr="00C00B61">
              <w:rPr>
                <w:lang w:val="ru-RU"/>
              </w:rPr>
              <w:t xml:space="preserve"> – ломаную линию</w:t>
            </w:r>
          </w:p>
          <w:p w:rsidR="00C00B61" w:rsidRPr="005A08C3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>
              <w:t>В – несколько плоских кривых</w:t>
            </w:r>
          </w:p>
          <w:p w:rsidR="00C00B61" w:rsidRPr="00C00B61" w:rsidRDefault="00C00B61" w:rsidP="00C00B61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Какой способ следует применить для построения линия пересечения заданных на чертеже поверхностей?</w:t>
            </w:r>
            <w:r>
              <w:t> 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</w:p>
          <w:p w:rsidR="00C00B61" w:rsidRPr="005A08C3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123950" cy="1438275"/>
                  <wp:effectExtent l="0" t="0" r="0" b="9525"/>
                  <wp:docPr id="78" name="Рисунок 78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0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5A08C3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А – способ сфер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  <w:r w:rsidRPr="00C00B61">
              <w:rPr>
                <w:b/>
                <w:bCs/>
                <w:lang w:val="ru-RU"/>
              </w:rPr>
              <w:lastRenderedPageBreak/>
              <w:t>Б</w:t>
            </w:r>
            <w:r w:rsidRPr="00C00B61">
              <w:rPr>
                <w:lang w:val="ru-RU"/>
              </w:rPr>
              <w:t xml:space="preserve"> – способ секущих плоскостей</w:t>
            </w:r>
          </w:p>
        </w:tc>
      </w:tr>
      <w:tr w:rsidR="00C00B61" w:rsidRPr="003D2A80" w:rsidTr="004F54CD">
        <w:trPr>
          <w:trHeight w:val="343"/>
        </w:trPr>
        <w:tc>
          <w:tcPr>
            <w:tcW w:w="2500" w:type="pct"/>
            <w:gridSpan w:val="2"/>
            <w:shd w:val="clear" w:color="auto" w:fill="FFFFFF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lastRenderedPageBreak/>
              <w:t>Уровень сложности</w:t>
            </w:r>
          </w:p>
        </w:tc>
        <w:tc>
          <w:tcPr>
            <w:tcW w:w="2500" w:type="pct"/>
            <w:gridSpan w:val="3"/>
            <w:shd w:val="clear" w:color="auto" w:fill="FFFFFF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>
              <w:rPr>
                <w:b/>
                <w:bCs/>
                <w:kern w:val="1"/>
                <w:szCs w:val="24"/>
              </w:rPr>
              <w:t>Повышенный</w:t>
            </w:r>
          </w:p>
        </w:tc>
      </w:tr>
      <w:tr w:rsidR="00C00B61" w:rsidRPr="00C00B61" w:rsidTr="004F54CD">
        <w:trPr>
          <w:trHeight w:val="343"/>
        </w:trPr>
        <w:tc>
          <w:tcPr>
            <w:tcW w:w="2500" w:type="pct"/>
            <w:gridSpan w:val="2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bCs/>
                <w:kern w:val="1"/>
                <w:szCs w:val="24"/>
                <w:lang w:val="ru-RU"/>
              </w:rPr>
            </w:pPr>
            <w:r w:rsidRPr="00C00B61">
              <w:rPr>
                <w:b/>
                <w:szCs w:val="24"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C00B61" w:rsidRPr="00C00B61" w:rsidTr="004F54CD">
        <w:trPr>
          <w:trHeight w:val="343"/>
        </w:trPr>
        <w:tc>
          <w:tcPr>
            <w:tcW w:w="2500" w:type="pct"/>
            <w:gridSpan w:val="2"/>
            <w:shd w:val="clear" w:color="auto" w:fill="auto"/>
            <w:vAlign w:val="center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i/>
                <w:iCs/>
                <w:szCs w:val="24"/>
              </w:rPr>
            </w:pPr>
            <w:r w:rsidRPr="003D2A80">
              <w:rPr>
                <w:i/>
                <w:iCs/>
                <w:szCs w:val="24"/>
              </w:rPr>
              <w:t>Инструкция: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i/>
                <w:iCs/>
                <w:szCs w:val="24"/>
                <w:lang w:val="ru-RU"/>
              </w:rPr>
            </w:pPr>
            <w:r w:rsidRPr="00C00B61">
              <w:rPr>
                <w:i/>
                <w:szCs w:val="24"/>
                <w:lang w:val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C00B61" w:rsidRPr="00673BC3" w:rsidTr="004F54CD">
        <w:trPr>
          <w:trHeight w:val="343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C00B61" w:rsidRPr="00DC1D50" w:rsidRDefault="00C00B61" w:rsidP="00C00B61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Cs w:val="24"/>
              </w:rPr>
            </w:pPr>
            <w:r w:rsidRPr="006567CA">
              <w:t>Установите соответствие</w:t>
            </w:r>
            <w:r>
              <w:t xml:space="preserve"> между: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Установите соответствие между названиями разрезов и их чертежами</w:t>
            </w:r>
            <w:r>
              <w:t> </w:t>
            </w:r>
            <w:r w:rsidRPr="00C00B61">
              <w:rPr>
                <w:lang w:val="ru-RU"/>
              </w:rPr>
              <w:br/>
              <w:t>1. Сложный ступенчатый разрез</w:t>
            </w:r>
            <w:r w:rsidRPr="00C00B61">
              <w:rPr>
                <w:lang w:val="ru-RU"/>
              </w:rPr>
              <w:br/>
              <w:t>2. Сложный ломаный разрез</w:t>
            </w:r>
            <w:r w:rsidRPr="00C00B61">
              <w:rPr>
                <w:lang w:val="ru-RU"/>
              </w:rPr>
              <w:br/>
              <w:t>3. Простой разрез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А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209675" cy="1143000"/>
                  <wp:effectExtent l="0" t="0" r="9525" b="0"/>
                  <wp:docPr id="77" name="Рисунок 77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9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0B61">
              <w:rPr>
                <w:lang w:val="ru-RU"/>
              </w:rPr>
              <w:t xml:space="preserve">Б  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247775" cy="1228725"/>
                  <wp:effectExtent l="0" t="0" r="9525" b="9525"/>
                  <wp:docPr id="76" name="Рисунок 76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8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0B61">
              <w:rPr>
                <w:lang w:val="ru-RU"/>
              </w:rPr>
              <w:t xml:space="preserve"> В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543050" cy="1390650"/>
                  <wp:effectExtent l="0" t="0" r="0" b="0"/>
                  <wp:docPr id="75" name="Рисунок 75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7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0B61">
              <w:rPr>
                <w:lang w:val="ru-RU"/>
              </w:rPr>
              <w:t>Г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314450" cy="1123950"/>
                  <wp:effectExtent l="0" t="0" r="0" b="0"/>
                  <wp:docPr id="74" name="Рисунок 74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6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t>(1А, 2Б, 3</w:t>
            </w:r>
            <w:r w:rsidRPr="00812CAF">
              <w:rPr>
                <w:b/>
              </w:rPr>
              <w:t>В)</w:t>
            </w:r>
          </w:p>
          <w:p w:rsidR="00C00B61" w:rsidRPr="00A55B4D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Cs w:val="24"/>
              </w:rPr>
            </w:pPr>
          </w:p>
          <w:p w:rsidR="00C00B61" w:rsidRPr="00DC1D50" w:rsidRDefault="00C00B61" w:rsidP="00C00B61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Cs w:val="24"/>
              </w:rPr>
            </w:pPr>
            <w:r w:rsidRPr="006567CA">
              <w:t>Установите соответствие</w:t>
            </w:r>
            <w:r>
              <w:t xml:space="preserve"> между: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названиями прямых и их комплексными чертежами</w:t>
            </w:r>
            <w:r w:rsidRPr="00C00B61">
              <w:rPr>
                <w:sz w:val="27"/>
                <w:szCs w:val="27"/>
                <w:lang w:val="ru-RU"/>
              </w:rPr>
              <w:br/>
            </w:r>
            <w:r w:rsidRPr="00C00B61">
              <w:rPr>
                <w:lang w:val="ru-RU"/>
              </w:rPr>
              <w:t>1. Фронталь</w:t>
            </w:r>
            <w:r w:rsidRPr="00C00B61">
              <w:rPr>
                <w:lang w:val="ru-RU"/>
              </w:rPr>
              <w:br/>
              <w:t>2. Горизонталь</w:t>
            </w:r>
            <w:r w:rsidRPr="00C00B61">
              <w:rPr>
                <w:lang w:val="ru-RU"/>
              </w:rPr>
              <w:br/>
              <w:t>3. Профильная прямая уровня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proofErr w:type="gramStart"/>
            <w:r w:rsidRPr="00C00B61">
              <w:rPr>
                <w:lang w:val="ru-RU"/>
              </w:rPr>
              <w:t>А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438275" cy="923925"/>
                  <wp:effectExtent l="0" t="0" r="9525" b="9525"/>
                  <wp:docPr id="73" name="Рисунок 73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0B61">
              <w:rPr>
                <w:lang w:val="ru-RU"/>
              </w:rPr>
              <w:t xml:space="preserve">  Б</w:t>
            </w:r>
            <w:proofErr w:type="gramEnd"/>
            <w:r w:rsidRPr="00C00B61">
              <w:rPr>
                <w:lang w:val="ru-RU"/>
              </w:rPr>
              <w:t xml:space="preserve">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238250" cy="809625"/>
                  <wp:effectExtent l="0" t="0" r="0" b="9525"/>
                  <wp:docPr id="72" name="Рисунок 7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4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0B61">
              <w:rPr>
                <w:lang w:val="ru-RU"/>
              </w:rPr>
              <w:t xml:space="preserve"> В 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104900" cy="781050"/>
                  <wp:effectExtent l="0" t="0" r="0" b="0"/>
                  <wp:docPr id="71" name="Рисунок 71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0B61">
              <w:rPr>
                <w:lang w:val="ru-RU"/>
              </w:rPr>
              <w:t xml:space="preserve"> Г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200150" cy="838200"/>
                  <wp:effectExtent l="0" t="0" r="0" b="0"/>
                  <wp:docPr id="70" name="Рисунок 70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t>(1Б, 2А, 3</w:t>
            </w:r>
            <w:r w:rsidRPr="00812CAF">
              <w:rPr>
                <w:b/>
              </w:rPr>
              <w:t>В)</w:t>
            </w:r>
          </w:p>
          <w:p w:rsidR="00C00B61" w:rsidRPr="00A55B4D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Cs w:val="24"/>
              </w:rPr>
            </w:pPr>
          </w:p>
          <w:p w:rsidR="00C00B61" w:rsidRPr="00856BCF" w:rsidRDefault="00C00B61" w:rsidP="00C00B61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Cs w:val="24"/>
              </w:rPr>
            </w:pPr>
            <w:r>
              <w:t xml:space="preserve">Установите соответствие между: 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обозначенными на рисунке элементами поверхности вращения и их наименованием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1. Осевая плоскость</w:t>
            </w:r>
            <w:r>
              <w:br/>
              <w:t>2. Экватор</w:t>
            </w:r>
            <w:r>
              <w:br/>
              <w:t>3. Горло 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Cs w:val="24"/>
              </w:rPr>
            </w:pP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Cs w:val="24"/>
              </w:rPr>
            </w:pPr>
            <w:r w:rsidRPr="00CE359C">
              <w:rPr>
                <w:noProof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1009650" cy="1514475"/>
                  <wp:effectExtent l="0" t="0" r="0" b="9525"/>
                  <wp:docPr id="69" name="Рисунок 69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lang w:val="ru-RU"/>
              </w:rPr>
            </w:pPr>
            <w:r w:rsidRPr="00C00B61">
              <w:rPr>
                <w:bCs/>
                <w:lang w:val="ru-RU"/>
              </w:rPr>
              <w:t xml:space="preserve">А - </w:t>
            </w:r>
            <w:r w:rsidRPr="00715CC9">
              <w:rPr>
                <w:bCs/>
              </w:rPr>
              <w:t>β</w:t>
            </w:r>
            <w:r w:rsidRPr="00C00B61">
              <w:rPr>
                <w:bCs/>
                <w:lang w:val="ru-RU"/>
              </w:rPr>
              <w:t xml:space="preserve">     Б – </w:t>
            </w:r>
            <w:r w:rsidRPr="00715CC9">
              <w:rPr>
                <w:bCs/>
              </w:rPr>
              <w:t>n</w:t>
            </w:r>
            <w:r w:rsidRPr="00C00B61">
              <w:rPr>
                <w:bCs/>
                <w:lang w:val="ru-RU"/>
              </w:rPr>
              <w:t xml:space="preserve">В – </w:t>
            </w:r>
            <w:r w:rsidRPr="00715CC9">
              <w:rPr>
                <w:bCs/>
              </w:rPr>
              <w:t>g</w:t>
            </w:r>
            <w:r w:rsidRPr="00C00B61">
              <w:rPr>
                <w:bCs/>
                <w:lang w:val="ru-RU"/>
              </w:rPr>
              <w:t xml:space="preserve">Г- </w:t>
            </w:r>
            <w:r w:rsidRPr="00715CC9">
              <w:rPr>
                <w:bCs/>
              </w:rPr>
              <w:t>m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lang w:val="ru-RU"/>
              </w:rPr>
            </w:pPr>
            <w:r w:rsidRPr="00C00B61">
              <w:rPr>
                <w:b/>
                <w:lang w:val="ru-RU"/>
              </w:rPr>
              <w:t>(1А, 2Б, 3В)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Cs w:val="24"/>
                <w:lang w:val="ru-RU"/>
              </w:rPr>
            </w:pPr>
          </w:p>
          <w:p w:rsidR="00C00B61" w:rsidRPr="00715CC9" w:rsidRDefault="00C00B61" w:rsidP="00C00B61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715CC9">
              <w:t xml:space="preserve">Установите соответствие между 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 xml:space="preserve">проекциями точек на комплексном чертеже и </w:t>
            </w:r>
            <w:proofErr w:type="gramStart"/>
            <w:r w:rsidRPr="00C00B61">
              <w:rPr>
                <w:lang w:val="ru-RU"/>
              </w:rPr>
              <w:t>наименованием прямых</w:t>
            </w:r>
            <w:proofErr w:type="gramEnd"/>
            <w:r w:rsidRPr="00C00B61">
              <w:rPr>
                <w:lang w:val="ru-RU"/>
              </w:rPr>
              <w:t xml:space="preserve"> которым они принадлежат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133475" cy="1095375"/>
                  <wp:effectExtent l="0" t="0" r="9525" b="9525"/>
                  <wp:docPr id="68" name="Рисунок 68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1. Одной и той же горизонтально-проецирующей прямой</w:t>
            </w:r>
            <w:r w:rsidRPr="00C00B61">
              <w:rPr>
                <w:lang w:val="ru-RU"/>
              </w:rPr>
              <w:br/>
              <w:t>2. Одной и той же фронтально-проецирующей прямой</w:t>
            </w:r>
            <w:r w:rsidRPr="00C00B61">
              <w:rPr>
                <w:lang w:val="ru-RU"/>
              </w:rPr>
              <w:br/>
              <w:t>3. Одной и той же профильно-проецирующей прямой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lang w:val="ru-RU"/>
              </w:rPr>
            </w:pPr>
            <w:r w:rsidRPr="00C00B61">
              <w:rPr>
                <w:bCs/>
                <w:lang w:val="ru-RU"/>
              </w:rPr>
              <w:t xml:space="preserve">А – А и В      Б – В и СВ – В и </w:t>
            </w:r>
            <w:r>
              <w:rPr>
                <w:bCs/>
              </w:rPr>
              <w:t>D</w:t>
            </w:r>
            <w:r w:rsidRPr="00C00B61">
              <w:rPr>
                <w:bCs/>
                <w:lang w:val="ru-RU"/>
              </w:rPr>
              <w:t>Г- А и С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t>(1А, 2Б, 3</w:t>
            </w:r>
            <w:r w:rsidRPr="00812CAF">
              <w:rPr>
                <w:b/>
              </w:rPr>
              <w:t>В)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</w:p>
          <w:p w:rsidR="00C00B61" w:rsidRPr="00242911" w:rsidRDefault="00C00B61" w:rsidP="00C00B61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242911">
              <w:t>Установите соответствие между: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 xml:space="preserve"> обозначениями и наименованиями расстояний, на которые точка А удалена от плоскостей проекций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vertAlign w:val="subscript"/>
                <w:lang w:val="ru-RU"/>
              </w:rPr>
            </w:pP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152525" cy="1238250"/>
                  <wp:effectExtent l="0" t="0" r="9525" b="0"/>
                  <wp:docPr id="67" name="Рисунок 67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911">
              <w:t> </w:t>
            </w:r>
            <w:r w:rsidRPr="00C00B61">
              <w:rPr>
                <w:lang w:val="ru-RU"/>
              </w:rPr>
              <w:br/>
              <w:t>1. А</w:t>
            </w:r>
            <w:r w:rsidRPr="00C00B61">
              <w:rPr>
                <w:vertAlign w:val="subscript"/>
                <w:lang w:val="ru-RU"/>
              </w:rPr>
              <w:t>х</w:t>
            </w:r>
            <w:r w:rsidRPr="00C00B61">
              <w:rPr>
                <w:lang w:val="ru-RU"/>
              </w:rPr>
              <w:br/>
              <w:t xml:space="preserve">2. </w:t>
            </w:r>
            <w:r w:rsidRPr="00242911">
              <w:t>A</w:t>
            </w:r>
            <w:r w:rsidRPr="00242911">
              <w:rPr>
                <w:vertAlign w:val="subscript"/>
              </w:rPr>
              <w:t>y</w:t>
            </w:r>
            <w:r w:rsidRPr="00C00B61">
              <w:rPr>
                <w:lang w:val="ru-RU"/>
              </w:rPr>
              <w:br/>
              <w:t xml:space="preserve">3. </w:t>
            </w:r>
            <w:r w:rsidRPr="00242911">
              <w:t>A</w:t>
            </w:r>
            <w:r w:rsidRPr="00242911">
              <w:rPr>
                <w:vertAlign w:val="subscript"/>
              </w:rPr>
              <w:t>z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vertAlign w:val="subscript"/>
                <w:lang w:val="ru-RU"/>
              </w:rPr>
            </w:pPr>
            <w:r w:rsidRPr="00C00B61">
              <w:rPr>
                <w:lang w:val="ru-RU"/>
              </w:rPr>
              <w:t>А - расстояние от точки А до профильной плоскости проекций П</w:t>
            </w:r>
            <w:r w:rsidRPr="00C00B61">
              <w:rPr>
                <w:vertAlign w:val="subscript"/>
                <w:lang w:val="ru-RU"/>
              </w:rPr>
              <w:t>3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vertAlign w:val="subscript"/>
                <w:lang w:val="ru-RU"/>
              </w:rPr>
            </w:pPr>
            <w:r w:rsidRPr="00C00B61">
              <w:rPr>
                <w:lang w:val="ru-RU"/>
              </w:rPr>
              <w:t>Б - расстояние от точки А до горизонтальной плоскости проекций П</w:t>
            </w:r>
            <w:r w:rsidRPr="00C00B61">
              <w:rPr>
                <w:vertAlign w:val="subscript"/>
                <w:lang w:val="ru-RU"/>
              </w:rPr>
              <w:t>1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vertAlign w:val="subscript"/>
                <w:lang w:val="ru-RU"/>
              </w:rPr>
            </w:pPr>
            <w:r w:rsidRPr="00C00B61">
              <w:rPr>
                <w:lang w:val="ru-RU"/>
              </w:rPr>
              <w:t>В - расстояние от точки А до фронтальной плоскости проекций П</w:t>
            </w:r>
            <w:r w:rsidRPr="00C00B61">
              <w:rPr>
                <w:vertAlign w:val="subscript"/>
                <w:lang w:val="ru-RU"/>
              </w:rPr>
              <w:t>2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vertAlign w:val="subscript"/>
                <w:lang w:val="ru-RU"/>
              </w:rPr>
            </w:pPr>
            <w:r w:rsidRPr="00C00B61">
              <w:rPr>
                <w:lang w:val="ru-RU"/>
              </w:rPr>
              <w:t>Г - расстояние от точки А до точки начала координат О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lastRenderedPageBreak/>
              <w:t>(1А, 2В, 3Б</w:t>
            </w:r>
            <w:r w:rsidRPr="00812CAF">
              <w:rPr>
                <w:b/>
              </w:rPr>
              <w:t>)</w:t>
            </w:r>
          </w:p>
          <w:p w:rsidR="00C00B61" w:rsidRPr="0024291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</w:p>
          <w:p w:rsidR="00C00B61" w:rsidRPr="00C00B61" w:rsidRDefault="00C00B61" w:rsidP="00C00B61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Cs w:val="24"/>
                <w:lang w:val="ru-RU"/>
              </w:rPr>
            </w:pPr>
            <w:r w:rsidRPr="00C00B61">
              <w:rPr>
                <w:lang w:val="ru-RU"/>
              </w:rPr>
              <w:t>Установите соответствие между наименованием многогранника и его ортогональным чертежом</w:t>
            </w:r>
            <w:r w:rsidRPr="00C00B61">
              <w:rPr>
                <w:lang w:val="ru-RU"/>
              </w:rPr>
              <w:br/>
              <w:t>1. Правильная трехгранная пирамида</w:t>
            </w:r>
            <w:r w:rsidRPr="00C00B61">
              <w:rPr>
                <w:lang w:val="ru-RU"/>
              </w:rPr>
              <w:br/>
              <w:t>2. Правильная четырехгранная пирамида</w:t>
            </w:r>
            <w:r w:rsidRPr="00C00B61">
              <w:rPr>
                <w:lang w:val="ru-RU"/>
              </w:rPr>
              <w:br/>
              <w:t>3. Прямая четырехгранная призма</w:t>
            </w:r>
            <w:r w:rsidRPr="00C00B61">
              <w:rPr>
                <w:lang w:val="ru-RU"/>
              </w:rPr>
              <w:br/>
              <w:t>4. Наклонная трехгранная призма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Cs w:val="24"/>
                <w:lang w:val="ru-RU"/>
              </w:rPr>
            </w:pP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Cs w:val="24"/>
              </w:rPr>
            </w:pPr>
            <w:r w:rsidRPr="00FE797C">
              <w:t>А</w:t>
            </w:r>
            <w:r w:rsidRPr="00CE359C">
              <w:rPr>
                <w:noProof/>
                <w:szCs w:val="24"/>
                <w:lang w:val="ru-RU" w:eastAsia="ru-RU"/>
              </w:rPr>
              <w:drawing>
                <wp:inline distT="0" distB="0" distL="0" distR="0">
                  <wp:extent cx="971550" cy="1162050"/>
                  <wp:effectExtent l="0" t="0" r="0" b="0"/>
                  <wp:docPr id="66" name="Рисунок 66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775A">
              <w:t>Б</w:t>
            </w:r>
            <w:r w:rsidRPr="00CE359C">
              <w:rPr>
                <w:noProof/>
                <w:szCs w:val="24"/>
                <w:lang w:val="ru-RU" w:eastAsia="ru-RU"/>
              </w:rPr>
              <w:drawing>
                <wp:inline distT="0" distB="0" distL="0" distR="0">
                  <wp:extent cx="885825" cy="1133475"/>
                  <wp:effectExtent l="0" t="0" r="9525" b="9525"/>
                  <wp:docPr id="65" name="Рисунок 65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775A">
              <w:t>В</w:t>
            </w:r>
            <w:r w:rsidRPr="00CE359C">
              <w:rPr>
                <w:noProof/>
                <w:szCs w:val="24"/>
                <w:lang w:val="ru-RU" w:eastAsia="ru-RU"/>
              </w:rPr>
              <w:drawing>
                <wp:inline distT="0" distB="0" distL="0" distR="0">
                  <wp:extent cx="895350" cy="1104900"/>
                  <wp:effectExtent l="0" t="0" r="0" b="0"/>
                  <wp:docPr id="64" name="Рисунок 64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775A">
              <w:t>Г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942975" cy="1095375"/>
                  <wp:effectExtent l="0" t="0" r="9525" b="9525"/>
                  <wp:docPr id="63" name="Рисунок 63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Cs w:val="24"/>
              </w:rPr>
            </w:pP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t>(1А, 2Б, 3В</w:t>
            </w:r>
            <w:r w:rsidRPr="00812CAF">
              <w:rPr>
                <w:b/>
              </w:rPr>
              <w:t>)</w:t>
            </w:r>
          </w:p>
          <w:p w:rsidR="00C00B61" w:rsidRPr="007E0DE2" w:rsidRDefault="00C00B61" w:rsidP="00C00B61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7E0DE2">
              <w:rPr>
                <w:color w:val="000000"/>
              </w:rPr>
              <w:t>Установите соответствие между: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color w:val="000000"/>
                <w:lang w:val="ru-RU"/>
              </w:rPr>
              <w:t xml:space="preserve"> обозначением параметра резьбы и его названием.</w:t>
            </w:r>
          </w:p>
          <w:p w:rsidR="00C00B61" w:rsidRPr="00A55B4D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Cs w:val="24"/>
              </w:rPr>
            </w:pPr>
            <w:r w:rsidRPr="00CE359C">
              <w:rPr>
                <w:noProof/>
                <w:szCs w:val="24"/>
                <w:lang w:val="ru-RU" w:eastAsia="ru-RU"/>
              </w:rPr>
              <w:drawing>
                <wp:inline distT="0" distB="0" distL="0" distR="0">
                  <wp:extent cx="952500" cy="1019175"/>
                  <wp:effectExtent l="0" t="0" r="0" b="9525"/>
                  <wp:docPr id="62" name="Рисунок 6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color w:val="000000"/>
                <w:lang w:val="ru-RU"/>
              </w:rPr>
            </w:pPr>
            <w:r w:rsidRPr="00C00B61">
              <w:rPr>
                <w:color w:val="000000"/>
                <w:lang w:val="ru-RU"/>
              </w:rPr>
              <w:t xml:space="preserve">1. </w:t>
            </w:r>
            <w:r w:rsidRPr="007E0DE2">
              <w:rPr>
                <w:color w:val="000000"/>
              </w:rPr>
              <w:t>L</w:t>
            </w:r>
            <w:r w:rsidRPr="00C00B61">
              <w:rPr>
                <w:color w:val="000000"/>
                <w:lang w:val="ru-RU"/>
              </w:rPr>
              <w:t xml:space="preserve">2. </w:t>
            </w:r>
            <w:r w:rsidRPr="007E0DE2">
              <w:rPr>
                <w:color w:val="000000"/>
              </w:rPr>
              <w:t>B</w:t>
            </w:r>
            <w:r w:rsidRPr="00C00B61">
              <w:rPr>
                <w:color w:val="000000"/>
                <w:lang w:val="ru-RU"/>
              </w:rPr>
              <w:t xml:space="preserve">3. </w:t>
            </w:r>
            <w:r w:rsidRPr="007E0DE2">
              <w:rPr>
                <w:color w:val="000000"/>
              </w:rPr>
              <w:t>E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color w:val="000000"/>
                <w:lang w:val="ru-RU"/>
              </w:rPr>
            </w:pPr>
            <w:r w:rsidRPr="00C00B61">
              <w:rPr>
                <w:color w:val="000000"/>
                <w:lang w:val="ru-RU"/>
              </w:rPr>
              <w:t>А - длина резьбы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color w:val="000000"/>
                <w:lang w:val="ru-RU"/>
              </w:rPr>
            </w:pPr>
            <w:r w:rsidRPr="00C00B61">
              <w:rPr>
                <w:color w:val="000000"/>
                <w:lang w:val="ru-RU"/>
              </w:rPr>
              <w:t>Б - сбег резьбы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color w:val="000000"/>
                <w:lang w:val="ru-RU"/>
              </w:rPr>
            </w:pPr>
            <w:r w:rsidRPr="00C00B61">
              <w:rPr>
                <w:color w:val="000000"/>
                <w:lang w:val="ru-RU"/>
              </w:rPr>
              <w:t>В - недовод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color w:val="000000"/>
                <w:lang w:val="ru-RU"/>
              </w:rPr>
            </w:pPr>
            <w:r w:rsidRPr="00C00B61">
              <w:rPr>
                <w:color w:val="000000"/>
                <w:lang w:val="ru-RU"/>
              </w:rPr>
              <w:t>Г – недорез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t>(1А, 2Б, 3В</w:t>
            </w:r>
            <w:r w:rsidRPr="00812CAF">
              <w:rPr>
                <w:b/>
              </w:rPr>
              <w:t>)</w:t>
            </w:r>
          </w:p>
          <w:p w:rsidR="00C00B61" w:rsidRPr="007E0DE2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</w:pPr>
          </w:p>
        </w:tc>
      </w:tr>
      <w:tr w:rsidR="00C00B61" w:rsidRPr="00673BC3" w:rsidTr="004F54CD">
        <w:trPr>
          <w:trHeight w:val="343"/>
        </w:trPr>
        <w:tc>
          <w:tcPr>
            <w:tcW w:w="2500" w:type="pct"/>
            <w:gridSpan w:val="2"/>
            <w:shd w:val="clear" w:color="auto" w:fill="auto"/>
          </w:tcPr>
          <w:p w:rsidR="00C00B61" w:rsidRPr="006567CA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3D2A80">
              <w:rPr>
                <w:b/>
                <w:bCs/>
                <w:kern w:val="1"/>
                <w:szCs w:val="24"/>
              </w:rPr>
              <w:lastRenderedPageBreak/>
              <w:t>Уровень сложности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6567CA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rPr>
                <w:b/>
                <w:bCs/>
                <w:kern w:val="1"/>
                <w:szCs w:val="24"/>
              </w:rPr>
              <w:t>Высокий</w:t>
            </w:r>
          </w:p>
        </w:tc>
      </w:tr>
      <w:tr w:rsidR="00C00B61" w:rsidRPr="00673BC3" w:rsidTr="004F54CD">
        <w:trPr>
          <w:trHeight w:val="343"/>
        </w:trPr>
        <w:tc>
          <w:tcPr>
            <w:tcW w:w="2500" w:type="pct"/>
            <w:gridSpan w:val="2"/>
            <w:shd w:val="clear" w:color="auto" w:fill="auto"/>
          </w:tcPr>
          <w:p w:rsidR="00C00B61" w:rsidRPr="006567CA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3D2A80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6567CA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D201B7">
              <w:rPr>
                <w:b/>
                <w:szCs w:val="24"/>
              </w:rPr>
              <w:t>Задания с развернутым ответом</w:t>
            </w:r>
          </w:p>
        </w:tc>
      </w:tr>
      <w:tr w:rsidR="00C00B61" w:rsidRPr="00673BC3" w:rsidTr="004F54CD">
        <w:trPr>
          <w:trHeight w:val="343"/>
        </w:trPr>
        <w:tc>
          <w:tcPr>
            <w:tcW w:w="2500" w:type="pct"/>
            <w:gridSpan w:val="2"/>
            <w:shd w:val="clear" w:color="auto" w:fill="auto"/>
            <w:vAlign w:val="center"/>
          </w:tcPr>
          <w:p w:rsidR="00C00B61" w:rsidRPr="006567CA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3D2A80">
              <w:rPr>
                <w:i/>
                <w:iCs/>
                <w:szCs w:val="24"/>
              </w:rPr>
              <w:t>Инструкция: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6567CA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D201B7">
              <w:rPr>
                <w:i/>
                <w:szCs w:val="24"/>
              </w:rPr>
              <w:t>введите развернутый обоснованный ответ</w:t>
            </w:r>
          </w:p>
        </w:tc>
      </w:tr>
      <w:tr w:rsidR="00C00B61" w:rsidRPr="00C00B61" w:rsidTr="004F54CD">
        <w:trPr>
          <w:trHeight w:val="343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C00B61" w:rsidRPr="00394AEC" w:rsidRDefault="00C00B61" w:rsidP="00C00B61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iCs/>
              </w:rPr>
            </w:pPr>
            <w:r w:rsidRPr="00C00B61">
              <w:rPr>
                <w:lang w:val="ru-RU"/>
              </w:rPr>
              <w:t xml:space="preserve">Необходимо ли использовать проецирующую плоскость-посредник при решении данной задачи на взаимное пересечение? </w:t>
            </w:r>
            <w:r>
              <w:t>Какое расположена в пространстве</w:t>
            </w:r>
            <w:proofErr w:type="gramStart"/>
            <w:r>
              <w:t>  плоскость</w:t>
            </w:r>
            <w:proofErr w:type="gramEnd"/>
            <w:r>
              <w:t xml:space="preserve"> DEF?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iCs/>
              </w:rPr>
            </w:pP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009650" cy="1000125"/>
                  <wp:effectExtent l="0" t="0" r="0" b="9525"/>
                  <wp:docPr id="61" name="Рисунок 6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iCs/>
                <w:lang w:val="ru-RU"/>
              </w:rPr>
            </w:pPr>
            <w:r w:rsidRPr="00C00B61">
              <w:rPr>
                <w:iCs/>
                <w:lang w:val="ru-RU"/>
              </w:rPr>
              <w:t>Отчет: Нет. Проецирующая плоскость задана по условию.</w:t>
            </w:r>
          </w:p>
        </w:tc>
      </w:tr>
    </w:tbl>
    <w:p w:rsidR="00C00B61" w:rsidRPr="00C00B61" w:rsidRDefault="00C00B61" w:rsidP="00C00B61">
      <w:pPr>
        <w:autoSpaceDE w:val="0"/>
        <w:autoSpaceDN w:val="0"/>
        <w:adjustRightInd w:val="0"/>
        <w:spacing w:line="276" w:lineRule="auto"/>
        <w:jc w:val="both"/>
        <w:rPr>
          <w:kern w:val="1"/>
          <w:szCs w:val="24"/>
          <w:lang w:val="ru-RU"/>
        </w:rPr>
      </w:pPr>
    </w:p>
    <w:p w:rsidR="00C00B61" w:rsidRPr="00C00B61" w:rsidRDefault="00C00B61" w:rsidP="00C00B61">
      <w:pPr>
        <w:autoSpaceDE w:val="0"/>
        <w:autoSpaceDN w:val="0"/>
        <w:adjustRightInd w:val="0"/>
        <w:spacing w:line="276" w:lineRule="auto"/>
        <w:jc w:val="both"/>
        <w:rPr>
          <w:kern w:val="1"/>
          <w:szCs w:val="24"/>
          <w:lang w:val="ru-RU"/>
        </w:rPr>
      </w:pPr>
    </w:p>
    <w:p w:rsidR="00C00B61" w:rsidRPr="00C00B61" w:rsidRDefault="00C00B61" w:rsidP="00C00B61">
      <w:pPr>
        <w:autoSpaceDE w:val="0"/>
        <w:autoSpaceDN w:val="0"/>
        <w:adjustRightInd w:val="0"/>
        <w:spacing w:line="276" w:lineRule="auto"/>
        <w:jc w:val="both"/>
        <w:rPr>
          <w:kern w:val="1"/>
          <w:szCs w:val="24"/>
          <w:lang w:val="ru-RU"/>
        </w:rPr>
      </w:pPr>
    </w:p>
    <w:p w:rsidR="00C00B61" w:rsidRPr="004416F6" w:rsidRDefault="00C00B61" w:rsidP="00C00B61">
      <w:pPr>
        <w:autoSpaceDE w:val="0"/>
        <w:autoSpaceDN w:val="0"/>
        <w:adjustRightInd w:val="0"/>
        <w:spacing w:line="276" w:lineRule="auto"/>
        <w:jc w:val="center"/>
        <w:rPr>
          <w:b/>
          <w:bCs/>
          <w:kern w:val="1"/>
          <w:szCs w:val="24"/>
        </w:rPr>
      </w:pPr>
      <w:r w:rsidRPr="004416F6">
        <w:rPr>
          <w:b/>
          <w:bCs/>
          <w:szCs w:val="24"/>
        </w:rPr>
        <w:t>Комплект тестовых заданий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2294"/>
        <w:gridCol w:w="65"/>
        <w:gridCol w:w="2637"/>
        <w:gridCol w:w="2250"/>
      </w:tblGrid>
      <w:tr w:rsidR="00C00B61" w:rsidRPr="003D2A80" w:rsidTr="004F54CD">
        <w:tc>
          <w:tcPr>
            <w:tcW w:w="1342" w:type="pct"/>
            <w:shd w:val="clear" w:color="auto" w:fill="D9D9D9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 xml:space="preserve">Индикатор </w:t>
            </w:r>
          </w:p>
        </w:tc>
        <w:tc>
          <w:tcPr>
            <w:tcW w:w="1191" w:type="pct"/>
            <w:gridSpan w:val="2"/>
            <w:shd w:val="clear" w:color="auto" w:fill="D9D9D9"/>
          </w:tcPr>
          <w:p w:rsidR="00C00B61" w:rsidRPr="009103DB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>ОПК – 1.</w:t>
            </w:r>
            <w:r>
              <w:rPr>
                <w:b/>
                <w:bCs/>
                <w:kern w:val="1"/>
                <w:szCs w:val="24"/>
              </w:rPr>
              <w:t>1</w:t>
            </w:r>
          </w:p>
        </w:tc>
        <w:tc>
          <w:tcPr>
            <w:tcW w:w="1331" w:type="pct"/>
            <w:shd w:val="clear" w:color="auto" w:fill="D9D9D9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>Семестр</w:t>
            </w:r>
          </w:p>
        </w:tc>
        <w:tc>
          <w:tcPr>
            <w:tcW w:w="1136" w:type="pct"/>
            <w:shd w:val="clear" w:color="auto" w:fill="D9D9D9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>
              <w:rPr>
                <w:b/>
                <w:bCs/>
                <w:kern w:val="1"/>
                <w:szCs w:val="24"/>
              </w:rPr>
              <w:t>2</w:t>
            </w:r>
          </w:p>
        </w:tc>
      </w:tr>
      <w:tr w:rsidR="00C00B61" w:rsidRPr="003D2A80" w:rsidTr="004F54CD">
        <w:tc>
          <w:tcPr>
            <w:tcW w:w="2533" w:type="pct"/>
            <w:gridSpan w:val="3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>Уровень сложности</w:t>
            </w:r>
          </w:p>
        </w:tc>
        <w:tc>
          <w:tcPr>
            <w:tcW w:w="2467" w:type="pct"/>
            <w:gridSpan w:val="2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>Базовый</w:t>
            </w:r>
          </w:p>
        </w:tc>
      </w:tr>
      <w:tr w:rsidR="00C00B61" w:rsidRPr="003D2A80" w:rsidTr="004F54CD">
        <w:tc>
          <w:tcPr>
            <w:tcW w:w="2533" w:type="pct"/>
            <w:gridSpan w:val="3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2467" w:type="pct"/>
            <w:gridSpan w:val="2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szCs w:val="24"/>
              </w:rPr>
              <w:t>выбором одного/нескольких ответов</w:t>
            </w:r>
          </w:p>
        </w:tc>
      </w:tr>
      <w:tr w:rsidR="00C00B61" w:rsidRPr="00C00B61" w:rsidTr="004F54CD">
        <w:tc>
          <w:tcPr>
            <w:tcW w:w="2533" w:type="pct"/>
            <w:gridSpan w:val="3"/>
            <w:shd w:val="clear" w:color="auto" w:fill="auto"/>
            <w:vAlign w:val="center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i/>
                <w:iCs/>
                <w:szCs w:val="24"/>
              </w:rPr>
            </w:pPr>
            <w:r w:rsidRPr="003D2A80">
              <w:rPr>
                <w:i/>
                <w:iCs/>
                <w:szCs w:val="24"/>
              </w:rPr>
              <w:t>Инструкция:</w:t>
            </w:r>
          </w:p>
        </w:tc>
        <w:tc>
          <w:tcPr>
            <w:tcW w:w="2467" w:type="pct"/>
            <w:gridSpan w:val="2"/>
            <w:shd w:val="clear" w:color="auto" w:fill="auto"/>
          </w:tcPr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i/>
                <w:iCs/>
                <w:szCs w:val="24"/>
                <w:lang w:val="ru-RU"/>
              </w:rPr>
            </w:pPr>
            <w:r w:rsidRPr="00C00B61">
              <w:rPr>
                <w:i/>
                <w:iCs/>
                <w:szCs w:val="24"/>
                <w:lang w:val="ru-RU"/>
              </w:rPr>
              <w:t>укажите один вариант ответа / не менее двух вариантов</w:t>
            </w:r>
          </w:p>
        </w:tc>
      </w:tr>
      <w:tr w:rsidR="00C00B61" w:rsidRPr="003D2A80" w:rsidTr="004F54CD">
        <w:tc>
          <w:tcPr>
            <w:tcW w:w="5000" w:type="pct"/>
            <w:gridSpan w:val="5"/>
            <w:shd w:val="clear" w:color="auto" w:fill="auto"/>
            <w:vAlign w:val="center"/>
          </w:tcPr>
          <w:p w:rsidR="00C00B61" w:rsidRPr="00C00B61" w:rsidRDefault="00C00B61" w:rsidP="00C00B61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Параллельные прямые изображены на чертеже</w:t>
            </w:r>
            <w:r w:rsidRPr="00CF2230">
              <w:t> </w:t>
            </w:r>
            <w:r w:rsidRPr="00C00B61">
              <w:rPr>
                <w:lang w:val="ru-RU"/>
              </w:rPr>
              <w:t>…</w:t>
            </w:r>
          </w:p>
          <w:p w:rsidR="00C00B61" w:rsidRPr="00A820D0" w:rsidRDefault="00C00B61" w:rsidP="004F54CD">
            <w:pPr>
              <w:pStyle w:val="ae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sz w:val="20"/>
                <w:szCs w:val="20"/>
                <w:lang w:val="ru-RU"/>
              </w:rPr>
            </w:pPr>
            <w:r w:rsidRPr="00A820D0">
              <w:rPr>
                <w:b/>
                <w:bCs/>
                <w:sz w:val="20"/>
                <w:szCs w:val="20"/>
                <w:lang w:val="ru-RU"/>
              </w:rPr>
              <w:t xml:space="preserve">А                                       </w:t>
            </w:r>
            <w:r w:rsidRPr="00A820D0">
              <w:rPr>
                <w:bCs/>
                <w:sz w:val="20"/>
                <w:szCs w:val="20"/>
                <w:lang w:val="ru-RU"/>
              </w:rPr>
              <w:t xml:space="preserve">Б                                          </w:t>
            </w:r>
            <w:proofErr w:type="gramStart"/>
            <w:r w:rsidRPr="00A820D0">
              <w:rPr>
                <w:bCs/>
                <w:sz w:val="20"/>
                <w:szCs w:val="20"/>
                <w:lang w:val="ru-RU"/>
              </w:rPr>
              <w:t>В</w:t>
            </w:r>
            <w:proofErr w:type="gramEnd"/>
            <w:r w:rsidRPr="00A820D0">
              <w:rPr>
                <w:bCs/>
                <w:sz w:val="20"/>
                <w:szCs w:val="20"/>
                <w:lang w:val="ru-RU"/>
              </w:rPr>
              <w:t xml:space="preserve">                                     Г</w:t>
            </w:r>
          </w:p>
          <w:p w:rsidR="00C00B61" w:rsidRDefault="00C00B61" w:rsidP="004F54CD">
            <w:pPr>
              <w:pStyle w:val="ae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</w:pPr>
            <w:r w:rsidRPr="00CE359C">
              <w:rPr>
                <w:noProof/>
                <w:lang w:val="ru-RU" w:eastAsia="ru-RU"/>
              </w:rPr>
              <w:drawing>
                <wp:inline distT="0" distB="0" distL="0" distR="0">
                  <wp:extent cx="1162050" cy="1524000"/>
                  <wp:effectExtent l="0" t="0" r="0" b="0"/>
                  <wp:docPr id="60" name="Рисунок 60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E359C">
              <w:rPr>
                <w:noProof/>
                <w:lang w:val="ru-RU" w:eastAsia="ru-RU"/>
              </w:rPr>
              <w:drawing>
                <wp:inline distT="0" distB="0" distL="0" distR="0">
                  <wp:extent cx="1171575" cy="1905000"/>
                  <wp:effectExtent l="0" t="0" r="9525" b="0"/>
                  <wp:docPr id="59" name="Рисунок 59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E359C">
              <w:rPr>
                <w:noProof/>
                <w:lang w:val="ru-RU" w:eastAsia="ru-RU"/>
              </w:rPr>
              <w:drawing>
                <wp:inline distT="0" distB="0" distL="0" distR="0">
                  <wp:extent cx="1381125" cy="1952625"/>
                  <wp:effectExtent l="0" t="0" r="9525" b="9525"/>
                  <wp:docPr id="58" name="Рисунок 58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E359C">
              <w:rPr>
                <w:noProof/>
                <w:lang w:val="ru-RU" w:eastAsia="ru-RU"/>
              </w:rPr>
              <w:drawing>
                <wp:inline distT="0" distB="0" distL="0" distR="0">
                  <wp:extent cx="1152525" cy="2019300"/>
                  <wp:effectExtent l="0" t="0" r="9525" b="0"/>
                  <wp:docPr id="57" name="Рисунок 57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00B61" w:rsidRDefault="00C00B61" w:rsidP="00C00B61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Дополнительный вид представлен на рисунке</w:t>
            </w:r>
            <w:r w:rsidRPr="003A2FFE">
              <w:t> </w:t>
            </w:r>
            <w:r w:rsidRPr="00C00B61">
              <w:rPr>
                <w:lang w:val="ru-RU"/>
              </w:rPr>
              <w:t>…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</w:p>
          <w:p w:rsidR="00C00B61" w:rsidRPr="002C5C19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bCs/>
              </w:rPr>
            </w:pPr>
            <w:r w:rsidRPr="003D2A80">
              <w:rPr>
                <w:b/>
                <w:bCs/>
              </w:rPr>
              <w:t>А</w:t>
            </w:r>
            <w:r w:rsidRPr="002C5C19">
              <w:rPr>
                <w:bCs/>
              </w:rPr>
              <w:t>Б                                                В                                 Г</w:t>
            </w:r>
          </w:p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i/>
                <w:iCs/>
                <w:szCs w:val="24"/>
              </w:rPr>
            </w:pP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533525" cy="1171575"/>
                  <wp:effectExtent l="0" t="0" r="9525" b="9525"/>
                  <wp:docPr id="56" name="Рисунок 56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543050" cy="1123950"/>
                  <wp:effectExtent l="0" t="0" r="0" b="0"/>
                  <wp:docPr id="55" name="Рисунок 55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514475" cy="971550"/>
                  <wp:effectExtent l="0" t="0" r="9525" b="0"/>
                  <wp:docPr id="54" name="Рисунок 54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238250" cy="1190625"/>
                  <wp:effectExtent l="0" t="0" r="0" b="9525"/>
                  <wp:docPr id="53" name="Рисунок 53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0B61" w:rsidRPr="003D2A80" w:rsidTr="004F54CD">
        <w:tc>
          <w:tcPr>
            <w:tcW w:w="2500" w:type="pct"/>
            <w:gridSpan w:val="2"/>
            <w:shd w:val="clear" w:color="auto" w:fill="auto"/>
          </w:tcPr>
          <w:p w:rsidR="00C00B61" w:rsidRPr="00CF223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b/>
                <w:bCs/>
                <w:kern w:val="1"/>
                <w:szCs w:val="24"/>
              </w:rPr>
              <w:t>Уровень сложности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CF223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>
              <w:rPr>
                <w:b/>
                <w:bCs/>
                <w:kern w:val="1"/>
                <w:szCs w:val="24"/>
              </w:rPr>
              <w:t>Повышенный</w:t>
            </w:r>
          </w:p>
        </w:tc>
      </w:tr>
      <w:tr w:rsidR="00C00B61" w:rsidRPr="00C00B61" w:rsidTr="004F54CD">
        <w:tc>
          <w:tcPr>
            <w:tcW w:w="2500" w:type="pct"/>
            <w:gridSpan w:val="2"/>
            <w:shd w:val="clear" w:color="auto" w:fill="auto"/>
          </w:tcPr>
          <w:p w:rsidR="00C00B61" w:rsidRPr="00CF223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b/>
                <w:szCs w:val="24"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C00B61" w:rsidRPr="00C00B61" w:rsidTr="004F54CD">
        <w:tc>
          <w:tcPr>
            <w:tcW w:w="2500" w:type="pct"/>
            <w:gridSpan w:val="2"/>
            <w:shd w:val="clear" w:color="auto" w:fill="auto"/>
            <w:vAlign w:val="center"/>
          </w:tcPr>
          <w:p w:rsidR="00C00B61" w:rsidRPr="00CF223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i/>
                <w:iCs/>
                <w:szCs w:val="24"/>
              </w:rPr>
              <w:t>Инструкция: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i/>
                <w:szCs w:val="24"/>
                <w:lang w:val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C00B61" w:rsidRPr="003D2A80" w:rsidTr="004F54CD">
        <w:tc>
          <w:tcPr>
            <w:tcW w:w="5000" w:type="pct"/>
            <w:gridSpan w:val="5"/>
            <w:shd w:val="clear" w:color="auto" w:fill="auto"/>
            <w:vAlign w:val="center"/>
          </w:tcPr>
          <w:p w:rsidR="00C00B61" w:rsidRPr="00335731" w:rsidRDefault="00C00B61" w:rsidP="00C00B61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iCs/>
              </w:rPr>
            </w:pPr>
            <w:r w:rsidRPr="00335731">
              <w:t>Установите соответствие между: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 xml:space="preserve"> наименованием параметра резьбовой поверхности и его обозначением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iCs/>
                <w:lang w:val="ru-RU"/>
              </w:rPr>
            </w:pP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123950" cy="628650"/>
                  <wp:effectExtent l="0" t="0" r="0" b="0"/>
                  <wp:docPr id="52" name="Рисунок 5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0B61">
              <w:rPr>
                <w:color w:val="000000"/>
                <w:lang w:val="ru-RU"/>
              </w:rPr>
              <w:t xml:space="preserve">1. </w:t>
            </w:r>
            <w:r w:rsidRPr="00E650F0">
              <w:rPr>
                <w:color w:val="000000"/>
              </w:rPr>
              <w:t>D</w:t>
            </w:r>
            <w:r w:rsidRPr="00C00B61">
              <w:rPr>
                <w:color w:val="000000"/>
                <w:lang w:val="ru-RU"/>
              </w:rPr>
              <w:t xml:space="preserve"> 2. </w:t>
            </w:r>
            <w:r w:rsidRPr="00E650F0">
              <w:rPr>
                <w:color w:val="000000"/>
              </w:rPr>
              <w:t>D</w:t>
            </w:r>
            <w:r w:rsidRPr="00C00B61">
              <w:rPr>
                <w:color w:val="000000"/>
                <w:vertAlign w:val="subscript"/>
                <w:lang w:val="ru-RU"/>
              </w:rPr>
              <w:t xml:space="preserve">1 </w:t>
            </w:r>
            <w:r w:rsidRPr="00C00B61">
              <w:rPr>
                <w:color w:val="000000"/>
                <w:lang w:val="ru-RU"/>
              </w:rPr>
              <w:t xml:space="preserve">3. </w:t>
            </w:r>
            <w:r w:rsidRPr="00E650F0">
              <w:rPr>
                <w:color w:val="000000"/>
              </w:rPr>
              <w:t>D</w:t>
            </w:r>
            <w:r w:rsidRPr="00C00B61">
              <w:rPr>
                <w:color w:val="000000"/>
                <w:vertAlign w:val="subscript"/>
                <w:lang w:val="ru-RU"/>
              </w:rPr>
              <w:t>3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lang w:val="ru-RU"/>
              </w:rPr>
            </w:pPr>
            <w:r w:rsidRPr="00C00B61">
              <w:rPr>
                <w:color w:val="000000"/>
                <w:lang w:val="ru-RU"/>
              </w:rPr>
              <w:t>А - наружный диаметр резьбы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lang w:val="ru-RU"/>
              </w:rPr>
            </w:pPr>
            <w:r w:rsidRPr="00C00B61">
              <w:rPr>
                <w:color w:val="000000"/>
                <w:lang w:val="ru-RU"/>
              </w:rPr>
              <w:t>Б - внутренний диаметр резьбы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color w:val="000000"/>
                <w:lang w:val="ru-RU"/>
              </w:rPr>
            </w:pPr>
            <w:r w:rsidRPr="00C00B61">
              <w:rPr>
                <w:color w:val="000000"/>
                <w:lang w:val="ru-RU"/>
              </w:rPr>
              <w:lastRenderedPageBreak/>
              <w:t>В - диаметр проточки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lang w:val="ru-RU"/>
              </w:rPr>
            </w:pPr>
            <w:r w:rsidRPr="00C00B61">
              <w:rPr>
                <w:color w:val="000000"/>
                <w:lang w:val="ru-RU"/>
              </w:rPr>
              <w:t>Г - средний диаметр резьбы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lang w:val="ru-RU"/>
              </w:rPr>
            </w:pPr>
            <w:r w:rsidRPr="00C00B61">
              <w:rPr>
                <w:b/>
                <w:lang w:val="ru-RU"/>
              </w:rPr>
              <w:t>(1А, 2Б, 3В)</w:t>
            </w:r>
          </w:p>
          <w:p w:rsidR="00C00B61" w:rsidRPr="00DE4C5C" w:rsidRDefault="00C00B61" w:rsidP="00C00B61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iCs/>
              </w:rPr>
            </w:pPr>
            <w:r w:rsidRPr="00DE4C5C">
              <w:t>Установите соответствие между: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 xml:space="preserve"> наименованием плоскости и ее комплексным чертежом</w:t>
            </w:r>
            <w:r w:rsidRPr="00C00B61">
              <w:rPr>
                <w:lang w:val="ru-RU"/>
              </w:rPr>
              <w:br/>
              <w:t>1. Горизонтальная плоскость уровня</w:t>
            </w:r>
            <w:r w:rsidRPr="00C00B61">
              <w:rPr>
                <w:lang w:val="ru-RU"/>
              </w:rPr>
              <w:br/>
              <w:t>2. Фронтальная плоскость уровня</w:t>
            </w:r>
            <w:r w:rsidRPr="00C00B61">
              <w:rPr>
                <w:sz w:val="27"/>
                <w:szCs w:val="27"/>
                <w:lang w:val="ru-RU"/>
              </w:rPr>
              <w:br/>
            </w:r>
            <w:r w:rsidRPr="00C00B61">
              <w:rPr>
                <w:lang w:val="ru-RU"/>
              </w:rPr>
              <w:t>3. Профильная плоскость уровня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proofErr w:type="gramStart"/>
            <w:r w:rsidRPr="00C00B61">
              <w:rPr>
                <w:lang w:val="ru-RU"/>
              </w:rPr>
              <w:t>А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885825" cy="1181100"/>
                  <wp:effectExtent l="0" t="0" r="9525" b="0"/>
                  <wp:docPr id="51" name="Рисунок 5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0B61">
              <w:rPr>
                <w:lang w:val="ru-RU"/>
              </w:rPr>
              <w:t xml:space="preserve">  Б</w:t>
            </w:r>
            <w:proofErr w:type="gramEnd"/>
            <w:r w:rsidRPr="00C00B61">
              <w:rPr>
                <w:lang w:val="ru-RU"/>
              </w:rPr>
              <w:t xml:space="preserve"> 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952500" cy="1095375"/>
                  <wp:effectExtent l="0" t="0" r="0" b="9525"/>
                  <wp:docPr id="50" name="Рисунок 50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0B61">
              <w:rPr>
                <w:lang w:val="ru-RU"/>
              </w:rPr>
              <w:t xml:space="preserve"> В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657350" cy="704850"/>
                  <wp:effectExtent l="0" t="0" r="0" b="0"/>
                  <wp:docPr id="49" name="Рисунок 49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0B61">
              <w:rPr>
                <w:lang w:val="ru-RU"/>
              </w:rPr>
              <w:t xml:space="preserve"> Г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895350" cy="1162050"/>
                  <wp:effectExtent l="0" t="0" r="0" b="0"/>
                  <wp:docPr id="48" name="Рисунок 48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lang w:val="ru-RU"/>
              </w:rPr>
            </w:pP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lang w:val="ru-RU"/>
              </w:rPr>
            </w:pPr>
            <w:r w:rsidRPr="00C00B61">
              <w:rPr>
                <w:b/>
                <w:lang w:val="ru-RU"/>
              </w:rPr>
              <w:t>(1А, 2Б, 3В)</w:t>
            </w:r>
          </w:p>
          <w:p w:rsidR="00C00B61" w:rsidRPr="00B8323F" w:rsidRDefault="00C00B61" w:rsidP="00C00B61">
            <w:pPr>
              <w:pStyle w:val="ae"/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textAlignment w:val="baseline"/>
              <w:rPr>
                <w:b/>
                <w:sz w:val="20"/>
                <w:szCs w:val="20"/>
                <w:lang w:val="ru-RU"/>
              </w:rPr>
            </w:pPr>
            <w:r w:rsidRPr="00B8323F">
              <w:rPr>
                <w:sz w:val="20"/>
                <w:szCs w:val="20"/>
                <w:lang w:val="ru-RU"/>
              </w:rPr>
              <w:t>Установите соответствие между координатами заданных точек и их положением в пространстве</w:t>
            </w:r>
            <w:r w:rsidRPr="00B8323F">
              <w:rPr>
                <w:sz w:val="20"/>
                <w:szCs w:val="20"/>
                <w:lang w:val="ru-RU"/>
              </w:rPr>
              <w:br/>
              <w:t>1. Точка, имеющая координаты (0,0,30)</w:t>
            </w:r>
            <w:r w:rsidRPr="00B8323F">
              <w:rPr>
                <w:sz w:val="20"/>
                <w:szCs w:val="20"/>
              </w:rPr>
              <w:t> </w:t>
            </w:r>
            <w:r w:rsidRPr="00B8323F">
              <w:rPr>
                <w:sz w:val="20"/>
                <w:szCs w:val="20"/>
                <w:lang w:val="ru-RU"/>
              </w:rPr>
              <w:br/>
              <w:t>2.</w:t>
            </w:r>
            <w:r w:rsidRPr="00B8323F">
              <w:rPr>
                <w:sz w:val="20"/>
                <w:szCs w:val="20"/>
              </w:rPr>
              <w:t> </w:t>
            </w:r>
            <w:r w:rsidRPr="00B8323F">
              <w:rPr>
                <w:sz w:val="20"/>
                <w:szCs w:val="20"/>
                <w:lang w:val="ru-RU"/>
              </w:rPr>
              <w:t>Точка, имеющая координаты (25,0,0)</w:t>
            </w:r>
            <w:r w:rsidRPr="00B8323F">
              <w:rPr>
                <w:sz w:val="20"/>
                <w:szCs w:val="20"/>
                <w:lang w:val="ru-RU"/>
              </w:rPr>
              <w:br/>
              <w:t>3.</w:t>
            </w:r>
            <w:r w:rsidRPr="00B8323F">
              <w:rPr>
                <w:sz w:val="20"/>
                <w:szCs w:val="20"/>
              </w:rPr>
              <w:t> </w:t>
            </w:r>
            <w:r w:rsidRPr="00B8323F">
              <w:rPr>
                <w:sz w:val="20"/>
                <w:szCs w:val="20"/>
                <w:lang w:val="ru-RU"/>
              </w:rPr>
              <w:t>Точка, имеющая координаты (0,38,54)</w:t>
            </w:r>
          </w:p>
          <w:p w:rsidR="00C00B61" w:rsidRPr="00B8323F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986999">
              <w:rPr>
                <w:b/>
              </w:rPr>
              <w:t>A</w:t>
            </w:r>
            <w:r>
              <w:rPr>
                <w:b/>
              </w:rPr>
              <w:t>-</w:t>
            </w:r>
            <w:r>
              <w:t xml:space="preserve"> оси проекций ОZ </w:t>
            </w:r>
          </w:p>
          <w:p w:rsidR="00C00B61" w:rsidRPr="00B8323F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B8323F">
              <w:rPr>
                <w:b/>
              </w:rPr>
              <w:t>Б</w:t>
            </w:r>
            <w:r>
              <w:rPr>
                <w:b/>
              </w:rPr>
              <w:t>-</w:t>
            </w:r>
            <w:r w:rsidRPr="00B8323F">
              <w:t xml:space="preserve"> оси проекций ОХ</w:t>
            </w:r>
          </w:p>
          <w:p w:rsidR="00C00B61" w:rsidRPr="00B8323F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B8323F">
              <w:rPr>
                <w:b/>
              </w:rPr>
              <w:t>В</w:t>
            </w:r>
            <w:r w:rsidRPr="00B8323F">
              <w:t xml:space="preserve"> -плоскости проекций П3</w:t>
            </w:r>
          </w:p>
          <w:p w:rsidR="00C00B61" w:rsidRPr="00B8323F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vertAlign w:val="subscript"/>
              </w:rPr>
            </w:pPr>
            <w:r w:rsidRPr="00B8323F">
              <w:rPr>
                <w:b/>
              </w:rPr>
              <w:t>Г</w:t>
            </w:r>
            <w:r w:rsidRPr="00B8323F">
              <w:t xml:space="preserve"> - плоскости проекций П</w:t>
            </w:r>
            <w:r w:rsidRPr="00B8323F">
              <w:rPr>
                <w:vertAlign w:val="subscript"/>
              </w:rPr>
              <w:t>2</w:t>
            </w:r>
          </w:p>
          <w:p w:rsidR="00C00B61" w:rsidRPr="00B8323F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t>(1А, 2Б, 3</w:t>
            </w:r>
            <w:r w:rsidRPr="00812CAF">
              <w:rPr>
                <w:b/>
              </w:rPr>
              <w:t>В</w:t>
            </w:r>
            <w:r w:rsidRPr="00B8323F">
              <w:rPr>
                <w:b/>
              </w:rPr>
              <w:t>)</w:t>
            </w:r>
          </w:p>
          <w:p w:rsidR="00C00B61" w:rsidRPr="00B8323F" w:rsidRDefault="00C00B61" w:rsidP="00C00B61">
            <w:pPr>
              <w:pStyle w:val="ae"/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textAlignment w:val="baseline"/>
              <w:rPr>
                <w:b/>
                <w:sz w:val="20"/>
                <w:szCs w:val="20"/>
                <w:lang w:val="ru-RU"/>
              </w:rPr>
            </w:pPr>
            <w:r w:rsidRPr="00B8323F">
              <w:rPr>
                <w:sz w:val="20"/>
                <w:szCs w:val="20"/>
                <w:lang w:val="ru-RU"/>
              </w:rPr>
              <w:t>Установите соответствие между наименованием прямой и ее комплексным чертежом</w:t>
            </w:r>
            <w:r w:rsidRPr="00B8323F">
              <w:rPr>
                <w:sz w:val="20"/>
                <w:szCs w:val="20"/>
                <w:lang w:val="ru-RU"/>
              </w:rPr>
              <w:br/>
              <w:t>1. Нулевая фронтальная прямая</w:t>
            </w:r>
            <w:r w:rsidRPr="00B8323F">
              <w:rPr>
                <w:sz w:val="20"/>
                <w:szCs w:val="20"/>
                <w:lang w:val="ru-RU"/>
              </w:rPr>
              <w:br/>
              <w:t>2. Прямая общего положения</w:t>
            </w:r>
            <w:r w:rsidRPr="00B8323F">
              <w:rPr>
                <w:sz w:val="20"/>
                <w:szCs w:val="20"/>
                <w:lang w:val="ru-RU"/>
              </w:rPr>
              <w:br/>
              <w:t>3. Фронтально-проецирующая прямая</w:t>
            </w:r>
            <w:r w:rsidRPr="00B8323F">
              <w:rPr>
                <w:sz w:val="20"/>
                <w:szCs w:val="20"/>
                <w:lang w:val="ru-RU"/>
              </w:rPr>
              <w:br/>
              <w:t>4. Горизонтальная прямая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  <w:r>
              <w:rPr>
                <w:b/>
              </w:rPr>
              <w:t xml:space="preserve">А                                            Б                                      В 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  <w:noProof/>
              </w:rPr>
            </w:pP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1076325" cy="866775"/>
                  <wp:effectExtent l="0" t="0" r="9525" b="9525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942975" cy="847725"/>
                  <wp:effectExtent l="0" t="0" r="9525" b="9525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1057275" cy="1038225"/>
                  <wp:effectExtent l="0" t="0" r="9525" b="952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B8323F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t>(1А, 2Б, 3</w:t>
            </w:r>
            <w:r w:rsidRPr="00812CAF">
              <w:rPr>
                <w:b/>
              </w:rPr>
              <w:t>В</w:t>
            </w:r>
            <w:r w:rsidRPr="00B8323F">
              <w:rPr>
                <w:b/>
              </w:rPr>
              <w:t>)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</w:p>
          <w:p w:rsidR="00C00B61" w:rsidRPr="00A513DC" w:rsidRDefault="00C00B61" w:rsidP="00C00B61">
            <w:pPr>
              <w:pStyle w:val="ae"/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textAlignment w:val="baseline"/>
              <w:rPr>
                <w:b/>
                <w:sz w:val="20"/>
                <w:szCs w:val="20"/>
              </w:rPr>
            </w:pPr>
            <w:r w:rsidRPr="00A513DC">
              <w:rPr>
                <w:sz w:val="20"/>
                <w:szCs w:val="20"/>
                <w:lang w:val="ru-RU"/>
              </w:rPr>
              <w:t>Установите соответствие между наименованием поверхности и ее чертежом</w:t>
            </w:r>
            <w:r w:rsidRPr="00A513DC">
              <w:rPr>
                <w:sz w:val="20"/>
                <w:szCs w:val="20"/>
                <w:lang w:val="ru-RU"/>
              </w:rPr>
              <w:br/>
              <w:t xml:space="preserve">1. </w:t>
            </w:r>
            <w:r w:rsidRPr="00A513DC">
              <w:rPr>
                <w:sz w:val="20"/>
                <w:szCs w:val="20"/>
              </w:rPr>
              <w:t>Цилиндр</w:t>
            </w:r>
            <w:r w:rsidRPr="00A513DC">
              <w:rPr>
                <w:sz w:val="20"/>
                <w:szCs w:val="20"/>
              </w:rPr>
              <w:br/>
              <w:t>2. Тор</w:t>
            </w:r>
            <w:r w:rsidRPr="00A513DC">
              <w:rPr>
                <w:sz w:val="20"/>
                <w:szCs w:val="20"/>
              </w:rPr>
              <w:br/>
              <w:t>3. Эллипсоид</w:t>
            </w:r>
            <w:r w:rsidRPr="00A513DC">
              <w:rPr>
                <w:sz w:val="20"/>
                <w:szCs w:val="20"/>
              </w:rPr>
              <w:br/>
              <w:t>4. Конус</w:t>
            </w:r>
          </w:p>
          <w:p w:rsidR="00C00B61" w:rsidRPr="00A513DC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  <w:r>
              <w:rPr>
                <w:b/>
              </w:rPr>
              <w:t xml:space="preserve"> А                                Б                            В 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noProof/>
              </w:rPr>
            </w:pPr>
            <w:r w:rsidRPr="00CE359C">
              <w:rPr>
                <w:b/>
                <w:noProof/>
                <w:lang w:val="ru-RU" w:eastAsia="ru-RU"/>
              </w:rPr>
              <w:lastRenderedPageBreak/>
              <w:drawing>
                <wp:inline distT="0" distB="0" distL="0" distR="0">
                  <wp:extent cx="647700" cy="828675"/>
                  <wp:effectExtent l="0" t="0" r="0" b="952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619125" cy="895350"/>
                  <wp:effectExtent l="0" t="0" r="9525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942975" cy="1047750"/>
                  <wp:effectExtent l="0" t="0" r="9525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t>(1Б, 2А, 4</w:t>
            </w:r>
            <w:r w:rsidRPr="00812CAF">
              <w:rPr>
                <w:b/>
              </w:rPr>
              <w:t>В</w:t>
            </w:r>
            <w:r w:rsidRPr="00B8323F">
              <w:rPr>
                <w:b/>
              </w:rPr>
              <w:t>)</w:t>
            </w:r>
          </w:p>
          <w:p w:rsidR="00C00B61" w:rsidRPr="005F7AD4" w:rsidRDefault="00C00B61" w:rsidP="00C00B61">
            <w:pPr>
              <w:pStyle w:val="ae"/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textAlignment w:val="baseline"/>
              <w:rPr>
                <w:b/>
                <w:sz w:val="20"/>
                <w:szCs w:val="20"/>
              </w:rPr>
            </w:pPr>
            <w:r w:rsidRPr="005F7AD4">
              <w:rPr>
                <w:sz w:val="20"/>
                <w:szCs w:val="20"/>
                <w:lang w:val="ru-RU"/>
              </w:rPr>
              <w:t>Установите соответствие между наименованием вида и его характеристикой по ГОСТ</w:t>
            </w:r>
            <w:r w:rsidRPr="005F7AD4">
              <w:rPr>
                <w:sz w:val="20"/>
                <w:szCs w:val="20"/>
              </w:rPr>
              <w:t> </w:t>
            </w:r>
            <w:r w:rsidRPr="005F7AD4">
              <w:rPr>
                <w:sz w:val="20"/>
                <w:szCs w:val="20"/>
                <w:lang w:val="ru-RU"/>
              </w:rPr>
              <w:br/>
              <w:t xml:space="preserve">1. </w:t>
            </w:r>
            <w:r w:rsidRPr="005F7AD4">
              <w:rPr>
                <w:sz w:val="20"/>
                <w:szCs w:val="20"/>
              </w:rPr>
              <w:t>Местный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5F7AD4">
              <w:rPr>
                <w:sz w:val="20"/>
                <w:szCs w:val="20"/>
              </w:rPr>
              <w:t>вид</w:t>
            </w:r>
            <w:r w:rsidRPr="005F7AD4">
              <w:rPr>
                <w:sz w:val="20"/>
                <w:szCs w:val="20"/>
              </w:rPr>
              <w:br/>
              <w:t>2. Главный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5F7AD4">
              <w:rPr>
                <w:sz w:val="20"/>
                <w:szCs w:val="20"/>
              </w:rPr>
              <w:t>вид (вид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5F7AD4">
              <w:rPr>
                <w:sz w:val="20"/>
                <w:szCs w:val="20"/>
              </w:rPr>
              <w:t>спереди)</w:t>
            </w:r>
            <w:r w:rsidRPr="005F7AD4">
              <w:rPr>
                <w:sz w:val="20"/>
                <w:szCs w:val="20"/>
              </w:rPr>
              <w:br/>
              <w:t>3. Дополнительный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5F7AD4">
              <w:rPr>
                <w:sz w:val="20"/>
                <w:szCs w:val="20"/>
              </w:rPr>
              <w:t>вид 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b/>
                <w:iCs/>
                <w:lang w:val="ru-RU"/>
              </w:rPr>
              <w:t xml:space="preserve">А - </w:t>
            </w:r>
            <w:r w:rsidRPr="00C00B61">
              <w:rPr>
                <w:lang w:val="ru-RU"/>
              </w:rPr>
              <w:t>изображение предмета на плоскости, непараллельной ни одной из основных плоскостей проекций, применяемое для неискаженного изображения поверхности;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b/>
                <w:lang w:val="ru-RU"/>
              </w:rPr>
              <w:t xml:space="preserve">Б </w:t>
            </w:r>
            <w:r w:rsidRPr="00C00B61">
              <w:rPr>
                <w:lang w:val="ru-RU"/>
              </w:rPr>
              <w:t>- основной вид предмета на фронтальной плоскости проекции, который дает наиболее полное представление о форме и размерах предмета, относительно которого располагают остальные основные виды;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b/>
                <w:lang w:val="ru-RU"/>
              </w:rPr>
              <w:t>В</w:t>
            </w:r>
            <w:r w:rsidRPr="00C00B61">
              <w:rPr>
                <w:lang w:val="ru-RU"/>
              </w:rPr>
              <w:t xml:space="preserve"> - изображение отдельного ограниченного участка поверхности предмета.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t>(1В, 2Б, 3А</w:t>
            </w:r>
            <w:r w:rsidRPr="00B8323F">
              <w:rPr>
                <w:b/>
              </w:rPr>
              <w:t>)</w:t>
            </w:r>
          </w:p>
          <w:p w:rsidR="00C00B61" w:rsidRPr="00EB4704" w:rsidRDefault="00C00B61" w:rsidP="00C00B61">
            <w:pPr>
              <w:pStyle w:val="ae"/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textAlignment w:val="baseline"/>
              <w:rPr>
                <w:b/>
                <w:iCs/>
                <w:sz w:val="20"/>
                <w:szCs w:val="20"/>
                <w:lang w:val="ru-RU"/>
              </w:rPr>
            </w:pPr>
            <w:r w:rsidRPr="00EB4704">
              <w:rPr>
                <w:sz w:val="20"/>
                <w:szCs w:val="20"/>
                <w:lang w:val="ru-RU"/>
              </w:rPr>
              <w:t>Установите соответствие между наименованием разреза и его определением по ГОСТ</w:t>
            </w:r>
            <w:r w:rsidRPr="00EB4704">
              <w:rPr>
                <w:sz w:val="20"/>
                <w:szCs w:val="20"/>
                <w:lang w:val="ru-RU"/>
              </w:rPr>
              <w:br/>
              <w:t>1. Местный разрез</w:t>
            </w:r>
            <w:r w:rsidRPr="00EB4704">
              <w:rPr>
                <w:sz w:val="20"/>
                <w:szCs w:val="20"/>
                <w:lang w:val="ru-RU"/>
              </w:rPr>
              <w:br/>
              <w:t>2. Наклонный разрез</w:t>
            </w:r>
            <w:r w:rsidRPr="00EB4704">
              <w:rPr>
                <w:sz w:val="20"/>
                <w:szCs w:val="20"/>
                <w:lang w:val="ru-RU"/>
              </w:rPr>
              <w:br/>
              <w:t>3. Ломаный разрез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  <w:iCs/>
                <w:lang w:val="ru-RU"/>
              </w:rPr>
            </w:pPr>
            <w:r w:rsidRPr="00C00B61">
              <w:rPr>
                <w:b/>
                <w:iCs/>
                <w:lang w:val="ru-RU"/>
              </w:rPr>
              <w:t xml:space="preserve">А - </w:t>
            </w:r>
            <w:r w:rsidRPr="00C00B61">
              <w:rPr>
                <w:lang w:val="ru-RU"/>
              </w:rPr>
              <w:t>разрез, выполненный параллельными секущими плоскостями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  <w:iCs/>
                <w:lang w:val="ru-RU"/>
              </w:rPr>
            </w:pPr>
            <w:r w:rsidRPr="00C00B61">
              <w:rPr>
                <w:b/>
                <w:iCs/>
                <w:lang w:val="ru-RU"/>
              </w:rPr>
              <w:t xml:space="preserve">Б - </w:t>
            </w:r>
            <w:r w:rsidRPr="00C00B61">
              <w:rPr>
                <w:lang w:val="ru-RU"/>
              </w:rPr>
              <w:t>разрез, выполненный пересекающимися плоскостями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  <w:iCs/>
                <w:lang w:val="ru-RU"/>
              </w:rPr>
            </w:pPr>
            <w:r w:rsidRPr="00C00B61">
              <w:rPr>
                <w:b/>
                <w:iCs/>
                <w:lang w:val="ru-RU"/>
              </w:rPr>
              <w:t>В -</w:t>
            </w:r>
            <w:r w:rsidRPr="00C00B61">
              <w:rPr>
                <w:lang w:val="ru-RU"/>
              </w:rPr>
              <w:t>разрез, выполненный секущей плоскостью только в отдельном, ограниченном месте предмета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b/>
                <w:iCs/>
                <w:lang w:val="ru-RU"/>
              </w:rPr>
              <w:t xml:space="preserve">Г - </w:t>
            </w:r>
            <w:r w:rsidRPr="00C00B61">
              <w:rPr>
                <w:lang w:val="ru-RU"/>
              </w:rPr>
              <w:t>разрез, выполненный секущей плоскостью, составляющей с горизонтальной плоскостью проекций угол, отличный от прямого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  <w:iCs/>
                <w:lang w:val="ru-RU"/>
              </w:rPr>
            </w:pP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t>(1В, 2Г, 3Б</w:t>
            </w:r>
            <w:r w:rsidRPr="00B8323F">
              <w:rPr>
                <w:b/>
              </w:rPr>
              <w:t>)</w:t>
            </w:r>
          </w:p>
          <w:p w:rsidR="00C00B61" w:rsidRPr="00C36D97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iCs/>
              </w:rPr>
            </w:pPr>
          </w:p>
        </w:tc>
      </w:tr>
      <w:tr w:rsidR="00C00B61" w:rsidRPr="003D2A80" w:rsidTr="004F54CD">
        <w:tc>
          <w:tcPr>
            <w:tcW w:w="2500" w:type="pct"/>
            <w:gridSpan w:val="2"/>
            <w:shd w:val="clear" w:color="auto" w:fill="auto"/>
          </w:tcPr>
          <w:p w:rsidR="00C00B61" w:rsidRPr="0033573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</w:pPr>
            <w:r w:rsidRPr="003D2A80">
              <w:rPr>
                <w:b/>
                <w:bCs/>
                <w:kern w:val="1"/>
                <w:szCs w:val="24"/>
              </w:rPr>
              <w:lastRenderedPageBreak/>
              <w:t>Уровень сложности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33573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</w:pPr>
            <w:r>
              <w:rPr>
                <w:b/>
                <w:bCs/>
                <w:kern w:val="1"/>
                <w:szCs w:val="24"/>
              </w:rPr>
              <w:t>Высокий</w:t>
            </w:r>
          </w:p>
        </w:tc>
      </w:tr>
      <w:tr w:rsidR="00C00B61" w:rsidRPr="003D2A80" w:rsidTr="004F54CD">
        <w:tc>
          <w:tcPr>
            <w:tcW w:w="2500" w:type="pct"/>
            <w:gridSpan w:val="2"/>
            <w:shd w:val="clear" w:color="auto" w:fill="auto"/>
          </w:tcPr>
          <w:p w:rsidR="00C00B61" w:rsidRPr="0033573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</w:pPr>
            <w:r w:rsidRPr="003D2A80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33573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</w:pPr>
            <w:r w:rsidRPr="00D201B7">
              <w:rPr>
                <w:b/>
                <w:szCs w:val="24"/>
              </w:rPr>
              <w:t>Задания с развернутым ответом</w:t>
            </w:r>
          </w:p>
        </w:tc>
      </w:tr>
      <w:tr w:rsidR="00C00B61" w:rsidRPr="003D2A80" w:rsidTr="004F54CD">
        <w:tc>
          <w:tcPr>
            <w:tcW w:w="2500" w:type="pct"/>
            <w:gridSpan w:val="2"/>
            <w:shd w:val="clear" w:color="auto" w:fill="auto"/>
            <w:vAlign w:val="center"/>
          </w:tcPr>
          <w:p w:rsidR="00C00B61" w:rsidRPr="0033573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</w:pPr>
            <w:r w:rsidRPr="003D2A80">
              <w:rPr>
                <w:i/>
                <w:iCs/>
                <w:szCs w:val="24"/>
              </w:rPr>
              <w:t>Инструкция: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33573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</w:pPr>
            <w:r w:rsidRPr="00D201B7">
              <w:rPr>
                <w:i/>
                <w:szCs w:val="24"/>
              </w:rPr>
              <w:t>введите развернутый обоснованный ответ</w:t>
            </w:r>
          </w:p>
        </w:tc>
      </w:tr>
      <w:tr w:rsidR="00C00B61" w:rsidRPr="00C00B61" w:rsidTr="004F54CD">
        <w:tc>
          <w:tcPr>
            <w:tcW w:w="5000" w:type="pct"/>
            <w:gridSpan w:val="5"/>
            <w:shd w:val="clear" w:color="auto" w:fill="auto"/>
            <w:vAlign w:val="center"/>
          </w:tcPr>
          <w:p w:rsidR="00C00B61" w:rsidRPr="00D23FC8" w:rsidRDefault="00C00B61" w:rsidP="00C00B61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bCs/>
                <w:iCs/>
              </w:rPr>
            </w:pPr>
            <w:r w:rsidRPr="00D23FC8">
              <w:t>Спецификация – документ, определяющий …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iCs/>
                <w:lang w:val="ru-RU"/>
              </w:rPr>
            </w:pPr>
            <w:r w:rsidRPr="00C00B61">
              <w:rPr>
                <w:b/>
                <w:bCs/>
                <w:iCs/>
                <w:lang w:val="ru-RU"/>
              </w:rPr>
              <w:t xml:space="preserve">Ответ: </w:t>
            </w:r>
            <w:r w:rsidRPr="00C00B61">
              <w:rPr>
                <w:iCs/>
                <w:lang w:val="ru-RU"/>
              </w:rPr>
              <w:t>Состав сборочной единицы комплекса или комплекта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  <w:bCs/>
                <w:iCs/>
                <w:lang w:val="ru-RU"/>
              </w:rPr>
            </w:pPr>
          </w:p>
        </w:tc>
      </w:tr>
    </w:tbl>
    <w:p w:rsidR="00C00B61" w:rsidRPr="00C00B61" w:rsidRDefault="00C00B61" w:rsidP="00C00B61">
      <w:pPr>
        <w:autoSpaceDE w:val="0"/>
        <w:autoSpaceDN w:val="0"/>
        <w:adjustRightInd w:val="0"/>
        <w:spacing w:line="276" w:lineRule="auto"/>
        <w:jc w:val="center"/>
        <w:rPr>
          <w:b/>
          <w:bCs/>
          <w:szCs w:val="24"/>
          <w:lang w:val="ru-RU"/>
        </w:rPr>
      </w:pPr>
    </w:p>
    <w:p w:rsidR="00C00B61" w:rsidRPr="004416F6" w:rsidRDefault="00C00B61" w:rsidP="00C00B61">
      <w:pPr>
        <w:autoSpaceDE w:val="0"/>
        <w:autoSpaceDN w:val="0"/>
        <w:adjustRightInd w:val="0"/>
        <w:spacing w:line="276" w:lineRule="auto"/>
        <w:jc w:val="center"/>
        <w:rPr>
          <w:b/>
          <w:bCs/>
          <w:kern w:val="1"/>
          <w:szCs w:val="24"/>
        </w:rPr>
      </w:pPr>
      <w:r w:rsidRPr="004416F6">
        <w:rPr>
          <w:b/>
          <w:bCs/>
          <w:szCs w:val="24"/>
        </w:rPr>
        <w:t>Комплект тестовых заданий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2294"/>
        <w:gridCol w:w="65"/>
        <w:gridCol w:w="2637"/>
        <w:gridCol w:w="2250"/>
      </w:tblGrid>
      <w:tr w:rsidR="00C00B61" w:rsidRPr="003D2A80" w:rsidTr="004F54CD">
        <w:tc>
          <w:tcPr>
            <w:tcW w:w="1342" w:type="pct"/>
            <w:shd w:val="clear" w:color="auto" w:fill="D9D9D9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 xml:space="preserve">Индикатор </w:t>
            </w:r>
          </w:p>
        </w:tc>
        <w:tc>
          <w:tcPr>
            <w:tcW w:w="1191" w:type="pct"/>
            <w:gridSpan w:val="2"/>
            <w:shd w:val="clear" w:color="auto" w:fill="D9D9D9"/>
          </w:tcPr>
          <w:p w:rsidR="00C00B61" w:rsidRPr="009103DB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>ОПК – 1.</w:t>
            </w:r>
            <w:r>
              <w:rPr>
                <w:b/>
                <w:bCs/>
                <w:kern w:val="1"/>
                <w:szCs w:val="24"/>
              </w:rPr>
              <w:t>2</w:t>
            </w:r>
          </w:p>
        </w:tc>
        <w:tc>
          <w:tcPr>
            <w:tcW w:w="1331" w:type="pct"/>
            <w:shd w:val="clear" w:color="auto" w:fill="D9D9D9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>Семестр</w:t>
            </w:r>
          </w:p>
        </w:tc>
        <w:tc>
          <w:tcPr>
            <w:tcW w:w="1136" w:type="pct"/>
            <w:shd w:val="clear" w:color="auto" w:fill="D9D9D9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>
              <w:rPr>
                <w:b/>
                <w:bCs/>
                <w:kern w:val="1"/>
                <w:szCs w:val="24"/>
              </w:rPr>
              <w:t>2</w:t>
            </w:r>
          </w:p>
        </w:tc>
      </w:tr>
      <w:tr w:rsidR="00C00B61" w:rsidRPr="003D2A80" w:rsidTr="004F54CD">
        <w:tc>
          <w:tcPr>
            <w:tcW w:w="2533" w:type="pct"/>
            <w:gridSpan w:val="3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>Уровень сложности</w:t>
            </w:r>
          </w:p>
        </w:tc>
        <w:tc>
          <w:tcPr>
            <w:tcW w:w="2467" w:type="pct"/>
            <w:gridSpan w:val="2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>Базовый</w:t>
            </w:r>
          </w:p>
        </w:tc>
      </w:tr>
      <w:tr w:rsidR="00C00B61" w:rsidRPr="003D2A80" w:rsidTr="004F54CD">
        <w:tc>
          <w:tcPr>
            <w:tcW w:w="2533" w:type="pct"/>
            <w:gridSpan w:val="3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2467" w:type="pct"/>
            <w:gridSpan w:val="2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szCs w:val="24"/>
              </w:rPr>
              <w:t>выбором одного/нескольких ответов</w:t>
            </w:r>
          </w:p>
        </w:tc>
      </w:tr>
      <w:tr w:rsidR="00C00B61" w:rsidRPr="00C00B61" w:rsidTr="004F54CD">
        <w:tc>
          <w:tcPr>
            <w:tcW w:w="2533" w:type="pct"/>
            <w:gridSpan w:val="3"/>
            <w:shd w:val="clear" w:color="auto" w:fill="auto"/>
            <w:vAlign w:val="center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i/>
                <w:iCs/>
                <w:szCs w:val="24"/>
              </w:rPr>
            </w:pPr>
            <w:r w:rsidRPr="003D2A80">
              <w:rPr>
                <w:i/>
                <w:iCs/>
                <w:szCs w:val="24"/>
              </w:rPr>
              <w:t>Инструкция:</w:t>
            </w:r>
          </w:p>
        </w:tc>
        <w:tc>
          <w:tcPr>
            <w:tcW w:w="2467" w:type="pct"/>
            <w:gridSpan w:val="2"/>
            <w:shd w:val="clear" w:color="auto" w:fill="auto"/>
          </w:tcPr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i/>
                <w:iCs/>
                <w:szCs w:val="24"/>
                <w:lang w:val="ru-RU"/>
              </w:rPr>
            </w:pPr>
            <w:r w:rsidRPr="00C00B61">
              <w:rPr>
                <w:i/>
                <w:iCs/>
                <w:szCs w:val="24"/>
                <w:lang w:val="ru-RU"/>
              </w:rPr>
              <w:t>укажите один вариант ответа / не менее двух вариантов</w:t>
            </w:r>
          </w:p>
        </w:tc>
      </w:tr>
      <w:tr w:rsidR="00C00B61" w:rsidRPr="003D2A80" w:rsidTr="004F54CD">
        <w:tc>
          <w:tcPr>
            <w:tcW w:w="5000" w:type="pct"/>
            <w:gridSpan w:val="5"/>
            <w:shd w:val="clear" w:color="auto" w:fill="auto"/>
            <w:vAlign w:val="center"/>
          </w:tcPr>
          <w:p w:rsidR="00C00B61" w:rsidRPr="00C00B61" w:rsidRDefault="00C00B61" w:rsidP="00C00B61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 xml:space="preserve">Для центрального проецирования инвариантными (неизменными) являются следующие </w:t>
            </w:r>
            <w:r w:rsidRPr="00C00B61">
              <w:rPr>
                <w:lang w:val="ru-RU"/>
              </w:rPr>
              <w:lastRenderedPageBreak/>
              <w:t>свойства: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  <w:r w:rsidRPr="00C00B61">
              <w:rPr>
                <w:b/>
                <w:bCs/>
                <w:lang w:val="ru-RU"/>
              </w:rPr>
              <w:t>А</w:t>
            </w:r>
            <w:r w:rsidRPr="00C00B61">
              <w:rPr>
                <w:szCs w:val="24"/>
                <w:lang w:val="ru-RU"/>
              </w:rPr>
              <w:t xml:space="preserve"> -</w:t>
            </w:r>
            <w:r w:rsidRPr="00C00B61">
              <w:rPr>
                <w:lang w:val="ru-RU"/>
              </w:rPr>
              <w:t>проекцией прямой линии в общем случае является прямая линия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b/>
                <w:bCs/>
                <w:lang w:val="ru-RU"/>
              </w:rPr>
              <w:t>Б</w:t>
            </w:r>
            <w:r w:rsidRPr="00C00B61">
              <w:rPr>
                <w:szCs w:val="24"/>
                <w:lang w:val="ru-RU"/>
              </w:rPr>
              <w:t xml:space="preserve"> -</w:t>
            </w:r>
            <w:r w:rsidRPr="00C00B61">
              <w:rPr>
                <w:lang w:val="ru-RU"/>
              </w:rPr>
              <w:t>если точка принадлежит линии, то ее проекция принадлежит соответствующей проекции линии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sz w:val="27"/>
                <w:szCs w:val="27"/>
                <w:lang w:val="ru-RU"/>
              </w:rPr>
            </w:pPr>
            <w:r w:rsidRPr="00C00B61">
              <w:rPr>
                <w:lang w:val="ru-RU"/>
              </w:rPr>
              <w:t>В</w:t>
            </w:r>
            <w:r w:rsidRPr="00C00B61">
              <w:rPr>
                <w:b/>
                <w:bCs/>
                <w:szCs w:val="24"/>
                <w:lang w:val="ru-RU"/>
              </w:rPr>
              <w:t xml:space="preserve"> - </w:t>
            </w:r>
            <w:r w:rsidRPr="00C00B61">
              <w:rPr>
                <w:lang w:val="ru-RU"/>
              </w:rPr>
              <w:t>прямые, параллельные в пространстве, имеют параллельные проекции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Г</w:t>
            </w:r>
            <w:r w:rsidRPr="00C00B61">
              <w:rPr>
                <w:sz w:val="27"/>
                <w:szCs w:val="27"/>
                <w:lang w:val="ru-RU"/>
              </w:rPr>
              <w:t xml:space="preserve"> - </w:t>
            </w:r>
            <w:r w:rsidRPr="00C00B61">
              <w:rPr>
                <w:lang w:val="ru-RU"/>
              </w:rPr>
              <w:t>плоская фигура, параллельная плоскости проекций, проецируется в натуральную величину</w:t>
            </w:r>
          </w:p>
          <w:p w:rsidR="00C00B61" w:rsidRPr="00C00B61" w:rsidRDefault="00C00B61" w:rsidP="00C00B61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iCs/>
                <w:lang w:val="ru-RU"/>
              </w:rPr>
            </w:pPr>
            <w:r w:rsidRPr="00C00B61">
              <w:rPr>
                <w:lang w:val="ru-RU"/>
              </w:rPr>
              <w:t xml:space="preserve">Прямая </w:t>
            </w:r>
            <w:r w:rsidRPr="00632C4B">
              <w:rPr>
                <w:i/>
                <w:iCs/>
              </w:rPr>
              <w:t>l</w:t>
            </w:r>
            <w:r w:rsidRPr="00C00B61">
              <w:rPr>
                <w:lang w:val="ru-RU"/>
              </w:rPr>
              <w:t xml:space="preserve"> …</w:t>
            </w:r>
            <w:proofErr w:type="gramStart"/>
            <w:r w:rsidRPr="00C00B61">
              <w:rPr>
                <w:lang w:val="ru-RU"/>
              </w:rPr>
              <w:t>…….</w:t>
            </w:r>
            <w:proofErr w:type="gramEnd"/>
            <w:r w:rsidRPr="00C00B61">
              <w:rPr>
                <w:lang w:val="ru-RU"/>
              </w:rPr>
              <w:t xml:space="preserve"> плоскости(-ю) </w:t>
            </w:r>
            <w:r w:rsidRPr="00632C4B">
              <w:t> </w:t>
            </w:r>
            <w:r w:rsidRPr="00632C4B">
              <w:rPr>
                <w:i/>
                <w:iCs/>
              </w:rPr>
              <w:t>Σ</w:t>
            </w:r>
            <w:r w:rsidRPr="00C00B61">
              <w:rPr>
                <w:i/>
                <w:iCs/>
                <w:lang w:val="ru-RU"/>
              </w:rPr>
              <w:t>(АВС</w:t>
            </w:r>
            <w:r w:rsidRPr="00632C4B">
              <w:rPr>
                <w:i/>
                <w:iCs/>
              </w:rPr>
              <w:t>D</w:t>
            </w:r>
            <w:r w:rsidRPr="00C00B61">
              <w:rPr>
                <w:i/>
                <w:iCs/>
                <w:lang w:val="ru-RU"/>
              </w:rPr>
              <w:t>)</w:t>
            </w:r>
            <w:r w:rsidRPr="00C00B61">
              <w:rPr>
                <w:lang w:val="ru-RU"/>
              </w:rPr>
              <w:t>.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iCs/>
              </w:rPr>
            </w:pP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190625" cy="1209675"/>
                  <wp:effectExtent l="0" t="0" r="9525" b="9525"/>
                  <wp:docPr id="41" name="Рисунок 4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iCs/>
                <w:lang w:val="ru-RU"/>
              </w:rPr>
            </w:pPr>
            <w:r w:rsidRPr="00C00B61">
              <w:rPr>
                <w:b/>
                <w:iCs/>
                <w:lang w:val="ru-RU"/>
              </w:rPr>
              <w:t>А</w:t>
            </w:r>
            <w:r w:rsidRPr="00C00B61">
              <w:rPr>
                <w:iCs/>
                <w:lang w:val="ru-RU"/>
              </w:rPr>
              <w:t xml:space="preserve"> - параллельна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iCs/>
                <w:lang w:val="ru-RU"/>
              </w:rPr>
            </w:pPr>
            <w:r w:rsidRPr="00C00B61">
              <w:rPr>
                <w:iCs/>
                <w:lang w:val="ru-RU"/>
              </w:rPr>
              <w:t>Б - принадлежит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iCs/>
                <w:lang w:val="ru-RU"/>
              </w:rPr>
            </w:pPr>
            <w:r w:rsidRPr="00C00B61">
              <w:rPr>
                <w:iCs/>
                <w:lang w:val="ru-RU"/>
              </w:rPr>
              <w:t>В -  пересекается с</w:t>
            </w:r>
          </w:p>
          <w:p w:rsidR="00C00B61" w:rsidRPr="00632C4B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iCs/>
              </w:rPr>
            </w:pPr>
            <w:r>
              <w:rPr>
                <w:iCs/>
              </w:rPr>
              <w:t>Г - перпендикулярна</w:t>
            </w:r>
          </w:p>
        </w:tc>
      </w:tr>
      <w:tr w:rsidR="00C00B61" w:rsidRPr="003D2A80" w:rsidTr="004F54CD">
        <w:tc>
          <w:tcPr>
            <w:tcW w:w="2500" w:type="pct"/>
            <w:gridSpan w:val="2"/>
            <w:shd w:val="clear" w:color="auto" w:fill="auto"/>
          </w:tcPr>
          <w:p w:rsidR="00C00B61" w:rsidRPr="005874A6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b/>
                <w:bCs/>
                <w:kern w:val="1"/>
                <w:szCs w:val="24"/>
              </w:rPr>
              <w:lastRenderedPageBreak/>
              <w:t>Уровень сложности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5874A6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>
              <w:rPr>
                <w:b/>
                <w:bCs/>
                <w:kern w:val="1"/>
                <w:szCs w:val="24"/>
              </w:rPr>
              <w:t>Повышенный</w:t>
            </w:r>
          </w:p>
        </w:tc>
      </w:tr>
      <w:tr w:rsidR="00C00B61" w:rsidRPr="00C00B61" w:rsidTr="004F54CD">
        <w:tc>
          <w:tcPr>
            <w:tcW w:w="2500" w:type="pct"/>
            <w:gridSpan w:val="2"/>
            <w:shd w:val="clear" w:color="auto" w:fill="auto"/>
          </w:tcPr>
          <w:p w:rsidR="00C00B61" w:rsidRPr="005874A6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b/>
                <w:szCs w:val="24"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C00B61" w:rsidRPr="00C00B61" w:rsidTr="004F54CD">
        <w:tc>
          <w:tcPr>
            <w:tcW w:w="2500" w:type="pct"/>
            <w:gridSpan w:val="2"/>
            <w:shd w:val="clear" w:color="auto" w:fill="auto"/>
            <w:vAlign w:val="center"/>
          </w:tcPr>
          <w:p w:rsidR="00C00B61" w:rsidRPr="005874A6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i/>
                <w:iCs/>
                <w:szCs w:val="24"/>
              </w:rPr>
              <w:t>Инструкция: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i/>
                <w:szCs w:val="24"/>
                <w:lang w:val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C00B61" w:rsidRPr="003D2A80" w:rsidTr="004F54CD">
        <w:tc>
          <w:tcPr>
            <w:tcW w:w="5000" w:type="pct"/>
            <w:gridSpan w:val="5"/>
            <w:shd w:val="clear" w:color="auto" w:fill="auto"/>
            <w:vAlign w:val="center"/>
          </w:tcPr>
          <w:p w:rsidR="00C00B61" w:rsidRDefault="00C00B61" w:rsidP="00C00B61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>
              <w:t>Установите соответствие между: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 xml:space="preserve"> операцией моделирования и результатом ее выполнения (трехмерная модель)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800100" cy="752475"/>
                  <wp:effectExtent l="0" t="0" r="0" b="9525"/>
                  <wp:docPr id="40" name="Рисунок 40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981075" cy="952500"/>
                  <wp:effectExtent l="0" t="0" r="9525" b="0"/>
                  <wp:docPr id="39" name="Рисунок 39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838200" cy="923925"/>
                  <wp:effectExtent l="0" t="0" r="0" b="9525"/>
                  <wp:docPr id="38" name="Рисунок 38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А - Операция вращения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Б - Операция выдавливания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В - Кинематическая операция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Г - Операция «Сечение по эскизу»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t>(1А, 2Б, 3В</w:t>
            </w:r>
            <w:r w:rsidRPr="00812CAF">
              <w:rPr>
                <w:b/>
              </w:rPr>
              <w:t>)</w:t>
            </w:r>
          </w:p>
          <w:p w:rsidR="00C00B61" w:rsidRDefault="00C00B61" w:rsidP="00C00B61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>
              <w:t>Установите соответствие между: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>
              <w:t xml:space="preserve"> изображением и наименованием поверхности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704850" cy="904875"/>
                  <wp:effectExtent l="0" t="0" r="0" b="9525"/>
                  <wp:docPr id="37" name="Рисунок 37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876300" cy="895350"/>
                  <wp:effectExtent l="0" t="0" r="0" b="0"/>
                  <wp:docPr id="36" name="Рисунок 36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152525" cy="895350"/>
                  <wp:effectExtent l="0" t="0" r="9525" b="0"/>
                  <wp:docPr id="35" name="Рисунок 35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А - Прямой круговой конус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Б - Прямой эллиптический конус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В - Наклонный круговой конус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Г - Наклонный эллиптический с круговым основанием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t>(1А, 2Б, 3В</w:t>
            </w:r>
            <w:r w:rsidRPr="00812CAF">
              <w:rPr>
                <w:b/>
              </w:rPr>
              <w:t>)</w:t>
            </w:r>
          </w:p>
          <w:p w:rsidR="00C00B61" w:rsidRDefault="00C00B61" w:rsidP="00C00B61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Установите соответствие между: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 xml:space="preserve"> типом резьбы и его обозначением на чертеже</w:t>
            </w:r>
            <w:r w:rsidRPr="00C00B61">
              <w:rPr>
                <w:lang w:val="ru-RU"/>
              </w:rPr>
              <w:br/>
              <w:t>1. Трапецеидальная резьба</w:t>
            </w:r>
            <w:r w:rsidRPr="00C00B61">
              <w:rPr>
                <w:lang w:val="ru-RU"/>
              </w:rPr>
              <w:br/>
              <w:t>2. Упорная резьба</w:t>
            </w:r>
            <w:r w:rsidRPr="00C00B61">
              <w:rPr>
                <w:lang w:val="ru-RU"/>
              </w:rPr>
              <w:br/>
              <w:t>3. Трубная цилиндрическая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 xml:space="preserve">А – </w:t>
            </w:r>
            <w:r>
              <w:t>Tr</w:t>
            </w:r>
            <w:r w:rsidRPr="00C00B61">
              <w:rPr>
                <w:lang w:val="ru-RU"/>
              </w:rPr>
              <w:t xml:space="preserve">; Б – </w:t>
            </w:r>
            <w:proofErr w:type="gramStart"/>
            <w:r>
              <w:t>S</w:t>
            </w:r>
            <w:r w:rsidRPr="00C00B61">
              <w:rPr>
                <w:lang w:val="ru-RU"/>
              </w:rPr>
              <w:t xml:space="preserve"> ;</w:t>
            </w:r>
            <w:proofErr w:type="gramEnd"/>
            <w:r w:rsidRPr="00C00B61">
              <w:rPr>
                <w:lang w:val="ru-RU"/>
              </w:rPr>
              <w:t xml:space="preserve"> В – </w:t>
            </w:r>
            <w:r>
              <w:t>G</w:t>
            </w:r>
            <w:r w:rsidRPr="00C00B61">
              <w:rPr>
                <w:lang w:val="ru-RU"/>
              </w:rPr>
              <w:t xml:space="preserve">;  Г – </w:t>
            </w:r>
            <w:r>
              <w:t>R</w:t>
            </w:r>
            <w:r w:rsidRPr="00C00B61">
              <w:rPr>
                <w:lang w:val="ru-RU"/>
              </w:rPr>
              <w:t>.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lang w:val="ru-RU"/>
              </w:rPr>
            </w:pPr>
            <w:r w:rsidRPr="00C00B61">
              <w:rPr>
                <w:b/>
                <w:lang w:val="ru-RU"/>
              </w:rPr>
              <w:t>(1А, 2Б, 3В)</w:t>
            </w:r>
          </w:p>
          <w:p w:rsidR="00C00B61" w:rsidRDefault="00C00B61" w:rsidP="00C00B61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Установите соответствие между: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proofErr w:type="gramStart"/>
            <w:r w:rsidRPr="00C00B61">
              <w:rPr>
                <w:lang w:val="ru-RU"/>
              </w:rPr>
              <w:t>проекциями</w:t>
            </w:r>
            <w:proofErr w:type="gramEnd"/>
            <w:r w:rsidRPr="00C00B61">
              <w:rPr>
                <w:lang w:val="ru-RU"/>
              </w:rPr>
              <w:t xml:space="preserve"> обозначенными на чертеже сферы и их наименованием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</w:pP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600200" cy="1381125"/>
                  <wp:effectExtent l="0" t="0" r="0" b="9525"/>
                  <wp:docPr id="34" name="Рисунок 34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А - фронтальный меридиан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Б - профильная проекция экватора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В - горизонтальная проекция профильного меридиана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Г - профильный меридиан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Д - фронтальная проекция профильного меридиана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  <w:lang w:val="ru-RU"/>
              </w:rPr>
            </w:pPr>
            <w:r w:rsidRPr="00C00B61">
              <w:rPr>
                <w:b/>
                <w:lang w:val="ru-RU"/>
              </w:rPr>
              <w:t>(1А, 2Б, 3В)</w:t>
            </w:r>
          </w:p>
          <w:p w:rsidR="00C00B61" w:rsidRPr="00095B0F" w:rsidRDefault="00C00B61" w:rsidP="00C00B61">
            <w:pPr>
              <w:pStyle w:val="ae"/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textAlignment w:val="baseline"/>
              <w:rPr>
                <w:b/>
                <w:sz w:val="20"/>
                <w:szCs w:val="20"/>
                <w:lang w:val="ru-RU"/>
              </w:rPr>
            </w:pPr>
            <w:r w:rsidRPr="00095B0F">
              <w:rPr>
                <w:sz w:val="20"/>
                <w:szCs w:val="20"/>
                <w:lang w:val="ru-RU"/>
              </w:rPr>
              <w:t>Установите соответствие между выполненным на чертеже разрезом и его наименованием</w:t>
            </w:r>
            <w:r w:rsidRPr="00095B0F">
              <w:rPr>
                <w:sz w:val="20"/>
                <w:szCs w:val="20"/>
                <w:lang w:val="ru-RU"/>
              </w:rPr>
              <w:br/>
              <w:t>1. Разрез наклонный</w:t>
            </w:r>
            <w:r w:rsidRPr="00095B0F">
              <w:rPr>
                <w:sz w:val="20"/>
                <w:szCs w:val="20"/>
                <w:lang w:val="ru-RU"/>
              </w:rPr>
              <w:br/>
              <w:t>2. Разрез ступенчатый</w:t>
            </w:r>
            <w:r w:rsidRPr="00095B0F">
              <w:rPr>
                <w:sz w:val="20"/>
                <w:szCs w:val="20"/>
                <w:lang w:val="ru-RU"/>
              </w:rPr>
              <w:br/>
              <w:t xml:space="preserve">3. Разрез фронтальный </w:t>
            </w:r>
          </w:p>
          <w:p w:rsidR="00C00B61" w:rsidRPr="00095B0F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  <w:r>
              <w:rPr>
                <w:b/>
              </w:rPr>
              <w:t xml:space="preserve">А 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1047750" cy="95250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Б 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828675" cy="942975"/>
                  <wp:effectExtent l="0" t="0" r="9525" b="952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В 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857250" cy="9906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  <w:r>
              <w:rPr>
                <w:b/>
              </w:rPr>
              <w:t>(1Б, 2А, 3В</w:t>
            </w:r>
            <w:r w:rsidRPr="00812CAF">
              <w:rPr>
                <w:b/>
              </w:rPr>
              <w:t>)</w:t>
            </w:r>
          </w:p>
          <w:p w:rsidR="00C00B61" w:rsidRPr="00F05AA4" w:rsidRDefault="00C00B61" w:rsidP="00C00B61">
            <w:pPr>
              <w:pStyle w:val="ae"/>
              <w:numPr>
                <w:ilvl w:val="0"/>
                <w:numId w:val="29"/>
              </w:numPr>
              <w:spacing w:before="100" w:beforeAutospacing="1" w:after="100" w:afterAutospacing="1" w:line="240" w:lineRule="auto"/>
              <w:contextualSpacing w:val="0"/>
              <w:rPr>
                <w:sz w:val="20"/>
                <w:szCs w:val="20"/>
                <w:lang w:val="ru-RU"/>
              </w:rPr>
            </w:pPr>
            <w:r w:rsidRPr="00F05AA4">
              <w:rPr>
                <w:sz w:val="20"/>
                <w:szCs w:val="20"/>
                <w:lang w:val="ru-RU"/>
              </w:rPr>
              <w:t>Установите соответствие между выполненными на чертеже сечениями и их наименованиями</w:t>
            </w:r>
          </w:p>
          <w:p w:rsidR="00C00B61" w:rsidRPr="00C81FB6" w:rsidRDefault="00C00B61" w:rsidP="00C00B61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ind w:left="840"/>
            </w:pPr>
            <w:r w:rsidRPr="00C81FB6">
              <w:t>Вынесенное</w:t>
            </w:r>
            <w:r>
              <w:t xml:space="preserve"> </w:t>
            </w:r>
            <w:r w:rsidRPr="00C81FB6">
              <w:t>симметричное</w:t>
            </w:r>
          </w:p>
          <w:p w:rsidR="00C00B61" w:rsidRPr="00C81FB6" w:rsidRDefault="00C00B61" w:rsidP="00C00B61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ind w:left="840"/>
            </w:pPr>
            <w:r w:rsidRPr="00C81FB6">
              <w:t>Вынесенное в разрыве</w:t>
            </w:r>
          </w:p>
          <w:p w:rsidR="00C00B61" w:rsidRPr="00C81FB6" w:rsidRDefault="00C00B61" w:rsidP="00C00B61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ind w:left="840"/>
            </w:pPr>
            <w:r w:rsidRPr="00C81FB6">
              <w:t>Наложенное</w:t>
            </w:r>
            <w:r>
              <w:t xml:space="preserve"> </w:t>
            </w:r>
            <w:r w:rsidRPr="00C81FB6">
              <w:t>симметричное</w:t>
            </w:r>
          </w:p>
          <w:p w:rsidR="00C00B61" w:rsidRPr="00C81FB6" w:rsidRDefault="00C00B61" w:rsidP="00C00B61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ind w:left="840"/>
            </w:pPr>
            <w:r w:rsidRPr="00C81FB6">
              <w:lastRenderedPageBreak/>
              <w:t>Вынесенное</w:t>
            </w:r>
            <w:r>
              <w:t xml:space="preserve"> </w:t>
            </w:r>
            <w:r w:rsidRPr="00C81FB6">
              <w:t>несимметричное</w:t>
            </w:r>
          </w:p>
          <w:p w:rsidR="00C00B61" w:rsidRPr="00C81FB6" w:rsidRDefault="00C00B61" w:rsidP="00C00B61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ind w:left="840"/>
              <w:rPr>
                <w:szCs w:val="24"/>
              </w:rPr>
            </w:pPr>
            <w:r w:rsidRPr="00C81FB6">
              <w:t>Наложенное несимметричное</w:t>
            </w:r>
          </w:p>
          <w:p w:rsidR="00C00B61" w:rsidRPr="006A603A" w:rsidRDefault="00C00B61" w:rsidP="004F54CD">
            <w:pPr>
              <w:pStyle w:val="ae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sz w:val="20"/>
                <w:szCs w:val="20"/>
                <w:lang w:val="ru-RU"/>
              </w:rPr>
            </w:pPr>
            <w:r w:rsidRPr="006A603A">
              <w:rPr>
                <w:b/>
                <w:sz w:val="20"/>
                <w:szCs w:val="20"/>
                <w:lang w:val="ru-RU"/>
              </w:rPr>
              <w:t>А</w:t>
            </w:r>
            <w:r w:rsidRPr="00CE359C">
              <w:rPr>
                <w:b/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895350" cy="561975"/>
                  <wp:effectExtent l="0" t="0" r="0" b="952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603A">
              <w:rPr>
                <w:b/>
                <w:sz w:val="20"/>
                <w:szCs w:val="20"/>
                <w:lang w:val="ru-RU"/>
              </w:rPr>
              <w:t>Б</w:t>
            </w:r>
            <w:r w:rsidRPr="00CE359C">
              <w:rPr>
                <w:b/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742950" cy="638175"/>
                  <wp:effectExtent l="0" t="0" r="0" b="952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603A">
              <w:rPr>
                <w:b/>
                <w:sz w:val="20"/>
                <w:szCs w:val="20"/>
                <w:lang w:val="ru-RU"/>
              </w:rPr>
              <w:t>В</w:t>
            </w:r>
            <w:r w:rsidRPr="00CE359C">
              <w:rPr>
                <w:b/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800100" cy="581025"/>
                  <wp:effectExtent l="0" t="0" r="0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603A">
              <w:rPr>
                <w:b/>
                <w:sz w:val="20"/>
                <w:szCs w:val="20"/>
                <w:lang w:val="ru-RU"/>
              </w:rPr>
              <w:t>Г</w:t>
            </w:r>
            <w:r w:rsidRPr="00CE359C">
              <w:rPr>
                <w:b/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009650" cy="47625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  <w:r>
              <w:rPr>
                <w:b/>
              </w:rPr>
              <w:t>(1В, 2Г, 3А, 4Б</w:t>
            </w:r>
            <w:r w:rsidRPr="00812CAF">
              <w:rPr>
                <w:b/>
              </w:rPr>
              <w:t>)</w:t>
            </w:r>
          </w:p>
          <w:p w:rsidR="00C00B61" w:rsidRPr="00E239D0" w:rsidRDefault="00C00B61" w:rsidP="00C00B61">
            <w:pPr>
              <w:pStyle w:val="ae"/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textAlignment w:val="baseline"/>
              <w:rPr>
                <w:b/>
                <w:sz w:val="20"/>
                <w:szCs w:val="20"/>
              </w:rPr>
            </w:pPr>
            <w:r w:rsidRPr="00E239D0">
              <w:rPr>
                <w:sz w:val="20"/>
                <w:szCs w:val="20"/>
                <w:lang w:val="ru-RU"/>
              </w:rPr>
              <w:t>Установите соответствие типа резьбы и его обозначения на чертеже</w:t>
            </w:r>
            <w:r w:rsidRPr="00E239D0">
              <w:rPr>
                <w:sz w:val="20"/>
                <w:szCs w:val="20"/>
                <w:lang w:val="ru-RU"/>
              </w:rPr>
              <w:br/>
              <w:t xml:space="preserve">1. </w:t>
            </w:r>
            <w:r w:rsidRPr="00E239D0">
              <w:rPr>
                <w:sz w:val="20"/>
                <w:szCs w:val="20"/>
              </w:rPr>
              <w:t>Трубная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E239D0">
              <w:rPr>
                <w:sz w:val="20"/>
                <w:szCs w:val="20"/>
              </w:rPr>
              <w:t>коническая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E239D0">
              <w:rPr>
                <w:sz w:val="20"/>
                <w:szCs w:val="20"/>
              </w:rPr>
              <w:t>резьба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E239D0">
              <w:rPr>
                <w:sz w:val="20"/>
                <w:szCs w:val="20"/>
              </w:rPr>
              <w:t>на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E239D0">
              <w:rPr>
                <w:sz w:val="20"/>
                <w:szCs w:val="20"/>
              </w:rPr>
              <w:t>стержне</w:t>
            </w:r>
            <w:r w:rsidRPr="00E239D0">
              <w:rPr>
                <w:sz w:val="20"/>
                <w:szCs w:val="20"/>
              </w:rPr>
              <w:br/>
              <w:t>2. Упорная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E239D0">
              <w:rPr>
                <w:sz w:val="20"/>
                <w:szCs w:val="20"/>
              </w:rPr>
              <w:t>резьба</w:t>
            </w:r>
            <w:r w:rsidRPr="00E239D0">
              <w:rPr>
                <w:sz w:val="20"/>
                <w:szCs w:val="20"/>
              </w:rPr>
              <w:br/>
              <w:t>3. Метрическая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E239D0">
              <w:rPr>
                <w:sz w:val="20"/>
                <w:szCs w:val="20"/>
              </w:rPr>
              <w:t>резьба</w:t>
            </w:r>
          </w:p>
          <w:p w:rsidR="00C00B61" w:rsidRPr="00E239D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</w:p>
          <w:p w:rsidR="00C00B61" w:rsidRPr="00E239D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</w:pPr>
            <w:r w:rsidRPr="00E239D0">
              <w:rPr>
                <w:b/>
              </w:rPr>
              <w:t>А</w:t>
            </w:r>
            <w:r w:rsidRPr="00E239D0">
              <w:t xml:space="preserve"> – R;  </w:t>
            </w:r>
            <w:r w:rsidRPr="00E239D0">
              <w:rPr>
                <w:b/>
              </w:rPr>
              <w:t>Б</w:t>
            </w:r>
            <w:r w:rsidRPr="00E239D0">
              <w:t xml:space="preserve"> – М; </w:t>
            </w:r>
            <w:r w:rsidRPr="00E239D0">
              <w:rPr>
                <w:b/>
              </w:rPr>
              <w:t>В</w:t>
            </w:r>
            <w:r w:rsidRPr="00E239D0">
              <w:t xml:space="preserve"> –S; </w:t>
            </w:r>
            <w:r w:rsidRPr="00E239D0">
              <w:rPr>
                <w:b/>
              </w:rPr>
              <w:t>Г</w:t>
            </w:r>
            <w:r w:rsidRPr="00E239D0">
              <w:t xml:space="preserve"> - G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  <w:r>
              <w:rPr>
                <w:b/>
              </w:rPr>
              <w:t>(1А, 2В, 3Б</w:t>
            </w:r>
            <w:r w:rsidRPr="00812CAF">
              <w:rPr>
                <w:b/>
              </w:rPr>
              <w:t>)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</w:pPr>
          </w:p>
          <w:p w:rsidR="00C00B61" w:rsidRPr="005874A6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</w:pPr>
          </w:p>
        </w:tc>
      </w:tr>
      <w:tr w:rsidR="00C00B61" w:rsidRPr="003D2A80" w:rsidTr="004F54CD">
        <w:tc>
          <w:tcPr>
            <w:tcW w:w="2500" w:type="pct"/>
            <w:gridSpan w:val="2"/>
            <w:shd w:val="clear" w:color="auto" w:fill="auto"/>
          </w:tcPr>
          <w:p w:rsidR="00C00B61" w:rsidRPr="005874A6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b/>
                <w:bCs/>
                <w:kern w:val="1"/>
                <w:szCs w:val="24"/>
              </w:rPr>
              <w:lastRenderedPageBreak/>
              <w:t>Уровень сложности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5874A6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>
              <w:rPr>
                <w:b/>
                <w:bCs/>
                <w:kern w:val="1"/>
                <w:szCs w:val="24"/>
              </w:rPr>
              <w:t>Высокий</w:t>
            </w:r>
          </w:p>
        </w:tc>
      </w:tr>
      <w:tr w:rsidR="00C00B61" w:rsidRPr="003D2A80" w:rsidTr="004F54CD">
        <w:tc>
          <w:tcPr>
            <w:tcW w:w="2500" w:type="pct"/>
            <w:gridSpan w:val="2"/>
            <w:shd w:val="clear" w:color="auto" w:fill="auto"/>
          </w:tcPr>
          <w:p w:rsidR="00C00B61" w:rsidRPr="005874A6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5874A6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D201B7">
              <w:rPr>
                <w:b/>
                <w:szCs w:val="24"/>
              </w:rPr>
              <w:t>Задания с развернутым ответом</w:t>
            </w:r>
          </w:p>
        </w:tc>
      </w:tr>
      <w:tr w:rsidR="00C00B61" w:rsidRPr="003D2A80" w:rsidTr="004F54CD">
        <w:tc>
          <w:tcPr>
            <w:tcW w:w="2500" w:type="pct"/>
            <w:gridSpan w:val="2"/>
            <w:shd w:val="clear" w:color="auto" w:fill="auto"/>
            <w:vAlign w:val="center"/>
          </w:tcPr>
          <w:p w:rsidR="00C00B61" w:rsidRPr="005874A6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i/>
                <w:iCs/>
                <w:szCs w:val="24"/>
              </w:rPr>
              <w:t>Инструкция: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5874A6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D201B7">
              <w:rPr>
                <w:i/>
                <w:szCs w:val="24"/>
              </w:rPr>
              <w:t>введите развернутый обоснованный ответ</w:t>
            </w:r>
          </w:p>
        </w:tc>
      </w:tr>
      <w:tr w:rsidR="00C00B61" w:rsidRPr="00C00B61" w:rsidTr="004F54CD">
        <w:tc>
          <w:tcPr>
            <w:tcW w:w="5000" w:type="pct"/>
            <w:gridSpan w:val="5"/>
            <w:shd w:val="clear" w:color="auto" w:fill="auto"/>
            <w:vAlign w:val="center"/>
          </w:tcPr>
          <w:p w:rsidR="00C00B61" w:rsidRPr="00C00B61" w:rsidRDefault="00C00B61" w:rsidP="00C00B61">
            <w:pPr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iCs/>
                <w:lang w:val="ru-RU"/>
              </w:rPr>
            </w:pPr>
            <w:r w:rsidRPr="00C00B61">
              <w:rPr>
                <w:color w:val="000000"/>
                <w:lang w:val="ru-RU"/>
              </w:rPr>
              <w:t xml:space="preserve">Продолжите предложение. </w:t>
            </w:r>
            <w:r w:rsidRPr="00B21EB3">
              <w:t> </w:t>
            </w:r>
            <w:r w:rsidRPr="00C00B61">
              <w:rPr>
                <w:lang w:val="ru-RU"/>
              </w:rPr>
              <w:t>Р</w:t>
            </w:r>
            <w:r w:rsidRPr="00C00B61">
              <w:rPr>
                <w:b/>
                <w:bCs/>
                <w:color w:val="000000"/>
                <w:lang w:val="ru-RU"/>
              </w:rPr>
              <w:t>азрез</w:t>
            </w:r>
            <w:r w:rsidRPr="00C00B61">
              <w:rPr>
                <w:color w:val="000000"/>
                <w:lang w:val="ru-RU"/>
              </w:rPr>
              <w:t xml:space="preserve"> - это ортогональная проекция предмета, мысленно рассеченного полностью или частично……….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iCs/>
                <w:color w:val="000000"/>
                <w:lang w:val="ru-RU"/>
              </w:rPr>
            </w:pPr>
            <w:r w:rsidRPr="00C00B61">
              <w:rPr>
                <w:b/>
                <w:bCs/>
                <w:iCs/>
                <w:color w:val="000000"/>
                <w:lang w:val="ru-RU"/>
              </w:rPr>
              <w:t xml:space="preserve">Ответ: </w:t>
            </w:r>
            <w:r w:rsidRPr="00C00B61">
              <w:rPr>
                <w:iCs/>
                <w:color w:val="000000"/>
                <w:lang w:val="ru-RU"/>
              </w:rPr>
              <w:t>одной или несколькими плоскостями для выявления невидимых поверхностей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b/>
                <w:bCs/>
                <w:iCs/>
                <w:lang w:val="ru-RU"/>
              </w:rPr>
            </w:pPr>
          </w:p>
        </w:tc>
      </w:tr>
    </w:tbl>
    <w:p w:rsidR="00C00B61" w:rsidRPr="00C00B61" w:rsidRDefault="00C00B61" w:rsidP="00C00B61">
      <w:pPr>
        <w:rPr>
          <w:lang w:val="ru-RU"/>
        </w:rPr>
      </w:pPr>
      <w:r w:rsidRPr="00C00B61">
        <w:rPr>
          <w:lang w:val="ru-RU"/>
        </w:rPr>
        <w:tab/>
      </w:r>
    </w:p>
    <w:p w:rsidR="00C00B61" w:rsidRPr="00C00B61" w:rsidRDefault="00C00B61" w:rsidP="00C00B61">
      <w:pPr>
        <w:spacing w:line="240" w:lineRule="auto"/>
        <w:jc w:val="center"/>
        <w:rPr>
          <w:b/>
          <w:szCs w:val="24"/>
          <w:lang w:val="ru-RU"/>
        </w:rPr>
      </w:pPr>
      <w:r w:rsidRPr="00C00B61">
        <w:rPr>
          <w:b/>
          <w:szCs w:val="24"/>
          <w:lang w:val="ru-RU"/>
        </w:rPr>
        <w:t xml:space="preserve">Описание дополнительных материалов и оборудования, необходимых для выполнения тестовых заданий </w:t>
      </w:r>
    </w:p>
    <w:tbl>
      <w:tblPr>
        <w:tblW w:w="48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9"/>
        <w:gridCol w:w="7733"/>
      </w:tblGrid>
      <w:tr w:rsidR="00C00B61" w:rsidRPr="00C00B61" w:rsidTr="004F54CD">
        <w:trPr>
          <w:jc w:val="center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Номер задания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B61" w:rsidRPr="00C00B61" w:rsidRDefault="00C00B61" w:rsidP="00C00B61">
            <w:pPr>
              <w:spacing w:line="240" w:lineRule="auto"/>
              <w:jc w:val="center"/>
              <w:rPr>
                <w:sz w:val="22"/>
                <w:lang w:val="ru-RU"/>
              </w:rPr>
            </w:pPr>
            <w:r w:rsidRPr="00C00B61">
              <w:rPr>
                <w:sz w:val="22"/>
                <w:lang w:val="ru-RU"/>
              </w:rPr>
              <w:t>Перечень материалов и оборудования, необходимых для выполнения задания</w:t>
            </w:r>
          </w:p>
        </w:tc>
      </w:tr>
      <w:tr w:rsidR="00C00B61" w:rsidRPr="0086560D" w:rsidTr="004F54CD">
        <w:trPr>
          <w:jc w:val="center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-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-</w:t>
            </w:r>
          </w:p>
        </w:tc>
      </w:tr>
    </w:tbl>
    <w:p w:rsidR="00C00B61" w:rsidRPr="003B12F1" w:rsidRDefault="00C00B61" w:rsidP="00C00B61">
      <w:pPr>
        <w:spacing w:line="240" w:lineRule="auto"/>
        <w:rPr>
          <w:szCs w:val="24"/>
        </w:rPr>
      </w:pPr>
    </w:p>
    <w:p w:rsidR="00C00B61" w:rsidRDefault="00C00B61" w:rsidP="00C00B61">
      <w:pPr>
        <w:spacing w:line="240" w:lineRule="auto"/>
        <w:jc w:val="center"/>
        <w:rPr>
          <w:b/>
          <w:szCs w:val="24"/>
        </w:rPr>
      </w:pPr>
      <w:r w:rsidRPr="00095033">
        <w:rPr>
          <w:b/>
          <w:szCs w:val="24"/>
        </w:rPr>
        <w:t>Ключи правильных ответов</w:t>
      </w:r>
    </w:p>
    <w:p w:rsidR="00C00B61" w:rsidRPr="00095033" w:rsidRDefault="00C00B61" w:rsidP="00C00B61">
      <w:pPr>
        <w:spacing w:line="240" w:lineRule="auto"/>
        <w:jc w:val="center"/>
        <w:rPr>
          <w:b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3523"/>
        <w:gridCol w:w="1243"/>
        <w:gridCol w:w="3450"/>
      </w:tblGrid>
      <w:tr w:rsidR="00C00B61" w:rsidRPr="00481143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Номер задания</w:t>
            </w:r>
          </w:p>
        </w:tc>
        <w:tc>
          <w:tcPr>
            <w:tcW w:w="3523" w:type="dxa"/>
            <w:vAlign w:val="center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Верный ответ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Номер задания</w:t>
            </w:r>
          </w:p>
        </w:tc>
        <w:tc>
          <w:tcPr>
            <w:tcW w:w="3450" w:type="dxa"/>
            <w:vAlign w:val="center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Верный ответ</w:t>
            </w:r>
          </w:p>
        </w:tc>
      </w:tr>
      <w:tr w:rsidR="00C00B61" w:rsidRPr="00481143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1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Б</w:t>
            </w:r>
          </w:p>
        </w:tc>
        <w:tc>
          <w:tcPr>
            <w:tcW w:w="1243" w:type="dxa"/>
            <w:shd w:val="clear" w:color="auto" w:fill="auto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24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/>
              </w:rPr>
            </w:pPr>
            <w:r w:rsidRPr="00CE359C">
              <w:rPr>
                <w:bCs/>
              </w:rPr>
              <w:t>А</w:t>
            </w:r>
          </w:p>
        </w:tc>
      </w:tr>
      <w:tr w:rsidR="00C00B61" w:rsidRPr="00481143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2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В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25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/>
              </w:rPr>
            </w:pPr>
            <w:r w:rsidRPr="00CE359C">
              <w:rPr>
                <w:bCs/>
              </w:rPr>
              <w:t>А</w:t>
            </w:r>
          </w:p>
        </w:tc>
      </w:tr>
      <w:tr w:rsidR="00C00B61" w:rsidRPr="00481143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3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iCs/>
                <w:sz w:val="22"/>
              </w:rPr>
              <w:t>А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26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  <w:highlight w:val="yellow"/>
              </w:rPr>
            </w:pPr>
            <w:r w:rsidRPr="00CE359C">
              <w:rPr>
                <w:bCs/>
              </w:rPr>
              <w:t>1А, 2Б, 3В</w:t>
            </w:r>
          </w:p>
        </w:tc>
      </w:tr>
      <w:tr w:rsidR="00C00B61" w:rsidRPr="00481143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4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iCs/>
                <w:sz w:val="22"/>
              </w:rPr>
              <w:t>Б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27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bCs/>
              </w:rPr>
              <w:t>1А, 2Б, 3В</w:t>
            </w:r>
          </w:p>
        </w:tc>
      </w:tr>
      <w:tr w:rsidR="00C00B61" w:rsidRPr="00481143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5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iCs/>
                <w:sz w:val="22"/>
              </w:rPr>
              <w:t>А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28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bCs/>
              </w:rPr>
              <w:t>1А, 2Б, 3В</w:t>
            </w:r>
          </w:p>
        </w:tc>
      </w:tr>
      <w:tr w:rsidR="00C00B61" w:rsidRPr="00481143" w:rsidTr="004F54CD">
        <w:trPr>
          <w:jc w:val="center"/>
        </w:trPr>
        <w:tc>
          <w:tcPr>
            <w:tcW w:w="1129" w:type="dxa"/>
            <w:shd w:val="clear" w:color="auto" w:fill="auto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6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b/>
              </w:rPr>
            </w:pPr>
            <w:r w:rsidRPr="00CE359C">
              <w:rPr>
                <w:b/>
              </w:rPr>
              <w:t>(1А, 3Б, 2В)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29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</w:rPr>
            </w:pPr>
            <w:r w:rsidRPr="00CE359C">
              <w:rPr>
                <w:bCs/>
              </w:rPr>
              <w:t>1А, 2Б, 3В</w:t>
            </w:r>
          </w:p>
        </w:tc>
      </w:tr>
      <w:tr w:rsidR="00C00B61" w:rsidRPr="00481143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7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b/>
              </w:rPr>
            </w:pPr>
            <w:r w:rsidRPr="00CE359C">
              <w:rPr>
                <w:b/>
              </w:rPr>
              <w:t>(1А, 2Б, 3В)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30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</w:rPr>
            </w:pPr>
            <w:r w:rsidRPr="00CE359C">
              <w:rPr>
                <w:bCs/>
              </w:rPr>
              <w:t>1Б, 2А, 4В</w:t>
            </w:r>
          </w:p>
        </w:tc>
      </w:tr>
      <w:tr w:rsidR="00C00B61" w:rsidRPr="00481143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8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b/>
              </w:rPr>
            </w:pPr>
            <w:r w:rsidRPr="00CE359C">
              <w:rPr>
                <w:b/>
              </w:rPr>
              <w:t>(1Б, 2А, 3В)</w:t>
            </w:r>
          </w:p>
        </w:tc>
        <w:tc>
          <w:tcPr>
            <w:tcW w:w="1243" w:type="dxa"/>
            <w:shd w:val="clear" w:color="auto" w:fill="auto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31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</w:rPr>
            </w:pPr>
            <w:r w:rsidRPr="00CE359C">
              <w:rPr>
                <w:bCs/>
              </w:rPr>
              <w:t>1В, 2Б, 3А</w:t>
            </w:r>
          </w:p>
        </w:tc>
      </w:tr>
      <w:tr w:rsidR="00C00B61" w:rsidRPr="00481143" w:rsidTr="004F54CD">
        <w:trPr>
          <w:jc w:val="center"/>
        </w:trPr>
        <w:tc>
          <w:tcPr>
            <w:tcW w:w="1129" w:type="dxa"/>
            <w:shd w:val="clear" w:color="auto" w:fill="auto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9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b/>
              </w:rPr>
            </w:pPr>
            <w:r w:rsidRPr="00CE359C">
              <w:rPr>
                <w:b/>
              </w:rPr>
              <w:t>(1А, 2В, 3Б)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32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</w:rPr>
            </w:pPr>
            <w:r w:rsidRPr="00CE359C">
              <w:rPr>
                <w:bCs/>
              </w:rPr>
              <w:t>1В, 2Г, 3Б</w:t>
            </w:r>
          </w:p>
        </w:tc>
      </w:tr>
      <w:tr w:rsidR="00C00B61" w:rsidRPr="00C00B61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10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b/>
              </w:rPr>
            </w:pPr>
            <w:r w:rsidRPr="00CE359C">
              <w:rPr>
                <w:b/>
              </w:rPr>
              <w:t>(1А, 2Б, 3В)</w:t>
            </w:r>
          </w:p>
        </w:tc>
        <w:tc>
          <w:tcPr>
            <w:tcW w:w="1243" w:type="dxa"/>
            <w:shd w:val="clear" w:color="auto" w:fill="auto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33</w:t>
            </w:r>
          </w:p>
        </w:tc>
        <w:tc>
          <w:tcPr>
            <w:tcW w:w="3450" w:type="dxa"/>
          </w:tcPr>
          <w:p w:rsidR="00C00B61" w:rsidRPr="00C00B61" w:rsidRDefault="00C00B61" w:rsidP="00C00B61">
            <w:pPr>
              <w:spacing w:line="240" w:lineRule="auto"/>
              <w:rPr>
                <w:bCs/>
                <w:lang w:val="ru-RU"/>
              </w:rPr>
            </w:pPr>
            <w:r w:rsidRPr="00C00B61">
              <w:rPr>
                <w:iCs/>
                <w:lang w:val="ru-RU"/>
              </w:rPr>
              <w:t>Состав сборочной единицы комплекса или комплекта</w:t>
            </w:r>
          </w:p>
        </w:tc>
      </w:tr>
      <w:tr w:rsidR="00C00B61" w:rsidRPr="0086560D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11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  <w:highlight w:val="yellow"/>
              </w:rPr>
            </w:pPr>
            <w:r w:rsidRPr="00CE359C">
              <w:rPr>
                <w:b/>
              </w:rPr>
              <w:t>(1А, 2Б, 3В)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34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</w:rPr>
            </w:pPr>
            <w:r w:rsidRPr="00CE359C">
              <w:rPr>
                <w:bCs/>
              </w:rPr>
              <w:t>АБ</w:t>
            </w:r>
          </w:p>
        </w:tc>
      </w:tr>
      <w:tr w:rsidR="00C00B61" w:rsidRPr="0086560D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12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  <w:highlight w:val="yellow"/>
              </w:rPr>
            </w:pPr>
            <w:r w:rsidRPr="00CE359C">
              <w:rPr>
                <w:b/>
              </w:rPr>
              <w:t>1-5, 2-3, 3-2, 4-4)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35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</w:rPr>
            </w:pPr>
            <w:r w:rsidRPr="00CE359C">
              <w:rPr>
                <w:bCs/>
              </w:rPr>
              <w:t>А</w:t>
            </w:r>
          </w:p>
        </w:tc>
      </w:tr>
      <w:tr w:rsidR="00C00B61" w:rsidRPr="0086560D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lastRenderedPageBreak/>
              <w:t>13</w:t>
            </w:r>
          </w:p>
        </w:tc>
        <w:tc>
          <w:tcPr>
            <w:tcW w:w="3523" w:type="dxa"/>
          </w:tcPr>
          <w:p w:rsidR="00C00B61" w:rsidRPr="00C00B61" w:rsidRDefault="00C00B61" w:rsidP="00C00B61">
            <w:pPr>
              <w:spacing w:line="240" w:lineRule="auto"/>
              <w:rPr>
                <w:sz w:val="22"/>
                <w:highlight w:val="yellow"/>
                <w:lang w:val="ru-RU"/>
              </w:rPr>
            </w:pPr>
            <w:r w:rsidRPr="00C00B61">
              <w:rPr>
                <w:lang w:val="ru-RU"/>
              </w:rPr>
              <w:t>Профильной, горизонтальной, фронтальной, в пространстве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36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/>
              </w:rPr>
            </w:pPr>
            <w:r w:rsidRPr="00CE359C">
              <w:rPr>
                <w:bCs/>
              </w:rPr>
              <w:t>1А, 2Б, 3В</w:t>
            </w:r>
          </w:p>
        </w:tc>
      </w:tr>
      <w:tr w:rsidR="00C00B61" w:rsidRPr="0086560D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14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Б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37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</w:rPr>
            </w:pPr>
            <w:r w:rsidRPr="00CE359C">
              <w:rPr>
                <w:bCs/>
              </w:rPr>
              <w:t>1А, 2Б, 3В</w:t>
            </w:r>
          </w:p>
        </w:tc>
      </w:tr>
      <w:tr w:rsidR="00C00B61" w:rsidRPr="0086560D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15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Б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38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</w:rPr>
            </w:pPr>
            <w:r w:rsidRPr="00CE359C">
              <w:rPr>
                <w:bCs/>
              </w:rPr>
              <w:t>1А, 2Б, 3В</w:t>
            </w:r>
          </w:p>
        </w:tc>
      </w:tr>
      <w:tr w:rsidR="00C00B61" w:rsidRPr="0086560D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16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  <w:highlight w:val="yellow"/>
              </w:rPr>
            </w:pPr>
            <w:r w:rsidRPr="00CE359C">
              <w:rPr>
                <w:bCs/>
              </w:rPr>
              <w:t>1А, 2Б, 3В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39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</w:rPr>
            </w:pPr>
            <w:r w:rsidRPr="00CE359C">
              <w:rPr>
                <w:bCs/>
              </w:rPr>
              <w:t>1А, 2Б, 3В</w:t>
            </w:r>
          </w:p>
        </w:tc>
      </w:tr>
      <w:tr w:rsidR="00C00B61" w:rsidRPr="0086560D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17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  <w:highlight w:val="yellow"/>
              </w:rPr>
            </w:pPr>
            <w:r w:rsidRPr="00CE359C">
              <w:rPr>
                <w:bCs/>
              </w:rPr>
              <w:t>1Б, 2А, 3В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40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</w:rPr>
            </w:pPr>
            <w:r w:rsidRPr="00CE359C">
              <w:rPr>
                <w:bCs/>
              </w:rPr>
              <w:t>1А, 2Б, 3В</w:t>
            </w:r>
          </w:p>
        </w:tc>
      </w:tr>
      <w:tr w:rsidR="00C00B61" w:rsidRPr="0086560D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18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  <w:highlight w:val="yellow"/>
              </w:rPr>
            </w:pPr>
            <w:r w:rsidRPr="00CE359C">
              <w:rPr>
                <w:bCs/>
              </w:rPr>
              <w:t>1А, 2Б, 3В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41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</w:rPr>
            </w:pPr>
            <w:r w:rsidRPr="00CE359C">
              <w:rPr>
                <w:bCs/>
              </w:rPr>
              <w:t>1В, 2Г, 3А, 4Б</w:t>
            </w:r>
          </w:p>
        </w:tc>
      </w:tr>
      <w:tr w:rsidR="00C00B61" w:rsidRPr="0086560D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19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  <w:highlight w:val="yellow"/>
              </w:rPr>
            </w:pPr>
            <w:r w:rsidRPr="00CE359C">
              <w:rPr>
                <w:bCs/>
              </w:rPr>
              <w:t>1А, 2Б, 3В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42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/>
              </w:rPr>
            </w:pPr>
            <w:r w:rsidRPr="00CE359C">
              <w:rPr>
                <w:bCs/>
              </w:rPr>
              <w:t>1А, 2В, 3Б</w:t>
            </w:r>
          </w:p>
        </w:tc>
      </w:tr>
      <w:tr w:rsidR="00C00B61" w:rsidRPr="00C00B61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20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  <w:highlight w:val="yellow"/>
              </w:rPr>
            </w:pPr>
            <w:r w:rsidRPr="00CE359C">
              <w:rPr>
                <w:bCs/>
              </w:rPr>
              <w:t>1А, 2В, 3Б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43</w:t>
            </w:r>
          </w:p>
        </w:tc>
        <w:tc>
          <w:tcPr>
            <w:tcW w:w="3450" w:type="dxa"/>
          </w:tcPr>
          <w:p w:rsidR="00C00B61" w:rsidRPr="00C00B61" w:rsidRDefault="00C00B61" w:rsidP="00C00B61">
            <w:pPr>
              <w:spacing w:line="240" w:lineRule="auto"/>
              <w:rPr>
                <w:bCs/>
                <w:lang w:val="ru-RU"/>
              </w:rPr>
            </w:pPr>
            <w:r w:rsidRPr="00C00B61">
              <w:rPr>
                <w:iCs/>
                <w:color w:val="000000"/>
                <w:lang w:val="ru-RU"/>
              </w:rPr>
              <w:t>одной или несколькими плоскостями для выявления невидимых поверхностей</w:t>
            </w:r>
          </w:p>
        </w:tc>
      </w:tr>
      <w:tr w:rsidR="00C00B61" w:rsidRPr="0086560D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21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  <w:highlight w:val="yellow"/>
              </w:rPr>
            </w:pPr>
            <w:r w:rsidRPr="00CE359C">
              <w:rPr>
                <w:bCs/>
              </w:rPr>
              <w:t>1А, 2Б, 3В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</w:rPr>
            </w:pPr>
          </w:p>
        </w:tc>
      </w:tr>
      <w:tr w:rsidR="00C00B61" w:rsidRPr="0086560D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22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  <w:highlight w:val="yellow"/>
              </w:rPr>
            </w:pPr>
            <w:r w:rsidRPr="00CE359C">
              <w:rPr>
                <w:bCs/>
              </w:rPr>
              <w:t>1А, 2Б, 3В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</w:rPr>
            </w:pPr>
          </w:p>
        </w:tc>
      </w:tr>
      <w:tr w:rsidR="00C00B61" w:rsidRPr="00C00B61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23</w:t>
            </w:r>
          </w:p>
        </w:tc>
        <w:tc>
          <w:tcPr>
            <w:tcW w:w="3523" w:type="dxa"/>
          </w:tcPr>
          <w:p w:rsidR="00C00B61" w:rsidRPr="00C00B61" w:rsidRDefault="00C00B61" w:rsidP="00C00B61">
            <w:pPr>
              <w:spacing w:line="240" w:lineRule="auto"/>
              <w:rPr>
                <w:sz w:val="22"/>
                <w:highlight w:val="yellow"/>
                <w:lang w:val="ru-RU"/>
              </w:rPr>
            </w:pPr>
            <w:r w:rsidRPr="00C00B61">
              <w:rPr>
                <w:iCs/>
                <w:lang w:val="ru-RU"/>
              </w:rPr>
              <w:t>Проецирующая плоскость задана по условию</w:t>
            </w:r>
          </w:p>
        </w:tc>
        <w:tc>
          <w:tcPr>
            <w:tcW w:w="1243" w:type="dxa"/>
          </w:tcPr>
          <w:p w:rsidR="00C00B61" w:rsidRPr="00C00B61" w:rsidRDefault="00C00B61" w:rsidP="00C00B61">
            <w:pPr>
              <w:spacing w:line="240" w:lineRule="auto"/>
              <w:jc w:val="center"/>
              <w:rPr>
                <w:sz w:val="22"/>
                <w:lang w:val="ru-RU"/>
              </w:rPr>
            </w:pPr>
          </w:p>
        </w:tc>
        <w:tc>
          <w:tcPr>
            <w:tcW w:w="3450" w:type="dxa"/>
          </w:tcPr>
          <w:p w:rsidR="00C00B61" w:rsidRPr="00C00B61" w:rsidRDefault="00C00B61" w:rsidP="00C00B61">
            <w:pPr>
              <w:spacing w:line="240" w:lineRule="auto"/>
              <w:rPr>
                <w:bCs/>
                <w:lang w:val="ru-RU"/>
              </w:rPr>
            </w:pPr>
          </w:p>
        </w:tc>
      </w:tr>
    </w:tbl>
    <w:p w:rsidR="00C00B61" w:rsidRPr="00C00B61" w:rsidRDefault="00C00B61" w:rsidP="00C00B61">
      <w:pPr>
        <w:spacing w:line="240" w:lineRule="auto"/>
        <w:jc w:val="center"/>
        <w:rPr>
          <w:b/>
          <w:szCs w:val="24"/>
          <w:highlight w:val="yellow"/>
          <w:lang w:val="ru-RU"/>
        </w:rPr>
      </w:pPr>
    </w:p>
    <w:p w:rsidR="00C00B61" w:rsidRPr="00C00B61" w:rsidRDefault="00C00B61" w:rsidP="00C00B61">
      <w:pPr>
        <w:spacing w:line="240" w:lineRule="auto"/>
        <w:jc w:val="center"/>
        <w:rPr>
          <w:b/>
          <w:szCs w:val="24"/>
          <w:highlight w:val="yellow"/>
          <w:lang w:val="ru-RU"/>
        </w:rPr>
      </w:pPr>
    </w:p>
    <w:p w:rsidR="00C00B61" w:rsidRDefault="00C00B61" w:rsidP="00C00B61">
      <w:pPr>
        <w:spacing w:line="240" w:lineRule="auto"/>
        <w:jc w:val="center"/>
        <w:rPr>
          <w:b/>
          <w:szCs w:val="24"/>
        </w:rPr>
      </w:pPr>
      <w:r w:rsidRPr="00316AD7">
        <w:rPr>
          <w:b/>
          <w:szCs w:val="24"/>
        </w:rPr>
        <w:t xml:space="preserve">Критерии оценки тестовых заданий </w:t>
      </w:r>
    </w:p>
    <w:p w:rsidR="00C00B61" w:rsidRPr="00316AD7" w:rsidRDefault="00C00B61" w:rsidP="00C00B61">
      <w:pPr>
        <w:spacing w:line="240" w:lineRule="auto"/>
        <w:jc w:val="center"/>
        <w:rPr>
          <w:b/>
          <w:szCs w:val="24"/>
        </w:rPr>
      </w:pPr>
    </w:p>
    <w:tbl>
      <w:tblPr>
        <w:tblW w:w="48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2561"/>
        <w:gridCol w:w="5624"/>
      </w:tblGrid>
      <w:tr w:rsidR="00C00B61" w:rsidRPr="0086560D" w:rsidTr="004F54CD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B61" w:rsidRPr="0086560D" w:rsidRDefault="00C00B61" w:rsidP="00C00B61">
            <w:pPr>
              <w:spacing w:line="240" w:lineRule="auto"/>
              <w:jc w:val="center"/>
              <w:rPr>
                <w:b/>
              </w:rPr>
            </w:pPr>
            <w:r w:rsidRPr="0086560D">
              <w:rPr>
                <w:b/>
                <w:sz w:val="22"/>
              </w:rPr>
              <w:t>Результат оценивания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B61" w:rsidRPr="0086560D" w:rsidRDefault="00C00B61" w:rsidP="00C00B61">
            <w:pPr>
              <w:spacing w:line="240" w:lineRule="auto"/>
              <w:jc w:val="center"/>
              <w:rPr>
                <w:b/>
              </w:rPr>
            </w:pPr>
            <w:r w:rsidRPr="0086560D">
              <w:rPr>
                <w:b/>
                <w:sz w:val="22"/>
              </w:rPr>
              <w:t>Тип задания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B61" w:rsidRPr="0086560D" w:rsidRDefault="00C00B61" w:rsidP="00C00B61">
            <w:pPr>
              <w:spacing w:line="240" w:lineRule="auto"/>
              <w:jc w:val="center"/>
              <w:rPr>
                <w:b/>
              </w:rPr>
            </w:pPr>
            <w:r w:rsidRPr="0086560D">
              <w:rPr>
                <w:b/>
                <w:sz w:val="22"/>
              </w:rPr>
              <w:t>Критерии</w:t>
            </w:r>
          </w:p>
        </w:tc>
      </w:tr>
      <w:tr w:rsidR="00C00B61" w:rsidRPr="00C00B61" w:rsidTr="004F54CD">
        <w:trPr>
          <w:trHeight w:val="20"/>
          <w:jc w:val="center"/>
        </w:trPr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B61" w:rsidRPr="0086560D" w:rsidRDefault="00C00B61" w:rsidP="00C00B61">
            <w:pPr>
              <w:spacing w:line="240" w:lineRule="auto"/>
              <w:jc w:val="center"/>
            </w:pPr>
            <w:r w:rsidRPr="0086560D">
              <w:rPr>
                <w:sz w:val="22"/>
              </w:rPr>
              <w:t>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B61" w:rsidRPr="00C00B61" w:rsidRDefault="00C00B61" w:rsidP="00C00B61">
            <w:pPr>
              <w:spacing w:line="240" w:lineRule="auto"/>
              <w:rPr>
                <w:lang w:val="ru-RU"/>
              </w:rPr>
            </w:pPr>
            <w:r w:rsidRPr="00C00B61">
              <w:rPr>
                <w:sz w:val="22"/>
                <w:lang w:val="ru-RU"/>
              </w:rPr>
              <w:t xml:space="preserve">с выбором одного / </w:t>
            </w:r>
            <w:r w:rsidRPr="00C00B61">
              <w:rPr>
                <w:sz w:val="22"/>
                <w:lang w:val="ru-RU"/>
              </w:rPr>
              <w:br/>
              <w:t>нескольких ответов</w:t>
            </w:r>
          </w:p>
        </w:tc>
        <w:tc>
          <w:tcPr>
            <w:tcW w:w="2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B61" w:rsidRPr="00C00B61" w:rsidRDefault="00C00B61" w:rsidP="00C00B61">
            <w:pPr>
              <w:spacing w:line="240" w:lineRule="auto"/>
              <w:rPr>
                <w:lang w:val="ru-RU"/>
              </w:rPr>
            </w:pPr>
            <w:r w:rsidRPr="00C00B61">
              <w:rPr>
                <w:sz w:val="22"/>
                <w:lang w:val="ru-RU"/>
              </w:rPr>
              <w:t>Полное совпадение с верным ответом</w:t>
            </w:r>
          </w:p>
        </w:tc>
      </w:tr>
      <w:tr w:rsidR="00C00B61" w:rsidRPr="0086560D" w:rsidTr="004F54CD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B61" w:rsidRPr="00C00B61" w:rsidRDefault="00C00B61" w:rsidP="00C00B61">
            <w:pPr>
              <w:spacing w:line="240" w:lineRule="auto"/>
              <w:rPr>
                <w:lang w:val="ru-RU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B61" w:rsidRPr="0086560D" w:rsidRDefault="00C00B61" w:rsidP="00C00B61">
            <w:pPr>
              <w:spacing w:line="240" w:lineRule="auto"/>
            </w:pPr>
            <w:r w:rsidRPr="0086560D">
              <w:rPr>
                <w:sz w:val="22"/>
              </w:rPr>
              <w:t xml:space="preserve">на установление </w:t>
            </w:r>
            <w:r>
              <w:rPr>
                <w:sz w:val="22"/>
              </w:rPr>
              <w:br/>
            </w:r>
            <w:r w:rsidRPr="0086560D">
              <w:rPr>
                <w:sz w:val="22"/>
              </w:rPr>
              <w:t>последовательности / соответствия</w:t>
            </w:r>
          </w:p>
        </w:tc>
        <w:tc>
          <w:tcPr>
            <w:tcW w:w="29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B61" w:rsidRPr="0086560D" w:rsidRDefault="00C00B61" w:rsidP="00C00B61">
            <w:pPr>
              <w:spacing w:line="240" w:lineRule="auto"/>
            </w:pPr>
          </w:p>
        </w:tc>
      </w:tr>
      <w:tr w:rsidR="00C00B61" w:rsidRPr="0086560D" w:rsidTr="004F54CD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B61" w:rsidRPr="0086560D" w:rsidRDefault="00C00B61" w:rsidP="00C00B61">
            <w:pPr>
              <w:spacing w:line="240" w:lineRule="auto"/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B61" w:rsidRPr="0086560D" w:rsidRDefault="00C00B61" w:rsidP="00C00B61">
            <w:pPr>
              <w:spacing w:line="240" w:lineRule="auto"/>
            </w:pPr>
            <w:r w:rsidRPr="0086560D">
              <w:rPr>
                <w:sz w:val="22"/>
              </w:rPr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B61" w:rsidRPr="00C00B61" w:rsidRDefault="00C00B61" w:rsidP="00C00B61">
            <w:pPr>
              <w:spacing w:line="240" w:lineRule="auto"/>
              <w:rPr>
                <w:lang w:val="ru-RU"/>
              </w:rPr>
            </w:pPr>
            <w:r w:rsidRPr="00C00B61">
              <w:rPr>
                <w:sz w:val="22"/>
                <w:lang w:val="ru-RU"/>
              </w:rPr>
              <w:t>Правильность ответа (отсутствие фактических ошибок).</w:t>
            </w:r>
          </w:p>
          <w:p w:rsidR="00C00B61" w:rsidRPr="00C00B61" w:rsidRDefault="00C00B61" w:rsidP="00C00B61">
            <w:pPr>
              <w:spacing w:line="240" w:lineRule="auto"/>
              <w:rPr>
                <w:lang w:val="ru-RU"/>
              </w:rPr>
            </w:pPr>
            <w:r w:rsidRPr="00C00B61">
              <w:rPr>
                <w:sz w:val="22"/>
                <w:lang w:val="ru-RU"/>
              </w:rPr>
              <w:t>Полнота ответа (раскрытие объема используемых понятий).</w:t>
            </w:r>
          </w:p>
          <w:p w:rsidR="00C00B61" w:rsidRPr="00C00B61" w:rsidRDefault="00C00B61" w:rsidP="00C00B61">
            <w:pPr>
              <w:spacing w:line="240" w:lineRule="auto"/>
              <w:rPr>
                <w:lang w:val="ru-RU"/>
              </w:rPr>
            </w:pPr>
            <w:r w:rsidRPr="00C00B61">
              <w:rPr>
                <w:sz w:val="22"/>
                <w:lang w:val="ru-RU"/>
              </w:rPr>
              <w:t>Обоснованность ответа (наличие аргументов).</w:t>
            </w:r>
          </w:p>
          <w:p w:rsidR="00C00B61" w:rsidRPr="00C00B61" w:rsidRDefault="00C00B61" w:rsidP="00C00B61">
            <w:pPr>
              <w:spacing w:line="240" w:lineRule="auto"/>
              <w:rPr>
                <w:lang w:val="ru-RU"/>
              </w:rPr>
            </w:pPr>
            <w:r w:rsidRPr="00C00B61">
              <w:rPr>
                <w:sz w:val="22"/>
                <w:lang w:val="ru-RU"/>
              </w:rPr>
              <w:t>Логика изложения ответа (грамотная последовательность излагаемого материала).</w:t>
            </w:r>
          </w:p>
          <w:p w:rsidR="00C00B61" w:rsidRPr="0086560D" w:rsidRDefault="00C00B61" w:rsidP="00C00B61">
            <w:pPr>
              <w:spacing w:line="240" w:lineRule="auto"/>
            </w:pPr>
            <w:r w:rsidRPr="0086560D">
              <w:rPr>
                <w:sz w:val="22"/>
              </w:rPr>
              <w:t>Сопоставимость с эталонным ответом.</w:t>
            </w:r>
          </w:p>
        </w:tc>
      </w:tr>
      <w:tr w:rsidR="00C00B61" w:rsidRPr="00C00B61" w:rsidTr="004F54CD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B61" w:rsidRPr="0086560D" w:rsidRDefault="00C00B61" w:rsidP="00C00B61">
            <w:pPr>
              <w:spacing w:line="240" w:lineRule="auto"/>
              <w:jc w:val="center"/>
            </w:pPr>
            <w:r w:rsidRPr="0086560D">
              <w:rPr>
                <w:sz w:val="22"/>
              </w:rPr>
              <w:t>неверно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B61" w:rsidRPr="00C00B61" w:rsidRDefault="00C00B61" w:rsidP="00C00B61">
            <w:pPr>
              <w:spacing w:line="240" w:lineRule="auto"/>
              <w:rPr>
                <w:lang w:val="ru-RU"/>
              </w:rPr>
            </w:pPr>
            <w:r w:rsidRPr="00C00B61">
              <w:rPr>
                <w:sz w:val="22"/>
                <w:lang w:val="ru-RU"/>
              </w:rPr>
              <w:t xml:space="preserve">с выбором одного/нескольких ответов; </w:t>
            </w:r>
            <w:r w:rsidRPr="00C00B61">
              <w:rPr>
                <w:sz w:val="22"/>
                <w:lang w:val="ru-RU"/>
              </w:rPr>
              <w:br/>
              <w:t xml:space="preserve">на установление </w:t>
            </w:r>
            <w:r w:rsidRPr="00C00B61">
              <w:rPr>
                <w:sz w:val="22"/>
                <w:lang w:val="ru-RU"/>
              </w:rPr>
              <w:br/>
              <w:t xml:space="preserve">последовательности / соответствия; </w:t>
            </w:r>
            <w:r w:rsidRPr="00C00B61">
              <w:rPr>
                <w:sz w:val="22"/>
                <w:lang w:val="ru-RU"/>
              </w:rPr>
              <w:br/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B61" w:rsidRPr="00C00B61" w:rsidRDefault="00C00B61" w:rsidP="00C00B61">
            <w:pPr>
              <w:spacing w:line="240" w:lineRule="auto"/>
              <w:rPr>
                <w:lang w:val="ru-RU"/>
              </w:rPr>
            </w:pPr>
            <w:r w:rsidRPr="00C00B61">
              <w:rPr>
                <w:sz w:val="22"/>
                <w:lang w:val="ru-RU"/>
              </w:rPr>
              <w:t>Допущены ошибки или ответ отсутствует</w:t>
            </w:r>
          </w:p>
        </w:tc>
      </w:tr>
    </w:tbl>
    <w:p w:rsidR="00C00B61" w:rsidRPr="00C00B61" w:rsidRDefault="00C00B61" w:rsidP="00C00B61">
      <w:pPr>
        <w:spacing w:line="240" w:lineRule="auto"/>
        <w:rPr>
          <w:b/>
          <w:szCs w:val="24"/>
          <w:lang w:val="ru-RU"/>
        </w:rPr>
      </w:pPr>
    </w:p>
    <w:p w:rsidR="00C00B61" w:rsidRPr="00C00B61" w:rsidRDefault="00C00B61" w:rsidP="00C00B61">
      <w:pPr>
        <w:spacing w:line="240" w:lineRule="auto"/>
        <w:jc w:val="center"/>
        <w:rPr>
          <w:b/>
          <w:szCs w:val="24"/>
          <w:lang w:val="ru-RU"/>
        </w:rPr>
      </w:pPr>
      <w:r w:rsidRPr="00C00B61">
        <w:rPr>
          <w:b/>
          <w:szCs w:val="24"/>
          <w:lang w:val="ru-RU"/>
        </w:rPr>
        <w:t>Шкала оценивания результатов компьютерного тестирования обучающихся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68"/>
        <w:gridCol w:w="5351"/>
      </w:tblGrid>
      <w:tr w:rsidR="00C00B61" w:rsidRPr="00CE3D43" w:rsidTr="004F54CD">
        <w:trPr>
          <w:jc w:val="center"/>
        </w:trPr>
        <w:tc>
          <w:tcPr>
            <w:tcW w:w="22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0B61" w:rsidRPr="00CE3D43" w:rsidRDefault="00C00B61" w:rsidP="00C00B61">
            <w:pPr>
              <w:spacing w:before="100" w:beforeAutospacing="1" w:after="100" w:afterAutospacing="1" w:line="240" w:lineRule="auto"/>
              <w:jc w:val="center"/>
              <w:rPr>
                <w:b/>
                <w:sz w:val="22"/>
              </w:rPr>
            </w:pPr>
            <w:r w:rsidRPr="00CE3D43">
              <w:rPr>
                <w:b/>
                <w:sz w:val="22"/>
              </w:rPr>
              <w:t>Оценка</w:t>
            </w:r>
          </w:p>
        </w:tc>
        <w:tc>
          <w:tcPr>
            <w:tcW w:w="27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0B61" w:rsidRPr="00CE3D43" w:rsidRDefault="00C00B61" w:rsidP="00C00B61">
            <w:pPr>
              <w:spacing w:before="100" w:beforeAutospacing="1" w:after="100" w:afterAutospacing="1" w:line="240" w:lineRule="auto"/>
              <w:jc w:val="center"/>
              <w:rPr>
                <w:b/>
                <w:sz w:val="22"/>
              </w:rPr>
            </w:pPr>
            <w:r w:rsidRPr="00CE3D43">
              <w:rPr>
                <w:b/>
                <w:sz w:val="22"/>
              </w:rPr>
              <w:t>Процент верных ответов</w:t>
            </w:r>
          </w:p>
        </w:tc>
      </w:tr>
      <w:tr w:rsidR="00C00B61" w:rsidRPr="00CE3D43" w:rsidTr="004F54CD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00B61" w:rsidRPr="00CE3D43" w:rsidRDefault="00C00B61" w:rsidP="00C00B61">
            <w:pPr>
              <w:spacing w:before="100" w:beforeAutospacing="1" w:after="100" w:afterAutospacing="1" w:line="240" w:lineRule="auto"/>
              <w:jc w:val="center"/>
              <w:rPr>
                <w:sz w:val="22"/>
              </w:rPr>
            </w:pPr>
            <w:r w:rsidRPr="00CE3D43">
              <w:rPr>
                <w:sz w:val="22"/>
              </w:rPr>
              <w:t>отлично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0B61" w:rsidRPr="00CE3D43" w:rsidRDefault="00C00B61" w:rsidP="00C00B61">
            <w:pPr>
              <w:spacing w:before="100" w:beforeAutospacing="1" w:after="100" w:afterAutospacing="1" w:line="240" w:lineRule="auto"/>
              <w:jc w:val="center"/>
              <w:rPr>
                <w:sz w:val="22"/>
              </w:rPr>
            </w:pPr>
            <w:r w:rsidRPr="00CE3D43">
              <w:rPr>
                <w:sz w:val="22"/>
              </w:rPr>
              <w:t>91-100</w:t>
            </w:r>
          </w:p>
        </w:tc>
      </w:tr>
      <w:tr w:rsidR="00C00B61" w:rsidRPr="00CE3D43" w:rsidTr="004F54CD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00B61" w:rsidRPr="00CE3D43" w:rsidRDefault="00C00B61" w:rsidP="00C00B61">
            <w:pPr>
              <w:spacing w:before="100" w:beforeAutospacing="1" w:after="100" w:afterAutospacing="1" w:line="240" w:lineRule="auto"/>
              <w:jc w:val="center"/>
              <w:rPr>
                <w:sz w:val="22"/>
              </w:rPr>
            </w:pPr>
            <w:r w:rsidRPr="00CE3D43">
              <w:rPr>
                <w:sz w:val="22"/>
              </w:rPr>
              <w:t>хорошо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00B61" w:rsidRPr="00CE3D43" w:rsidRDefault="00C00B61" w:rsidP="00C00B61">
            <w:pPr>
              <w:spacing w:before="100" w:beforeAutospacing="1" w:after="100" w:afterAutospacing="1" w:line="240" w:lineRule="auto"/>
              <w:jc w:val="center"/>
              <w:rPr>
                <w:sz w:val="22"/>
              </w:rPr>
            </w:pPr>
            <w:r w:rsidRPr="00CE3D43">
              <w:rPr>
                <w:sz w:val="22"/>
              </w:rPr>
              <w:t>80-90</w:t>
            </w:r>
          </w:p>
        </w:tc>
      </w:tr>
      <w:tr w:rsidR="00C00B61" w:rsidRPr="00CE3D43" w:rsidTr="004F54CD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00B61" w:rsidRPr="00CE3D43" w:rsidRDefault="00C00B61" w:rsidP="00C00B61">
            <w:pPr>
              <w:spacing w:before="100" w:beforeAutospacing="1" w:after="100" w:afterAutospacing="1" w:line="240" w:lineRule="auto"/>
              <w:jc w:val="center"/>
              <w:rPr>
                <w:sz w:val="22"/>
              </w:rPr>
            </w:pPr>
            <w:r w:rsidRPr="00CE3D43">
              <w:rPr>
                <w:sz w:val="22"/>
              </w:rPr>
              <w:t>удовлетворительно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00B61" w:rsidRPr="00CE3D43" w:rsidRDefault="00C00B61" w:rsidP="00C00B61">
            <w:pPr>
              <w:spacing w:before="100" w:beforeAutospacing="1" w:after="100" w:afterAutospacing="1" w:line="240" w:lineRule="auto"/>
              <w:jc w:val="center"/>
              <w:rPr>
                <w:sz w:val="22"/>
              </w:rPr>
            </w:pPr>
            <w:r w:rsidRPr="00CE3D43">
              <w:rPr>
                <w:sz w:val="22"/>
              </w:rPr>
              <w:t>70-79</w:t>
            </w:r>
          </w:p>
        </w:tc>
      </w:tr>
      <w:tr w:rsidR="00C00B61" w:rsidRPr="00CE3D43" w:rsidTr="004F54CD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00B61" w:rsidRPr="00CE3D43" w:rsidRDefault="00C00B61" w:rsidP="00C00B61">
            <w:pPr>
              <w:spacing w:before="100" w:beforeAutospacing="1" w:after="100" w:afterAutospacing="1" w:line="240" w:lineRule="auto"/>
              <w:jc w:val="center"/>
              <w:rPr>
                <w:sz w:val="22"/>
              </w:rPr>
            </w:pPr>
            <w:r w:rsidRPr="00CE3D43">
              <w:rPr>
                <w:sz w:val="22"/>
              </w:rPr>
              <w:t>неудовлетворительно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00B61" w:rsidRPr="00CE3D43" w:rsidRDefault="00C00B61" w:rsidP="00C00B61">
            <w:pPr>
              <w:spacing w:before="100" w:beforeAutospacing="1" w:after="100" w:afterAutospacing="1" w:line="240" w:lineRule="auto"/>
              <w:jc w:val="center"/>
              <w:rPr>
                <w:sz w:val="22"/>
              </w:rPr>
            </w:pPr>
            <w:r w:rsidRPr="00CE3D43">
              <w:rPr>
                <w:sz w:val="22"/>
              </w:rPr>
              <w:t>менее 70</w:t>
            </w:r>
          </w:p>
        </w:tc>
      </w:tr>
    </w:tbl>
    <w:p w:rsidR="00C00B61" w:rsidRDefault="00C00B61" w:rsidP="00C00B6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b/>
          <w:szCs w:val="24"/>
        </w:rPr>
      </w:pPr>
    </w:p>
    <w:p w:rsidR="00C00B61" w:rsidRDefault="00C00B61" w:rsidP="00C00B6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b/>
          <w:szCs w:val="24"/>
        </w:rPr>
      </w:pPr>
    </w:p>
    <w:p w:rsidR="00C00B61" w:rsidRDefault="00C00B61" w:rsidP="00C00B61">
      <w:pPr>
        <w:overflowPunct w:val="0"/>
        <w:autoSpaceDE w:val="0"/>
        <w:autoSpaceDN w:val="0"/>
        <w:adjustRightInd w:val="0"/>
        <w:spacing w:line="240" w:lineRule="auto"/>
        <w:ind w:firstLine="284"/>
        <w:jc w:val="both"/>
        <w:textAlignment w:val="baseline"/>
        <w:rPr>
          <w:szCs w:val="24"/>
        </w:rPr>
      </w:pPr>
      <w:r>
        <w:rPr>
          <w:szCs w:val="24"/>
        </w:rPr>
        <w:t>Составитель:</w:t>
      </w:r>
    </w:p>
    <w:p w:rsidR="00C00B61" w:rsidRPr="00C00B61" w:rsidRDefault="00C00B61" w:rsidP="00C00B61">
      <w:pPr>
        <w:spacing w:line="240" w:lineRule="auto"/>
        <w:ind w:firstLine="284"/>
        <w:rPr>
          <w:szCs w:val="24"/>
          <w:lang w:val="ru-RU"/>
        </w:rPr>
      </w:pPr>
      <w:r w:rsidRPr="00C00B61">
        <w:rPr>
          <w:szCs w:val="24"/>
          <w:lang w:val="ru-RU"/>
        </w:rPr>
        <w:t>С.А. Фрейберг, доцент каф. СДМ, к.п.н. __________________</w:t>
      </w:r>
    </w:p>
    <w:p w:rsidR="00C00B61" w:rsidRPr="00C00B61" w:rsidRDefault="00C00B61" w:rsidP="00C00B61">
      <w:pPr>
        <w:spacing w:line="240" w:lineRule="auto"/>
        <w:ind w:firstLine="284"/>
        <w:rPr>
          <w:lang w:val="ru-RU"/>
        </w:rPr>
      </w:pPr>
      <w:r w:rsidRPr="00C00B61">
        <w:rPr>
          <w:szCs w:val="24"/>
          <w:lang w:val="ru-RU"/>
        </w:rPr>
        <w:t>«____» _________ 2025г.</w:t>
      </w:r>
    </w:p>
    <w:p w:rsidR="00C00B61" w:rsidRPr="00C00B61" w:rsidRDefault="00C00B61" w:rsidP="00C00B61">
      <w:pPr>
        <w:tabs>
          <w:tab w:val="left" w:pos="3450"/>
        </w:tabs>
        <w:jc w:val="center"/>
        <w:rPr>
          <w:b/>
          <w:bCs/>
          <w:sz w:val="28"/>
          <w:szCs w:val="28"/>
          <w:lang w:val="ru-RU"/>
        </w:rPr>
      </w:pPr>
      <w:r w:rsidRPr="00C00B61">
        <w:rPr>
          <w:b/>
          <w:bCs/>
          <w:sz w:val="28"/>
          <w:szCs w:val="28"/>
          <w:lang w:val="ru-RU"/>
        </w:rPr>
        <w:lastRenderedPageBreak/>
        <w:t>Оценочные средства</w:t>
      </w:r>
    </w:p>
    <w:p w:rsidR="00C00B61" w:rsidRPr="00C00B61" w:rsidRDefault="00C00B61" w:rsidP="00C00B61">
      <w:pPr>
        <w:jc w:val="center"/>
        <w:rPr>
          <w:b/>
          <w:bCs/>
          <w:sz w:val="28"/>
          <w:szCs w:val="28"/>
          <w:lang w:val="ru-RU"/>
        </w:rPr>
      </w:pPr>
      <w:r w:rsidRPr="00C00B61">
        <w:rPr>
          <w:b/>
          <w:bCs/>
          <w:sz w:val="28"/>
          <w:szCs w:val="28"/>
          <w:lang w:val="ru-RU"/>
        </w:rPr>
        <w:t>для диагностического дисциплинарного тестирования</w:t>
      </w:r>
    </w:p>
    <w:p w:rsidR="00C00B61" w:rsidRPr="00C00B61" w:rsidRDefault="00C00B61" w:rsidP="00C00B61">
      <w:pPr>
        <w:jc w:val="center"/>
        <w:rPr>
          <w:b/>
          <w:bCs/>
          <w:sz w:val="28"/>
          <w:szCs w:val="28"/>
          <w:lang w:val="ru-RU"/>
        </w:rPr>
      </w:pPr>
    </w:p>
    <w:p w:rsidR="00C00B61" w:rsidRPr="00C00B61" w:rsidRDefault="00C00B61" w:rsidP="00C00B61">
      <w:pPr>
        <w:autoSpaceDE w:val="0"/>
        <w:autoSpaceDN w:val="0"/>
        <w:adjustRightInd w:val="0"/>
        <w:ind w:firstLine="426"/>
        <w:jc w:val="both"/>
        <w:rPr>
          <w:kern w:val="1"/>
          <w:szCs w:val="24"/>
          <w:lang w:val="ru-RU"/>
        </w:rPr>
      </w:pPr>
      <w:r w:rsidRPr="00C00B61">
        <w:rPr>
          <w:szCs w:val="24"/>
          <w:lang w:val="ru-RU"/>
        </w:rPr>
        <w:t xml:space="preserve">по компетенции </w:t>
      </w:r>
      <w:r w:rsidRPr="00C00B61">
        <w:rPr>
          <w:bCs/>
          <w:szCs w:val="24"/>
          <w:u w:val="single"/>
          <w:lang w:val="ru-RU"/>
        </w:rPr>
        <w:t>ОПК-4: Способен использовать современные информационные технологии и программные средства при решении задач профессиональной деятельности;</w:t>
      </w:r>
    </w:p>
    <w:p w:rsidR="00C00B61" w:rsidRPr="00C00B61" w:rsidRDefault="00C00B61" w:rsidP="00C00B61">
      <w:pPr>
        <w:autoSpaceDE w:val="0"/>
        <w:autoSpaceDN w:val="0"/>
        <w:adjustRightInd w:val="0"/>
        <w:spacing w:line="276" w:lineRule="auto"/>
        <w:jc w:val="both"/>
        <w:rPr>
          <w:kern w:val="1"/>
          <w:szCs w:val="24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1"/>
        <w:gridCol w:w="4954"/>
      </w:tblGrid>
      <w:tr w:rsidR="00C00B61" w:rsidRPr="00C00B61" w:rsidTr="004F54CD">
        <w:tc>
          <w:tcPr>
            <w:tcW w:w="2499" w:type="pct"/>
            <w:shd w:val="clear" w:color="auto" w:fill="auto"/>
          </w:tcPr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b/>
                <w:bCs/>
                <w:kern w:val="1"/>
                <w:szCs w:val="24"/>
                <w:lang w:val="ru-RU"/>
              </w:rPr>
            </w:pPr>
            <w:r w:rsidRPr="00C00B61">
              <w:rPr>
                <w:b/>
                <w:bCs/>
                <w:szCs w:val="24"/>
                <w:lang w:val="ru-RU"/>
              </w:rPr>
              <w:t>Код и содержание индикаторов достижения</w:t>
            </w:r>
          </w:p>
        </w:tc>
        <w:tc>
          <w:tcPr>
            <w:tcW w:w="2501" w:type="pct"/>
            <w:shd w:val="clear" w:color="auto" w:fill="auto"/>
          </w:tcPr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b/>
                <w:bCs/>
                <w:kern w:val="1"/>
                <w:szCs w:val="24"/>
                <w:lang w:val="ru-RU"/>
              </w:rPr>
            </w:pPr>
            <w:r w:rsidRPr="00C00B61">
              <w:rPr>
                <w:b/>
                <w:bCs/>
                <w:szCs w:val="24"/>
                <w:lang w:val="ru-RU"/>
              </w:rPr>
              <w:t>Планируемые результаты обучения по дисциплине</w:t>
            </w:r>
          </w:p>
        </w:tc>
      </w:tr>
      <w:tr w:rsidR="00C00B61" w:rsidRPr="00C00B61" w:rsidTr="004F54CD">
        <w:tc>
          <w:tcPr>
            <w:tcW w:w="2499" w:type="pct"/>
            <w:shd w:val="clear" w:color="auto" w:fill="auto"/>
          </w:tcPr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i/>
                <w:iCs/>
                <w:kern w:val="1"/>
                <w:szCs w:val="24"/>
                <w:lang w:val="ru-RU"/>
              </w:rPr>
            </w:pPr>
            <w:r w:rsidRPr="00C00B61">
              <w:rPr>
                <w:i/>
                <w:iCs/>
                <w:kern w:val="1"/>
                <w:szCs w:val="24"/>
                <w:lang w:val="ru-RU"/>
              </w:rPr>
              <w:t xml:space="preserve">ОПК – 4.1 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i/>
                <w:iCs/>
                <w:kern w:val="1"/>
                <w:szCs w:val="24"/>
                <w:lang w:val="ru-RU"/>
              </w:rPr>
            </w:pPr>
            <w:r w:rsidRPr="00C00B61">
              <w:rPr>
                <w:i/>
                <w:iCs/>
                <w:kern w:val="1"/>
                <w:szCs w:val="24"/>
                <w:lang w:val="ru-RU"/>
              </w:rPr>
              <w:t>Применяет методы и средства поиска, сбора, хранения, обработки, предоставления, распространения информации</w:t>
            </w:r>
          </w:p>
        </w:tc>
        <w:tc>
          <w:tcPr>
            <w:tcW w:w="2501" w:type="pct"/>
            <w:shd w:val="clear" w:color="auto" w:fill="auto"/>
          </w:tcPr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  <w:lang w:val="ru-RU"/>
              </w:rPr>
            </w:pPr>
            <w:proofErr w:type="gramStart"/>
            <w:r w:rsidRPr="00C00B61">
              <w:rPr>
                <w:b/>
                <w:bCs/>
                <w:kern w:val="1"/>
                <w:szCs w:val="24"/>
                <w:lang w:val="ru-RU"/>
              </w:rPr>
              <w:t>Знать:</w:t>
            </w:r>
            <w:r w:rsidRPr="00C00B61">
              <w:rPr>
                <w:lang w:val="ru-RU"/>
              </w:rPr>
              <w:t>Способы</w:t>
            </w:r>
            <w:proofErr w:type="gramEnd"/>
            <w:r w:rsidRPr="00C00B61">
              <w:rPr>
                <w:lang w:val="ru-RU"/>
              </w:rPr>
              <w:t xml:space="preserve"> задания точки, прямой, плоскости и многогранников на чертеже; алгоритмы решения позиционных и метрических задач; поверхностей вращения.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  <w:r w:rsidRPr="00C00B61">
              <w:rPr>
                <w:b/>
                <w:bCs/>
                <w:kern w:val="1"/>
                <w:szCs w:val="24"/>
                <w:lang w:val="ru-RU"/>
              </w:rPr>
              <w:t xml:space="preserve">Уметь: </w:t>
            </w:r>
            <w:r w:rsidRPr="00C00B61">
              <w:rPr>
                <w:lang w:val="ru-RU"/>
              </w:rPr>
              <w:t xml:space="preserve">Выполнять геометрически равноценное изображение пространственного объекта на плоскости. 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kern w:val="1"/>
                <w:szCs w:val="24"/>
                <w:lang w:val="ru-RU"/>
              </w:rPr>
            </w:pPr>
            <w:r w:rsidRPr="00C00B61">
              <w:rPr>
                <w:b/>
                <w:bCs/>
                <w:kern w:val="1"/>
                <w:szCs w:val="24"/>
                <w:lang w:val="ru-RU"/>
              </w:rPr>
              <w:t xml:space="preserve">Владеть: </w:t>
            </w:r>
            <w:r w:rsidRPr="00C00B61">
              <w:rPr>
                <w:kern w:val="1"/>
                <w:lang w:val="ru-RU"/>
              </w:rPr>
              <w:t>С</w:t>
            </w:r>
            <w:r w:rsidRPr="00C00B61">
              <w:rPr>
                <w:lang w:val="ru-RU"/>
              </w:rPr>
              <w:t>пособностью к геометрическому пространственному образному мышлению; способностью к чтению чертежа – по изображению представление пространственной формы объекта и его размеров.</w:t>
            </w:r>
          </w:p>
        </w:tc>
      </w:tr>
    </w:tbl>
    <w:p w:rsidR="00C00B61" w:rsidRPr="00C00B61" w:rsidRDefault="00C00B61" w:rsidP="00C00B61">
      <w:pPr>
        <w:autoSpaceDE w:val="0"/>
        <w:autoSpaceDN w:val="0"/>
        <w:adjustRightInd w:val="0"/>
        <w:spacing w:line="276" w:lineRule="auto"/>
        <w:jc w:val="both"/>
        <w:rPr>
          <w:kern w:val="1"/>
          <w:sz w:val="16"/>
          <w:szCs w:val="16"/>
          <w:lang w:val="ru-RU"/>
        </w:rPr>
      </w:pPr>
    </w:p>
    <w:p w:rsidR="00C00B61" w:rsidRPr="00C00B61" w:rsidRDefault="00C00B61" w:rsidP="00C00B61">
      <w:pPr>
        <w:autoSpaceDE w:val="0"/>
        <w:autoSpaceDN w:val="0"/>
        <w:adjustRightInd w:val="0"/>
        <w:spacing w:line="276" w:lineRule="auto"/>
        <w:jc w:val="center"/>
        <w:rPr>
          <w:b/>
          <w:bCs/>
          <w:kern w:val="1"/>
          <w:szCs w:val="24"/>
          <w:lang w:val="ru-RU"/>
        </w:rPr>
      </w:pPr>
      <w:r w:rsidRPr="00C00B61">
        <w:rPr>
          <w:b/>
          <w:bCs/>
          <w:szCs w:val="24"/>
          <w:lang w:val="ru-RU"/>
        </w:rPr>
        <w:t>Распределение заданий по типам и уровням сложности</w:t>
      </w:r>
    </w:p>
    <w:tbl>
      <w:tblPr>
        <w:tblW w:w="49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5"/>
        <w:gridCol w:w="2633"/>
        <w:gridCol w:w="3244"/>
        <w:gridCol w:w="1499"/>
      </w:tblGrid>
      <w:tr w:rsidR="00C00B61" w:rsidRPr="003D2A80" w:rsidTr="004F54CD">
        <w:tc>
          <w:tcPr>
            <w:tcW w:w="1220" w:type="pct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szCs w:val="24"/>
              </w:rPr>
              <w:t>Индикатор компетенции</w:t>
            </w:r>
          </w:p>
        </w:tc>
        <w:tc>
          <w:tcPr>
            <w:tcW w:w="1357" w:type="pct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szCs w:val="24"/>
              </w:rPr>
              <w:t>Уровень сложности задания</w:t>
            </w:r>
          </w:p>
        </w:tc>
        <w:tc>
          <w:tcPr>
            <w:tcW w:w="1671" w:type="pct"/>
            <w:shd w:val="clear" w:color="auto" w:fill="auto"/>
            <w:vAlign w:val="center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szCs w:val="24"/>
              </w:rPr>
              <w:t>Количество заданий</w:t>
            </w:r>
          </w:p>
        </w:tc>
      </w:tr>
      <w:tr w:rsidR="00C00B61" w:rsidRPr="003D2A80" w:rsidTr="004F54CD">
        <w:tc>
          <w:tcPr>
            <w:tcW w:w="5000" w:type="pct"/>
            <w:gridSpan w:val="4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>Семестр 1</w:t>
            </w:r>
          </w:p>
        </w:tc>
      </w:tr>
      <w:tr w:rsidR="00C00B61" w:rsidRPr="003D2A80" w:rsidTr="004F54CD">
        <w:trPr>
          <w:trHeight w:val="105"/>
        </w:trPr>
        <w:tc>
          <w:tcPr>
            <w:tcW w:w="1220" w:type="pct"/>
            <w:vMerge w:val="restart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kern w:val="1"/>
                <w:szCs w:val="24"/>
              </w:rPr>
            </w:pPr>
            <w:r w:rsidRPr="003D2A80">
              <w:rPr>
                <w:kern w:val="1"/>
                <w:szCs w:val="24"/>
              </w:rPr>
              <w:t xml:space="preserve">ОПК – </w:t>
            </w:r>
            <w:r>
              <w:rPr>
                <w:kern w:val="1"/>
                <w:szCs w:val="24"/>
              </w:rPr>
              <w:t>4</w:t>
            </w:r>
            <w:r w:rsidRPr="003D2A80">
              <w:rPr>
                <w:kern w:val="1"/>
                <w:szCs w:val="24"/>
              </w:rPr>
              <w:t>.1</w:t>
            </w:r>
          </w:p>
        </w:tc>
        <w:tc>
          <w:tcPr>
            <w:tcW w:w="1357" w:type="pct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kern w:val="1"/>
                <w:szCs w:val="24"/>
              </w:rPr>
            </w:pPr>
            <w:r w:rsidRPr="003D2A80">
              <w:rPr>
                <w:kern w:val="1"/>
                <w:szCs w:val="24"/>
              </w:rPr>
              <w:t>Базовый (20%)</w:t>
            </w:r>
          </w:p>
        </w:tc>
        <w:tc>
          <w:tcPr>
            <w:tcW w:w="1671" w:type="pct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kern w:val="1"/>
                <w:szCs w:val="24"/>
              </w:rPr>
            </w:pPr>
            <w:r>
              <w:t>выбором одного/нескольких ответов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C00B61" w:rsidRPr="00C76AA3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kern w:val="1"/>
                <w:szCs w:val="24"/>
              </w:rPr>
            </w:pPr>
            <w:r>
              <w:rPr>
                <w:kern w:val="1"/>
                <w:szCs w:val="24"/>
              </w:rPr>
              <w:t>8</w:t>
            </w:r>
          </w:p>
        </w:tc>
      </w:tr>
      <w:tr w:rsidR="00C00B61" w:rsidRPr="003D2A80" w:rsidTr="004F54CD">
        <w:trPr>
          <w:trHeight w:val="158"/>
        </w:trPr>
        <w:tc>
          <w:tcPr>
            <w:tcW w:w="1220" w:type="pct"/>
            <w:vMerge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kern w:val="1"/>
                <w:szCs w:val="24"/>
              </w:rPr>
            </w:pPr>
          </w:p>
        </w:tc>
        <w:tc>
          <w:tcPr>
            <w:tcW w:w="1357" w:type="pct"/>
            <w:vMerge w:val="restart"/>
            <w:shd w:val="clear" w:color="auto" w:fill="auto"/>
            <w:vAlign w:val="center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kern w:val="1"/>
                <w:szCs w:val="24"/>
              </w:rPr>
            </w:pPr>
            <w:r w:rsidRPr="003D2A80">
              <w:rPr>
                <w:kern w:val="1"/>
                <w:szCs w:val="24"/>
              </w:rPr>
              <w:t>Повышенный (70%)</w:t>
            </w:r>
          </w:p>
        </w:tc>
        <w:tc>
          <w:tcPr>
            <w:tcW w:w="1671" w:type="pct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1"/>
                <w:szCs w:val="24"/>
              </w:rPr>
            </w:pPr>
            <w:r>
              <w:t>на установление последовательности</w:t>
            </w:r>
          </w:p>
        </w:tc>
        <w:tc>
          <w:tcPr>
            <w:tcW w:w="752" w:type="pct"/>
            <w:vMerge w:val="restart"/>
            <w:shd w:val="clear" w:color="auto" w:fill="auto"/>
            <w:vAlign w:val="center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kern w:val="1"/>
                <w:szCs w:val="24"/>
              </w:rPr>
            </w:pPr>
            <w:r>
              <w:rPr>
                <w:kern w:val="1"/>
                <w:szCs w:val="24"/>
              </w:rPr>
              <w:t>15</w:t>
            </w:r>
          </w:p>
        </w:tc>
      </w:tr>
      <w:tr w:rsidR="00C00B61" w:rsidRPr="003D2A80" w:rsidTr="004F54CD">
        <w:trPr>
          <w:trHeight w:val="157"/>
        </w:trPr>
        <w:tc>
          <w:tcPr>
            <w:tcW w:w="1220" w:type="pct"/>
            <w:vMerge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kern w:val="1"/>
                <w:szCs w:val="24"/>
              </w:rPr>
            </w:pPr>
          </w:p>
        </w:tc>
        <w:tc>
          <w:tcPr>
            <w:tcW w:w="1357" w:type="pct"/>
            <w:vMerge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kern w:val="1"/>
                <w:szCs w:val="24"/>
              </w:rPr>
            </w:pPr>
          </w:p>
        </w:tc>
        <w:tc>
          <w:tcPr>
            <w:tcW w:w="1671" w:type="pct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kern w:val="1"/>
                <w:szCs w:val="24"/>
              </w:rPr>
            </w:pPr>
            <w:r>
              <w:t>на установление соответствия</w:t>
            </w:r>
          </w:p>
        </w:tc>
        <w:tc>
          <w:tcPr>
            <w:tcW w:w="752" w:type="pct"/>
            <w:vMerge/>
            <w:shd w:val="clear" w:color="auto" w:fill="auto"/>
            <w:vAlign w:val="center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kern w:val="1"/>
                <w:szCs w:val="24"/>
              </w:rPr>
            </w:pPr>
          </w:p>
        </w:tc>
      </w:tr>
      <w:tr w:rsidR="00C00B61" w:rsidRPr="003D2A80" w:rsidTr="004F54CD">
        <w:trPr>
          <w:trHeight w:val="105"/>
        </w:trPr>
        <w:tc>
          <w:tcPr>
            <w:tcW w:w="1220" w:type="pct"/>
            <w:vMerge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kern w:val="1"/>
                <w:szCs w:val="24"/>
              </w:rPr>
            </w:pPr>
          </w:p>
        </w:tc>
        <w:tc>
          <w:tcPr>
            <w:tcW w:w="1357" w:type="pct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kern w:val="1"/>
                <w:szCs w:val="24"/>
              </w:rPr>
            </w:pPr>
            <w:r w:rsidRPr="003D2A80">
              <w:rPr>
                <w:kern w:val="1"/>
                <w:szCs w:val="24"/>
              </w:rPr>
              <w:t>Высокий (10%)</w:t>
            </w:r>
          </w:p>
        </w:tc>
        <w:tc>
          <w:tcPr>
            <w:tcW w:w="1671" w:type="pct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kern w:val="1"/>
                <w:szCs w:val="24"/>
              </w:rPr>
            </w:pPr>
            <w:r>
              <w:t>с развернутым ответом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kern w:val="1"/>
                <w:szCs w:val="24"/>
              </w:rPr>
            </w:pPr>
            <w:r>
              <w:rPr>
                <w:kern w:val="1"/>
                <w:szCs w:val="24"/>
              </w:rPr>
              <w:t>3</w:t>
            </w:r>
          </w:p>
        </w:tc>
      </w:tr>
      <w:tr w:rsidR="00C00B61" w:rsidRPr="003D2A80" w:rsidTr="004F54CD">
        <w:trPr>
          <w:trHeight w:val="105"/>
        </w:trPr>
        <w:tc>
          <w:tcPr>
            <w:tcW w:w="4248" w:type="pct"/>
            <w:gridSpan w:val="3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right"/>
              <w:textAlignment w:val="baseline"/>
              <w:rPr>
                <w:b/>
                <w:bCs/>
                <w:szCs w:val="24"/>
              </w:rPr>
            </w:pPr>
            <w:r w:rsidRPr="003D2A80">
              <w:rPr>
                <w:b/>
                <w:bCs/>
                <w:szCs w:val="24"/>
              </w:rPr>
              <w:t xml:space="preserve">Итого для ОПК - </w:t>
            </w:r>
            <w:r>
              <w:rPr>
                <w:b/>
                <w:bCs/>
                <w:szCs w:val="24"/>
              </w:rPr>
              <w:t>4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b/>
                <w:bCs/>
                <w:kern w:val="1"/>
                <w:szCs w:val="24"/>
              </w:rPr>
            </w:pPr>
            <w:r>
              <w:rPr>
                <w:b/>
                <w:bCs/>
                <w:kern w:val="1"/>
                <w:szCs w:val="24"/>
              </w:rPr>
              <w:t>26</w:t>
            </w:r>
          </w:p>
        </w:tc>
      </w:tr>
    </w:tbl>
    <w:p w:rsidR="00C00B61" w:rsidRDefault="00C00B61" w:rsidP="00C00B61"/>
    <w:p w:rsidR="00C00B61" w:rsidRDefault="00C00B61" w:rsidP="00C00B61"/>
    <w:tbl>
      <w:tblPr>
        <w:tblW w:w="49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2"/>
        <w:gridCol w:w="2644"/>
        <w:gridCol w:w="3255"/>
        <w:gridCol w:w="1454"/>
      </w:tblGrid>
      <w:tr w:rsidR="00C00B61" w:rsidRPr="003D2A80" w:rsidTr="004F54CD">
        <w:trPr>
          <w:trHeight w:val="105"/>
        </w:trPr>
        <w:tc>
          <w:tcPr>
            <w:tcW w:w="5000" w:type="pct"/>
            <w:gridSpan w:val="4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>Семестр 2</w:t>
            </w:r>
          </w:p>
        </w:tc>
      </w:tr>
      <w:tr w:rsidR="00C00B61" w:rsidRPr="003D2A80" w:rsidTr="004F54CD">
        <w:trPr>
          <w:trHeight w:val="105"/>
        </w:trPr>
        <w:tc>
          <w:tcPr>
            <w:tcW w:w="1223" w:type="pct"/>
            <w:vMerge w:val="restart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kern w:val="1"/>
                <w:szCs w:val="24"/>
              </w:rPr>
            </w:pPr>
            <w:r w:rsidRPr="003D2A80">
              <w:rPr>
                <w:kern w:val="1"/>
                <w:szCs w:val="24"/>
              </w:rPr>
              <w:t xml:space="preserve">ОПК – </w:t>
            </w:r>
            <w:r>
              <w:rPr>
                <w:kern w:val="1"/>
                <w:szCs w:val="24"/>
              </w:rPr>
              <w:t>4</w:t>
            </w:r>
            <w:r w:rsidRPr="003D2A80">
              <w:rPr>
                <w:kern w:val="1"/>
                <w:szCs w:val="24"/>
              </w:rPr>
              <w:t>.1</w:t>
            </w:r>
          </w:p>
        </w:tc>
        <w:tc>
          <w:tcPr>
            <w:tcW w:w="1358" w:type="pct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kern w:val="1"/>
                <w:szCs w:val="24"/>
              </w:rPr>
            </w:pPr>
            <w:r w:rsidRPr="003D2A80">
              <w:rPr>
                <w:kern w:val="1"/>
                <w:szCs w:val="24"/>
              </w:rPr>
              <w:t>Базовый (20%)</w:t>
            </w:r>
          </w:p>
        </w:tc>
        <w:tc>
          <w:tcPr>
            <w:tcW w:w="1672" w:type="pct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kern w:val="1"/>
                <w:szCs w:val="24"/>
              </w:rPr>
            </w:pPr>
            <w:r>
              <w:t>выбором одного/нескольких ответов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C00B61" w:rsidRPr="00C76AA3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kern w:val="1"/>
                <w:szCs w:val="24"/>
              </w:rPr>
            </w:pPr>
            <w:r>
              <w:rPr>
                <w:kern w:val="1"/>
                <w:szCs w:val="24"/>
              </w:rPr>
              <w:t>5</w:t>
            </w:r>
          </w:p>
        </w:tc>
      </w:tr>
      <w:tr w:rsidR="00C00B61" w:rsidRPr="003D2A80" w:rsidTr="004F54CD">
        <w:trPr>
          <w:trHeight w:val="158"/>
        </w:trPr>
        <w:tc>
          <w:tcPr>
            <w:tcW w:w="1223" w:type="pct"/>
            <w:vMerge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kern w:val="1"/>
                <w:szCs w:val="24"/>
              </w:rPr>
            </w:pPr>
          </w:p>
        </w:tc>
        <w:tc>
          <w:tcPr>
            <w:tcW w:w="1358" w:type="pct"/>
            <w:vMerge w:val="restart"/>
            <w:shd w:val="clear" w:color="auto" w:fill="auto"/>
            <w:vAlign w:val="center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kern w:val="1"/>
                <w:szCs w:val="24"/>
              </w:rPr>
            </w:pPr>
            <w:r w:rsidRPr="003D2A80">
              <w:rPr>
                <w:kern w:val="1"/>
                <w:szCs w:val="24"/>
              </w:rPr>
              <w:t>Повышенный (70%)</w:t>
            </w:r>
          </w:p>
        </w:tc>
        <w:tc>
          <w:tcPr>
            <w:tcW w:w="1672" w:type="pct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1"/>
                <w:szCs w:val="24"/>
              </w:rPr>
            </w:pPr>
            <w:r>
              <w:t xml:space="preserve">на установление </w:t>
            </w:r>
            <w:r>
              <w:lastRenderedPageBreak/>
              <w:t>последовательности</w:t>
            </w:r>
          </w:p>
        </w:tc>
        <w:tc>
          <w:tcPr>
            <w:tcW w:w="747" w:type="pct"/>
            <w:vMerge w:val="restart"/>
            <w:shd w:val="clear" w:color="auto" w:fill="auto"/>
            <w:vAlign w:val="center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kern w:val="1"/>
                <w:szCs w:val="24"/>
              </w:rPr>
            </w:pPr>
            <w:r>
              <w:rPr>
                <w:kern w:val="1"/>
                <w:szCs w:val="24"/>
              </w:rPr>
              <w:lastRenderedPageBreak/>
              <w:t>15</w:t>
            </w:r>
          </w:p>
        </w:tc>
      </w:tr>
      <w:tr w:rsidR="00C00B61" w:rsidRPr="003D2A80" w:rsidTr="004F54CD">
        <w:trPr>
          <w:trHeight w:val="157"/>
        </w:trPr>
        <w:tc>
          <w:tcPr>
            <w:tcW w:w="1223" w:type="pct"/>
            <w:vMerge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kern w:val="1"/>
                <w:szCs w:val="24"/>
              </w:rPr>
            </w:pPr>
          </w:p>
        </w:tc>
        <w:tc>
          <w:tcPr>
            <w:tcW w:w="1358" w:type="pct"/>
            <w:vMerge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kern w:val="1"/>
                <w:szCs w:val="24"/>
              </w:rPr>
            </w:pPr>
          </w:p>
        </w:tc>
        <w:tc>
          <w:tcPr>
            <w:tcW w:w="1672" w:type="pct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kern w:val="1"/>
                <w:szCs w:val="24"/>
              </w:rPr>
            </w:pPr>
            <w:r>
              <w:t>на установление соответствия</w:t>
            </w:r>
          </w:p>
        </w:tc>
        <w:tc>
          <w:tcPr>
            <w:tcW w:w="747" w:type="pct"/>
            <w:vMerge/>
            <w:shd w:val="clear" w:color="auto" w:fill="auto"/>
            <w:vAlign w:val="center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kern w:val="1"/>
                <w:szCs w:val="24"/>
              </w:rPr>
            </w:pPr>
          </w:p>
        </w:tc>
      </w:tr>
      <w:tr w:rsidR="00C00B61" w:rsidRPr="003D2A80" w:rsidTr="004F54CD">
        <w:trPr>
          <w:trHeight w:val="105"/>
        </w:trPr>
        <w:tc>
          <w:tcPr>
            <w:tcW w:w="1223" w:type="pct"/>
            <w:vMerge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kern w:val="1"/>
                <w:szCs w:val="24"/>
              </w:rPr>
            </w:pPr>
          </w:p>
        </w:tc>
        <w:tc>
          <w:tcPr>
            <w:tcW w:w="1358" w:type="pct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kern w:val="1"/>
                <w:szCs w:val="24"/>
              </w:rPr>
            </w:pPr>
            <w:r w:rsidRPr="003D2A80">
              <w:rPr>
                <w:kern w:val="1"/>
                <w:szCs w:val="24"/>
              </w:rPr>
              <w:t>Высокий (10%)</w:t>
            </w:r>
          </w:p>
        </w:tc>
        <w:tc>
          <w:tcPr>
            <w:tcW w:w="1672" w:type="pct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kern w:val="1"/>
                <w:szCs w:val="24"/>
              </w:rPr>
            </w:pPr>
            <w:r>
              <w:t>с развернутым ответом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kern w:val="1"/>
                <w:szCs w:val="24"/>
              </w:rPr>
            </w:pPr>
            <w:r>
              <w:rPr>
                <w:kern w:val="1"/>
                <w:szCs w:val="24"/>
              </w:rPr>
              <w:t>2</w:t>
            </w:r>
          </w:p>
        </w:tc>
      </w:tr>
      <w:tr w:rsidR="00C00B61" w:rsidRPr="003D2A80" w:rsidTr="004F54CD">
        <w:trPr>
          <w:trHeight w:val="105"/>
        </w:trPr>
        <w:tc>
          <w:tcPr>
            <w:tcW w:w="4253" w:type="pct"/>
            <w:gridSpan w:val="3"/>
            <w:shd w:val="clear" w:color="auto" w:fill="auto"/>
          </w:tcPr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right"/>
              <w:textAlignment w:val="baseline"/>
            </w:pPr>
            <w:r w:rsidRPr="003D2A80">
              <w:rPr>
                <w:b/>
                <w:bCs/>
                <w:szCs w:val="24"/>
              </w:rPr>
              <w:t xml:space="preserve">Итого для ОПК - </w:t>
            </w:r>
            <w:r>
              <w:rPr>
                <w:b/>
                <w:bCs/>
                <w:szCs w:val="24"/>
              </w:rPr>
              <w:t>4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C00B61" w:rsidRPr="00A57A32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b/>
                <w:bCs/>
                <w:kern w:val="1"/>
                <w:szCs w:val="24"/>
              </w:rPr>
            </w:pPr>
            <w:r>
              <w:rPr>
                <w:b/>
                <w:bCs/>
                <w:kern w:val="1"/>
                <w:szCs w:val="24"/>
              </w:rPr>
              <w:t>22</w:t>
            </w:r>
          </w:p>
        </w:tc>
      </w:tr>
    </w:tbl>
    <w:p w:rsidR="00C00B61" w:rsidRDefault="00C00B61" w:rsidP="00C00B61"/>
    <w:p w:rsidR="00C00B61" w:rsidRPr="004416F6" w:rsidRDefault="00C00B61" w:rsidP="00C00B61">
      <w:pPr>
        <w:autoSpaceDE w:val="0"/>
        <w:autoSpaceDN w:val="0"/>
        <w:adjustRightInd w:val="0"/>
        <w:spacing w:line="276" w:lineRule="auto"/>
        <w:jc w:val="center"/>
        <w:rPr>
          <w:b/>
          <w:bCs/>
          <w:kern w:val="1"/>
          <w:szCs w:val="24"/>
        </w:rPr>
      </w:pPr>
      <w:r w:rsidRPr="004416F6">
        <w:rPr>
          <w:b/>
          <w:bCs/>
          <w:szCs w:val="24"/>
        </w:rPr>
        <w:t>Комплект тестовых заданий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2294"/>
        <w:gridCol w:w="65"/>
        <w:gridCol w:w="2637"/>
        <w:gridCol w:w="2250"/>
      </w:tblGrid>
      <w:tr w:rsidR="00C00B61" w:rsidRPr="003D2A80" w:rsidTr="004F54CD">
        <w:tc>
          <w:tcPr>
            <w:tcW w:w="1342" w:type="pct"/>
            <w:shd w:val="clear" w:color="auto" w:fill="D9D9D9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 xml:space="preserve">Индикатор </w:t>
            </w:r>
          </w:p>
        </w:tc>
        <w:tc>
          <w:tcPr>
            <w:tcW w:w="1191" w:type="pct"/>
            <w:gridSpan w:val="2"/>
            <w:shd w:val="clear" w:color="auto" w:fill="D9D9D9"/>
          </w:tcPr>
          <w:p w:rsidR="00C00B61" w:rsidRPr="009103DB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 xml:space="preserve">ОПК – </w:t>
            </w:r>
            <w:r>
              <w:rPr>
                <w:b/>
                <w:bCs/>
                <w:kern w:val="1"/>
                <w:szCs w:val="24"/>
              </w:rPr>
              <w:t>4</w:t>
            </w:r>
            <w:r w:rsidRPr="003D2A80">
              <w:rPr>
                <w:b/>
                <w:bCs/>
                <w:kern w:val="1"/>
                <w:szCs w:val="24"/>
              </w:rPr>
              <w:t>.</w:t>
            </w:r>
            <w:r>
              <w:rPr>
                <w:b/>
                <w:bCs/>
                <w:kern w:val="1"/>
                <w:szCs w:val="24"/>
              </w:rPr>
              <w:t>1</w:t>
            </w:r>
          </w:p>
        </w:tc>
        <w:tc>
          <w:tcPr>
            <w:tcW w:w="1331" w:type="pct"/>
            <w:shd w:val="clear" w:color="auto" w:fill="D9D9D9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>Семестр</w:t>
            </w:r>
          </w:p>
        </w:tc>
        <w:tc>
          <w:tcPr>
            <w:tcW w:w="1136" w:type="pct"/>
            <w:shd w:val="clear" w:color="auto" w:fill="D9D9D9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>
              <w:rPr>
                <w:b/>
                <w:bCs/>
                <w:kern w:val="1"/>
                <w:szCs w:val="24"/>
              </w:rPr>
              <w:t>1</w:t>
            </w:r>
          </w:p>
        </w:tc>
      </w:tr>
      <w:tr w:rsidR="00C00B61" w:rsidRPr="003D2A80" w:rsidTr="004F54CD">
        <w:tc>
          <w:tcPr>
            <w:tcW w:w="2533" w:type="pct"/>
            <w:gridSpan w:val="3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>Уровень сложности</w:t>
            </w:r>
          </w:p>
        </w:tc>
        <w:tc>
          <w:tcPr>
            <w:tcW w:w="2467" w:type="pct"/>
            <w:gridSpan w:val="2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>Базовый</w:t>
            </w:r>
          </w:p>
        </w:tc>
      </w:tr>
      <w:tr w:rsidR="00C00B61" w:rsidRPr="003D2A80" w:rsidTr="004F54CD">
        <w:tc>
          <w:tcPr>
            <w:tcW w:w="2533" w:type="pct"/>
            <w:gridSpan w:val="3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2467" w:type="pct"/>
            <w:gridSpan w:val="2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szCs w:val="24"/>
              </w:rPr>
              <w:t>выбором одного/нескольких ответов</w:t>
            </w:r>
          </w:p>
        </w:tc>
      </w:tr>
      <w:tr w:rsidR="00C00B61" w:rsidRPr="00C00B61" w:rsidTr="004F54CD">
        <w:tc>
          <w:tcPr>
            <w:tcW w:w="2533" w:type="pct"/>
            <w:gridSpan w:val="3"/>
            <w:shd w:val="clear" w:color="auto" w:fill="auto"/>
            <w:vAlign w:val="center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i/>
                <w:iCs/>
                <w:szCs w:val="24"/>
              </w:rPr>
            </w:pPr>
            <w:r w:rsidRPr="003D2A80">
              <w:rPr>
                <w:i/>
                <w:iCs/>
                <w:szCs w:val="24"/>
              </w:rPr>
              <w:t>Инструкция:</w:t>
            </w:r>
          </w:p>
        </w:tc>
        <w:tc>
          <w:tcPr>
            <w:tcW w:w="2467" w:type="pct"/>
            <w:gridSpan w:val="2"/>
            <w:shd w:val="clear" w:color="auto" w:fill="auto"/>
          </w:tcPr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i/>
                <w:iCs/>
                <w:szCs w:val="24"/>
                <w:lang w:val="ru-RU"/>
              </w:rPr>
            </w:pPr>
            <w:r w:rsidRPr="00C00B61">
              <w:rPr>
                <w:i/>
                <w:iCs/>
                <w:szCs w:val="24"/>
                <w:lang w:val="ru-RU"/>
              </w:rPr>
              <w:t>укажите один вариант ответа / не менее двух вариантов</w:t>
            </w:r>
          </w:p>
        </w:tc>
      </w:tr>
      <w:tr w:rsidR="00C00B61" w:rsidRPr="003D2A80" w:rsidTr="004F54CD">
        <w:tc>
          <w:tcPr>
            <w:tcW w:w="5000" w:type="pct"/>
            <w:gridSpan w:val="5"/>
            <w:shd w:val="clear" w:color="auto" w:fill="auto"/>
            <w:vAlign w:val="center"/>
          </w:tcPr>
          <w:p w:rsidR="00C00B61" w:rsidRPr="00C00B61" w:rsidRDefault="00C00B61" w:rsidP="00C00B61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i/>
                <w:iCs/>
                <w:szCs w:val="24"/>
                <w:lang w:val="ru-RU"/>
              </w:rPr>
            </w:pPr>
            <w:r w:rsidRPr="00C00B61">
              <w:rPr>
                <w:lang w:val="ru-RU"/>
              </w:rPr>
              <w:t>Какую вспомогательную плоскость необходимо построить для выполнения шпоночного паза на модели детали “Вал” (см. рисунок)?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noProof/>
              </w:rPr>
            </w:pP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904875" cy="695325"/>
                  <wp:effectExtent l="0" t="0" r="9525" b="9525"/>
                  <wp:docPr id="180" name="Рисунок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А - параллельную горизонтальной плоскости проекций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b/>
                <w:bCs/>
                <w:lang w:val="ru-RU"/>
              </w:rPr>
              <w:t>Б</w:t>
            </w:r>
            <w:r w:rsidRPr="00C00B61">
              <w:rPr>
                <w:lang w:val="ru-RU"/>
              </w:rPr>
              <w:t xml:space="preserve"> - касательную к цилиндрической ступени вал на которой расположен шпоночный паз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В - плоскость, проходящую через ось вала</w:t>
            </w:r>
          </w:p>
          <w:p w:rsidR="00C00B61" w:rsidRPr="00C00B61" w:rsidRDefault="00C00B61" w:rsidP="00C00B61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bCs/>
                <w:lang w:val="ru-RU"/>
              </w:rPr>
            </w:pPr>
            <w:r w:rsidRPr="00C00B61">
              <w:rPr>
                <w:lang w:val="ru-RU"/>
              </w:rPr>
              <w:t>Способом прямоугольного треугольника можно определить</w:t>
            </w:r>
            <w:r w:rsidRPr="00D34181">
              <w:t> </w:t>
            </w:r>
            <w:r w:rsidRPr="00C00B61">
              <w:rPr>
                <w:lang w:val="ru-RU"/>
              </w:rPr>
              <w:t>…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b/>
                <w:bCs/>
                <w:lang w:val="ru-RU"/>
              </w:rPr>
              <w:t xml:space="preserve">А - </w:t>
            </w:r>
            <w:r w:rsidRPr="00C00B61">
              <w:rPr>
                <w:lang w:val="ru-RU"/>
              </w:rPr>
              <w:t>натуральную величину отрезка прямой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b/>
                <w:bCs/>
                <w:lang w:val="ru-RU"/>
              </w:rPr>
              <w:t xml:space="preserve">Б - </w:t>
            </w:r>
            <w:r w:rsidRPr="00C00B61">
              <w:rPr>
                <w:lang w:val="ru-RU"/>
              </w:rPr>
              <w:t>углы наклона отрезка прямой к плоскостям проекций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В</w:t>
            </w:r>
            <w:r w:rsidRPr="00C00B61">
              <w:rPr>
                <w:b/>
                <w:bCs/>
                <w:lang w:val="ru-RU"/>
              </w:rPr>
              <w:t xml:space="preserve"> - </w:t>
            </w:r>
            <w:r w:rsidRPr="00C00B61">
              <w:rPr>
                <w:lang w:val="ru-RU"/>
              </w:rPr>
              <w:t>площадь треугольника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Г -натуральную величину треугольника</w:t>
            </w:r>
          </w:p>
          <w:p w:rsidR="00C00B61" w:rsidRPr="00C00B61" w:rsidRDefault="00C00B61" w:rsidP="00C00B61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bCs/>
                <w:lang w:val="ru-RU"/>
              </w:rPr>
            </w:pPr>
            <w:r w:rsidRPr="00C00B61">
              <w:rPr>
                <w:lang w:val="ru-RU"/>
              </w:rPr>
              <w:t>Меридианами поверхности вращения, показанной на чертеже, являются линии</w:t>
            </w:r>
            <w:r w:rsidRPr="00D34181">
              <w:t> </w:t>
            </w:r>
            <w:r w:rsidRPr="00C00B61">
              <w:rPr>
                <w:lang w:val="ru-RU"/>
              </w:rPr>
              <w:t>…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  <w:bCs/>
              </w:rPr>
            </w:pP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628650" cy="723900"/>
                  <wp:effectExtent l="0" t="0" r="0" b="0"/>
                  <wp:docPr id="179" name="Рисунок 179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4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D3418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</w:pPr>
            <w:r w:rsidRPr="00D34181">
              <w:rPr>
                <w:b/>
                <w:bCs/>
              </w:rPr>
              <w:t>А -</w:t>
            </w:r>
            <w:r w:rsidRPr="00DC6AB6">
              <w:t xml:space="preserve"> 1</w:t>
            </w:r>
          </w:p>
          <w:p w:rsidR="00C00B61" w:rsidRPr="00D3418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</w:pPr>
            <w:r w:rsidRPr="00D34181">
              <w:rPr>
                <w:b/>
                <w:bCs/>
              </w:rPr>
              <w:t xml:space="preserve">Б - </w:t>
            </w:r>
            <w:r w:rsidRPr="00DC6AB6">
              <w:t>2</w:t>
            </w:r>
          </w:p>
          <w:p w:rsidR="00C00B61" w:rsidRPr="00D3418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</w:pPr>
            <w:r w:rsidRPr="00D34181">
              <w:t>В</w:t>
            </w:r>
            <w:r w:rsidRPr="00D34181">
              <w:rPr>
                <w:b/>
                <w:bCs/>
              </w:rPr>
              <w:t xml:space="preserve"> - </w:t>
            </w:r>
            <w:r w:rsidRPr="00DC6AB6">
              <w:t>3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</w:pPr>
            <w:r w:rsidRPr="00D34181">
              <w:t>Г</w:t>
            </w:r>
            <w:r>
              <w:t xml:space="preserve"> – 4</w:t>
            </w:r>
          </w:p>
          <w:p w:rsidR="00C00B61" w:rsidRPr="00C00B61" w:rsidRDefault="00C00B61" w:rsidP="00C00B61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bCs/>
                <w:lang w:val="ru-RU"/>
              </w:rPr>
            </w:pPr>
            <w:r w:rsidRPr="00C00B61">
              <w:rPr>
                <w:color w:val="000000"/>
                <w:lang w:val="ru-RU"/>
              </w:rPr>
              <w:t>Трубная цилиндрическая резьба изображена и обозначена на чертежах</w:t>
            </w:r>
            <w:r w:rsidRPr="00E73B91">
              <w:t> </w:t>
            </w:r>
            <w:r w:rsidRPr="00C00B61">
              <w:rPr>
                <w:lang w:val="ru-RU"/>
              </w:rPr>
              <w:t>…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</w:pPr>
            <w:r>
              <w:rPr>
                <w:b/>
                <w:bCs/>
              </w:rPr>
              <w:t>А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1057275" cy="628650"/>
                  <wp:effectExtent l="0" t="0" r="9525" b="0"/>
                  <wp:docPr id="178" name="Рисунок 178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</w:rPr>
              <w:t xml:space="preserve">Б 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762000" cy="771525"/>
                  <wp:effectExtent l="0" t="0" r="0" b="9525"/>
                  <wp:docPr id="177" name="Рисунок 177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3B91">
              <w:t>В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885825" cy="819150"/>
                  <wp:effectExtent l="0" t="0" r="9525" b="0"/>
                  <wp:docPr id="176" name="Рисунок 176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Г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933450" cy="828675"/>
                  <wp:effectExtent l="0" t="0" r="0" b="9525"/>
                  <wp:docPr id="175" name="Рисунок 175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E73B9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bCs/>
              </w:rPr>
            </w:pPr>
          </w:p>
        </w:tc>
      </w:tr>
      <w:tr w:rsidR="00C00B61" w:rsidRPr="003D2A80" w:rsidTr="004F54CD">
        <w:tc>
          <w:tcPr>
            <w:tcW w:w="2500" w:type="pct"/>
            <w:gridSpan w:val="2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b/>
                <w:bCs/>
                <w:kern w:val="1"/>
                <w:szCs w:val="24"/>
              </w:rPr>
              <w:t>Уровень сложности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>
              <w:rPr>
                <w:b/>
                <w:bCs/>
                <w:kern w:val="1"/>
                <w:szCs w:val="24"/>
              </w:rPr>
              <w:t>Повышенный</w:t>
            </w:r>
          </w:p>
        </w:tc>
      </w:tr>
      <w:tr w:rsidR="00C00B61" w:rsidRPr="00C00B61" w:rsidTr="004F54CD">
        <w:tc>
          <w:tcPr>
            <w:tcW w:w="2500" w:type="pct"/>
            <w:gridSpan w:val="2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b/>
                <w:szCs w:val="24"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C00B61" w:rsidRPr="00C00B61" w:rsidTr="004F54CD">
        <w:tc>
          <w:tcPr>
            <w:tcW w:w="2500" w:type="pct"/>
            <w:gridSpan w:val="2"/>
            <w:shd w:val="clear" w:color="auto" w:fill="auto"/>
            <w:vAlign w:val="center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i/>
                <w:iCs/>
                <w:szCs w:val="24"/>
              </w:rPr>
              <w:lastRenderedPageBreak/>
              <w:t>Инструкция: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i/>
                <w:szCs w:val="24"/>
                <w:lang w:val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C00B61" w:rsidRPr="003D2A80" w:rsidTr="004F54CD">
        <w:tc>
          <w:tcPr>
            <w:tcW w:w="5000" w:type="pct"/>
            <w:gridSpan w:val="5"/>
            <w:shd w:val="clear" w:color="auto" w:fill="auto"/>
            <w:vAlign w:val="center"/>
          </w:tcPr>
          <w:p w:rsidR="00C00B61" w:rsidRDefault="00C00B61" w:rsidP="00C00B61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>
              <w:t>Установите соответствие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 xml:space="preserve"> фронтальных и горизонтальных проекций пересечения конуса с проецирующей плоскостью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685800" cy="742950"/>
                  <wp:effectExtent l="0" t="0" r="0" b="0"/>
                  <wp:docPr id="174" name="Рисунок 174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695325" cy="800100"/>
                  <wp:effectExtent l="0" t="0" r="9525" b="0"/>
                  <wp:docPr id="173" name="Рисунок 173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666750" cy="752475"/>
                  <wp:effectExtent l="0" t="0" r="0" b="9525"/>
                  <wp:docPr id="172" name="Рисунок 172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666750" cy="771525"/>
                  <wp:effectExtent l="0" t="0" r="0" b="9525"/>
                  <wp:docPr id="171" name="Рисунок 171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>
              <w:t xml:space="preserve">          1                     2                    3                       4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>
              <w:t xml:space="preserve">А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876300" cy="1047750"/>
                  <wp:effectExtent l="0" t="0" r="0" b="0"/>
                  <wp:docPr id="170" name="Рисунок 170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Б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800100" cy="1019175"/>
                  <wp:effectExtent l="0" t="0" r="0" b="9525"/>
                  <wp:docPr id="169" name="Рисунок 169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В 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838200" cy="981075"/>
                  <wp:effectExtent l="0" t="0" r="0" b="9525"/>
                  <wp:docPr id="168" name="Рисунок 168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Г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895350" cy="1000125"/>
                  <wp:effectExtent l="0" t="0" r="0" b="9525"/>
                  <wp:docPr id="167" name="Рисунок 167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904875" cy="981075"/>
                  <wp:effectExtent l="0" t="0" r="9525" b="9525"/>
                  <wp:docPr id="166" name="Рисунок 166" descr="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 descr="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</w:pPr>
            <w:r>
              <w:rPr>
                <w:b/>
              </w:rPr>
              <w:t>(1А, 2Б, 3В, 4Г</w:t>
            </w:r>
            <w:r w:rsidRPr="00812CAF">
              <w:rPr>
                <w:b/>
              </w:rPr>
              <w:t>)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</w:p>
          <w:p w:rsidR="00C00B61" w:rsidRDefault="00C00B61" w:rsidP="00C00B61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>
              <w:t>Установите соответствие между: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 xml:space="preserve"> наглядным изображением сварных швов и их наименованием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676400" cy="704850"/>
                  <wp:effectExtent l="0" t="0" r="0" b="0"/>
                  <wp:docPr id="165" name="Рисунок 165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 xml:space="preserve">           1                                2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А - Тавровый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Б - Внахлестку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В - Стыковой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>
              <w:t>Г – Угловой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</w:pPr>
            <w:r>
              <w:rPr>
                <w:b/>
              </w:rPr>
              <w:t>(1А, 2Б</w:t>
            </w:r>
            <w:r w:rsidRPr="00812CAF">
              <w:rPr>
                <w:b/>
              </w:rPr>
              <w:t>)</w:t>
            </w:r>
          </w:p>
          <w:p w:rsidR="00C00B61" w:rsidRDefault="00C00B61" w:rsidP="00C00B61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>
              <w:t xml:space="preserve">Установите соответствие. 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 xml:space="preserve">На модели детали “Вал” </w:t>
            </w:r>
            <w:proofErr w:type="gramStart"/>
            <w:r w:rsidRPr="00C00B61">
              <w:rPr>
                <w:lang w:val="ru-RU"/>
              </w:rPr>
              <w:t>цифрами</w:t>
            </w:r>
            <w:r>
              <w:t> </w:t>
            </w:r>
            <w:r w:rsidRPr="00C00B61">
              <w:rPr>
                <w:lang w:val="ru-RU"/>
              </w:rPr>
              <w:t xml:space="preserve"> 1</w:t>
            </w:r>
            <w:proofErr w:type="gramEnd"/>
            <w:r w:rsidRPr="00C00B61">
              <w:rPr>
                <w:lang w:val="ru-RU"/>
              </w:rPr>
              <w:t>, 14 и 13 обозначены….….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419225" cy="762000"/>
                  <wp:effectExtent l="0" t="0" r="9525" b="0"/>
                  <wp:docPr id="164" name="Рисунок 164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А - резьба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Б - лыски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В - шлицы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Г – шпоночный паз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Д - канавка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  <w:lang w:val="ru-RU"/>
              </w:rPr>
            </w:pPr>
            <w:r w:rsidRPr="00C00B61">
              <w:rPr>
                <w:b/>
                <w:lang w:val="ru-RU"/>
              </w:rPr>
              <w:t>(1А, 2Б, 3В)</w:t>
            </w:r>
          </w:p>
          <w:p w:rsidR="00C00B61" w:rsidRDefault="00C00B61" w:rsidP="00C00B61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Установите соответствие между: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 xml:space="preserve"> наглядным изображением сварного шва и его наименованием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</w:pPr>
            <w:r w:rsidRPr="002364B7">
              <w:rPr>
                <w:noProof/>
                <w:lang w:val="ru-RU" w:eastAsia="ru-RU"/>
              </w:rPr>
              <w:lastRenderedPageBreak/>
              <w:drawing>
                <wp:inline distT="0" distB="0" distL="0" distR="0">
                  <wp:extent cx="2228850" cy="828675"/>
                  <wp:effectExtent l="0" t="0" r="0" b="9525"/>
                  <wp:docPr id="163" name="Рисунок 163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 xml:space="preserve">             1                                  2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А - угловой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Б - стыковой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В - тавровый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>
              <w:t>Г – простой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  <w:r>
              <w:rPr>
                <w:b/>
              </w:rPr>
              <w:t>(1А, 2Б</w:t>
            </w:r>
            <w:r w:rsidRPr="00812CAF">
              <w:rPr>
                <w:b/>
              </w:rPr>
              <w:t>)</w:t>
            </w:r>
          </w:p>
          <w:p w:rsidR="00C00B61" w:rsidRPr="00CE359C" w:rsidRDefault="00C00B61" w:rsidP="00C00B61">
            <w:pPr>
              <w:pStyle w:val="ae"/>
              <w:numPr>
                <w:ilvl w:val="0"/>
                <w:numId w:val="34"/>
              </w:numPr>
              <w:spacing w:before="100" w:beforeAutospacing="1" w:after="100" w:afterAutospacing="1" w:line="240" w:lineRule="auto"/>
              <w:rPr>
                <w:lang w:val="ru-RU"/>
              </w:rPr>
            </w:pPr>
            <w:r w:rsidRPr="00CE359C">
              <w:rPr>
                <w:color w:val="333333"/>
                <w:shd w:val="clear" w:color="auto" w:fill="FFFFFF"/>
                <w:lang w:val="ru-RU"/>
              </w:rPr>
              <w:t>Установите соответствие между значением вспомогательного знака на полке линии-выноски сварного шва и его графическим обозначением на чертеже</w:t>
            </w:r>
          </w:p>
          <w:p w:rsidR="00C00B61" w:rsidRPr="00CE359C" w:rsidRDefault="00C00B61" w:rsidP="00C00B61">
            <w:pPr>
              <w:pStyle w:val="ae"/>
              <w:numPr>
                <w:ilvl w:val="0"/>
                <w:numId w:val="43"/>
              </w:numPr>
              <w:spacing w:before="100" w:beforeAutospacing="1" w:after="100" w:afterAutospacing="1" w:line="240" w:lineRule="auto"/>
              <w:rPr>
                <w:lang w:val="ru-RU"/>
              </w:rPr>
            </w:pPr>
            <w:r w:rsidRPr="00CE359C">
              <w:rPr>
                <w:color w:val="333333"/>
                <w:shd w:val="clear" w:color="auto" w:fill="FFFFFF"/>
                <w:lang w:val="ru-RU"/>
              </w:rPr>
              <w:t>Сварной шов, выполняемый при монтаже изделия</w:t>
            </w:r>
          </w:p>
          <w:p w:rsidR="00C00B61" w:rsidRPr="000F6DD2" w:rsidRDefault="00C00B61" w:rsidP="00C00B61">
            <w:pPr>
              <w:numPr>
                <w:ilvl w:val="0"/>
                <w:numId w:val="43"/>
              </w:numPr>
              <w:spacing w:before="100" w:beforeAutospacing="1" w:after="100" w:afterAutospacing="1" w:line="240" w:lineRule="auto"/>
            </w:pPr>
            <w:r w:rsidRPr="000F6DD2">
              <w:rPr>
                <w:color w:val="333333"/>
                <w:shd w:val="clear" w:color="auto" w:fill="FFFFFF"/>
              </w:rPr>
              <w:t>Сварной шов по замкнутой линии</w:t>
            </w:r>
          </w:p>
          <w:p w:rsidR="00C00B61" w:rsidRPr="00C00B61" w:rsidRDefault="00C00B61" w:rsidP="00C00B61">
            <w:pPr>
              <w:numPr>
                <w:ilvl w:val="0"/>
                <w:numId w:val="43"/>
              </w:numPr>
              <w:spacing w:before="100" w:beforeAutospacing="1" w:after="100" w:afterAutospacing="1" w:line="240" w:lineRule="auto"/>
              <w:rPr>
                <w:lang w:val="ru-RU"/>
              </w:rPr>
            </w:pPr>
            <w:r w:rsidRPr="00C00B61">
              <w:rPr>
                <w:color w:val="333333"/>
                <w:shd w:val="clear" w:color="auto" w:fill="FFFFFF"/>
                <w:lang w:val="ru-RU"/>
              </w:rPr>
              <w:t>Шов прерывистый или точечный с шахматным расположением</w:t>
            </w:r>
          </w:p>
          <w:p w:rsidR="00C00B61" w:rsidRDefault="00C00B61" w:rsidP="004F54CD">
            <w:pPr>
              <w:spacing w:before="100" w:beforeAutospacing="1" w:after="100" w:afterAutospacing="1"/>
              <w:ind w:left="360"/>
              <w:rPr>
                <w:b/>
                <w:bCs/>
              </w:rPr>
            </w:pPr>
            <w:r w:rsidRPr="007118C3">
              <w:rPr>
                <w:b/>
                <w:bCs/>
              </w:rPr>
              <w:t>А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571500" cy="466725"/>
                  <wp:effectExtent l="0" t="0" r="0" b="9525"/>
                  <wp:docPr id="162" name="Рисунок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18C3">
              <w:rPr>
                <w:b/>
                <w:bCs/>
              </w:rPr>
              <w:t xml:space="preserve"> Б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552450" cy="495300"/>
                  <wp:effectExtent l="0" t="0" r="0" b="0"/>
                  <wp:docPr id="161" name="Рисунок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18C3">
              <w:rPr>
                <w:b/>
                <w:bCs/>
              </w:rPr>
              <w:t>В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561975" cy="447675"/>
                  <wp:effectExtent l="0" t="0" r="9525" b="9525"/>
                  <wp:docPr id="160" name="Рисунок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  <w:r>
              <w:rPr>
                <w:b/>
              </w:rPr>
              <w:t>(1Б, 2А, 3В</w:t>
            </w:r>
            <w:r w:rsidRPr="00812CAF">
              <w:rPr>
                <w:b/>
              </w:rPr>
              <w:t>)</w:t>
            </w:r>
          </w:p>
          <w:p w:rsidR="00C00B61" w:rsidRPr="00CE359C" w:rsidRDefault="00C00B61" w:rsidP="00C00B61">
            <w:pPr>
              <w:pStyle w:val="ae"/>
              <w:numPr>
                <w:ilvl w:val="0"/>
                <w:numId w:val="44"/>
              </w:numPr>
              <w:spacing w:before="100" w:beforeAutospacing="1" w:after="100" w:afterAutospacing="1" w:line="240" w:lineRule="auto"/>
              <w:rPr>
                <w:b/>
                <w:bCs/>
                <w:lang w:val="ru-RU"/>
              </w:rPr>
            </w:pPr>
            <w:r w:rsidRPr="00CE359C">
              <w:rPr>
                <w:lang w:val="ru-RU"/>
              </w:rPr>
              <w:t>Установите между приведенными на рисунках документами и их наименованием по ГОСТ</w:t>
            </w:r>
            <w:r>
              <w:t> </w:t>
            </w:r>
            <w:r w:rsidRPr="00CE359C">
              <w:rPr>
                <w:lang w:val="ru-RU"/>
              </w:rPr>
              <w:br/>
            </w:r>
            <w:r w:rsidRPr="00CE359C">
              <w:rPr>
                <w:lang w:val="ru-RU"/>
              </w:rPr>
              <w:br/>
              <w:t>1. Спецификация. Первый лист</w:t>
            </w:r>
            <w:r w:rsidRPr="00CE359C">
              <w:rPr>
                <w:lang w:val="ru-RU"/>
              </w:rPr>
              <w:br/>
              <w:t>2. Текстовый конструкторский документ. Первый лист</w:t>
            </w:r>
            <w:r w:rsidRPr="00CE359C">
              <w:rPr>
                <w:lang w:val="ru-RU"/>
              </w:rPr>
              <w:br/>
              <w:t>3. Спецификация. Последующий лист</w:t>
            </w:r>
            <w:r w:rsidRPr="00CE359C">
              <w:rPr>
                <w:lang w:val="ru-RU"/>
              </w:rPr>
              <w:br/>
              <w:t>4. Чертеж конструкторский. Первый лист</w:t>
            </w:r>
          </w:p>
          <w:p w:rsidR="00C00B61" w:rsidRDefault="00C00B61" w:rsidP="004F54CD">
            <w:pPr>
              <w:spacing w:before="100" w:beforeAutospacing="1" w:after="100" w:afterAutospacing="1"/>
              <w:ind w:left="360"/>
              <w:rPr>
                <w:b/>
                <w:bCs/>
              </w:rPr>
            </w:pPr>
            <w:r>
              <w:rPr>
                <w:b/>
                <w:bCs/>
              </w:rPr>
              <w:t>А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742950" cy="1047750"/>
                  <wp:effectExtent l="0" t="0" r="0" b="0"/>
                  <wp:docPr id="159" name="Рисунок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</w:rPr>
              <w:t xml:space="preserve"> Б  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733425" cy="1028700"/>
                  <wp:effectExtent l="0" t="0" r="9525" b="0"/>
                  <wp:docPr id="158" name="Рисунок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</w:rPr>
              <w:t xml:space="preserve">В 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723900" cy="1019175"/>
                  <wp:effectExtent l="0" t="0" r="0" b="9525"/>
                  <wp:docPr id="157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</w:rPr>
              <w:t xml:space="preserve"> Г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723900" cy="1019175"/>
                  <wp:effectExtent l="0" t="0" r="0" b="9525"/>
                  <wp:docPr id="156" name="Рисунок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  <w:r>
              <w:rPr>
                <w:b/>
              </w:rPr>
              <w:t>(1Б, 2В, 3Г,4А)</w:t>
            </w:r>
          </w:p>
          <w:p w:rsidR="00C00B61" w:rsidRPr="004131C8" w:rsidRDefault="00C00B61" w:rsidP="00C00B61">
            <w:pPr>
              <w:pStyle w:val="ae"/>
              <w:numPr>
                <w:ilvl w:val="0"/>
                <w:numId w:val="44"/>
              </w:num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CE359C">
              <w:rPr>
                <w:lang w:val="ru-RU"/>
              </w:rPr>
              <w:t>Установите соответствие между чертежом отверстия и его наименованием</w:t>
            </w:r>
            <w:r w:rsidRPr="00CE359C">
              <w:rPr>
                <w:lang w:val="ru-RU"/>
              </w:rPr>
              <w:br/>
              <w:t>1. Отверстие глухое цилиндрическое</w:t>
            </w:r>
            <w:r w:rsidRPr="00CE359C">
              <w:rPr>
                <w:lang w:val="ru-RU"/>
              </w:rPr>
              <w:br/>
              <w:t>2. Отверстие сквозное коническое</w:t>
            </w:r>
            <w:r w:rsidRPr="00CE359C">
              <w:rPr>
                <w:lang w:val="ru-RU"/>
              </w:rPr>
              <w:br/>
              <w:t>3. Отверстие с цековкой цилиндрическое</w:t>
            </w:r>
            <w:r w:rsidRPr="00CE359C">
              <w:rPr>
                <w:lang w:val="ru-RU"/>
              </w:rPr>
              <w:br/>
              <w:t xml:space="preserve">4. </w:t>
            </w:r>
            <w:r>
              <w:t>Отверстие сквозное резьбовое цилиндрическое</w:t>
            </w:r>
          </w:p>
          <w:p w:rsidR="00C00B61" w:rsidRDefault="00C00B61" w:rsidP="004F54CD">
            <w:pPr>
              <w:spacing w:before="100" w:beforeAutospacing="1" w:after="100" w:afterAutospacing="1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А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847725" cy="771525"/>
                  <wp:effectExtent l="0" t="0" r="9525" b="9525"/>
                  <wp:docPr id="155" name="Рисунок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</w:rPr>
              <w:t xml:space="preserve"> Б  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923925" cy="819150"/>
                  <wp:effectExtent l="0" t="0" r="9525" b="0"/>
                  <wp:docPr id="154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</w:rPr>
              <w:t xml:space="preserve">В 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1114425" cy="771525"/>
                  <wp:effectExtent l="0" t="0" r="9525" b="9525"/>
                  <wp:docPr id="153" name="Рисунок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</w:rPr>
              <w:t xml:space="preserve"> Г 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1000125" cy="790575"/>
                  <wp:effectExtent l="0" t="0" r="9525" b="9525"/>
                  <wp:docPr id="152" name="Рисунок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12719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  <w:r>
              <w:rPr>
                <w:b/>
              </w:rPr>
              <w:t>(1В, 2А, 3Б ,4Г)</w:t>
            </w:r>
          </w:p>
        </w:tc>
      </w:tr>
      <w:tr w:rsidR="00C00B61" w:rsidRPr="003D2A80" w:rsidTr="004F54CD">
        <w:tc>
          <w:tcPr>
            <w:tcW w:w="2500" w:type="pct"/>
            <w:gridSpan w:val="2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b/>
                <w:bCs/>
                <w:kern w:val="1"/>
                <w:szCs w:val="24"/>
              </w:rPr>
              <w:lastRenderedPageBreak/>
              <w:t>Уровень сложности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>
              <w:rPr>
                <w:b/>
                <w:bCs/>
                <w:kern w:val="1"/>
                <w:szCs w:val="24"/>
              </w:rPr>
              <w:t>Высокий</w:t>
            </w:r>
          </w:p>
        </w:tc>
      </w:tr>
      <w:tr w:rsidR="00C00B61" w:rsidRPr="003D2A80" w:rsidTr="004F54CD">
        <w:tc>
          <w:tcPr>
            <w:tcW w:w="2500" w:type="pct"/>
            <w:gridSpan w:val="2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D201B7">
              <w:rPr>
                <w:b/>
                <w:szCs w:val="24"/>
              </w:rPr>
              <w:t>Задания с развернутым ответом</w:t>
            </w:r>
          </w:p>
        </w:tc>
      </w:tr>
      <w:tr w:rsidR="00C00B61" w:rsidRPr="003D2A80" w:rsidTr="004F54CD">
        <w:tc>
          <w:tcPr>
            <w:tcW w:w="2500" w:type="pct"/>
            <w:gridSpan w:val="2"/>
            <w:shd w:val="clear" w:color="auto" w:fill="auto"/>
            <w:vAlign w:val="center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i/>
                <w:iCs/>
                <w:szCs w:val="24"/>
              </w:rPr>
              <w:t>Инструкция: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D201B7">
              <w:rPr>
                <w:i/>
                <w:szCs w:val="24"/>
              </w:rPr>
              <w:t>введите развернутый обоснованный ответ</w:t>
            </w:r>
          </w:p>
        </w:tc>
      </w:tr>
      <w:tr w:rsidR="00C00B61" w:rsidRPr="00C00B61" w:rsidTr="004F54CD">
        <w:tc>
          <w:tcPr>
            <w:tcW w:w="5000" w:type="pct"/>
            <w:gridSpan w:val="5"/>
            <w:shd w:val="clear" w:color="auto" w:fill="auto"/>
            <w:vAlign w:val="center"/>
          </w:tcPr>
          <w:p w:rsidR="00C00B61" w:rsidRPr="00C00B61" w:rsidRDefault="00C00B61" w:rsidP="00C00B61">
            <w:pPr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Продолжите предложение. Горизонтальной плоскостью уровня называется плоскость……….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 w:rsidRPr="00AE77EC">
              <w:rPr>
                <w:b/>
                <w:bCs/>
              </w:rPr>
              <w:t>От</w:t>
            </w:r>
            <w:r>
              <w:rPr>
                <w:b/>
                <w:bCs/>
              </w:rPr>
              <w:t>в</w:t>
            </w:r>
            <w:r w:rsidRPr="00AE77EC">
              <w:rPr>
                <w:b/>
                <w:bCs/>
              </w:rPr>
              <w:t>ет</w:t>
            </w:r>
            <w:r>
              <w:t xml:space="preserve">: </w:t>
            </w:r>
            <w:r w:rsidRPr="00AE77EC">
              <w:t>параллельная горизонтальной плоскости проекций</w:t>
            </w:r>
          </w:p>
          <w:p w:rsidR="00C00B61" w:rsidRPr="00C00B61" w:rsidRDefault="00C00B61" w:rsidP="00C00B61">
            <w:pPr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Продолжите предложение. Плоскостью общего положения называется плоскость….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b/>
                <w:bCs/>
                <w:lang w:val="ru-RU"/>
              </w:rPr>
              <w:t>Ответ</w:t>
            </w:r>
            <w:r w:rsidRPr="00C00B61">
              <w:rPr>
                <w:lang w:val="ru-RU"/>
              </w:rPr>
              <w:t>: не параллельная и не перпендикулярная ни одной из плоскостей проекций</w:t>
            </w:r>
          </w:p>
        </w:tc>
      </w:tr>
    </w:tbl>
    <w:p w:rsidR="00C00B61" w:rsidRPr="00C00B61" w:rsidRDefault="00C00B61" w:rsidP="00C00B61">
      <w:pPr>
        <w:rPr>
          <w:lang w:val="ru-RU"/>
        </w:rPr>
      </w:pPr>
    </w:p>
    <w:p w:rsidR="00C00B61" w:rsidRPr="00FE7071" w:rsidRDefault="00C00B61" w:rsidP="00C00B61">
      <w:pPr>
        <w:autoSpaceDE w:val="0"/>
        <w:autoSpaceDN w:val="0"/>
        <w:adjustRightInd w:val="0"/>
        <w:spacing w:line="276" w:lineRule="auto"/>
        <w:jc w:val="center"/>
        <w:rPr>
          <w:b/>
          <w:bCs/>
          <w:kern w:val="1"/>
          <w:szCs w:val="24"/>
          <w:highlight w:val="yellow"/>
        </w:rPr>
      </w:pPr>
      <w:r w:rsidRPr="00FE7071">
        <w:rPr>
          <w:b/>
          <w:bCs/>
          <w:szCs w:val="24"/>
          <w:highlight w:val="yellow"/>
        </w:rPr>
        <w:t>Комплект тестовых заданий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2294"/>
        <w:gridCol w:w="65"/>
        <w:gridCol w:w="2637"/>
        <w:gridCol w:w="2250"/>
      </w:tblGrid>
      <w:tr w:rsidR="00C00B61" w:rsidRPr="00FE7071" w:rsidTr="004F54CD">
        <w:tc>
          <w:tcPr>
            <w:tcW w:w="1342" w:type="pct"/>
            <w:shd w:val="clear" w:color="auto" w:fill="D9D9D9"/>
          </w:tcPr>
          <w:p w:rsidR="00C00B61" w:rsidRPr="00FE707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  <w:highlight w:val="yellow"/>
              </w:rPr>
            </w:pPr>
            <w:r w:rsidRPr="00FE7071">
              <w:rPr>
                <w:b/>
                <w:bCs/>
                <w:kern w:val="1"/>
                <w:szCs w:val="24"/>
                <w:highlight w:val="yellow"/>
              </w:rPr>
              <w:t xml:space="preserve">Индикатор </w:t>
            </w:r>
          </w:p>
        </w:tc>
        <w:tc>
          <w:tcPr>
            <w:tcW w:w="1191" w:type="pct"/>
            <w:gridSpan w:val="2"/>
            <w:shd w:val="clear" w:color="auto" w:fill="D9D9D9"/>
          </w:tcPr>
          <w:p w:rsidR="00C00B61" w:rsidRPr="00FE707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  <w:highlight w:val="yellow"/>
              </w:rPr>
            </w:pPr>
            <w:r w:rsidRPr="00FE7071">
              <w:rPr>
                <w:b/>
                <w:bCs/>
                <w:kern w:val="1"/>
                <w:szCs w:val="24"/>
                <w:highlight w:val="yellow"/>
              </w:rPr>
              <w:t>ОПК – 4.2</w:t>
            </w:r>
          </w:p>
        </w:tc>
        <w:tc>
          <w:tcPr>
            <w:tcW w:w="1331" w:type="pct"/>
            <w:shd w:val="clear" w:color="auto" w:fill="D9D9D9"/>
          </w:tcPr>
          <w:p w:rsidR="00C00B61" w:rsidRPr="00FE707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  <w:highlight w:val="yellow"/>
              </w:rPr>
            </w:pPr>
            <w:r w:rsidRPr="00FE7071">
              <w:rPr>
                <w:b/>
                <w:bCs/>
                <w:kern w:val="1"/>
                <w:szCs w:val="24"/>
                <w:highlight w:val="yellow"/>
              </w:rPr>
              <w:t>Семестр</w:t>
            </w:r>
          </w:p>
        </w:tc>
        <w:tc>
          <w:tcPr>
            <w:tcW w:w="1136" w:type="pct"/>
            <w:shd w:val="clear" w:color="auto" w:fill="D9D9D9"/>
          </w:tcPr>
          <w:p w:rsidR="00C00B61" w:rsidRPr="00FE707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  <w:highlight w:val="yellow"/>
              </w:rPr>
            </w:pPr>
            <w:r w:rsidRPr="00FE7071">
              <w:rPr>
                <w:b/>
                <w:bCs/>
                <w:kern w:val="1"/>
                <w:szCs w:val="24"/>
                <w:highlight w:val="yellow"/>
              </w:rPr>
              <w:t>1</w:t>
            </w:r>
          </w:p>
        </w:tc>
      </w:tr>
      <w:tr w:rsidR="00C00B61" w:rsidRPr="00FE7071" w:rsidTr="004F54CD">
        <w:tc>
          <w:tcPr>
            <w:tcW w:w="2533" w:type="pct"/>
            <w:gridSpan w:val="3"/>
            <w:shd w:val="clear" w:color="auto" w:fill="auto"/>
          </w:tcPr>
          <w:p w:rsidR="00C00B61" w:rsidRPr="00F537B9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F537B9">
              <w:rPr>
                <w:b/>
                <w:bCs/>
                <w:kern w:val="1"/>
                <w:szCs w:val="24"/>
              </w:rPr>
              <w:t>Уровень сложности</w:t>
            </w:r>
          </w:p>
        </w:tc>
        <w:tc>
          <w:tcPr>
            <w:tcW w:w="2467" w:type="pct"/>
            <w:gridSpan w:val="2"/>
            <w:shd w:val="clear" w:color="auto" w:fill="auto"/>
          </w:tcPr>
          <w:p w:rsidR="00C00B61" w:rsidRPr="00F537B9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F537B9">
              <w:rPr>
                <w:b/>
                <w:bCs/>
                <w:kern w:val="1"/>
                <w:szCs w:val="24"/>
              </w:rPr>
              <w:t>Базовый</w:t>
            </w:r>
          </w:p>
        </w:tc>
      </w:tr>
      <w:tr w:rsidR="00C00B61" w:rsidRPr="00FE7071" w:rsidTr="004F54CD">
        <w:tc>
          <w:tcPr>
            <w:tcW w:w="2533" w:type="pct"/>
            <w:gridSpan w:val="3"/>
            <w:shd w:val="clear" w:color="auto" w:fill="auto"/>
          </w:tcPr>
          <w:p w:rsidR="00C00B61" w:rsidRPr="00F537B9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F537B9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2467" w:type="pct"/>
            <w:gridSpan w:val="2"/>
            <w:shd w:val="clear" w:color="auto" w:fill="auto"/>
          </w:tcPr>
          <w:p w:rsidR="00C00B61" w:rsidRPr="00F537B9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F537B9">
              <w:rPr>
                <w:b/>
                <w:bCs/>
                <w:szCs w:val="24"/>
              </w:rPr>
              <w:t>выбором одного/нескольких ответов</w:t>
            </w:r>
          </w:p>
        </w:tc>
      </w:tr>
      <w:tr w:rsidR="00C00B61" w:rsidRPr="00C00B61" w:rsidTr="004F54CD">
        <w:tc>
          <w:tcPr>
            <w:tcW w:w="2533" w:type="pct"/>
            <w:gridSpan w:val="3"/>
            <w:shd w:val="clear" w:color="auto" w:fill="auto"/>
            <w:vAlign w:val="center"/>
          </w:tcPr>
          <w:p w:rsidR="00C00B61" w:rsidRPr="00F537B9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i/>
                <w:iCs/>
                <w:szCs w:val="24"/>
              </w:rPr>
            </w:pPr>
            <w:r w:rsidRPr="00F537B9">
              <w:rPr>
                <w:i/>
                <w:iCs/>
                <w:szCs w:val="24"/>
              </w:rPr>
              <w:t>Инструкция:</w:t>
            </w:r>
          </w:p>
        </w:tc>
        <w:tc>
          <w:tcPr>
            <w:tcW w:w="2467" w:type="pct"/>
            <w:gridSpan w:val="2"/>
            <w:shd w:val="clear" w:color="auto" w:fill="auto"/>
          </w:tcPr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i/>
                <w:iCs/>
                <w:szCs w:val="24"/>
                <w:lang w:val="ru-RU"/>
              </w:rPr>
            </w:pPr>
            <w:r w:rsidRPr="00C00B61">
              <w:rPr>
                <w:i/>
                <w:iCs/>
                <w:szCs w:val="24"/>
                <w:lang w:val="ru-RU"/>
              </w:rPr>
              <w:t>укажите один вариант ответа / не менее двух вариантов</w:t>
            </w:r>
          </w:p>
        </w:tc>
      </w:tr>
      <w:tr w:rsidR="00C00B61" w:rsidRPr="003D2A80" w:rsidTr="004F54CD">
        <w:tc>
          <w:tcPr>
            <w:tcW w:w="5000" w:type="pct"/>
            <w:gridSpan w:val="5"/>
            <w:shd w:val="clear" w:color="auto" w:fill="auto"/>
            <w:vAlign w:val="center"/>
          </w:tcPr>
          <w:p w:rsidR="00C00B61" w:rsidRPr="00C00B61" w:rsidRDefault="00C00B61" w:rsidP="00C00B61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i/>
                <w:iCs/>
                <w:szCs w:val="24"/>
                <w:lang w:val="ru-RU"/>
              </w:rPr>
            </w:pPr>
            <w:r w:rsidRPr="00C00B61">
              <w:rPr>
                <w:lang w:val="ru-RU"/>
              </w:rPr>
              <w:t xml:space="preserve">Продолжите предложение. Изделие, изготовленное из однородного по наименованию и марке материала, без применения сборочных операций </w:t>
            </w:r>
            <w:proofErr w:type="gramStart"/>
            <w:r w:rsidRPr="00C00B61">
              <w:rPr>
                <w:lang w:val="ru-RU"/>
              </w:rPr>
              <w:t>называется</w:t>
            </w:r>
            <w:r w:rsidRPr="00F537B9">
              <w:t> </w:t>
            </w:r>
            <w:r w:rsidRPr="00C00B61">
              <w:rPr>
                <w:lang w:val="ru-RU"/>
              </w:rPr>
              <w:t xml:space="preserve"> …</w:t>
            </w:r>
            <w:proofErr w:type="gramEnd"/>
            <w:r w:rsidRPr="00C00B61">
              <w:rPr>
                <w:lang w:val="ru-RU"/>
              </w:rPr>
              <w:t>……….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b/>
                <w:bCs/>
                <w:lang w:val="ru-RU"/>
              </w:rPr>
              <w:t>А</w:t>
            </w:r>
            <w:r w:rsidRPr="00C00B61">
              <w:rPr>
                <w:lang w:val="ru-RU"/>
              </w:rPr>
              <w:t xml:space="preserve"> - Деталью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Б - Сборочной единицей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В - Моделью изделия</w:t>
            </w:r>
          </w:p>
          <w:p w:rsidR="00C00B61" w:rsidRPr="00C00B61" w:rsidRDefault="00C00B61" w:rsidP="00C00B61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i/>
                <w:iCs/>
                <w:lang w:val="ru-RU"/>
              </w:rPr>
            </w:pPr>
            <w:r w:rsidRPr="00C00B61">
              <w:rPr>
                <w:lang w:val="ru-RU"/>
              </w:rPr>
              <w:t xml:space="preserve">Точка пересечения изображенных на рисунке прямой </w:t>
            </w:r>
            <w:r w:rsidRPr="00F537B9">
              <w:rPr>
                <w:i/>
                <w:iCs/>
              </w:rPr>
              <w:t>l</w:t>
            </w:r>
            <w:r w:rsidRPr="00C00B61">
              <w:rPr>
                <w:i/>
                <w:iCs/>
                <w:lang w:val="ru-RU"/>
              </w:rPr>
              <w:t xml:space="preserve"> </w:t>
            </w:r>
            <w:r w:rsidRPr="00C00B61">
              <w:rPr>
                <w:lang w:val="ru-RU"/>
              </w:rPr>
              <w:t xml:space="preserve">и плоскости </w:t>
            </w:r>
            <w:r w:rsidRPr="00F537B9">
              <w:rPr>
                <w:i/>
                <w:iCs/>
              </w:rPr>
              <w:t>Δ</w:t>
            </w:r>
            <w:r w:rsidRPr="00C00B61">
              <w:rPr>
                <w:i/>
                <w:iCs/>
                <w:lang w:val="ru-RU"/>
              </w:rPr>
              <w:t xml:space="preserve"> – </w:t>
            </w:r>
            <w:r w:rsidRPr="00C00B61">
              <w:rPr>
                <w:lang w:val="ru-RU"/>
              </w:rPr>
              <w:t>это точка</w:t>
            </w:r>
            <w:r w:rsidRPr="00F537B9">
              <w:t> </w:t>
            </w:r>
            <w:r w:rsidRPr="00C00B61">
              <w:rPr>
                <w:lang w:val="ru-RU"/>
              </w:rPr>
              <w:t>…</w:t>
            </w:r>
          </w:p>
          <w:p w:rsidR="00C00B61" w:rsidRPr="00F537B9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i/>
                <w:iCs/>
              </w:rPr>
            </w:pPr>
            <w:r w:rsidRPr="00F537B9">
              <w:rPr>
                <w:i/>
                <w:noProof/>
                <w:lang w:val="ru-RU" w:eastAsia="ru-RU"/>
              </w:rPr>
              <w:drawing>
                <wp:inline distT="0" distB="0" distL="0" distR="0">
                  <wp:extent cx="857250" cy="866775"/>
                  <wp:effectExtent l="0" t="0" r="0" b="9525"/>
                  <wp:docPr id="151" name="Рисунок 15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F537B9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 w:rsidRPr="00F537B9">
              <w:rPr>
                <w:b/>
                <w:bCs/>
              </w:rPr>
              <w:t>А</w:t>
            </w:r>
            <w:r w:rsidRPr="00F537B9">
              <w:t xml:space="preserve"> - D</w:t>
            </w:r>
          </w:p>
          <w:p w:rsidR="00C00B61" w:rsidRPr="00F537B9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 w:rsidRPr="00F537B9">
              <w:t>Б - А</w:t>
            </w:r>
          </w:p>
          <w:p w:rsidR="00C00B61" w:rsidRPr="00F537B9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 w:rsidRPr="00F537B9">
              <w:t>В – В</w:t>
            </w:r>
          </w:p>
          <w:p w:rsidR="00C00B61" w:rsidRPr="00F537B9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 w:rsidRPr="00F537B9">
              <w:t>Г – С</w:t>
            </w:r>
          </w:p>
          <w:p w:rsidR="00C00B61" w:rsidRPr="00C00B61" w:rsidRDefault="00C00B61" w:rsidP="00C00B61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К поверхностям с криволинейной образующей относятся</w:t>
            </w:r>
            <w:r w:rsidRPr="00F537B9">
              <w:t> </w:t>
            </w:r>
            <w:r w:rsidRPr="00C00B61">
              <w:rPr>
                <w:lang w:val="ru-RU"/>
              </w:rPr>
              <w:t>…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b/>
                <w:bCs/>
                <w:lang w:val="ru-RU"/>
              </w:rPr>
              <w:t>А</w:t>
            </w:r>
            <w:r w:rsidRPr="00C00B61">
              <w:rPr>
                <w:lang w:val="ru-RU"/>
              </w:rPr>
              <w:t xml:space="preserve"> - сфера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b/>
                <w:bCs/>
                <w:lang w:val="ru-RU"/>
              </w:rPr>
              <w:t>Б</w:t>
            </w:r>
            <w:r w:rsidRPr="00C00B61">
              <w:rPr>
                <w:lang w:val="ru-RU"/>
              </w:rPr>
              <w:t xml:space="preserve"> - тор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В – цилиндр</w:t>
            </w:r>
          </w:p>
          <w:p w:rsidR="00C00B61" w:rsidRPr="00F537B9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 w:rsidRPr="00F537B9">
              <w:t>Г – конус</w:t>
            </w:r>
          </w:p>
          <w:p w:rsidR="00C00B61" w:rsidRPr="00C00B61" w:rsidRDefault="00C00B61" w:rsidP="00C00B61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Дополнительный вид – это проекция предмета на ___ плоскость.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b/>
                <w:bCs/>
                <w:lang w:val="ru-RU"/>
              </w:rPr>
              <w:t>А</w:t>
            </w:r>
            <w:r w:rsidRPr="00C00B61">
              <w:rPr>
                <w:lang w:val="ru-RU"/>
              </w:rPr>
              <w:t xml:space="preserve"> - дополнительную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lastRenderedPageBreak/>
              <w:t>Б - горизонтальную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В – фронтальную</w:t>
            </w:r>
          </w:p>
          <w:p w:rsidR="00C00B61" w:rsidRPr="00F537B9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 w:rsidRPr="00F537B9">
              <w:t>Г – профильную</w:t>
            </w:r>
          </w:p>
          <w:p w:rsidR="00C00B61" w:rsidRPr="00F537B9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</w:p>
        </w:tc>
      </w:tr>
      <w:tr w:rsidR="00C00B61" w:rsidRPr="003D2A80" w:rsidTr="004F54CD">
        <w:tc>
          <w:tcPr>
            <w:tcW w:w="2500" w:type="pct"/>
            <w:gridSpan w:val="2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b/>
                <w:bCs/>
                <w:kern w:val="1"/>
                <w:szCs w:val="24"/>
              </w:rPr>
              <w:lastRenderedPageBreak/>
              <w:t>Уровень сложности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>
              <w:rPr>
                <w:b/>
                <w:bCs/>
                <w:kern w:val="1"/>
                <w:szCs w:val="24"/>
              </w:rPr>
              <w:t>Повышенный</w:t>
            </w:r>
          </w:p>
        </w:tc>
      </w:tr>
      <w:tr w:rsidR="00C00B61" w:rsidRPr="00C00B61" w:rsidTr="004F54CD">
        <w:tc>
          <w:tcPr>
            <w:tcW w:w="2500" w:type="pct"/>
            <w:gridSpan w:val="2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b/>
                <w:szCs w:val="24"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C00B61" w:rsidRPr="00C00B61" w:rsidTr="004F54CD">
        <w:tc>
          <w:tcPr>
            <w:tcW w:w="2500" w:type="pct"/>
            <w:gridSpan w:val="2"/>
            <w:shd w:val="clear" w:color="auto" w:fill="auto"/>
            <w:vAlign w:val="center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i/>
                <w:iCs/>
                <w:szCs w:val="24"/>
              </w:rPr>
              <w:t>Инструкция: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i/>
                <w:szCs w:val="24"/>
                <w:lang w:val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C00B61" w:rsidRPr="003D2A80" w:rsidTr="004F54CD">
        <w:tc>
          <w:tcPr>
            <w:tcW w:w="5000" w:type="pct"/>
            <w:gridSpan w:val="5"/>
            <w:shd w:val="clear" w:color="auto" w:fill="auto"/>
            <w:vAlign w:val="center"/>
          </w:tcPr>
          <w:p w:rsidR="00C00B61" w:rsidRPr="00C00B61" w:rsidRDefault="00C00B61" w:rsidP="00C00B61">
            <w:pPr>
              <w:numPr>
                <w:ilvl w:val="0"/>
                <w:numId w:val="50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Установите соответствие. Как называются резьбовые поверхности шпильки, обозначенные цифрами?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190625" cy="1152525"/>
                  <wp:effectExtent l="0" t="0" r="9525" b="9525"/>
                  <wp:docPr id="150" name="Рисунок 150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А – посадочный конец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Б – стяжной конец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В – упорный верхний конец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Г - главный соединительный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</w:pPr>
            <w:r>
              <w:rPr>
                <w:b/>
              </w:rPr>
              <w:t>(1А, 2Б</w:t>
            </w:r>
            <w:r w:rsidRPr="00812CAF">
              <w:rPr>
                <w:b/>
              </w:rPr>
              <w:t>)</w:t>
            </w:r>
          </w:p>
          <w:p w:rsidR="00C00B61" w:rsidRPr="00C00B61" w:rsidRDefault="00C00B61" w:rsidP="00C00B61">
            <w:pPr>
              <w:numPr>
                <w:ilvl w:val="0"/>
                <w:numId w:val="50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Установите соответствие между изображенными на рисунках моделями шпонок и их наименованием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533525" cy="695325"/>
                  <wp:effectExtent l="0" t="0" r="9525" b="9525"/>
                  <wp:docPr id="149" name="Рисунок 149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 xml:space="preserve">              1                         2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А – призматическая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Б – сегментная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В – клиновая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>
              <w:t>Г - цилиндрическая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  <w:r>
              <w:rPr>
                <w:b/>
              </w:rPr>
              <w:t>(1А, 2Б</w:t>
            </w:r>
            <w:r w:rsidRPr="00812CAF">
              <w:rPr>
                <w:b/>
              </w:rPr>
              <w:t>)</w:t>
            </w:r>
          </w:p>
          <w:p w:rsidR="00C00B61" w:rsidRPr="006B59D2" w:rsidRDefault="00C00B61" w:rsidP="00C00B61">
            <w:pPr>
              <w:numPr>
                <w:ilvl w:val="0"/>
                <w:numId w:val="50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 w:rsidRPr="00C00B61">
              <w:rPr>
                <w:lang w:val="ru-RU"/>
              </w:rPr>
              <w:t>Установите соответствие между наименованием конструкторского документа и его кодом</w:t>
            </w:r>
            <w:r>
              <w:t> </w:t>
            </w:r>
            <w:r w:rsidRPr="00C00B61">
              <w:rPr>
                <w:lang w:val="ru-RU"/>
              </w:rPr>
              <w:br/>
              <w:t xml:space="preserve">1. </w:t>
            </w:r>
            <w:r>
              <w:t>Сборочный чертеж</w:t>
            </w:r>
            <w:r>
              <w:br/>
              <w:t>2. Электронная модель детали</w:t>
            </w:r>
            <w:r>
              <w:br/>
              <w:t>3. Электронная модель сборочной единицы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>
              <w:t>А – СБ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>
              <w:t>Б – МД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>
              <w:t>В – ЭСБ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</w:pPr>
            <w:r>
              <w:lastRenderedPageBreak/>
              <w:t>Г – ДМ</w:t>
            </w:r>
          </w:p>
          <w:p w:rsidR="00C00B61" w:rsidRPr="006B59D2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Cs/>
              </w:rPr>
            </w:pPr>
            <w:r w:rsidRPr="006B59D2">
              <w:rPr>
                <w:bCs/>
              </w:rPr>
              <w:t>Д- ВО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  <w:r>
              <w:rPr>
                <w:b/>
              </w:rPr>
              <w:t>(1А, 2Б,3В</w:t>
            </w:r>
            <w:r w:rsidRPr="00812CAF">
              <w:rPr>
                <w:b/>
              </w:rPr>
              <w:t>)</w:t>
            </w:r>
          </w:p>
          <w:p w:rsidR="00C00B61" w:rsidRPr="00CE359C" w:rsidRDefault="00C00B61" w:rsidP="00C00B61">
            <w:pPr>
              <w:pStyle w:val="ae"/>
              <w:numPr>
                <w:ilvl w:val="0"/>
                <w:numId w:val="50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lang w:val="ru-RU"/>
              </w:rPr>
            </w:pPr>
            <w:r w:rsidRPr="00CE359C">
              <w:rPr>
                <w:lang w:val="ru-RU"/>
              </w:rPr>
              <w:t>Установите соответствие между моделью детали и ее ортогональными проекциями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695325" cy="828675"/>
                  <wp:effectExtent l="0" t="0" r="9525" b="9525"/>
                  <wp:docPr id="148" name="Рисунок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800100" cy="866775"/>
                  <wp:effectExtent l="0" t="0" r="0" b="9525"/>
                  <wp:docPr id="147" name="Рисунок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981075" cy="809625"/>
                  <wp:effectExtent l="0" t="0" r="9525" b="9525"/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t>А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561975" cy="857250"/>
                  <wp:effectExtent l="0" t="0" r="9525" b="0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Б 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533400" cy="838200"/>
                  <wp:effectExtent l="0" t="0" r="0" b="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В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400050" cy="819150"/>
                  <wp:effectExtent l="0" t="0" r="0" b="0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t>(1В, 2Б,3А</w:t>
            </w:r>
            <w:r w:rsidRPr="00812CAF">
              <w:rPr>
                <w:b/>
              </w:rPr>
              <w:t>)</w:t>
            </w:r>
          </w:p>
          <w:p w:rsidR="00C00B61" w:rsidRPr="00CE359C" w:rsidRDefault="00C00B61" w:rsidP="00C00B61">
            <w:pPr>
              <w:pStyle w:val="ae"/>
              <w:numPr>
                <w:ilvl w:val="0"/>
                <w:numId w:val="50"/>
              </w:numPr>
              <w:spacing w:line="240" w:lineRule="auto"/>
              <w:rPr>
                <w:lang w:val="ru-RU"/>
              </w:rPr>
            </w:pPr>
            <w:r w:rsidRPr="00CE359C">
              <w:rPr>
                <w:lang w:val="ru-RU"/>
              </w:rPr>
              <w:t>Установите соответствие между изображёнными на рисунке стандартными изделиями и их наименованиями</w:t>
            </w:r>
          </w:p>
          <w:p w:rsidR="00C00B61" w:rsidRPr="00742DC5" w:rsidRDefault="00C00B61" w:rsidP="00C00B61">
            <w:pPr>
              <w:numPr>
                <w:ilvl w:val="0"/>
                <w:numId w:val="45"/>
              </w:numPr>
              <w:spacing w:before="100" w:beforeAutospacing="1" w:after="100" w:afterAutospacing="1" w:line="240" w:lineRule="auto"/>
            </w:pPr>
            <w:r w:rsidRPr="00742DC5">
              <w:t>Болт</w:t>
            </w:r>
          </w:p>
          <w:p w:rsidR="00C00B61" w:rsidRPr="00742DC5" w:rsidRDefault="00C00B61" w:rsidP="00C00B61">
            <w:pPr>
              <w:numPr>
                <w:ilvl w:val="0"/>
                <w:numId w:val="45"/>
              </w:numPr>
              <w:spacing w:before="100" w:beforeAutospacing="1" w:after="100" w:afterAutospacing="1" w:line="240" w:lineRule="auto"/>
            </w:pPr>
            <w:r w:rsidRPr="00742DC5">
              <w:t>Шпилька</w:t>
            </w:r>
          </w:p>
          <w:p w:rsidR="00C00B61" w:rsidRPr="00742DC5" w:rsidRDefault="00C00B61" w:rsidP="00C00B61">
            <w:pPr>
              <w:numPr>
                <w:ilvl w:val="0"/>
                <w:numId w:val="45"/>
              </w:numPr>
              <w:spacing w:before="100" w:beforeAutospacing="1" w:after="100" w:afterAutospacing="1" w:line="240" w:lineRule="auto"/>
            </w:pPr>
            <w:r w:rsidRPr="00742DC5">
              <w:t>Винт установочный</w:t>
            </w:r>
          </w:p>
          <w:p w:rsidR="00C00B61" w:rsidRPr="00742DC5" w:rsidRDefault="00C00B61" w:rsidP="00C00B61">
            <w:pPr>
              <w:numPr>
                <w:ilvl w:val="0"/>
                <w:numId w:val="45"/>
              </w:numPr>
              <w:spacing w:before="100" w:beforeAutospacing="1" w:after="100" w:afterAutospacing="1" w:line="240" w:lineRule="auto"/>
            </w:pPr>
            <w:r w:rsidRPr="00742DC5">
              <w:t>Винт крепежный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t>А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742950" cy="581025"/>
                  <wp:effectExtent l="0" t="0" r="0" b="9525"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Б 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704850" cy="638175"/>
                  <wp:effectExtent l="0" t="0" r="0" b="9525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В 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781050" cy="647700"/>
                  <wp:effectExtent l="0" t="0" r="0" b="0"/>
                  <wp:docPr id="140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Г 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828675" cy="628650"/>
                  <wp:effectExtent l="0" t="0" r="9525" b="0"/>
                  <wp:docPr id="139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t>(1Б, 2А, 3Г ,4В)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</w:p>
          <w:p w:rsidR="00C00B61" w:rsidRPr="00CE359C" w:rsidRDefault="00C00B61" w:rsidP="00C00B61">
            <w:pPr>
              <w:pStyle w:val="ae"/>
              <w:numPr>
                <w:ilvl w:val="0"/>
                <w:numId w:val="50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lang w:val="ru-RU"/>
              </w:rPr>
            </w:pPr>
            <w:r w:rsidRPr="00CE359C">
              <w:rPr>
                <w:lang w:val="ru-RU"/>
              </w:rPr>
              <w:t>Установите соответствие между типами линий установленными ГОСТ и их назначением при выполнении чертежей изделий</w:t>
            </w:r>
            <w:r w:rsidRPr="00CE359C">
              <w:rPr>
                <w:lang w:val="ru-RU"/>
              </w:rPr>
              <w:br/>
              <w:t>1. Линия осевая, симметрии</w:t>
            </w:r>
            <w:r w:rsidRPr="00CE359C">
              <w:rPr>
                <w:lang w:val="ru-RU"/>
              </w:rPr>
              <w:br/>
              <w:t>2. Выносная, размерная линия</w:t>
            </w:r>
            <w:r w:rsidRPr="00CE359C">
              <w:rPr>
                <w:lang w:val="ru-RU"/>
              </w:rPr>
              <w:br/>
              <w:t>3. Линия невидимого контура</w:t>
            </w:r>
            <w:r w:rsidRPr="00CE359C">
              <w:rPr>
                <w:lang w:val="ru-RU"/>
              </w:rPr>
              <w:br/>
              <w:t>4.</w:t>
            </w:r>
            <w:r>
              <w:t> </w:t>
            </w:r>
            <w:r w:rsidRPr="00CE359C">
              <w:rPr>
                <w:lang w:val="ru-RU"/>
              </w:rPr>
              <w:t>Линия видимого контура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  <w:lang w:val="ru-RU"/>
              </w:rPr>
            </w:pPr>
            <w:r w:rsidRPr="00C00B61">
              <w:rPr>
                <w:b/>
                <w:lang w:val="ru-RU"/>
              </w:rPr>
              <w:t xml:space="preserve">А - </w:t>
            </w:r>
            <w:r w:rsidRPr="00C00B61">
              <w:rPr>
                <w:lang w:val="ru-RU"/>
              </w:rPr>
              <w:t xml:space="preserve">штрихпунктирная тонкая, </w:t>
            </w:r>
            <w:r w:rsidRPr="00C00B61">
              <w:rPr>
                <w:b/>
                <w:lang w:val="ru-RU"/>
              </w:rPr>
              <w:t xml:space="preserve">Б - </w:t>
            </w:r>
            <w:r w:rsidRPr="00C00B61">
              <w:rPr>
                <w:lang w:val="ru-RU"/>
              </w:rPr>
              <w:t xml:space="preserve">сплошная тонкая, </w:t>
            </w:r>
            <w:r w:rsidRPr="00C00B61">
              <w:rPr>
                <w:b/>
                <w:lang w:val="ru-RU"/>
              </w:rPr>
              <w:t xml:space="preserve">В – </w:t>
            </w:r>
            <w:r w:rsidRPr="00C00B61">
              <w:rPr>
                <w:lang w:val="ru-RU"/>
              </w:rPr>
              <w:t xml:space="preserve">штриховая, </w:t>
            </w:r>
            <w:r w:rsidRPr="00C00B61">
              <w:rPr>
                <w:b/>
                <w:lang w:val="ru-RU"/>
              </w:rPr>
              <w:t xml:space="preserve">Г - </w:t>
            </w:r>
            <w:r w:rsidRPr="00C00B61">
              <w:rPr>
                <w:lang w:val="ru-RU"/>
              </w:rPr>
              <w:t>сплошная основная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t>(1А, 2Б,3А,4Г</w:t>
            </w:r>
            <w:r w:rsidRPr="00812CAF">
              <w:rPr>
                <w:b/>
              </w:rPr>
              <w:t>)</w:t>
            </w:r>
          </w:p>
          <w:p w:rsidR="00C00B61" w:rsidRPr="002A665E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</w:p>
          <w:p w:rsidR="00C00B61" w:rsidRPr="00CE359C" w:rsidRDefault="00C00B61" w:rsidP="00C00B61">
            <w:pPr>
              <w:pStyle w:val="ae"/>
              <w:numPr>
                <w:ilvl w:val="0"/>
                <w:numId w:val="50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lang w:val="ru-RU"/>
              </w:rPr>
            </w:pPr>
            <w:r w:rsidRPr="00CE359C">
              <w:rPr>
                <w:lang w:val="ru-RU"/>
              </w:rPr>
              <w:t>Установите соответствие между фронтальной и профильной проекциями прямого кругового цилиндра, пересекаемого фронтально-проецирующими плоскостями</w:t>
            </w:r>
          </w:p>
          <w:p w:rsidR="00C00B61" w:rsidRDefault="00C00B61" w:rsidP="00C00B61">
            <w:pPr>
              <w:pStyle w:val="ae"/>
              <w:numPr>
                <w:ilvl w:val="0"/>
                <w:numId w:val="51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 w:rsidRPr="00CE359C">
              <w:rPr>
                <w:b/>
                <w:noProof/>
                <w:lang w:val="ru-RU" w:eastAsia="ru-RU"/>
              </w:rPr>
              <w:lastRenderedPageBreak/>
              <w:drawing>
                <wp:inline distT="0" distB="0" distL="0" distR="0">
                  <wp:extent cx="685800" cy="800100"/>
                  <wp:effectExtent l="0" t="0" r="0" b="0"/>
                  <wp:docPr id="138" name="Рисунок 138" descr="Snap 2025-10-06 at 20.42.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5" descr="Snap 2025-10-06 at 20.42.1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</w:t>
            </w:r>
            <w:r w:rsidRPr="007C02DC">
              <w:t>2.</w:t>
            </w:r>
            <w:r>
              <w:rPr>
                <w:b/>
              </w:rPr>
              <w:t xml:space="preserve"> 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704850" cy="819150"/>
                  <wp:effectExtent l="0" t="0" r="0" b="0"/>
                  <wp:docPr id="137" name="Рисунок 137" descr="Snap 2025-10-06 at 20.42.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6" descr="Snap 2025-10-06 at 20.42.2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</w:t>
            </w:r>
            <w:r w:rsidRPr="007C02DC">
              <w:t>3.</w:t>
            </w:r>
            <w:r>
              <w:rPr>
                <w:b/>
              </w:rPr>
              <w:t xml:space="preserve"> 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666750" cy="781050"/>
                  <wp:effectExtent l="0" t="0" r="0" b="0"/>
                  <wp:docPr id="136" name="Рисунок 136" descr="Snap 2025-10-06 at 20.42.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7" descr="Snap 2025-10-06 at 20.42.3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</w:t>
            </w:r>
            <w:r w:rsidRPr="007C02DC">
              <w:t>4.</w:t>
            </w:r>
            <w:r>
              <w:rPr>
                <w:b/>
              </w:rPr>
              <w:t xml:space="preserve"> 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590550" cy="723900"/>
                  <wp:effectExtent l="0" t="0" r="0" b="0"/>
                  <wp:docPr id="135" name="Рисунок 135" descr="Snap 2025-10-06 at 20.42.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8" descr="Snap 2025-10-06 at 20.42.3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  <w:r>
              <w:rPr>
                <w:b/>
              </w:rPr>
              <w:t xml:space="preserve">  А -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685800" cy="809625"/>
                  <wp:effectExtent l="0" t="0" r="0" b="9525"/>
                  <wp:docPr id="134" name="Рисунок 134" descr="Snap 2025-10-06 at 20.44.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9" descr="Snap 2025-10-06 at 20.44.5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Б - 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619125" cy="752475"/>
                  <wp:effectExtent l="0" t="0" r="9525" b="9525"/>
                  <wp:docPr id="133" name="Рисунок 133" descr="Snap 2025-10-06 at 20.44.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0" descr="Snap 2025-10-06 at 20.44.5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В - 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600075" cy="733425"/>
                  <wp:effectExtent l="0" t="0" r="9525" b="9525"/>
                  <wp:docPr id="132" name="Рисунок 132" descr="Snap 2025-10-06 at 20.45.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1" descr="Snap 2025-10-06 at 20.45.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Г - 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619125" cy="733425"/>
                  <wp:effectExtent l="0" t="0" r="9525" b="9525"/>
                  <wp:docPr id="131" name="Рисунок 131" descr="Snap 2025-10-06 at 20.45.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2" descr="Snap 2025-10-06 at 20.45.2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Д - 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619125" cy="742950"/>
                  <wp:effectExtent l="0" t="0" r="9525" b="0"/>
                  <wp:docPr id="130" name="Рисунок 130" descr="Snap 2025-10-06 at 20.45.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3" descr="Snap 2025-10-06 at 20.45.2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t>(1А, 2Б,3В,4Г</w:t>
            </w:r>
            <w:r w:rsidRPr="00812CAF">
              <w:rPr>
                <w:b/>
              </w:rPr>
              <w:t>)</w:t>
            </w:r>
          </w:p>
          <w:p w:rsidR="00C00B61" w:rsidRPr="007C02DC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</w:p>
          <w:p w:rsidR="00C00B61" w:rsidRPr="003E38E9" w:rsidRDefault="00C00B61" w:rsidP="00C00B61">
            <w:pPr>
              <w:pStyle w:val="ae"/>
              <w:numPr>
                <w:ilvl w:val="0"/>
                <w:numId w:val="50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 w:rsidRPr="00CE359C">
              <w:rPr>
                <w:lang w:val="ru-RU"/>
              </w:rPr>
              <w:t>Установите соответствие между отмеченными на чертеже размерами и их наименованием</w:t>
            </w:r>
            <w:r w:rsidRPr="00CE359C">
              <w:rPr>
                <w:lang w:val="ru-RU"/>
              </w:rPr>
              <w:br/>
              <w:t xml:space="preserve">1. </w:t>
            </w:r>
            <w:r>
              <w:t>Размер радиальный </w:t>
            </w:r>
            <w:r>
              <w:br/>
              <w:t>2. Размер диаметральный</w:t>
            </w:r>
            <w:r>
              <w:br/>
              <w:t>3. Размер линейный габаритный</w:t>
            </w:r>
            <w:r>
              <w:br/>
              <w:t>4. Размер положения линейный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485775" cy="885825"/>
                  <wp:effectExtent l="0" t="0" r="9525" b="9525"/>
                  <wp:docPr id="129" name="Рисунок 129" descr="Snap 2025-10-06 at 20.49.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4" descr="Snap 2025-10-06 at 20.49.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</w:pPr>
            <w:r>
              <w:rPr>
                <w:b/>
              </w:rPr>
              <w:t>А –</w:t>
            </w:r>
            <w:r w:rsidRPr="00594AD5">
              <w:t xml:space="preserve"> 10</w:t>
            </w:r>
            <w:r>
              <w:rPr>
                <w:b/>
              </w:rPr>
              <w:t xml:space="preserve">, Б – </w:t>
            </w:r>
            <w:r w:rsidRPr="00594AD5">
              <w:t>20</w:t>
            </w:r>
            <w:r>
              <w:rPr>
                <w:b/>
              </w:rPr>
              <w:t xml:space="preserve">, В – </w:t>
            </w:r>
            <w:r w:rsidRPr="0085191B">
              <w:t>80</w:t>
            </w:r>
            <w:r>
              <w:rPr>
                <w:b/>
              </w:rPr>
              <w:t xml:space="preserve">, Г – </w:t>
            </w:r>
            <w:r w:rsidRPr="00594AD5">
              <w:t>40</w:t>
            </w:r>
          </w:p>
          <w:p w:rsidR="00C00B61" w:rsidRPr="003E38E9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t>(1А, 2Б,3В,4Г</w:t>
            </w:r>
            <w:r w:rsidRPr="00812CAF">
              <w:rPr>
                <w:b/>
              </w:rPr>
              <w:t>)</w:t>
            </w:r>
          </w:p>
        </w:tc>
      </w:tr>
      <w:tr w:rsidR="00C00B61" w:rsidRPr="003D2A80" w:rsidTr="004F54CD">
        <w:trPr>
          <w:trHeight w:val="234"/>
        </w:trPr>
        <w:tc>
          <w:tcPr>
            <w:tcW w:w="2500" w:type="pct"/>
            <w:gridSpan w:val="2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b/>
                <w:bCs/>
                <w:kern w:val="1"/>
                <w:szCs w:val="24"/>
              </w:rPr>
              <w:lastRenderedPageBreak/>
              <w:t>Уровень сложности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>
              <w:rPr>
                <w:b/>
                <w:bCs/>
                <w:kern w:val="1"/>
                <w:szCs w:val="24"/>
              </w:rPr>
              <w:t>Высокий</w:t>
            </w:r>
          </w:p>
        </w:tc>
      </w:tr>
      <w:tr w:rsidR="00C00B61" w:rsidRPr="003D2A80" w:rsidTr="004F54CD">
        <w:tc>
          <w:tcPr>
            <w:tcW w:w="2500" w:type="pct"/>
            <w:gridSpan w:val="2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D201B7">
              <w:rPr>
                <w:b/>
                <w:szCs w:val="24"/>
              </w:rPr>
              <w:t>Задания с развернутым ответом</w:t>
            </w:r>
          </w:p>
        </w:tc>
      </w:tr>
      <w:tr w:rsidR="00C00B61" w:rsidRPr="003D2A80" w:rsidTr="004F54CD">
        <w:tc>
          <w:tcPr>
            <w:tcW w:w="2500" w:type="pct"/>
            <w:gridSpan w:val="2"/>
            <w:shd w:val="clear" w:color="auto" w:fill="auto"/>
            <w:vAlign w:val="center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i/>
                <w:iCs/>
                <w:szCs w:val="24"/>
              </w:rPr>
              <w:t>Инструкция: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D201B7">
              <w:rPr>
                <w:i/>
                <w:szCs w:val="24"/>
              </w:rPr>
              <w:t>введите развернутый обоснованный ответ</w:t>
            </w:r>
          </w:p>
        </w:tc>
      </w:tr>
      <w:tr w:rsidR="00C00B61" w:rsidRPr="003D2A80" w:rsidTr="004F54CD">
        <w:tc>
          <w:tcPr>
            <w:tcW w:w="5000" w:type="pct"/>
            <w:gridSpan w:val="5"/>
            <w:shd w:val="clear" w:color="auto" w:fill="auto"/>
            <w:vAlign w:val="center"/>
          </w:tcPr>
          <w:p w:rsidR="00C00B61" w:rsidRPr="00C00B61" w:rsidRDefault="00C00B61" w:rsidP="00C00B61">
            <w:pPr>
              <w:numPr>
                <w:ilvl w:val="0"/>
                <w:numId w:val="36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Продолжите предложение. Содержательная часть электронного конструкторского документа состоит из ………</w:t>
            </w:r>
            <w:proofErr w:type="gramStart"/>
            <w:r w:rsidRPr="00C00B61">
              <w:rPr>
                <w:lang w:val="ru-RU"/>
              </w:rPr>
              <w:t>…….</w:t>
            </w:r>
            <w:proofErr w:type="gramEnd"/>
            <w:r w:rsidRPr="00C00B61">
              <w:rPr>
                <w:lang w:val="ru-RU"/>
              </w:rPr>
              <w:t>, содержащих необходимую информацию об изделии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 w:rsidRPr="007356C6">
              <w:rPr>
                <w:b/>
                <w:bCs/>
              </w:rPr>
              <w:t>Ответ:</w:t>
            </w:r>
            <w:r>
              <w:rPr>
                <w:b/>
                <w:bCs/>
              </w:rPr>
              <w:t xml:space="preserve"> </w:t>
            </w:r>
            <w:r w:rsidRPr="007356C6">
              <w:t>информационных единиц</w:t>
            </w:r>
          </w:p>
          <w:p w:rsidR="00C00B61" w:rsidRPr="009779B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</w:p>
        </w:tc>
      </w:tr>
    </w:tbl>
    <w:p w:rsidR="00C00B61" w:rsidRPr="004416F6" w:rsidRDefault="00C00B61" w:rsidP="00C00B61">
      <w:pPr>
        <w:autoSpaceDE w:val="0"/>
        <w:autoSpaceDN w:val="0"/>
        <w:adjustRightInd w:val="0"/>
        <w:spacing w:line="276" w:lineRule="auto"/>
        <w:jc w:val="center"/>
        <w:rPr>
          <w:b/>
          <w:bCs/>
          <w:kern w:val="1"/>
          <w:szCs w:val="24"/>
        </w:rPr>
      </w:pPr>
      <w:r w:rsidRPr="004416F6">
        <w:rPr>
          <w:b/>
          <w:bCs/>
          <w:szCs w:val="24"/>
        </w:rPr>
        <w:t>Комплект тестовых заданий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2294"/>
        <w:gridCol w:w="65"/>
        <w:gridCol w:w="2637"/>
        <w:gridCol w:w="2250"/>
      </w:tblGrid>
      <w:tr w:rsidR="00C00B61" w:rsidRPr="003D2A80" w:rsidTr="004F54CD">
        <w:tc>
          <w:tcPr>
            <w:tcW w:w="1342" w:type="pct"/>
            <w:shd w:val="clear" w:color="auto" w:fill="D9D9D9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 xml:space="preserve">Индикатор </w:t>
            </w:r>
          </w:p>
        </w:tc>
        <w:tc>
          <w:tcPr>
            <w:tcW w:w="1191" w:type="pct"/>
            <w:gridSpan w:val="2"/>
            <w:shd w:val="clear" w:color="auto" w:fill="D9D9D9"/>
          </w:tcPr>
          <w:p w:rsidR="00C00B61" w:rsidRPr="009103DB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 xml:space="preserve">ОПК – </w:t>
            </w:r>
            <w:r>
              <w:rPr>
                <w:b/>
                <w:bCs/>
                <w:kern w:val="1"/>
                <w:szCs w:val="24"/>
              </w:rPr>
              <w:t>4</w:t>
            </w:r>
            <w:r w:rsidRPr="003D2A80">
              <w:rPr>
                <w:b/>
                <w:bCs/>
                <w:kern w:val="1"/>
                <w:szCs w:val="24"/>
              </w:rPr>
              <w:t>.</w:t>
            </w:r>
            <w:r>
              <w:rPr>
                <w:b/>
                <w:bCs/>
                <w:kern w:val="1"/>
                <w:szCs w:val="24"/>
              </w:rPr>
              <w:t>1</w:t>
            </w:r>
          </w:p>
        </w:tc>
        <w:tc>
          <w:tcPr>
            <w:tcW w:w="1331" w:type="pct"/>
            <w:shd w:val="clear" w:color="auto" w:fill="D9D9D9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>Семестр</w:t>
            </w:r>
          </w:p>
        </w:tc>
        <w:tc>
          <w:tcPr>
            <w:tcW w:w="1136" w:type="pct"/>
            <w:shd w:val="clear" w:color="auto" w:fill="D9D9D9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>
              <w:rPr>
                <w:b/>
                <w:bCs/>
                <w:kern w:val="1"/>
                <w:szCs w:val="24"/>
              </w:rPr>
              <w:t>2</w:t>
            </w:r>
          </w:p>
        </w:tc>
      </w:tr>
      <w:tr w:rsidR="00C00B61" w:rsidRPr="003D2A80" w:rsidTr="004F54CD">
        <w:tc>
          <w:tcPr>
            <w:tcW w:w="2533" w:type="pct"/>
            <w:gridSpan w:val="3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>Уровень сложности</w:t>
            </w:r>
          </w:p>
        </w:tc>
        <w:tc>
          <w:tcPr>
            <w:tcW w:w="2467" w:type="pct"/>
            <w:gridSpan w:val="2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>Базовый</w:t>
            </w:r>
          </w:p>
        </w:tc>
      </w:tr>
      <w:tr w:rsidR="00C00B61" w:rsidRPr="003D2A80" w:rsidTr="004F54CD">
        <w:tc>
          <w:tcPr>
            <w:tcW w:w="2533" w:type="pct"/>
            <w:gridSpan w:val="3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2467" w:type="pct"/>
            <w:gridSpan w:val="2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szCs w:val="24"/>
              </w:rPr>
              <w:t>выбором одного/нескольких ответов</w:t>
            </w:r>
          </w:p>
        </w:tc>
      </w:tr>
      <w:tr w:rsidR="00C00B61" w:rsidRPr="00C00B61" w:rsidTr="004F54CD">
        <w:tc>
          <w:tcPr>
            <w:tcW w:w="2533" w:type="pct"/>
            <w:gridSpan w:val="3"/>
            <w:shd w:val="clear" w:color="auto" w:fill="auto"/>
            <w:vAlign w:val="center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i/>
                <w:iCs/>
                <w:szCs w:val="24"/>
              </w:rPr>
            </w:pPr>
            <w:r w:rsidRPr="003D2A80">
              <w:rPr>
                <w:i/>
                <w:iCs/>
                <w:szCs w:val="24"/>
              </w:rPr>
              <w:t>Инструкция:</w:t>
            </w:r>
          </w:p>
        </w:tc>
        <w:tc>
          <w:tcPr>
            <w:tcW w:w="2467" w:type="pct"/>
            <w:gridSpan w:val="2"/>
            <w:shd w:val="clear" w:color="auto" w:fill="auto"/>
          </w:tcPr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i/>
                <w:iCs/>
                <w:szCs w:val="24"/>
                <w:lang w:val="ru-RU"/>
              </w:rPr>
            </w:pPr>
            <w:r w:rsidRPr="00C00B61">
              <w:rPr>
                <w:i/>
                <w:iCs/>
                <w:szCs w:val="24"/>
                <w:lang w:val="ru-RU"/>
              </w:rPr>
              <w:t>укажите один вариант ответа / не менее двух вариантов</w:t>
            </w:r>
          </w:p>
        </w:tc>
      </w:tr>
      <w:tr w:rsidR="00C00B61" w:rsidRPr="003D2A80" w:rsidTr="004F54CD">
        <w:tc>
          <w:tcPr>
            <w:tcW w:w="5000" w:type="pct"/>
            <w:gridSpan w:val="5"/>
            <w:shd w:val="clear" w:color="auto" w:fill="auto"/>
            <w:vAlign w:val="center"/>
          </w:tcPr>
          <w:p w:rsidR="00C00B61" w:rsidRPr="00C00B61" w:rsidRDefault="00C00B61" w:rsidP="00C00B61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Типом трехмерной модели геометрического объекта является ………</w:t>
            </w:r>
            <w:r>
              <w:t> </w:t>
            </w:r>
            <w:r w:rsidRPr="00C00B61">
              <w:rPr>
                <w:lang w:val="ru-RU"/>
              </w:rPr>
              <w:t>модель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А - двумерная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Б - физическая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В – точечная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 w:rsidRPr="009718C1">
              <w:rPr>
                <w:b/>
                <w:bCs/>
              </w:rPr>
              <w:t xml:space="preserve">Г </w:t>
            </w:r>
            <w:r>
              <w:t>– твердотельная</w:t>
            </w:r>
          </w:p>
          <w:p w:rsidR="00C00B61" w:rsidRPr="00C00B61" w:rsidRDefault="00C00B61" w:rsidP="00C00B61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  <w:proofErr w:type="gramStart"/>
            <w:r w:rsidRPr="00C00B61">
              <w:rPr>
                <w:lang w:val="ru-RU"/>
              </w:rPr>
              <w:lastRenderedPageBreak/>
              <w:t>Трехмерная геометрическая модель</w:t>
            </w:r>
            <w:proofErr w:type="gramEnd"/>
            <w:r w:rsidRPr="00C00B61">
              <w:rPr>
                <w:lang w:val="ru-RU"/>
              </w:rPr>
              <w:t xml:space="preserve"> представленная совокупностью точек, отрезков и кривых, определяющих в пространстве форму изделия называется……...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 w:rsidRPr="007516BD">
              <w:rPr>
                <w:b/>
                <w:bCs/>
              </w:rPr>
              <w:t>А</w:t>
            </w:r>
            <w:r>
              <w:t xml:space="preserve"> - каркасной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>
              <w:t>Б - твердотельной</w:t>
            </w:r>
          </w:p>
          <w:p w:rsidR="00C00B61" w:rsidRPr="00C00B61" w:rsidRDefault="00C00B61" w:rsidP="00C00B61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 xml:space="preserve">Плоскость в пространстве геометрической модели, на которую выводится визуально воспринимаемая информация, содержащая значения атрибутов определяется </w:t>
            </w:r>
            <w:proofErr w:type="gramStart"/>
            <w:r w:rsidRPr="00C00B61">
              <w:rPr>
                <w:lang w:val="ru-RU"/>
              </w:rPr>
              <w:t>как….</w:t>
            </w:r>
            <w:proofErr w:type="gramEnd"/>
            <w:r w:rsidRPr="00C00B61">
              <w:rPr>
                <w:lang w:val="ru-RU"/>
              </w:rPr>
              <w:t>.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b/>
                <w:bCs/>
                <w:lang w:val="ru-RU"/>
              </w:rPr>
              <w:t>А</w:t>
            </w:r>
            <w:r w:rsidRPr="00C00B61">
              <w:rPr>
                <w:lang w:val="ru-RU"/>
              </w:rPr>
              <w:t xml:space="preserve"> - плоскость обозначений и указаний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Б - вспомогательная плоскость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>
              <w:t>В – проецирующая плоскость</w:t>
            </w:r>
          </w:p>
          <w:p w:rsidR="00C00B61" w:rsidRPr="009718C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</w:p>
        </w:tc>
      </w:tr>
      <w:tr w:rsidR="00C00B61" w:rsidRPr="003D2A80" w:rsidTr="004F54CD">
        <w:tc>
          <w:tcPr>
            <w:tcW w:w="2500" w:type="pct"/>
            <w:gridSpan w:val="2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b/>
                <w:bCs/>
                <w:kern w:val="1"/>
                <w:szCs w:val="24"/>
              </w:rPr>
              <w:lastRenderedPageBreak/>
              <w:t>Уровень сложности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>
              <w:rPr>
                <w:b/>
                <w:bCs/>
                <w:kern w:val="1"/>
                <w:szCs w:val="24"/>
              </w:rPr>
              <w:t>Повышенный</w:t>
            </w:r>
          </w:p>
        </w:tc>
      </w:tr>
      <w:tr w:rsidR="00C00B61" w:rsidRPr="00C00B61" w:rsidTr="004F54CD">
        <w:tc>
          <w:tcPr>
            <w:tcW w:w="2500" w:type="pct"/>
            <w:gridSpan w:val="2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b/>
                <w:szCs w:val="24"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C00B61" w:rsidRPr="00C00B61" w:rsidTr="004F54CD">
        <w:tc>
          <w:tcPr>
            <w:tcW w:w="2500" w:type="pct"/>
            <w:gridSpan w:val="2"/>
            <w:shd w:val="clear" w:color="auto" w:fill="auto"/>
            <w:vAlign w:val="center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i/>
                <w:iCs/>
                <w:szCs w:val="24"/>
              </w:rPr>
              <w:t>Инструкция: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i/>
                <w:szCs w:val="24"/>
                <w:lang w:val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C00B61" w:rsidRPr="003D2A80" w:rsidTr="004F54CD">
        <w:tc>
          <w:tcPr>
            <w:tcW w:w="5000" w:type="pct"/>
            <w:gridSpan w:val="5"/>
            <w:shd w:val="clear" w:color="auto" w:fill="auto"/>
            <w:vAlign w:val="center"/>
          </w:tcPr>
          <w:p w:rsidR="00C00B61" w:rsidRPr="00C00B61" w:rsidRDefault="00C00B61" w:rsidP="00C00B61">
            <w:pPr>
              <w:numPr>
                <w:ilvl w:val="0"/>
                <w:numId w:val="40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 xml:space="preserve">Установите соответствие между </w:t>
            </w:r>
            <w:proofErr w:type="gramStart"/>
            <w:r w:rsidRPr="00C00B61">
              <w:rPr>
                <w:lang w:val="ru-RU"/>
              </w:rPr>
              <w:t>обозначенными</w:t>
            </w:r>
            <w:r>
              <w:t> </w:t>
            </w:r>
            <w:r w:rsidRPr="00C00B61">
              <w:rPr>
                <w:lang w:val="ru-RU"/>
              </w:rPr>
              <w:t xml:space="preserve"> цифрами</w:t>
            </w:r>
            <w:proofErr w:type="gramEnd"/>
            <w:r w:rsidRPr="00C00B61">
              <w:rPr>
                <w:lang w:val="ru-RU"/>
              </w:rPr>
              <w:t xml:space="preserve"> 1, 2, 3 видами предмета на чертеже и их наименованием по ГОСТ 2.305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476375" cy="1123950"/>
                  <wp:effectExtent l="0" t="0" r="9525" b="0"/>
                  <wp:docPr id="128" name="Рисунок 128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А – спереди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Б – сверху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В – слева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Г – сзади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 xml:space="preserve">Д - </w:t>
            </w:r>
            <w:r>
              <w:t>c</w:t>
            </w:r>
            <w:r w:rsidRPr="00C00B61">
              <w:rPr>
                <w:lang w:val="ru-RU"/>
              </w:rPr>
              <w:t>низу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Е – справа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  <w:r>
              <w:rPr>
                <w:b/>
              </w:rPr>
              <w:t>(1А, 2Е,3Г</w:t>
            </w:r>
            <w:r w:rsidRPr="00812CAF">
              <w:rPr>
                <w:b/>
              </w:rPr>
              <w:t>)</w:t>
            </w:r>
          </w:p>
          <w:p w:rsidR="00C00B61" w:rsidRPr="001A4D40" w:rsidRDefault="00C00B61" w:rsidP="00C00B61">
            <w:pPr>
              <w:numPr>
                <w:ilvl w:val="0"/>
                <w:numId w:val="40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t>Установите соответствие между: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  <w:lang w:val="ru-RU"/>
              </w:rPr>
            </w:pPr>
            <w:r w:rsidRPr="00C00B61">
              <w:rPr>
                <w:lang w:val="ru-RU"/>
              </w:rPr>
              <w:t xml:space="preserve"> наименованием геометрического тела и его чертежом</w:t>
            </w:r>
            <w:r w:rsidRPr="00C00B61">
              <w:rPr>
                <w:lang w:val="ru-RU"/>
              </w:rPr>
              <w:br/>
              <w:t>1. Прямой круговой конус</w:t>
            </w:r>
            <w:r w:rsidRPr="00C00B61">
              <w:rPr>
                <w:lang w:val="ru-RU"/>
              </w:rPr>
              <w:br/>
              <w:t>2. Открытый тор</w:t>
            </w:r>
            <w:r w:rsidRPr="00C00B61">
              <w:rPr>
                <w:lang w:val="ru-RU"/>
              </w:rPr>
              <w:br/>
              <w:t>3. Прямая четырехугольная пирамида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proofErr w:type="gramStart"/>
            <w:r w:rsidRPr="00C00B61">
              <w:rPr>
                <w:lang w:val="ru-RU"/>
              </w:rPr>
              <w:t xml:space="preserve">А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895350" cy="1181100"/>
                  <wp:effectExtent l="0" t="0" r="0" b="0"/>
                  <wp:docPr id="127" name="Рисунок 127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0B61">
              <w:rPr>
                <w:lang w:val="ru-RU"/>
              </w:rPr>
              <w:t xml:space="preserve"> Б</w:t>
            </w:r>
            <w:proofErr w:type="gramEnd"/>
            <w:r w:rsidRPr="00C00B61">
              <w:rPr>
                <w:lang w:val="ru-RU"/>
              </w:rPr>
              <w:t xml:space="preserve">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676275" cy="1200150"/>
                  <wp:effectExtent l="0" t="0" r="9525" b="0"/>
                  <wp:docPr id="126" name="Рисунок 126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0B61">
              <w:rPr>
                <w:lang w:val="ru-RU"/>
              </w:rPr>
              <w:t xml:space="preserve"> В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571500" cy="1181100"/>
                  <wp:effectExtent l="0" t="0" r="0" b="0"/>
                  <wp:docPr id="125" name="Рисунок 125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0B61">
              <w:rPr>
                <w:lang w:val="ru-RU"/>
              </w:rPr>
              <w:t xml:space="preserve"> Г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542925" cy="1200150"/>
                  <wp:effectExtent l="0" t="0" r="9525" b="0"/>
                  <wp:docPr id="124" name="Рисунок 124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  <w:lang w:val="ru-RU"/>
              </w:rPr>
            </w:pPr>
            <w:r w:rsidRPr="00C00B61">
              <w:rPr>
                <w:b/>
                <w:lang w:val="ru-RU"/>
              </w:rPr>
              <w:t>(1А, 2Б,3В)</w:t>
            </w:r>
          </w:p>
          <w:p w:rsidR="00C00B61" w:rsidRDefault="00C00B61" w:rsidP="00C00B61">
            <w:pPr>
              <w:numPr>
                <w:ilvl w:val="0"/>
                <w:numId w:val="40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C00B61">
              <w:rPr>
                <w:lang w:val="ru-RU"/>
              </w:rPr>
              <w:lastRenderedPageBreak/>
              <w:t xml:space="preserve">Установите соответствие между наименованием конструкторского документа и </w:t>
            </w:r>
            <w:proofErr w:type="gramStart"/>
            <w:r w:rsidRPr="00C00B61">
              <w:rPr>
                <w:lang w:val="ru-RU"/>
              </w:rPr>
              <w:t>формулировкой</w:t>
            </w:r>
            <w:proofErr w:type="gramEnd"/>
            <w:r w:rsidRPr="00C00B61">
              <w:rPr>
                <w:lang w:val="ru-RU"/>
              </w:rPr>
              <w:t xml:space="preserve"> его характеризующей по ГОСТ 2.102</w:t>
            </w:r>
            <w:r w:rsidRPr="00C00B61">
              <w:rPr>
                <w:lang w:val="ru-RU"/>
              </w:rPr>
              <w:br/>
              <w:t xml:space="preserve">1. </w:t>
            </w:r>
            <w:r>
              <w:t>Сборочный чертеж</w:t>
            </w:r>
            <w:r>
              <w:br/>
              <w:t>2. Чертеж детали</w:t>
            </w:r>
            <w:r>
              <w:br/>
              <w:t>3. Спецификация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А - Документ, содержащий изображение сборочной единицы и другие данные, необходимые для ее сборки и контроля.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Б - Конструкторский документ, содержащий изображение детали и другие данные, необходимые для ее изготовления и контроля.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В - Документ, определяющий состав сборочной единицы комплекса или комплекта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Г - Документ, содержащий электронную геометрическую модель детали и требования к ее изготовлению и контролю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  <w:r>
              <w:rPr>
                <w:b/>
              </w:rPr>
              <w:t>(1А, 2Б,3В</w:t>
            </w:r>
            <w:r w:rsidRPr="00812CAF">
              <w:rPr>
                <w:b/>
              </w:rPr>
              <w:t>)</w:t>
            </w:r>
          </w:p>
          <w:p w:rsidR="00C00B61" w:rsidRPr="00714F64" w:rsidRDefault="00C00B61" w:rsidP="00C00B61">
            <w:pPr>
              <w:pStyle w:val="ae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 w:rsidRPr="00CE359C">
              <w:rPr>
                <w:lang w:val="ru-RU"/>
              </w:rPr>
              <w:t>Установите соответствие</w:t>
            </w:r>
            <w:r w:rsidRPr="00CE359C">
              <w:rPr>
                <w:lang w:val="ru-RU"/>
              </w:rPr>
              <w:br/>
            </w:r>
            <w:r w:rsidRPr="00CE359C">
              <w:rPr>
                <w:lang w:val="ru-RU"/>
              </w:rPr>
              <w:br/>
              <w:t>1. М20</w:t>
            </w:r>
            <w:r w:rsidRPr="00CE359C">
              <w:rPr>
                <w:lang w:val="ru-RU"/>
              </w:rPr>
              <w:br/>
              <w:t xml:space="preserve">2. </w:t>
            </w:r>
            <w:r>
              <w:t>M</w:t>
            </w:r>
            <w:r w:rsidRPr="00CE359C">
              <w:rPr>
                <w:lang w:val="ru-RU"/>
              </w:rPr>
              <w:t>20×0.75</w:t>
            </w:r>
            <w:r>
              <w:t>LH</w:t>
            </w:r>
            <w:r w:rsidRPr="00CE359C">
              <w:rPr>
                <w:lang w:val="ru-RU"/>
              </w:rPr>
              <w:br/>
              <w:t xml:space="preserve">3. </w:t>
            </w:r>
            <w:r>
              <w:t>S40×3</w:t>
            </w:r>
            <w:r>
              <w:br/>
              <w:t>4. Тr36×6LH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А - метрическая, номинальный диаметр 20мм,</w:t>
            </w:r>
            <w:r>
              <w:t> </w:t>
            </w:r>
            <w:r w:rsidRPr="00C00B61">
              <w:rPr>
                <w:lang w:val="ru-RU"/>
              </w:rPr>
              <w:t>правая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Б – метрическая, номинальный диаметр 20мм, шаг 0,75мм, левая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В – упорная, номинальный диаметр 40мм, шаг 3мм, правая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Г – трапецеидальная, номинальный диаметр 36мм, шаг 6мм, левая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Д – резьба трубная цилиндрическая,</w:t>
            </w:r>
            <w:r>
              <w:t> </w:t>
            </w:r>
            <w:r w:rsidRPr="00C00B61">
              <w:rPr>
                <w:lang w:val="ru-RU"/>
              </w:rPr>
              <w:t>номинальный диаметр 36мм, шаг 6мм, левая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Е - резьба модульная,</w:t>
            </w:r>
            <w:r>
              <w:t> </w:t>
            </w:r>
            <w:r w:rsidRPr="00C00B61">
              <w:rPr>
                <w:lang w:val="ru-RU"/>
              </w:rPr>
              <w:t>номинальный диаметр 20мм, шаг 0,75мм, левая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  <w:r>
              <w:rPr>
                <w:b/>
              </w:rPr>
              <w:t>(1А, 2Б,3В,4Г)</w:t>
            </w:r>
          </w:p>
          <w:p w:rsidR="00C00B61" w:rsidRPr="006F5C57" w:rsidRDefault="00C00B61" w:rsidP="00C00B61">
            <w:pPr>
              <w:pStyle w:val="ae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 w:rsidRPr="00CE359C">
              <w:rPr>
                <w:lang w:val="ru-RU"/>
              </w:rPr>
              <w:t>Установите соответствие между названием вида и плоскостью проекций, на которую он проецируется.</w:t>
            </w:r>
            <w:r w:rsidRPr="00CE359C">
              <w:rPr>
                <w:lang w:val="ru-RU"/>
              </w:rPr>
              <w:br/>
            </w:r>
            <w:r w:rsidRPr="006F5C57">
              <w:t>1. Главный вид</w:t>
            </w:r>
            <w:r w:rsidRPr="006F5C57">
              <w:br/>
              <w:t>2. Вид сверху</w:t>
            </w:r>
            <w:r w:rsidRPr="006F5C57">
              <w:br/>
              <w:t>3. Вид с</w:t>
            </w:r>
            <w:r>
              <w:t>лева</w:t>
            </w:r>
          </w:p>
          <w:p w:rsidR="00C00B61" w:rsidRPr="00714F64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А – горизонтальная, Б – профильная В - предметная Г –фронтальная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  <w:r>
              <w:rPr>
                <w:b/>
              </w:rPr>
              <w:t>(1Г, 2А,3В)</w:t>
            </w:r>
          </w:p>
          <w:p w:rsidR="00C00B61" w:rsidRPr="00CE359C" w:rsidRDefault="00C00B61" w:rsidP="00C00B61">
            <w:pPr>
              <w:pStyle w:val="ae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E359C">
              <w:rPr>
                <w:lang w:val="ru-RU"/>
              </w:rPr>
              <w:t>Установите соответствие между конструктивными элементами зубчатого колеса, обозначенных цифрами 1-5 и их наименованием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</w:pPr>
            <w:r w:rsidRPr="002364B7">
              <w:rPr>
                <w:noProof/>
                <w:lang w:val="ru-RU" w:eastAsia="ru-RU"/>
              </w:rPr>
              <w:lastRenderedPageBreak/>
              <w:drawing>
                <wp:inline distT="0" distB="0" distL="0" distR="0">
                  <wp:extent cx="1971675" cy="2190750"/>
                  <wp:effectExtent l="0" t="0" r="9525" b="0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 xml:space="preserve">А –диск, Б – зубья, В – венец, Г –отверстие, Д </w:t>
            </w:r>
            <w:proofErr w:type="gramStart"/>
            <w:r w:rsidRPr="00C00B61">
              <w:rPr>
                <w:lang w:val="ru-RU"/>
              </w:rPr>
              <w:t>–  ступица</w:t>
            </w:r>
            <w:proofErr w:type="gramEnd"/>
            <w:r w:rsidRPr="00C00B61">
              <w:rPr>
                <w:lang w:val="ru-RU"/>
              </w:rPr>
              <w:t>, Е – шпоночный паз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  <w:r>
              <w:rPr>
                <w:b/>
              </w:rPr>
              <w:t>(1Б, 2А,3Д,4В, 5Г)</w:t>
            </w:r>
          </w:p>
          <w:p w:rsidR="00C00B61" w:rsidRPr="00CE359C" w:rsidRDefault="00C00B61" w:rsidP="00C00B61">
            <w:pPr>
              <w:pStyle w:val="ae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lang w:val="ru-RU"/>
              </w:rPr>
            </w:pPr>
            <w:r w:rsidRPr="00CE359C">
              <w:rPr>
                <w:lang w:val="ru-RU"/>
              </w:rPr>
              <w:t>Установите соответствие между конструктивными элементами деталей, обозначенных цифрами 1, 2, 3, 4 и их наименованием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904875" cy="666750"/>
                  <wp:effectExtent l="0" t="0" r="9525" b="0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29239E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 xml:space="preserve">А – проточка, Б – фаска, В – шпоночный паз, Г – галтель, Д </w:t>
            </w:r>
            <w:proofErr w:type="gramStart"/>
            <w:r w:rsidRPr="00C00B61">
              <w:rPr>
                <w:lang w:val="ru-RU"/>
              </w:rPr>
              <w:t>–  лыска</w:t>
            </w:r>
            <w:proofErr w:type="gramEnd"/>
          </w:p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</w:pPr>
            <w:r>
              <w:rPr>
                <w:b/>
              </w:rPr>
              <w:t>(1Б, 2В,3А,4Г)</w:t>
            </w:r>
          </w:p>
        </w:tc>
      </w:tr>
      <w:tr w:rsidR="00C00B61" w:rsidRPr="003D2A80" w:rsidTr="004F54CD">
        <w:tc>
          <w:tcPr>
            <w:tcW w:w="2500" w:type="pct"/>
            <w:gridSpan w:val="2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b/>
                <w:bCs/>
                <w:kern w:val="1"/>
                <w:szCs w:val="24"/>
              </w:rPr>
              <w:lastRenderedPageBreak/>
              <w:t>Уровень сложности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>
              <w:rPr>
                <w:b/>
                <w:bCs/>
                <w:kern w:val="1"/>
                <w:szCs w:val="24"/>
              </w:rPr>
              <w:t>Высокий</w:t>
            </w:r>
          </w:p>
        </w:tc>
      </w:tr>
      <w:tr w:rsidR="00C00B61" w:rsidRPr="003D2A80" w:rsidTr="004F54CD">
        <w:tc>
          <w:tcPr>
            <w:tcW w:w="2500" w:type="pct"/>
            <w:gridSpan w:val="2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D201B7">
              <w:rPr>
                <w:b/>
                <w:szCs w:val="24"/>
              </w:rPr>
              <w:t>Задания с развернутым ответом</w:t>
            </w:r>
          </w:p>
        </w:tc>
      </w:tr>
      <w:tr w:rsidR="00C00B61" w:rsidRPr="003D2A80" w:rsidTr="004F54CD">
        <w:tc>
          <w:tcPr>
            <w:tcW w:w="2500" w:type="pct"/>
            <w:gridSpan w:val="2"/>
            <w:shd w:val="clear" w:color="auto" w:fill="auto"/>
            <w:vAlign w:val="center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i/>
                <w:iCs/>
                <w:szCs w:val="24"/>
              </w:rPr>
              <w:t>Инструкция: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D201B7">
              <w:rPr>
                <w:i/>
                <w:szCs w:val="24"/>
              </w:rPr>
              <w:t>введите развернутый обоснованный ответ</w:t>
            </w:r>
          </w:p>
        </w:tc>
      </w:tr>
      <w:tr w:rsidR="00C00B61" w:rsidRPr="00C00B61" w:rsidTr="004F54CD">
        <w:tc>
          <w:tcPr>
            <w:tcW w:w="5000" w:type="pct"/>
            <w:gridSpan w:val="5"/>
            <w:shd w:val="clear" w:color="auto" w:fill="auto"/>
            <w:vAlign w:val="center"/>
          </w:tcPr>
          <w:p w:rsidR="00C00B61" w:rsidRPr="00C00B61" w:rsidRDefault="00C00B61" w:rsidP="00C00B61">
            <w:pPr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 xml:space="preserve">Перечислите по порядку начиная с 1-го названия </w:t>
            </w:r>
            <w:proofErr w:type="gramStart"/>
            <w:r w:rsidRPr="00C00B61">
              <w:rPr>
                <w:lang w:val="ru-RU"/>
              </w:rPr>
              <w:t>видов,  которые</w:t>
            </w:r>
            <w:proofErr w:type="gramEnd"/>
            <w:r w:rsidRPr="00C00B61">
              <w:rPr>
                <w:lang w:val="ru-RU"/>
              </w:rPr>
              <w:t xml:space="preserve"> устанавливает ГОСТ 2.305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447800" cy="1085850"/>
                  <wp:effectExtent l="0" t="0" r="0" b="0"/>
                  <wp:docPr id="121" name="Рисунок 12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b/>
                <w:bCs/>
                <w:lang w:val="ru-RU"/>
              </w:rPr>
            </w:pPr>
            <w:r w:rsidRPr="00C00B61">
              <w:rPr>
                <w:b/>
                <w:bCs/>
                <w:lang w:val="ru-RU"/>
              </w:rPr>
              <w:t xml:space="preserve">Ответ: </w:t>
            </w:r>
            <w:r w:rsidRPr="00C00B61">
              <w:rPr>
                <w:lang w:val="ru-RU"/>
              </w:rPr>
              <w:t>Спереди, сверху, слева, справа, снизу, сзади</w:t>
            </w:r>
          </w:p>
        </w:tc>
      </w:tr>
    </w:tbl>
    <w:p w:rsidR="00C00B61" w:rsidRPr="00C00B61" w:rsidRDefault="00C00B61" w:rsidP="00C00B61">
      <w:pPr>
        <w:rPr>
          <w:lang w:val="ru-RU"/>
        </w:rPr>
      </w:pPr>
    </w:p>
    <w:p w:rsidR="00C00B61" w:rsidRPr="004416F6" w:rsidRDefault="00C00B61" w:rsidP="00C00B61">
      <w:pPr>
        <w:autoSpaceDE w:val="0"/>
        <w:autoSpaceDN w:val="0"/>
        <w:adjustRightInd w:val="0"/>
        <w:spacing w:line="276" w:lineRule="auto"/>
        <w:jc w:val="center"/>
        <w:rPr>
          <w:b/>
          <w:bCs/>
          <w:kern w:val="1"/>
          <w:szCs w:val="24"/>
        </w:rPr>
      </w:pPr>
      <w:r w:rsidRPr="004416F6">
        <w:rPr>
          <w:b/>
          <w:bCs/>
          <w:szCs w:val="24"/>
        </w:rPr>
        <w:t>Комплект тестовых заданий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2294"/>
        <w:gridCol w:w="65"/>
        <w:gridCol w:w="2637"/>
        <w:gridCol w:w="2250"/>
      </w:tblGrid>
      <w:tr w:rsidR="00C00B61" w:rsidRPr="003D2A80" w:rsidTr="004F54CD">
        <w:tc>
          <w:tcPr>
            <w:tcW w:w="1342" w:type="pct"/>
            <w:shd w:val="clear" w:color="auto" w:fill="D9D9D9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 xml:space="preserve">Индикатор </w:t>
            </w:r>
          </w:p>
        </w:tc>
        <w:tc>
          <w:tcPr>
            <w:tcW w:w="1191" w:type="pct"/>
            <w:gridSpan w:val="2"/>
            <w:shd w:val="clear" w:color="auto" w:fill="D9D9D9"/>
          </w:tcPr>
          <w:p w:rsidR="00C00B61" w:rsidRPr="009103DB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 xml:space="preserve">ОПК – </w:t>
            </w:r>
            <w:r>
              <w:rPr>
                <w:b/>
                <w:bCs/>
                <w:kern w:val="1"/>
                <w:szCs w:val="24"/>
              </w:rPr>
              <w:t>4</w:t>
            </w:r>
            <w:r w:rsidRPr="003D2A80">
              <w:rPr>
                <w:b/>
                <w:bCs/>
                <w:kern w:val="1"/>
                <w:szCs w:val="24"/>
              </w:rPr>
              <w:t>.</w:t>
            </w:r>
            <w:r>
              <w:rPr>
                <w:b/>
                <w:bCs/>
                <w:kern w:val="1"/>
                <w:szCs w:val="24"/>
              </w:rPr>
              <w:t>2</w:t>
            </w:r>
          </w:p>
        </w:tc>
        <w:tc>
          <w:tcPr>
            <w:tcW w:w="1331" w:type="pct"/>
            <w:shd w:val="clear" w:color="auto" w:fill="D9D9D9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>Семестр</w:t>
            </w:r>
          </w:p>
        </w:tc>
        <w:tc>
          <w:tcPr>
            <w:tcW w:w="1136" w:type="pct"/>
            <w:shd w:val="clear" w:color="auto" w:fill="D9D9D9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>
              <w:rPr>
                <w:b/>
                <w:bCs/>
                <w:kern w:val="1"/>
                <w:szCs w:val="24"/>
              </w:rPr>
              <w:t>2</w:t>
            </w:r>
          </w:p>
        </w:tc>
      </w:tr>
      <w:tr w:rsidR="00C00B61" w:rsidRPr="003D2A80" w:rsidTr="004F54CD">
        <w:tc>
          <w:tcPr>
            <w:tcW w:w="2533" w:type="pct"/>
            <w:gridSpan w:val="3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>Уровень сложности</w:t>
            </w:r>
          </w:p>
        </w:tc>
        <w:tc>
          <w:tcPr>
            <w:tcW w:w="2467" w:type="pct"/>
            <w:gridSpan w:val="2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kern w:val="1"/>
                <w:szCs w:val="24"/>
              </w:rPr>
              <w:t>Базовый</w:t>
            </w:r>
          </w:p>
        </w:tc>
      </w:tr>
      <w:tr w:rsidR="00C00B61" w:rsidRPr="003D2A80" w:rsidTr="004F54CD">
        <w:tc>
          <w:tcPr>
            <w:tcW w:w="2533" w:type="pct"/>
            <w:gridSpan w:val="3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2467" w:type="pct"/>
            <w:gridSpan w:val="2"/>
            <w:shd w:val="clear" w:color="auto" w:fill="auto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kern w:val="1"/>
                <w:szCs w:val="24"/>
              </w:rPr>
            </w:pPr>
            <w:r w:rsidRPr="003D2A80">
              <w:rPr>
                <w:b/>
                <w:bCs/>
                <w:szCs w:val="24"/>
              </w:rPr>
              <w:t>выбором одного/нескольких ответов</w:t>
            </w:r>
          </w:p>
        </w:tc>
      </w:tr>
      <w:tr w:rsidR="00C00B61" w:rsidRPr="00C00B61" w:rsidTr="004F54CD">
        <w:tc>
          <w:tcPr>
            <w:tcW w:w="2533" w:type="pct"/>
            <w:gridSpan w:val="3"/>
            <w:shd w:val="clear" w:color="auto" w:fill="auto"/>
            <w:vAlign w:val="center"/>
          </w:tcPr>
          <w:p w:rsidR="00C00B61" w:rsidRPr="003D2A80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i/>
                <w:iCs/>
                <w:szCs w:val="24"/>
              </w:rPr>
            </w:pPr>
            <w:r w:rsidRPr="003D2A80">
              <w:rPr>
                <w:i/>
                <w:iCs/>
                <w:szCs w:val="24"/>
              </w:rPr>
              <w:t>Инструкция:</w:t>
            </w:r>
          </w:p>
        </w:tc>
        <w:tc>
          <w:tcPr>
            <w:tcW w:w="2467" w:type="pct"/>
            <w:gridSpan w:val="2"/>
            <w:shd w:val="clear" w:color="auto" w:fill="auto"/>
          </w:tcPr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i/>
                <w:iCs/>
                <w:szCs w:val="24"/>
                <w:lang w:val="ru-RU"/>
              </w:rPr>
            </w:pPr>
            <w:r w:rsidRPr="00C00B61">
              <w:rPr>
                <w:i/>
                <w:iCs/>
                <w:szCs w:val="24"/>
                <w:lang w:val="ru-RU"/>
              </w:rPr>
              <w:t>укажите один вариант ответа / не менее двух вариантов</w:t>
            </w:r>
          </w:p>
        </w:tc>
      </w:tr>
      <w:tr w:rsidR="00C00B61" w:rsidRPr="00C00B61" w:rsidTr="004F54CD">
        <w:tc>
          <w:tcPr>
            <w:tcW w:w="5000" w:type="pct"/>
            <w:gridSpan w:val="5"/>
            <w:shd w:val="clear" w:color="auto" w:fill="auto"/>
            <w:vAlign w:val="center"/>
          </w:tcPr>
          <w:p w:rsidR="00C00B61" w:rsidRPr="00C00B61" w:rsidRDefault="00C00B61" w:rsidP="00C00B61">
            <w:pPr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Основным конструкторским документом для детали является…….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А - сборочный чертеж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Б - спецификация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b/>
                <w:bCs/>
                <w:lang w:val="ru-RU"/>
              </w:rPr>
              <w:lastRenderedPageBreak/>
              <w:t>В</w:t>
            </w:r>
            <w:r w:rsidRPr="00C00B61">
              <w:rPr>
                <w:lang w:val="ru-RU"/>
              </w:rPr>
              <w:t xml:space="preserve"> – чертеж и/или электронную модель</w:t>
            </w:r>
          </w:p>
          <w:p w:rsidR="00C00B61" w:rsidRPr="00C00B61" w:rsidRDefault="00C00B61" w:rsidP="00C00B61">
            <w:pPr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К электронной геометрической модели изделия относится…...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А - трехмерная геометрическая модель, представляющая форму изделия как результат композиции множества геометрических элементов с применением операций булевой алгебры к этим геометрическим элементам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b/>
                <w:bCs/>
                <w:lang w:val="ru-RU"/>
              </w:rPr>
              <w:t>Б</w:t>
            </w:r>
            <w:r w:rsidRPr="00C00B61">
              <w:rPr>
                <w:lang w:val="ru-RU"/>
              </w:rPr>
              <w:t xml:space="preserve"> - </w:t>
            </w:r>
            <w:r>
              <w:t> </w:t>
            </w:r>
            <w:r w:rsidRPr="00C00B61">
              <w:rPr>
                <w:lang w:val="ru-RU"/>
              </w:rPr>
              <w:t>модель, описывающая преимущественно геометрическую форму, размеры и иные свойства изделия, зависящие от его формы и размеров.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</w:p>
        </w:tc>
      </w:tr>
      <w:tr w:rsidR="00C00B61" w:rsidRPr="003D2A80" w:rsidTr="004F54CD">
        <w:tc>
          <w:tcPr>
            <w:tcW w:w="2500" w:type="pct"/>
            <w:gridSpan w:val="2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b/>
                <w:bCs/>
                <w:kern w:val="1"/>
                <w:szCs w:val="24"/>
              </w:rPr>
              <w:lastRenderedPageBreak/>
              <w:t>Уровень сложности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>
              <w:rPr>
                <w:b/>
                <w:bCs/>
                <w:kern w:val="1"/>
                <w:szCs w:val="24"/>
              </w:rPr>
              <w:t>Повышенный</w:t>
            </w:r>
          </w:p>
        </w:tc>
      </w:tr>
      <w:tr w:rsidR="00C00B61" w:rsidRPr="00C00B61" w:rsidTr="004F54CD">
        <w:tc>
          <w:tcPr>
            <w:tcW w:w="2500" w:type="pct"/>
            <w:gridSpan w:val="2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b/>
                <w:szCs w:val="24"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C00B61" w:rsidRPr="00C00B61" w:rsidTr="004F54CD">
        <w:tc>
          <w:tcPr>
            <w:tcW w:w="2500" w:type="pct"/>
            <w:gridSpan w:val="2"/>
            <w:shd w:val="clear" w:color="auto" w:fill="auto"/>
            <w:vAlign w:val="center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i/>
                <w:iCs/>
                <w:szCs w:val="24"/>
              </w:rPr>
              <w:t>Инструкция: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i/>
                <w:szCs w:val="24"/>
                <w:lang w:val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C00B61" w:rsidRPr="003D2A80" w:rsidTr="004F54CD">
        <w:tc>
          <w:tcPr>
            <w:tcW w:w="5000" w:type="pct"/>
            <w:gridSpan w:val="5"/>
            <w:shd w:val="clear" w:color="auto" w:fill="auto"/>
            <w:vAlign w:val="center"/>
          </w:tcPr>
          <w:p w:rsidR="00C00B61" w:rsidRPr="00C00B61" w:rsidRDefault="00C00B61" w:rsidP="00C00B61">
            <w:pPr>
              <w:numPr>
                <w:ilvl w:val="0"/>
                <w:numId w:val="39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 xml:space="preserve">Установите соответствие между </w:t>
            </w:r>
            <w:proofErr w:type="gramStart"/>
            <w:r w:rsidRPr="00C00B61">
              <w:rPr>
                <w:lang w:val="ru-RU"/>
              </w:rPr>
              <w:t>обозначенными</w:t>
            </w:r>
            <w:r>
              <w:t> </w:t>
            </w:r>
            <w:r w:rsidRPr="00C00B61">
              <w:rPr>
                <w:lang w:val="ru-RU"/>
              </w:rPr>
              <w:t xml:space="preserve"> цифрами</w:t>
            </w:r>
            <w:proofErr w:type="gramEnd"/>
            <w:r w:rsidRPr="00C00B61">
              <w:rPr>
                <w:lang w:val="ru-RU"/>
              </w:rPr>
              <w:t xml:space="preserve"> 1, 2, 3 видами предмета на чертеже и их наименованием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</w:pP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1695450" cy="1457325"/>
                  <wp:effectExtent l="0" t="0" r="0" b="9525"/>
                  <wp:docPr id="120" name="Рисунок 120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А – спереди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Б – сверху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В – слева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Г – сзади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Д - Снизу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Е – справа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  <w:r>
              <w:rPr>
                <w:b/>
              </w:rPr>
              <w:t>(1А, 2Б,3В</w:t>
            </w:r>
            <w:r w:rsidRPr="00812CAF">
              <w:rPr>
                <w:b/>
              </w:rPr>
              <w:t>)</w:t>
            </w:r>
          </w:p>
          <w:p w:rsidR="00C00B61" w:rsidRPr="00C00B61" w:rsidRDefault="00C00B61" w:rsidP="00C00B61">
            <w:pPr>
              <w:numPr>
                <w:ilvl w:val="0"/>
                <w:numId w:val="39"/>
              </w:num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Установите соответствие между видом проецирования, и характеризующей его формулировкой</w:t>
            </w:r>
            <w:r w:rsidRPr="00C00B61">
              <w:rPr>
                <w:lang w:val="ru-RU"/>
              </w:rPr>
              <w:br/>
              <w:t>1. Ортогональное проецирование</w:t>
            </w:r>
            <w:r w:rsidRPr="00C00B61">
              <w:rPr>
                <w:lang w:val="ru-RU"/>
              </w:rPr>
              <w:br/>
              <w:t>2. Центральное проецирование</w:t>
            </w:r>
            <w:r w:rsidRPr="00C00B61">
              <w:rPr>
                <w:lang w:val="ru-RU"/>
              </w:rPr>
              <w:br/>
              <w:t>3. Параллельное проецирование</w:t>
            </w:r>
            <w:r w:rsidRPr="00C00B61">
              <w:rPr>
                <w:lang w:val="ru-RU"/>
              </w:rPr>
              <w:br/>
              <w:t>А – Проецирование, при котором проецирующие лучи перпендикулярны плоскости проекций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Б – Проецирование, при котором проецирующие лучи исходят из одной точки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В – Проецирование, при котором используются параллельные проецирующие лучи, проведенные в заданном направлении относительно плоскости проекций под углом не равным 90º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Г -Проецирование на вспомогательную плоскость проекций</w:t>
            </w:r>
            <w:r w:rsidRPr="0008020D">
              <w:t> 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  <w:r>
              <w:rPr>
                <w:b/>
              </w:rPr>
              <w:t>(1А, 2Б,3В</w:t>
            </w:r>
            <w:r w:rsidRPr="00812CAF">
              <w:rPr>
                <w:b/>
              </w:rPr>
              <w:t>)</w:t>
            </w:r>
          </w:p>
          <w:p w:rsidR="00C00B61" w:rsidRPr="00C00B61" w:rsidRDefault="00C00B61" w:rsidP="00C00B61">
            <w:pPr>
              <w:numPr>
                <w:ilvl w:val="0"/>
                <w:numId w:val="39"/>
              </w:numPr>
              <w:tabs>
                <w:tab w:val="left" w:pos="426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0" w:firstLine="0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lastRenderedPageBreak/>
              <w:t>Установите соответствие между обозначением проекции точки и ее наименованием</w:t>
            </w:r>
            <w:r w:rsidRPr="00C00B61">
              <w:rPr>
                <w:lang w:val="ru-RU"/>
              </w:rPr>
              <w:br/>
              <w:t>1. Фронтальная проекция точки А</w:t>
            </w:r>
            <w:r w:rsidRPr="00C00B61">
              <w:rPr>
                <w:lang w:val="ru-RU"/>
              </w:rPr>
              <w:br/>
              <w:t>2. Профильная проекция точки А</w:t>
            </w:r>
            <w:r w:rsidRPr="00C00B61">
              <w:rPr>
                <w:lang w:val="ru-RU"/>
              </w:rPr>
              <w:br/>
              <w:t>3. Горизонтальная проекция точки А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lang w:val="ru-RU"/>
              </w:rPr>
            </w:pP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А – А</w:t>
            </w:r>
            <w:r w:rsidRPr="00C00B61">
              <w:rPr>
                <w:vertAlign w:val="subscript"/>
                <w:lang w:val="ru-RU"/>
              </w:rPr>
              <w:t>2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vertAlign w:val="subscript"/>
                <w:lang w:val="ru-RU"/>
              </w:rPr>
            </w:pPr>
            <w:r w:rsidRPr="00C00B61">
              <w:rPr>
                <w:lang w:val="ru-RU"/>
              </w:rPr>
              <w:t>Б – А</w:t>
            </w:r>
            <w:r w:rsidRPr="00C00B61">
              <w:rPr>
                <w:vertAlign w:val="subscript"/>
                <w:lang w:val="ru-RU"/>
              </w:rPr>
              <w:t>3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vertAlign w:val="subscript"/>
                <w:lang w:val="ru-RU"/>
              </w:rPr>
            </w:pPr>
            <w:r w:rsidRPr="00C00B61">
              <w:rPr>
                <w:lang w:val="ru-RU"/>
              </w:rPr>
              <w:t>В – А</w:t>
            </w:r>
            <w:r w:rsidRPr="00C00B61">
              <w:rPr>
                <w:vertAlign w:val="subscript"/>
                <w:lang w:val="ru-RU"/>
              </w:rPr>
              <w:t>1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vertAlign w:val="subscript"/>
                <w:lang w:val="ru-RU"/>
              </w:rPr>
            </w:pPr>
            <w:r w:rsidRPr="00C00B61">
              <w:rPr>
                <w:lang w:val="ru-RU"/>
              </w:rPr>
              <w:t>Г – А</w:t>
            </w:r>
            <w:r w:rsidRPr="00C00B61">
              <w:rPr>
                <w:vertAlign w:val="subscript"/>
                <w:lang w:val="ru-RU"/>
              </w:rPr>
              <w:t>4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vertAlign w:val="subscript"/>
                <w:lang w:val="ru-RU"/>
              </w:rPr>
            </w:pPr>
            <w:r w:rsidRPr="00C00B61">
              <w:rPr>
                <w:lang w:val="ru-RU"/>
              </w:rPr>
              <w:t>Д – А</w:t>
            </w:r>
            <w:r w:rsidRPr="00C00B61">
              <w:rPr>
                <w:vertAlign w:val="subscript"/>
                <w:lang w:val="ru-RU"/>
              </w:rPr>
              <w:t>0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  <w:r>
              <w:rPr>
                <w:b/>
              </w:rPr>
              <w:t>(1А, 2Г,3В</w:t>
            </w:r>
            <w:r w:rsidRPr="00812CAF">
              <w:rPr>
                <w:b/>
              </w:rPr>
              <w:t>)</w:t>
            </w:r>
          </w:p>
          <w:p w:rsidR="00C00B61" w:rsidRPr="00626A22" w:rsidRDefault="00C00B61" w:rsidP="00C00B61">
            <w:pPr>
              <w:pStyle w:val="ae"/>
              <w:numPr>
                <w:ilvl w:val="0"/>
                <w:numId w:val="47"/>
              </w:numPr>
              <w:tabs>
                <w:tab w:val="left" w:pos="353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0" w:firstLine="142"/>
              <w:textAlignment w:val="baseline"/>
            </w:pPr>
            <w:r w:rsidRPr="00CE359C">
              <w:rPr>
                <w:lang w:val="ru-RU"/>
              </w:rPr>
              <w:t>Установите соответствие между наименованием изделия и его характеристикой по ГОСТ</w:t>
            </w:r>
            <w:r w:rsidRPr="00CE359C">
              <w:rPr>
                <w:lang w:val="ru-RU"/>
              </w:rPr>
              <w:br/>
              <w:t xml:space="preserve">1. </w:t>
            </w:r>
            <w:r w:rsidRPr="00626A22">
              <w:t>Деталь</w:t>
            </w:r>
            <w:r w:rsidRPr="00626A22">
              <w:br/>
              <w:t>2. Комплект</w:t>
            </w:r>
            <w:r w:rsidRPr="00626A22">
              <w:br/>
              <w:t>3. Комплекс</w:t>
            </w:r>
            <w:r w:rsidRPr="00626A22">
              <w:br/>
              <w:t>4. Сборочная единица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b/>
                <w:lang w:val="ru-RU"/>
              </w:rPr>
              <w:t xml:space="preserve">А - </w:t>
            </w:r>
            <w:r w:rsidRPr="00C00B61">
              <w:rPr>
                <w:lang w:val="ru-RU"/>
              </w:rPr>
              <w:t>изделие, изготовленное из однородного по наименованию и марке материала, без применения сборочных операций;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lang w:val="ru-RU"/>
              </w:rPr>
            </w:pPr>
            <w:r w:rsidRPr="00C00B61">
              <w:rPr>
                <w:b/>
                <w:lang w:val="ru-RU"/>
              </w:rPr>
              <w:t xml:space="preserve">Б – </w:t>
            </w:r>
            <w:r w:rsidRPr="00C00B61">
              <w:rPr>
                <w:lang w:val="ru-RU"/>
              </w:rPr>
              <w:t>два и более специфицированных изделия, не соединенных на предприятии-изготовителе сборочными операциями, но предназначенных для выполнения взаимосвязанных эксплуатационных функций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lang w:val="ru-RU"/>
              </w:rPr>
            </w:pPr>
            <w:r w:rsidRPr="00C00B61">
              <w:rPr>
                <w:b/>
                <w:lang w:val="ru-RU"/>
              </w:rPr>
              <w:t xml:space="preserve">В – </w:t>
            </w:r>
            <w:r w:rsidRPr="00C00B61">
              <w:rPr>
                <w:lang w:val="ru-RU"/>
              </w:rPr>
              <w:t>Изделие, составные части которого подлежат соединению между собой на предприятии-изготовителе сборочными операциями</w:t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ru-RU"/>
              </w:rPr>
            </w:pPr>
            <w:r w:rsidRPr="00C00B61">
              <w:rPr>
                <w:b/>
                <w:lang w:val="ru-RU"/>
              </w:rPr>
              <w:t xml:space="preserve">Г - </w:t>
            </w:r>
            <w:r w:rsidRPr="00C00B61">
              <w:rPr>
                <w:lang w:val="ru-RU"/>
              </w:rPr>
              <w:t>два и более изделия, не соединенных на предприятии-изготовителе сборочными операциями и представляющих набор изделий, имеющих общее эксплуатационное назначение вспомогательного характера.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t>(1А, 2Г,3Б,4В</w:t>
            </w:r>
            <w:r w:rsidRPr="00812CAF">
              <w:rPr>
                <w:b/>
              </w:rPr>
              <w:t>)</w:t>
            </w:r>
          </w:p>
          <w:p w:rsidR="00C00B61" w:rsidRPr="00CE359C" w:rsidRDefault="00C00B61" w:rsidP="00C00B61">
            <w:pPr>
              <w:pStyle w:val="ae"/>
              <w:numPr>
                <w:ilvl w:val="0"/>
                <w:numId w:val="47"/>
              </w:numPr>
              <w:spacing w:line="240" w:lineRule="auto"/>
              <w:ind w:left="0" w:firstLine="284"/>
              <w:rPr>
                <w:lang w:val="ru-RU"/>
              </w:rPr>
            </w:pPr>
            <w:r w:rsidRPr="00CE359C">
              <w:rPr>
                <w:lang w:val="ru-RU"/>
              </w:rPr>
              <w:t>Установите соответствие между изображёнными на рисунке стандартными изделиями и их наименованиями</w:t>
            </w:r>
          </w:p>
          <w:p w:rsidR="00C00B61" w:rsidRDefault="00C00B61" w:rsidP="00C00B61">
            <w:pPr>
              <w:pStyle w:val="ae"/>
              <w:numPr>
                <w:ilvl w:val="0"/>
                <w:numId w:val="48"/>
              </w:numPr>
              <w:spacing w:line="240" w:lineRule="auto"/>
            </w:pPr>
            <w:r w:rsidRPr="00CE359C">
              <w:rPr>
                <w:lang w:val="ru-RU"/>
              </w:rPr>
              <w:t xml:space="preserve">Болт 2. Шпилька 3. Винт монтажный 4. Винт крепежный 5. </w:t>
            </w:r>
            <w:r w:rsidRPr="00817792">
              <w:t>Гайка</w:t>
            </w:r>
          </w:p>
          <w:p w:rsidR="00C00B61" w:rsidRDefault="00C00B61" w:rsidP="004F54CD">
            <w:r>
              <w:t xml:space="preserve">А -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552450" cy="457200"/>
                  <wp:effectExtent l="0" t="0" r="0" b="0"/>
                  <wp:docPr id="119" name="Рисунок 119" descr="Snap 2025-10-06 at 19.38.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Snap 2025-10-06 at 19.38.2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Б -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581025" cy="476250"/>
                  <wp:effectExtent l="0" t="0" r="9525" b="0"/>
                  <wp:docPr id="118" name="Рисунок 118" descr="Snap 2025-10-06 at 19.38.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Snap 2025-10-06 at 19.38.3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В -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628650" cy="314325"/>
                  <wp:effectExtent l="0" t="0" r="0" b="9525"/>
                  <wp:docPr id="117" name="Рисунок 117" descr="Snap 2025-10-06 at 19.38.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Snap 2025-10-06 at 19.38.4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Г -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561975" cy="457200"/>
                  <wp:effectExtent l="0" t="0" r="9525" b="0"/>
                  <wp:docPr id="116" name="Рисунок 116" descr="Snap 2025-10-06 at 19.38.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Snap 2025-10-06 at 19.38.5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Д - </w:t>
            </w: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647700" cy="457200"/>
                  <wp:effectExtent l="0" t="0" r="0" b="0"/>
                  <wp:docPr id="115" name="Рисунок 115" descr="Snap 2025-10-06 at 19.39.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Snap 2025-10-06 at 19.39.0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Default="00C00B61" w:rsidP="004F54CD"/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t>(1А, 2Б,3В,4Г,5Д</w:t>
            </w:r>
            <w:r w:rsidRPr="00812CAF">
              <w:rPr>
                <w:b/>
              </w:rPr>
              <w:t>)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</w:p>
          <w:p w:rsidR="00C00B61" w:rsidRPr="00CE359C" w:rsidRDefault="00C00B61" w:rsidP="00C00B61">
            <w:pPr>
              <w:pStyle w:val="ae"/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lang w:val="ru-RU"/>
              </w:rPr>
            </w:pPr>
            <w:r w:rsidRPr="00CE359C">
              <w:rPr>
                <w:lang w:val="ru-RU"/>
              </w:rPr>
              <w:t xml:space="preserve">Установите соответствие между конструктивными элементами деталей, обозначенных цифрами 1, 2, 5, 6, </w:t>
            </w:r>
            <w:proofErr w:type="gramStart"/>
            <w:r w:rsidRPr="00CE359C">
              <w:rPr>
                <w:lang w:val="ru-RU"/>
              </w:rPr>
              <w:t>8</w:t>
            </w:r>
            <w:r>
              <w:t> </w:t>
            </w:r>
            <w:r w:rsidRPr="00CE359C">
              <w:rPr>
                <w:lang w:val="ru-RU"/>
              </w:rPr>
              <w:t xml:space="preserve"> и</w:t>
            </w:r>
            <w:proofErr w:type="gramEnd"/>
            <w:r w:rsidRPr="00CE359C">
              <w:rPr>
                <w:lang w:val="ru-RU"/>
              </w:rPr>
              <w:t xml:space="preserve"> их наименованием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2364B7">
              <w:rPr>
                <w:noProof/>
                <w:lang w:val="ru-RU" w:eastAsia="ru-RU"/>
              </w:rPr>
              <w:drawing>
                <wp:inline distT="0" distB="0" distL="0" distR="0">
                  <wp:extent cx="2647950" cy="1104900"/>
                  <wp:effectExtent l="0" t="0" r="0" b="0"/>
                  <wp:docPr id="114" name="Рисунок 114" descr="Snap 2025-10-06 at 19.45.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Snap 2025-10-06 at 19.45.4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lang w:val="ru-RU"/>
              </w:rPr>
            </w:pPr>
            <w:r w:rsidRPr="00C00B61">
              <w:rPr>
                <w:b/>
                <w:lang w:val="ru-RU"/>
              </w:rPr>
              <w:t xml:space="preserve">А - </w:t>
            </w:r>
            <w:r w:rsidRPr="00C00B61">
              <w:rPr>
                <w:lang w:val="ru-RU"/>
              </w:rPr>
              <w:t xml:space="preserve">Ребро жесткости, </w:t>
            </w:r>
            <w:r w:rsidRPr="00C00B61">
              <w:rPr>
                <w:b/>
                <w:lang w:val="ru-RU"/>
              </w:rPr>
              <w:t xml:space="preserve">Б – </w:t>
            </w:r>
            <w:r w:rsidRPr="00C00B61">
              <w:rPr>
                <w:lang w:val="ru-RU"/>
              </w:rPr>
              <w:t xml:space="preserve">Буртик, </w:t>
            </w:r>
            <w:r w:rsidRPr="00C00B61">
              <w:rPr>
                <w:b/>
                <w:lang w:val="ru-RU"/>
              </w:rPr>
              <w:t xml:space="preserve">В – </w:t>
            </w:r>
            <w:r w:rsidRPr="00C00B61">
              <w:rPr>
                <w:lang w:val="ru-RU"/>
              </w:rPr>
              <w:t xml:space="preserve">Окно, </w:t>
            </w:r>
            <w:r w:rsidRPr="00C00B61">
              <w:rPr>
                <w:b/>
                <w:lang w:val="ru-RU"/>
              </w:rPr>
              <w:t xml:space="preserve">Г – </w:t>
            </w:r>
            <w:r w:rsidRPr="00C00B61">
              <w:rPr>
                <w:lang w:val="ru-RU"/>
              </w:rPr>
              <w:t xml:space="preserve">Фаска, </w:t>
            </w:r>
            <w:r w:rsidRPr="00C00B61">
              <w:rPr>
                <w:b/>
                <w:lang w:val="ru-RU"/>
              </w:rPr>
              <w:t xml:space="preserve">Д - </w:t>
            </w:r>
            <w:r w:rsidRPr="00C00B61">
              <w:rPr>
                <w:lang w:val="ru-RU"/>
              </w:rPr>
              <w:t>Лыска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lastRenderedPageBreak/>
              <w:t>(1А,2В,5Г,6Б,8В</w:t>
            </w:r>
            <w:r w:rsidRPr="00812CAF">
              <w:rPr>
                <w:b/>
              </w:rPr>
              <w:t>)</w:t>
            </w:r>
          </w:p>
          <w:p w:rsidR="00C00B61" w:rsidRPr="00CE359C" w:rsidRDefault="00C00B61" w:rsidP="00C00B61">
            <w:pPr>
              <w:pStyle w:val="ae"/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lang w:val="ru-RU"/>
              </w:rPr>
            </w:pPr>
            <w:r w:rsidRPr="00CE359C">
              <w:rPr>
                <w:lang w:val="ru-RU"/>
              </w:rPr>
              <w:t>Установите соответствие между положением секущих плоскостей и фигурами сечений</w:t>
            </w:r>
          </w:p>
          <w:p w:rsidR="00C00B61" w:rsidRPr="00F45E32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1057275" cy="819150"/>
                  <wp:effectExtent l="0" t="0" r="9525" b="0"/>
                  <wp:docPr id="113" name="Рисунок 113" descr="Snap 2025-10-06 at 19.53.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Snap 2025-10-06 at 19.53.2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  <w:r>
              <w:rPr>
                <w:b/>
              </w:rPr>
              <w:t xml:space="preserve">1 – 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371475" cy="352425"/>
                  <wp:effectExtent l="0" t="0" r="9525" b="9525"/>
                  <wp:docPr id="112" name="Рисунок 112" descr="Snap 2025-10-06 at 19.54.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" descr="Snap 2025-10-06 at 19.54.1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2 – 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285750" cy="304800"/>
                  <wp:effectExtent l="0" t="0" r="0" b="0"/>
                  <wp:docPr id="111" name="Рисунок 111" descr="Snap 2025-10-06 at 19.54.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9" descr="Snap 2025-10-06 at 19.54.0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3 – 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228600" cy="342900"/>
                  <wp:effectExtent l="0" t="0" r="0" b="0"/>
                  <wp:docPr id="110" name="Рисунок 110" descr="Snap 2025-10-06 at 19.53.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" descr="Snap 2025-10-06 at 19.53.5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4- 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295275" cy="323850"/>
                  <wp:effectExtent l="0" t="0" r="9525" b="0"/>
                  <wp:docPr id="109" name="Рисунок 109" descr="Snap 2025-10-06 at 19.54.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9" descr="Snap 2025-10-06 at 19.54.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t>(2В,3Б,4А</w:t>
            </w:r>
            <w:r w:rsidRPr="00812CAF">
              <w:rPr>
                <w:b/>
              </w:rPr>
              <w:t>)</w:t>
            </w:r>
          </w:p>
          <w:p w:rsidR="00C00B61" w:rsidRPr="00421929" w:rsidRDefault="00C00B61" w:rsidP="00C00B61">
            <w:pPr>
              <w:pStyle w:val="ae"/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 w:rsidRPr="00CE359C">
              <w:rPr>
                <w:lang w:val="ru-RU"/>
              </w:rPr>
              <w:t>Установите соответствие между наименованием способа нанесения размеров и приведенными рисунками</w:t>
            </w:r>
            <w:r w:rsidRPr="00CE359C">
              <w:rPr>
                <w:lang w:val="ru-RU"/>
              </w:rPr>
              <w:br/>
              <w:t xml:space="preserve">1. </w:t>
            </w:r>
            <w:r>
              <w:t>Координатный</w:t>
            </w:r>
            <w:r>
              <w:br/>
              <w:t>2. Цепной</w:t>
            </w:r>
            <w:r>
              <w:br/>
              <w:t>3. Комбинированный</w:t>
            </w:r>
          </w:p>
          <w:p w:rsidR="00C00B61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b/>
              </w:rPr>
            </w:pPr>
            <w:r>
              <w:rPr>
                <w:b/>
              </w:rPr>
              <w:t xml:space="preserve">А - 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733425" cy="447675"/>
                  <wp:effectExtent l="0" t="0" r="9525" b="9525"/>
                  <wp:docPr id="108" name="Рисунок 108" descr="Snap 2025-10-06 at 20.10.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 descr="Snap 2025-10-06 at 20.10.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Б - 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685800" cy="447675"/>
                  <wp:effectExtent l="0" t="0" r="0" b="9525"/>
                  <wp:docPr id="107" name="Рисунок 107" descr="Snap 2025-10-06 at 20.09.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3" descr="Snap 2025-10-06 at 20.09.4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В - </w:t>
            </w:r>
            <w:r w:rsidRPr="00CE359C">
              <w:rPr>
                <w:b/>
                <w:noProof/>
                <w:lang w:val="ru-RU" w:eastAsia="ru-RU"/>
              </w:rPr>
              <w:drawing>
                <wp:inline distT="0" distB="0" distL="0" distR="0">
                  <wp:extent cx="628650" cy="495300"/>
                  <wp:effectExtent l="0" t="0" r="0" b="0"/>
                  <wp:docPr id="106" name="Рисунок 106" descr="Snap 2025-10-06 at 20.09.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4" descr="Snap 2025-10-06 at 20.09.2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0B61" w:rsidRPr="00421929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r>
              <w:rPr>
                <w:b/>
              </w:rPr>
              <w:t>(1В, 2Б,3А</w:t>
            </w:r>
            <w:r w:rsidRPr="00812CAF">
              <w:rPr>
                <w:b/>
              </w:rPr>
              <w:t>)</w:t>
            </w:r>
          </w:p>
        </w:tc>
      </w:tr>
      <w:tr w:rsidR="00C00B61" w:rsidRPr="003D2A80" w:rsidTr="004F54CD">
        <w:tc>
          <w:tcPr>
            <w:tcW w:w="2500" w:type="pct"/>
            <w:gridSpan w:val="2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b/>
                <w:bCs/>
                <w:kern w:val="1"/>
                <w:szCs w:val="24"/>
              </w:rPr>
              <w:lastRenderedPageBreak/>
              <w:t>Уровень сложности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>
              <w:rPr>
                <w:b/>
                <w:bCs/>
                <w:kern w:val="1"/>
                <w:szCs w:val="24"/>
              </w:rPr>
              <w:t>Высокий</w:t>
            </w:r>
          </w:p>
        </w:tc>
      </w:tr>
      <w:tr w:rsidR="00C00B61" w:rsidRPr="003D2A80" w:rsidTr="004F54CD">
        <w:tc>
          <w:tcPr>
            <w:tcW w:w="2500" w:type="pct"/>
            <w:gridSpan w:val="2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D201B7">
              <w:rPr>
                <w:b/>
                <w:szCs w:val="24"/>
              </w:rPr>
              <w:t>Задания с развернутым ответом</w:t>
            </w:r>
          </w:p>
        </w:tc>
      </w:tr>
      <w:tr w:rsidR="00C00B61" w:rsidRPr="003D2A80" w:rsidTr="004F54CD">
        <w:tc>
          <w:tcPr>
            <w:tcW w:w="2500" w:type="pct"/>
            <w:gridSpan w:val="2"/>
            <w:shd w:val="clear" w:color="auto" w:fill="auto"/>
            <w:vAlign w:val="center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3D2A80">
              <w:rPr>
                <w:i/>
                <w:iCs/>
                <w:szCs w:val="24"/>
              </w:rPr>
              <w:t>Инструкция:</w:t>
            </w:r>
          </w:p>
        </w:tc>
        <w:tc>
          <w:tcPr>
            <w:tcW w:w="2500" w:type="pct"/>
            <w:gridSpan w:val="3"/>
            <w:shd w:val="clear" w:color="auto" w:fill="auto"/>
          </w:tcPr>
          <w:p w:rsidR="00C00B61" w:rsidRPr="008141E8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D201B7">
              <w:rPr>
                <w:i/>
                <w:szCs w:val="24"/>
              </w:rPr>
              <w:t>введите развернутый обоснованный ответ</w:t>
            </w:r>
          </w:p>
        </w:tc>
      </w:tr>
      <w:tr w:rsidR="00C00B61" w:rsidRPr="003D2A80" w:rsidTr="004F54CD">
        <w:tc>
          <w:tcPr>
            <w:tcW w:w="5000" w:type="pct"/>
            <w:gridSpan w:val="5"/>
            <w:shd w:val="clear" w:color="auto" w:fill="auto"/>
            <w:vAlign w:val="center"/>
          </w:tcPr>
          <w:p w:rsidR="00C00B61" w:rsidRPr="00C00B61" w:rsidRDefault="00C00B61" w:rsidP="00C00B61">
            <w:pPr>
              <w:numPr>
                <w:ilvl w:val="0"/>
                <w:numId w:val="42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ru-RU"/>
              </w:rPr>
            </w:pPr>
            <w:r w:rsidRPr="00C00B61">
              <w:rPr>
                <w:lang w:val="ru-RU"/>
              </w:rPr>
              <w:t>Продолжите предложение. Прямая перпендикулярная фронтальной плоскости проекций называется</w:t>
            </w:r>
            <w:proofErr w:type="gramStart"/>
            <w:r w:rsidRPr="00C00B61">
              <w:rPr>
                <w:lang w:val="ru-RU"/>
              </w:rPr>
              <w:t>…….</w:t>
            </w:r>
            <w:proofErr w:type="gramEnd"/>
            <w:r w:rsidRPr="00C00B61">
              <w:rPr>
                <w:lang w:val="ru-RU"/>
              </w:rPr>
              <w:t>.</w:t>
            </w:r>
          </w:p>
          <w:p w:rsidR="00C00B61" w:rsidRPr="002A5C53" w:rsidRDefault="00C00B61" w:rsidP="004F54CD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both"/>
              <w:textAlignment w:val="baseline"/>
              <w:rPr>
                <w:b/>
                <w:bCs/>
              </w:rPr>
            </w:pPr>
            <w:r w:rsidRPr="002A5C53">
              <w:rPr>
                <w:b/>
                <w:bCs/>
              </w:rPr>
              <w:t>Ответ:</w:t>
            </w:r>
            <w:r>
              <w:rPr>
                <w:b/>
                <w:bCs/>
              </w:rPr>
              <w:t xml:space="preserve"> </w:t>
            </w:r>
            <w:r w:rsidRPr="002A5C53">
              <w:t>фронтально-проецирующей</w:t>
            </w:r>
          </w:p>
        </w:tc>
      </w:tr>
    </w:tbl>
    <w:p w:rsidR="00C00B61" w:rsidRDefault="00C00B61" w:rsidP="00C00B61">
      <w:pPr>
        <w:tabs>
          <w:tab w:val="left" w:pos="3450"/>
        </w:tabs>
        <w:jc w:val="center"/>
        <w:rPr>
          <w:b/>
          <w:bCs/>
          <w:sz w:val="28"/>
          <w:szCs w:val="28"/>
        </w:rPr>
      </w:pPr>
    </w:p>
    <w:p w:rsidR="00C00B61" w:rsidRPr="00C00B61" w:rsidRDefault="00C00B61" w:rsidP="00C00B61">
      <w:pPr>
        <w:jc w:val="center"/>
        <w:rPr>
          <w:b/>
          <w:szCs w:val="24"/>
          <w:lang w:val="ru-RU"/>
        </w:rPr>
      </w:pPr>
      <w:r w:rsidRPr="00C00B61">
        <w:rPr>
          <w:b/>
          <w:szCs w:val="24"/>
          <w:lang w:val="ru-RU"/>
        </w:rPr>
        <w:t xml:space="preserve">Описание дополнительных материалов и оборудования, необходимых для выполнения тестовых заданий </w:t>
      </w:r>
    </w:p>
    <w:tbl>
      <w:tblPr>
        <w:tblW w:w="48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9"/>
        <w:gridCol w:w="7733"/>
      </w:tblGrid>
      <w:tr w:rsidR="00C00B61" w:rsidRPr="00C00B61" w:rsidTr="004F54CD">
        <w:trPr>
          <w:jc w:val="center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B61" w:rsidRPr="00CE359C" w:rsidRDefault="00C00B61" w:rsidP="004F54CD">
            <w:pPr>
              <w:jc w:val="center"/>
              <w:rPr>
                <w:sz w:val="22"/>
              </w:rPr>
            </w:pPr>
            <w:r w:rsidRPr="00CE359C">
              <w:rPr>
                <w:sz w:val="22"/>
              </w:rPr>
              <w:t>Номер задания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B61" w:rsidRPr="00C00B61" w:rsidRDefault="00C00B61" w:rsidP="004F54CD">
            <w:pPr>
              <w:jc w:val="center"/>
              <w:rPr>
                <w:sz w:val="22"/>
                <w:lang w:val="ru-RU"/>
              </w:rPr>
            </w:pPr>
            <w:r w:rsidRPr="00C00B61">
              <w:rPr>
                <w:sz w:val="22"/>
                <w:lang w:val="ru-RU"/>
              </w:rPr>
              <w:t>Перечень материалов и оборудования, необходимых для выполнения задания</w:t>
            </w:r>
          </w:p>
        </w:tc>
      </w:tr>
      <w:tr w:rsidR="00C00B61" w:rsidRPr="0086560D" w:rsidTr="004F54CD">
        <w:trPr>
          <w:jc w:val="center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61" w:rsidRPr="00CE359C" w:rsidRDefault="00C00B61" w:rsidP="004F54CD">
            <w:pPr>
              <w:jc w:val="center"/>
              <w:rPr>
                <w:sz w:val="22"/>
              </w:rPr>
            </w:pPr>
            <w:r w:rsidRPr="00CE359C">
              <w:rPr>
                <w:sz w:val="22"/>
              </w:rPr>
              <w:t>-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61" w:rsidRPr="00CE359C" w:rsidRDefault="00C00B61" w:rsidP="004F54CD">
            <w:pPr>
              <w:rPr>
                <w:sz w:val="22"/>
              </w:rPr>
            </w:pPr>
            <w:r w:rsidRPr="00CE359C">
              <w:rPr>
                <w:sz w:val="22"/>
              </w:rPr>
              <w:t>-</w:t>
            </w:r>
          </w:p>
        </w:tc>
      </w:tr>
    </w:tbl>
    <w:p w:rsidR="00C00B61" w:rsidRPr="003B12F1" w:rsidRDefault="00C00B61" w:rsidP="00C00B61">
      <w:pPr>
        <w:rPr>
          <w:szCs w:val="24"/>
        </w:rPr>
      </w:pPr>
    </w:p>
    <w:p w:rsidR="00C00B61" w:rsidRDefault="00C00B61" w:rsidP="00C00B61">
      <w:pPr>
        <w:jc w:val="center"/>
        <w:rPr>
          <w:b/>
          <w:szCs w:val="24"/>
        </w:rPr>
      </w:pPr>
      <w:r w:rsidRPr="00204C44">
        <w:rPr>
          <w:b/>
          <w:szCs w:val="24"/>
        </w:rPr>
        <w:t>Ключи правильных ответов</w:t>
      </w:r>
    </w:p>
    <w:p w:rsidR="00C00B61" w:rsidRPr="00204C44" w:rsidRDefault="00C00B61" w:rsidP="00C00B61">
      <w:pPr>
        <w:jc w:val="center"/>
        <w:rPr>
          <w:b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3523"/>
        <w:gridCol w:w="1243"/>
        <w:gridCol w:w="3450"/>
      </w:tblGrid>
      <w:tr w:rsidR="00C00B61" w:rsidRPr="00481143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Номер задания</w:t>
            </w:r>
          </w:p>
        </w:tc>
        <w:tc>
          <w:tcPr>
            <w:tcW w:w="3523" w:type="dxa"/>
            <w:vAlign w:val="center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Верный ответ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Номер задания</w:t>
            </w:r>
          </w:p>
        </w:tc>
        <w:tc>
          <w:tcPr>
            <w:tcW w:w="3450" w:type="dxa"/>
            <w:vAlign w:val="center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Верный ответ</w:t>
            </w:r>
          </w:p>
        </w:tc>
      </w:tr>
      <w:tr w:rsidR="00C00B61" w:rsidRPr="00481143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1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Б</w:t>
            </w:r>
          </w:p>
        </w:tc>
        <w:tc>
          <w:tcPr>
            <w:tcW w:w="1243" w:type="dxa"/>
            <w:shd w:val="clear" w:color="auto" w:fill="auto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29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А</w:t>
            </w:r>
          </w:p>
        </w:tc>
      </w:tr>
      <w:tr w:rsidR="00C00B61" w:rsidRPr="00481143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2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А,Б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30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1А, 2Е,3Г</w:t>
            </w:r>
          </w:p>
        </w:tc>
      </w:tr>
      <w:tr w:rsidR="00C00B61" w:rsidRPr="00481143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3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А,Б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31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1А, 2Б,3В</w:t>
            </w:r>
          </w:p>
        </w:tc>
      </w:tr>
      <w:tr w:rsidR="00C00B61" w:rsidRPr="00481143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4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А,Б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32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  <w:sz w:val="22"/>
              </w:rPr>
            </w:pPr>
            <w:r w:rsidRPr="00CE359C">
              <w:rPr>
                <w:sz w:val="22"/>
              </w:rPr>
              <w:t>1А, 2Б,3В</w:t>
            </w:r>
          </w:p>
        </w:tc>
      </w:tr>
      <w:tr w:rsidR="00C00B61" w:rsidRPr="00481143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5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1А, 2Б, 3В, 4Г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33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  <w:sz w:val="22"/>
              </w:rPr>
            </w:pPr>
            <w:r w:rsidRPr="00CE359C">
              <w:rPr>
                <w:sz w:val="22"/>
              </w:rPr>
              <w:t>1А, 2Б,3В,4Г</w:t>
            </w:r>
          </w:p>
        </w:tc>
      </w:tr>
      <w:tr w:rsidR="00C00B61" w:rsidRPr="00481143" w:rsidTr="004F54CD">
        <w:trPr>
          <w:jc w:val="center"/>
        </w:trPr>
        <w:tc>
          <w:tcPr>
            <w:tcW w:w="1129" w:type="dxa"/>
            <w:shd w:val="clear" w:color="auto" w:fill="auto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6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1А, 2Б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34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  <w:sz w:val="22"/>
              </w:rPr>
            </w:pPr>
            <w:r w:rsidRPr="00CE359C">
              <w:rPr>
                <w:sz w:val="22"/>
              </w:rPr>
              <w:t>1Г, 2А,3В</w:t>
            </w:r>
          </w:p>
        </w:tc>
      </w:tr>
      <w:tr w:rsidR="00C00B61" w:rsidRPr="00481143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7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1А, 2Б, 3В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35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  <w:sz w:val="22"/>
              </w:rPr>
            </w:pPr>
            <w:r w:rsidRPr="00CE359C">
              <w:rPr>
                <w:sz w:val="22"/>
              </w:rPr>
              <w:t>1Б, 2А,3Д,4В, 5Г</w:t>
            </w:r>
          </w:p>
        </w:tc>
      </w:tr>
      <w:tr w:rsidR="00C00B61" w:rsidRPr="00481143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8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1А, 2Б</w:t>
            </w:r>
          </w:p>
        </w:tc>
        <w:tc>
          <w:tcPr>
            <w:tcW w:w="1243" w:type="dxa"/>
            <w:shd w:val="clear" w:color="auto" w:fill="auto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36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  <w:sz w:val="22"/>
              </w:rPr>
            </w:pPr>
            <w:r w:rsidRPr="00CE359C">
              <w:rPr>
                <w:sz w:val="22"/>
              </w:rPr>
              <w:t>1Б, 2В,3А,4Г</w:t>
            </w:r>
          </w:p>
        </w:tc>
      </w:tr>
      <w:tr w:rsidR="00C00B61" w:rsidRPr="00C00B61" w:rsidTr="004F54CD">
        <w:trPr>
          <w:jc w:val="center"/>
        </w:trPr>
        <w:tc>
          <w:tcPr>
            <w:tcW w:w="1129" w:type="dxa"/>
            <w:shd w:val="clear" w:color="auto" w:fill="auto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9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1Б, 2А, 3В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37</w:t>
            </w:r>
          </w:p>
        </w:tc>
        <w:tc>
          <w:tcPr>
            <w:tcW w:w="3450" w:type="dxa"/>
          </w:tcPr>
          <w:p w:rsidR="00C00B61" w:rsidRPr="00C00B61" w:rsidRDefault="00C00B61" w:rsidP="00C00B61">
            <w:pPr>
              <w:spacing w:line="240" w:lineRule="auto"/>
              <w:rPr>
                <w:bCs/>
                <w:sz w:val="22"/>
                <w:lang w:val="ru-RU"/>
              </w:rPr>
            </w:pPr>
            <w:r w:rsidRPr="00C00B61">
              <w:rPr>
                <w:lang w:val="ru-RU"/>
              </w:rPr>
              <w:t xml:space="preserve">Спереди, сверху, слева, справа, </w:t>
            </w:r>
            <w:r w:rsidRPr="00C00B61">
              <w:rPr>
                <w:lang w:val="ru-RU"/>
              </w:rPr>
              <w:lastRenderedPageBreak/>
              <w:t>снизу, сзади</w:t>
            </w:r>
          </w:p>
        </w:tc>
      </w:tr>
      <w:tr w:rsidR="00C00B61" w:rsidRPr="00481143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lastRenderedPageBreak/>
              <w:t>10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1Б, 2В, 3Г,4А</w:t>
            </w:r>
          </w:p>
        </w:tc>
        <w:tc>
          <w:tcPr>
            <w:tcW w:w="1243" w:type="dxa"/>
            <w:shd w:val="clear" w:color="auto" w:fill="auto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38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  <w:sz w:val="22"/>
              </w:rPr>
            </w:pPr>
            <w:r w:rsidRPr="00CE359C">
              <w:rPr>
                <w:bCs/>
                <w:sz w:val="22"/>
              </w:rPr>
              <w:t>В</w:t>
            </w:r>
          </w:p>
        </w:tc>
      </w:tr>
      <w:tr w:rsidR="00C00B61" w:rsidRPr="0086560D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11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1В, 2А, 3Б ,4Г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39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Б</w:t>
            </w:r>
          </w:p>
        </w:tc>
      </w:tr>
      <w:tr w:rsidR="00C00B61" w:rsidRPr="0086560D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12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  <w:highlight w:val="yellow"/>
              </w:rPr>
            </w:pPr>
            <w:r w:rsidRPr="00AE77EC">
              <w:t>параллельная горизонтальной плоскости проекций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40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  <w:sz w:val="22"/>
              </w:rPr>
            </w:pPr>
            <w:r w:rsidRPr="00CE359C">
              <w:rPr>
                <w:sz w:val="22"/>
              </w:rPr>
              <w:t>1А, 2Б,3В</w:t>
            </w:r>
          </w:p>
        </w:tc>
      </w:tr>
      <w:tr w:rsidR="00C00B61" w:rsidRPr="0086560D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13</w:t>
            </w:r>
          </w:p>
        </w:tc>
        <w:tc>
          <w:tcPr>
            <w:tcW w:w="3523" w:type="dxa"/>
          </w:tcPr>
          <w:p w:rsidR="00C00B61" w:rsidRPr="00C00B61" w:rsidRDefault="00C00B61" w:rsidP="00C00B61">
            <w:pPr>
              <w:spacing w:line="240" w:lineRule="auto"/>
              <w:rPr>
                <w:sz w:val="22"/>
                <w:highlight w:val="yellow"/>
                <w:lang w:val="ru-RU"/>
              </w:rPr>
            </w:pPr>
            <w:r w:rsidRPr="00C00B61">
              <w:rPr>
                <w:lang w:val="ru-RU"/>
              </w:rPr>
              <w:t>не параллельная и не перпендикулярная ни одной из плоскостей проекций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41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  <w:sz w:val="22"/>
              </w:rPr>
            </w:pPr>
            <w:r w:rsidRPr="00CE359C">
              <w:rPr>
                <w:sz w:val="22"/>
              </w:rPr>
              <w:t>1А, 2Б,3В</w:t>
            </w:r>
          </w:p>
        </w:tc>
      </w:tr>
      <w:tr w:rsidR="00C00B61" w:rsidRPr="0086560D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14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А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42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  <w:sz w:val="22"/>
              </w:rPr>
            </w:pPr>
            <w:r w:rsidRPr="00CE359C">
              <w:rPr>
                <w:sz w:val="22"/>
              </w:rPr>
              <w:t>1А, 2Г,3В</w:t>
            </w:r>
          </w:p>
        </w:tc>
      </w:tr>
      <w:tr w:rsidR="00C00B61" w:rsidRPr="0086560D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15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А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43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  <w:sz w:val="22"/>
              </w:rPr>
            </w:pPr>
            <w:r w:rsidRPr="00CE359C">
              <w:rPr>
                <w:sz w:val="22"/>
              </w:rPr>
              <w:t>1А, 2Г,3Б,4В</w:t>
            </w:r>
          </w:p>
        </w:tc>
      </w:tr>
      <w:tr w:rsidR="00C00B61" w:rsidRPr="0086560D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16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А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44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  <w:sz w:val="22"/>
              </w:rPr>
            </w:pPr>
            <w:r w:rsidRPr="00CE359C">
              <w:rPr>
                <w:sz w:val="22"/>
              </w:rPr>
              <w:t>1А, 2Б,3В,4Г,5Д</w:t>
            </w:r>
          </w:p>
        </w:tc>
      </w:tr>
      <w:tr w:rsidR="00C00B61" w:rsidRPr="0086560D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17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А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45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1А,2В,5Г,6Б,8В</w:t>
            </w:r>
          </w:p>
        </w:tc>
      </w:tr>
      <w:tr w:rsidR="00C00B61" w:rsidRPr="0086560D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18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1А, 2Б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46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  <w:sz w:val="22"/>
              </w:rPr>
            </w:pPr>
            <w:r w:rsidRPr="00CE359C">
              <w:rPr>
                <w:sz w:val="22"/>
              </w:rPr>
              <w:t>2В,3Б,4А</w:t>
            </w:r>
          </w:p>
        </w:tc>
      </w:tr>
      <w:tr w:rsidR="00C00B61" w:rsidRPr="0086560D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19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1А, 2Б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47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  <w:sz w:val="22"/>
              </w:rPr>
            </w:pPr>
            <w:r w:rsidRPr="00CE359C">
              <w:rPr>
                <w:sz w:val="22"/>
              </w:rPr>
              <w:t>1В, 2Б,3А</w:t>
            </w:r>
          </w:p>
        </w:tc>
      </w:tr>
      <w:tr w:rsidR="00C00B61" w:rsidRPr="0086560D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20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1А, 2Б,3В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48</w:t>
            </w: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</w:rPr>
            </w:pPr>
            <w:r w:rsidRPr="002A5C53">
              <w:t>фронтально-проецирующей</w:t>
            </w:r>
          </w:p>
        </w:tc>
      </w:tr>
      <w:tr w:rsidR="00C00B61" w:rsidRPr="0086560D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21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1В, 2Б,3А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  <w:sz w:val="22"/>
              </w:rPr>
            </w:pPr>
          </w:p>
        </w:tc>
      </w:tr>
      <w:tr w:rsidR="00C00B61" w:rsidRPr="0086560D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22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1Б, 2А, 3Г ,4В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</w:rPr>
            </w:pPr>
          </w:p>
        </w:tc>
      </w:tr>
      <w:tr w:rsidR="00C00B61" w:rsidRPr="0086560D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  <w:highlight w:val="yellow"/>
              </w:rPr>
            </w:pPr>
            <w:r w:rsidRPr="00CE359C">
              <w:rPr>
                <w:sz w:val="22"/>
              </w:rPr>
              <w:t>23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7356C6">
              <w:t>информационных единиц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</w:rPr>
            </w:pPr>
          </w:p>
        </w:tc>
      </w:tr>
      <w:tr w:rsidR="00C00B61" w:rsidRPr="0086560D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24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1А, 2Б,3А,4Г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</w:rPr>
            </w:pPr>
          </w:p>
        </w:tc>
      </w:tr>
      <w:tr w:rsidR="00C00B61" w:rsidRPr="0086560D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25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1А, 2Б,3А,4Г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</w:rPr>
            </w:pPr>
          </w:p>
        </w:tc>
      </w:tr>
      <w:tr w:rsidR="00C00B61" w:rsidRPr="0086560D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26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1А, 2Б,3А,4Г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</w:rPr>
            </w:pPr>
          </w:p>
        </w:tc>
      </w:tr>
      <w:tr w:rsidR="00C00B61" w:rsidRPr="0086560D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27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Г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</w:rPr>
            </w:pPr>
          </w:p>
        </w:tc>
      </w:tr>
      <w:tr w:rsidR="00C00B61" w:rsidRPr="0086560D" w:rsidTr="004F54CD">
        <w:trPr>
          <w:jc w:val="center"/>
        </w:trPr>
        <w:tc>
          <w:tcPr>
            <w:tcW w:w="1129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  <w:r w:rsidRPr="00CE359C">
              <w:rPr>
                <w:sz w:val="22"/>
              </w:rPr>
              <w:t>28</w:t>
            </w:r>
          </w:p>
        </w:tc>
        <w:tc>
          <w:tcPr>
            <w:tcW w:w="3523" w:type="dxa"/>
          </w:tcPr>
          <w:p w:rsidR="00C00B61" w:rsidRPr="00CE359C" w:rsidRDefault="00C00B61" w:rsidP="00C00B61">
            <w:pPr>
              <w:spacing w:line="240" w:lineRule="auto"/>
              <w:rPr>
                <w:sz w:val="22"/>
              </w:rPr>
            </w:pPr>
            <w:r w:rsidRPr="00CE359C">
              <w:rPr>
                <w:sz w:val="22"/>
              </w:rPr>
              <w:t>А</w:t>
            </w:r>
          </w:p>
        </w:tc>
        <w:tc>
          <w:tcPr>
            <w:tcW w:w="1243" w:type="dxa"/>
          </w:tcPr>
          <w:p w:rsidR="00C00B61" w:rsidRPr="00CE359C" w:rsidRDefault="00C00B61" w:rsidP="00C00B61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3450" w:type="dxa"/>
          </w:tcPr>
          <w:p w:rsidR="00C00B61" w:rsidRPr="00CE359C" w:rsidRDefault="00C00B61" w:rsidP="00C00B61">
            <w:pPr>
              <w:spacing w:line="240" w:lineRule="auto"/>
              <w:rPr>
                <w:bCs/>
              </w:rPr>
            </w:pPr>
          </w:p>
        </w:tc>
      </w:tr>
    </w:tbl>
    <w:p w:rsidR="00C00B61" w:rsidRPr="00316AD7" w:rsidRDefault="00C00B61" w:rsidP="00C00B61">
      <w:pPr>
        <w:spacing w:line="240" w:lineRule="auto"/>
        <w:rPr>
          <w:szCs w:val="24"/>
        </w:rPr>
      </w:pPr>
    </w:p>
    <w:p w:rsidR="00C00B61" w:rsidRPr="00316AD7" w:rsidRDefault="00C00B61" w:rsidP="00C00B61">
      <w:pPr>
        <w:spacing w:line="240" w:lineRule="auto"/>
        <w:jc w:val="center"/>
        <w:rPr>
          <w:b/>
          <w:szCs w:val="24"/>
        </w:rPr>
      </w:pPr>
      <w:r w:rsidRPr="00316AD7">
        <w:rPr>
          <w:b/>
          <w:szCs w:val="24"/>
        </w:rPr>
        <w:t xml:space="preserve">Критерии оценки тестовых заданий </w:t>
      </w:r>
    </w:p>
    <w:tbl>
      <w:tblPr>
        <w:tblW w:w="48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2561"/>
        <w:gridCol w:w="5624"/>
      </w:tblGrid>
      <w:tr w:rsidR="00C00B61" w:rsidRPr="0086560D" w:rsidTr="004F54CD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B61" w:rsidRPr="0086560D" w:rsidRDefault="00C00B61" w:rsidP="00C00B61">
            <w:pPr>
              <w:spacing w:line="240" w:lineRule="auto"/>
              <w:jc w:val="center"/>
              <w:rPr>
                <w:b/>
              </w:rPr>
            </w:pPr>
            <w:r w:rsidRPr="0086560D">
              <w:rPr>
                <w:b/>
                <w:sz w:val="22"/>
              </w:rPr>
              <w:t>Результат оценивания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B61" w:rsidRPr="0086560D" w:rsidRDefault="00C00B61" w:rsidP="00C00B61">
            <w:pPr>
              <w:spacing w:line="240" w:lineRule="auto"/>
              <w:jc w:val="center"/>
              <w:rPr>
                <w:b/>
              </w:rPr>
            </w:pPr>
            <w:r w:rsidRPr="0086560D">
              <w:rPr>
                <w:b/>
                <w:sz w:val="22"/>
              </w:rPr>
              <w:t>Тип задания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B61" w:rsidRPr="0086560D" w:rsidRDefault="00C00B61" w:rsidP="00C00B61">
            <w:pPr>
              <w:spacing w:line="240" w:lineRule="auto"/>
              <w:jc w:val="center"/>
              <w:rPr>
                <w:b/>
              </w:rPr>
            </w:pPr>
            <w:r w:rsidRPr="0086560D">
              <w:rPr>
                <w:b/>
                <w:sz w:val="22"/>
              </w:rPr>
              <w:t>Критерии</w:t>
            </w:r>
          </w:p>
        </w:tc>
      </w:tr>
      <w:tr w:rsidR="00C00B61" w:rsidRPr="00C00B61" w:rsidTr="004F54CD">
        <w:trPr>
          <w:trHeight w:val="20"/>
          <w:jc w:val="center"/>
        </w:trPr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B61" w:rsidRPr="0086560D" w:rsidRDefault="00C00B61" w:rsidP="00C00B61">
            <w:pPr>
              <w:spacing w:line="240" w:lineRule="auto"/>
              <w:jc w:val="center"/>
            </w:pPr>
            <w:r w:rsidRPr="0086560D">
              <w:rPr>
                <w:sz w:val="22"/>
              </w:rPr>
              <w:t>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B61" w:rsidRPr="00C00B61" w:rsidRDefault="00C00B61" w:rsidP="00C00B61">
            <w:pPr>
              <w:spacing w:line="240" w:lineRule="auto"/>
              <w:rPr>
                <w:lang w:val="ru-RU"/>
              </w:rPr>
            </w:pPr>
            <w:r w:rsidRPr="00C00B61">
              <w:rPr>
                <w:sz w:val="22"/>
                <w:lang w:val="ru-RU"/>
              </w:rPr>
              <w:t xml:space="preserve">с выбором одного / </w:t>
            </w:r>
            <w:r w:rsidRPr="00C00B61">
              <w:rPr>
                <w:sz w:val="22"/>
                <w:lang w:val="ru-RU"/>
              </w:rPr>
              <w:br/>
              <w:t>нескольких ответов</w:t>
            </w:r>
          </w:p>
        </w:tc>
        <w:tc>
          <w:tcPr>
            <w:tcW w:w="2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B61" w:rsidRPr="00C00B61" w:rsidRDefault="00C00B61" w:rsidP="00C00B61">
            <w:pPr>
              <w:spacing w:line="240" w:lineRule="auto"/>
              <w:rPr>
                <w:lang w:val="ru-RU"/>
              </w:rPr>
            </w:pPr>
            <w:r w:rsidRPr="00C00B61">
              <w:rPr>
                <w:sz w:val="22"/>
                <w:lang w:val="ru-RU"/>
              </w:rPr>
              <w:t>Полное совпадение с верным ответом</w:t>
            </w:r>
          </w:p>
        </w:tc>
      </w:tr>
      <w:tr w:rsidR="00C00B61" w:rsidRPr="0086560D" w:rsidTr="004F54CD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B61" w:rsidRPr="00C00B61" w:rsidRDefault="00C00B61" w:rsidP="00C00B61">
            <w:pPr>
              <w:spacing w:line="240" w:lineRule="auto"/>
              <w:rPr>
                <w:lang w:val="ru-RU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B61" w:rsidRPr="0086560D" w:rsidRDefault="00C00B61" w:rsidP="00C00B61">
            <w:pPr>
              <w:spacing w:line="240" w:lineRule="auto"/>
            </w:pPr>
            <w:r w:rsidRPr="0086560D">
              <w:rPr>
                <w:sz w:val="22"/>
              </w:rPr>
              <w:t xml:space="preserve">на установление </w:t>
            </w:r>
            <w:r>
              <w:rPr>
                <w:sz w:val="22"/>
              </w:rPr>
              <w:br/>
            </w:r>
            <w:r w:rsidRPr="0086560D">
              <w:rPr>
                <w:sz w:val="22"/>
              </w:rPr>
              <w:t>последовательности / соответствия</w:t>
            </w:r>
          </w:p>
        </w:tc>
        <w:tc>
          <w:tcPr>
            <w:tcW w:w="29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B61" w:rsidRPr="0086560D" w:rsidRDefault="00C00B61" w:rsidP="00C00B61">
            <w:pPr>
              <w:spacing w:line="240" w:lineRule="auto"/>
            </w:pPr>
          </w:p>
        </w:tc>
      </w:tr>
      <w:tr w:rsidR="00C00B61" w:rsidRPr="0086560D" w:rsidTr="004F54CD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B61" w:rsidRPr="0086560D" w:rsidRDefault="00C00B61" w:rsidP="00C00B61">
            <w:pPr>
              <w:spacing w:line="240" w:lineRule="auto"/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B61" w:rsidRPr="0086560D" w:rsidRDefault="00C00B61" w:rsidP="00C00B61">
            <w:pPr>
              <w:spacing w:line="240" w:lineRule="auto"/>
            </w:pPr>
            <w:r w:rsidRPr="0086560D">
              <w:rPr>
                <w:sz w:val="22"/>
              </w:rPr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B61" w:rsidRPr="00C00B61" w:rsidRDefault="00C00B61" w:rsidP="00C00B61">
            <w:pPr>
              <w:spacing w:line="240" w:lineRule="auto"/>
              <w:rPr>
                <w:lang w:val="ru-RU"/>
              </w:rPr>
            </w:pPr>
            <w:r w:rsidRPr="00C00B61">
              <w:rPr>
                <w:sz w:val="22"/>
                <w:lang w:val="ru-RU"/>
              </w:rPr>
              <w:t>Правильность ответа (отсутствие фактических ошибок).</w:t>
            </w:r>
          </w:p>
          <w:p w:rsidR="00C00B61" w:rsidRPr="00C00B61" w:rsidRDefault="00C00B61" w:rsidP="00C00B61">
            <w:pPr>
              <w:spacing w:line="240" w:lineRule="auto"/>
              <w:rPr>
                <w:lang w:val="ru-RU"/>
              </w:rPr>
            </w:pPr>
            <w:r w:rsidRPr="00C00B61">
              <w:rPr>
                <w:sz w:val="22"/>
                <w:lang w:val="ru-RU"/>
              </w:rPr>
              <w:t>Полнота ответа (раскрытие объема используемых понятий).</w:t>
            </w:r>
          </w:p>
          <w:p w:rsidR="00C00B61" w:rsidRPr="00C00B61" w:rsidRDefault="00C00B61" w:rsidP="00C00B61">
            <w:pPr>
              <w:spacing w:line="240" w:lineRule="auto"/>
              <w:rPr>
                <w:lang w:val="ru-RU"/>
              </w:rPr>
            </w:pPr>
            <w:r w:rsidRPr="00C00B61">
              <w:rPr>
                <w:sz w:val="22"/>
                <w:lang w:val="ru-RU"/>
              </w:rPr>
              <w:t>Обоснованность ответа (наличие аргументов).</w:t>
            </w:r>
          </w:p>
          <w:p w:rsidR="00C00B61" w:rsidRPr="00C00B61" w:rsidRDefault="00C00B61" w:rsidP="00C00B61">
            <w:pPr>
              <w:spacing w:line="240" w:lineRule="auto"/>
              <w:rPr>
                <w:lang w:val="ru-RU"/>
              </w:rPr>
            </w:pPr>
            <w:r w:rsidRPr="00C00B61">
              <w:rPr>
                <w:sz w:val="22"/>
                <w:lang w:val="ru-RU"/>
              </w:rPr>
              <w:t>Логика изложения ответа (грамотная последовательность излагаемого материала).</w:t>
            </w:r>
          </w:p>
          <w:p w:rsidR="00C00B61" w:rsidRPr="0086560D" w:rsidRDefault="00C00B61" w:rsidP="00C00B61">
            <w:pPr>
              <w:spacing w:line="240" w:lineRule="auto"/>
            </w:pPr>
            <w:r w:rsidRPr="0086560D">
              <w:rPr>
                <w:sz w:val="22"/>
              </w:rPr>
              <w:t>Сопоставимость с эталонным ответом.</w:t>
            </w:r>
          </w:p>
        </w:tc>
      </w:tr>
      <w:tr w:rsidR="00C00B61" w:rsidRPr="00C00B61" w:rsidTr="004F54CD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B61" w:rsidRPr="0086560D" w:rsidRDefault="00C00B61" w:rsidP="00C00B61">
            <w:pPr>
              <w:spacing w:line="240" w:lineRule="auto"/>
              <w:jc w:val="center"/>
            </w:pPr>
            <w:r w:rsidRPr="0086560D">
              <w:rPr>
                <w:sz w:val="22"/>
              </w:rPr>
              <w:t>неверно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B61" w:rsidRPr="00C00B61" w:rsidRDefault="00C00B61" w:rsidP="00C00B61">
            <w:pPr>
              <w:spacing w:line="240" w:lineRule="auto"/>
              <w:rPr>
                <w:lang w:val="ru-RU"/>
              </w:rPr>
            </w:pPr>
            <w:r w:rsidRPr="00C00B61">
              <w:rPr>
                <w:sz w:val="22"/>
                <w:lang w:val="ru-RU"/>
              </w:rPr>
              <w:t xml:space="preserve">с выбором одного/нескольких ответов; </w:t>
            </w:r>
            <w:r w:rsidRPr="00C00B61">
              <w:rPr>
                <w:sz w:val="22"/>
                <w:lang w:val="ru-RU"/>
              </w:rPr>
              <w:br/>
              <w:t xml:space="preserve">на установление </w:t>
            </w:r>
            <w:r w:rsidRPr="00C00B61">
              <w:rPr>
                <w:sz w:val="22"/>
                <w:lang w:val="ru-RU"/>
              </w:rPr>
              <w:br/>
              <w:t xml:space="preserve">последовательности / соответствия; </w:t>
            </w:r>
            <w:r w:rsidRPr="00C00B61">
              <w:rPr>
                <w:sz w:val="22"/>
                <w:lang w:val="ru-RU"/>
              </w:rPr>
              <w:br/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B61" w:rsidRPr="00C00B61" w:rsidRDefault="00C00B61" w:rsidP="00C00B61">
            <w:pPr>
              <w:spacing w:line="240" w:lineRule="auto"/>
              <w:rPr>
                <w:lang w:val="ru-RU"/>
              </w:rPr>
            </w:pPr>
            <w:r w:rsidRPr="00C00B61">
              <w:rPr>
                <w:sz w:val="22"/>
                <w:lang w:val="ru-RU"/>
              </w:rPr>
              <w:t>Допущены ошибки или ответ отсутствует</w:t>
            </w:r>
          </w:p>
        </w:tc>
      </w:tr>
    </w:tbl>
    <w:p w:rsidR="00C00B61" w:rsidRPr="00C00B61" w:rsidRDefault="00C00B61" w:rsidP="00C00B61">
      <w:pPr>
        <w:spacing w:line="240" w:lineRule="auto"/>
        <w:rPr>
          <w:b/>
          <w:szCs w:val="24"/>
          <w:lang w:val="ru-RU"/>
        </w:rPr>
      </w:pPr>
    </w:p>
    <w:p w:rsidR="00C00B61" w:rsidRPr="00C00B61" w:rsidRDefault="00C00B61" w:rsidP="00C00B61">
      <w:pPr>
        <w:spacing w:line="240" w:lineRule="auto"/>
        <w:jc w:val="center"/>
        <w:rPr>
          <w:b/>
          <w:szCs w:val="24"/>
          <w:lang w:val="ru-RU"/>
        </w:rPr>
      </w:pPr>
      <w:r w:rsidRPr="00C00B61">
        <w:rPr>
          <w:b/>
          <w:szCs w:val="24"/>
          <w:lang w:val="ru-RU"/>
        </w:rPr>
        <w:t>Шкала оценивания результатов компьютерного тестирования обучающихся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68"/>
        <w:gridCol w:w="5351"/>
      </w:tblGrid>
      <w:tr w:rsidR="00C00B61" w:rsidRPr="00CE3D43" w:rsidTr="004F54CD">
        <w:trPr>
          <w:jc w:val="center"/>
        </w:trPr>
        <w:tc>
          <w:tcPr>
            <w:tcW w:w="22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0B61" w:rsidRPr="00CE3D43" w:rsidRDefault="00C00B61" w:rsidP="00C00B61">
            <w:pPr>
              <w:spacing w:before="100" w:beforeAutospacing="1" w:after="100" w:afterAutospacing="1" w:line="240" w:lineRule="auto"/>
              <w:jc w:val="center"/>
              <w:rPr>
                <w:b/>
                <w:sz w:val="22"/>
              </w:rPr>
            </w:pPr>
            <w:r w:rsidRPr="00CE3D43">
              <w:rPr>
                <w:b/>
                <w:sz w:val="22"/>
              </w:rPr>
              <w:t>Оценка</w:t>
            </w:r>
          </w:p>
        </w:tc>
        <w:tc>
          <w:tcPr>
            <w:tcW w:w="27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0B61" w:rsidRPr="00CE3D43" w:rsidRDefault="00C00B61" w:rsidP="00C00B61">
            <w:pPr>
              <w:spacing w:before="100" w:beforeAutospacing="1" w:after="100" w:afterAutospacing="1" w:line="240" w:lineRule="auto"/>
              <w:jc w:val="center"/>
              <w:rPr>
                <w:b/>
                <w:sz w:val="22"/>
              </w:rPr>
            </w:pPr>
            <w:r w:rsidRPr="00CE3D43">
              <w:rPr>
                <w:b/>
                <w:sz w:val="22"/>
              </w:rPr>
              <w:t>Процент верных ответов</w:t>
            </w:r>
          </w:p>
        </w:tc>
      </w:tr>
      <w:tr w:rsidR="00C00B61" w:rsidRPr="00CE3D43" w:rsidTr="004F54CD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00B61" w:rsidRPr="00CE3D43" w:rsidRDefault="00C00B61" w:rsidP="00C00B61">
            <w:pPr>
              <w:spacing w:before="100" w:beforeAutospacing="1" w:after="100" w:afterAutospacing="1" w:line="240" w:lineRule="auto"/>
              <w:jc w:val="center"/>
              <w:rPr>
                <w:sz w:val="22"/>
              </w:rPr>
            </w:pPr>
            <w:r w:rsidRPr="00CE3D43">
              <w:rPr>
                <w:sz w:val="22"/>
              </w:rPr>
              <w:t>отлично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0B61" w:rsidRPr="00CE3D43" w:rsidRDefault="00C00B61" w:rsidP="00C00B61">
            <w:pPr>
              <w:spacing w:before="100" w:beforeAutospacing="1" w:after="100" w:afterAutospacing="1" w:line="240" w:lineRule="auto"/>
              <w:jc w:val="center"/>
              <w:rPr>
                <w:sz w:val="22"/>
              </w:rPr>
            </w:pPr>
            <w:r w:rsidRPr="00CE3D43">
              <w:rPr>
                <w:sz w:val="22"/>
              </w:rPr>
              <w:t>91-100</w:t>
            </w:r>
          </w:p>
        </w:tc>
      </w:tr>
      <w:tr w:rsidR="00C00B61" w:rsidRPr="00CE3D43" w:rsidTr="004F54CD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00B61" w:rsidRPr="00CE3D43" w:rsidRDefault="00C00B61" w:rsidP="00C00B61">
            <w:pPr>
              <w:spacing w:before="100" w:beforeAutospacing="1" w:after="100" w:afterAutospacing="1" w:line="240" w:lineRule="auto"/>
              <w:jc w:val="center"/>
              <w:rPr>
                <w:sz w:val="22"/>
              </w:rPr>
            </w:pPr>
            <w:r w:rsidRPr="00CE3D43">
              <w:rPr>
                <w:sz w:val="22"/>
              </w:rPr>
              <w:t>хорошо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00B61" w:rsidRPr="00CE3D43" w:rsidRDefault="00C00B61" w:rsidP="00C00B61">
            <w:pPr>
              <w:spacing w:before="100" w:beforeAutospacing="1" w:after="100" w:afterAutospacing="1" w:line="240" w:lineRule="auto"/>
              <w:jc w:val="center"/>
              <w:rPr>
                <w:sz w:val="22"/>
              </w:rPr>
            </w:pPr>
            <w:r w:rsidRPr="00CE3D43">
              <w:rPr>
                <w:sz w:val="22"/>
              </w:rPr>
              <w:t>80-90</w:t>
            </w:r>
          </w:p>
        </w:tc>
      </w:tr>
      <w:tr w:rsidR="00C00B61" w:rsidRPr="00CE3D43" w:rsidTr="004F54CD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00B61" w:rsidRPr="00CE3D43" w:rsidRDefault="00C00B61" w:rsidP="00C00B61">
            <w:pPr>
              <w:spacing w:before="100" w:beforeAutospacing="1" w:after="100" w:afterAutospacing="1" w:line="240" w:lineRule="auto"/>
              <w:jc w:val="center"/>
              <w:rPr>
                <w:sz w:val="22"/>
              </w:rPr>
            </w:pPr>
            <w:r w:rsidRPr="00CE3D43">
              <w:rPr>
                <w:sz w:val="22"/>
              </w:rPr>
              <w:t>удовлетворительно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00B61" w:rsidRPr="00CE3D43" w:rsidRDefault="00C00B61" w:rsidP="00C00B61">
            <w:pPr>
              <w:spacing w:before="100" w:beforeAutospacing="1" w:after="100" w:afterAutospacing="1" w:line="240" w:lineRule="auto"/>
              <w:jc w:val="center"/>
              <w:rPr>
                <w:sz w:val="22"/>
              </w:rPr>
            </w:pPr>
            <w:r w:rsidRPr="00CE3D43">
              <w:rPr>
                <w:sz w:val="22"/>
              </w:rPr>
              <w:t>70-79</w:t>
            </w:r>
          </w:p>
        </w:tc>
      </w:tr>
      <w:tr w:rsidR="00C00B61" w:rsidRPr="00CE3D43" w:rsidTr="004F54CD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00B61" w:rsidRPr="00CE3D43" w:rsidRDefault="00C00B61" w:rsidP="00C00B61">
            <w:pPr>
              <w:spacing w:before="100" w:beforeAutospacing="1" w:after="100" w:afterAutospacing="1" w:line="240" w:lineRule="auto"/>
              <w:jc w:val="center"/>
              <w:rPr>
                <w:sz w:val="22"/>
              </w:rPr>
            </w:pPr>
            <w:r w:rsidRPr="00CE3D43">
              <w:rPr>
                <w:sz w:val="22"/>
              </w:rPr>
              <w:lastRenderedPageBreak/>
              <w:t>неудовлетворительно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00B61" w:rsidRPr="00CE3D43" w:rsidRDefault="00C00B61" w:rsidP="00C00B61">
            <w:pPr>
              <w:spacing w:before="100" w:beforeAutospacing="1" w:after="100" w:afterAutospacing="1" w:line="240" w:lineRule="auto"/>
              <w:jc w:val="center"/>
              <w:rPr>
                <w:sz w:val="22"/>
              </w:rPr>
            </w:pPr>
            <w:r w:rsidRPr="00CE3D43">
              <w:rPr>
                <w:sz w:val="22"/>
              </w:rPr>
              <w:t>менее 70</w:t>
            </w:r>
          </w:p>
        </w:tc>
      </w:tr>
    </w:tbl>
    <w:p w:rsidR="00C00B61" w:rsidRDefault="00C00B61" w:rsidP="00C00B6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b/>
          <w:szCs w:val="24"/>
        </w:rPr>
      </w:pPr>
    </w:p>
    <w:p w:rsidR="00C00B61" w:rsidRDefault="00C00B61" w:rsidP="00C00B6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b/>
          <w:szCs w:val="24"/>
        </w:rPr>
      </w:pPr>
    </w:p>
    <w:p w:rsidR="00C00B61" w:rsidRDefault="00C00B61" w:rsidP="00C00B61">
      <w:pPr>
        <w:overflowPunct w:val="0"/>
        <w:autoSpaceDE w:val="0"/>
        <w:autoSpaceDN w:val="0"/>
        <w:adjustRightInd w:val="0"/>
        <w:spacing w:line="240" w:lineRule="auto"/>
        <w:ind w:firstLine="284"/>
        <w:jc w:val="both"/>
        <w:textAlignment w:val="baseline"/>
        <w:rPr>
          <w:szCs w:val="24"/>
        </w:rPr>
      </w:pPr>
      <w:r>
        <w:rPr>
          <w:szCs w:val="24"/>
        </w:rPr>
        <w:t>Составитель:</w:t>
      </w:r>
    </w:p>
    <w:p w:rsidR="00C00B61" w:rsidRDefault="00C00B61" w:rsidP="00C00B61">
      <w:pPr>
        <w:spacing w:line="240" w:lineRule="auto"/>
        <w:ind w:firstLine="284"/>
        <w:rPr>
          <w:szCs w:val="24"/>
        </w:rPr>
      </w:pPr>
      <w:r w:rsidRPr="00C00B61">
        <w:rPr>
          <w:szCs w:val="24"/>
          <w:lang w:val="ru-RU"/>
        </w:rPr>
        <w:t xml:space="preserve">С.А. Фрейберг, доцент каф. </w:t>
      </w:r>
      <w:r>
        <w:rPr>
          <w:szCs w:val="24"/>
        </w:rPr>
        <w:t>СДМ, к.п.н. __________________</w:t>
      </w:r>
    </w:p>
    <w:p w:rsidR="00C00B61" w:rsidRDefault="00C00B61" w:rsidP="00C00B61">
      <w:pPr>
        <w:spacing w:line="240" w:lineRule="auto"/>
        <w:ind w:firstLine="284"/>
      </w:pPr>
      <w:r>
        <w:rPr>
          <w:szCs w:val="24"/>
        </w:rPr>
        <w:t>«____»__________2025г.</w:t>
      </w:r>
    </w:p>
    <w:p w:rsidR="00C00B61" w:rsidRDefault="00C00B61" w:rsidP="00C00B61">
      <w:pPr>
        <w:spacing w:line="240" w:lineRule="auto"/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Pr="00C00B61" w:rsidRDefault="00C00B61" w:rsidP="00C00B61">
      <w:pPr>
        <w:pageBreakBefore/>
        <w:jc w:val="center"/>
        <w:rPr>
          <w:b/>
          <w:bCs/>
          <w:szCs w:val="24"/>
          <w:lang w:val="ru-RU"/>
        </w:rPr>
      </w:pPr>
      <w:r w:rsidRPr="00C00B61">
        <w:rPr>
          <w:b/>
          <w:bCs/>
          <w:szCs w:val="24"/>
          <w:lang w:val="ru-RU"/>
        </w:rPr>
        <w:lastRenderedPageBreak/>
        <w:t>Экспертное заключение</w:t>
      </w:r>
    </w:p>
    <w:p w:rsidR="00C00B61" w:rsidRPr="00C00B61" w:rsidRDefault="00C00B61" w:rsidP="00C00B61">
      <w:pPr>
        <w:ind w:left="20"/>
        <w:jc w:val="center"/>
        <w:rPr>
          <w:b/>
          <w:bCs/>
          <w:szCs w:val="24"/>
          <w:lang w:val="ru-RU"/>
        </w:rPr>
      </w:pPr>
      <w:r w:rsidRPr="00C00B61">
        <w:rPr>
          <w:b/>
          <w:bCs/>
          <w:szCs w:val="24"/>
          <w:lang w:val="ru-RU"/>
        </w:rPr>
        <w:t>на ФОНД ОЦЕНОЧНЫХ СРЕДСТВ</w:t>
      </w:r>
    </w:p>
    <w:p w:rsidR="00C00B61" w:rsidRPr="00C00B61" w:rsidRDefault="00C00B61" w:rsidP="00C00B61">
      <w:pPr>
        <w:ind w:left="360"/>
        <w:jc w:val="center"/>
        <w:rPr>
          <w:b/>
          <w:bCs/>
          <w:szCs w:val="24"/>
          <w:lang w:val="ru-RU"/>
        </w:rPr>
      </w:pPr>
      <w:r w:rsidRPr="00C00B61">
        <w:rPr>
          <w:b/>
          <w:bCs/>
          <w:szCs w:val="24"/>
          <w:lang w:val="ru-RU"/>
        </w:rPr>
        <w:t>по дисциплине Б1.О.08.01 Инженерная графика</w:t>
      </w:r>
    </w:p>
    <w:p w:rsidR="00C00B61" w:rsidRPr="00C00B61" w:rsidRDefault="00C00B61" w:rsidP="00C00B61">
      <w:pPr>
        <w:ind w:left="20"/>
        <w:jc w:val="center"/>
        <w:rPr>
          <w:b/>
          <w:bCs/>
          <w:szCs w:val="24"/>
          <w:lang w:val="ru-RU"/>
        </w:rPr>
      </w:pPr>
    </w:p>
    <w:tbl>
      <w:tblPr>
        <w:tblW w:w="9570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6199"/>
        <w:gridCol w:w="1812"/>
        <w:gridCol w:w="1559"/>
      </w:tblGrid>
      <w:tr w:rsidR="00C00B61" w:rsidRPr="00A8002F" w:rsidTr="004F54CD">
        <w:trPr>
          <w:trHeight w:val="330"/>
        </w:trPr>
        <w:tc>
          <w:tcPr>
            <w:tcW w:w="61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lang w:eastAsia="hi-IN" w:bidi="hi-IN"/>
              </w:rPr>
            </w:pPr>
            <w:r w:rsidRPr="0066634E">
              <w:rPr>
                <w:b/>
                <w:bCs/>
                <w:spacing w:val="-2"/>
                <w:sz w:val="22"/>
              </w:rPr>
              <w:t>Критерий оценки</w:t>
            </w:r>
          </w:p>
        </w:tc>
        <w:tc>
          <w:tcPr>
            <w:tcW w:w="3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b/>
                <w:bCs/>
                <w:kern w:val="2"/>
                <w:sz w:val="22"/>
                <w:lang w:eastAsia="hi-IN" w:bidi="hi-IN"/>
              </w:rPr>
            </w:pPr>
            <w:r w:rsidRPr="0066634E">
              <w:rPr>
                <w:b/>
                <w:bCs/>
                <w:spacing w:val="-1"/>
                <w:sz w:val="22"/>
              </w:rPr>
              <w:t>Соответствие</w:t>
            </w:r>
          </w:p>
        </w:tc>
      </w:tr>
      <w:tr w:rsidR="00C00B61" w:rsidRPr="00A8002F" w:rsidTr="004F54CD">
        <w:trPr>
          <w:trHeight w:val="345"/>
        </w:trPr>
        <w:tc>
          <w:tcPr>
            <w:tcW w:w="61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b/>
                <w:bCs/>
                <w:spacing w:val="-2"/>
                <w:sz w:val="22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spacing w:val="-1"/>
                <w:sz w:val="22"/>
              </w:rPr>
            </w:pPr>
            <w:r w:rsidRPr="0066634E">
              <w:rPr>
                <w:spacing w:val="-1"/>
                <w:sz w:val="22"/>
              </w:rPr>
              <w:t>Соответствует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spacing w:val="-1"/>
                <w:sz w:val="22"/>
              </w:rPr>
            </w:pPr>
            <w:r w:rsidRPr="0066634E">
              <w:rPr>
                <w:spacing w:val="-1"/>
                <w:sz w:val="22"/>
              </w:rPr>
              <w:t>не соответствует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C00B61" w:rsidRDefault="00C00B61" w:rsidP="00C00B61">
            <w:pPr>
              <w:suppressAutoHyphens/>
              <w:spacing w:line="240" w:lineRule="auto"/>
              <w:ind w:left="252" w:hanging="252"/>
              <w:rPr>
                <w:kern w:val="2"/>
                <w:sz w:val="22"/>
                <w:lang w:val="ru-RU" w:eastAsia="hi-IN" w:bidi="hi-IN"/>
              </w:rPr>
            </w:pPr>
            <w:r w:rsidRPr="00C00B61">
              <w:rPr>
                <w:spacing w:val="-2"/>
                <w:sz w:val="22"/>
                <w:lang w:val="ru-RU"/>
              </w:rPr>
              <w:t xml:space="preserve">1.Соответствие требованиям ФГОС, ООП и </w:t>
            </w:r>
            <w:r w:rsidRPr="00C00B61">
              <w:rPr>
                <w:sz w:val="22"/>
                <w:lang w:val="ru-RU"/>
              </w:rPr>
              <w:t>РПД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spacing w:val="-1"/>
                <w:sz w:val="22"/>
              </w:rPr>
            </w:pPr>
            <w:r w:rsidRPr="0066634E">
              <w:rPr>
                <w:spacing w:val="-1"/>
                <w:sz w:val="22"/>
              </w:rPr>
              <w:t>Соответствует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lang w:eastAsia="hi-IN" w:bidi="hi-IN"/>
              </w:rPr>
            </w:pPr>
            <w:r w:rsidRPr="0066634E">
              <w:rPr>
                <w:spacing w:val="-1"/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66634E" w:rsidRDefault="00C00B61" w:rsidP="00C00B61">
            <w:pPr>
              <w:suppressAutoHyphens/>
              <w:spacing w:line="240" w:lineRule="auto"/>
              <w:ind w:left="252" w:hanging="252"/>
              <w:rPr>
                <w:kern w:val="2"/>
                <w:sz w:val="22"/>
                <w:lang w:eastAsia="hi-IN" w:bidi="hi-IN"/>
              </w:rPr>
            </w:pPr>
            <w:r w:rsidRPr="0066634E">
              <w:rPr>
                <w:sz w:val="22"/>
              </w:rPr>
              <w:t>2. Полнота охвата разделов (тем)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spacing w:val="-1"/>
                <w:sz w:val="22"/>
              </w:rPr>
            </w:pPr>
            <w:r w:rsidRPr="0066634E">
              <w:rPr>
                <w:spacing w:val="-1"/>
                <w:sz w:val="22"/>
              </w:rPr>
              <w:t>Соответствует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kern w:val="2"/>
                <w:sz w:val="22"/>
                <w:lang w:eastAsia="hi-IN" w:bidi="hi-IN"/>
              </w:rPr>
            </w:pPr>
            <w:r w:rsidRPr="0066634E">
              <w:rPr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C00B61" w:rsidRDefault="00C00B61" w:rsidP="00C00B61">
            <w:pPr>
              <w:suppressAutoHyphens/>
              <w:spacing w:line="240" w:lineRule="auto"/>
              <w:ind w:left="249" w:hanging="249"/>
              <w:rPr>
                <w:kern w:val="2"/>
                <w:sz w:val="22"/>
                <w:lang w:val="ru-RU" w:eastAsia="hi-IN" w:bidi="hi-IN"/>
              </w:rPr>
            </w:pPr>
            <w:r w:rsidRPr="00C00B61">
              <w:rPr>
                <w:sz w:val="22"/>
                <w:lang w:val="ru-RU"/>
              </w:rPr>
              <w:t>3. Наличие текущего контроля сформированности компетенций (ОПК-1, ОПК-4)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spacing w:val="-1"/>
                <w:sz w:val="22"/>
              </w:rPr>
            </w:pPr>
            <w:r w:rsidRPr="0066634E">
              <w:rPr>
                <w:spacing w:val="-1"/>
                <w:sz w:val="22"/>
              </w:rPr>
              <w:t>Соответствует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kern w:val="2"/>
                <w:sz w:val="22"/>
                <w:lang w:eastAsia="hi-IN" w:bidi="hi-IN"/>
              </w:rPr>
            </w:pPr>
            <w:r w:rsidRPr="0066634E">
              <w:rPr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C00B61" w:rsidRDefault="00C00B61" w:rsidP="00C00B61">
            <w:pPr>
              <w:suppressAutoHyphens/>
              <w:spacing w:line="240" w:lineRule="auto"/>
              <w:ind w:left="249" w:hanging="249"/>
              <w:rPr>
                <w:kern w:val="2"/>
                <w:sz w:val="22"/>
                <w:lang w:val="ru-RU" w:eastAsia="hi-IN" w:bidi="hi-IN"/>
              </w:rPr>
            </w:pPr>
            <w:r w:rsidRPr="00C00B61">
              <w:rPr>
                <w:sz w:val="22"/>
                <w:lang w:val="ru-RU"/>
              </w:rPr>
              <w:t>4. Наличие промежуточного контроля сформированности компетенций (ОПК-1, ОПК-4)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spacing w:val="-1"/>
                <w:sz w:val="22"/>
              </w:rPr>
            </w:pPr>
            <w:r w:rsidRPr="0066634E">
              <w:rPr>
                <w:spacing w:val="-1"/>
                <w:sz w:val="22"/>
              </w:rPr>
              <w:t>Соответствует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kern w:val="2"/>
                <w:sz w:val="22"/>
                <w:lang w:eastAsia="hi-IN" w:bidi="hi-IN"/>
              </w:rPr>
            </w:pPr>
            <w:r w:rsidRPr="0066634E">
              <w:rPr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C00B61" w:rsidRDefault="00C00B61" w:rsidP="00C00B61">
            <w:pPr>
              <w:spacing w:line="240" w:lineRule="auto"/>
              <w:rPr>
                <w:kern w:val="2"/>
                <w:sz w:val="22"/>
                <w:lang w:val="ru-RU" w:eastAsia="hi-IN" w:bidi="hi-IN"/>
              </w:rPr>
            </w:pPr>
            <w:r w:rsidRPr="00C00B61">
              <w:rPr>
                <w:sz w:val="22"/>
                <w:lang w:val="ru-RU"/>
              </w:rPr>
              <w:t>5. 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spacing w:val="-1"/>
                <w:sz w:val="22"/>
              </w:rPr>
            </w:pPr>
            <w:r w:rsidRPr="0066634E">
              <w:rPr>
                <w:spacing w:val="-1"/>
                <w:sz w:val="22"/>
              </w:rPr>
              <w:t>Соответствует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kern w:val="2"/>
                <w:sz w:val="22"/>
                <w:lang w:eastAsia="hi-IN" w:bidi="hi-IN"/>
              </w:rPr>
            </w:pPr>
            <w:r w:rsidRPr="0066634E">
              <w:rPr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C00B61" w:rsidRDefault="00C00B61" w:rsidP="00C00B61">
            <w:pPr>
              <w:spacing w:line="240" w:lineRule="auto"/>
              <w:rPr>
                <w:sz w:val="22"/>
                <w:lang w:val="ru-RU"/>
              </w:rPr>
            </w:pPr>
            <w:r w:rsidRPr="00C00B61">
              <w:rPr>
                <w:sz w:val="22"/>
                <w:lang w:val="ru-RU"/>
              </w:rPr>
              <w:t>- наличие тестовых заданий разного типа и уровней сложности;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0B61" w:rsidRDefault="00C00B61" w:rsidP="00C00B61">
            <w:pPr>
              <w:spacing w:line="240" w:lineRule="auto"/>
              <w:jc w:val="center"/>
            </w:pPr>
            <w:r w:rsidRPr="002655A6">
              <w:rPr>
                <w:spacing w:val="-1"/>
                <w:sz w:val="22"/>
              </w:rPr>
              <w:t>Соответствует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kern w:val="2"/>
                <w:sz w:val="22"/>
                <w:lang w:eastAsia="hi-IN" w:bidi="hi-IN"/>
              </w:rPr>
            </w:pPr>
            <w:r>
              <w:rPr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C00B61" w:rsidRDefault="00C00B61" w:rsidP="00C00B61">
            <w:pPr>
              <w:spacing w:line="240" w:lineRule="auto"/>
              <w:rPr>
                <w:sz w:val="22"/>
                <w:lang w:val="ru-RU"/>
              </w:rPr>
            </w:pPr>
            <w:r w:rsidRPr="00C00B61">
              <w:rPr>
                <w:sz w:val="22"/>
                <w:lang w:val="ru-RU"/>
              </w:rPr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0B61" w:rsidRDefault="00C00B61" w:rsidP="00C00B61">
            <w:pPr>
              <w:spacing w:line="240" w:lineRule="auto"/>
              <w:jc w:val="center"/>
            </w:pPr>
            <w:r w:rsidRPr="002655A6">
              <w:rPr>
                <w:spacing w:val="-1"/>
                <w:sz w:val="22"/>
              </w:rPr>
              <w:t>Соответствует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kern w:val="2"/>
                <w:sz w:val="22"/>
                <w:lang w:eastAsia="hi-IN" w:bidi="hi-IN"/>
              </w:rPr>
            </w:pPr>
            <w:r>
              <w:rPr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C00B61" w:rsidRDefault="00C00B61" w:rsidP="00C00B61">
            <w:pPr>
              <w:spacing w:line="240" w:lineRule="auto"/>
              <w:rPr>
                <w:sz w:val="22"/>
                <w:lang w:val="ru-RU"/>
              </w:rPr>
            </w:pPr>
            <w:r w:rsidRPr="00C00B61">
              <w:rPr>
                <w:sz w:val="22"/>
                <w:lang w:val="ru-RU"/>
              </w:rPr>
              <w:t>- соответствие формулировок тестовых заданий их типам;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0B61" w:rsidRDefault="00C00B61" w:rsidP="00C00B61">
            <w:pPr>
              <w:spacing w:line="240" w:lineRule="auto"/>
              <w:jc w:val="center"/>
            </w:pPr>
            <w:r w:rsidRPr="002655A6">
              <w:rPr>
                <w:spacing w:val="-1"/>
                <w:sz w:val="22"/>
              </w:rPr>
              <w:t>Соответствует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kern w:val="2"/>
                <w:sz w:val="22"/>
                <w:lang w:eastAsia="hi-IN" w:bidi="hi-IN"/>
              </w:rPr>
            </w:pPr>
            <w:r>
              <w:rPr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C00B61" w:rsidRDefault="00C00B61" w:rsidP="00C00B61">
            <w:pPr>
              <w:spacing w:line="240" w:lineRule="auto"/>
              <w:rPr>
                <w:sz w:val="22"/>
                <w:lang w:val="ru-RU"/>
              </w:rPr>
            </w:pPr>
            <w:r w:rsidRPr="00C00B61">
              <w:rPr>
                <w:sz w:val="22"/>
                <w:lang w:val="ru-RU"/>
              </w:rPr>
              <w:t>- 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0B61" w:rsidRPr="00C00B61" w:rsidRDefault="00C00B61" w:rsidP="00C00B61">
            <w:pPr>
              <w:spacing w:line="240" w:lineRule="auto"/>
              <w:jc w:val="center"/>
              <w:rPr>
                <w:spacing w:val="-1"/>
                <w:sz w:val="22"/>
                <w:lang w:val="ru-RU"/>
              </w:rPr>
            </w:pPr>
          </w:p>
          <w:p w:rsidR="00C00B61" w:rsidRDefault="00C00B61" w:rsidP="00C00B61">
            <w:pPr>
              <w:spacing w:line="240" w:lineRule="auto"/>
              <w:jc w:val="center"/>
            </w:pPr>
            <w:r w:rsidRPr="002655A6">
              <w:rPr>
                <w:spacing w:val="-1"/>
                <w:sz w:val="22"/>
              </w:rPr>
              <w:t>Соответствует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kern w:val="2"/>
                <w:sz w:val="22"/>
                <w:lang w:eastAsia="hi-IN" w:bidi="hi-IN"/>
              </w:rPr>
            </w:pPr>
            <w:r>
              <w:rPr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006953" w:rsidRDefault="00C00B61" w:rsidP="00C00B61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6. Соблюдение принципов формирования ФОС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0B61" w:rsidRDefault="00C00B61" w:rsidP="00C00B61">
            <w:pPr>
              <w:spacing w:line="240" w:lineRule="auto"/>
              <w:jc w:val="center"/>
              <w:rPr>
                <w:spacing w:val="-1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Default="00C00B61" w:rsidP="00C00B61">
            <w:pPr>
              <w:suppressAutoHyphens/>
              <w:spacing w:line="240" w:lineRule="auto"/>
              <w:jc w:val="center"/>
              <w:rPr>
                <w:kern w:val="2"/>
                <w:sz w:val="22"/>
                <w:lang w:eastAsia="hi-IN" w:bidi="hi-IN"/>
              </w:rPr>
            </w:pP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66634E" w:rsidRDefault="00C00B61" w:rsidP="00C00B61">
            <w:pPr>
              <w:suppressAutoHyphens/>
              <w:spacing w:line="240" w:lineRule="auto"/>
              <w:ind w:left="252" w:hanging="252"/>
              <w:rPr>
                <w:kern w:val="2"/>
                <w:sz w:val="22"/>
                <w:lang w:eastAsia="hi-IN" w:bidi="hi-IN"/>
              </w:rPr>
            </w:pPr>
            <w:r>
              <w:rPr>
                <w:sz w:val="22"/>
              </w:rPr>
              <w:t>7</w:t>
            </w:r>
            <w:r w:rsidRPr="0066634E">
              <w:rPr>
                <w:sz w:val="22"/>
              </w:rPr>
              <w:t>. Соответствие перечню оценочных средств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spacing w:val="-1"/>
                <w:sz w:val="22"/>
              </w:rPr>
            </w:pPr>
            <w:r w:rsidRPr="0066634E">
              <w:rPr>
                <w:spacing w:val="-1"/>
                <w:sz w:val="22"/>
              </w:rPr>
              <w:t>Соответствует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kern w:val="2"/>
                <w:sz w:val="22"/>
                <w:lang w:eastAsia="hi-IN" w:bidi="hi-IN"/>
              </w:rPr>
            </w:pPr>
            <w:r w:rsidRPr="0066634E">
              <w:rPr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C00B61" w:rsidRDefault="00C00B61" w:rsidP="00C00B61">
            <w:pPr>
              <w:suppressAutoHyphens/>
              <w:spacing w:line="240" w:lineRule="auto"/>
              <w:ind w:left="252" w:hanging="252"/>
              <w:rPr>
                <w:kern w:val="2"/>
                <w:sz w:val="22"/>
                <w:lang w:val="ru-RU" w:eastAsia="hi-IN" w:bidi="hi-IN"/>
              </w:rPr>
            </w:pPr>
            <w:r w:rsidRPr="00C00B61">
              <w:rPr>
                <w:sz w:val="22"/>
                <w:lang w:val="ru-RU"/>
              </w:rPr>
              <w:t xml:space="preserve">8. Наличие и качество критериев </w:t>
            </w:r>
            <w:proofErr w:type="gramStart"/>
            <w:r w:rsidRPr="00C00B61">
              <w:rPr>
                <w:sz w:val="22"/>
                <w:lang w:val="ru-RU"/>
              </w:rPr>
              <w:t>оценки  знаний</w:t>
            </w:r>
            <w:proofErr w:type="gramEnd"/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spacing w:val="-1"/>
                <w:sz w:val="22"/>
              </w:rPr>
            </w:pPr>
            <w:r w:rsidRPr="0066634E">
              <w:rPr>
                <w:spacing w:val="-1"/>
                <w:sz w:val="22"/>
              </w:rPr>
              <w:t>Соответствует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kern w:val="2"/>
                <w:sz w:val="22"/>
                <w:lang w:eastAsia="hi-IN" w:bidi="hi-IN"/>
              </w:rPr>
            </w:pPr>
            <w:r w:rsidRPr="0066634E">
              <w:rPr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C00B61" w:rsidRDefault="00C00B61" w:rsidP="00C00B61">
            <w:pPr>
              <w:suppressAutoHyphens/>
              <w:spacing w:line="240" w:lineRule="auto"/>
              <w:ind w:left="249" w:hanging="249"/>
              <w:rPr>
                <w:kern w:val="2"/>
                <w:sz w:val="22"/>
                <w:lang w:val="ru-RU" w:eastAsia="hi-IN" w:bidi="hi-IN"/>
              </w:rPr>
            </w:pPr>
            <w:r w:rsidRPr="00C00B61">
              <w:rPr>
                <w:sz w:val="22"/>
                <w:lang w:val="ru-RU"/>
              </w:rPr>
              <w:t>9. Соответствие образовательным технологиям, используемым в преподавании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spacing w:val="-1"/>
                <w:sz w:val="22"/>
              </w:rPr>
            </w:pPr>
            <w:r w:rsidRPr="0066634E">
              <w:rPr>
                <w:spacing w:val="-1"/>
                <w:sz w:val="22"/>
              </w:rPr>
              <w:t>Соответствует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kern w:val="2"/>
                <w:sz w:val="22"/>
                <w:lang w:eastAsia="hi-IN" w:bidi="hi-IN"/>
              </w:rPr>
            </w:pPr>
            <w:r w:rsidRPr="0066634E">
              <w:rPr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66634E" w:rsidRDefault="00C00B61" w:rsidP="00C00B61">
            <w:pPr>
              <w:suppressAutoHyphens/>
              <w:spacing w:line="240" w:lineRule="auto"/>
              <w:rPr>
                <w:sz w:val="22"/>
              </w:rPr>
            </w:pPr>
            <w:r>
              <w:rPr>
                <w:sz w:val="22"/>
              </w:rPr>
              <w:t>10</w:t>
            </w:r>
            <w:r w:rsidRPr="0066634E">
              <w:rPr>
                <w:sz w:val="22"/>
              </w:rPr>
              <w:t>. Соблюдение правильности оформления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spacing w:val="-1"/>
                <w:sz w:val="22"/>
              </w:rPr>
            </w:pPr>
            <w:r>
              <w:rPr>
                <w:spacing w:val="-1"/>
                <w:sz w:val="22"/>
              </w:rPr>
              <w:t>С</w:t>
            </w:r>
            <w:r w:rsidRPr="0066634E">
              <w:rPr>
                <w:spacing w:val="-1"/>
                <w:sz w:val="22"/>
              </w:rPr>
              <w:t>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kern w:val="2"/>
                <w:sz w:val="22"/>
                <w:lang w:eastAsia="hi-IN" w:bidi="hi-IN"/>
              </w:rPr>
            </w:pPr>
            <w:r w:rsidRPr="0066634E">
              <w:rPr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66634E" w:rsidRDefault="00C00B61" w:rsidP="00C00B61">
            <w:pPr>
              <w:suppressAutoHyphens/>
              <w:spacing w:line="240" w:lineRule="auto"/>
              <w:rPr>
                <w:kern w:val="2"/>
                <w:sz w:val="22"/>
                <w:lang w:eastAsia="hi-IN" w:bidi="hi-IN"/>
              </w:rPr>
            </w:pPr>
            <w:r>
              <w:rPr>
                <w:sz w:val="22"/>
              </w:rPr>
              <w:t>11</w:t>
            </w:r>
            <w:r w:rsidRPr="0066634E">
              <w:rPr>
                <w:sz w:val="22"/>
              </w:rPr>
              <w:t>. Наличие электронного варианта ФОС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spacing w:val="-1"/>
                <w:sz w:val="22"/>
              </w:rPr>
            </w:pPr>
            <w:r>
              <w:rPr>
                <w:spacing w:val="-1"/>
                <w:sz w:val="22"/>
              </w:rPr>
              <w:t>С</w:t>
            </w:r>
            <w:r w:rsidRPr="0066634E">
              <w:rPr>
                <w:spacing w:val="-1"/>
                <w:sz w:val="22"/>
              </w:rPr>
              <w:t>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kern w:val="2"/>
                <w:sz w:val="22"/>
                <w:lang w:eastAsia="hi-IN" w:bidi="hi-IN"/>
              </w:rPr>
            </w:pPr>
            <w:r w:rsidRPr="0066634E">
              <w:rPr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B61" w:rsidRPr="00C00B61" w:rsidRDefault="00C00B61" w:rsidP="00C00B61">
            <w:pPr>
              <w:spacing w:line="240" w:lineRule="auto"/>
              <w:rPr>
                <w:sz w:val="22"/>
                <w:lang w:val="ru-RU"/>
              </w:rPr>
            </w:pPr>
            <w:r w:rsidRPr="00C00B61">
              <w:rPr>
                <w:sz w:val="22"/>
                <w:lang w:val="ru-RU"/>
              </w:rPr>
              <w:t>ФОС рекомендован / не рекомендован к утверждению</w:t>
            </w:r>
          </w:p>
        </w:tc>
        <w:tc>
          <w:tcPr>
            <w:tcW w:w="3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B61" w:rsidRPr="0066634E" w:rsidRDefault="00C00B61" w:rsidP="00C00B61">
            <w:pPr>
              <w:suppressAutoHyphens/>
              <w:spacing w:line="240" w:lineRule="auto"/>
              <w:rPr>
                <w:kern w:val="2"/>
                <w:sz w:val="22"/>
                <w:lang w:eastAsia="hi-IN" w:bidi="hi-IN"/>
              </w:rPr>
            </w:pPr>
            <w:r w:rsidRPr="0066634E">
              <w:rPr>
                <w:kern w:val="2"/>
                <w:sz w:val="22"/>
                <w:lang w:eastAsia="hi-IN" w:bidi="hi-IN"/>
              </w:rPr>
              <w:t>Рекомендован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66634E" w:rsidRDefault="00C00B61" w:rsidP="00C00B61">
            <w:pPr>
              <w:spacing w:line="240" w:lineRule="auto"/>
              <w:rPr>
                <w:sz w:val="22"/>
              </w:rPr>
            </w:pPr>
            <w:r w:rsidRPr="0066634E">
              <w:rPr>
                <w:sz w:val="22"/>
              </w:rPr>
              <w:t>ФОС рекомендован к доработке</w:t>
            </w:r>
          </w:p>
        </w:tc>
        <w:tc>
          <w:tcPr>
            <w:tcW w:w="33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B61" w:rsidRPr="0066634E" w:rsidRDefault="00C00B61" w:rsidP="00C00B61">
            <w:pPr>
              <w:suppressAutoHyphens/>
              <w:spacing w:line="240" w:lineRule="auto"/>
              <w:rPr>
                <w:kern w:val="2"/>
                <w:sz w:val="22"/>
                <w:lang w:eastAsia="hi-IN" w:bidi="hi-IN"/>
              </w:rPr>
            </w:pPr>
            <w:r w:rsidRPr="0066634E">
              <w:rPr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C00B61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C00B61" w:rsidRDefault="00C00B61" w:rsidP="00C00B61">
            <w:pPr>
              <w:spacing w:line="240" w:lineRule="auto"/>
              <w:rPr>
                <w:b/>
                <w:bCs/>
                <w:sz w:val="22"/>
                <w:lang w:val="ru-RU"/>
              </w:rPr>
            </w:pPr>
            <w:r w:rsidRPr="00C00B61">
              <w:rPr>
                <w:b/>
                <w:bCs/>
                <w:sz w:val="22"/>
                <w:lang w:val="ru-RU"/>
              </w:rPr>
              <w:t>Замечания и рекомендации эксперта по доработке</w:t>
            </w:r>
          </w:p>
        </w:tc>
        <w:tc>
          <w:tcPr>
            <w:tcW w:w="33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C00B61" w:rsidRDefault="00C00B61" w:rsidP="00C00B61">
            <w:pPr>
              <w:suppressAutoHyphens/>
              <w:spacing w:line="240" w:lineRule="auto"/>
              <w:rPr>
                <w:kern w:val="2"/>
                <w:sz w:val="22"/>
                <w:lang w:val="ru-RU" w:eastAsia="hi-IN" w:bidi="hi-IN"/>
              </w:rPr>
            </w:pPr>
            <w:r w:rsidRPr="00C00B61">
              <w:rPr>
                <w:sz w:val="22"/>
                <w:lang w:val="ru-RU"/>
              </w:rPr>
              <w:t>Замечаний и рекомендаций по доработке ФОС нет.</w:t>
            </w:r>
          </w:p>
        </w:tc>
      </w:tr>
    </w:tbl>
    <w:p w:rsidR="00C00B61" w:rsidRPr="00C00B61" w:rsidRDefault="00C00B61" w:rsidP="00C00B61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b/>
          <w:bCs/>
          <w:szCs w:val="24"/>
          <w:lang w:val="ru-RU"/>
        </w:rPr>
      </w:pPr>
    </w:p>
    <w:p w:rsidR="00C00B61" w:rsidRPr="00C00B61" w:rsidRDefault="00C00B61" w:rsidP="00C00B6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b/>
          <w:szCs w:val="24"/>
          <w:lang w:val="ru-RU"/>
        </w:rPr>
      </w:pPr>
      <w:r w:rsidRPr="00C00B61">
        <w:rPr>
          <w:szCs w:val="24"/>
          <w:lang w:val="ru-RU"/>
        </w:rPr>
        <w:t xml:space="preserve"> </w:t>
      </w:r>
      <w:r w:rsidRPr="00C00B61">
        <w:rPr>
          <w:b/>
          <w:szCs w:val="24"/>
          <w:lang w:val="ru-RU"/>
        </w:rPr>
        <w:t>Эксперты:</w:t>
      </w:r>
    </w:p>
    <w:p w:rsidR="00C00B61" w:rsidRPr="00C00B61" w:rsidRDefault="00C00B61" w:rsidP="00C00B6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  <w:lang w:val="ru-RU"/>
        </w:rPr>
      </w:pPr>
    </w:p>
    <w:p w:rsidR="00C00B61" w:rsidRPr="00C00B61" w:rsidRDefault="00C00B61" w:rsidP="00C00B6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bCs/>
          <w:szCs w:val="24"/>
          <w:lang w:val="ru-RU"/>
        </w:rPr>
      </w:pPr>
      <w:r w:rsidRPr="00C00B61">
        <w:rPr>
          <w:szCs w:val="24"/>
          <w:lang w:val="ru-RU"/>
        </w:rPr>
        <w:t xml:space="preserve">1. И.А. Гарус, к.т.н., доцент, заведующий кафедрой </w:t>
      </w:r>
      <w:r w:rsidRPr="00C00B61">
        <w:rPr>
          <w:bCs/>
          <w:szCs w:val="24"/>
          <w:lang w:val="ru-RU"/>
        </w:rPr>
        <w:t xml:space="preserve">воспроизводства и переработки лесных ресурсов </w:t>
      </w:r>
      <w:r w:rsidRPr="00C00B61">
        <w:rPr>
          <w:szCs w:val="24"/>
          <w:lang w:val="ru-RU"/>
        </w:rPr>
        <w:t xml:space="preserve">   ______________________</w:t>
      </w:r>
    </w:p>
    <w:p w:rsidR="00C00B61" w:rsidRPr="00C00B61" w:rsidRDefault="00C00B61" w:rsidP="00C00B61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b/>
          <w:bCs/>
          <w:szCs w:val="24"/>
          <w:lang w:val="ru-RU"/>
        </w:rPr>
      </w:pPr>
    </w:p>
    <w:p w:rsidR="00C00B61" w:rsidRPr="00C00B61" w:rsidRDefault="00C00B61" w:rsidP="00C00B61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b/>
          <w:bCs/>
          <w:szCs w:val="24"/>
          <w:lang w:val="ru-RU"/>
        </w:rPr>
      </w:pPr>
    </w:p>
    <w:p w:rsidR="00C00B61" w:rsidRPr="00C00B61" w:rsidRDefault="00C00B61" w:rsidP="00C00B61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b/>
          <w:bCs/>
          <w:szCs w:val="24"/>
          <w:lang w:val="ru-RU"/>
        </w:rPr>
      </w:pPr>
    </w:p>
    <w:p w:rsidR="00C00B61" w:rsidRPr="00C00B61" w:rsidRDefault="00C00B61" w:rsidP="00C00B61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b/>
          <w:bCs/>
          <w:szCs w:val="24"/>
          <w:lang w:val="ru-RU"/>
        </w:rPr>
      </w:pPr>
    </w:p>
    <w:p w:rsidR="00C00B61" w:rsidRPr="00C00B61" w:rsidRDefault="00C00B61" w:rsidP="00C00B61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b/>
          <w:bCs/>
          <w:szCs w:val="24"/>
          <w:lang w:val="ru-RU"/>
        </w:rPr>
      </w:pPr>
    </w:p>
    <w:p w:rsidR="00C00B61" w:rsidRPr="00C00B61" w:rsidRDefault="00C00B61" w:rsidP="00C00B61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C00B61" w:rsidRPr="00C00B61" w:rsidRDefault="00C00B61" w:rsidP="00C00B61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C00B61" w:rsidRPr="00C00B61" w:rsidRDefault="00C00B61" w:rsidP="00C00B61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C00B61" w:rsidRPr="00C00B61" w:rsidRDefault="00C00B61" w:rsidP="00C00B61">
      <w:pPr>
        <w:pageBreakBefore/>
        <w:jc w:val="center"/>
        <w:rPr>
          <w:b/>
          <w:bCs/>
          <w:szCs w:val="24"/>
          <w:lang w:val="ru-RU"/>
        </w:rPr>
      </w:pPr>
      <w:r w:rsidRPr="00C00B61">
        <w:rPr>
          <w:b/>
          <w:bCs/>
          <w:szCs w:val="24"/>
          <w:lang w:val="ru-RU"/>
        </w:rPr>
        <w:lastRenderedPageBreak/>
        <w:t>Экспертное заключение</w:t>
      </w:r>
    </w:p>
    <w:p w:rsidR="00C00B61" w:rsidRPr="00C00B61" w:rsidRDefault="00C00B61" w:rsidP="00C00B61">
      <w:pPr>
        <w:ind w:left="20"/>
        <w:jc w:val="center"/>
        <w:rPr>
          <w:b/>
          <w:bCs/>
          <w:szCs w:val="24"/>
          <w:lang w:val="ru-RU"/>
        </w:rPr>
      </w:pPr>
      <w:r w:rsidRPr="00C00B61">
        <w:rPr>
          <w:b/>
          <w:bCs/>
          <w:szCs w:val="24"/>
          <w:lang w:val="ru-RU"/>
        </w:rPr>
        <w:t>на ФОНД ОЦЕНОЧНЫХ СРЕДСТВ</w:t>
      </w:r>
    </w:p>
    <w:p w:rsidR="00C00B61" w:rsidRPr="00C00B61" w:rsidRDefault="00C00B61" w:rsidP="00C00B61">
      <w:pPr>
        <w:ind w:left="360"/>
        <w:jc w:val="center"/>
        <w:rPr>
          <w:b/>
          <w:bCs/>
          <w:szCs w:val="24"/>
          <w:lang w:val="ru-RU"/>
        </w:rPr>
      </w:pPr>
      <w:r w:rsidRPr="00C00B61">
        <w:rPr>
          <w:b/>
          <w:bCs/>
          <w:szCs w:val="24"/>
          <w:lang w:val="ru-RU"/>
        </w:rPr>
        <w:t>по дисциплине Б1.О.08.01 Инженерная графика</w:t>
      </w:r>
    </w:p>
    <w:p w:rsidR="00C00B61" w:rsidRPr="00C00B61" w:rsidRDefault="00C00B61" w:rsidP="00C00B61">
      <w:pPr>
        <w:ind w:left="20"/>
        <w:jc w:val="center"/>
        <w:rPr>
          <w:b/>
          <w:bCs/>
          <w:szCs w:val="24"/>
          <w:lang w:val="ru-RU"/>
        </w:rPr>
      </w:pPr>
    </w:p>
    <w:tbl>
      <w:tblPr>
        <w:tblW w:w="9570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6199"/>
        <w:gridCol w:w="1812"/>
        <w:gridCol w:w="1559"/>
      </w:tblGrid>
      <w:tr w:rsidR="00C00B61" w:rsidRPr="00A8002F" w:rsidTr="004F54CD">
        <w:trPr>
          <w:trHeight w:val="330"/>
        </w:trPr>
        <w:tc>
          <w:tcPr>
            <w:tcW w:w="61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lang w:eastAsia="hi-IN" w:bidi="hi-IN"/>
              </w:rPr>
            </w:pPr>
            <w:r w:rsidRPr="0066634E">
              <w:rPr>
                <w:b/>
                <w:bCs/>
                <w:spacing w:val="-2"/>
                <w:sz w:val="22"/>
              </w:rPr>
              <w:t>Критерий оценки</w:t>
            </w:r>
          </w:p>
        </w:tc>
        <w:tc>
          <w:tcPr>
            <w:tcW w:w="3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b/>
                <w:bCs/>
                <w:kern w:val="2"/>
                <w:sz w:val="22"/>
                <w:lang w:eastAsia="hi-IN" w:bidi="hi-IN"/>
              </w:rPr>
            </w:pPr>
            <w:r w:rsidRPr="0066634E">
              <w:rPr>
                <w:b/>
                <w:bCs/>
                <w:spacing w:val="-1"/>
                <w:sz w:val="22"/>
              </w:rPr>
              <w:t>Соответствие</w:t>
            </w:r>
          </w:p>
        </w:tc>
      </w:tr>
      <w:tr w:rsidR="00C00B61" w:rsidRPr="00A8002F" w:rsidTr="004F54CD">
        <w:trPr>
          <w:trHeight w:val="345"/>
        </w:trPr>
        <w:tc>
          <w:tcPr>
            <w:tcW w:w="61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b/>
                <w:bCs/>
                <w:spacing w:val="-2"/>
                <w:sz w:val="22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spacing w:val="-1"/>
                <w:sz w:val="22"/>
              </w:rPr>
            </w:pPr>
            <w:r w:rsidRPr="0066634E">
              <w:rPr>
                <w:spacing w:val="-1"/>
                <w:sz w:val="22"/>
              </w:rPr>
              <w:t>Соответствует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spacing w:val="-1"/>
                <w:sz w:val="22"/>
              </w:rPr>
            </w:pPr>
            <w:r w:rsidRPr="0066634E">
              <w:rPr>
                <w:spacing w:val="-1"/>
                <w:sz w:val="22"/>
              </w:rPr>
              <w:t>не соответствует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C00B61" w:rsidRDefault="00C00B61" w:rsidP="00C00B61">
            <w:pPr>
              <w:suppressAutoHyphens/>
              <w:spacing w:line="240" w:lineRule="auto"/>
              <w:ind w:left="252" w:hanging="252"/>
              <w:rPr>
                <w:kern w:val="2"/>
                <w:sz w:val="22"/>
                <w:lang w:val="ru-RU" w:eastAsia="hi-IN" w:bidi="hi-IN"/>
              </w:rPr>
            </w:pPr>
            <w:r w:rsidRPr="00C00B61">
              <w:rPr>
                <w:spacing w:val="-2"/>
                <w:sz w:val="22"/>
                <w:lang w:val="ru-RU"/>
              </w:rPr>
              <w:t xml:space="preserve">1.Соответствие требованиям ФГОС, ООП и </w:t>
            </w:r>
            <w:r w:rsidRPr="00C00B61">
              <w:rPr>
                <w:sz w:val="22"/>
                <w:lang w:val="ru-RU"/>
              </w:rPr>
              <w:t>РПД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spacing w:val="-1"/>
                <w:sz w:val="22"/>
              </w:rPr>
            </w:pPr>
            <w:r w:rsidRPr="0066634E">
              <w:rPr>
                <w:spacing w:val="-1"/>
                <w:sz w:val="22"/>
              </w:rPr>
              <w:t>Соответствует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lang w:eastAsia="hi-IN" w:bidi="hi-IN"/>
              </w:rPr>
            </w:pPr>
            <w:r w:rsidRPr="0066634E">
              <w:rPr>
                <w:spacing w:val="-1"/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66634E" w:rsidRDefault="00C00B61" w:rsidP="00C00B61">
            <w:pPr>
              <w:suppressAutoHyphens/>
              <w:spacing w:line="240" w:lineRule="auto"/>
              <w:ind w:left="252" w:hanging="252"/>
              <w:rPr>
                <w:kern w:val="2"/>
                <w:sz w:val="22"/>
                <w:lang w:eastAsia="hi-IN" w:bidi="hi-IN"/>
              </w:rPr>
            </w:pPr>
            <w:r w:rsidRPr="0066634E">
              <w:rPr>
                <w:sz w:val="22"/>
              </w:rPr>
              <w:t>2. Полнота охвата разделов (тем)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spacing w:val="-1"/>
                <w:sz w:val="22"/>
              </w:rPr>
            </w:pPr>
            <w:r w:rsidRPr="0066634E">
              <w:rPr>
                <w:spacing w:val="-1"/>
                <w:sz w:val="22"/>
              </w:rPr>
              <w:t>Соответствует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kern w:val="2"/>
                <w:sz w:val="22"/>
                <w:lang w:eastAsia="hi-IN" w:bidi="hi-IN"/>
              </w:rPr>
            </w:pPr>
            <w:r w:rsidRPr="0066634E">
              <w:rPr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C00B61" w:rsidRDefault="00C00B61" w:rsidP="00C00B61">
            <w:pPr>
              <w:suppressAutoHyphens/>
              <w:spacing w:line="240" w:lineRule="auto"/>
              <w:ind w:left="249" w:hanging="249"/>
              <w:rPr>
                <w:kern w:val="2"/>
                <w:sz w:val="22"/>
                <w:lang w:val="ru-RU" w:eastAsia="hi-IN" w:bidi="hi-IN"/>
              </w:rPr>
            </w:pPr>
            <w:r w:rsidRPr="00C00B61">
              <w:rPr>
                <w:sz w:val="22"/>
                <w:lang w:val="ru-RU"/>
              </w:rPr>
              <w:t>3. Наличие текущего контроля сформированности компетенций (ОПК-1, ОПК-4)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spacing w:val="-1"/>
                <w:sz w:val="22"/>
              </w:rPr>
            </w:pPr>
            <w:r w:rsidRPr="0066634E">
              <w:rPr>
                <w:spacing w:val="-1"/>
                <w:sz w:val="22"/>
              </w:rPr>
              <w:t>Соответствует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kern w:val="2"/>
                <w:sz w:val="22"/>
                <w:lang w:eastAsia="hi-IN" w:bidi="hi-IN"/>
              </w:rPr>
            </w:pPr>
            <w:r w:rsidRPr="0066634E">
              <w:rPr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C00B61" w:rsidRDefault="00C00B61" w:rsidP="00C00B61">
            <w:pPr>
              <w:suppressAutoHyphens/>
              <w:spacing w:line="240" w:lineRule="auto"/>
              <w:ind w:left="249" w:hanging="249"/>
              <w:rPr>
                <w:kern w:val="2"/>
                <w:sz w:val="22"/>
                <w:lang w:val="ru-RU" w:eastAsia="hi-IN" w:bidi="hi-IN"/>
              </w:rPr>
            </w:pPr>
            <w:r w:rsidRPr="00C00B61">
              <w:rPr>
                <w:sz w:val="22"/>
                <w:lang w:val="ru-RU"/>
              </w:rPr>
              <w:t>4. Наличие промежуточного контроля сформированности компетенций (ОПК-1, ОПК-4)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spacing w:val="-1"/>
                <w:sz w:val="22"/>
              </w:rPr>
            </w:pPr>
            <w:r w:rsidRPr="0066634E">
              <w:rPr>
                <w:spacing w:val="-1"/>
                <w:sz w:val="22"/>
              </w:rPr>
              <w:t>Соответствует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kern w:val="2"/>
                <w:sz w:val="22"/>
                <w:lang w:eastAsia="hi-IN" w:bidi="hi-IN"/>
              </w:rPr>
            </w:pPr>
            <w:r w:rsidRPr="0066634E">
              <w:rPr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C00B61" w:rsidRDefault="00C00B61" w:rsidP="00C00B61">
            <w:pPr>
              <w:spacing w:line="240" w:lineRule="auto"/>
              <w:rPr>
                <w:kern w:val="2"/>
                <w:sz w:val="22"/>
                <w:lang w:val="ru-RU" w:eastAsia="hi-IN" w:bidi="hi-IN"/>
              </w:rPr>
            </w:pPr>
            <w:r w:rsidRPr="00C00B61">
              <w:rPr>
                <w:sz w:val="22"/>
                <w:lang w:val="ru-RU"/>
              </w:rPr>
              <w:t>5. 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spacing w:val="-1"/>
                <w:sz w:val="22"/>
              </w:rPr>
            </w:pPr>
            <w:r w:rsidRPr="0066634E">
              <w:rPr>
                <w:spacing w:val="-1"/>
                <w:sz w:val="22"/>
              </w:rPr>
              <w:t>Соответствует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kern w:val="2"/>
                <w:sz w:val="22"/>
                <w:lang w:eastAsia="hi-IN" w:bidi="hi-IN"/>
              </w:rPr>
            </w:pPr>
            <w:r w:rsidRPr="0066634E">
              <w:rPr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C00B61" w:rsidRDefault="00C00B61" w:rsidP="00C00B61">
            <w:pPr>
              <w:spacing w:line="240" w:lineRule="auto"/>
              <w:rPr>
                <w:sz w:val="22"/>
                <w:lang w:val="ru-RU"/>
              </w:rPr>
            </w:pPr>
            <w:r w:rsidRPr="00C00B61">
              <w:rPr>
                <w:sz w:val="22"/>
                <w:lang w:val="ru-RU"/>
              </w:rPr>
              <w:t>- наличие тестовых заданий разного типа и уровней сложности;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0B61" w:rsidRDefault="00C00B61" w:rsidP="00C00B61">
            <w:pPr>
              <w:spacing w:line="240" w:lineRule="auto"/>
              <w:jc w:val="center"/>
            </w:pPr>
            <w:r w:rsidRPr="002655A6">
              <w:rPr>
                <w:spacing w:val="-1"/>
                <w:sz w:val="22"/>
              </w:rPr>
              <w:t>Соответствует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kern w:val="2"/>
                <w:sz w:val="22"/>
                <w:lang w:eastAsia="hi-IN" w:bidi="hi-IN"/>
              </w:rPr>
            </w:pPr>
            <w:r>
              <w:rPr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C00B61" w:rsidRDefault="00C00B61" w:rsidP="00C00B61">
            <w:pPr>
              <w:spacing w:line="240" w:lineRule="auto"/>
              <w:rPr>
                <w:sz w:val="22"/>
                <w:lang w:val="ru-RU"/>
              </w:rPr>
            </w:pPr>
            <w:r w:rsidRPr="00C00B61">
              <w:rPr>
                <w:sz w:val="22"/>
                <w:lang w:val="ru-RU"/>
              </w:rPr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0B61" w:rsidRDefault="00C00B61" w:rsidP="00C00B61">
            <w:pPr>
              <w:spacing w:line="240" w:lineRule="auto"/>
              <w:jc w:val="center"/>
            </w:pPr>
            <w:r w:rsidRPr="002655A6">
              <w:rPr>
                <w:spacing w:val="-1"/>
                <w:sz w:val="22"/>
              </w:rPr>
              <w:t>Соответствует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kern w:val="2"/>
                <w:sz w:val="22"/>
                <w:lang w:eastAsia="hi-IN" w:bidi="hi-IN"/>
              </w:rPr>
            </w:pPr>
            <w:r>
              <w:rPr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C00B61" w:rsidRDefault="00C00B61" w:rsidP="00C00B61">
            <w:pPr>
              <w:spacing w:line="240" w:lineRule="auto"/>
              <w:rPr>
                <w:sz w:val="22"/>
                <w:lang w:val="ru-RU"/>
              </w:rPr>
            </w:pPr>
            <w:r w:rsidRPr="00C00B61">
              <w:rPr>
                <w:sz w:val="22"/>
                <w:lang w:val="ru-RU"/>
              </w:rPr>
              <w:t>- соответствие формулировок тестовых заданий их типам;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0B61" w:rsidRDefault="00C00B61" w:rsidP="00C00B61">
            <w:pPr>
              <w:spacing w:line="240" w:lineRule="auto"/>
              <w:jc w:val="center"/>
            </w:pPr>
            <w:r w:rsidRPr="002655A6">
              <w:rPr>
                <w:spacing w:val="-1"/>
                <w:sz w:val="22"/>
              </w:rPr>
              <w:t>Соответствует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kern w:val="2"/>
                <w:sz w:val="22"/>
                <w:lang w:eastAsia="hi-IN" w:bidi="hi-IN"/>
              </w:rPr>
            </w:pPr>
            <w:r>
              <w:rPr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C00B61" w:rsidRDefault="00C00B61" w:rsidP="00C00B61">
            <w:pPr>
              <w:spacing w:line="240" w:lineRule="auto"/>
              <w:rPr>
                <w:sz w:val="22"/>
                <w:lang w:val="ru-RU"/>
              </w:rPr>
            </w:pPr>
            <w:r w:rsidRPr="00C00B61">
              <w:rPr>
                <w:sz w:val="22"/>
                <w:lang w:val="ru-RU"/>
              </w:rPr>
              <w:t>- 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0B61" w:rsidRPr="00C00B61" w:rsidRDefault="00C00B61" w:rsidP="00C00B61">
            <w:pPr>
              <w:spacing w:line="240" w:lineRule="auto"/>
              <w:jc w:val="center"/>
              <w:rPr>
                <w:spacing w:val="-1"/>
                <w:sz w:val="22"/>
                <w:lang w:val="ru-RU"/>
              </w:rPr>
            </w:pPr>
          </w:p>
          <w:p w:rsidR="00C00B61" w:rsidRDefault="00C00B61" w:rsidP="00C00B61">
            <w:pPr>
              <w:spacing w:line="240" w:lineRule="auto"/>
              <w:jc w:val="center"/>
            </w:pPr>
            <w:r w:rsidRPr="002655A6">
              <w:rPr>
                <w:spacing w:val="-1"/>
                <w:sz w:val="22"/>
              </w:rPr>
              <w:t>Соответствует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kern w:val="2"/>
                <w:sz w:val="22"/>
                <w:lang w:eastAsia="hi-IN" w:bidi="hi-IN"/>
              </w:rPr>
            </w:pPr>
            <w:r>
              <w:rPr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006953" w:rsidRDefault="00C00B61" w:rsidP="00C00B61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6. Соблюдение принципов формирования ФОС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0B61" w:rsidRDefault="00C00B61" w:rsidP="00C00B61">
            <w:pPr>
              <w:spacing w:line="240" w:lineRule="auto"/>
              <w:jc w:val="center"/>
              <w:rPr>
                <w:spacing w:val="-1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Default="00C00B61" w:rsidP="00C00B61">
            <w:pPr>
              <w:suppressAutoHyphens/>
              <w:spacing w:line="240" w:lineRule="auto"/>
              <w:jc w:val="center"/>
              <w:rPr>
                <w:kern w:val="2"/>
                <w:sz w:val="22"/>
                <w:lang w:eastAsia="hi-IN" w:bidi="hi-IN"/>
              </w:rPr>
            </w:pP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66634E" w:rsidRDefault="00C00B61" w:rsidP="00C00B61">
            <w:pPr>
              <w:suppressAutoHyphens/>
              <w:spacing w:line="240" w:lineRule="auto"/>
              <w:ind w:left="252" w:hanging="252"/>
              <w:rPr>
                <w:kern w:val="2"/>
                <w:sz w:val="22"/>
                <w:lang w:eastAsia="hi-IN" w:bidi="hi-IN"/>
              </w:rPr>
            </w:pPr>
            <w:r>
              <w:rPr>
                <w:sz w:val="22"/>
              </w:rPr>
              <w:t>7</w:t>
            </w:r>
            <w:r w:rsidRPr="0066634E">
              <w:rPr>
                <w:sz w:val="22"/>
              </w:rPr>
              <w:t>. Соответствие перечню оценочных средств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spacing w:val="-1"/>
                <w:sz w:val="22"/>
              </w:rPr>
            </w:pPr>
            <w:r w:rsidRPr="0066634E">
              <w:rPr>
                <w:spacing w:val="-1"/>
                <w:sz w:val="22"/>
              </w:rPr>
              <w:t>Соответствует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kern w:val="2"/>
                <w:sz w:val="22"/>
                <w:lang w:eastAsia="hi-IN" w:bidi="hi-IN"/>
              </w:rPr>
            </w:pPr>
            <w:r w:rsidRPr="0066634E">
              <w:rPr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C00B61" w:rsidRDefault="00C00B61" w:rsidP="00C00B61">
            <w:pPr>
              <w:suppressAutoHyphens/>
              <w:spacing w:line="240" w:lineRule="auto"/>
              <w:ind w:left="252" w:hanging="252"/>
              <w:rPr>
                <w:kern w:val="2"/>
                <w:sz w:val="22"/>
                <w:lang w:val="ru-RU" w:eastAsia="hi-IN" w:bidi="hi-IN"/>
              </w:rPr>
            </w:pPr>
            <w:r w:rsidRPr="00C00B61">
              <w:rPr>
                <w:sz w:val="22"/>
                <w:lang w:val="ru-RU"/>
              </w:rPr>
              <w:t>8. Наличие и качество критериев оценки знаний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spacing w:val="-1"/>
                <w:sz w:val="22"/>
              </w:rPr>
            </w:pPr>
            <w:r w:rsidRPr="0066634E">
              <w:rPr>
                <w:spacing w:val="-1"/>
                <w:sz w:val="22"/>
              </w:rPr>
              <w:t>Соответствует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kern w:val="2"/>
                <w:sz w:val="22"/>
                <w:lang w:eastAsia="hi-IN" w:bidi="hi-IN"/>
              </w:rPr>
            </w:pPr>
            <w:r w:rsidRPr="0066634E">
              <w:rPr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C00B61" w:rsidRDefault="00C00B61" w:rsidP="00C00B61">
            <w:pPr>
              <w:suppressAutoHyphens/>
              <w:spacing w:line="240" w:lineRule="auto"/>
              <w:ind w:left="249" w:hanging="249"/>
              <w:rPr>
                <w:kern w:val="2"/>
                <w:sz w:val="22"/>
                <w:lang w:val="ru-RU" w:eastAsia="hi-IN" w:bidi="hi-IN"/>
              </w:rPr>
            </w:pPr>
            <w:r w:rsidRPr="00C00B61">
              <w:rPr>
                <w:sz w:val="22"/>
                <w:lang w:val="ru-RU"/>
              </w:rPr>
              <w:t>9. Соответствие образовательным технологиям, используемым в преподавании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spacing w:val="-1"/>
                <w:sz w:val="22"/>
              </w:rPr>
            </w:pPr>
            <w:r w:rsidRPr="0066634E">
              <w:rPr>
                <w:spacing w:val="-1"/>
                <w:sz w:val="22"/>
              </w:rPr>
              <w:t>Соответствует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kern w:val="2"/>
                <w:sz w:val="22"/>
                <w:lang w:eastAsia="hi-IN" w:bidi="hi-IN"/>
              </w:rPr>
            </w:pPr>
            <w:r w:rsidRPr="0066634E">
              <w:rPr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66634E" w:rsidRDefault="00C00B61" w:rsidP="00C00B61">
            <w:pPr>
              <w:suppressAutoHyphens/>
              <w:spacing w:line="240" w:lineRule="auto"/>
              <w:rPr>
                <w:sz w:val="22"/>
              </w:rPr>
            </w:pPr>
            <w:r>
              <w:rPr>
                <w:sz w:val="22"/>
              </w:rPr>
              <w:t>10</w:t>
            </w:r>
            <w:r w:rsidRPr="0066634E">
              <w:rPr>
                <w:sz w:val="22"/>
              </w:rPr>
              <w:t>. Соблюдение правильности оформления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spacing w:val="-1"/>
                <w:sz w:val="22"/>
              </w:rPr>
            </w:pPr>
            <w:r>
              <w:rPr>
                <w:spacing w:val="-1"/>
                <w:sz w:val="22"/>
              </w:rPr>
              <w:t>С</w:t>
            </w:r>
            <w:r w:rsidRPr="0066634E">
              <w:rPr>
                <w:spacing w:val="-1"/>
                <w:sz w:val="22"/>
              </w:rPr>
              <w:t>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kern w:val="2"/>
                <w:sz w:val="22"/>
                <w:lang w:eastAsia="hi-IN" w:bidi="hi-IN"/>
              </w:rPr>
            </w:pPr>
            <w:r w:rsidRPr="0066634E">
              <w:rPr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66634E" w:rsidRDefault="00C00B61" w:rsidP="00C00B61">
            <w:pPr>
              <w:suppressAutoHyphens/>
              <w:spacing w:line="240" w:lineRule="auto"/>
              <w:rPr>
                <w:kern w:val="2"/>
                <w:sz w:val="22"/>
                <w:lang w:eastAsia="hi-IN" w:bidi="hi-IN"/>
              </w:rPr>
            </w:pPr>
            <w:r>
              <w:rPr>
                <w:sz w:val="22"/>
              </w:rPr>
              <w:t>11</w:t>
            </w:r>
            <w:r w:rsidRPr="0066634E">
              <w:rPr>
                <w:sz w:val="22"/>
              </w:rPr>
              <w:t>. Наличие электронного варианта ФОС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spacing w:val="-1"/>
                <w:sz w:val="22"/>
              </w:rPr>
            </w:pPr>
            <w:r>
              <w:rPr>
                <w:spacing w:val="-1"/>
                <w:sz w:val="22"/>
              </w:rPr>
              <w:t>С</w:t>
            </w:r>
            <w:r w:rsidRPr="0066634E">
              <w:rPr>
                <w:spacing w:val="-1"/>
                <w:sz w:val="22"/>
              </w:rPr>
              <w:t>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0B61" w:rsidRPr="0066634E" w:rsidRDefault="00C00B61" w:rsidP="00C00B61">
            <w:pPr>
              <w:suppressAutoHyphens/>
              <w:spacing w:line="240" w:lineRule="auto"/>
              <w:jc w:val="center"/>
              <w:rPr>
                <w:kern w:val="2"/>
                <w:sz w:val="22"/>
                <w:lang w:eastAsia="hi-IN" w:bidi="hi-IN"/>
              </w:rPr>
            </w:pPr>
            <w:r w:rsidRPr="0066634E">
              <w:rPr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B61" w:rsidRPr="00C00B61" w:rsidRDefault="00C00B61" w:rsidP="00C00B61">
            <w:pPr>
              <w:spacing w:line="240" w:lineRule="auto"/>
              <w:rPr>
                <w:sz w:val="22"/>
                <w:lang w:val="ru-RU"/>
              </w:rPr>
            </w:pPr>
            <w:r w:rsidRPr="00C00B61">
              <w:rPr>
                <w:sz w:val="22"/>
                <w:lang w:val="ru-RU"/>
              </w:rPr>
              <w:t>ФОС рекомендован / не рекомендован к утверждению</w:t>
            </w:r>
          </w:p>
        </w:tc>
        <w:tc>
          <w:tcPr>
            <w:tcW w:w="3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B61" w:rsidRPr="0066634E" w:rsidRDefault="00C00B61" w:rsidP="00C00B61">
            <w:pPr>
              <w:suppressAutoHyphens/>
              <w:spacing w:line="240" w:lineRule="auto"/>
              <w:rPr>
                <w:kern w:val="2"/>
                <w:sz w:val="22"/>
                <w:lang w:eastAsia="hi-IN" w:bidi="hi-IN"/>
              </w:rPr>
            </w:pPr>
            <w:r w:rsidRPr="0066634E">
              <w:rPr>
                <w:kern w:val="2"/>
                <w:sz w:val="22"/>
                <w:lang w:eastAsia="hi-IN" w:bidi="hi-IN"/>
              </w:rPr>
              <w:t>Рекомендован</w:t>
            </w:r>
          </w:p>
        </w:tc>
      </w:tr>
      <w:tr w:rsidR="00C00B61" w:rsidRPr="00A8002F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66634E" w:rsidRDefault="00C00B61" w:rsidP="00C00B61">
            <w:pPr>
              <w:spacing w:line="240" w:lineRule="auto"/>
              <w:rPr>
                <w:sz w:val="22"/>
              </w:rPr>
            </w:pPr>
            <w:r w:rsidRPr="0066634E">
              <w:rPr>
                <w:sz w:val="22"/>
              </w:rPr>
              <w:t>ФОС рекомендован к доработке</w:t>
            </w:r>
          </w:p>
        </w:tc>
        <w:tc>
          <w:tcPr>
            <w:tcW w:w="33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B61" w:rsidRPr="0066634E" w:rsidRDefault="00C00B61" w:rsidP="00C00B61">
            <w:pPr>
              <w:suppressAutoHyphens/>
              <w:spacing w:line="240" w:lineRule="auto"/>
              <w:rPr>
                <w:kern w:val="2"/>
                <w:sz w:val="22"/>
                <w:lang w:eastAsia="hi-IN" w:bidi="hi-IN"/>
              </w:rPr>
            </w:pPr>
            <w:r w:rsidRPr="0066634E">
              <w:rPr>
                <w:kern w:val="2"/>
                <w:sz w:val="22"/>
                <w:lang w:eastAsia="hi-IN" w:bidi="hi-IN"/>
              </w:rPr>
              <w:t>-</w:t>
            </w:r>
          </w:p>
        </w:tc>
      </w:tr>
      <w:tr w:rsidR="00C00B61" w:rsidRPr="00C00B61" w:rsidTr="004F54CD">
        <w:tc>
          <w:tcPr>
            <w:tcW w:w="6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C00B61" w:rsidRDefault="00C00B61" w:rsidP="00C00B61">
            <w:pPr>
              <w:spacing w:line="240" w:lineRule="auto"/>
              <w:rPr>
                <w:b/>
                <w:bCs/>
                <w:sz w:val="22"/>
                <w:lang w:val="ru-RU"/>
              </w:rPr>
            </w:pPr>
            <w:r w:rsidRPr="00C00B61">
              <w:rPr>
                <w:b/>
                <w:bCs/>
                <w:sz w:val="22"/>
                <w:lang w:val="ru-RU"/>
              </w:rPr>
              <w:t>Замечания и рекомендации эксперта по доработке</w:t>
            </w:r>
          </w:p>
        </w:tc>
        <w:tc>
          <w:tcPr>
            <w:tcW w:w="33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B61" w:rsidRPr="00C00B61" w:rsidRDefault="00C00B61" w:rsidP="00C00B61">
            <w:pPr>
              <w:suppressAutoHyphens/>
              <w:spacing w:line="240" w:lineRule="auto"/>
              <w:rPr>
                <w:kern w:val="2"/>
                <w:sz w:val="22"/>
                <w:lang w:val="ru-RU" w:eastAsia="hi-IN" w:bidi="hi-IN"/>
              </w:rPr>
            </w:pPr>
            <w:r w:rsidRPr="00C00B61">
              <w:rPr>
                <w:sz w:val="22"/>
                <w:lang w:val="ru-RU"/>
              </w:rPr>
              <w:t>Замечаний и рекомендаций по доработке ФОС нет.</w:t>
            </w:r>
          </w:p>
        </w:tc>
      </w:tr>
    </w:tbl>
    <w:p w:rsidR="00C00B61" w:rsidRPr="00C00B61" w:rsidRDefault="00C00B61" w:rsidP="00C00B61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b/>
          <w:bCs/>
          <w:szCs w:val="24"/>
          <w:lang w:val="ru-RU"/>
        </w:rPr>
      </w:pPr>
    </w:p>
    <w:p w:rsidR="00C00B61" w:rsidRPr="00C00B61" w:rsidRDefault="00C00B61" w:rsidP="00C00B6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  <w:lang w:val="ru-RU"/>
        </w:rPr>
      </w:pPr>
      <w:r w:rsidRPr="00C00B61">
        <w:rPr>
          <w:szCs w:val="24"/>
          <w:lang w:val="ru-RU"/>
        </w:rPr>
        <w:t xml:space="preserve"> </w:t>
      </w:r>
    </w:p>
    <w:p w:rsidR="00C00B61" w:rsidRPr="00C00B61" w:rsidRDefault="00C00B61" w:rsidP="00C00B6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b/>
          <w:szCs w:val="24"/>
          <w:lang w:val="ru-RU"/>
        </w:rPr>
      </w:pPr>
      <w:r w:rsidRPr="00C00B61">
        <w:rPr>
          <w:szCs w:val="24"/>
          <w:lang w:val="ru-RU"/>
        </w:rPr>
        <w:t xml:space="preserve"> </w:t>
      </w:r>
      <w:r w:rsidRPr="00C00B61">
        <w:rPr>
          <w:b/>
          <w:szCs w:val="24"/>
          <w:lang w:val="ru-RU"/>
        </w:rPr>
        <w:t>Эксперты:</w:t>
      </w:r>
    </w:p>
    <w:p w:rsidR="00C00B61" w:rsidRPr="00C00B61" w:rsidRDefault="00C00B61" w:rsidP="00C00B6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  <w:lang w:val="ru-RU"/>
        </w:rPr>
      </w:pPr>
    </w:p>
    <w:p w:rsidR="00C00B61" w:rsidRPr="00C00B61" w:rsidRDefault="00C00B61" w:rsidP="00C00B6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  <w:lang w:val="ru-RU"/>
        </w:rPr>
      </w:pPr>
    </w:p>
    <w:p w:rsidR="00C00B61" w:rsidRPr="00C00B61" w:rsidRDefault="00C00B61" w:rsidP="00C00B6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  <w:lang w:val="ru-RU"/>
        </w:rPr>
      </w:pPr>
      <w:r w:rsidRPr="00C00B61">
        <w:rPr>
          <w:szCs w:val="24"/>
          <w:lang w:val="ru-RU"/>
        </w:rPr>
        <w:t xml:space="preserve">С.А. Зеньков, к.т.н., доцент, </w:t>
      </w:r>
      <w:r w:rsidRPr="00C00B61">
        <w:rPr>
          <w:szCs w:val="24"/>
          <w:lang w:val="ru-RU"/>
        </w:rPr>
        <w:tab/>
        <w:t xml:space="preserve"> заведующий кафедрой </w:t>
      </w:r>
      <w:r w:rsidRPr="00C00B61">
        <w:rPr>
          <w:bCs/>
          <w:szCs w:val="24"/>
          <w:lang w:val="ru-RU"/>
        </w:rPr>
        <w:t>подъемно-транспортные, строительные, дорожные машины и оборудование</w:t>
      </w:r>
      <w:r w:rsidRPr="00C00B61">
        <w:rPr>
          <w:szCs w:val="24"/>
          <w:lang w:val="ru-RU"/>
        </w:rPr>
        <w:t xml:space="preserve"> _______________</w:t>
      </w:r>
    </w:p>
    <w:p w:rsidR="00C00B61" w:rsidRPr="00C00B61" w:rsidRDefault="00C00B61" w:rsidP="00C00B61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b/>
          <w:bCs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Pr="00C00B61" w:rsidRDefault="00C00B61" w:rsidP="00C00B61">
      <w:pPr>
        <w:widowControl w:val="0"/>
        <w:overflowPunct w:val="0"/>
        <w:autoSpaceDE w:val="0"/>
        <w:autoSpaceDN w:val="0"/>
        <w:adjustRightInd w:val="0"/>
        <w:spacing w:line="240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  <w:r w:rsidRPr="00C00B61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lastRenderedPageBreak/>
        <w:t>ПРОТОКОЛ О ДОПОЛНЕНИЯХ И ИЗМЕНЕНИЯХ В ФОС</w:t>
      </w:r>
    </w:p>
    <w:p w:rsidR="00C00B61" w:rsidRPr="00C00B61" w:rsidRDefault="00C00B61" w:rsidP="00C00B61">
      <w:pPr>
        <w:widowControl w:val="0"/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</w:p>
    <w:p w:rsidR="00C00B61" w:rsidRPr="00C00B61" w:rsidRDefault="00C00B61" w:rsidP="00C00B61">
      <w:pPr>
        <w:widowControl w:val="0"/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  <w:r w:rsidRPr="00C00B61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>Протокол о дополнениях и изменениях в ФОС</w:t>
      </w:r>
    </w:p>
    <w:p w:rsidR="00C00B61" w:rsidRPr="00C00B61" w:rsidRDefault="00C00B61" w:rsidP="00C00B61">
      <w:pPr>
        <w:widowControl w:val="0"/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  <w:r w:rsidRPr="00C00B61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 xml:space="preserve">на  </w:t>
      </w:r>
      <w:r w:rsidRPr="00C00B61">
        <w:rPr>
          <w:rFonts w:ascii="Time Roman" w:eastAsia="Times New Roman" w:hAnsi="Time Roman" w:cs="Arial"/>
          <w:bCs/>
          <w:iCs/>
          <w:szCs w:val="24"/>
          <w:lang w:val="ru-RU" w:eastAsia="ru-RU"/>
        </w:rPr>
        <w:t xml:space="preserve"> </w:t>
      </w:r>
      <w:r w:rsidRPr="00C00B61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>20___-20__</w:t>
      </w:r>
      <w:proofErr w:type="gramStart"/>
      <w:r w:rsidRPr="00C00B61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 xml:space="preserve">_ </w:t>
      </w:r>
      <w:r w:rsidRPr="00C00B61">
        <w:rPr>
          <w:rFonts w:ascii="Time Roman" w:eastAsia="Times New Roman" w:hAnsi="Time Roman" w:cs="Arial"/>
          <w:bCs/>
          <w:iCs/>
          <w:szCs w:val="24"/>
          <w:lang w:val="ru-RU" w:eastAsia="ru-RU"/>
        </w:rPr>
        <w:t xml:space="preserve"> </w:t>
      </w:r>
      <w:r w:rsidRPr="00C00B61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>учебный</w:t>
      </w:r>
      <w:proofErr w:type="gramEnd"/>
      <w:r w:rsidRPr="00C00B61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 xml:space="preserve"> год</w:t>
      </w:r>
    </w:p>
    <w:p w:rsidR="00C00B61" w:rsidRPr="00C00B61" w:rsidRDefault="00C00B61" w:rsidP="00C00B61">
      <w:pPr>
        <w:widowControl w:val="0"/>
        <w:overflowPunct w:val="0"/>
        <w:autoSpaceDE w:val="0"/>
        <w:autoSpaceDN w:val="0"/>
        <w:adjustRightInd w:val="0"/>
        <w:spacing w:line="288" w:lineRule="auto"/>
        <w:jc w:val="right"/>
        <w:textAlignment w:val="baseline"/>
        <w:rPr>
          <w:rFonts w:ascii="Time Roman" w:eastAsia="Times New Roman" w:hAnsi="Time Roman" w:cs="Times New Roman"/>
          <w:i/>
          <w:szCs w:val="24"/>
          <w:lang w:val="ru-RU" w:eastAsia="ru-RU"/>
        </w:rPr>
      </w:pPr>
    </w:p>
    <w:p w:rsidR="00C00B61" w:rsidRPr="00C00B61" w:rsidRDefault="00C00B61" w:rsidP="00C00B61">
      <w:pPr>
        <w:widowControl w:val="0"/>
        <w:overflowPunct w:val="0"/>
        <w:autoSpaceDE w:val="0"/>
        <w:autoSpaceDN w:val="0"/>
        <w:adjustRightInd w:val="0"/>
        <w:spacing w:line="288" w:lineRule="auto"/>
        <w:ind w:left="360" w:hanging="360"/>
        <w:jc w:val="both"/>
        <w:textAlignment w:val="baseline"/>
        <w:rPr>
          <w:rFonts w:ascii="Time Roman" w:eastAsia="Times New Roman" w:hAnsi="Time Roman" w:cs="Times New Roman"/>
          <w:i/>
          <w:szCs w:val="24"/>
          <w:lang w:val="ru-RU" w:eastAsia="ru-RU"/>
        </w:rPr>
      </w:pPr>
      <w:r w:rsidRPr="00C00B61">
        <w:rPr>
          <w:rFonts w:ascii="Time Roman" w:eastAsia="Times New Roman" w:hAnsi="Time Roman" w:cs="Times New Roman"/>
          <w:b/>
          <w:szCs w:val="24"/>
          <w:lang w:val="ru-RU" w:eastAsia="ru-RU"/>
        </w:rPr>
        <w:t xml:space="preserve">1. </w:t>
      </w:r>
      <w:r w:rsidRPr="00C00B61">
        <w:rPr>
          <w:rFonts w:ascii="Time Roman" w:eastAsia="Times New Roman" w:hAnsi="Time Roman" w:cs="Times New Roman"/>
          <w:szCs w:val="24"/>
          <w:lang w:val="ru-RU" w:eastAsia="ru-RU"/>
        </w:rPr>
        <w:t>В фонд оценочных средств по дисциплине/практике вносятся следующие дополнения:</w:t>
      </w:r>
    </w:p>
    <w:p w:rsidR="00C00B61" w:rsidRPr="00C00B61" w:rsidRDefault="00C00B61" w:rsidP="00C00B61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  <w:r w:rsidRPr="00C00B61">
        <w:rPr>
          <w:rFonts w:ascii="Time Roman" w:eastAsia="Times New Roman" w:hAnsi="Time Roman" w:cs="Times New Roman"/>
          <w:szCs w:val="24"/>
          <w:lang w:val="ru-RU" w:eastAsia="ru-RU"/>
        </w:rPr>
        <w:t>_____________________________________________________________________________</w:t>
      </w:r>
    </w:p>
    <w:p w:rsidR="00C00B61" w:rsidRPr="00C00B61" w:rsidRDefault="00C00B61" w:rsidP="00C00B61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b/>
          <w:szCs w:val="24"/>
          <w:lang w:val="ru-RU" w:eastAsia="ru-RU"/>
        </w:rPr>
      </w:pPr>
      <w:r w:rsidRPr="00C00B61">
        <w:rPr>
          <w:rFonts w:ascii="Time Roman" w:eastAsia="Times New Roman" w:hAnsi="Time Roman" w:cs="Times New Roman"/>
          <w:b/>
          <w:szCs w:val="24"/>
          <w:lang w:val="ru-RU" w:eastAsia="ru-RU"/>
        </w:rPr>
        <w:t>________________________________________________________________________________</w:t>
      </w:r>
    </w:p>
    <w:p w:rsidR="00C00B61" w:rsidRPr="00C00B61" w:rsidRDefault="00C00B61" w:rsidP="00C00B61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  <w:r w:rsidRPr="00C00B61">
        <w:rPr>
          <w:rFonts w:ascii="Time Roman" w:eastAsia="Times New Roman" w:hAnsi="Time Roman" w:cs="Times New Roman"/>
          <w:b/>
          <w:szCs w:val="24"/>
          <w:lang w:val="ru-RU" w:eastAsia="ru-RU"/>
        </w:rPr>
        <w:t>2.</w:t>
      </w:r>
      <w:r w:rsidRPr="00C00B61">
        <w:rPr>
          <w:rFonts w:ascii="Time Roman" w:eastAsia="Times New Roman" w:hAnsi="Time Roman" w:cs="Times New Roman"/>
          <w:szCs w:val="24"/>
          <w:lang w:val="ru-RU"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C00B61" w:rsidRPr="00C00B61" w:rsidTr="004F54CD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00B61" w:rsidRPr="00C00B61" w:rsidRDefault="00C00B61" w:rsidP="004F54CD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Cs w:val="24"/>
                <w:lang w:val="ru-RU" w:eastAsia="ru-RU"/>
              </w:rPr>
            </w:pPr>
          </w:p>
        </w:tc>
      </w:tr>
      <w:tr w:rsidR="00C00B61" w:rsidRPr="00C00B61" w:rsidTr="004F54CD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00B61" w:rsidRPr="00C00B61" w:rsidRDefault="00C00B61" w:rsidP="004F54CD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Cs w:val="24"/>
                <w:lang w:val="ru-RU" w:eastAsia="ru-RU"/>
              </w:rPr>
            </w:pPr>
          </w:p>
        </w:tc>
      </w:tr>
      <w:tr w:rsidR="00C00B61" w:rsidRPr="00C00B61" w:rsidTr="004F54CD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00B61" w:rsidRPr="00C00B61" w:rsidRDefault="00C00B61" w:rsidP="004F54CD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Cs w:val="24"/>
                <w:lang w:val="ru-RU" w:eastAsia="ru-RU"/>
              </w:rPr>
            </w:pPr>
          </w:p>
        </w:tc>
      </w:tr>
    </w:tbl>
    <w:p w:rsidR="00C00B61" w:rsidRPr="00C00B61" w:rsidRDefault="00C00B61" w:rsidP="00C00B61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</w:p>
    <w:p w:rsidR="00C00B61" w:rsidRPr="00C00B61" w:rsidRDefault="00C00B61" w:rsidP="00C00B61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</w:p>
    <w:p w:rsidR="00C00B61" w:rsidRPr="00C00B61" w:rsidRDefault="00C00B61" w:rsidP="00C00B61">
      <w:pPr>
        <w:widowControl w:val="0"/>
        <w:overflowPunct w:val="0"/>
        <w:autoSpaceDE w:val="0"/>
        <w:autoSpaceDN w:val="0"/>
        <w:adjustRightInd w:val="0"/>
        <w:spacing w:line="288" w:lineRule="auto"/>
        <w:textAlignment w:val="baseline"/>
        <w:outlineLvl w:val="2"/>
        <w:rPr>
          <w:rFonts w:ascii="Time Roman" w:eastAsia="Times New Roman" w:hAnsi="Time Roman" w:cs="Arial"/>
          <w:bCs/>
          <w:szCs w:val="24"/>
          <w:lang w:val="ru-RU" w:eastAsia="ru-RU"/>
        </w:rPr>
      </w:pPr>
      <w:proofErr w:type="gramStart"/>
      <w:r w:rsidRPr="00C00B61">
        <w:rPr>
          <w:rFonts w:ascii="Time Roman" w:eastAsia="Times New Roman" w:hAnsi="Time Roman" w:cs="Arial"/>
          <w:bCs/>
          <w:szCs w:val="24"/>
          <w:lang w:val="ru-RU" w:eastAsia="ru-RU"/>
        </w:rPr>
        <w:t>Протокол  заседания</w:t>
      </w:r>
      <w:proofErr w:type="gramEnd"/>
      <w:r w:rsidRPr="00C00B61">
        <w:rPr>
          <w:rFonts w:ascii="Time Roman" w:eastAsia="Times New Roman" w:hAnsi="Time Roman" w:cs="Arial"/>
          <w:bCs/>
          <w:szCs w:val="24"/>
          <w:lang w:val="ru-RU" w:eastAsia="ru-RU"/>
        </w:rPr>
        <w:t xml:space="preserve"> кафедры </w:t>
      </w:r>
      <w:r w:rsidRPr="00C00B61">
        <w:rPr>
          <w:rFonts w:eastAsia="Times New Roman" w:cs="Times New Roman"/>
          <w:bCs/>
          <w:szCs w:val="24"/>
          <w:lang w:val="ru-RU" w:eastAsia="ru-RU"/>
        </w:rPr>
        <w:t>№</w:t>
      </w:r>
      <w:r w:rsidRPr="00C00B61">
        <w:rPr>
          <w:rFonts w:ascii="Time Roman" w:eastAsia="Times New Roman" w:hAnsi="Time Roman" w:cs="Arial"/>
          <w:bCs/>
          <w:szCs w:val="24"/>
          <w:lang w:val="ru-RU" w:eastAsia="ru-RU"/>
        </w:rPr>
        <w:t xml:space="preserve">____ от «___» __________ 20 ___ г., </w:t>
      </w:r>
    </w:p>
    <w:p w:rsidR="00C00B61" w:rsidRPr="00C00B61" w:rsidRDefault="00C00B61" w:rsidP="00C00B61">
      <w:pPr>
        <w:widowControl w:val="0"/>
        <w:overflowPunct w:val="0"/>
        <w:autoSpaceDE w:val="0"/>
        <w:autoSpaceDN w:val="0"/>
        <w:adjustRightInd w:val="0"/>
        <w:spacing w:line="288" w:lineRule="auto"/>
        <w:ind w:firstLine="708"/>
        <w:jc w:val="both"/>
        <w:textAlignment w:val="baseline"/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</w:pPr>
      <w:r w:rsidRPr="00C00B61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 xml:space="preserve">                    (разработчик)</w:t>
      </w:r>
    </w:p>
    <w:p w:rsidR="00C00B61" w:rsidRPr="00C00B61" w:rsidRDefault="00C00B61" w:rsidP="00C00B61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vertAlign w:val="superscript"/>
          <w:lang w:val="ru-RU" w:eastAsia="ru-RU"/>
        </w:rPr>
      </w:pPr>
    </w:p>
    <w:p w:rsidR="00C00B61" w:rsidRPr="00C00B61" w:rsidRDefault="00C00B61" w:rsidP="00C00B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  <w:r w:rsidRPr="00C00B61">
        <w:rPr>
          <w:rFonts w:ascii="Time Roman" w:eastAsia="Times New Roman" w:hAnsi="Time Roman" w:cs="Times New Roman"/>
          <w:szCs w:val="24"/>
          <w:lang w:val="ru-RU" w:eastAsia="ru-RU"/>
        </w:rPr>
        <w:t xml:space="preserve">Заведующий </w:t>
      </w:r>
      <w:proofErr w:type="gramStart"/>
      <w:r w:rsidRPr="00C00B61">
        <w:rPr>
          <w:rFonts w:ascii="Time Roman" w:eastAsia="Times New Roman" w:hAnsi="Time Roman" w:cs="Times New Roman"/>
          <w:szCs w:val="24"/>
          <w:lang w:val="ru-RU" w:eastAsia="ru-RU"/>
        </w:rPr>
        <w:t>кафедрой  _</w:t>
      </w:r>
      <w:proofErr w:type="gramEnd"/>
      <w:r w:rsidRPr="00C00B61">
        <w:rPr>
          <w:rFonts w:ascii="Time Roman" w:eastAsia="Times New Roman" w:hAnsi="Time Roman" w:cs="Times New Roman"/>
          <w:szCs w:val="24"/>
          <w:lang w:val="ru-RU" w:eastAsia="ru-RU"/>
        </w:rPr>
        <w:t xml:space="preserve">____________________  </w:t>
      </w:r>
      <w:r w:rsidRPr="00C00B61">
        <w:rPr>
          <w:rFonts w:ascii="Time Roman" w:eastAsia="Times New Roman" w:hAnsi="Time Roman" w:cs="Times New Roman"/>
          <w:szCs w:val="24"/>
          <w:lang w:val="ru-RU" w:eastAsia="ru-RU"/>
        </w:rPr>
        <w:tab/>
      </w:r>
      <w:r w:rsidRPr="00C00B61">
        <w:rPr>
          <w:rFonts w:ascii="Time Roman" w:eastAsia="Times New Roman" w:hAnsi="Time Roman" w:cs="Times New Roman"/>
          <w:szCs w:val="24"/>
          <w:lang w:val="ru-RU" w:eastAsia="ru-RU"/>
        </w:rPr>
        <w:tab/>
        <w:t>______________________</w:t>
      </w:r>
    </w:p>
    <w:p w:rsidR="00C00B61" w:rsidRPr="00C00B61" w:rsidRDefault="00C00B61" w:rsidP="00C00B61">
      <w:pPr>
        <w:widowControl w:val="0"/>
        <w:overflowPunct w:val="0"/>
        <w:autoSpaceDE w:val="0"/>
        <w:autoSpaceDN w:val="0"/>
        <w:adjustRightInd w:val="0"/>
        <w:spacing w:line="288" w:lineRule="auto"/>
        <w:ind w:left="2124" w:firstLine="708"/>
        <w:jc w:val="both"/>
        <w:textAlignment w:val="baseline"/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</w:pPr>
      <w:r w:rsidRPr="00C00B61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>(</w:t>
      </w:r>
      <w:proofErr w:type="gramStart"/>
      <w:r w:rsidRPr="00C00B61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 xml:space="preserve">подпись)  </w:t>
      </w:r>
      <w:r w:rsidRPr="00C00B61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</w:r>
      <w:proofErr w:type="gramEnd"/>
      <w:r w:rsidRPr="00C00B61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</w:r>
      <w:r w:rsidRPr="00C00B61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</w:r>
      <w:r w:rsidRPr="00C00B61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</w:r>
      <w:r w:rsidRPr="00C00B61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  <w:t xml:space="preserve">      (Ф.И.О.)</w:t>
      </w:r>
    </w:p>
    <w:p w:rsidR="00C00B61" w:rsidRPr="00C00B61" w:rsidRDefault="00C00B61" w:rsidP="00C00B61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</w:p>
    <w:p w:rsidR="00C00B61" w:rsidRPr="00C00B61" w:rsidRDefault="00C00B61" w:rsidP="00C00B61">
      <w:pPr>
        <w:tabs>
          <w:tab w:val="left" w:pos="2295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cs="Times New Roman"/>
          <w:lang w:val="ru-RU"/>
        </w:rPr>
      </w:pPr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  <w:bookmarkStart w:id="1" w:name="_GoBack"/>
      <w:bookmarkEnd w:id="1"/>
    </w:p>
    <w:p w:rsidR="00C00B61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p w:rsidR="00C00B61" w:rsidRPr="006136AF" w:rsidRDefault="00C00B61" w:rsidP="00C00B61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</w:pPr>
    </w:p>
    <w:sectPr w:rsidR="00C00B61" w:rsidRPr="006136AF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946EEC"/>
    <w:multiLevelType w:val="hybridMultilevel"/>
    <w:tmpl w:val="BE2074BA"/>
    <w:lvl w:ilvl="0" w:tplc="A014A20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41596A"/>
    <w:multiLevelType w:val="hybridMultilevel"/>
    <w:tmpl w:val="13AE3806"/>
    <w:lvl w:ilvl="0" w:tplc="97621702">
      <w:start w:val="6"/>
      <w:numFmt w:val="decimal"/>
      <w:lvlText w:val="%1."/>
      <w:lvlJc w:val="left"/>
      <w:pPr>
        <w:ind w:left="720" w:hanging="360"/>
      </w:pPr>
      <w:rPr>
        <w:rFonts w:hint="default"/>
        <w:color w:val="333333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961CF"/>
    <w:multiLevelType w:val="hybridMultilevel"/>
    <w:tmpl w:val="F690B5D8"/>
    <w:lvl w:ilvl="0" w:tplc="88FCA11C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333333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986EBE"/>
    <w:multiLevelType w:val="hybridMultilevel"/>
    <w:tmpl w:val="F22401C2"/>
    <w:lvl w:ilvl="0" w:tplc="A7F03EF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B740CB1"/>
    <w:multiLevelType w:val="hybridMultilevel"/>
    <w:tmpl w:val="135E5CA6"/>
    <w:lvl w:ilvl="0" w:tplc="A014A20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BF566B"/>
    <w:multiLevelType w:val="hybridMultilevel"/>
    <w:tmpl w:val="FF88ABFE"/>
    <w:lvl w:ilvl="0" w:tplc="A014A20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DC186E"/>
    <w:multiLevelType w:val="hybridMultilevel"/>
    <w:tmpl w:val="E19CD86A"/>
    <w:lvl w:ilvl="0" w:tplc="F9A4AE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E51D5B"/>
    <w:multiLevelType w:val="hybridMultilevel"/>
    <w:tmpl w:val="1E18C348"/>
    <w:lvl w:ilvl="0" w:tplc="E584935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1A3776CD"/>
    <w:multiLevelType w:val="hybridMultilevel"/>
    <w:tmpl w:val="513C0330"/>
    <w:lvl w:ilvl="0" w:tplc="C794EFE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1B0D32"/>
    <w:multiLevelType w:val="hybridMultilevel"/>
    <w:tmpl w:val="E0DE2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D43D29"/>
    <w:multiLevelType w:val="hybridMultilevel"/>
    <w:tmpl w:val="25664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74640E"/>
    <w:multiLevelType w:val="hybridMultilevel"/>
    <w:tmpl w:val="579EC2C8"/>
    <w:lvl w:ilvl="0" w:tplc="8C6A58E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E36BCA"/>
    <w:multiLevelType w:val="hybridMultilevel"/>
    <w:tmpl w:val="46127D3A"/>
    <w:lvl w:ilvl="0" w:tplc="A014A20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B55CEB"/>
    <w:multiLevelType w:val="hybridMultilevel"/>
    <w:tmpl w:val="F3523112"/>
    <w:lvl w:ilvl="0" w:tplc="A014A20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BF67DD"/>
    <w:multiLevelType w:val="hybridMultilevel"/>
    <w:tmpl w:val="8858315E"/>
    <w:lvl w:ilvl="0" w:tplc="FFFFFFFF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29A84412"/>
    <w:multiLevelType w:val="hybridMultilevel"/>
    <w:tmpl w:val="522863D2"/>
    <w:lvl w:ilvl="0" w:tplc="E27C505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9B24287"/>
    <w:multiLevelType w:val="hybridMultilevel"/>
    <w:tmpl w:val="F94694B0"/>
    <w:lvl w:ilvl="0" w:tplc="1A7A2A5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4F7AD0"/>
    <w:multiLevelType w:val="hybridMultilevel"/>
    <w:tmpl w:val="59EE8DC8"/>
    <w:lvl w:ilvl="0" w:tplc="A014A20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0D4171"/>
    <w:multiLevelType w:val="hybridMultilevel"/>
    <w:tmpl w:val="96EC5A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A919D3"/>
    <w:multiLevelType w:val="hybridMultilevel"/>
    <w:tmpl w:val="D05AA35A"/>
    <w:lvl w:ilvl="0" w:tplc="5F7CA58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4C34A67"/>
    <w:multiLevelType w:val="hybridMultilevel"/>
    <w:tmpl w:val="490CD23C"/>
    <w:lvl w:ilvl="0" w:tplc="A014A20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51C84"/>
    <w:multiLevelType w:val="hybridMultilevel"/>
    <w:tmpl w:val="057CC2D8"/>
    <w:lvl w:ilvl="0" w:tplc="461C13A2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4E1E41"/>
    <w:multiLevelType w:val="hybridMultilevel"/>
    <w:tmpl w:val="B0C4E024"/>
    <w:lvl w:ilvl="0" w:tplc="A96652E8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ACA1F6A"/>
    <w:multiLevelType w:val="hybridMultilevel"/>
    <w:tmpl w:val="D632FA62"/>
    <w:lvl w:ilvl="0" w:tplc="1A7A2A5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E92134"/>
    <w:multiLevelType w:val="hybridMultilevel"/>
    <w:tmpl w:val="92AEC816"/>
    <w:lvl w:ilvl="0" w:tplc="951A765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6F6F03"/>
    <w:multiLevelType w:val="hybridMultilevel"/>
    <w:tmpl w:val="197CF83E"/>
    <w:lvl w:ilvl="0" w:tplc="FF84109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5A8777C"/>
    <w:multiLevelType w:val="hybridMultilevel"/>
    <w:tmpl w:val="DC9E2A62"/>
    <w:lvl w:ilvl="0" w:tplc="A014A20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B833FC"/>
    <w:multiLevelType w:val="multilevel"/>
    <w:tmpl w:val="1D4C7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74E5047"/>
    <w:multiLevelType w:val="hybridMultilevel"/>
    <w:tmpl w:val="25664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97F6217"/>
    <w:multiLevelType w:val="hybridMultilevel"/>
    <w:tmpl w:val="25D856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9C267E5"/>
    <w:multiLevelType w:val="hybridMultilevel"/>
    <w:tmpl w:val="96EC5A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DFF0244"/>
    <w:multiLevelType w:val="hybridMultilevel"/>
    <w:tmpl w:val="E6D41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08414A4"/>
    <w:multiLevelType w:val="hybridMultilevel"/>
    <w:tmpl w:val="7062BCE0"/>
    <w:lvl w:ilvl="0" w:tplc="6D4435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446D3A"/>
    <w:multiLevelType w:val="hybridMultilevel"/>
    <w:tmpl w:val="A1EA2E32"/>
    <w:lvl w:ilvl="0" w:tplc="A014A20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A7A4D5E"/>
    <w:multiLevelType w:val="hybridMultilevel"/>
    <w:tmpl w:val="8E5491E6"/>
    <w:lvl w:ilvl="0" w:tplc="424E1D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E0C3839"/>
    <w:multiLevelType w:val="hybridMultilevel"/>
    <w:tmpl w:val="B0C4E024"/>
    <w:lvl w:ilvl="0" w:tplc="A96652E8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A87EF6"/>
    <w:multiLevelType w:val="hybridMultilevel"/>
    <w:tmpl w:val="11DC9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3B6048A"/>
    <w:multiLevelType w:val="hybridMultilevel"/>
    <w:tmpl w:val="085E58CC"/>
    <w:lvl w:ilvl="0" w:tplc="A014A20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216F10"/>
    <w:multiLevelType w:val="hybridMultilevel"/>
    <w:tmpl w:val="6A3CD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D790257"/>
    <w:multiLevelType w:val="hybridMultilevel"/>
    <w:tmpl w:val="469C22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F5F5847"/>
    <w:multiLevelType w:val="hybridMultilevel"/>
    <w:tmpl w:val="D6620622"/>
    <w:lvl w:ilvl="0" w:tplc="A014A20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11B7AAD"/>
    <w:multiLevelType w:val="hybridMultilevel"/>
    <w:tmpl w:val="18D28EDC"/>
    <w:lvl w:ilvl="0" w:tplc="E23A569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333333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362548D"/>
    <w:multiLevelType w:val="hybridMultilevel"/>
    <w:tmpl w:val="C41AAD7A"/>
    <w:lvl w:ilvl="0" w:tplc="BC163A6C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F560B6"/>
    <w:multiLevelType w:val="hybridMultilevel"/>
    <w:tmpl w:val="6108070E"/>
    <w:lvl w:ilvl="0" w:tplc="A014A20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DAF6FB1"/>
    <w:multiLevelType w:val="hybridMultilevel"/>
    <w:tmpl w:val="4E3A6CE4"/>
    <w:lvl w:ilvl="0" w:tplc="D756BF64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13"/>
  </w:num>
  <w:num w:numId="8">
    <w:abstractNumId w:val="45"/>
  </w:num>
  <w:num w:numId="9">
    <w:abstractNumId w:val="36"/>
  </w:num>
  <w:num w:numId="10">
    <w:abstractNumId w:val="42"/>
  </w:num>
  <w:num w:numId="11">
    <w:abstractNumId w:val="15"/>
  </w:num>
  <w:num w:numId="12">
    <w:abstractNumId w:val="34"/>
  </w:num>
  <w:num w:numId="13">
    <w:abstractNumId w:val="12"/>
  </w:num>
  <w:num w:numId="14">
    <w:abstractNumId w:val="24"/>
  </w:num>
  <w:num w:numId="15">
    <w:abstractNumId w:val="20"/>
  </w:num>
  <w:num w:numId="16">
    <w:abstractNumId w:val="37"/>
  </w:num>
  <w:num w:numId="17">
    <w:abstractNumId w:val="16"/>
  </w:num>
  <w:num w:numId="18">
    <w:abstractNumId w:val="35"/>
  </w:num>
  <w:num w:numId="19">
    <w:abstractNumId w:val="9"/>
  </w:num>
  <w:num w:numId="20">
    <w:abstractNumId w:val="21"/>
  </w:num>
  <w:num w:numId="21">
    <w:abstractNumId w:val="25"/>
  </w:num>
  <w:num w:numId="22">
    <w:abstractNumId w:val="31"/>
  </w:num>
  <w:num w:numId="23">
    <w:abstractNumId w:val="41"/>
  </w:num>
  <w:num w:numId="24">
    <w:abstractNumId w:val="28"/>
  </w:num>
  <w:num w:numId="25">
    <w:abstractNumId w:val="14"/>
  </w:num>
  <w:num w:numId="26">
    <w:abstractNumId w:val="44"/>
  </w:num>
  <w:num w:numId="27">
    <w:abstractNumId w:val="30"/>
  </w:num>
  <w:num w:numId="28">
    <w:abstractNumId w:val="18"/>
  </w:num>
  <w:num w:numId="29">
    <w:abstractNumId w:val="22"/>
  </w:num>
  <w:num w:numId="30">
    <w:abstractNumId w:val="29"/>
  </w:num>
  <w:num w:numId="31">
    <w:abstractNumId w:val="33"/>
  </w:num>
  <w:num w:numId="32">
    <w:abstractNumId w:val="11"/>
  </w:num>
  <w:num w:numId="33">
    <w:abstractNumId w:val="39"/>
  </w:num>
  <w:num w:numId="34">
    <w:abstractNumId w:val="10"/>
  </w:num>
  <w:num w:numId="35">
    <w:abstractNumId w:val="49"/>
  </w:num>
  <w:num w:numId="36">
    <w:abstractNumId w:val="23"/>
  </w:num>
  <w:num w:numId="37">
    <w:abstractNumId w:val="6"/>
  </w:num>
  <w:num w:numId="38">
    <w:abstractNumId w:val="32"/>
  </w:num>
  <w:num w:numId="39">
    <w:abstractNumId w:val="19"/>
  </w:num>
  <w:num w:numId="40">
    <w:abstractNumId w:val="46"/>
  </w:num>
  <w:num w:numId="41">
    <w:abstractNumId w:val="26"/>
  </w:num>
  <w:num w:numId="42">
    <w:abstractNumId w:val="43"/>
  </w:num>
  <w:num w:numId="43">
    <w:abstractNumId w:val="48"/>
  </w:num>
  <w:num w:numId="44">
    <w:abstractNumId w:val="7"/>
  </w:num>
  <w:num w:numId="45">
    <w:abstractNumId w:val="50"/>
  </w:num>
  <w:num w:numId="46">
    <w:abstractNumId w:val="8"/>
  </w:num>
  <w:num w:numId="47">
    <w:abstractNumId w:val="17"/>
  </w:num>
  <w:num w:numId="48">
    <w:abstractNumId w:val="40"/>
  </w:num>
  <w:num w:numId="49">
    <w:abstractNumId w:val="27"/>
  </w:num>
  <w:num w:numId="50">
    <w:abstractNumId w:val="47"/>
  </w:num>
  <w:num w:numId="51">
    <w:abstractNumId w:val="3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7E28"/>
    <w:rsid w:val="0015074B"/>
    <w:rsid w:val="0029639D"/>
    <w:rsid w:val="00326F90"/>
    <w:rsid w:val="003E175B"/>
    <w:rsid w:val="006136AF"/>
    <w:rsid w:val="006F64ED"/>
    <w:rsid w:val="00A72C33"/>
    <w:rsid w:val="00AA1D8D"/>
    <w:rsid w:val="00B47730"/>
    <w:rsid w:val="00C00B6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52"/>
    <o:shapelayout v:ext="edit">
      <o:idmap v:ext="edit" data="1"/>
    </o:shapelayout>
  </w:shapeDefaults>
  <w:decimalSymbol w:val=","/>
  <w:listSeparator w:val=";"/>
  <w14:defaultImageDpi w14:val="300"/>
  <w15:docId w15:val="{8808CA6B-0CBE-47F0-B0DD-BC8A3FCFB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41">
    <w:name w:val="Основной текст (4)_"/>
    <w:link w:val="410"/>
    <w:rsid w:val="006136AF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1"/>
    <w:link w:val="41"/>
    <w:rsid w:val="006136AF"/>
    <w:pPr>
      <w:widowControl w:val="0"/>
      <w:shd w:val="clear" w:color="auto" w:fill="FFFFFF"/>
      <w:spacing w:before="120" w:line="236" w:lineRule="exact"/>
      <w:ind w:hanging="1180"/>
      <w:jc w:val="both"/>
    </w:pPr>
    <w:rPr>
      <w:rFonts w:asciiTheme="minorHAnsi" w:hAnsiTheme="minorHAnsi"/>
      <w:b/>
      <w:bCs/>
      <w:i/>
      <w:iCs/>
      <w:sz w:val="22"/>
      <w:shd w:val="clear" w:color="auto" w:fill="FFFFFF"/>
    </w:rPr>
  </w:style>
  <w:style w:type="paragraph" w:styleId="aff8">
    <w:name w:val="Normal (Web)"/>
    <w:basedOn w:val="a1"/>
    <w:uiPriority w:val="99"/>
    <w:rsid w:val="006136A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styleId="aff9">
    <w:name w:val="Hyperlink"/>
    <w:rsid w:val="006136AF"/>
    <w:rPr>
      <w:color w:val="0000FF"/>
      <w:u w:val="single"/>
    </w:rPr>
  </w:style>
  <w:style w:type="paragraph" w:customStyle="1" w:styleId="14">
    <w:name w:val="Обычный1"/>
    <w:rsid w:val="006136A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paragraph" w:customStyle="1" w:styleId="Default">
    <w:name w:val="Default"/>
    <w:rsid w:val="003E175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63" Type="http://schemas.openxmlformats.org/officeDocument/2006/relationships/image" Target="media/image56.png"/><Relationship Id="rId84" Type="http://schemas.openxmlformats.org/officeDocument/2006/relationships/image" Target="media/image77.png"/><Relationship Id="rId138" Type="http://schemas.openxmlformats.org/officeDocument/2006/relationships/image" Target="media/image131.jpeg"/><Relationship Id="rId159" Type="http://schemas.openxmlformats.org/officeDocument/2006/relationships/image" Target="media/image152.png"/><Relationship Id="rId170" Type="http://schemas.openxmlformats.org/officeDocument/2006/relationships/image" Target="media/image163.png"/><Relationship Id="rId107" Type="http://schemas.openxmlformats.org/officeDocument/2006/relationships/image" Target="media/image100.jpeg"/><Relationship Id="rId11" Type="http://schemas.openxmlformats.org/officeDocument/2006/relationships/image" Target="media/image5.wmf"/><Relationship Id="rId32" Type="http://schemas.openxmlformats.org/officeDocument/2006/relationships/image" Target="media/image25.png"/><Relationship Id="rId53" Type="http://schemas.openxmlformats.org/officeDocument/2006/relationships/image" Target="media/image46.png"/><Relationship Id="rId74" Type="http://schemas.openxmlformats.org/officeDocument/2006/relationships/image" Target="media/image67.png"/><Relationship Id="rId128" Type="http://schemas.openxmlformats.org/officeDocument/2006/relationships/image" Target="media/image121.png"/><Relationship Id="rId149" Type="http://schemas.openxmlformats.org/officeDocument/2006/relationships/image" Target="media/image142.jpeg"/><Relationship Id="rId5" Type="http://schemas.openxmlformats.org/officeDocument/2006/relationships/webSettings" Target="webSettings.xml"/><Relationship Id="rId95" Type="http://schemas.openxmlformats.org/officeDocument/2006/relationships/image" Target="media/image88.jpeg"/><Relationship Id="rId160" Type="http://schemas.openxmlformats.org/officeDocument/2006/relationships/image" Target="media/image153.png"/><Relationship Id="rId181" Type="http://schemas.openxmlformats.org/officeDocument/2006/relationships/image" Target="media/image174.png"/><Relationship Id="rId22" Type="http://schemas.openxmlformats.org/officeDocument/2006/relationships/image" Target="media/image15.jpeg"/><Relationship Id="rId43" Type="http://schemas.openxmlformats.org/officeDocument/2006/relationships/image" Target="media/image36.png"/><Relationship Id="rId64" Type="http://schemas.openxmlformats.org/officeDocument/2006/relationships/image" Target="media/image57.png"/><Relationship Id="rId118" Type="http://schemas.openxmlformats.org/officeDocument/2006/relationships/image" Target="media/image111.png"/><Relationship Id="rId139" Type="http://schemas.openxmlformats.org/officeDocument/2006/relationships/image" Target="media/image132.jpeg"/><Relationship Id="rId85" Type="http://schemas.openxmlformats.org/officeDocument/2006/relationships/image" Target="media/image78.png"/><Relationship Id="rId150" Type="http://schemas.openxmlformats.org/officeDocument/2006/relationships/image" Target="media/image143.jpeg"/><Relationship Id="rId171" Type="http://schemas.openxmlformats.org/officeDocument/2006/relationships/image" Target="media/image164.png"/><Relationship Id="rId12" Type="http://schemas.openxmlformats.org/officeDocument/2006/relationships/oleObject" Target="embeddings/oleObject1.bin"/><Relationship Id="rId33" Type="http://schemas.openxmlformats.org/officeDocument/2006/relationships/image" Target="media/image26.png"/><Relationship Id="rId108" Type="http://schemas.openxmlformats.org/officeDocument/2006/relationships/image" Target="media/image101.jpeg"/><Relationship Id="rId129" Type="http://schemas.openxmlformats.org/officeDocument/2006/relationships/image" Target="media/image122.jpeg"/><Relationship Id="rId54" Type="http://schemas.openxmlformats.org/officeDocument/2006/relationships/image" Target="media/image47.png"/><Relationship Id="rId75" Type="http://schemas.openxmlformats.org/officeDocument/2006/relationships/image" Target="media/image68.png"/><Relationship Id="rId96" Type="http://schemas.openxmlformats.org/officeDocument/2006/relationships/image" Target="media/image89.png"/><Relationship Id="rId140" Type="http://schemas.openxmlformats.org/officeDocument/2006/relationships/image" Target="media/image133.png"/><Relationship Id="rId161" Type="http://schemas.openxmlformats.org/officeDocument/2006/relationships/image" Target="media/image154.png"/><Relationship Id="rId182" Type="http://schemas.openxmlformats.org/officeDocument/2006/relationships/image" Target="media/image175.png"/><Relationship Id="rId6" Type="http://schemas.openxmlformats.org/officeDocument/2006/relationships/hyperlink" Target="https://kursoviks.com.ua/nauchnye-raboty/samostoyatelnaya-rabota" TargetMode="External"/><Relationship Id="rId23" Type="http://schemas.openxmlformats.org/officeDocument/2006/relationships/image" Target="media/image16.png"/><Relationship Id="rId119" Type="http://schemas.openxmlformats.org/officeDocument/2006/relationships/image" Target="media/image112.png"/><Relationship Id="rId44" Type="http://schemas.openxmlformats.org/officeDocument/2006/relationships/image" Target="media/image37.png"/><Relationship Id="rId65" Type="http://schemas.openxmlformats.org/officeDocument/2006/relationships/image" Target="media/image58.png"/><Relationship Id="rId86" Type="http://schemas.openxmlformats.org/officeDocument/2006/relationships/image" Target="media/image79.png"/><Relationship Id="rId130" Type="http://schemas.openxmlformats.org/officeDocument/2006/relationships/image" Target="media/image123.jpeg"/><Relationship Id="rId151" Type="http://schemas.openxmlformats.org/officeDocument/2006/relationships/image" Target="media/image144.jpeg"/><Relationship Id="rId172" Type="http://schemas.openxmlformats.org/officeDocument/2006/relationships/image" Target="media/image165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png"/><Relationship Id="rId109" Type="http://schemas.openxmlformats.org/officeDocument/2006/relationships/image" Target="media/image102.jpe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jpeg"/><Relationship Id="rId120" Type="http://schemas.openxmlformats.org/officeDocument/2006/relationships/image" Target="media/image113.png"/><Relationship Id="rId125" Type="http://schemas.openxmlformats.org/officeDocument/2006/relationships/image" Target="media/image118.png"/><Relationship Id="rId141" Type="http://schemas.openxmlformats.org/officeDocument/2006/relationships/image" Target="media/image134.png"/><Relationship Id="rId146" Type="http://schemas.openxmlformats.org/officeDocument/2006/relationships/image" Target="media/image139.jpeg"/><Relationship Id="rId167" Type="http://schemas.openxmlformats.org/officeDocument/2006/relationships/image" Target="media/image160.png"/><Relationship Id="rId7" Type="http://schemas.openxmlformats.org/officeDocument/2006/relationships/image" Target="media/image1.png"/><Relationship Id="rId71" Type="http://schemas.openxmlformats.org/officeDocument/2006/relationships/image" Target="media/image64.png"/><Relationship Id="rId92" Type="http://schemas.openxmlformats.org/officeDocument/2006/relationships/image" Target="media/image85.jpeg"/><Relationship Id="rId162" Type="http://schemas.openxmlformats.org/officeDocument/2006/relationships/image" Target="media/image155.png"/><Relationship Id="rId183" Type="http://schemas.openxmlformats.org/officeDocument/2006/relationships/image" Target="media/image176.pn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image" Target="media/image103.jpeg"/><Relationship Id="rId115" Type="http://schemas.openxmlformats.org/officeDocument/2006/relationships/image" Target="media/image108.png"/><Relationship Id="rId131" Type="http://schemas.openxmlformats.org/officeDocument/2006/relationships/image" Target="media/image124.jpeg"/><Relationship Id="rId136" Type="http://schemas.openxmlformats.org/officeDocument/2006/relationships/image" Target="media/image129.jpeg"/><Relationship Id="rId157" Type="http://schemas.openxmlformats.org/officeDocument/2006/relationships/image" Target="media/image150.png"/><Relationship Id="rId178" Type="http://schemas.openxmlformats.org/officeDocument/2006/relationships/image" Target="media/image171.png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52" Type="http://schemas.openxmlformats.org/officeDocument/2006/relationships/image" Target="media/image145.jpeg"/><Relationship Id="rId173" Type="http://schemas.openxmlformats.org/officeDocument/2006/relationships/image" Target="media/image166.png"/><Relationship Id="rId19" Type="http://schemas.openxmlformats.org/officeDocument/2006/relationships/image" Target="media/image12.png"/><Relationship Id="rId14" Type="http://schemas.openxmlformats.org/officeDocument/2006/relationships/image" Target="media/image7.jpe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jpeg"/><Relationship Id="rId126" Type="http://schemas.openxmlformats.org/officeDocument/2006/relationships/image" Target="media/image119.png"/><Relationship Id="rId147" Type="http://schemas.openxmlformats.org/officeDocument/2006/relationships/image" Target="media/image140.jpeg"/><Relationship Id="rId168" Type="http://schemas.openxmlformats.org/officeDocument/2006/relationships/image" Target="media/image161.jpeg"/><Relationship Id="rId8" Type="http://schemas.openxmlformats.org/officeDocument/2006/relationships/image" Target="media/image2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jpeg"/><Relationship Id="rId98" Type="http://schemas.openxmlformats.org/officeDocument/2006/relationships/image" Target="media/image91.png"/><Relationship Id="rId121" Type="http://schemas.openxmlformats.org/officeDocument/2006/relationships/image" Target="media/image114.png"/><Relationship Id="rId142" Type="http://schemas.openxmlformats.org/officeDocument/2006/relationships/image" Target="media/image135.png"/><Relationship Id="rId163" Type="http://schemas.openxmlformats.org/officeDocument/2006/relationships/image" Target="media/image156.png"/><Relationship Id="rId184" Type="http://schemas.openxmlformats.org/officeDocument/2006/relationships/image" Target="media/image177.png"/><Relationship Id="rId3" Type="http://schemas.openxmlformats.org/officeDocument/2006/relationships/styles" Target="styles.xml"/><Relationship Id="rId25" Type="http://schemas.openxmlformats.org/officeDocument/2006/relationships/image" Target="media/image18.jpeg"/><Relationship Id="rId46" Type="http://schemas.openxmlformats.org/officeDocument/2006/relationships/image" Target="media/image39.png"/><Relationship Id="rId67" Type="http://schemas.openxmlformats.org/officeDocument/2006/relationships/image" Target="media/image60.png"/><Relationship Id="rId116" Type="http://schemas.openxmlformats.org/officeDocument/2006/relationships/image" Target="media/image109.png"/><Relationship Id="rId137" Type="http://schemas.openxmlformats.org/officeDocument/2006/relationships/image" Target="media/image130.jpeg"/><Relationship Id="rId158" Type="http://schemas.openxmlformats.org/officeDocument/2006/relationships/image" Target="media/image151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62" Type="http://schemas.openxmlformats.org/officeDocument/2006/relationships/image" Target="media/image55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111" Type="http://schemas.openxmlformats.org/officeDocument/2006/relationships/image" Target="media/image104.png"/><Relationship Id="rId132" Type="http://schemas.openxmlformats.org/officeDocument/2006/relationships/image" Target="media/image125.jpeg"/><Relationship Id="rId153" Type="http://schemas.openxmlformats.org/officeDocument/2006/relationships/image" Target="media/image146.png"/><Relationship Id="rId174" Type="http://schemas.openxmlformats.org/officeDocument/2006/relationships/image" Target="media/image167.png"/><Relationship Id="rId179" Type="http://schemas.openxmlformats.org/officeDocument/2006/relationships/image" Target="media/image172.png"/><Relationship Id="rId15" Type="http://schemas.openxmlformats.org/officeDocument/2006/relationships/image" Target="media/image8.jpeg"/><Relationship Id="rId36" Type="http://schemas.openxmlformats.org/officeDocument/2006/relationships/image" Target="media/image29.png"/><Relationship Id="rId57" Type="http://schemas.openxmlformats.org/officeDocument/2006/relationships/image" Target="media/image50.png"/><Relationship Id="rId106" Type="http://schemas.openxmlformats.org/officeDocument/2006/relationships/image" Target="media/image99.jpeg"/><Relationship Id="rId127" Type="http://schemas.openxmlformats.org/officeDocument/2006/relationships/image" Target="media/image120.png"/><Relationship Id="rId10" Type="http://schemas.openxmlformats.org/officeDocument/2006/relationships/image" Target="media/image4.jpeg"/><Relationship Id="rId31" Type="http://schemas.openxmlformats.org/officeDocument/2006/relationships/image" Target="media/image24.png"/><Relationship Id="rId52" Type="http://schemas.openxmlformats.org/officeDocument/2006/relationships/image" Target="media/image45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94" Type="http://schemas.openxmlformats.org/officeDocument/2006/relationships/image" Target="media/image87.jpe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122" Type="http://schemas.openxmlformats.org/officeDocument/2006/relationships/image" Target="media/image115.png"/><Relationship Id="rId143" Type="http://schemas.openxmlformats.org/officeDocument/2006/relationships/image" Target="media/image136.jpeg"/><Relationship Id="rId148" Type="http://schemas.openxmlformats.org/officeDocument/2006/relationships/image" Target="media/image141.jpeg"/><Relationship Id="rId164" Type="http://schemas.openxmlformats.org/officeDocument/2006/relationships/image" Target="media/image157.png"/><Relationship Id="rId169" Type="http://schemas.openxmlformats.org/officeDocument/2006/relationships/image" Target="media/image162.jpeg"/><Relationship Id="rId185" Type="http://schemas.openxmlformats.org/officeDocument/2006/relationships/image" Target="media/image178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80" Type="http://schemas.openxmlformats.org/officeDocument/2006/relationships/image" Target="media/image173.png"/><Relationship Id="rId26" Type="http://schemas.openxmlformats.org/officeDocument/2006/relationships/image" Target="media/image19.png"/><Relationship Id="rId47" Type="http://schemas.openxmlformats.org/officeDocument/2006/relationships/image" Target="media/image40.png"/><Relationship Id="rId68" Type="http://schemas.openxmlformats.org/officeDocument/2006/relationships/image" Target="media/image61.pn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33" Type="http://schemas.openxmlformats.org/officeDocument/2006/relationships/image" Target="media/image126.jpeg"/><Relationship Id="rId154" Type="http://schemas.openxmlformats.org/officeDocument/2006/relationships/image" Target="media/image147.png"/><Relationship Id="rId175" Type="http://schemas.openxmlformats.org/officeDocument/2006/relationships/image" Target="media/image168.png"/><Relationship Id="rId16" Type="http://schemas.openxmlformats.org/officeDocument/2006/relationships/image" Target="media/image9.jpeg"/><Relationship Id="rId37" Type="http://schemas.openxmlformats.org/officeDocument/2006/relationships/image" Target="media/image30.png"/><Relationship Id="rId58" Type="http://schemas.openxmlformats.org/officeDocument/2006/relationships/image" Target="media/image51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23" Type="http://schemas.openxmlformats.org/officeDocument/2006/relationships/image" Target="media/image116.png"/><Relationship Id="rId144" Type="http://schemas.openxmlformats.org/officeDocument/2006/relationships/image" Target="media/image137.jpeg"/><Relationship Id="rId90" Type="http://schemas.openxmlformats.org/officeDocument/2006/relationships/image" Target="media/image83.jpeg"/><Relationship Id="rId165" Type="http://schemas.openxmlformats.org/officeDocument/2006/relationships/image" Target="media/image158.png"/><Relationship Id="rId186" Type="http://schemas.openxmlformats.org/officeDocument/2006/relationships/fontTable" Target="fontTable.xml"/><Relationship Id="rId27" Type="http://schemas.openxmlformats.org/officeDocument/2006/relationships/image" Target="media/image20.jpeg"/><Relationship Id="rId48" Type="http://schemas.openxmlformats.org/officeDocument/2006/relationships/image" Target="media/image41.png"/><Relationship Id="rId69" Type="http://schemas.openxmlformats.org/officeDocument/2006/relationships/image" Target="media/image62.png"/><Relationship Id="rId113" Type="http://schemas.openxmlformats.org/officeDocument/2006/relationships/image" Target="media/image106.png"/><Relationship Id="rId134" Type="http://schemas.openxmlformats.org/officeDocument/2006/relationships/image" Target="media/image127.jpeg"/><Relationship Id="rId80" Type="http://schemas.openxmlformats.org/officeDocument/2006/relationships/image" Target="media/image73.png"/><Relationship Id="rId155" Type="http://schemas.openxmlformats.org/officeDocument/2006/relationships/image" Target="media/image148.png"/><Relationship Id="rId176" Type="http://schemas.openxmlformats.org/officeDocument/2006/relationships/image" Target="media/image169.png"/><Relationship Id="rId17" Type="http://schemas.openxmlformats.org/officeDocument/2006/relationships/image" Target="media/image10.png"/><Relationship Id="rId38" Type="http://schemas.openxmlformats.org/officeDocument/2006/relationships/image" Target="media/image31.png"/><Relationship Id="rId59" Type="http://schemas.openxmlformats.org/officeDocument/2006/relationships/image" Target="media/image52.png"/><Relationship Id="rId103" Type="http://schemas.openxmlformats.org/officeDocument/2006/relationships/image" Target="media/image96.png"/><Relationship Id="rId124" Type="http://schemas.openxmlformats.org/officeDocument/2006/relationships/image" Target="media/image117.png"/><Relationship Id="rId70" Type="http://schemas.openxmlformats.org/officeDocument/2006/relationships/image" Target="media/image63.png"/><Relationship Id="rId91" Type="http://schemas.openxmlformats.org/officeDocument/2006/relationships/image" Target="media/image84.jpeg"/><Relationship Id="rId145" Type="http://schemas.openxmlformats.org/officeDocument/2006/relationships/image" Target="media/image138.jpeg"/><Relationship Id="rId166" Type="http://schemas.openxmlformats.org/officeDocument/2006/relationships/image" Target="media/image159.png"/><Relationship Id="rId187" Type="http://schemas.openxmlformats.org/officeDocument/2006/relationships/theme" Target="theme/theme1.xml"/><Relationship Id="rId1" Type="http://schemas.openxmlformats.org/officeDocument/2006/relationships/customXml" Target="../customXml/item1.xml"/><Relationship Id="rId28" Type="http://schemas.openxmlformats.org/officeDocument/2006/relationships/image" Target="media/image21.png"/><Relationship Id="rId49" Type="http://schemas.openxmlformats.org/officeDocument/2006/relationships/image" Target="media/image42.png"/><Relationship Id="rId114" Type="http://schemas.openxmlformats.org/officeDocument/2006/relationships/image" Target="media/image107.png"/><Relationship Id="rId60" Type="http://schemas.openxmlformats.org/officeDocument/2006/relationships/image" Target="media/image53.png"/><Relationship Id="rId81" Type="http://schemas.openxmlformats.org/officeDocument/2006/relationships/image" Target="media/image74.png"/><Relationship Id="rId135" Type="http://schemas.openxmlformats.org/officeDocument/2006/relationships/image" Target="media/image128.jpeg"/><Relationship Id="rId156" Type="http://schemas.openxmlformats.org/officeDocument/2006/relationships/image" Target="media/image149.png"/><Relationship Id="rId177" Type="http://schemas.openxmlformats.org/officeDocument/2006/relationships/image" Target="media/image17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5CFFD7C-3565-4011-9C06-4A713E673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75</Pages>
  <Words>17051</Words>
  <Characters>97192</Characters>
  <Application>Microsoft Office Word</Application>
  <DocSecurity>0</DocSecurity>
  <Lines>809</Lines>
  <Paragraphs>228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114015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Светлана А. Фрейберг</cp:lastModifiedBy>
  <cp:revision>3</cp:revision>
  <dcterms:created xsi:type="dcterms:W3CDTF">2013-12-23T23:15:00Z</dcterms:created>
  <dcterms:modified xsi:type="dcterms:W3CDTF">2026-05-28T06:49:00Z</dcterms:modified>
  <cp:category/>
</cp:coreProperties>
</file>