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C77" w:rsidRPr="007B68C2" w:rsidRDefault="00835283">
      <w:pPr>
        <w:spacing w:line="240" w:lineRule="auto"/>
        <w:jc w:val="center"/>
        <w:rPr>
          <w:lang w:val="ru-RU"/>
        </w:rPr>
      </w:pPr>
      <w:r w:rsidRPr="007B68C2">
        <w:rPr>
          <w:sz w:val="20"/>
          <w:lang w:val="ru-RU"/>
        </w:rPr>
        <w:t>МИНИСТЕРСТВО НАУКИ И ВЫСШЕГО ОБРАЗОВАНИЯ РОССИЙСКОЙ ФЕДЕРАЦИИ</w:t>
      </w:r>
    </w:p>
    <w:p w:rsidR="006C2C77" w:rsidRPr="007B68C2" w:rsidRDefault="00835283">
      <w:pPr>
        <w:spacing w:line="240" w:lineRule="auto"/>
        <w:jc w:val="center"/>
        <w:rPr>
          <w:lang w:val="ru-RU"/>
        </w:rPr>
      </w:pPr>
      <w:r w:rsidRPr="007B68C2">
        <w:rPr>
          <w:lang w:val="ru-RU"/>
        </w:rPr>
        <w:br/>
        <w:t>ФЕДЕРАЛЬНОЕ ГОСУДАРСТВЕННОЕ БЮДЖЕТНОЕ</w:t>
      </w:r>
      <w:r w:rsidRPr="007B68C2">
        <w:rPr>
          <w:lang w:val="ru-RU"/>
        </w:rPr>
        <w:br/>
        <w:t>ОБРАЗОВАТЕЛЬНОЕ УЧРЕЖДЕНИЕ ВЫСШЕГО ОБРАЗОВАНИЯ</w:t>
      </w:r>
    </w:p>
    <w:p w:rsidR="006C2C77" w:rsidRPr="007B68C2" w:rsidRDefault="00835283">
      <w:pPr>
        <w:spacing w:line="240" w:lineRule="auto"/>
        <w:jc w:val="center"/>
        <w:rPr>
          <w:lang w:val="ru-RU"/>
        </w:rPr>
      </w:pPr>
      <w:r w:rsidRPr="007B68C2">
        <w:rPr>
          <w:b/>
          <w:lang w:val="ru-RU"/>
        </w:rPr>
        <w:br/>
        <w:t>«БРАТСКИЙ ГОСУДАРСТВЕННЫЙ УНИВЕРСИТЕТ»</w:t>
      </w:r>
    </w:p>
    <w:p w:rsidR="006C2C77" w:rsidRPr="007B68C2" w:rsidRDefault="00835283">
      <w:pPr>
        <w:spacing w:line="240" w:lineRule="auto"/>
        <w:jc w:val="center"/>
        <w:rPr>
          <w:lang w:val="ru-RU"/>
        </w:rPr>
      </w:pP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</w:r>
      <w:r w:rsidRPr="007B68C2">
        <w:rPr>
          <w:b/>
          <w:sz w:val="28"/>
          <w:lang w:val="ru-RU"/>
        </w:rPr>
        <w:br/>
        <w:t xml:space="preserve">ФОНД </w:t>
      </w:r>
      <w:r w:rsidRPr="007B68C2">
        <w:rPr>
          <w:b/>
          <w:sz w:val="28"/>
          <w:lang w:val="ru-RU"/>
        </w:rPr>
        <w:br/>
        <w:t>ОЦЕНОЧНЫХ СРЕДСТВ</w:t>
      </w:r>
    </w:p>
    <w:p w:rsidR="006C2C77" w:rsidRPr="007B68C2" w:rsidRDefault="006C2C77">
      <w:pPr>
        <w:rPr>
          <w:lang w:val="ru-RU"/>
        </w:rPr>
      </w:pPr>
    </w:p>
    <w:p w:rsidR="006C2C77" w:rsidRPr="007B68C2" w:rsidRDefault="00835283">
      <w:pPr>
        <w:jc w:val="center"/>
        <w:rPr>
          <w:lang w:val="ru-RU"/>
        </w:rPr>
      </w:pPr>
      <w:r w:rsidRPr="007B68C2">
        <w:rPr>
          <w:lang w:val="ru-RU"/>
        </w:rPr>
        <w:t xml:space="preserve">по дисциплине </w:t>
      </w:r>
      <w:r w:rsidRPr="007B68C2">
        <w:rPr>
          <w:lang w:val="ru-RU"/>
        </w:rPr>
        <w:br/>
        <w:t>Б1.О.06.03  Химия</w:t>
      </w:r>
      <w:r w:rsidRPr="007B68C2">
        <w:rPr>
          <w:lang w:val="ru-RU"/>
        </w:rPr>
        <w:br/>
      </w:r>
    </w:p>
    <w:p w:rsidR="006C2C77" w:rsidRPr="007B68C2" w:rsidRDefault="00835283">
      <w:pPr>
        <w:rPr>
          <w:lang w:val="ru-RU"/>
        </w:rPr>
      </w:pPr>
      <w:r w:rsidRPr="007B68C2">
        <w:rPr>
          <w:lang w:val="ru-RU"/>
        </w:rPr>
        <w:t>Направление подготовки 15.03.02 Технологические машины и оборудование</w:t>
      </w:r>
      <w:r w:rsidRPr="007B68C2">
        <w:rPr>
          <w:lang w:val="ru-RU"/>
        </w:rPr>
        <w:br/>
      </w:r>
    </w:p>
    <w:p w:rsidR="006C2C77" w:rsidRPr="007B68C2" w:rsidRDefault="00835283">
      <w:pPr>
        <w:rPr>
          <w:lang w:val="ru-RU"/>
        </w:rPr>
      </w:pPr>
      <w:r w:rsidRPr="007B68C2">
        <w:rPr>
          <w:lang w:val="ru-RU"/>
        </w:rPr>
        <w:t>Профиль подготовки Машины и оборудование лесного комплекса</w:t>
      </w:r>
      <w:r w:rsidRPr="007B68C2">
        <w:rPr>
          <w:lang w:val="ru-RU"/>
        </w:rPr>
        <w:br/>
      </w:r>
    </w:p>
    <w:p w:rsidR="006C2C77" w:rsidRPr="007B68C2" w:rsidRDefault="00835283">
      <w:pPr>
        <w:rPr>
          <w:lang w:val="ru-RU"/>
        </w:rPr>
      </w:pPr>
      <w:r w:rsidRPr="007B68C2">
        <w:rPr>
          <w:lang w:val="ru-RU"/>
        </w:rPr>
        <w:t>Квалификация бакалавр</w:t>
      </w:r>
      <w:r w:rsidRPr="007B68C2">
        <w:rPr>
          <w:lang w:val="ru-RU"/>
        </w:rPr>
        <w:br/>
      </w:r>
    </w:p>
    <w:p w:rsidR="006C2C77" w:rsidRPr="007B68C2" w:rsidRDefault="00835283">
      <w:pPr>
        <w:rPr>
          <w:lang w:val="ru-RU"/>
        </w:rPr>
      </w:pPr>
      <w:r w:rsidRPr="007B68C2">
        <w:rPr>
          <w:lang w:val="ru-RU"/>
        </w:rPr>
        <w:t>Год начала подготовки 2025</w:t>
      </w:r>
      <w:r w:rsidRPr="007B68C2">
        <w:rPr>
          <w:lang w:val="ru-RU"/>
        </w:rPr>
        <w:br/>
      </w:r>
    </w:p>
    <w:p w:rsidR="006C2C77" w:rsidRPr="007B68C2" w:rsidRDefault="00835283">
      <w:pPr>
        <w:rPr>
          <w:lang w:val="ru-RU"/>
        </w:rPr>
      </w:pPr>
      <w:r w:rsidRPr="007B68C2">
        <w:rPr>
          <w:lang w:val="ru-RU"/>
        </w:rPr>
        <w:br w:type="page"/>
      </w:r>
    </w:p>
    <w:p w:rsidR="006C2C77" w:rsidRPr="007B68C2" w:rsidRDefault="00835283">
      <w:pPr>
        <w:rPr>
          <w:lang w:val="ru-RU"/>
        </w:rPr>
      </w:pPr>
      <w:r w:rsidRPr="007B68C2">
        <w:rPr>
          <w:lang w:val="ru-RU"/>
        </w:rPr>
        <w:lastRenderedPageBreak/>
        <w:t xml:space="preserve">Составитель: </w:t>
      </w:r>
      <w:r w:rsidRPr="007B68C2">
        <w:rPr>
          <w:lang w:val="ru-RU"/>
        </w:rPr>
        <w:br/>
        <w:t>Лапина С.Ф., доцент, к.фарм.н</w:t>
      </w:r>
      <w:r w:rsidRPr="007B68C2">
        <w:rPr>
          <w:lang w:val="ru-RU"/>
        </w:rPr>
        <w:tab/>
      </w:r>
      <w:r w:rsidRPr="007B68C2">
        <w:rPr>
          <w:lang w:val="ru-RU"/>
        </w:rPr>
        <w:tab/>
      </w:r>
      <w:r w:rsidRPr="007B68C2">
        <w:rPr>
          <w:lang w:val="ru-RU"/>
        </w:rPr>
        <w:tab/>
      </w:r>
      <w:r w:rsidRPr="007B68C2">
        <w:rPr>
          <w:lang w:val="ru-RU"/>
        </w:rPr>
        <w:tab/>
        <w:t>________________</w:t>
      </w:r>
      <w:r w:rsidRPr="007B68C2">
        <w:rPr>
          <w:lang w:val="ru-RU"/>
        </w:rPr>
        <w:br/>
      </w:r>
    </w:p>
    <w:p w:rsidR="006C2C77" w:rsidRPr="007B68C2" w:rsidRDefault="00835283">
      <w:pPr>
        <w:rPr>
          <w:lang w:val="ru-RU"/>
        </w:rPr>
      </w:pPr>
      <w:r w:rsidRPr="007B68C2">
        <w:rPr>
          <w:lang w:val="ru-RU"/>
        </w:rPr>
        <w:t>Одобрено на заседании кафедры экологии, безопасности жизнедеятел</w:t>
      </w:r>
      <w:r w:rsidR="0070567B">
        <w:rPr>
          <w:lang w:val="ru-RU"/>
        </w:rPr>
        <w:t>ьности и физической культуры</w:t>
      </w:r>
      <w:r w:rsidR="0070567B">
        <w:rPr>
          <w:lang w:val="ru-RU"/>
        </w:rPr>
        <w:br/>
        <w:t>«22</w:t>
      </w:r>
      <w:r w:rsidRPr="007B68C2">
        <w:rPr>
          <w:lang w:val="ru-RU"/>
        </w:rPr>
        <w:t xml:space="preserve">» </w:t>
      </w:r>
      <w:r w:rsidR="0070567B">
        <w:rPr>
          <w:lang w:val="ru-RU"/>
        </w:rPr>
        <w:t>апреля</w:t>
      </w:r>
      <w:r w:rsidRPr="007B68C2">
        <w:rPr>
          <w:lang w:val="ru-RU"/>
        </w:rPr>
        <w:t xml:space="preserve"> 2026 г., протокол № </w:t>
      </w:r>
      <w:r w:rsidR="0070567B">
        <w:rPr>
          <w:lang w:val="ru-RU"/>
        </w:rPr>
        <w:t>9</w:t>
      </w:r>
      <w:r w:rsidRPr="007B68C2">
        <w:rPr>
          <w:lang w:val="ru-RU"/>
        </w:rPr>
        <w:br/>
      </w:r>
      <w:r w:rsidRPr="007B68C2">
        <w:rPr>
          <w:lang w:val="ru-RU"/>
        </w:rPr>
        <w:br/>
        <w:t xml:space="preserve">Заведующий кафедрой </w:t>
      </w:r>
      <w:r w:rsidRPr="007B68C2">
        <w:rPr>
          <w:lang w:val="ru-RU"/>
        </w:rPr>
        <w:br/>
        <w:t>экологии, безопасности жизнедеятельности и физической ку</w:t>
      </w:r>
      <w:r w:rsidR="00111314">
        <w:rPr>
          <w:lang w:val="ru-RU"/>
        </w:rPr>
        <w:t>льтуры</w:t>
      </w:r>
      <w:r w:rsidR="00111314">
        <w:rPr>
          <w:lang w:val="ru-RU"/>
        </w:rPr>
        <w:tab/>
      </w:r>
      <w:r w:rsidR="00111314">
        <w:rPr>
          <w:lang w:val="ru-RU"/>
        </w:rPr>
        <w:tab/>
        <w:t>____________ В.А. Никифо</w:t>
      </w:r>
      <w:r w:rsidRPr="007B68C2">
        <w:rPr>
          <w:lang w:val="ru-RU"/>
        </w:rPr>
        <w:t>рова</w:t>
      </w:r>
      <w:r w:rsidRPr="007B68C2">
        <w:rPr>
          <w:lang w:val="ru-RU"/>
        </w:rPr>
        <w:br/>
      </w:r>
      <w:r w:rsidRPr="007B68C2">
        <w:rPr>
          <w:lang w:val="ru-RU"/>
        </w:rPr>
        <w:br/>
      </w:r>
    </w:p>
    <w:p w:rsidR="006C2C77" w:rsidRPr="00B036F5" w:rsidRDefault="00835283">
      <w:pPr>
        <w:rPr>
          <w:lang w:val="ru-RU"/>
        </w:rPr>
      </w:pPr>
      <w:r w:rsidRPr="007B68C2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7B68C2">
        <w:rPr>
          <w:lang w:val="ru-RU"/>
        </w:rPr>
        <w:br/>
        <w:t>_____________   Варданян М.А.</w:t>
      </w:r>
      <w:r w:rsidRPr="007B68C2">
        <w:rPr>
          <w:lang w:val="ru-RU"/>
        </w:rPr>
        <w:br/>
      </w:r>
      <w:r w:rsidRPr="007B68C2">
        <w:rPr>
          <w:lang w:val="ru-RU"/>
        </w:rPr>
        <w:br/>
      </w:r>
      <w:r w:rsidRPr="00B036F5">
        <w:rPr>
          <w:lang w:val="ru-RU"/>
        </w:rPr>
        <w:t>«</w:t>
      </w:r>
      <w:r w:rsidR="0070567B">
        <w:rPr>
          <w:lang w:val="ru-RU"/>
        </w:rPr>
        <w:t>28</w:t>
      </w:r>
      <w:r w:rsidRPr="00B036F5">
        <w:rPr>
          <w:lang w:val="ru-RU"/>
        </w:rPr>
        <w:t xml:space="preserve">» </w:t>
      </w:r>
      <w:r w:rsidR="0070567B">
        <w:rPr>
          <w:lang w:val="ru-RU"/>
        </w:rPr>
        <w:t>апреля</w:t>
      </w:r>
      <w:r w:rsidR="00B036F5">
        <w:rPr>
          <w:lang w:val="ru-RU"/>
        </w:rPr>
        <w:t xml:space="preserve"> </w:t>
      </w:r>
      <w:r w:rsidRPr="00B036F5">
        <w:rPr>
          <w:lang w:val="ru-RU"/>
        </w:rPr>
        <w:t>20</w:t>
      </w:r>
      <w:r w:rsidR="00B036F5">
        <w:rPr>
          <w:lang w:val="ru-RU"/>
        </w:rPr>
        <w:t xml:space="preserve">26 </w:t>
      </w:r>
      <w:r w:rsidRPr="00B036F5">
        <w:rPr>
          <w:lang w:val="ru-RU"/>
        </w:rPr>
        <w:t xml:space="preserve">г., протокол № </w:t>
      </w:r>
      <w:r w:rsidR="0070567B">
        <w:rPr>
          <w:lang w:val="ru-RU"/>
        </w:rPr>
        <w:t>9</w:t>
      </w:r>
      <w:r w:rsidRPr="00B036F5">
        <w:rPr>
          <w:lang w:val="ru-RU"/>
        </w:rPr>
        <w:br/>
      </w:r>
      <w:r w:rsidRPr="00B036F5">
        <w:rPr>
          <w:lang w:val="ru-RU"/>
        </w:rPr>
        <w:br/>
      </w:r>
      <w:r w:rsidRPr="00B036F5">
        <w:rPr>
          <w:lang w:val="ru-RU"/>
        </w:rPr>
        <w:br/>
        <w:t>Ответственный за реализацию ОПОП</w:t>
      </w:r>
      <w:r w:rsidRPr="00B036F5">
        <w:rPr>
          <w:lang w:val="ru-RU"/>
        </w:rPr>
        <w:tab/>
        <w:t xml:space="preserve">________________ </w:t>
      </w:r>
      <w:r w:rsidR="0070567B">
        <w:rPr>
          <w:lang w:val="ru-RU"/>
        </w:rPr>
        <w:t>Гарус И.А.</w:t>
      </w:r>
      <w:r w:rsidRPr="00B036F5">
        <w:rPr>
          <w:lang w:val="ru-RU"/>
        </w:rPr>
        <w:br/>
      </w: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>
      <w:pPr>
        <w:rPr>
          <w:lang w:val="ru-RU"/>
        </w:rPr>
      </w:pPr>
    </w:p>
    <w:p w:rsidR="007B68C2" w:rsidRPr="00B036F5" w:rsidRDefault="007B68C2" w:rsidP="007B68C2">
      <w:pPr>
        <w:rPr>
          <w:lang w:val="ru-RU"/>
        </w:rPr>
      </w:pPr>
    </w:p>
    <w:p w:rsidR="007B68C2" w:rsidRPr="007B68C2" w:rsidRDefault="007B68C2" w:rsidP="007B68C2">
      <w:pPr>
        <w:jc w:val="center"/>
        <w:rPr>
          <w:b/>
          <w:szCs w:val="24"/>
          <w:lang w:val="ru-RU"/>
        </w:rPr>
      </w:pPr>
      <w:r w:rsidRPr="007B68C2">
        <w:rPr>
          <w:b/>
          <w:szCs w:val="24"/>
          <w:lang w:val="ru-RU"/>
        </w:rPr>
        <w:t xml:space="preserve">Паспорт фонда оценочных средств по дисциплине </w:t>
      </w:r>
    </w:p>
    <w:p w:rsidR="007B68C2" w:rsidRPr="007B68C2" w:rsidRDefault="007B68C2" w:rsidP="007B68C2">
      <w:pPr>
        <w:jc w:val="center"/>
        <w:rPr>
          <w:b/>
          <w:szCs w:val="24"/>
          <w:u w:val="single"/>
          <w:lang w:val="ru-RU"/>
        </w:rPr>
      </w:pPr>
      <w:r w:rsidRPr="007B68C2">
        <w:rPr>
          <w:b/>
          <w:szCs w:val="24"/>
          <w:u w:val="single"/>
          <w:lang w:val="ru-RU"/>
        </w:rPr>
        <w:t>Б</w:t>
      </w:r>
      <w:proofErr w:type="gramStart"/>
      <w:r w:rsidRPr="007B68C2">
        <w:rPr>
          <w:b/>
          <w:szCs w:val="24"/>
          <w:u w:val="single"/>
          <w:lang w:val="ru-RU"/>
        </w:rPr>
        <w:t>1.О.</w:t>
      </w:r>
      <w:proofErr w:type="gramEnd"/>
      <w:r w:rsidRPr="007B68C2">
        <w:rPr>
          <w:b/>
          <w:szCs w:val="24"/>
          <w:u w:val="single"/>
          <w:lang w:val="ru-RU"/>
        </w:rPr>
        <w:t>06.03 Химия</w:t>
      </w:r>
    </w:p>
    <w:p w:rsidR="007B68C2" w:rsidRPr="007B68C2" w:rsidRDefault="007B68C2" w:rsidP="007B68C2">
      <w:pPr>
        <w:jc w:val="center"/>
        <w:rPr>
          <w:b/>
          <w:szCs w:val="24"/>
          <w:u w:val="single"/>
          <w:lang w:val="ru-RU"/>
        </w:rPr>
      </w:pPr>
    </w:p>
    <w:p w:rsidR="007B68C2" w:rsidRPr="007B68C2" w:rsidRDefault="007B68C2" w:rsidP="007B68C2">
      <w:pPr>
        <w:jc w:val="center"/>
        <w:rPr>
          <w:szCs w:val="24"/>
          <w:lang w:val="ru-RU"/>
        </w:rPr>
      </w:pPr>
      <w:r w:rsidRPr="007B68C2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7B68C2" w:rsidRPr="007B68C2" w:rsidRDefault="007B68C2" w:rsidP="00835283">
      <w:pPr>
        <w:pStyle w:val="ae"/>
        <w:numPr>
          <w:ilvl w:val="0"/>
          <w:numId w:val="7"/>
        </w:numPr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  <w:r w:rsidRPr="007B68C2">
        <w:rPr>
          <w:lang w:val="ru-RU"/>
        </w:rPr>
        <w:t>ОПК-1: Способен применять естественнонаучные и общеинженерные знания, методы математического анализа и моделирования в профессиональной деятельности.</w:t>
      </w:r>
    </w:p>
    <w:p w:rsidR="007B68C2" w:rsidRPr="007B68C2" w:rsidRDefault="007B68C2" w:rsidP="007B68C2">
      <w:pPr>
        <w:pStyle w:val="ae"/>
        <w:rPr>
          <w:szCs w:val="24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8220"/>
      </w:tblGrid>
      <w:tr w:rsidR="007B68C2" w:rsidRPr="008921D6" w:rsidTr="008921D6">
        <w:trPr>
          <w:trHeight w:hRule="exact" w:val="683"/>
        </w:trPr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68C2" w:rsidRPr="00AF37E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AF37E2">
              <w:rPr>
                <w:color w:val="000000"/>
                <w:szCs w:val="24"/>
              </w:rPr>
              <w:t>Индикатор  1</w:t>
            </w:r>
          </w:p>
        </w:tc>
        <w:tc>
          <w:tcPr>
            <w:tcW w:w="9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7B68C2">
              <w:rPr>
                <w:lang w:val="ru-RU"/>
              </w:rPr>
              <w:t>ОПК.1.1. Осуществляет решение типовых задач в профессиональной деятельности на основе естественнонаучных и общеинженерных знаний</w:t>
            </w:r>
          </w:p>
        </w:tc>
      </w:tr>
    </w:tbl>
    <w:p w:rsidR="007B68C2" w:rsidRPr="007B68C2" w:rsidRDefault="007B68C2" w:rsidP="007B68C2">
      <w:pPr>
        <w:rPr>
          <w:sz w:val="28"/>
          <w:szCs w:val="28"/>
          <w:u w:val="single"/>
          <w:lang w:val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701"/>
        <w:gridCol w:w="1843"/>
        <w:gridCol w:w="1843"/>
        <w:gridCol w:w="2976"/>
      </w:tblGrid>
      <w:tr w:rsidR="007B68C2" w:rsidRPr="00E55D6C" w:rsidTr="006D0217">
        <w:tc>
          <w:tcPr>
            <w:tcW w:w="1843" w:type="dxa"/>
            <w:vAlign w:val="center"/>
          </w:tcPr>
          <w:p w:rsidR="007B68C2" w:rsidRPr="00E55D6C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Раздел (№, наименование)</w:t>
            </w:r>
          </w:p>
        </w:tc>
        <w:tc>
          <w:tcPr>
            <w:tcW w:w="1701" w:type="dxa"/>
            <w:vAlign w:val="center"/>
          </w:tcPr>
          <w:p w:rsidR="007B68C2" w:rsidRPr="00E55D6C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Тема</w:t>
            </w:r>
          </w:p>
        </w:tc>
        <w:tc>
          <w:tcPr>
            <w:tcW w:w="1843" w:type="dxa"/>
            <w:vAlign w:val="center"/>
          </w:tcPr>
          <w:p w:rsidR="007B68C2" w:rsidRPr="00E55D6C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Код индикатора</w:t>
            </w:r>
          </w:p>
        </w:tc>
        <w:tc>
          <w:tcPr>
            <w:tcW w:w="1843" w:type="dxa"/>
            <w:vAlign w:val="center"/>
          </w:tcPr>
          <w:p w:rsidR="007B68C2" w:rsidRPr="007B68C2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Форма</w:t>
            </w:r>
          </w:p>
          <w:p w:rsidR="007B68C2" w:rsidRPr="007B68C2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оценки</w:t>
            </w:r>
          </w:p>
          <w:p w:rsidR="007B68C2" w:rsidRPr="007B68C2" w:rsidRDefault="007B68C2" w:rsidP="008921D6">
            <w:pPr>
              <w:spacing w:line="240" w:lineRule="auto"/>
              <w:jc w:val="center"/>
              <w:rPr>
                <w:i/>
                <w:sz w:val="16"/>
                <w:szCs w:val="16"/>
                <w:lang w:val="ru-RU"/>
              </w:rPr>
            </w:pPr>
            <w:r w:rsidRPr="007B68C2">
              <w:rPr>
                <w:i/>
                <w:sz w:val="16"/>
                <w:szCs w:val="16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976" w:type="dxa"/>
            <w:vAlign w:val="center"/>
          </w:tcPr>
          <w:p w:rsidR="007B68C2" w:rsidRPr="00E55D6C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ФОС</w:t>
            </w:r>
          </w:p>
          <w:p w:rsidR="007B68C2" w:rsidRPr="00E55D6C" w:rsidRDefault="007B68C2" w:rsidP="008921D6">
            <w:pPr>
              <w:spacing w:line="240" w:lineRule="auto"/>
              <w:ind w:left="-164" w:right="-108"/>
              <w:jc w:val="center"/>
              <w:rPr>
                <w:i/>
                <w:sz w:val="18"/>
                <w:szCs w:val="18"/>
              </w:rPr>
            </w:pPr>
            <w:r w:rsidRPr="00E55D6C">
              <w:rPr>
                <w:i/>
                <w:sz w:val="18"/>
                <w:szCs w:val="18"/>
              </w:rPr>
              <w:t xml:space="preserve">(согласно </w:t>
            </w:r>
            <w:r>
              <w:rPr>
                <w:i/>
                <w:sz w:val="18"/>
                <w:szCs w:val="18"/>
              </w:rPr>
              <w:t>раздела 6 РПД</w:t>
            </w:r>
            <w:r w:rsidRPr="00E55D6C">
              <w:rPr>
                <w:i/>
                <w:sz w:val="18"/>
                <w:szCs w:val="18"/>
              </w:rPr>
              <w:t>)</w:t>
            </w:r>
          </w:p>
        </w:tc>
      </w:tr>
      <w:tr w:rsidR="007B68C2" w:rsidRPr="008921D6" w:rsidTr="006D0217">
        <w:trPr>
          <w:trHeight w:val="276"/>
        </w:trPr>
        <w:tc>
          <w:tcPr>
            <w:tcW w:w="1843" w:type="dxa"/>
            <w:vMerge w:val="restart"/>
          </w:tcPr>
          <w:p w:rsidR="007B68C2" w:rsidRPr="00BC12F2" w:rsidRDefault="007B68C2" w:rsidP="008921D6">
            <w:pPr>
              <w:spacing w:line="240" w:lineRule="auto"/>
              <w:rPr>
                <w:szCs w:val="24"/>
              </w:rPr>
            </w:pPr>
            <w:r>
              <w:t>1. Химия - наука о веществах</w:t>
            </w:r>
          </w:p>
        </w:tc>
        <w:tc>
          <w:tcPr>
            <w:tcW w:w="1701" w:type="dxa"/>
            <w:vMerge w:val="restart"/>
          </w:tcPr>
          <w:p w:rsidR="007B68C2" w:rsidRPr="008B1AD8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 w:rsidRPr="00BC12F2">
              <w:rPr>
                <w:szCs w:val="24"/>
              </w:rPr>
              <w:t>1.1</w:t>
            </w:r>
            <w:r>
              <w:rPr>
                <w:b/>
                <w:szCs w:val="24"/>
              </w:rPr>
              <w:t xml:space="preserve"> </w:t>
            </w:r>
            <w:r w:rsidRPr="00B046FC">
              <w:rPr>
                <w:szCs w:val="24"/>
              </w:rPr>
              <w:t>Строение вещества</w:t>
            </w:r>
          </w:p>
        </w:tc>
        <w:tc>
          <w:tcPr>
            <w:tcW w:w="1843" w:type="dxa"/>
            <w:vMerge w:val="restart"/>
          </w:tcPr>
          <w:p w:rsidR="007B68C2" w:rsidRPr="006F2CFC" w:rsidRDefault="007B68C2" w:rsidP="008921D6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RPr="008921D6" w:rsidTr="006D0217">
        <w:trPr>
          <w:trHeight w:val="276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7B68C2" w:rsidTr="006D0217">
        <w:trPr>
          <w:trHeight w:val="276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976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B68C2" w:rsidRPr="008921D6" w:rsidTr="006D0217">
        <w:trPr>
          <w:trHeight w:val="330"/>
        </w:trPr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t>2. Энергетика химических процессов</w:t>
            </w:r>
          </w:p>
        </w:tc>
        <w:tc>
          <w:tcPr>
            <w:tcW w:w="1701" w:type="dxa"/>
            <w:vMerge w:val="restart"/>
          </w:tcPr>
          <w:p w:rsidR="007B68C2" w:rsidRPr="00AF37E2" w:rsidRDefault="007B68C2" w:rsidP="008921D6">
            <w:pPr>
              <w:widowControl w:val="0"/>
              <w:spacing w:line="240" w:lineRule="auto"/>
            </w:pPr>
            <w:r>
              <w:t>2.1. Основы химической термодинамики</w:t>
            </w:r>
          </w:p>
        </w:tc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RPr="008921D6" w:rsidTr="006D0217">
        <w:trPr>
          <w:trHeight w:val="330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7B68C2" w:rsidTr="006D0217">
        <w:trPr>
          <w:trHeight w:val="330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976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B68C2" w:rsidRPr="008921D6" w:rsidTr="006D0217">
        <w:trPr>
          <w:trHeight w:val="498"/>
        </w:trPr>
        <w:tc>
          <w:tcPr>
            <w:tcW w:w="1843" w:type="dxa"/>
            <w:vMerge w:val="restart"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7B68C2">
              <w:rPr>
                <w:lang w:val="ru-RU"/>
              </w:rPr>
              <w:t>3. Кинетика и катализ химических процессов</w:t>
            </w:r>
          </w:p>
        </w:tc>
        <w:tc>
          <w:tcPr>
            <w:tcW w:w="1701" w:type="dxa"/>
            <w:vMerge w:val="restart"/>
          </w:tcPr>
          <w:p w:rsidR="007B68C2" w:rsidRPr="00AF37E2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>
              <w:t>3.1. Химическая кинетика и катализ</w:t>
            </w:r>
          </w:p>
        </w:tc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RPr="008921D6" w:rsidTr="006D0217">
        <w:trPr>
          <w:trHeight w:val="498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7B68C2" w:rsidTr="006D0217">
        <w:trPr>
          <w:trHeight w:val="498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976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B68C2" w:rsidRPr="008921D6" w:rsidTr="006D0217">
        <w:trPr>
          <w:trHeight w:val="498"/>
        </w:trPr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t>4. Растворы. Дисперсные системы</w:t>
            </w:r>
          </w:p>
        </w:tc>
        <w:tc>
          <w:tcPr>
            <w:tcW w:w="1701" w:type="dxa"/>
            <w:vMerge w:val="restart"/>
          </w:tcPr>
          <w:p w:rsidR="007B68C2" w:rsidRDefault="007B68C2" w:rsidP="008921D6">
            <w:pPr>
              <w:widowControl w:val="0"/>
              <w:spacing w:line="240" w:lineRule="auto"/>
              <w:rPr>
                <w:b/>
                <w:szCs w:val="24"/>
              </w:rPr>
            </w:pPr>
            <w:r>
              <w:t xml:space="preserve">4.1. Растворы как гомогенные системы. </w:t>
            </w:r>
          </w:p>
        </w:tc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RPr="008921D6" w:rsidTr="006D0217">
        <w:trPr>
          <w:trHeight w:val="498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7B68C2" w:rsidTr="006D0217">
        <w:trPr>
          <w:trHeight w:val="498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976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B68C2" w:rsidRPr="008921D6" w:rsidTr="006D0217">
        <w:trPr>
          <w:trHeight w:val="330"/>
        </w:trPr>
        <w:tc>
          <w:tcPr>
            <w:tcW w:w="1843" w:type="dxa"/>
            <w:vMerge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7B68C2" w:rsidRDefault="007B68C2" w:rsidP="008921D6">
            <w:pPr>
              <w:widowControl w:val="0"/>
              <w:spacing w:line="240" w:lineRule="auto"/>
              <w:rPr>
                <w:b/>
                <w:szCs w:val="24"/>
              </w:rPr>
            </w:pPr>
            <w:r>
              <w:t xml:space="preserve">4.2. </w:t>
            </w:r>
            <w:r>
              <w:lastRenderedPageBreak/>
              <w:t xml:space="preserve">Дисперсные системы </w:t>
            </w:r>
          </w:p>
        </w:tc>
        <w:tc>
          <w:tcPr>
            <w:tcW w:w="1843" w:type="dxa"/>
            <w:vMerge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RPr="008921D6" w:rsidTr="006D0217">
        <w:trPr>
          <w:trHeight w:val="330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7B68C2" w:rsidRPr="008921D6" w:rsidTr="006D0217">
        <w:trPr>
          <w:trHeight w:val="495"/>
        </w:trPr>
        <w:tc>
          <w:tcPr>
            <w:tcW w:w="1843" w:type="dxa"/>
            <w:vMerge w:val="restart"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proofErr w:type="gramStart"/>
            <w:r w:rsidRPr="007B68C2">
              <w:rPr>
                <w:rFonts w:eastAsia="Calibri"/>
                <w:bCs/>
                <w:iCs/>
                <w:szCs w:val="24"/>
                <w:lang w:val="ru-RU"/>
              </w:rPr>
              <w:lastRenderedPageBreak/>
              <w:t xml:space="preserve">5. </w:t>
            </w:r>
            <w:r w:rsidRPr="007B68C2">
              <w:rPr>
                <w:lang w:val="ru-RU"/>
              </w:rPr>
              <w:t>.</w:t>
            </w:r>
            <w:proofErr w:type="gramEnd"/>
            <w:r w:rsidRPr="007B68C2">
              <w:rPr>
                <w:lang w:val="ru-RU"/>
              </w:rPr>
              <w:t xml:space="preserve"> Окислительновосстановительные реакции и электрохимические процессы</w:t>
            </w:r>
          </w:p>
        </w:tc>
        <w:tc>
          <w:tcPr>
            <w:tcW w:w="1701" w:type="dxa"/>
            <w:vMerge w:val="restart"/>
          </w:tcPr>
          <w:p w:rsidR="007B68C2" w:rsidRPr="00662253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5.1. </w:t>
            </w:r>
            <w:r>
              <w:t>Окислительно-восстановительные реакции</w:t>
            </w:r>
          </w:p>
        </w:tc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RPr="008921D6" w:rsidTr="006D0217">
        <w:trPr>
          <w:trHeight w:val="495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7B68C2" w:rsidTr="006D0217">
        <w:trPr>
          <w:trHeight w:val="495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976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B68C2" w:rsidRPr="008921D6" w:rsidTr="006D0217">
        <w:trPr>
          <w:trHeight w:val="495"/>
        </w:trPr>
        <w:tc>
          <w:tcPr>
            <w:tcW w:w="1843" w:type="dxa"/>
            <w:vMerge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7B68C2" w:rsidRPr="00F900A0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 w:rsidRPr="00F900A0">
              <w:rPr>
                <w:szCs w:val="24"/>
              </w:rPr>
              <w:t>5.2.</w:t>
            </w:r>
            <w:r>
              <w:rPr>
                <w:szCs w:val="24"/>
              </w:rPr>
              <w:t xml:space="preserve"> </w:t>
            </w:r>
            <w:r>
              <w:t>Электрохимические процессы</w:t>
            </w:r>
          </w:p>
        </w:tc>
        <w:tc>
          <w:tcPr>
            <w:tcW w:w="1843" w:type="dxa"/>
            <w:vMerge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RPr="008921D6" w:rsidTr="006D0217">
        <w:trPr>
          <w:trHeight w:val="495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7B68C2" w:rsidTr="006D0217">
        <w:trPr>
          <w:trHeight w:val="495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976" w:type="dxa"/>
          </w:tcPr>
          <w:p w:rsidR="007B68C2" w:rsidRPr="00A63A0F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7B68C2" w:rsidRPr="008921D6" w:rsidTr="006D0217">
        <w:trPr>
          <w:trHeight w:val="498"/>
        </w:trPr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rFonts w:eastAsia="Calibri"/>
                <w:bCs/>
                <w:iCs/>
                <w:szCs w:val="24"/>
              </w:rPr>
              <w:t>6.Химия металлов</w:t>
            </w:r>
          </w:p>
        </w:tc>
        <w:tc>
          <w:tcPr>
            <w:tcW w:w="1701" w:type="dxa"/>
            <w:vMerge w:val="restart"/>
          </w:tcPr>
          <w:p w:rsidR="007B68C2" w:rsidRDefault="007B68C2" w:rsidP="008921D6">
            <w:pPr>
              <w:widowControl w:val="0"/>
              <w:spacing w:line="240" w:lineRule="auto"/>
            </w:pPr>
            <w:r>
              <w:rPr>
                <w:sz w:val="22"/>
              </w:rPr>
              <w:t>6.1. Металлы</w:t>
            </w:r>
          </w:p>
        </w:tc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Tr="006D0217">
        <w:trPr>
          <w:trHeight w:val="498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Default="007B68C2" w:rsidP="008921D6">
            <w:pPr>
              <w:spacing w:line="240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7B68C2" w:rsidRPr="008921D6" w:rsidTr="006D0217">
        <w:trPr>
          <w:trHeight w:val="498"/>
        </w:trPr>
        <w:tc>
          <w:tcPr>
            <w:tcW w:w="1843" w:type="dxa"/>
            <w:vMerge w:val="restart"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7B68C2">
              <w:rPr>
                <w:lang w:val="ru-RU"/>
              </w:rPr>
              <w:t>7. Химическая идентификация и анализ веществ</w:t>
            </w:r>
          </w:p>
        </w:tc>
        <w:tc>
          <w:tcPr>
            <w:tcW w:w="1701" w:type="dxa"/>
            <w:vMerge w:val="restart"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7B68C2">
              <w:rPr>
                <w:lang w:val="ru-RU"/>
              </w:rPr>
              <w:t>7.1. Аналитическая химия и химический анализ вещества</w:t>
            </w:r>
          </w:p>
        </w:tc>
        <w:tc>
          <w:tcPr>
            <w:tcW w:w="1843" w:type="dxa"/>
            <w:vMerge w:val="restart"/>
          </w:tcPr>
          <w:p w:rsid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1843" w:type="dxa"/>
          </w:tcPr>
          <w:p w:rsidR="007B68C2" w:rsidRPr="002A7168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Текущий контроль</w:t>
            </w:r>
          </w:p>
        </w:tc>
        <w:tc>
          <w:tcPr>
            <w:tcW w:w="2976" w:type="dxa"/>
          </w:tcPr>
          <w:p w:rsidR="007B68C2" w:rsidRPr="007B68C2" w:rsidRDefault="007B68C2" w:rsidP="008921D6">
            <w:pPr>
              <w:spacing w:line="240" w:lineRule="auto"/>
              <w:rPr>
                <w:i/>
                <w:sz w:val="20"/>
                <w:lang w:val="ru-RU"/>
              </w:rPr>
            </w:pPr>
            <w:r w:rsidRPr="007B68C2">
              <w:rPr>
                <w:i/>
                <w:sz w:val="20"/>
                <w:lang w:val="ru-RU"/>
              </w:rPr>
              <w:t>Отчет по ЛР, контрольная работа, тест</w:t>
            </w:r>
          </w:p>
        </w:tc>
      </w:tr>
      <w:tr w:rsidR="007B68C2" w:rsidTr="006D0217">
        <w:trPr>
          <w:trHeight w:val="498"/>
        </w:trPr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b/>
                <w:color w:val="FF0000"/>
                <w:szCs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7B68C2" w:rsidRPr="007B68C2" w:rsidRDefault="007B68C2" w:rsidP="008921D6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B68C2" w:rsidRPr="002A7168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976" w:type="dxa"/>
          </w:tcPr>
          <w:p w:rsidR="007B68C2" w:rsidRPr="002A7168" w:rsidRDefault="007B68C2" w:rsidP="008921D6">
            <w:pPr>
              <w:spacing w:line="240" w:lineRule="auto"/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</w:tbl>
    <w:p w:rsidR="007B68C2" w:rsidRDefault="007B68C2" w:rsidP="007B68C2"/>
    <w:p w:rsidR="007B68C2" w:rsidRPr="007B68C2" w:rsidRDefault="007B68C2" w:rsidP="007B68C2">
      <w:pPr>
        <w:jc w:val="center"/>
        <w:rPr>
          <w:b/>
          <w:lang w:val="ru-RU"/>
        </w:rPr>
      </w:pPr>
      <w:r w:rsidRPr="007B68C2">
        <w:rPr>
          <w:b/>
          <w:lang w:val="ru-RU"/>
        </w:rPr>
        <w:t>Перечень и краткая характеристика оценочных средств по дисциплине</w:t>
      </w:r>
    </w:p>
    <w:p w:rsidR="007B68C2" w:rsidRPr="00093F28" w:rsidRDefault="007B68C2" w:rsidP="007B68C2">
      <w:pPr>
        <w:jc w:val="center"/>
        <w:rPr>
          <w:b/>
          <w:u w:val="single"/>
        </w:rPr>
      </w:pPr>
      <w:r>
        <w:rPr>
          <w:b/>
          <w:u w:val="single"/>
        </w:rPr>
        <w:t>Химия</w:t>
      </w:r>
    </w:p>
    <w:p w:rsidR="007B68C2" w:rsidRPr="008D1837" w:rsidRDefault="007B68C2" w:rsidP="007B68C2"/>
    <w:tbl>
      <w:tblPr>
        <w:tblW w:w="1002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32"/>
        <w:gridCol w:w="5245"/>
        <w:gridCol w:w="2409"/>
      </w:tblGrid>
      <w:tr w:rsidR="007B68C2" w:rsidRPr="008921D6" w:rsidTr="006D0217">
        <w:tc>
          <w:tcPr>
            <w:tcW w:w="540" w:type="dxa"/>
            <w:vAlign w:val="center"/>
          </w:tcPr>
          <w:p w:rsidR="007B68C2" w:rsidRPr="00FF077F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№</w:t>
            </w:r>
          </w:p>
          <w:p w:rsidR="007B68C2" w:rsidRPr="00FF077F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п/п</w:t>
            </w:r>
          </w:p>
        </w:tc>
        <w:tc>
          <w:tcPr>
            <w:tcW w:w="1832" w:type="dxa"/>
            <w:vAlign w:val="center"/>
          </w:tcPr>
          <w:p w:rsidR="007B68C2" w:rsidRPr="007B68C2" w:rsidRDefault="007B68C2" w:rsidP="008921D6">
            <w:pPr>
              <w:spacing w:line="240" w:lineRule="auto"/>
              <w:jc w:val="center"/>
              <w:rPr>
                <w:b/>
                <w:lang w:val="ru-RU"/>
              </w:rPr>
            </w:pPr>
            <w:r w:rsidRPr="007B68C2">
              <w:rPr>
                <w:b/>
                <w:sz w:val="22"/>
                <w:lang w:val="ru-RU"/>
              </w:rPr>
              <w:t xml:space="preserve">Наименование оценочного средства </w:t>
            </w:r>
            <w:r w:rsidRPr="007B68C2">
              <w:rPr>
                <w:sz w:val="22"/>
                <w:lang w:val="ru-RU"/>
              </w:rPr>
              <w:t>(процесс/конечный продукт)</w:t>
            </w:r>
          </w:p>
        </w:tc>
        <w:tc>
          <w:tcPr>
            <w:tcW w:w="5245" w:type="dxa"/>
            <w:vAlign w:val="center"/>
          </w:tcPr>
          <w:p w:rsidR="007B68C2" w:rsidRPr="00FF077F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Краткая характеристика оценочного средства</w:t>
            </w:r>
          </w:p>
        </w:tc>
        <w:tc>
          <w:tcPr>
            <w:tcW w:w="2409" w:type="dxa"/>
            <w:vAlign w:val="center"/>
          </w:tcPr>
          <w:p w:rsidR="007B68C2" w:rsidRPr="007B68C2" w:rsidRDefault="007B68C2" w:rsidP="008921D6">
            <w:pPr>
              <w:spacing w:line="240" w:lineRule="auto"/>
              <w:jc w:val="center"/>
              <w:rPr>
                <w:b/>
                <w:lang w:val="ru-RU"/>
              </w:rPr>
            </w:pPr>
            <w:r w:rsidRPr="007B68C2">
              <w:rPr>
                <w:b/>
                <w:sz w:val="22"/>
                <w:lang w:val="ru-RU"/>
              </w:rPr>
              <w:t>Представление оценочного средства в фонде</w:t>
            </w:r>
          </w:p>
        </w:tc>
      </w:tr>
      <w:tr w:rsidR="007B68C2" w:rsidRPr="005F5C0E" w:rsidTr="006D0217">
        <w:tc>
          <w:tcPr>
            <w:tcW w:w="540" w:type="dxa"/>
          </w:tcPr>
          <w:p w:rsidR="007B68C2" w:rsidRPr="005F5C0E" w:rsidRDefault="007B68C2" w:rsidP="008921D6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</w:p>
        </w:tc>
        <w:tc>
          <w:tcPr>
            <w:tcW w:w="1832" w:type="dxa"/>
          </w:tcPr>
          <w:p w:rsidR="007B68C2" w:rsidRPr="005F5C0E" w:rsidRDefault="007B68C2" w:rsidP="008921D6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5245" w:type="dxa"/>
          </w:tcPr>
          <w:p w:rsidR="007B68C2" w:rsidRPr="005F5C0E" w:rsidRDefault="007B68C2" w:rsidP="008921D6">
            <w:pPr>
              <w:spacing w:line="240" w:lineRule="auto"/>
              <w:ind w:firstLine="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</w:p>
        </w:tc>
        <w:tc>
          <w:tcPr>
            <w:tcW w:w="2409" w:type="dxa"/>
          </w:tcPr>
          <w:p w:rsidR="007B68C2" w:rsidRPr="005F5C0E" w:rsidRDefault="007B68C2" w:rsidP="008921D6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</w:tr>
      <w:tr w:rsidR="007B68C2" w:rsidRPr="008921D6" w:rsidTr="006D0217">
        <w:tc>
          <w:tcPr>
            <w:tcW w:w="540" w:type="dxa"/>
          </w:tcPr>
          <w:p w:rsidR="007B68C2" w:rsidRPr="00FF077F" w:rsidRDefault="007B68C2" w:rsidP="00835283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</w:pPr>
          </w:p>
        </w:tc>
        <w:tc>
          <w:tcPr>
            <w:tcW w:w="1832" w:type="dxa"/>
          </w:tcPr>
          <w:p w:rsidR="007B68C2" w:rsidRPr="00FF077F" w:rsidRDefault="007B68C2" w:rsidP="008921D6">
            <w:pPr>
              <w:spacing w:line="240" w:lineRule="auto"/>
            </w:pPr>
            <w:r>
              <w:rPr>
                <w:sz w:val="22"/>
              </w:rPr>
              <w:t>Контрольная работа</w:t>
            </w:r>
          </w:p>
        </w:tc>
        <w:tc>
          <w:tcPr>
            <w:tcW w:w="5245" w:type="dxa"/>
          </w:tcPr>
          <w:p w:rsidR="007B68C2" w:rsidRPr="007B68C2" w:rsidRDefault="007B68C2" w:rsidP="008921D6">
            <w:pPr>
              <w:spacing w:line="240" w:lineRule="auto"/>
              <w:ind w:firstLine="28"/>
              <w:rPr>
                <w:color w:val="FF0000"/>
                <w:lang w:val="ru-RU"/>
              </w:rPr>
            </w:pPr>
            <w:r w:rsidRPr="007B68C2">
              <w:rPr>
                <w:sz w:val="22"/>
                <w:lang w:val="ru-RU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409" w:type="dxa"/>
          </w:tcPr>
          <w:p w:rsidR="007B68C2" w:rsidRPr="007B68C2" w:rsidRDefault="007B68C2" w:rsidP="008921D6">
            <w:pPr>
              <w:spacing w:line="240" w:lineRule="auto"/>
              <w:rPr>
                <w:lang w:val="ru-RU"/>
              </w:rPr>
            </w:pPr>
            <w:r w:rsidRPr="007B68C2">
              <w:rPr>
                <w:sz w:val="22"/>
                <w:lang w:val="ru-RU"/>
              </w:rPr>
              <w:t xml:space="preserve">Комплект контрольных заданий по вариантам </w:t>
            </w:r>
          </w:p>
        </w:tc>
      </w:tr>
      <w:tr w:rsidR="007B68C2" w:rsidRPr="008921D6" w:rsidTr="006D0217">
        <w:tc>
          <w:tcPr>
            <w:tcW w:w="540" w:type="dxa"/>
          </w:tcPr>
          <w:p w:rsidR="007B68C2" w:rsidRPr="007B68C2" w:rsidRDefault="007B68C2" w:rsidP="00835283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1832" w:type="dxa"/>
          </w:tcPr>
          <w:p w:rsidR="007B68C2" w:rsidRPr="00FF077F" w:rsidRDefault="007B68C2" w:rsidP="008921D6">
            <w:pPr>
              <w:spacing w:line="240" w:lineRule="auto"/>
            </w:pPr>
            <w:r>
              <w:rPr>
                <w:sz w:val="22"/>
              </w:rPr>
              <w:t xml:space="preserve">Лабораторная работа </w:t>
            </w:r>
          </w:p>
        </w:tc>
        <w:tc>
          <w:tcPr>
            <w:tcW w:w="5245" w:type="dxa"/>
          </w:tcPr>
          <w:p w:rsidR="007B68C2" w:rsidRPr="007B68C2" w:rsidRDefault="007B68C2" w:rsidP="008921D6">
            <w:pPr>
              <w:spacing w:line="240" w:lineRule="auto"/>
              <w:ind w:firstLine="28"/>
              <w:rPr>
                <w:lang w:val="ru-RU"/>
              </w:rPr>
            </w:pPr>
            <w:r w:rsidRPr="007B68C2">
              <w:rPr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409" w:type="dxa"/>
          </w:tcPr>
          <w:p w:rsidR="007B68C2" w:rsidRPr="007B68C2" w:rsidRDefault="007B68C2" w:rsidP="008921D6">
            <w:pPr>
              <w:spacing w:line="240" w:lineRule="auto"/>
              <w:rPr>
                <w:lang w:val="ru-RU"/>
              </w:rPr>
            </w:pPr>
            <w:r w:rsidRPr="007B68C2">
              <w:rPr>
                <w:sz w:val="22"/>
                <w:lang w:val="ru-RU"/>
              </w:rPr>
              <w:t>Макет отчета по лабораторной (-ым) работе (-ам)</w:t>
            </w:r>
          </w:p>
        </w:tc>
      </w:tr>
      <w:tr w:rsidR="007B68C2" w:rsidRPr="00FF077F" w:rsidTr="006D0217">
        <w:tc>
          <w:tcPr>
            <w:tcW w:w="540" w:type="dxa"/>
          </w:tcPr>
          <w:p w:rsidR="007B68C2" w:rsidRPr="007B68C2" w:rsidRDefault="007B68C2" w:rsidP="00835283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1832" w:type="dxa"/>
          </w:tcPr>
          <w:p w:rsidR="007B68C2" w:rsidRPr="00FF077F" w:rsidRDefault="007B68C2" w:rsidP="008921D6">
            <w:pPr>
              <w:spacing w:line="240" w:lineRule="auto"/>
            </w:pPr>
            <w:r w:rsidRPr="00FF077F">
              <w:rPr>
                <w:sz w:val="22"/>
              </w:rPr>
              <w:t>Тест</w:t>
            </w:r>
          </w:p>
        </w:tc>
        <w:tc>
          <w:tcPr>
            <w:tcW w:w="5245" w:type="dxa"/>
          </w:tcPr>
          <w:p w:rsidR="007B68C2" w:rsidRPr="007B68C2" w:rsidRDefault="007B68C2" w:rsidP="008921D6">
            <w:pPr>
              <w:spacing w:line="240" w:lineRule="auto"/>
              <w:rPr>
                <w:lang w:val="ru-RU"/>
              </w:rPr>
            </w:pPr>
            <w:r w:rsidRPr="007B68C2">
              <w:rPr>
                <w:sz w:val="22"/>
                <w:lang w:val="ru-RU"/>
              </w:rPr>
              <w:t xml:space="preserve">Система стандартизированных заданий, </w:t>
            </w:r>
            <w:r w:rsidRPr="007B68C2">
              <w:rPr>
                <w:sz w:val="22"/>
                <w:lang w:val="ru-RU"/>
              </w:rPr>
              <w:lastRenderedPageBreak/>
              <w:t>позволяющая автоматизировать процедуру измерения уровня знаний и умений обучающегося.</w:t>
            </w:r>
          </w:p>
        </w:tc>
        <w:tc>
          <w:tcPr>
            <w:tcW w:w="2409" w:type="dxa"/>
          </w:tcPr>
          <w:p w:rsidR="007B68C2" w:rsidRPr="00FF077F" w:rsidRDefault="007B68C2" w:rsidP="008921D6">
            <w:pPr>
              <w:spacing w:line="240" w:lineRule="auto"/>
            </w:pPr>
            <w:r>
              <w:rPr>
                <w:sz w:val="22"/>
              </w:rPr>
              <w:lastRenderedPageBreak/>
              <w:t>База</w:t>
            </w:r>
            <w:r w:rsidRPr="00FF077F">
              <w:rPr>
                <w:sz w:val="22"/>
              </w:rPr>
              <w:t xml:space="preserve"> тестовых заданий</w:t>
            </w:r>
          </w:p>
        </w:tc>
      </w:tr>
      <w:tr w:rsidR="007B68C2" w:rsidRPr="00FF077F" w:rsidTr="006D0217">
        <w:tc>
          <w:tcPr>
            <w:tcW w:w="540" w:type="dxa"/>
          </w:tcPr>
          <w:p w:rsidR="007B68C2" w:rsidRPr="00FF077F" w:rsidRDefault="007B68C2" w:rsidP="00835283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</w:pPr>
          </w:p>
        </w:tc>
        <w:tc>
          <w:tcPr>
            <w:tcW w:w="1832" w:type="dxa"/>
          </w:tcPr>
          <w:p w:rsidR="007B68C2" w:rsidRPr="007B68C2" w:rsidRDefault="007B68C2" w:rsidP="008921D6">
            <w:pPr>
              <w:spacing w:line="240" w:lineRule="auto"/>
              <w:rPr>
                <w:lang w:val="ru-RU"/>
              </w:rPr>
            </w:pPr>
            <w:r w:rsidRPr="007B68C2">
              <w:rPr>
                <w:sz w:val="22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5245" w:type="dxa"/>
          </w:tcPr>
          <w:p w:rsidR="007B68C2" w:rsidRPr="007B68C2" w:rsidRDefault="007B68C2" w:rsidP="008921D6">
            <w:pPr>
              <w:spacing w:line="240" w:lineRule="auto"/>
              <w:rPr>
                <w:lang w:val="ru-RU"/>
              </w:rPr>
            </w:pPr>
            <w:r w:rsidRPr="007B68C2">
              <w:rPr>
                <w:sz w:val="22"/>
                <w:lang w:val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409" w:type="dxa"/>
          </w:tcPr>
          <w:p w:rsidR="007B68C2" w:rsidRDefault="007B68C2" w:rsidP="008921D6">
            <w:pPr>
              <w:spacing w:line="240" w:lineRule="auto"/>
            </w:pPr>
            <w:r>
              <w:rPr>
                <w:sz w:val="22"/>
              </w:rPr>
              <w:t>Комплект тестовых заданий</w:t>
            </w:r>
          </w:p>
        </w:tc>
      </w:tr>
    </w:tbl>
    <w:p w:rsidR="006D0217" w:rsidRDefault="006D0217" w:rsidP="007B68C2">
      <w:pPr>
        <w:jc w:val="center"/>
        <w:rPr>
          <w:b/>
          <w:lang w:val="ru-RU"/>
        </w:rPr>
      </w:pPr>
    </w:p>
    <w:p w:rsidR="007B68C2" w:rsidRPr="007B68C2" w:rsidRDefault="007B68C2" w:rsidP="007B68C2">
      <w:pPr>
        <w:jc w:val="center"/>
        <w:rPr>
          <w:b/>
          <w:lang w:val="ru-RU"/>
        </w:rPr>
      </w:pPr>
      <w:r w:rsidRPr="007B68C2">
        <w:rPr>
          <w:b/>
          <w:lang w:val="ru-RU"/>
        </w:rPr>
        <w:t>Комплект оценочных средств для текущего контроля</w:t>
      </w:r>
    </w:p>
    <w:p w:rsidR="007B68C2" w:rsidRPr="007B68C2" w:rsidRDefault="007B68C2" w:rsidP="007B68C2">
      <w:pPr>
        <w:jc w:val="center"/>
        <w:rPr>
          <w:b/>
          <w:bCs/>
          <w:color w:val="000000"/>
          <w:szCs w:val="24"/>
          <w:lang w:val="ru-RU"/>
        </w:rPr>
      </w:pPr>
    </w:p>
    <w:p w:rsidR="007B68C2" w:rsidRPr="007B68C2" w:rsidRDefault="007B68C2" w:rsidP="007B68C2">
      <w:pPr>
        <w:pStyle w:val="ae"/>
        <w:tabs>
          <w:tab w:val="left" w:pos="2295"/>
        </w:tabs>
        <w:spacing w:line="240" w:lineRule="auto"/>
        <w:jc w:val="center"/>
        <w:rPr>
          <w:b/>
          <w:szCs w:val="24"/>
          <w:lang w:val="ru-RU"/>
        </w:rPr>
      </w:pPr>
      <w:r w:rsidRPr="007B68C2">
        <w:rPr>
          <w:b/>
          <w:szCs w:val="24"/>
          <w:lang w:val="ru-RU"/>
        </w:rPr>
        <w:t>Комплект заданий для контрольной работы</w:t>
      </w:r>
    </w:p>
    <w:p w:rsidR="007B68C2" w:rsidRPr="007B68C2" w:rsidRDefault="007B68C2" w:rsidP="007B68C2">
      <w:pPr>
        <w:shd w:val="clear" w:color="auto" w:fill="FFFFFF"/>
        <w:tabs>
          <w:tab w:val="left" w:pos="720"/>
        </w:tabs>
        <w:suppressAutoHyphens/>
        <w:spacing w:line="240" w:lineRule="auto"/>
        <w:ind w:firstLine="180"/>
        <w:rPr>
          <w:b/>
          <w:szCs w:val="24"/>
          <w:shd w:val="clear" w:color="auto" w:fill="FFFFFF"/>
          <w:lang w:val="ru-RU"/>
        </w:rPr>
      </w:pPr>
      <w:r w:rsidRPr="007B68C2">
        <w:rPr>
          <w:b/>
          <w:szCs w:val="24"/>
          <w:shd w:val="clear" w:color="auto" w:fill="FFFFFF"/>
          <w:lang w:val="ru-RU"/>
        </w:rPr>
        <w:t>Раздел 1. Химия – наука о веществах.</w:t>
      </w:r>
    </w:p>
    <w:p w:rsidR="007B68C2" w:rsidRPr="007B68C2" w:rsidRDefault="007B68C2" w:rsidP="007B68C2">
      <w:pPr>
        <w:spacing w:line="240" w:lineRule="auto"/>
        <w:ind w:firstLine="180"/>
        <w:rPr>
          <w:b/>
          <w:szCs w:val="24"/>
          <w:lang w:val="ru-RU"/>
        </w:rPr>
      </w:pPr>
      <w:r w:rsidRPr="007B68C2">
        <w:rPr>
          <w:b/>
          <w:szCs w:val="24"/>
          <w:lang w:val="ru-RU"/>
        </w:rPr>
        <w:t>Задание 1.</w:t>
      </w:r>
    </w:p>
    <w:p w:rsidR="007B68C2" w:rsidRPr="007B68C2" w:rsidRDefault="007B68C2" w:rsidP="00835283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7B68C2">
        <w:rPr>
          <w:szCs w:val="24"/>
          <w:lang w:val="ru-RU"/>
        </w:rPr>
        <w:t>Напишите электронные формулы атомов, образующих данную молекулу</w:t>
      </w:r>
    </w:p>
    <w:p w:rsidR="007B68C2" w:rsidRPr="007B68C2" w:rsidRDefault="007B68C2" w:rsidP="00835283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7B68C2">
        <w:rPr>
          <w:szCs w:val="24"/>
          <w:lang w:val="ru-RU"/>
        </w:rPr>
        <w:t>Определите механизм образования связи и ее вид</w:t>
      </w:r>
    </w:p>
    <w:p w:rsidR="007B68C2" w:rsidRDefault="007B68C2" w:rsidP="00835283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7B68C2" w:rsidRPr="007B68C2" w:rsidRDefault="007B68C2" w:rsidP="00835283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7B68C2">
        <w:rPr>
          <w:szCs w:val="24"/>
          <w:lang w:val="ru-RU"/>
        </w:rPr>
        <w:t>Укажите, имеет ли место гибридизация, ее тип</w:t>
      </w:r>
    </w:p>
    <w:p w:rsidR="007B68C2" w:rsidRDefault="007B68C2" w:rsidP="00835283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Покажите геометрическую структуру молекулы</w:t>
      </w:r>
    </w:p>
    <w:p w:rsidR="007B68C2" w:rsidRPr="00B27DE1" w:rsidRDefault="007B68C2" w:rsidP="00835283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7B68C2" w:rsidRDefault="007B68C2" w:rsidP="007B68C2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43"/>
        <w:gridCol w:w="1135"/>
        <w:gridCol w:w="3651"/>
      </w:tblGrid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S; TeF</w:t>
            </w:r>
            <w:r w:rsidRPr="00F35BC7">
              <w:rPr>
                <w:szCs w:val="24"/>
                <w:vertAlign w:val="subscript"/>
              </w:rPr>
              <w:t>4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Br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AlBr</w:t>
            </w:r>
            <w:r w:rsidRPr="00F35BC7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BeH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GeH</w:t>
            </w:r>
            <w:r w:rsidRPr="00F35BC7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AsH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MgF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GaI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HCl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Te; CF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BeBr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SbBr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BI2; H2O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SeF</w:t>
            </w:r>
            <w:r w:rsidRPr="00F35BC7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; FeF</w:t>
            </w:r>
            <w:r w:rsidRPr="00F35BC7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HBr; SiF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SClF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LiH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HF; AsF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GaBr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AlF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PbCl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SbCl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7B68C2" w:rsidTr="008921D6">
        <w:trPr>
          <w:jc w:val="center"/>
        </w:trPr>
        <w:tc>
          <w:tcPr>
            <w:tcW w:w="1242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543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FeCl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7B68C2" w:rsidRPr="008563EA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651" w:type="dxa"/>
          </w:tcPr>
          <w:p w:rsidR="007B68C2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BBr</w:t>
            </w:r>
            <w:r w:rsidRPr="00F84529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</w:tbl>
    <w:p w:rsidR="007B68C2" w:rsidRDefault="007B68C2" w:rsidP="007B68C2">
      <w:pPr>
        <w:spacing w:line="240" w:lineRule="auto"/>
        <w:ind w:firstLine="180"/>
        <w:rPr>
          <w:szCs w:val="24"/>
        </w:rPr>
      </w:pPr>
    </w:p>
    <w:p w:rsidR="007B68C2" w:rsidRPr="00B07D6C" w:rsidRDefault="007B68C2" w:rsidP="007B68C2">
      <w:pPr>
        <w:spacing w:line="240" w:lineRule="auto"/>
        <w:ind w:firstLine="180"/>
        <w:rPr>
          <w:szCs w:val="24"/>
        </w:rPr>
      </w:pPr>
    </w:p>
    <w:p w:rsidR="007B68C2" w:rsidRDefault="007B68C2" w:rsidP="007B68C2">
      <w:pPr>
        <w:spacing w:line="240" w:lineRule="auto"/>
        <w:ind w:firstLine="180"/>
        <w:rPr>
          <w:b/>
          <w:szCs w:val="24"/>
        </w:rPr>
      </w:pPr>
      <w:r>
        <w:rPr>
          <w:b/>
          <w:szCs w:val="24"/>
        </w:rPr>
        <w:t>Раздел 2. Энергетика – химических процессов.</w:t>
      </w:r>
    </w:p>
    <w:p w:rsidR="007B68C2" w:rsidRPr="00FF61C8" w:rsidRDefault="007B68C2" w:rsidP="007B68C2">
      <w:pPr>
        <w:spacing w:line="240" w:lineRule="auto"/>
        <w:ind w:firstLine="180"/>
        <w:rPr>
          <w:b/>
          <w:szCs w:val="24"/>
        </w:rPr>
      </w:pPr>
      <w:r w:rsidRPr="00FF61C8">
        <w:rPr>
          <w:b/>
          <w:szCs w:val="24"/>
        </w:rPr>
        <w:t>Задание 2.</w:t>
      </w:r>
    </w:p>
    <w:p w:rsidR="007B68C2" w:rsidRDefault="007B68C2" w:rsidP="00835283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</w:rPr>
      </w:pPr>
      <w:r>
        <w:rPr>
          <w:szCs w:val="24"/>
        </w:rPr>
        <w:t xml:space="preserve">Запишите уравнение реакции </w:t>
      </w:r>
    </w:p>
    <w:p w:rsidR="007B68C2" w:rsidRPr="007B68C2" w:rsidRDefault="007B68C2" w:rsidP="00835283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7B68C2">
        <w:rPr>
          <w:szCs w:val="24"/>
          <w:lang w:val="ru-RU"/>
        </w:rPr>
        <w:t>Рассчитайте стандартную энтальпию и стандартную энтропию химической реакции</w:t>
      </w:r>
    </w:p>
    <w:p w:rsidR="007B68C2" w:rsidRPr="007B68C2" w:rsidRDefault="007B68C2" w:rsidP="00835283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7B68C2">
        <w:rPr>
          <w:szCs w:val="24"/>
          <w:lang w:val="ru-RU"/>
        </w:rPr>
        <w:t>Определите, в каком направлении при 298 К (прямом или обратном) будет протекать реакция, если все ее участники находятся в стандартном состоянии</w:t>
      </w:r>
    </w:p>
    <w:p w:rsidR="007B68C2" w:rsidRPr="007B68C2" w:rsidRDefault="007B68C2" w:rsidP="007B68C2">
      <w:pPr>
        <w:rPr>
          <w:lang w:val="ru-RU"/>
        </w:rPr>
      </w:pPr>
    </w:p>
    <w:p w:rsidR="007B68C2" w:rsidRPr="00FC7648" w:rsidRDefault="007B68C2" w:rsidP="007B68C2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31"/>
        <w:gridCol w:w="1165"/>
        <w:gridCol w:w="3633"/>
      </w:tblGrid>
      <w:tr w:rsidR="007B68C2" w:rsidRPr="00E31E2B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531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633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</w:tr>
      <w:tr w:rsidR="007B68C2" w:rsidRPr="00E31E2B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3531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+C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=2CO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3633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С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+2Н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=СН</w:t>
            </w:r>
            <w:r w:rsidRPr="00E31E2B">
              <w:rPr>
                <w:szCs w:val="24"/>
                <w:vertAlign w:val="subscript"/>
              </w:rPr>
              <w:t>4(г)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3531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N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+3H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=2NH</w:t>
            </w:r>
            <w:r w:rsidRPr="00E31E2B">
              <w:rPr>
                <w:szCs w:val="24"/>
                <w:vertAlign w:val="subscript"/>
              </w:rPr>
              <w:t>3(г)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СН</w:t>
            </w:r>
            <w:r w:rsidRPr="007B68C2">
              <w:rPr>
                <w:szCs w:val="24"/>
                <w:vertAlign w:val="subscript"/>
                <w:lang w:val="ru-RU"/>
              </w:rPr>
              <w:t>4(г)</w:t>
            </w:r>
            <w:r w:rsidRPr="007B68C2">
              <w:rPr>
                <w:szCs w:val="24"/>
                <w:lang w:val="ru-RU"/>
              </w:rPr>
              <w:t>+2Н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7B68C2">
              <w:rPr>
                <w:szCs w:val="24"/>
                <w:lang w:val="ru-RU"/>
              </w:rPr>
              <w:t>О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+4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3531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3531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SO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SO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3(к)</w:t>
            </w:r>
            <w:r w:rsidRPr="007B68C2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3531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CH</w:t>
            </w:r>
            <w:r w:rsidRPr="007B68C2">
              <w:rPr>
                <w:szCs w:val="24"/>
                <w:vertAlign w:val="subscript"/>
                <w:lang w:val="ru-RU"/>
              </w:rPr>
              <w:t>4(г)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+4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CH</w:t>
            </w:r>
            <w:r w:rsidRPr="007B68C2">
              <w:rPr>
                <w:szCs w:val="24"/>
                <w:vertAlign w:val="subscript"/>
                <w:lang w:val="ru-RU"/>
              </w:rPr>
              <w:t>4(г)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3531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2NO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+O2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=2NO</w:t>
            </w:r>
            <w:r w:rsidRPr="00E31E2B">
              <w:rPr>
                <w:szCs w:val="24"/>
                <w:vertAlign w:val="subscript"/>
              </w:rPr>
              <w:t>2(г)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CH</w:t>
            </w:r>
            <w:r w:rsidRPr="007B68C2">
              <w:rPr>
                <w:szCs w:val="24"/>
                <w:vertAlign w:val="subscript"/>
                <w:lang w:val="ru-RU"/>
              </w:rPr>
              <w:t>4(г)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7</w:t>
            </w:r>
          </w:p>
        </w:tc>
        <w:tc>
          <w:tcPr>
            <w:tcW w:w="3531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PCl</w:t>
            </w:r>
            <w:r w:rsidRPr="007B68C2">
              <w:rPr>
                <w:szCs w:val="24"/>
                <w:vertAlign w:val="subscript"/>
                <w:lang w:val="ru-RU"/>
              </w:rPr>
              <w:t>5(г)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PCl</w:t>
            </w:r>
            <w:r w:rsidRPr="007B68C2">
              <w:rPr>
                <w:szCs w:val="24"/>
                <w:vertAlign w:val="subscript"/>
                <w:lang w:val="ru-RU"/>
              </w:rPr>
              <w:t>3(г)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7B68C2">
              <w:rPr>
                <w:szCs w:val="24"/>
                <w:lang w:val="ru-RU"/>
              </w:rPr>
              <w:t>(</w:t>
            </w:r>
            <w:r w:rsidRPr="007B68C2">
              <w:rPr>
                <w:szCs w:val="24"/>
                <w:vertAlign w:val="subscript"/>
                <w:lang w:val="ru-RU"/>
              </w:rPr>
              <w:t>к</w:t>
            </w:r>
            <w:r w:rsidRPr="007B68C2">
              <w:rPr>
                <w:szCs w:val="24"/>
                <w:lang w:val="ru-RU"/>
              </w:rPr>
              <w:t>)+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CaCO</w:t>
            </w:r>
            <w:r w:rsidRPr="007B68C2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3531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2NO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=N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4(г)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(ж)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3531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HI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I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HCl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7B68C2" w:rsidRPr="008921D6" w:rsidTr="008921D6">
        <w:tc>
          <w:tcPr>
            <w:tcW w:w="1242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3531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2H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+SO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=3S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+2H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  <w:tc>
          <w:tcPr>
            <w:tcW w:w="1165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3633" w:type="dxa"/>
          </w:tcPr>
          <w:p w:rsidR="007B68C2" w:rsidRPr="007B68C2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I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S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HI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S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</w:p>
        </w:tc>
      </w:tr>
    </w:tbl>
    <w:p w:rsidR="007B68C2" w:rsidRPr="007B68C2" w:rsidRDefault="007B68C2" w:rsidP="007B68C2">
      <w:pPr>
        <w:rPr>
          <w:szCs w:val="24"/>
          <w:lang w:val="ru-RU"/>
        </w:rPr>
      </w:pPr>
    </w:p>
    <w:p w:rsidR="007B68C2" w:rsidRPr="007B68C2" w:rsidRDefault="007B68C2" w:rsidP="007B68C2">
      <w:pPr>
        <w:rPr>
          <w:lang w:val="ru-RU"/>
        </w:rPr>
      </w:pPr>
    </w:p>
    <w:p w:rsidR="007B68C2" w:rsidRPr="007B68C2" w:rsidRDefault="007B68C2" w:rsidP="007B68C2">
      <w:pPr>
        <w:ind w:firstLine="180"/>
        <w:rPr>
          <w:b/>
          <w:lang w:val="ru-RU"/>
        </w:rPr>
      </w:pPr>
      <w:r w:rsidRPr="007B68C2">
        <w:rPr>
          <w:b/>
          <w:lang w:val="ru-RU"/>
        </w:rPr>
        <w:t>Раздел 3. Кинетика и катализ химических процессов.</w:t>
      </w:r>
    </w:p>
    <w:p w:rsidR="007B68C2" w:rsidRPr="00FF61C8" w:rsidRDefault="007B68C2" w:rsidP="007B68C2">
      <w:pPr>
        <w:ind w:firstLine="180"/>
        <w:rPr>
          <w:b/>
        </w:rPr>
      </w:pPr>
      <w:r w:rsidRPr="00FF61C8">
        <w:rPr>
          <w:b/>
        </w:rPr>
        <w:t>Задание 3</w:t>
      </w:r>
      <w:r>
        <w:rPr>
          <w:b/>
        </w:rPr>
        <w:t>.</w:t>
      </w:r>
    </w:p>
    <w:p w:rsidR="007B68C2" w:rsidRPr="007B68C2" w:rsidRDefault="007B68C2" w:rsidP="00835283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7B68C2">
        <w:rPr>
          <w:lang w:val="ru-RU"/>
        </w:rPr>
        <w:t>Напишите выражение константы гетерогенного химического равновесия для приведенной равновесной химической реакции</w:t>
      </w:r>
    </w:p>
    <w:p w:rsidR="007B68C2" w:rsidRPr="007B68C2" w:rsidRDefault="007B68C2" w:rsidP="00835283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7B68C2">
        <w:rPr>
          <w:lang w:val="ru-RU"/>
        </w:rPr>
        <w:t>Оцените, в какую сторону сместится равновесие данной системы при повышении температуры</w:t>
      </w:r>
    </w:p>
    <w:p w:rsidR="007B68C2" w:rsidRPr="007B68C2" w:rsidRDefault="007B68C2" w:rsidP="00835283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7B68C2">
        <w:rPr>
          <w:lang w:val="ru-RU"/>
        </w:rPr>
        <w:t>Нарушится ли равновесие в данной системе, если уменьшить давление в два раза.</w:t>
      </w:r>
    </w:p>
    <w:p w:rsidR="007B68C2" w:rsidRPr="007B68C2" w:rsidRDefault="007B68C2" w:rsidP="007B68C2">
      <w:pPr>
        <w:spacing w:line="240" w:lineRule="auto"/>
        <w:ind w:firstLine="180"/>
        <w:jc w:val="right"/>
        <w:rPr>
          <w:szCs w:val="24"/>
          <w:lang w:val="ru-RU"/>
        </w:rPr>
      </w:pPr>
    </w:p>
    <w:p w:rsidR="007B68C2" w:rsidRPr="00FC7648" w:rsidRDefault="007B68C2" w:rsidP="007B68C2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3543"/>
        <w:gridCol w:w="1276"/>
        <w:gridCol w:w="3651"/>
      </w:tblGrid>
      <w:tr w:rsidR="007B68C2" w:rsidRPr="00E31E2B" w:rsidTr="008921D6">
        <w:tc>
          <w:tcPr>
            <w:tcW w:w="1101" w:type="dxa"/>
          </w:tcPr>
          <w:p w:rsidR="007B68C2" w:rsidRPr="00E31E2B" w:rsidRDefault="007B68C2" w:rsidP="008921D6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spacing w:line="240" w:lineRule="auto"/>
              <w:ind w:right="34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Уравнение реакции</w:t>
            </w:r>
          </w:p>
        </w:tc>
      </w:tr>
      <w:tr w:rsidR="007B68C2" w:rsidRPr="008921D6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Ag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AgCl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3651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2(к)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7B68C2" w:rsidRPr="008921D6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3543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4Fe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+3O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=2Fe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3(к)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3651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+СО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7B68C2">
              <w:rPr>
                <w:szCs w:val="24"/>
                <w:lang w:val="ru-RU"/>
              </w:rPr>
              <w:t>С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7B68C2" w:rsidRPr="00E31E2B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(ж)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7B68C2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7B68C2">
              <w:rPr>
                <w:szCs w:val="24"/>
                <w:lang w:val="ru-RU"/>
              </w:rPr>
              <w:t>)</w:t>
            </w:r>
            <w:r w:rsidRPr="007B68C2">
              <w:rPr>
                <w:szCs w:val="24"/>
                <w:vertAlign w:val="subscript"/>
                <w:lang w:val="ru-RU"/>
              </w:rPr>
              <w:t>2(к)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365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2Mg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+О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=2MgO</w:t>
            </w:r>
            <w:r w:rsidRPr="00E31E2B">
              <w:rPr>
                <w:szCs w:val="24"/>
                <w:vertAlign w:val="subscript"/>
              </w:rPr>
              <w:t>(к)</w:t>
            </w:r>
          </w:p>
        </w:tc>
      </w:tr>
      <w:tr w:rsidR="007B68C2" w:rsidRPr="00E31E2B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lang w:val="ru-RU"/>
              </w:rPr>
              <w:t>(г)=</w:t>
            </w:r>
            <w:r w:rsidRPr="00E31E2B">
              <w:rPr>
                <w:szCs w:val="24"/>
              </w:rPr>
              <w:t>Fe</w:t>
            </w:r>
            <w:r w:rsidRPr="007B68C2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7B68C2">
              <w:rPr>
                <w:szCs w:val="24"/>
                <w:lang w:val="ru-RU"/>
              </w:rPr>
              <w:t>)</w:t>
            </w:r>
            <w:r w:rsidRPr="007B68C2">
              <w:rPr>
                <w:szCs w:val="24"/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365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2C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=2CO</w:t>
            </w:r>
            <w:r w:rsidRPr="00E31E2B">
              <w:rPr>
                <w:szCs w:val="24"/>
                <w:vertAlign w:val="subscript"/>
              </w:rPr>
              <w:t>(г)</w:t>
            </w:r>
          </w:p>
        </w:tc>
      </w:tr>
      <w:tr w:rsidR="007B68C2" w:rsidRPr="008921D6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3543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3Si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+2N</w:t>
            </w:r>
            <w:r w:rsidRPr="00E31E2B">
              <w:rPr>
                <w:szCs w:val="24"/>
                <w:vertAlign w:val="subscript"/>
              </w:rPr>
              <w:t>2(г)</w:t>
            </w:r>
            <w:r w:rsidRPr="00E31E2B">
              <w:rPr>
                <w:szCs w:val="24"/>
              </w:rPr>
              <w:t>=Si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N</w:t>
            </w:r>
            <w:r w:rsidRPr="00E31E2B">
              <w:rPr>
                <w:szCs w:val="24"/>
                <w:vertAlign w:val="subscript"/>
              </w:rPr>
              <w:t>4(к)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3651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Mg</w:t>
            </w:r>
            <w:r w:rsidRPr="007B68C2">
              <w:rPr>
                <w:szCs w:val="24"/>
                <w:lang w:val="ru-RU"/>
              </w:rPr>
              <w:t>О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+СО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Mg</w:t>
            </w:r>
            <w:r w:rsidRPr="007B68C2">
              <w:rPr>
                <w:szCs w:val="24"/>
                <w:lang w:val="ru-RU"/>
              </w:rPr>
              <w:t>С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7B68C2" w:rsidRPr="008921D6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Mg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Mg</w:t>
            </w:r>
            <w:r w:rsidRPr="007B68C2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7B68C2">
              <w:rPr>
                <w:szCs w:val="24"/>
                <w:lang w:val="ru-RU"/>
              </w:rPr>
              <w:t>)</w:t>
            </w:r>
            <w:r w:rsidRPr="007B68C2">
              <w:rPr>
                <w:szCs w:val="24"/>
                <w:vertAlign w:val="subscript"/>
                <w:lang w:val="ru-RU"/>
              </w:rPr>
              <w:t>2(к)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3651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CuO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Cu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7B68C2" w:rsidRPr="008921D6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Fe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3651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ZnO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Zn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7B68C2" w:rsidRPr="008921D6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FeO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lang w:val="ru-RU"/>
              </w:rPr>
              <w:t>(г)=</w:t>
            </w:r>
            <w:r w:rsidRPr="00E31E2B">
              <w:rPr>
                <w:szCs w:val="24"/>
              </w:rPr>
              <w:t>Fe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 xml:space="preserve">+ </w:t>
            </w:r>
            <w:r w:rsidRPr="00E31E2B">
              <w:rPr>
                <w:szCs w:val="24"/>
              </w:rPr>
              <w:t>CO</w:t>
            </w:r>
            <w:r w:rsidRPr="007B68C2">
              <w:rPr>
                <w:szCs w:val="24"/>
                <w:vertAlign w:val="subscript"/>
                <w:lang w:val="ru-RU"/>
              </w:rPr>
              <w:t>2()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3651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Mg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</w:t>
            </w:r>
            <w:r w:rsidRPr="007B68C2">
              <w:rPr>
                <w:szCs w:val="24"/>
                <w:lang w:val="ru-RU"/>
              </w:rPr>
              <w:t>О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MgO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</w:t>
            </w:r>
            <w:r w:rsidRPr="00E31E2B">
              <w:rPr>
                <w:szCs w:val="24"/>
              </w:rPr>
              <w:t>C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</w:p>
        </w:tc>
      </w:tr>
      <w:tr w:rsidR="007B68C2" w:rsidRPr="00E31E2B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7B68C2">
              <w:rPr>
                <w:szCs w:val="24"/>
                <w:lang w:val="ru-RU"/>
              </w:rPr>
              <w:t>2</w:t>
            </w:r>
            <w:r w:rsidRPr="00E31E2B">
              <w:rPr>
                <w:szCs w:val="24"/>
              </w:rPr>
              <w:t>Al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+3</w:t>
            </w:r>
            <w:r w:rsidRPr="00E31E2B">
              <w:rPr>
                <w:szCs w:val="24"/>
              </w:rPr>
              <w:t>Cl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=2</w:t>
            </w:r>
            <w:r w:rsidRPr="00E31E2B">
              <w:rPr>
                <w:szCs w:val="24"/>
              </w:rPr>
              <w:t>AlCl</w:t>
            </w:r>
            <w:r w:rsidRPr="007B68C2">
              <w:rPr>
                <w:szCs w:val="24"/>
                <w:vertAlign w:val="subscript"/>
                <w:lang w:val="ru-RU"/>
              </w:rPr>
              <w:t>3(к)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365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S</w:t>
            </w:r>
            <w:r w:rsidRPr="00E31E2B">
              <w:rPr>
                <w:szCs w:val="24"/>
                <w:vertAlign w:val="subscript"/>
              </w:rPr>
              <w:t>(к)</w:t>
            </w:r>
            <w:r w:rsidRPr="00E31E2B">
              <w:rPr>
                <w:szCs w:val="24"/>
              </w:rPr>
              <w:t>+O</w:t>
            </w:r>
            <w:r w:rsidRPr="00E31E2B">
              <w:rPr>
                <w:szCs w:val="24"/>
                <w:vertAlign w:val="subscript"/>
              </w:rPr>
              <w:t>(г)</w:t>
            </w:r>
            <w:r w:rsidRPr="00E31E2B">
              <w:rPr>
                <w:szCs w:val="24"/>
              </w:rPr>
              <w:t>=SO</w:t>
            </w:r>
            <w:r w:rsidRPr="00E31E2B">
              <w:rPr>
                <w:szCs w:val="24"/>
                <w:vertAlign w:val="subscript"/>
              </w:rPr>
              <w:t>2(г)</w:t>
            </w:r>
          </w:p>
        </w:tc>
      </w:tr>
      <w:tr w:rsidR="007B68C2" w:rsidRPr="008921D6" w:rsidTr="008921D6">
        <w:tc>
          <w:tcPr>
            <w:tcW w:w="1101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3543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CaO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(ж)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Ca</w:t>
            </w:r>
            <w:r w:rsidRPr="007B68C2">
              <w:rPr>
                <w:szCs w:val="24"/>
                <w:lang w:val="ru-RU"/>
              </w:rPr>
              <w:t>(</w:t>
            </w:r>
            <w:r w:rsidRPr="00E31E2B">
              <w:rPr>
                <w:szCs w:val="24"/>
              </w:rPr>
              <w:t>OH</w:t>
            </w:r>
            <w:r w:rsidRPr="007B68C2">
              <w:rPr>
                <w:szCs w:val="24"/>
                <w:lang w:val="ru-RU"/>
              </w:rPr>
              <w:t>)</w:t>
            </w:r>
            <w:r w:rsidRPr="007B68C2">
              <w:rPr>
                <w:szCs w:val="24"/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7B68C2" w:rsidRPr="00E31E2B" w:rsidRDefault="007B68C2" w:rsidP="008921D6">
            <w:pPr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3651" w:type="dxa"/>
          </w:tcPr>
          <w:p w:rsidR="007B68C2" w:rsidRPr="007B68C2" w:rsidRDefault="007B68C2" w:rsidP="008921D6">
            <w:pPr>
              <w:rPr>
                <w:szCs w:val="24"/>
                <w:lang w:val="ru-RU"/>
              </w:rPr>
            </w:pPr>
            <w:r w:rsidRPr="00E31E2B">
              <w:rPr>
                <w:szCs w:val="24"/>
              </w:rPr>
              <w:t>S</w:t>
            </w:r>
            <w:r w:rsidRPr="007B68C2">
              <w:rPr>
                <w:szCs w:val="24"/>
                <w:vertAlign w:val="subscript"/>
                <w:lang w:val="ru-RU"/>
              </w:rPr>
              <w:t>(к)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  <w:r w:rsidRPr="007B68C2">
              <w:rPr>
                <w:szCs w:val="24"/>
                <w:lang w:val="ru-RU"/>
              </w:rPr>
              <w:t>=</w:t>
            </w:r>
            <w:r w:rsidRPr="00E31E2B">
              <w:rPr>
                <w:szCs w:val="24"/>
              </w:rPr>
              <w:t>O</w:t>
            </w:r>
            <w:r w:rsidRPr="007B68C2">
              <w:rPr>
                <w:szCs w:val="24"/>
                <w:vertAlign w:val="subscript"/>
                <w:lang w:val="ru-RU"/>
              </w:rPr>
              <w:t>2(г)</w:t>
            </w:r>
            <w:r w:rsidRPr="007B68C2">
              <w:rPr>
                <w:szCs w:val="24"/>
                <w:lang w:val="ru-RU"/>
              </w:rPr>
              <w:t>+2</w:t>
            </w:r>
            <w:r w:rsidRPr="00E31E2B">
              <w:rPr>
                <w:szCs w:val="24"/>
              </w:rPr>
              <w:t>H</w:t>
            </w:r>
            <w:r w:rsidRPr="007B68C2">
              <w:rPr>
                <w:szCs w:val="24"/>
                <w:vertAlign w:val="subscript"/>
                <w:lang w:val="ru-RU"/>
              </w:rPr>
              <w:t>2</w:t>
            </w:r>
            <w:r w:rsidRPr="00E31E2B">
              <w:rPr>
                <w:szCs w:val="24"/>
              </w:rPr>
              <w:t>S</w:t>
            </w:r>
            <w:r w:rsidRPr="007B68C2">
              <w:rPr>
                <w:szCs w:val="24"/>
                <w:vertAlign w:val="subscript"/>
                <w:lang w:val="ru-RU"/>
              </w:rPr>
              <w:t>(г)</w:t>
            </w:r>
          </w:p>
        </w:tc>
      </w:tr>
    </w:tbl>
    <w:p w:rsidR="007B68C2" w:rsidRPr="007B68C2" w:rsidRDefault="007B68C2" w:rsidP="007B68C2">
      <w:pPr>
        <w:rPr>
          <w:lang w:val="ru-RU"/>
        </w:rPr>
      </w:pPr>
    </w:p>
    <w:p w:rsidR="007B68C2" w:rsidRPr="007B68C2" w:rsidRDefault="007B68C2" w:rsidP="007B68C2">
      <w:pPr>
        <w:ind w:firstLine="125"/>
        <w:rPr>
          <w:b/>
          <w:lang w:val="ru-RU"/>
        </w:rPr>
      </w:pPr>
      <w:r w:rsidRPr="007B68C2">
        <w:rPr>
          <w:b/>
          <w:lang w:val="ru-RU"/>
        </w:rPr>
        <w:t>Раздел 4. Растворы. Дисперсные системы.</w:t>
      </w:r>
    </w:p>
    <w:p w:rsidR="007B68C2" w:rsidRPr="007B68C2" w:rsidRDefault="007B68C2" w:rsidP="007B68C2">
      <w:pPr>
        <w:ind w:firstLine="125"/>
        <w:rPr>
          <w:b/>
          <w:lang w:val="ru-RU"/>
        </w:rPr>
      </w:pPr>
      <w:r w:rsidRPr="007B68C2">
        <w:rPr>
          <w:b/>
          <w:lang w:val="ru-RU"/>
        </w:rPr>
        <w:t>Задание 4.</w:t>
      </w:r>
    </w:p>
    <w:p w:rsidR="007B68C2" w:rsidRPr="007B68C2" w:rsidRDefault="007B68C2" w:rsidP="00835283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7B68C2">
        <w:rPr>
          <w:lang w:val="ru-RU"/>
        </w:rPr>
        <w:t xml:space="preserve">Из четырех веществ (см. столбцы 1-3) выберите сильные и слабые </w:t>
      </w:r>
      <w:proofErr w:type="gramStart"/>
      <w:r w:rsidRPr="007B68C2">
        <w:rPr>
          <w:lang w:val="ru-RU"/>
        </w:rPr>
        <w:t>электролиты  и</w:t>
      </w:r>
      <w:proofErr w:type="gramEnd"/>
      <w:r w:rsidRPr="007B68C2">
        <w:rPr>
          <w:lang w:val="ru-RU"/>
        </w:rPr>
        <w:t xml:space="preserve"> составьте уравнение их диссоциации в водном растворе.</w:t>
      </w:r>
    </w:p>
    <w:p w:rsidR="007B68C2" w:rsidRPr="007B68C2" w:rsidRDefault="007B68C2" w:rsidP="00835283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7B68C2">
        <w:rPr>
          <w:lang w:val="ru-RU"/>
        </w:rPr>
        <w:t>В столбце 1а даны значения молярных концентраций для растворов электролитов из столбца 1. Зная молярную концентрацию своего раствора, определите молярную концентрацию эквивалента, массовую долю вещества, принимая его плотность равной 1 г/см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>.</w:t>
      </w:r>
    </w:p>
    <w:p w:rsidR="007B68C2" w:rsidRPr="007B68C2" w:rsidRDefault="007B68C2" w:rsidP="00835283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7B68C2">
        <w:rPr>
          <w:lang w:val="ru-RU"/>
        </w:rPr>
        <w:t xml:space="preserve">Рассчитайте рН раствора </w:t>
      </w:r>
      <w:proofErr w:type="gramStart"/>
      <w:r w:rsidRPr="007B68C2">
        <w:rPr>
          <w:lang w:val="ru-RU"/>
        </w:rPr>
        <w:t>сильного  электролита</w:t>
      </w:r>
      <w:proofErr w:type="gramEnd"/>
      <w:r w:rsidRPr="007B68C2">
        <w:rPr>
          <w:lang w:val="ru-RU"/>
        </w:rPr>
        <w:t xml:space="preserve"> из столбцов 1 и 2 для соответствующей концентраций, данных в столбцах 1а и 2а.</w:t>
      </w:r>
    </w:p>
    <w:p w:rsidR="007B68C2" w:rsidRPr="007B68C2" w:rsidRDefault="007B68C2" w:rsidP="00835283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7B68C2">
        <w:rPr>
          <w:lang w:val="ru-RU"/>
        </w:rPr>
        <w:t>Напишите уравнение гидролиза соли, данной в столбце 3, по всем возможным ступеням и выражение констант гидролиза по этим ступеням.</w:t>
      </w:r>
    </w:p>
    <w:p w:rsidR="007B68C2" w:rsidRPr="007B68C2" w:rsidRDefault="007B68C2" w:rsidP="007B68C2">
      <w:pPr>
        <w:rPr>
          <w:lang w:val="ru-RU"/>
        </w:rPr>
      </w:pPr>
    </w:p>
    <w:p w:rsidR="007B68C2" w:rsidRDefault="007B68C2" w:rsidP="007B68C2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p w:rsidR="007B68C2" w:rsidRPr="00FC7648" w:rsidRDefault="007B68C2" w:rsidP="007B68C2">
      <w:pPr>
        <w:spacing w:line="240" w:lineRule="auto"/>
        <w:ind w:firstLine="180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1688"/>
        <w:gridCol w:w="1688"/>
        <w:gridCol w:w="1688"/>
        <w:gridCol w:w="1688"/>
        <w:gridCol w:w="1688"/>
      </w:tblGrid>
      <w:tr w:rsidR="007B68C2" w:rsidRPr="00E31E2B" w:rsidTr="008921D6">
        <w:trPr>
          <w:trHeight w:val="330"/>
        </w:trPr>
        <w:tc>
          <w:tcPr>
            <w:tcW w:w="1131" w:type="dxa"/>
            <w:vMerge w:val="restart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5064" w:type="dxa"/>
            <w:gridSpan w:val="3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Наименование вещества</w:t>
            </w:r>
          </w:p>
        </w:tc>
        <w:tc>
          <w:tcPr>
            <w:tcW w:w="3376" w:type="dxa"/>
            <w:gridSpan w:val="2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Концентрация вещества</w:t>
            </w:r>
          </w:p>
        </w:tc>
      </w:tr>
      <w:tr w:rsidR="007B68C2" w:rsidRPr="00E31E2B" w:rsidTr="008921D6">
        <w:trPr>
          <w:trHeight w:val="330"/>
        </w:trPr>
        <w:tc>
          <w:tcPr>
            <w:tcW w:w="1131" w:type="dxa"/>
            <w:vMerge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1а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2а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CsOH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HBr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HOBr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BO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Sr(OH)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BO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RbOH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CH3COOH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Pb(NO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0,08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HCOOH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Al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(SO4)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0,001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0,06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NH4OH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0,08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LiOH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PO4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HCOONa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HI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SiO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HCN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(SO)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0,07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Se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SiO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FeCl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0,008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HNO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0,006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HAlO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KNO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HCl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Ca(NO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0,009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LiOH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Na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0,02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Sr(OH)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SeO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AlCl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0,005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HF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CO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0,04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KOH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Te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NH</w:t>
            </w:r>
            <w:r w:rsidRPr="00E31E2B">
              <w:rPr>
                <w:szCs w:val="24"/>
                <w:vertAlign w:val="subscript"/>
              </w:rPr>
              <w:t>4</w:t>
            </w:r>
            <w:r w:rsidRPr="00E31E2B">
              <w:rPr>
                <w:szCs w:val="24"/>
              </w:rPr>
              <w:t>Cl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0,07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0,01</w:t>
            </w:r>
          </w:p>
        </w:tc>
      </w:tr>
      <w:tr w:rsidR="007B68C2" w:rsidRPr="00E31E2B" w:rsidTr="008921D6">
        <w:tc>
          <w:tcPr>
            <w:tcW w:w="1131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Ba(OH)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PO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CrCl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0,007</w:t>
            </w:r>
          </w:p>
        </w:tc>
        <w:tc>
          <w:tcPr>
            <w:tcW w:w="168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0,06</w:t>
            </w:r>
          </w:p>
        </w:tc>
      </w:tr>
    </w:tbl>
    <w:p w:rsidR="007B68C2" w:rsidRDefault="007B68C2" w:rsidP="007B68C2">
      <w:pPr>
        <w:jc w:val="center"/>
      </w:pPr>
    </w:p>
    <w:p w:rsidR="007B68C2" w:rsidRPr="007B68C2" w:rsidRDefault="007B68C2" w:rsidP="007B68C2">
      <w:pPr>
        <w:rPr>
          <w:b/>
          <w:lang w:val="ru-RU"/>
        </w:rPr>
      </w:pPr>
      <w:r w:rsidRPr="007B68C2">
        <w:rPr>
          <w:b/>
          <w:lang w:val="ru-RU"/>
        </w:rPr>
        <w:t>Раздел 5. Окислительно-восстановительные и электрохимические процессы.</w:t>
      </w:r>
    </w:p>
    <w:p w:rsidR="007B68C2" w:rsidRPr="007B68C2" w:rsidRDefault="007B68C2" w:rsidP="007B68C2">
      <w:pPr>
        <w:rPr>
          <w:b/>
          <w:lang w:val="ru-RU"/>
        </w:rPr>
      </w:pPr>
      <w:r w:rsidRPr="007B68C2">
        <w:rPr>
          <w:b/>
          <w:lang w:val="ru-RU"/>
        </w:rPr>
        <w:t>Задание 5</w:t>
      </w:r>
    </w:p>
    <w:p w:rsidR="007B68C2" w:rsidRPr="007B68C2" w:rsidRDefault="007B68C2" w:rsidP="007B68C2">
      <w:pPr>
        <w:rPr>
          <w:lang w:val="ru-RU"/>
        </w:rPr>
      </w:pPr>
      <w:r w:rsidRPr="007B68C2">
        <w:rPr>
          <w:lang w:val="ru-RU"/>
        </w:rPr>
        <w:t>Для водного раствора электролита:</w:t>
      </w:r>
    </w:p>
    <w:p w:rsidR="007B68C2" w:rsidRPr="007B68C2" w:rsidRDefault="007B68C2" w:rsidP="00835283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7B68C2">
        <w:rPr>
          <w:lang w:val="ru-RU"/>
        </w:rPr>
        <w:t>напишите уравнения процессов, которые идут на электродах при электролизе;</w:t>
      </w:r>
    </w:p>
    <w:p w:rsidR="007B68C2" w:rsidRDefault="007B68C2" w:rsidP="00835283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  <w:r w:rsidRPr="007B68C2">
        <w:rPr>
          <w:lang w:val="ru-RU"/>
        </w:rPr>
        <w:t xml:space="preserve">рассчитайте, сколько и каких веществ выделится на катоде и аноде, если вести электролиз при силе тока равной </w:t>
      </w:r>
      <w:r w:rsidRPr="00162CC4">
        <w:rPr>
          <w:i/>
        </w:rPr>
        <w:t>I</w:t>
      </w:r>
      <w:r w:rsidRPr="007B68C2">
        <w:rPr>
          <w:i/>
          <w:lang w:val="ru-RU"/>
        </w:rPr>
        <w:t>=</w:t>
      </w:r>
      <w:r w:rsidRPr="007B68C2">
        <w:rPr>
          <w:lang w:val="ru-RU"/>
        </w:rPr>
        <w:t xml:space="preserve">… </w:t>
      </w:r>
      <w:r>
        <w:t>A</w:t>
      </w:r>
      <w:r w:rsidRPr="00162CC4">
        <w:t>,</w:t>
      </w:r>
      <w:r>
        <w:t xml:space="preserve"> в течение </w:t>
      </w:r>
      <w:r w:rsidRPr="00162CC4">
        <w:rPr>
          <w:i/>
        </w:rPr>
        <w:t>t</w:t>
      </w:r>
      <w:r>
        <w:t xml:space="preserve"> часов;</w:t>
      </w:r>
    </w:p>
    <w:p w:rsidR="007B68C2" w:rsidRPr="007B68C2" w:rsidRDefault="007B68C2" w:rsidP="00835283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7B68C2">
        <w:rPr>
          <w:lang w:val="ru-RU"/>
        </w:rPr>
        <w:t>определите, как будет меняться среда у электродов.</w:t>
      </w:r>
    </w:p>
    <w:p w:rsidR="007B68C2" w:rsidRPr="00E31E2B" w:rsidRDefault="007B68C2" w:rsidP="007B68C2">
      <w:pPr>
        <w:pStyle w:val="ae"/>
        <w:spacing w:line="240" w:lineRule="auto"/>
        <w:jc w:val="right"/>
        <w:rPr>
          <w:szCs w:val="24"/>
        </w:rPr>
      </w:pPr>
      <w:r w:rsidRPr="00E31E2B">
        <w:rPr>
          <w:szCs w:val="24"/>
        </w:rPr>
        <w:t>Таблица исходных данных</w:t>
      </w:r>
    </w:p>
    <w:p w:rsidR="007B68C2" w:rsidRPr="00E31E2B" w:rsidRDefault="007B68C2" w:rsidP="007B68C2">
      <w:pPr>
        <w:pStyle w:val="ae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2160"/>
        <w:gridCol w:w="2234"/>
        <w:gridCol w:w="1701"/>
        <w:gridCol w:w="1808"/>
      </w:tblGrid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Электролит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Электроды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I, 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i/>
                <w:szCs w:val="24"/>
              </w:rPr>
              <w:t>t,</w:t>
            </w:r>
            <w:r w:rsidRPr="00E31E2B">
              <w:rPr>
                <w:szCs w:val="24"/>
              </w:rPr>
              <w:t xml:space="preserve"> ч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Медные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2,5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Ag(NO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Серебряные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Кадмиевые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Кадмиевые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Cl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Платиновые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1,5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SnI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Платиновые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H</w:t>
            </w:r>
            <w:r w:rsidRPr="00E31E2B">
              <w:rPr>
                <w:szCs w:val="24"/>
                <w:vertAlign w:val="subscript"/>
              </w:rPr>
              <w:t>2</w:t>
            </w:r>
            <w:r w:rsidRPr="00E31E2B">
              <w:rPr>
                <w:szCs w:val="24"/>
              </w:rPr>
              <w:t>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Оловянные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AgNO</w:t>
            </w:r>
            <w:r w:rsidRPr="00E31E2B">
              <w:rPr>
                <w:szCs w:val="24"/>
                <w:vertAlign w:val="subscript"/>
              </w:rPr>
              <w:t>3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Ni(NO</w:t>
            </w:r>
            <w:r w:rsidRPr="00E31E2B">
              <w:rPr>
                <w:szCs w:val="24"/>
                <w:vertAlign w:val="subscript"/>
              </w:rPr>
              <w:t>3</w:t>
            </w:r>
            <w:r w:rsidRPr="00E31E2B">
              <w:rPr>
                <w:szCs w:val="24"/>
              </w:rPr>
              <w:t>)</w:t>
            </w:r>
            <w:r w:rsidRPr="00E31E2B">
              <w:rPr>
                <w:szCs w:val="24"/>
                <w:vertAlign w:val="subscript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2,5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CoSO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0,5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Графитовые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Медные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Цинковые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Цинковые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7B68C2" w:rsidRPr="00E31E2B" w:rsidTr="008921D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Ni SO</w:t>
            </w:r>
            <w:r w:rsidRPr="00E31E2B">
              <w:rPr>
                <w:szCs w:val="24"/>
                <w:vertAlign w:val="subscript"/>
              </w:rPr>
              <w:t>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Никелевые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</w:tr>
    </w:tbl>
    <w:p w:rsidR="007B68C2" w:rsidRDefault="007B68C2" w:rsidP="007B68C2"/>
    <w:p w:rsidR="007B68C2" w:rsidRDefault="007B68C2" w:rsidP="007B68C2">
      <w:pPr>
        <w:rPr>
          <w:b/>
        </w:rPr>
      </w:pPr>
      <w:r>
        <w:rPr>
          <w:b/>
        </w:rPr>
        <w:t>Раздел 6. Химия металлов.</w:t>
      </w:r>
    </w:p>
    <w:p w:rsidR="007B68C2" w:rsidRPr="00FF61C8" w:rsidRDefault="007B68C2" w:rsidP="007B68C2">
      <w:pPr>
        <w:rPr>
          <w:b/>
        </w:rPr>
      </w:pPr>
      <w:r w:rsidRPr="00FF61C8">
        <w:rPr>
          <w:b/>
        </w:rPr>
        <w:t>Задание 6.</w:t>
      </w:r>
    </w:p>
    <w:p w:rsidR="007B68C2" w:rsidRDefault="007B68C2" w:rsidP="007B68C2">
      <w:r>
        <w:t>Для пары металлов:</w:t>
      </w:r>
    </w:p>
    <w:p w:rsidR="007B68C2" w:rsidRPr="007B68C2" w:rsidRDefault="007B68C2" w:rsidP="00835283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7B68C2">
        <w:rPr>
          <w:lang w:val="ru-RU"/>
        </w:rPr>
        <w:t>определите, возможна ли коррозия металла из данной пары в среде рН=… при контакте с воздухом;</w:t>
      </w:r>
    </w:p>
    <w:p w:rsidR="007B68C2" w:rsidRPr="007B68C2" w:rsidRDefault="007B68C2" w:rsidP="00835283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7B68C2">
        <w:rPr>
          <w:lang w:val="ru-RU"/>
        </w:rPr>
        <w:t>напишите уравнение катодного и анодного процесса;</w:t>
      </w:r>
    </w:p>
    <w:p w:rsidR="007B68C2" w:rsidRPr="007B68C2" w:rsidRDefault="007B68C2" w:rsidP="00835283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7B68C2">
        <w:rPr>
          <w:lang w:val="ru-RU"/>
        </w:rPr>
        <w:t>предложите для данной пары катодное и анодное покрытие.</w:t>
      </w:r>
    </w:p>
    <w:p w:rsidR="007B68C2" w:rsidRDefault="007B68C2" w:rsidP="007B68C2">
      <w:pPr>
        <w:pStyle w:val="ae"/>
        <w:spacing w:line="240" w:lineRule="auto"/>
        <w:jc w:val="right"/>
        <w:rPr>
          <w:szCs w:val="24"/>
        </w:rPr>
      </w:pPr>
      <w:r w:rsidRPr="00825115">
        <w:rPr>
          <w:szCs w:val="24"/>
        </w:rPr>
        <w:t>Таблица исходных данных</w:t>
      </w:r>
    </w:p>
    <w:p w:rsidR="007B68C2" w:rsidRPr="00F71C24" w:rsidRDefault="007B68C2" w:rsidP="007B68C2">
      <w:pPr>
        <w:pStyle w:val="ae"/>
        <w:spacing w:line="240" w:lineRule="auto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915"/>
        <w:gridCol w:w="1275"/>
        <w:gridCol w:w="1595"/>
        <w:gridCol w:w="1808"/>
        <w:gridCol w:w="1383"/>
      </w:tblGrid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Пары металлов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рН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Вариант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Пары металлов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рН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Pb - Sn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Pb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Cu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Ag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Co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Ni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lastRenderedPageBreak/>
              <w:t>4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Cu - Co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14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Mg - Ni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Ni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15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Sn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Sn - Cd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16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 - Cd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Cu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17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Sn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Ag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18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Cd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Cd - Pb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19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Zn - Cu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  <w:tr w:rsidR="007B68C2" w:rsidRPr="00E31E2B" w:rsidTr="008921D6"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</w:t>
            </w:r>
          </w:p>
        </w:tc>
        <w:tc>
          <w:tcPr>
            <w:tcW w:w="191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Cu</w:t>
            </w:r>
          </w:p>
        </w:tc>
        <w:tc>
          <w:tcPr>
            <w:tcW w:w="127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</w:t>
            </w:r>
          </w:p>
        </w:tc>
        <w:tc>
          <w:tcPr>
            <w:tcW w:w="1595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20</w:t>
            </w:r>
          </w:p>
        </w:tc>
        <w:tc>
          <w:tcPr>
            <w:tcW w:w="1808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Fe - Cu</w:t>
            </w:r>
          </w:p>
        </w:tc>
        <w:tc>
          <w:tcPr>
            <w:tcW w:w="1383" w:type="dxa"/>
          </w:tcPr>
          <w:p w:rsidR="007B68C2" w:rsidRPr="00E31E2B" w:rsidRDefault="007B68C2" w:rsidP="008921D6">
            <w:pPr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2</w:t>
            </w:r>
          </w:p>
        </w:tc>
      </w:tr>
    </w:tbl>
    <w:p w:rsidR="007B68C2" w:rsidRDefault="007B68C2" w:rsidP="007B68C2">
      <w:pPr>
        <w:widowControl w:val="0"/>
        <w:spacing w:line="240" w:lineRule="auto"/>
        <w:jc w:val="center"/>
        <w:rPr>
          <w:b/>
        </w:rPr>
      </w:pPr>
    </w:p>
    <w:p w:rsidR="007B68C2" w:rsidRPr="007B68C2" w:rsidRDefault="007B68C2" w:rsidP="007B68C2">
      <w:pPr>
        <w:rPr>
          <w:b/>
          <w:lang w:val="ru-RU"/>
        </w:rPr>
      </w:pPr>
      <w:r w:rsidRPr="007B68C2">
        <w:rPr>
          <w:b/>
          <w:lang w:val="ru-RU"/>
        </w:rPr>
        <w:t>Тема 8. Химическая идентификация и анализ вещества</w:t>
      </w:r>
    </w:p>
    <w:p w:rsidR="007B68C2" w:rsidRPr="007B68C2" w:rsidRDefault="007B68C2" w:rsidP="007B68C2">
      <w:pPr>
        <w:rPr>
          <w:lang w:val="ru-RU"/>
        </w:rPr>
      </w:pPr>
    </w:p>
    <w:p w:rsid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7B68C2">
        <w:rPr>
          <w:lang w:val="ru-RU"/>
        </w:rPr>
        <w:t>На титрование 20,00 см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 раствора азотной кислоты затрачено 15,00 см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 0,1200 моль/дм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 раствора гидроксида натрия. </w:t>
      </w:r>
      <w:r>
        <w:t>Вычислите массу азотной кислоты в 250 см</w:t>
      </w:r>
      <w:r w:rsidRPr="00F476FE">
        <w:rPr>
          <w:vertAlign w:val="superscript"/>
        </w:rPr>
        <w:t>3</w:t>
      </w:r>
      <w:r>
        <w:t xml:space="preserve">. </w:t>
      </w:r>
      <w:proofErr w:type="gramStart"/>
      <w:r>
        <w:t>Ответ:1,418</w:t>
      </w:r>
      <w:proofErr w:type="gramEnd"/>
      <w:r>
        <w:t xml:space="preserve"> г.</w:t>
      </w:r>
    </w:p>
    <w:p w:rsid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7B68C2">
        <w:rPr>
          <w:lang w:val="ru-RU"/>
        </w:rPr>
        <w:t>Какой объем раствора гидроксида натрия концентрацией 0,1500 моль/дм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 пойдет на титрование 21,00 см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 раствора соляной кислоты концентрацией 0,1133 см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? </w:t>
      </w:r>
      <w:r>
        <w:t>Ответ: 15,85 см</w:t>
      </w:r>
      <w:r w:rsidRPr="00900C3C">
        <w:rPr>
          <w:vertAlign w:val="superscript"/>
        </w:rPr>
        <w:t>3</w:t>
      </w:r>
      <w:r>
        <w:t>.</w:t>
      </w:r>
    </w:p>
    <w:p w:rsid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7B68C2">
        <w:rPr>
          <w:lang w:val="ru-RU"/>
        </w:rPr>
        <w:t>Рассчитайте оптимальный объем (трехкратный избыток) объема раствора осадителя – 5,65 моль/дм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 раствора аммиака, необходимого для осаждения </w:t>
      </w:r>
      <w:r>
        <w:t>Fe</w:t>
      </w:r>
      <w:r w:rsidRPr="007B68C2">
        <w:rPr>
          <w:lang w:val="ru-RU"/>
        </w:rPr>
        <w:t>(</w:t>
      </w:r>
      <w:r>
        <w:t>OH</w:t>
      </w:r>
      <w:r w:rsidRPr="007B68C2">
        <w:rPr>
          <w:lang w:val="ru-RU"/>
        </w:rPr>
        <w:t>)</w:t>
      </w:r>
      <w:r w:rsidRPr="007B68C2">
        <w:rPr>
          <w:vertAlign w:val="subscript"/>
          <w:lang w:val="ru-RU"/>
        </w:rPr>
        <w:t>3</w:t>
      </w:r>
      <w:r w:rsidRPr="007B68C2">
        <w:rPr>
          <w:lang w:val="ru-RU"/>
        </w:rPr>
        <w:t xml:space="preserve"> из раствора, содержащего 0,14 г железа (</w:t>
      </w:r>
      <w:r>
        <w:t>III</w:t>
      </w:r>
      <w:r w:rsidRPr="007B68C2">
        <w:rPr>
          <w:lang w:val="ru-RU"/>
        </w:rPr>
        <w:t xml:space="preserve">). </w:t>
      </w:r>
      <w:r>
        <w:t>Ответ: 3,99 см</w:t>
      </w:r>
      <w:r w:rsidRPr="00900C3C">
        <w:rPr>
          <w:vertAlign w:val="superscript"/>
        </w:rPr>
        <w:t>3</w:t>
      </w:r>
      <w:r>
        <w:t>.</w:t>
      </w:r>
    </w:p>
    <w:p w:rsid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7B68C2">
        <w:rPr>
          <w:lang w:val="ru-RU"/>
        </w:rPr>
        <w:t xml:space="preserve">Рассчитайте оптимальный объем (трехкратный избыток) объема раствора осадителя – 1,2 %-ного раствора соляной кислоты, необходимый для осаждения </w:t>
      </w:r>
      <w:r>
        <w:t>AgCl</w:t>
      </w:r>
      <w:r w:rsidRPr="007B68C2">
        <w:rPr>
          <w:lang w:val="ru-RU"/>
        </w:rPr>
        <w:t xml:space="preserve"> раствора, содержащего 0,15 г серебра. </w:t>
      </w:r>
      <w:r>
        <w:t>Плотность раствора осадителя принять равной 1 г/см</w:t>
      </w:r>
      <w:r w:rsidRPr="00900C3C">
        <w:rPr>
          <w:vertAlign w:val="superscript"/>
        </w:rPr>
        <w:t>3</w:t>
      </w:r>
      <w:r>
        <w:t>. Ответ: 8,46 см</w:t>
      </w:r>
      <w:r w:rsidRPr="00900C3C">
        <w:rPr>
          <w:vertAlign w:val="superscript"/>
        </w:rPr>
        <w:t>3</w:t>
      </w:r>
      <w:r>
        <w:t>.</w:t>
      </w:r>
    </w:p>
    <w:p w:rsid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</w:pPr>
      <w:r w:rsidRPr="007B68C2">
        <w:rPr>
          <w:lang w:val="ru-RU"/>
        </w:rPr>
        <w:t>Сколько граммов серной кислоты содержится в 1 дм3 раствора серной кислоты, если при действии на 50,00 см</w:t>
      </w:r>
      <w:r w:rsidRPr="007B68C2">
        <w:rPr>
          <w:vertAlign w:val="superscript"/>
          <w:lang w:val="ru-RU"/>
        </w:rPr>
        <w:t>3</w:t>
      </w:r>
      <w:r w:rsidRPr="007B68C2">
        <w:rPr>
          <w:lang w:val="ru-RU"/>
        </w:rPr>
        <w:t xml:space="preserve"> ее раствором хлорида бария получено 0,2126 г </w:t>
      </w:r>
      <w:r>
        <w:t>BaSO</w:t>
      </w:r>
      <w:r w:rsidRPr="007B68C2">
        <w:rPr>
          <w:vertAlign w:val="subscript"/>
          <w:lang w:val="ru-RU"/>
        </w:rPr>
        <w:t>4</w:t>
      </w:r>
      <w:r w:rsidRPr="007B68C2">
        <w:rPr>
          <w:lang w:val="ru-RU"/>
        </w:rPr>
        <w:t xml:space="preserve">. </w:t>
      </w:r>
      <w:r>
        <w:t>Ответ: 1,787 г.</w:t>
      </w:r>
    </w:p>
    <w:p w:rsid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</w:rPr>
      </w:pPr>
      <w:r w:rsidRPr="007B68C2">
        <w:rPr>
          <w:szCs w:val="24"/>
          <w:lang w:val="ru-RU"/>
        </w:rPr>
        <w:t xml:space="preserve">Сколько граммов </w:t>
      </w:r>
      <w:r w:rsidRPr="00424D8A">
        <w:rPr>
          <w:szCs w:val="24"/>
        </w:rPr>
        <w:t>H</w:t>
      </w:r>
      <w:r w:rsidRPr="007B68C2">
        <w:rPr>
          <w:szCs w:val="24"/>
          <w:vertAlign w:val="subscript"/>
          <w:lang w:val="ru-RU"/>
        </w:rPr>
        <w:t>2</w:t>
      </w:r>
      <w:r w:rsidRPr="00424D8A">
        <w:rPr>
          <w:szCs w:val="24"/>
        </w:rPr>
        <w:t>SO</w:t>
      </w:r>
      <w:r w:rsidRPr="007B68C2">
        <w:rPr>
          <w:szCs w:val="24"/>
          <w:vertAlign w:val="subscript"/>
          <w:lang w:val="ru-RU"/>
        </w:rPr>
        <w:t>4</w:t>
      </w:r>
      <w:r w:rsidRPr="007B68C2">
        <w:rPr>
          <w:szCs w:val="24"/>
          <w:lang w:val="ru-RU"/>
        </w:rPr>
        <w:t xml:space="preserve"> содержится в 5 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раствора, если на титрование 25,00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этого раствора израсходовано 22,50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концентрацией 0,0950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раствора КОН? </w:t>
      </w:r>
      <w:r w:rsidRPr="00424D8A">
        <w:rPr>
          <w:szCs w:val="24"/>
        </w:rPr>
        <w:t>Ответ: 20,97 г</w:t>
      </w:r>
      <w:r>
        <w:rPr>
          <w:szCs w:val="24"/>
        </w:rPr>
        <w:t>.</w:t>
      </w:r>
    </w:p>
    <w:p w:rsid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</w:rPr>
      </w:pPr>
      <w:r w:rsidRPr="007B68C2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424D8A">
        <w:rPr>
          <w:szCs w:val="24"/>
        </w:rPr>
        <w:t>HCl</w:t>
      </w:r>
      <w:r w:rsidRPr="007B68C2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7B68C2">
          <w:rPr>
            <w:szCs w:val="24"/>
            <w:lang w:val="ru-RU"/>
          </w:rPr>
          <w:t>0,4217 г</w:t>
        </w:r>
      </w:smartTag>
      <w:r w:rsidRPr="007B68C2">
        <w:rPr>
          <w:szCs w:val="24"/>
          <w:lang w:val="ru-RU"/>
        </w:rPr>
        <w:t xml:space="preserve"> тетрабората натрия </w:t>
      </w:r>
      <w:proofErr w:type="gramStart"/>
      <w:r w:rsidRPr="007B68C2">
        <w:rPr>
          <w:szCs w:val="24"/>
          <w:lang w:val="ru-RU"/>
        </w:rPr>
        <w:t>( израсходовано</w:t>
      </w:r>
      <w:proofErr w:type="gramEnd"/>
      <w:r w:rsidRPr="007B68C2">
        <w:rPr>
          <w:szCs w:val="24"/>
          <w:lang w:val="ru-RU"/>
        </w:rPr>
        <w:t xml:space="preserve"> 17,50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этой кислоты? </w:t>
      </w:r>
      <w:r>
        <w:rPr>
          <w:szCs w:val="24"/>
        </w:rPr>
        <w:t>Ответ: 0,1263 моль/см</w:t>
      </w:r>
      <w:r w:rsidRPr="00424D8A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7B68C2" w:rsidRPr="00424D8A" w:rsidRDefault="007B68C2" w:rsidP="00835283">
      <w:pPr>
        <w:numPr>
          <w:ilvl w:val="0"/>
          <w:numId w:val="108"/>
        </w:numPr>
        <w:spacing w:line="240" w:lineRule="auto"/>
        <w:ind w:left="714" w:hanging="357"/>
        <w:jc w:val="both"/>
        <w:rPr>
          <w:szCs w:val="24"/>
        </w:rPr>
      </w:pPr>
      <w:r w:rsidRPr="007B68C2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424D8A">
        <w:rPr>
          <w:szCs w:val="24"/>
        </w:rPr>
        <w:t>HCl</w:t>
      </w:r>
      <w:r w:rsidRPr="007B68C2">
        <w:rPr>
          <w:szCs w:val="24"/>
          <w:lang w:val="ru-RU"/>
        </w:rPr>
        <w:t>, если на титрование 20,00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его израсходовано 19,20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</w:t>
      </w:r>
      <w:r w:rsidRPr="00424D8A">
        <w:rPr>
          <w:szCs w:val="24"/>
        </w:rPr>
        <w:t>NaOH</w:t>
      </w:r>
      <w:r w:rsidRPr="007B68C2">
        <w:rPr>
          <w:szCs w:val="24"/>
          <w:lang w:val="ru-RU"/>
        </w:rPr>
        <w:t xml:space="preserve"> концентрацией 0,1000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. </w:t>
      </w:r>
      <w:r w:rsidRPr="00424D8A">
        <w:rPr>
          <w:szCs w:val="24"/>
        </w:rPr>
        <w:t xml:space="preserve">Ответ: 0,0960 </w:t>
      </w:r>
      <w:r>
        <w:rPr>
          <w:szCs w:val="24"/>
        </w:rPr>
        <w:t>моль/дм</w:t>
      </w:r>
      <w:r w:rsidRPr="00F87688">
        <w:rPr>
          <w:szCs w:val="24"/>
          <w:vertAlign w:val="superscript"/>
        </w:rPr>
        <w:t>3</w:t>
      </w:r>
      <w:r w:rsidRPr="00424D8A">
        <w:rPr>
          <w:szCs w:val="24"/>
        </w:rPr>
        <w:t>.</w:t>
      </w:r>
    </w:p>
    <w:p w:rsidR="007B68C2" w:rsidRPr="000833E9" w:rsidRDefault="007B68C2" w:rsidP="00835283">
      <w:pPr>
        <w:numPr>
          <w:ilvl w:val="0"/>
          <w:numId w:val="108"/>
        </w:numPr>
        <w:tabs>
          <w:tab w:val="left" w:pos="900"/>
        </w:tabs>
        <w:spacing w:line="240" w:lineRule="auto"/>
        <w:jc w:val="both"/>
        <w:rPr>
          <w:szCs w:val="24"/>
        </w:rPr>
      </w:pPr>
      <w:r w:rsidRPr="007B68C2">
        <w:rPr>
          <w:szCs w:val="24"/>
          <w:lang w:val="ru-RU"/>
        </w:rPr>
        <w:t>Вычислить объем раствора нитрата серебра с массовой долей 3,4% для осаждения хлорида из 200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раствора раствора </w:t>
      </w:r>
      <w:r w:rsidRPr="000833E9">
        <w:rPr>
          <w:szCs w:val="24"/>
        </w:rPr>
        <w:t>NaCl</w:t>
      </w:r>
      <w:r w:rsidRPr="007B68C2">
        <w:rPr>
          <w:szCs w:val="24"/>
          <w:lang w:val="ru-RU"/>
        </w:rPr>
        <w:t xml:space="preserve"> с молярной концентрацией 0,0100 моль/см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. </w:t>
      </w:r>
      <w:r w:rsidRPr="000833E9">
        <w:rPr>
          <w:szCs w:val="24"/>
        </w:rPr>
        <w:t>Ответ: 10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7B68C2" w:rsidRPr="000833E9" w:rsidRDefault="007B68C2" w:rsidP="00835283">
      <w:pPr>
        <w:numPr>
          <w:ilvl w:val="0"/>
          <w:numId w:val="108"/>
        </w:numPr>
        <w:tabs>
          <w:tab w:val="left" w:pos="900"/>
        </w:tabs>
        <w:spacing w:line="240" w:lineRule="auto"/>
        <w:jc w:val="both"/>
        <w:rPr>
          <w:szCs w:val="24"/>
        </w:rPr>
      </w:pPr>
      <w:r w:rsidRPr="007B68C2">
        <w:rPr>
          <w:szCs w:val="24"/>
          <w:lang w:val="ru-RU"/>
        </w:rPr>
        <w:t>Какой объем серной кислоты плотностью 1,1 г/см</w:t>
      </w:r>
      <w:r w:rsidRPr="007B68C2">
        <w:rPr>
          <w:szCs w:val="24"/>
          <w:vertAlign w:val="superscript"/>
          <w:lang w:val="ru-RU"/>
        </w:rPr>
        <w:t xml:space="preserve">3 </w:t>
      </w:r>
      <w:r w:rsidRPr="007B68C2">
        <w:rPr>
          <w:szCs w:val="24"/>
          <w:lang w:val="ru-RU"/>
        </w:rPr>
        <w:t xml:space="preserve">требуется для осаждения бария из раствора </w:t>
      </w:r>
      <w:smartTag w:uri="urn:schemas-microsoft-com:office:smarttags" w:element="metricconverter">
        <w:smartTagPr>
          <w:attr w:name="ProductID" w:val="0,4880 г"/>
        </w:smartTagPr>
        <w:r w:rsidRPr="007B68C2">
          <w:rPr>
            <w:szCs w:val="24"/>
            <w:lang w:val="ru-RU"/>
          </w:rPr>
          <w:t>0,4880 г</w:t>
        </w:r>
      </w:smartTag>
      <w:r w:rsidRPr="007B68C2">
        <w:rPr>
          <w:szCs w:val="24"/>
          <w:lang w:val="ru-RU"/>
        </w:rPr>
        <w:t xml:space="preserve"> </w:t>
      </w:r>
      <w:r w:rsidRPr="000833E9">
        <w:rPr>
          <w:szCs w:val="24"/>
        </w:rPr>
        <w:t>BaCl</w:t>
      </w:r>
      <w:r w:rsidRPr="007B68C2">
        <w:rPr>
          <w:szCs w:val="24"/>
          <w:vertAlign w:val="subscript"/>
          <w:lang w:val="ru-RU"/>
        </w:rPr>
        <w:t xml:space="preserve">2 </w:t>
      </w:r>
      <w:r w:rsidRPr="007B68C2">
        <w:rPr>
          <w:szCs w:val="24"/>
          <w:lang w:val="ru-RU"/>
        </w:rPr>
        <w:t>∙ 2</w:t>
      </w:r>
      <w:r w:rsidRPr="000833E9">
        <w:rPr>
          <w:szCs w:val="24"/>
        </w:rPr>
        <w:t>H</w:t>
      </w:r>
      <w:r w:rsidRPr="007B68C2">
        <w:rPr>
          <w:szCs w:val="24"/>
          <w:vertAlign w:val="subscript"/>
          <w:lang w:val="ru-RU"/>
        </w:rPr>
        <w:t>2</w:t>
      </w:r>
      <w:r w:rsidRPr="000833E9">
        <w:rPr>
          <w:szCs w:val="24"/>
        </w:rPr>
        <w:t>O</w:t>
      </w:r>
      <w:r w:rsidRPr="007B68C2">
        <w:rPr>
          <w:szCs w:val="24"/>
          <w:lang w:val="ru-RU"/>
        </w:rPr>
        <w:t xml:space="preserve">. </w:t>
      </w:r>
      <w:r w:rsidRPr="000833E9">
        <w:rPr>
          <w:szCs w:val="24"/>
        </w:rPr>
        <w:t>Ответ: 1,2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 xml:space="preserve">. </w:t>
      </w:r>
    </w:p>
    <w:p w:rsidR="007B68C2" w:rsidRPr="000833E9" w:rsidRDefault="007B68C2" w:rsidP="00835283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7B68C2">
        <w:rPr>
          <w:szCs w:val="24"/>
          <w:lang w:val="ru-RU"/>
        </w:rPr>
        <w:t xml:space="preserve">Сколько нужно раствора аммиака с массовой долей 4% для осаждения железа из навески </w:t>
      </w:r>
      <w:smartTag w:uri="urn:schemas-microsoft-com:office:smarttags" w:element="metricconverter">
        <w:smartTagPr>
          <w:attr w:name="ProductID" w:val="0,6076 г"/>
        </w:smartTagPr>
        <w:r w:rsidRPr="007B68C2">
          <w:rPr>
            <w:szCs w:val="24"/>
            <w:lang w:val="ru-RU"/>
          </w:rPr>
          <w:t>0,6076 г</w:t>
        </w:r>
      </w:smartTag>
      <w:r w:rsidRPr="007B68C2">
        <w:rPr>
          <w:szCs w:val="24"/>
          <w:lang w:val="ru-RU"/>
        </w:rPr>
        <w:t xml:space="preserve"> железоаммонийных квасцов (</w:t>
      </w:r>
      <w:r>
        <w:rPr>
          <w:szCs w:val="24"/>
        </w:rPr>
        <w:t>NH</w:t>
      </w:r>
      <w:r w:rsidRPr="007B68C2">
        <w:rPr>
          <w:szCs w:val="24"/>
          <w:vertAlign w:val="subscript"/>
          <w:lang w:val="ru-RU"/>
        </w:rPr>
        <w:t>4</w:t>
      </w:r>
      <w:r w:rsidRPr="007B68C2">
        <w:rPr>
          <w:szCs w:val="24"/>
          <w:lang w:val="ru-RU"/>
        </w:rPr>
        <w:t>)</w:t>
      </w:r>
      <w:r w:rsidRPr="007B68C2">
        <w:rPr>
          <w:szCs w:val="24"/>
          <w:vertAlign w:val="subscript"/>
          <w:lang w:val="ru-RU"/>
        </w:rPr>
        <w:t>2</w:t>
      </w:r>
      <w:r>
        <w:rPr>
          <w:szCs w:val="24"/>
        </w:rPr>
        <w:t>SO</w:t>
      </w:r>
      <w:r w:rsidRPr="007B68C2">
        <w:rPr>
          <w:szCs w:val="24"/>
          <w:vertAlign w:val="subscript"/>
          <w:lang w:val="ru-RU"/>
        </w:rPr>
        <w:t>4</w:t>
      </w:r>
      <w:r w:rsidRPr="007B68C2">
        <w:rPr>
          <w:szCs w:val="24"/>
          <w:lang w:val="ru-RU"/>
        </w:rPr>
        <w:t>∙</w:t>
      </w:r>
      <w:r>
        <w:rPr>
          <w:szCs w:val="24"/>
        </w:rPr>
        <w:t>FeSO</w:t>
      </w:r>
      <w:r w:rsidRPr="007B68C2">
        <w:rPr>
          <w:szCs w:val="24"/>
          <w:vertAlign w:val="subscript"/>
          <w:lang w:val="ru-RU"/>
        </w:rPr>
        <w:t>4</w:t>
      </w:r>
      <w:r w:rsidRPr="007B68C2">
        <w:rPr>
          <w:szCs w:val="24"/>
          <w:lang w:val="ru-RU"/>
        </w:rPr>
        <w:t>∙6</w:t>
      </w:r>
      <w:r>
        <w:rPr>
          <w:szCs w:val="24"/>
        </w:rPr>
        <w:t>H</w:t>
      </w:r>
      <w:r w:rsidRPr="007B68C2">
        <w:rPr>
          <w:szCs w:val="24"/>
          <w:vertAlign w:val="subscript"/>
          <w:lang w:val="ru-RU"/>
        </w:rPr>
        <w:t>2</w:t>
      </w:r>
      <w:r>
        <w:rPr>
          <w:szCs w:val="24"/>
        </w:rPr>
        <w:t>O</w:t>
      </w:r>
      <w:r w:rsidRPr="007B68C2">
        <w:rPr>
          <w:szCs w:val="24"/>
          <w:lang w:val="ru-RU"/>
        </w:rPr>
        <w:t xml:space="preserve">? </w:t>
      </w:r>
      <w:r>
        <w:rPr>
          <w:szCs w:val="24"/>
        </w:rPr>
        <w:t xml:space="preserve">Ответ: 1,600 </w:t>
      </w:r>
      <w:r w:rsidRPr="000833E9">
        <w:rPr>
          <w:szCs w:val="24"/>
        </w:rPr>
        <w:t>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7B68C2" w:rsidRPr="000833E9" w:rsidRDefault="007B68C2" w:rsidP="00835283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7B68C2">
        <w:rPr>
          <w:szCs w:val="24"/>
          <w:lang w:val="ru-RU"/>
        </w:rPr>
        <w:t>Вычислить объем раствора оксалата аммония с массовой долей 2,5% для осаждения кальция из 200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раствора с молярной концентрацией </w:t>
      </w:r>
      <w:r w:rsidRPr="000833E9">
        <w:rPr>
          <w:szCs w:val="24"/>
        </w:rPr>
        <w:t>CaCl</w:t>
      </w:r>
      <w:r w:rsidRPr="007B68C2">
        <w:rPr>
          <w:szCs w:val="24"/>
          <w:vertAlign w:val="subscript"/>
          <w:lang w:val="ru-RU"/>
        </w:rPr>
        <w:t xml:space="preserve">2  </w:t>
      </w:r>
      <w:r w:rsidRPr="007B68C2">
        <w:rPr>
          <w:szCs w:val="24"/>
          <w:lang w:val="ru-RU"/>
        </w:rPr>
        <w:t>0,05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, чтобы при осаждении был создан избыток осадителя в 20%. </w:t>
      </w:r>
      <w:r w:rsidRPr="000833E9">
        <w:rPr>
          <w:szCs w:val="24"/>
        </w:rPr>
        <w:t>Ответ: 60, 15см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 xml:space="preserve">. </w:t>
      </w:r>
    </w:p>
    <w:p w:rsidR="007B68C2" w:rsidRPr="000833E9" w:rsidRDefault="007B68C2" w:rsidP="00835283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7B68C2">
        <w:rPr>
          <w:szCs w:val="24"/>
          <w:lang w:val="ru-RU"/>
        </w:rPr>
        <w:lastRenderedPageBreak/>
        <w:t>Вычислить объем раствора нитрата серебра с массовой долей 2% для осаждения брома из 100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0,01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КВ</w:t>
      </w:r>
      <w:r w:rsidRPr="000833E9">
        <w:rPr>
          <w:szCs w:val="24"/>
        </w:rPr>
        <w:t>r</w:t>
      </w:r>
      <w:r w:rsidRPr="007B68C2">
        <w:rPr>
          <w:szCs w:val="24"/>
          <w:lang w:val="ru-RU"/>
        </w:rPr>
        <w:t xml:space="preserve">. </w:t>
      </w:r>
      <w:r w:rsidRPr="000833E9">
        <w:rPr>
          <w:szCs w:val="24"/>
        </w:rPr>
        <w:t>Ответ: 8,5 см</w:t>
      </w:r>
      <w:r w:rsidRPr="000833E9">
        <w:rPr>
          <w:szCs w:val="24"/>
          <w:vertAlign w:val="superscript"/>
        </w:rPr>
        <w:t>3</w:t>
      </w:r>
      <w:r w:rsidRPr="000833E9">
        <w:rPr>
          <w:szCs w:val="24"/>
        </w:rPr>
        <w:t>.</w:t>
      </w:r>
    </w:p>
    <w:p w:rsidR="007B68C2" w:rsidRPr="007B68C2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40" w:lineRule="auto"/>
        <w:ind w:left="714" w:hanging="357"/>
        <w:jc w:val="both"/>
        <w:textAlignment w:val="baseline"/>
        <w:rPr>
          <w:szCs w:val="24"/>
          <w:lang w:val="ru-RU"/>
        </w:rPr>
      </w:pPr>
      <w:r w:rsidRPr="007B68C2">
        <w:rPr>
          <w:szCs w:val="24"/>
          <w:lang w:val="ru-RU"/>
        </w:rPr>
        <w:t xml:space="preserve">Какой объем раствора карбоната натрия (массовая доля 17,7% </w:t>
      </w:r>
      <w:r w:rsidRPr="00276F36">
        <w:rPr>
          <w:szCs w:val="24"/>
        </w:rPr>
        <w:t>ρ</w:t>
      </w:r>
      <w:r w:rsidRPr="007B68C2">
        <w:rPr>
          <w:szCs w:val="24"/>
          <w:lang w:val="ru-RU"/>
        </w:rPr>
        <w:t>=1,19г/см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) требуется для осаждения </w:t>
      </w:r>
      <w:smartTag w:uri="urn:schemas-microsoft-com:office:smarttags" w:element="metricconverter">
        <w:smartTagPr>
          <w:attr w:name="ProductID" w:val="0,2 г"/>
        </w:smartTagPr>
        <w:r w:rsidRPr="007B68C2">
          <w:rPr>
            <w:szCs w:val="24"/>
            <w:lang w:val="ru-RU"/>
          </w:rPr>
          <w:t>0,2 г</w:t>
        </w:r>
      </w:smartTag>
      <w:r w:rsidRPr="007B68C2">
        <w:rPr>
          <w:szCs w:val="24"/>
          <w:lang w:val="ru-RU"/>
        </w:rPr>
        <w:t>. кальция при полуторакратном избытке осадителя?</w:t>
      </w:r>
    </w:p>
    <w:p w:rsidR="007B68C2" w:rsidRPr="00276F36" w:rsidRDefault="007B68C2" w:rsidP="00835283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7B68C2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276F36">
        <w:rPr>
          <w:szCs w:val="24"/>
        </w:rPr>
        <w:t>HCl</w:t>
      </w:r>
      <w:r w:rsidRPr="007B68C2">
        <w:rPr>
          <w:szCs w:val="24"/>
          <w:lang w:val="ru-RU"/>
        </w:rPr>
        <w:t>, если на титрование 20,00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его израсходовано 19,20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</w:t>
      </w:r>
      <w:r w:rsidRPr="00276F36">
        <w:rPr>
          <w:szCs w:val="24"/>
        </w:rPr>
        <w:t>NaOH</w:t>
      </w:r>
      <w:r w:rsidRPr="007B68C2">
        <w:rPr>
          <w:szCs w:val="24"/>
          <w:lang w:val="ru-RU"/>
        </w:rPr>
        <w:t xml:space="preserve"> концентрацией 0,1000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. </w:t>
      </w:r>
      <w:r w:rsidRPr="00276F36">
        <w:rPr>
          <w:szCs w:val="24"/>
        </w:rPr>
        <w:t xml:space="preserve">Ответ: 0,0960 </w:t>
      </w:r>
      <w:r>
        <w:rPr>
          <w:szCs w:val="24"/>
        </w:rPr>
        <w:t>моль/дм</w:t>
      </w:r>
      <w:r w:rsidRPr="00276F36">
        <w:rPr>
          <w:szCs w:val="24"/>
          <w:vertAlign w:val="superscript"/>
        </w:rPr>
        <w:t>3</w:t>
      </w:r>
      <w:r w:rsidRPr="00276F36">
        <w:rPr>
          <w:szCs w:val="24"/>
        </w:rPr>
        <w:t>.</w:t>
      </w:r>
    </w:p>
    <w:p w:rsidR="007B68C2" w:rsidRPr="0070567B" w:rsidRDefault="007B68C2" w:rsidP="00835283">
      <w:pPr>
        <w:numPr>
          <w:ilvl w:val="0"/>
          <w:numId w:val="108"/>
        </w:numPr>
        <w:spacing w:line="240" w:lineRule="auto"/>
        <w:jc w:val="both"/>
        <w:rPr>
          <w:szCs w:val="24"/>
          <w:lang w:val="ru-RU"/>
        </w:rPr>
      </w:pPr>
      <w:r w:rsidRPr="007B68C2">
        <w:rPr>
          <w:szCs w:val="24"/>
          <w:lang w:val="ru-RU"/>
        </w:rPr>
        <w:t xml:space="preserve">Сколько миллилитров </w:t>
      </w:r>
      <w:r w:rsidRPr="00A6580D">
        <w:rPr>
          <w:szCs w:val="24"/>
        </w:rPr>
        <w:t>H</w:t>
      </w:r>
      <w:r w:rsidRPr="007B68C2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SO</w:t>
      </w:r>
      <w:r w:rsidRPr="007B68C2">
        <w:rPr>
          <w:szCs w:val="24"/>
          <w:vertAlign w:val="subscript"/>
          <w:lang w:val="ru-RU"/>
        </w:rPr>
        <w:t xml:space="preserve">4 </w:t>
      </w:r>
      <w:r w:rsidRPr="007B68C2">
        <w:rPr>
          <w:szCs w:val="24"/>
          <w:lang w:val="ru-RU"/>
        </w:rPr>
        <w:t xml:space="preserve"> (</w:t>
      </w:r>
      <w:r w:rsidRPr="00A6580D">
        <w:rPr>
          <w:szCs w:val="24"/>
        </w:rPr>
        <w:t>f</w:t>
      </w:r>
      <w:r w:rsidRPr="007B68C2">
        <w:rPr>
          <w:szCs w:val="24"/>
          <w:vertAlign w:val="subscript"/>
          <w:lang w:val="ru-RU"/>
        </w:rPr>
        <w:t xml:space="preserve">экв </w:t>
      </w:r>
      <w:r w:rsidRPr="007B68C2">
        <w:rPr>
          <w:szCs w:val="24"/>
          <w:lang w:val="ru-RU"/>
        </w:rPr>
        <w:t>=1/2) плотностью 1,835 г/см</w:t>
      </w:r>
      <w:r w:rsidRPr="00A6580D">
        <w:rPr>
          <w:position w:val="-4"/>
          <w:szCs w:val="24"/>
        </w:rPr>
        <w:object w:dxaOrig="1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14.25pt" o:ole="">
            <v:imagedata r:id="rId6" o:title=""/>
          </v:shape>
          <o:OLEObject Type="Embed" ProgID="Equation.3" ShapeID="_x0000_i1025" DrawAspect="Content" ObjectID="_1840792635" r:id="rId7"/>
        </w:object>
      </w:r>
      <w:r w:rsidRPr="007B68C2">
        <w:rPr>
          <w:szCs w:val="24"/>
          <w:lang w:val="ru-RU"/>
        </w:rPr>
        <w:t xml:space="preserve"> требуется для приготовления 2,5 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раствора молярной концентрацией эквивалента 0,2000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? </w:t>
      </w:r>
      <w:r w:rsidRPr="0070567B">
        <w:rPr>
          <w:szCs w:val="24"/>
          <w:lang w:val="ru-RU"/>
        </w:rPr>
        <w:t>Ответ: 27,9 см</w:t>
      </w:r>
      <w:r w:rsidRPr="0070567B">
        <w:rPr>
          <w:szCs w:val="24"/>
          <w:vertAlign w:val="superscript"/>
          <w:lang w:val="ru-RU"/>
        </w:rPr>
        <w:t>3</w:t>
      </w:r>
      <w:r w:rsidRPr="0070567B">
        <w:rPr>
          <w:szCs w:val="24"/>
          <w:lang w:val="ru-RU"/>
        </w:rPr>
        <w:t>.</w:t>
      </w:r>
    </w:p>
    <w:p w:rsidR="007B68C2" w:rsidRPr="007B68C2" w:rsidRDefault="007B68C2" w:rsidP="00835283">
      <w:pPr>
        <w:numPr>
          <w:ilvl w:val="0"/>
          <w:numId w:val="108"/>
        </w:numPr>
        <w:spacing w:line="240" w:lineRule="auto"/>
        <w:jc w:val="both"/>
        <w:rPr>
          <w:szCs w:val="24"/>
          <w:lang w:val="ru-RU"/>
        </w:rPr>
      </w:pPr>
      <w:r w:rsidRPr="007B68C2">
        <w:rPr>
          <w:szCs w:val="24"/>
          <w:lang w:val="ru-RU"/>
        </w:rPr>
        <w:t>Для приготовления 500,00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раствора было взято 20,00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</w:t>
      </w:r>
      <w:r w:rsidRPr="00A6580D">
        <w:rPr>
          <w:szCs w:val="24"/>
        </w:rPr>
        <w:t>HCl</w:t>
      </w:r>
      <w:r w:rsidRPr="007B68C2">
        <w:rPr>
          <w:szCs w:val="24"/>
          <w:lang w:val="ru-RU"/>
        </w:rPr>
        <w:t xml:space="preserve"> плотностью 1,19 г/см</w:t>
      </w:r>
      <w:r w:rsidRPr="00A6580D">
        <w:rPr>
          <w:position w:val="-4"/>
          <w:szCs w:val="24"/>
        </w:rPr>
        <w:object w:dxaOrig="140" w:dyaOrig="300">
          <v:shape id="_x0000_i1026" type="#_x0000_t75" style="width:7.5pt;height:14.25pt" o:ole="">
            <v:imagedata r:id="rId6" o:title=""/>
          </v:shape>
          <o:OLEObject Type="Embed" ProgID="Equation.3" ShapeID="_x0000_i1026" DrawAspect="Content" ObjectID="_1840792636" r:id="rId8"/>
        </w:object>
      </w:r>
      <w:r w:rsidRPr="007B68C2">
        <w:rPr>
          <w:szCs w:val="24"/>
          <w:lang w:val="ru-RU"/>
        </w:rPr>
        <w:t>. Вычислить молярную концентрацию эквивалента полученного раствора? Ответ: 0,5000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>.</w:t>
      </w:r>
    </w:p>
    <w:p w:rsidR="007B68C2" w:rsidRPr="00A6580D" w:rsidRDefault="007B68C2" w:rsidP="00835283">
      <w:pPr>
        <w:pStyle w:val="ae"/>
        <w:numPr>
          <w:ilvl w:val="0"/>
          <w:numId w:val="108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</w:rPr>
      </w:pPr>
      <w:r w:rsidRPr="007B68C2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A6580D">
        <w:rPr>
          <w:szCs w:val="24"/>
        </w:rPr>
        <w:t>HCl</w:t>
      </w:r>
      <w:r w:rsidRPr="007B68C2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7B68C2">
          <w:rPr>
            <w:szCs w:val="24"/>
            <w:lang w:val="ru-RU"/>
          </w:rPr>
          <w:t>0,4217 г</w:t>
        </w:r>
      </w:smartTag>
      <w:r w:rsidRPr="007B68C2">
        <w:rPr>
          <w:szCs w:val="24"/>
          <w:lang w:val="ru-RU"/>
        </w:rPr>
        <w:t xml:space="preserve"> буры (</w:t>
      </w:r>
      <w:r w:rsidRPr="00A6580D">
        <w:rPr>
          <w:szCs w:val="24"/>
        </w:rPr>
        <w:t>Na</w:t>
      </w:r>
      <w:r w:rsidRPr="007B68C2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B</w:t>
      </w:r>
      <w:r w:rsidRPr="007B68C2">
        <w:rPr>
          <w:szCs w:val="24"/>
          <w:vertAlign w:val="subscript"/>
          <w:lang w:val="ru-RU"/>
        </w:rPr>
        <w:t>4</w:t>
      </w:r>
      <w:r w:rsidRPr="00A6580D">
        <w:rPr>
          <w:szCs w:val="24"/>
        </w:rPr>
        <w:t>O</w:t>
      </w:r>
      <w:r w:rsidRPr="007B68C2">
        <w:rPr>
          <w:szCs w:val="24"/>
          <w:vertAlign w:val="subscript"/>
          <w:lang w:val="ru-RU"/>
        </w:rPr>
        <w:t>7</w:t>
      </w:r>
      <w:r w:rsidRPr="007B68C2">
        <w:rPr>
          <w:szCs w:val="24"/>
          <w:lang w:val="ru-RU"/>
        </w:rPr>
        <w:t>∙10</w:t>
      </w:r>
      <w:r w:rsidRPr="00A6580D">
        <w:rPr>
          <w:szCs w:val="24"/>
        </w:rPr>
        <w:t>H</w:t>
      </w:r>
      <w:r w:rsidRPr="007B68C2">
        <w:rPr>
          <w:szCs w:val="24"/>
          <w:vertAlign w:val="subscript"/>
          <w:lang w:val="ru-RU"/>
        </w:rPr>
        <w:t>2</w:t>
      </w:r>
      <w:r w:rsidRPr="00A6580D">
        <w:rPr>
          <w:szCs w:val="24"/>
        </w:rPr>
        <w:t>O</w:t>
      </w:r>
      <w:r w:rsidRPr="007B68C2">
        <w:rPr>
          <w:szCs w:val="24"/>
          <w:lang w:val="ru-RU"/>
        </w:rPr>
        <w:t>) израсходовано 17,50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этой кислоты? </w:t>
      </w:r>
      <w:r>
        <w:rPr>
          <w:szCs w:val="24"/>
        </w:rPr>
        <w:t>Ответ: 0,1263 моль/дм</w:t>
      </w:r>
      <w:r w:rsidRPr="00A6580D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7B68C2" w:rsidRDefault="007B68C2" w:rsidP="00835283">
      <w:pPr>
        <w:numPr>
          <w:ilvl w:val="0"/>
          <w:numId w:val="108"/>
        </w:numPr>
        <w:spacing w:line="240" w:lineRule="auto"/>
        <w:jc w:val="both"/>
        <w:rPr>
          <w:szCs w:val="24"/>
        </w:rPr>
      </w:pPr>
      <w:r w:rsidRPr="007B68C2">
        <w:rPr>
          <w:szCs w:val="24"/>
          <w:lang w:val="ru-RU"/>
        </w:rPr>
        <w:t xml:space="preserve">Навеску </w:t>
      </w:r>
      <w:smartTag w:uri="urn:schemas-microsoft-com:office:smarttags" w:element="metricconverter">
        <w:smartTagPr>
          <w:attr w:name="ProductID" w:val="0,6000 г"/>
        </w:smartTagPr>
        <w:r w:rsidRPr="007B68C2">
          <w:rPr>
            <w:szCs w:val="24"/>
            <w:lang w:val="ru-RU"/>
          </w:rPr>
          <w:t>0,6000 г</w:t>
        </w:r>
      </w:smartTag>
      <w:r w:rsidRPr="007B68C2">
        <w:rPr>
          <w:szCs w:val="24"/>
          <w:lang w:val="ru-RU"/>
        </w:rPr>
        <w:t xml:space="preserve"> Н</w:t>
      </w:r>
      <w:r w:rsidRPr="007B68C2">
        <w:rPr>
          <w:szCs w:val="24"/>
          <w:vertAlign w:val="subscript"/>
          <w:lang w:val="ru-RU"/>
        </w:rPr>
        <w:t>2</w:t>
      </w:r>
      <w:r w:rsidRPr="007B68C2">
        <w:rPr>
          <w:szCs w:val="24"/>
          <w:lang w:val="ru-RU"/>
        </w:rPr>
        <w:t>С</w:t>
      </w:r>
      <w:r w:rsidRPr="007B68C2">
        <w:rPr>
          <w:szCs w:val="24"/>
          <w:vertAlign w:val="subscript"/>
          <w:lang w:val="ru-RU"/>
        </w:rPr>
        <w:t>2</w:t>
      </w:r>
      <w:r w:rsidRPr="007B68C2">
        <w:rPr>
          <w:szCs w:val="24"/>
          <w:lang w:val="ru-RU"/>
        </w:rPr>
        <w:t>О</w:t>
      </w:r>
      <w:r w:rsidRPr="007B68C2">
        <w:rPr>
          <w:szCs w:val="24"/>
          <w:vertAlign w:val="subscript"/>
          <w:lang w:val="ru-RU"/>
        </w:rPr>
        <w:t>4</w:t>
      </w:r>
      <w:r w:rsidRPr="007B68C2">
        <w:rPr>
          <w:szCs w:val="24"/>
          <w:lang w:val="ru-RU"/>
        </w:rPr>
        <w:t>·2Н</w:t>
      </w:r>
      <w:r w:rsidRPr="007B68C2">
        <w:rPr>
          <w:szCs w:val="24"/>
          <w:vertAlign w:val="subscript"/>
          <w:lang w:val="ru-RU"/>
        </w:rPr>
        <w:t>2</w:t>
      </w:r>
      <w:r w:rsidRPr="007B68C2">
        <w:rPr>
          <w:szCs w:val="24"/>
          <w:lang w:val="ru-RU"/>
        </w:rPr>
        <w:t>О растворили в мерной колбе емкостью 100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на титрование 20,00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полученного раствора израсходовано 18,34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</w:t>
      </w:r>
      <w:r w:rsidRPr="00A6580D">
        <w:rPr>
          <w:szCs w:val="24"/>
        </w:rPr>
        <w:t>NaOH</w:t>
      </w:r>
      <w:r w:rsidRPr="007B68C2">
        <w:rPr>
          <w:szCs w:val="24"/>
          <w:lang w:val="ru-RU"/>
        </w:rPr>
        <w:t xml:space="preserve">. </w:t>
      </w:r>
      <w:r w:rsidRPr="00A6580D">
        <w:rPr>
          <w:szCs w:val="24"/>
        </w:rPr>
        <w:t xml:space="preserve">Определить молярную концентрацию </w:t>
      </w:r>
      <w:r>
        <w:rPr>
          <w:szCs w:val="24"/>
        </w:rPr>
        <w:t xml:space="preserve">эквивалента </w:t>
      </w:r>
      <w:r w:rsidRPr="00A6580D">
        <w:rPr>
          <w:szCs w:val="24"/>
        </w:rPr>
        <w:t>раствора NaOH</w:t>
      </w:r>
      <w:r>
        <w:rPr>
          <w:szCs w:val="24"/>
        </w:rPr>
        <w:t>.</w:t>
      </w:r>
      <w:r w:rsidRPr="00A6580D">
        <w:rPr>
          <w:szCs w:val="24"/>
        </w:rPr>
        <w:t xml:space="preserve"> Ответ: 0,1038</w:t>
      </w:r>
      <w:r>
        <w:rPr>
          <w:szCs w:val="24"/>
        </w:rPr>
        <w:t xml:space="preserve"> моль/дм</w:t>
      </w:r>
      <w:r w:rsidRPr="004A4234">
        <w:rPr>
          <w:szCs w:val="24"/>
          <w:vertAlign w:val="superscript"/>
        </w:rPr>
        <w:t>3</w:t>
      </w:r>
      <w:r>
        <w:rPr>
          <w:szCs w:val="24"/>
        </w:rPr>
        <w:t>.</w:t>
      </w:r>
    </w:p>
    <w:p w:rsidR="007B68C2" w:rsidRPr="007B68C2" w:rsidRDefault="007B68C2" w:rsidP="007B68C2">
      <w:pPr>
        <w:widowControl w:val="0"/>
        <w:spacing w:line="240" w:lineRule="auto"/>
        <w:ind w:left="360"/>
        <w:rPr>
          <w:b/>
          <w:lang w:val="ru-RU"/>
        </w:rPr>
      </w:pPr>
      <w:r w:rsidRPr="007B68C2">
        <w:rPr>
          <w:szCs w:val="24"/>
          <w:lang w:val="ru-RU"/>
        </w:rPr>
        <w:t xml:space="preserve">20.Сколько процентов </w:t>
      </w:r>
      <w:r w:rsidRPr="004E5379">
        <w:rPr>
          <w:szCs w:val="24"/>
        </w:rPr>
        <w:t>HNO</w:t>
      </w:r>
      <w:r w:rsidRPr="004A4234">
        <w:rPr>
          <w:position w:val="-12"/>
        </w:rPr>
        <w:object w:dxaOrig="140" w:dyaOrig="360">
          <v:shape id="_x0000_i1027" type="#_x0000_t75" style="width:7.5pt;height:18pt" o:ole="">
            <v:imagedata r:id="rId9" o:title=""/>
          </v:shape>
          <o:OLEObject Type="Embed" ProgID="Equation.3" ShapeID="_x0000_i1027" DrawAspect="Content" ObjectID="_1840792637" r:id="rId10"/>
        </w:object>
      </w:r>
      <w:r w:rsidRPr="007B68C2">
        <w:rPr>
          <w:szCs w:val="24"/>
          <w:lang w:val="ru-RU"/>
        </w:rPr>
        <w:t xml:space="preserve"> содержит концентрированная азотная кислота, если после растворения </w:t>
      </w:r>
      <w:smartTag w:uri="urn:schemas-microsoft-com:office:smarttags" w:element="metricconverter">
        <w:smartTagPr>
          <w:attr w:name="ProductID" w:val="9,7770 г"/>
        </w:smartTagPr>
        <w:r w:rsidRPr="007B68C2">
          <w:rPr>
            <w:szCs w:val="24"/>
            <w:lang w:val="ru-RU"/>
          </w:rPr>
          <w:t>9,7770 г</w:t>
        </w:r>
      </w:smartTag>
      <w:r w:rsidRPr="007B68C2">
        <w:rPr>
          <w:szCs w:val="24"/>
          <w:lang w:val="ru-RU"/>
        </w:rPr>
        <w:t xml:space="preserve"> в мерной колбе емкостью 1дм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на титрование 25,00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0,1040 моль/дм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раствора </w:t>
      </w:r>
      <w:r w:rsidRPr="004E5379">
        <w:rPr>
          <w:szCs w:val="24"/>
        </w:rPr>
        <w:t>NaOH</w:t>
      </w:r>
      <w:r w:rsidRPr="007B68C2">
        <w:rPr>
          <w:szCs w:val="24"/>
          <w:lang w:val="ru-RU"/>
        </w:rPr>
        <w:t xml:space="preserve"> израсходовано 25,45 см</w:t>
      </w:r>
      <w:r w:rsidRPr="007B68C2">
        <w:rPr>
          <w:szCs w:val="24"/>
          <w:vertAlign w:val="superscript"/>
          <w:lang w:val="ru-RU"/>
        </w:rPr>
        <w:t>3</w:t>
      </w:r>
      <w:r w:rsidRPr="007B68C2">
        <w:rPr>
          <w:szCs w:val="24"/>
          <w:lang w:val="ru-RU"/>
        </w:rPr>
        <w:t xml:space="preserve"> полученного раствора </w:t>
      </w:r>
      <w:r w:rsidRPr="004E5379">
        <w:rPr>
          <w:szCs w:val="24"/>
        </w:rPr>
        <w:t>H</w:t>
      </w:r>
    </w:p>
    <w:p w:rsidR="007B68C2" w:rsidRPr="007B68C2" w:rsidRDefault="007B68C2" w:rsidP="007B68C2">
      <w:pPr>
        <w:widowControl w:val="0"/>
        <w:spacing w:line="240" w:lineRule="auto"/>
        <w:jc w:val="center"/>
        <w:rPr>
          <w:b/>
          <w:lang w:val="ru-RU"/>
        </w:rPr>
      </w:pPr>
    </w:p>
    <w:p w:rsidR="007B68C2" w:rsidRPr="00F938BC" w:rsidRDefault="007B68C2" w:rsidP="007B68C2">
      <w:pPr>
        <w:widowControl w:val="0"/>
        <w:spacing w:line="240" w:lineRule="auto"/>
        <w:jc w:val="center"/>
        <w:rPr>
          <w:b/>
        </w:rPr>
      </w:pPr>
      <w:r w:rsidRPr="00F938BC">
        <w:rPr>
          <w:b/>
        </w:rPr>
        <w:t>Критерии оценки</w:t>
      </w:r>
      <w:r>
        <w:rPr>
          <w:b/>
        </w:rPr>
        <w:t xml:space="preserve"> контрольной работы</w:t>
      </w:r>
      <w:r w:rsidRPr="00F938BC">
        <w:rPr>
          <w:b/>
        </w:rPr>
        <w:t xml:space="preserve"> </w:t>
      </w:r>
    </w:p>
    <w:p w:rsidR="007B68C2" w:rsidRPr="00A6580D" w:rsidRDefault="007B68C2" w:rsidP="007B68C2">
      <w:pPr>
        <w:spacing w:line="240" w:lineRule="auto"/>
        <w:ind w:left="72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424"/>
      </w:tblGrid>
      <w:tr w:rsidR="007B68C2" w:rsidRPr="00F938BC" w:rsidTr="008921D6">
        <w:tc>
          <w:tcPr>
            <w:tcW w:w="2429" w:type="dxa"/>
          </w:tcPr>
          <w:p w:rsidR="007B68C2" w:rsidRPr="00F938BC" w:rsidRDefault="007B68C2" w:rsidP="008921D6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938BC">
              <w:rPr>
                <w:b/>
              </w:rPr>
              <w:t>Оценка</w:t>
            </w:r>
          </w:p>
        </w:tc>
        <w:tc>
          <w:tcPr>
            <w:tcW w:w="7424" w:type="dxa"/>
          </w:tcPr>
          <w:p w:rsidR="007B68C2" w:rsidRPr="00F938BC" w:rsidRDefault="007B68C2" w:rsidP="008921D6">
            <w:pPr>
              <w:widowControl w:val="0"/>
              <w:spacing w:line="240" w:lineRule="auto"/>
              <w:jc w:val="center"/>
              <w:rPr>
                <w:b/>
              </w:rPr>
            </w:pPr>
            <w:r w:rsidRPr="00F938BC">
              <w:rPr>
                <w:b/>
              </w:rPr>
              <w:t xml:space="preserve">Критерии </w:t>
            </w:r>
          </w:p>
          <w:p w:rsidR="007B68C2" w:rsidRPr="00F938BC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F938BC">
              <w:rPr>
                <w:i/>
              </w:rPr>
              <w:t xml:space="preserve">                            </w:t>
            </w:r>
          </w:p>
        </w:tc>
      </w:tr>
      <w:tr w:rsidR="007B68C2" w:rsidRPr="008921D6" w:rsidTr="008921D6">
        <w:tc>
          <w:tcPr>
            <w:tcW w:w="2429" w:type="dxa"/>
          </w:tcPr>
          <w:p w:rsidR="007B68C2" w:rsidRPr="00F938BC" w:rsidRDefault="007B68C2" w:rsidP="008921D6">
            <w:pPr>
              <w:widowControl w:val="0"/>
              <w:spacing w:line="240" w:lineRule="auto"/>
            </w:pPr>
            <w:r w:rsidRPr="00F938BC">
              <w:t>отлично</w:t>
            </w:r>
          </w:p>
        </w:tc>
        <w:tc>
          <w:tcPr>
            <w:tcW w:w="7424" w:type="dxa"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lang w:val="ru-RU"/>
              </w:rPr>
            </w:pPr>
            <w:r w:rsidRPr="007B68C2">
              <w:rPr>
                <w:lang w:val="ru-RU"/>
              </w:rPr>
              <w:t>Работа выполнена полностью, без ошибок и недочетов или допущен один недочет</w:t>
            </w:r>
          </w:p>
        </w:tc>
      </w:tr>
      <w:tr w:rsidR="007B68C2" w:rsidRPr="008921D6" w:rsidTr="008921D6">
        <w:tc>
          <w:tcPr>
            <w:tcW w:w="2429" w:type="dxa"/>
          </w:tcPr>
          <w:p w:rsidR="007B68C2" w:rsidRPr="00F938BC" w:rsidRDefault="007B68C2" w:rsidP="008921D6">
            <w:pPr>
              <w:widowControl w:val="0"/>
              <w:spacing w:line="240" w:lineRule="auto"/>
            </w:pPr>
            <w:r w:rsidRPr="00F938BC">
              <w:t>хорошо</w:t>
            </w:r>
          </w:p>
        </w:tc>
        <w:tc>
          <w:tcPr>
            <w:tcW w:w="7424" w:type="dxa"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lang w:val="ru-RU"/>
              </w:rPr>
            </w:pPr>
            <w:r w:rsidRPr="007B68C2">
              <w:rPr>
                <w:lang w:val="ru-RU"/>
              </w:rPr>
              <w:t>Работа выполнена полностью, имеется одна негрубая ошибка и один недочет или три недочета</w:t>
            </w:r>
          </w:p>
        </w:tc>
      </w:tr>
      <w:tr w:rsidR="007B68C2" w:rsidRPr="008921D6" w:rsidTr="008921D6">
        <w:tc>
          <w:tcPr>
            <w:tcW w:w="2429" w:type="dxa"/>
          </w:tcPr>
          <w:p w:rsidR="007B68C2" w:rsidRPr="00F938BC" w:rsidRDefault="007B68C2" w:rsidP="008921D6">
            <w:pPr>
              <w:widowControl w:val="0"/>
              <w:spacing w:line="240" w:lineRule="auto"/>
            </w:pPr>
            <w:r w:rsidRPr="00F938BC">
              <w:t>удовлетворительно</w:t>
            </w:r>
          </w:p>
        </w:tc>
        <w:tc>
          <w:tcPr>
            <w:tcW w:w="7424" w:type="dxa"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lang w:val="ru-RU"/>
              </w:rPr>
            </w:pPr>
            <w:r w:rsidRPr="007B68C2">
              <w:rPr>
                <w:lang w:val="ru-RU"/>
              </w:rPr>
              <w:t>Правильно выполнено более 2/3 всей работы или допущено не более одной грубой ошибки или двух недочетов, или одна грубая и одна негрубая ошибки, или три негрубые ошибки, или четыре-пять недочетов.</w:t>
            </w:r>
          </w:p>
        </w:tc>
      </w:tr>
      <w:tr w:rsidR="007B68C2" w:rsidRPr="008921D6" w:rsidTr="008921D6">
        <w:tc>
          <w:tcPr>
            <w:tcW w:w="2429" w:type="dxa"/>
          </w:tcPr>
          <w:p w:rsidR="007B68C2" w:rsidRPr="00F938BC" w:rsidRDefault="007B68C2" w:rsidP="008921D6">
            <w:pPr>
              <w:widowControl w:val="0"/>
              <w:spacing w:line="240" w:lineRule="auto"/>
            </w:pPr>
            <w:r w:rsidRPr="00F938BC">
              <w:t>неудовлетворительно</w:t>
            </w:r>
          </w:p>
        </w:tc>
        <w:tc>
          <w:tcPr>
            <w:tcW w:w="7424" w:type="dxa"/>
          </w:tcPr>
          <w:p w:rsidR="007B68C2" w:rsidRPr="007B68C2" w:rsidRDefault="007B68C2" w:rsidP="008921D6">
            <w:pPr>
              <w:widowControl w:val="0"/>
              <w:spacing w:line="240" w:lineRule="auto"/>
              <w:rPr>
                <w:lang w:val="ru-RU"/>
              </w:rPr>
            </w:pPr>
            <w:r w:rsidRPr="007B68C2">
              <w:rPr>
                <w:lang w:val="ru-RU"/>
              </w:rPr>
              <w:t>Число ошибок и недочетов превысило норму для оценки удовлетворительно или правильно выполнено менее 2/3 всей работы</w:t>
            </w:r>
          </w:p>
        </w:tc>
      </w:tr>
    </w:tbl>
    <w:p w:rsidR="007B68C2" w:rsidRPr="007B68C2" w:rsidRDefault="007B68C2" w:rsidP="007B68C2">
      <w:pPr>
        <w:pStyle w:val="ae"/>
        <w:ind w:left="0"/>
        <w:rPr>
          <w:szCs w:val="24"/>
          <w:lang w:val="ru-RU"/>
        </w:rPr>
      </w:pPr>
    </w:p>
    <w:p w:rsidR="007B68C2" w:rsidRPr="007B68C2" w:rsidRDefault="007B68C2" w:rsidP="007B68C2">
      <w:pPr>
        <w:jc w:val="center"/>
        <w:rPr>
          <w:b/>
          <w:bCs/>
          <w:color w:val="000000"/>
          <w:szCs w:val="24"/>
          <w:lang w:val="ru-RU"/>
        </w:rPr>
      </w:pPr>
    </w:p>
    <w:p w:rsidR="007B68C2" w:rsidRPr="007B68C2" w:rsidRDefault="007B68C2" w:rsidP="007B68C2">
      <w:pPr>
        <w:jc w:val="center"/>
        <w:rPr>
          <w:b/>
          <w:bCs/>
          <w:color w:val="000000"/>
          <w:szCs w:val="24"/>
          <w:lang w:val="ru-RU"/>
        </w:rPr>
      </w:pPr>
      <w:r w:rsidRPr="007B68C2">
        <w:rPr>
          <w:b/>
          <w:bCs/>
          <w:color w:val="000000"/>
          <w:szCs w:val="24"/>
          <w:lang w:val="ru-RU"/>
        </w:rPr>
        <w:t>Форма отчета по лабораторной работе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 xml:space="preserve">Результаты лабораторной работы оформляются обучающимся  в печатном или рукописном виде по следующей форме: 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 xml:space="preserve">Лабораторная работа № _____ «___________________________» 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lastRenderedPageBreak/>
        <w:t xml:space="preserve">Название работы ________________________________________ 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>Цель работы: ____________________________________________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 xml:space="preserve">Оборудование и реактивы: указываются используемые прибор или лабораторное оборудование, химические реактивы. 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835283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 xml:space="preserve">Краткие теоретические сведения:  приводится краткая характеристика химической системы, на примере которой рассматривается определённый процесс, названия химических веществ, их справочные физико-химические характеристики, необходимые в рамках рассматриваемой темы 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835283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>Экспериментальная часть: в зависимости от особенностей проводимого эксперимента включает:</w:t>
      </w:r>
    </w:p>
    <w:p w:rsidR="007B68C2" w:rsidRPr="007B68C2" w:rsidRDefault="007B68C2" w:rsidP="007B68C2">
      <w:pPr>
        <w:pStyle w:val="ae"/>
        <w:rPr>
          <w:color w:val="000000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>Ход работы: описывается ход работы с указанием условий проведения и последовательности действий. Описание должно быть кратким, но таким, чтобы по нему можно было воспроизвести эксперимент.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>Алгоритм действий: приводится краткий алгоритм в виде схемы с использованием обозначений величин.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>Уравнение реакций: составляются уравнения химических реакций.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>Наблюдения: приводиться описание полученного результата – изменение окраски, выпадение осадка, выделение газа и т.п.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 xml:space="preserve">Пример расчёта: приводиться расчет с выводом единиц измерения расчётных величин. </w:t>
      </w:r>
    </w:p>
    <w:p w:rsidR="007B68C2" w:rsidRPr="007B68C2" w:rsidRDefault="007B68C2" w:rsidP="007B68C2">
      <w:pPr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spacing w:line="240" w:lineRule="auto"/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 xml:space="preserve">График: представляется на миллиметровой бумаге с указанием обозначений и единиц измерения величин на осях. </w:t>
      </w:r>
    </w:p>
    <w:p w:rsidR="007B68C2" w:rsidRPr="007B68C2" w:rsidRDefault="007B68C2" w:rsidP="007B68C2">
      <w:pPr>
        <w:spacing w:line="240" w:lineRule="auto"/>
        <w:rPr>
          <w:color w:val="000000"/>
          <w:szCs w:val="24"/>
          <w:lang w:val="ru-RU"/>
        </w:rPr>
      </w:pPr>
    </w:p>
    <w:p w:rsidR="007B68C2" w:rsidRPr="007B68C2" w:rsidRDefault="007B68C2" w:rsidP="007B68C2">
      <w:pPr>
        <w:spacing w:line="240" w:lineRule="auto"/>
        <w:rPr>
          <w:color w:val="000000"/>
          <w:szCs w:val="24"/>
          <w:lang w:val="ru-RU"/>
        </w:rPr>
      </w:pPr>
      <w:r w:rsidRPr="007B68C2">
        <w:rPr>
          <w:color w:val="000000"/>
          <w:szCs w:val="24"/>
          <w:lang w:val="ru-RU"/>
        </w:rPr>
        <w:t>Вывод: указывается, на основании каких экспериментально полученных значений определены физико-химические параметры систем (какие и с какой погрешностью); какие теоретические положения (законы, закономерности) получили экспериментальное подтверждение.</w:t>
      </w:r>
    </w:p>
    <w:p w:rsidR="007B68C2" w:rsidRPr="007B68C2" w:rsidRDefault="007B68C2" w:rsidP="007B68C2">
      <w:pPr>
        <w:rPr>
          <w:b/>
          <w:bCs/>
          <w:i/>
          <w:iCs/>
          <w:color w:val="000000"/>
          <w:szCs w:val="24"/>
          <w:lang w:val="ru-RU"/>
        </w:rPr>
      </w:pPr>
    </w:p>
    <w:p w:rsidR="007B68C2" w:rsidRPr="007B68C2" w:rsidRDefault="007B68C2" w:rsidP="007B68C2">
      <w:pPr>
        <w:ind w:firstLine="360"/>
        <w:jc w:val="center"/>
        <w:rPr>
          <w:b/>
          <w:szCs w:val="24"/>
          <w:lang w:val="ru-RU"/>
        </w:rPr>
      </w:pPr>
      <w:r w:rsidRPr="007B68C2">
        <w:rPr>
          <w:b/>
          <w:szCs w:val="24"/>
          <w:lang w:val="ru-RU"/>
        </w:rPr>
        <w:t>Критерии оценки отчета к лабораторной работе</w:t>
      </w:r>
    </w:p>
    <w:p w:rsidR="007B68C2" w:rsidRPr="007B68C2" w:rsidRDefault="007B68C2" w:rsidP="007B68C2">
      <w:pPr>
        <w:ind w:firstLine="360"/>
        <w:jc w:val="center"/>
        <w:rPr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7B68C2" w:rsidRPr="00CD4E3C" w:rsidTr="008921D6">
        <w:tc>
          <w:tcPr>
            <w:tcW w:w="2697" w:type="dxa"/>
            <w:shd w:val="clear" w:color="auto" w:fill="auto"/>
            <w:vAlign w:val="center"/>
          </w:tcPr>
          <w:p w:rsidR="007B68C2" w:rsidRPr="00CD4E3C" w:rsidRDefault="007B68C2" w:rsidP="008921D6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lastRenderedPageBreak/>
              <w:t>Оценка</w:t>
            </w:r>
          </w:p>
        </w:tc>
        <w:tc>
          <w:tcPr>
            <w:tcW w:w="7203" w:type="dxa"/>
            <w:shd w:val="clear" w:color="auto" w:fill="auto"/>
            <w:vAlign w:val="center"/>
          </w:tcPr>
          <w:p w:rsidR="007B68C2" w:rsidRPr="00CD4E3C" w:rsidRDefault="007B68C2" w:rsidP="008921D6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t>Критерии</w:t>
            </w:r>
            <w:r>
              <w:rPr>
                <w:b/>
                <w:szCs w:val="24"/>
              </w:rPr>
              <w:t xml:space="preserve"> </w:t>
            </w:r>
          </w:p>
        </w:tc>
      </w:tr>
      <w:tr w:rsidR="007B68C2" w:rsidRPr="008921D6" w:rsidTr="008921D6">
        <w:tc>
          <w:tcPr>
            <w:tcW w:w="2697" w:type="dxa"/>
            <w:shd w:val="clear" w:color="auto" w:fill="auto"/>
          </w:tcPr>
          <w:p w:rsidR="007B68C2" w:rsidRPr="00CD4E3C" w:rsidRDefault="007B68C2" w:rsidP="008921D6">
            <w:pPr>
              <w:jc w:val="center"/>
              <w:rPr>
                <w:szCs w:val="24"/>
              </w:rPr>
            </w:pPr>
            <w:r w:rsidRPr="00CD4E3C">
              <w:rPr>
                <w:szCs w:val="24"/>
              </w:rPr>
              <w:t>зачтено</w:t>
            </w:r>
          </w:p>
        </w:tc>
        <w:tc>
          <w:tcPr>
            <w:tcW w:w="7203" w:type="dxa"/>
            <w:shd w:val="clear" w:color="auto" w:fill="auto"/>
          </w:tcPr>
          <w:p w:rsidR="007B68C2" w:rsidRPr="007B68C2" w:rsidRDefault="007B68C2" w:rsidP="008921D6">
            <w:pPr>
              <w:rPr>
                <w:color w:val="000000"/>
                <w:szCs w:val="24"/>
                <w:lang w:val="ru-RU"/>
              </w:rPr>
            </w:pPr>
            <w:r w:rsidRPr="007B68C2">
              <w:rPr>
                <w:color w:val="000000"/>
                <w:szCs w:val="24"/>
                <w:lang w:val="ru-RU"/>
              </w:rPr>
              <w:t xml:space="preserve">отчет полностью отвечает предъявляемым требованиям. </w:t>
            </w:r>
          </w:p>
          <w:p w:rsidR="007B68C2" w:rsidRPr="007B68C2" w:rsidRDefault="007B68C2" w:rsidP="008921D6">
            <w:pPr>
              <w:rPr>
                <w:szCs w:val="24"/>
                <w:lang w:val="ru-RU"/>
              </w:rPr>
            </w:pPr>
          </w:p>
        </w:tc>
      </w:tr>
      <w:tr w:rsidR="007B68C2" w:rsidRPr="00CD4E3C" w:rsidTr="008921D6">
        <w:tc>
          <w:tcPr>
            <w:tcW w:w="2697" w:type="dxa"/>
            <w:shd w:val="clear" w:color="auto" w:fill="auto"/>
          </w:tcPr>
          <w:p w:rsidR="007B68C2" w:rsidRPr="00CD4E3C" w:rsidRDefault="007B68C2" w:rsidP="008921D6">
            <w:pPr>
              <w:jc w:val="center"/>
              <w:rPr>
                <w:szCs w:val="24"/>
              </w:rPr>
            </w:pPr>
            <w:r w:rsidRPr="00CD4E3C">
              <w:rPr>
                <w:szCs w:val="24"/>
              </w:rPr>
              <w:t>незачтено</w:t>
            </w:r>
          </w:p>
        </w:tc>
        <w:tc>
          <w:tcPr>
            <w:tcW w:w="7203" w:type="dxa"/>
            <w:shd w:val="clear" w:color="auto" w:fill="auto"/>
          </w:tcPr>
          <w:p w:rsidR="007B68C2" w:rsidRPr="00CD4E3C" w:rsidRDefault="007B68C2" w:rsidP="008921D6">
            <w:pPr>
              <w:rPr>
                <w:szCs w:val="24"/>
              </w:rPr>
            </w:pPr>
            <w:r w:rsidRPr="007B68C2">
              <w:rPr>
                <w:color w:val="000000"/>
                <w:szCs w:val="24"/>
                <w:lang w:val="ru-RU"/>
              </w:rPr>
              <w:t xml:space="preserve">отчет частично или полностью не отвечает предъявляемым требованиям. </w:t>
            </w:r>
            <w:r w:rsidRPr="00CD4E3C">
              <w:rPr>
                <w:color w:val="000000"/>
                <w:szCs w:val="24"/>
              </w:rPr>
              <w:t>В этом случае отчет отправляется на доработку.</w:t>
            </w:r>
          </w:p>
        </w:tc>
      </w:tr>
    </w:tbl>
    <w:p w:rsidR="007B68C2" w:rsidRDefault="007B68C2" w:rsidP="007B68C2">
      <w:pPr>
        <w:rPr>
          <w:b/>
        </w:rPr>
      </w:pPr>
    </w:p>
    <w:p w:rsidR="007B68C2" w:rsidRPr="00832D6B" w:rsidRDefault="007B68C2" w:rsidP="008921D6">
      <w:pPr>
        <w:tabs>
          <w:tab w:val="left" w:pos="2295"/>
        </w:tabs>
        <w:spacing w:line="240" w:lineRule="auto"/>
        <w:jc w:val="center"/>
        <w:rPr>
          <w:b/>
          <w:szCs w:val="24"/>
          <w:vertAlign w:val="superscript"/>
        </w:rPr>
      </w:pPr>
      <w:r w:rsidRPr="00832D6B">
        <w:rPr>
          <w:b/>
          <w:szCs w:val="24"/>
        </w:rPr>
        <w:t xml:space="preserve">Фонд тестовых заданий </w:t>
      </w:r>
      <w:r w:rsidRPr="00832D6B">
        <w:rPr>
          <w:b/>
          <w:szCs w:val="24"/>
        </w:rPr>
        <w:tab/>
        <w:t>по дисциплине</w:t>
      </w:r>
      <w:r w:rsidRPr="00832D6B">
        <w:rPr>
          <w:b/>
          <w:i/>
          <w:szCs w:val="24"/>
        </w:rPr>
        <w:t xml:space="preserve"> </w:t>
      </w:r>
      <w:r w:rsidRPr="00832D6B">
        <w:rPr>
          <w:b/>
          <w:szCs w:val="24"/>
          <w:vertAlign w:val="superscript"/>
        </w:rPr>
        <w:t xml:space="preserve"> </w:t>
      </w:r>
    </w:p>
    <w:p w:rsidR="007B68C2" w:rsidRPr="00A454AB" w:rsidRDefault="007B68C2" w:rsidP="008921D6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454AB">
        <w:rPr>
          <w:rFonts w:ascii="Times New Roman" w:hAnsi="Times New Roman" w:cs="Times New Roman"/>
          <w:color w:val="auto"/>
          <w:sz w:val="24"/>
          <w:szCs w:val="24"/>
        </w:rPr>
        <w:t>Тематическая структура теста</w:t>
      </w:r>
    </w:p>
    <w:tbl>
      <w:tblPr>
        <w:tblW w:w="97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2693"/>
        <w:gridCol w:w="1134"/>
        <w:gridCol w:w="5080"/>
      </w:tblGrid>
      <w:tr w:rsidR="007B68C2" w:rsidRPr="00E31E2B" w:rsidTr="008921D6">
        <w:tc>
          <w:tcPr>
            <w:tcW w:w="813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N</w:t>
            </w:r>
          </w:p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Раздела</w:t>
            </w:r>
          </w:p>
        </w:tc>
        <w:tc>
          <w:tcPr>
            <w:tcW w:w="2693" w:type="dxa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Наименование раздела</w:t>
            </w:r>
          </w:p>
          <w:p w:rsidR="007B68C2" w:rsidRPr="00E31E2B" w:rsidRDefault="007B68C2" w:rsidP="008921D6">
            <w:pPr>
              <w:spacing w:line="240" w:lineRule="auto"/>
              <w:jc w:val="center"/>
              <w:rPr>
                <w:i/>
                <w:szCs w:val="24"/>
              </w:rPr>
            </w:pPr>
            <w:r w:rsidRPr="00E31E2B">
              <w:rPr>
                <w:bCs/>
                <w:i/>
                <w:szCs w:val="24"/>
              </w:rPr>
              <w:t>(согласно РПД)</w:t>
            </w:r>
          </w:p>
        </w:tc>
        <w:tc>
          <w:tcPr>
            <w:tcW w:w="1134" w:type="dxa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r w:rsidRPr="00E31E2B">
              <w:rPr>
                <w:b/>
                <w:bCs/>
                <w:szCs w:val="24"/>
              </w:rPr>
              <w:t>N</w:t>
            </w:r>
          </w:p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Задания</w:t>
            </w:r>
          </w:p>
        </w:tc>
        <w:tc>
          <w:tcPr>
            <w:tcW w:w="5080" w:type="dxa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b/>
                <w:bCs/>
                <w:szCs w:val="24"/>
              </w:rPr>
              <w:t>Тема задания</w:t>
            </w:r>
          </w:p>
        </w:tc>
      </w:tr>
      <w:tr w:rsidR="007B68C2" w:rsidRPr="008921D6" w:rsidTr="008921D6">
        <w:tc>
          <w:tcPr>
            <w:tcW w:w="813" w:type="dxa"/>
            <w:vMerge w:val="restart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Химия – наука о веществах</w:t>
            </w: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1-11</w:t>
            </w:r>
          </w:p>
        </w:tc>
        <w:tc>
          <w:tcPr>
            <w:tcW w:w="5080" w:type="dxa"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Строение атома. Периодический закон и периодическая система.</w:t>
            </w:r>
          </w:p>
        </w:tc>
      </w:tr>
      <w:tr w:rsidR="007B68C2" w:rsidRPr="00E31E2B" w:rsidTr="008921D6">
        <w:tc>
          <w:tcPr>
            <w:tcW w:w="813" w:type="dxa"/>
            <w:vMerge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2693" w:type="dxa"/>
            <w:vMerge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12 - 23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Основные классы неорганических соединений</w:t>
            </w:r>
          </w:p>
        </w:tc>
      </w:tr>
      <w:tr w:rsidR="007B68C2" w:rsidRPr="008921D6" w:rsidTr="008921D6">
        <w:tc>
          <w:tcPr>
            <w:tcW w:w="81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 xml:space="preserve">24 - 29 </w:t>
            </w:r>
          </w:p>
        </w:tc>
        <w:tc>
          <w:tcPr>
            <w:tcW w:w="5080" w:type="dxa"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Химическая связь и строение молекул.</w:t>
            </w:r>
          </w:p>
        </w:tc>
      </w:tr>
      <w:tr w:rsidR="007B68C2" w:rsidRPr="00E31E2B" w:rsidTr="008921D6">
        <w:tc>
          <w:tcPr>
            <w:tcW w:w="813" w:type="dxa"/>
            <w:vMerge w:val="restart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2</w:t>
            </w:r>
          </w:p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Энергетика химических процессов</w:t>
            </w: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30 - 32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Химические системы.</w:t>
            </w:r>
          </w:p>
        </w:tc>
      </w:tr>
      <w:tr w:rsidR="007B68C2" w:rsidRPr="00E31E2B" w:rsidTr="008921D6">
        <w:tc>
          <w:tcPr>
            <w:tcW w:w="813" w:type="dxa"/>
            <w:vMerge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33 - 43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Энергетические эффекты химических реакций.</w:t>
            </w:r>
          </w:p>
        </w:tc>
      </w:tr>
      <w:tr w:rsidR="007B68C2" w:rsidRPr="00E31E2B" w:rsidTr="008921D6">
        <w:tc>
          <w:tcPr>
            <w:tcW w:w="813" w:type="dxa"/>
            <w:vMerge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44 - 48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Направление протекания химических реакций.</w:t>
            </w:r>
          </w:p>
        </w:tc>
      </w:tr>
      <w:tr w:rsidR="007B68C2" w:rsidRPr="008921D6" w:rsidTr="008921D6">
        <w:tc>
          <w:tcPr>
            <w:tcW w:w="813" w:type="dxa"/>
            <w:vMerge w:val="restart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3</w:t>
            </w:r>
          </w:p>
        </w:tc>
        <w:tc>
          <w:tcPr>
            <w:tcW w:w="2693" w:type="dxa"/>
            <w:vMerge w:val="restart"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Кинетика и катализ химических процессов</w:t>
            </w: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49 - 54</w:t>
            </w:r>
          </w:p>
        </w:tc>
        <w:tc>
          <w:tcPr>
            <w:tcW w:w="5080" w:type="dxa"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Скорость химической реакции. Факторы, влияющие на скорость реакции.</w:t>
            </w:r>
          </w:p>
        </w:tc>
      </w:tr>
      <w:tr w:rsidR="007B68C2" w:rsidRPr="00E31E2B" w:rsidTr="008921D6">
        <w:tc>
          <w:tcPr>
            <w:tcW w:w="813" w:type="dxa"/>
            <w:vMerge/>
            <w:vAlign w:val="center"/>
          </w:tcPr>
          <w:p w:rsidR="007B68C2" w:rsidRPr="00B036F5" w:rsidRDefault="007B68C2" w:rsidP="008921D6">
            <w:pPr>
              <w:spacing w:line="240" w:lineRule="auto"/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2693" w:type="dxa"/>
            <w:vMerge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55 - 58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 xml:space="preserve">Химическое равновесие. </w:t>
            </w:r>
          </w:p>
        </w:tc>
      </w:tr>
      <w:tr w:rsidR="007B68C2" w:rsidRPr="00E31E2B" w:rsidTr="008921D6">
        <w:tc>
          <w:tcPr>
            <w:tcW w:w="813" w:type="dxa"/>
            <w:vMerge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58 - 63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Принцип Ле Шателье.</w:t>
            </w:r>
          </w:p>
        </w:tc>
      </w:tr>
      <w:tr w:rsidR="007B68C2" w:rsidRPr="00E31E2B" w:rsidTr="008921D6">
        <w:tc>
          <w:tcPr>
            <w:tcW w:w="813" w:type="dxa"/>
            <w:vMerge w:val="restart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4</w:t>
            </w:r>
          </w:p>
        </w:tc>
        <w:tc>
          <w:tcPr>
            <w:tcW w:w="2693" w:type="dxa"/>
            <w:vMerge w:val="restart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Растворы. Дисперсные системы</w:t>
            </w: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64 - 73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Способы выражения концентраций растворов</w:t>
            </w:r>
          </w:p>
        </w:tc>
      </w:tr>
      <w:tr w:rsidR="007B68C2" w:rsidRPr="00E31E2B" w:rsidTr="008921D6">
        <w:tc>
          <w:tcPr>
            <w:tcW w:w="813" w:type="dxa"/>
            <w:vMerge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74 - 83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Физические свойства растворов</w:t>
            </w:r>
          </w:p>
        </w:tc>
      </w:tr>
      <w:tr w:rsidR="007B68C2" w:rsidRPr="00E31E2B" w:rsidTr="008921D6">
        <w:tc>
          <w:tcPr>
            <w:tcW w:w="813" w:type="dxa"/>
            <w:vMerge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84 - 96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Свойства растворов электролитов</w:t>
            </w:r>
          </w:p>
        </w:tc>
      </w:tr>
      <w:tr w:rsidR="007B68C2" w:rsidRPr="00E31E2B" w:rsidTr="008921D6">
        <w:tc>
          <w:tcPr>
            <w:tcW w:w="81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97 - 102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Дисперсные системы</w:t>
            </w:r>
          </w:p>
        </w:tc>
      </w:tr>
      <w:tr w:rsidR="007B68C2" w:rsidRPr="00E31E2B" w:rsidTr="008921D6">
        <w:tc>
          <w:tcPr>
            <w:tcW w:w="813" w:type="dxa"/>
            <w:vMerge w:val="restart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ОВР и электро-химические процессы</w:t>
            </w: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103 -111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Степень окисления. ОВР.</w:t>
            </w:r>
          </w:p>
        </w:tc>
      </w:tr>
      <w:tr w:rsidR="007B68C2" w:rsidRPr="00E31E2B" w:rsidTr="008921D6">
        <w:tc>
          <w:tcPr>
            <w:tcW w:w="81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112 - 117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ОВ потенциалы. Уравнение Нернста</w:t>
            </w:r>
          </w:p>
        </w:tc>
      </w:tr>
      <w:tr w:rsidR="007B68C2" w:rsidRPr="00E31E2B" w:rsidTr="008921D6">
        <w:tc>
          <w:tcPr>
            <w:tcW w:w="81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2693" w:type="dxa"/>
            <w:vMerge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118 - 134</w:t>
            </w:r>
          </w:p>
        </w:tc>
        <w:tc>
          <w:tcPr>
            <w:tcW w:w="5080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Электролиз. Законы электролиза</w:t>
            </w:r>
          </w:p>
        </w:tc>
      </w:tr>
      <w:tr w:rsidR="007B68C2" w:rsidRPr="008921D6" w:rsidTr="008921D6">
        <w:tc>
          <w:tcPr>
            <w:tcW w:w="813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6</w:t>
            </w:r>
          </w:p>
        </w:tc>
        <w:tc>
          <w:tcPr>
            <w:tcW w:w="2693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Химия металлов</w:t>
            </w:r>
          </w:p>
        </w:tc>
        <w:tc>
          <w:tcPr>
            <w:tcW w:w="1134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135 - 140</w:t>
            </w:r>
          </w:p>
        </w:tc>
        <w:tc>
          <w:tcPr>
            <w:tcW w:w="5080" w:type="dxa"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Строение и химические свойства металлов</w:t>
            </w:r>
          </w:p>
        </w:tc>
      </w:tr>
    </w:tbl>
    <w:p w:rsidR="007B68C2" w:rsidRPr="00B036F5" w:rsidRDefault="007B68C2" w:rsidP="007B68C2">
      <w:pPr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ind w:firstLine="175"/>
        <w:jc w:val="center"/>
        <w:rPr>
          <w:b/>
          <w:lang w:val="ru-RU"/>
        </w:rPr>
      </w:pPr>
      <w:r w:rsidRPr="00B036F5">
        <w:rPr>
          <w:b/>
          <w:lang w:val="ru-RU"/>
        </w:rPr>
        <w:t>Тестовые задания</w:t>
      </w:r>
    </w:p>
    <w:p w:rsidR="007B68C2" w:rsidRPr="00B036F5" w:rsidRDefault="007B68C2" w:rsidP="008921D6">
      <w:pPr>
        <w:spacing w:line="240" w:lineRule="auto"/>
        <w:ind w:firstLine="175"/>
        <w:rPr>
          <w:b/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 1.</w:t>
      </w:r>
      <w:r w:rsidRPr="00B036F5">
        <w:rPr>
          <w:szCs w:val="24"/>
          <w:lang w:val="ru-RU"/>
        </w:rPr>
        <w:t xml:space="preserve"> </w:t>
      </w:r>
      <w:r w:rsidRPr="00B036F5">
        <w:rPr>
          <w:lang w:val="ru-RU"/>
        </w:rPr>
        <w:t xml:space="preserve">Число, каких элементарных частиц является определяющим для понятия «химический элемент»:     </w:t>
      </w:r>
    </w:p>
    <w:p w:rsidR="007B68C2" w:rsidRPr="00B036F5" w:rsidRDefault="007B68C2" w:rsidP="008921D6">
      <w:pPr>
        <w:spacing w:line="240" w:lineRule="auto"/>
        <w:rPr>
          <w:i/>
          <w:lang w:val="ru-RU"/>
        </w:rPr>
      </w:pPr>
      <w:r w:rsidRPr="00B036F5">
        <w:rPr>
          <w:i/>
          <w:lang w:val="ru-RU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1)протоны;  2)нейтроны;  3)электроны.</w:t>
      </w:r>
    </w:p>
    <w:p w:rsidR="007B68C2" w:rsidRPr="00B036F5" w:rsidRDefault="007B68C2" w:rsidP="008921D6">
      <w:pPr>
        <w:tabs>
          <w:tab w:val="left" w:pos="540"/>
        </w:tabs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Задание 2. </w:t>
      </w:r>
      <w:r w:rsidRPr="00B036F5">
        <w:rPr>
          <w:lang w:val="ru-RU"/>
        </w:rPr>
        <w:t xml:space="preserve">Восемь электронов на внешней электронной оболочке имеет:  </w:t>
      </w:r>
    </w:p>
    <w:p w:rsidR="007B68C2" w:rsidRPr="00B036F5" w:rsidRDefault="007B68C2" w:rsidP="008921D6">
      <w:pPr>
        <w:tabs>
          <w:tab w:val="left" w:pos="540"/>
        </w:tabs>
        <w:spacing w:line="240" w:lineRule="auto"/>
        <w:rPr>
          <w:i/>
          <w:lang w:val="ru-RU"/>
        </w:rPr>
      </w:pPr>
      <w:r w:rsidRPr="00B036F5">
        <w:rPr>
          <w:i/>
          <w:lang w:val="ru-RU"/>
        </w:rPr>
        <w:t xml:space="preserve">варианты ответов: </w:t>
      </w:r>
    </w:p>
    <w:p w:rsidR="007B68C2" w:rsidRPr="00B036F5" w:rsidRDefault="007B68C2" w:rsidP="008921D6">
      <w:pPr>
        <w:tabs>
          <w:tab w:val="left" w:pos="540"/>
        </w:tabs>
        <w:spacing w:line="240" w:lineRule="auto"/>
        <w:rPr>
          <w:lang w:val="ru-RU"/>
        </w:rPr>
      </w:pPr>
      <w:r w:rsidRPr="00B036F5">
        <w:rPr>
          <w:lang w:val="ru-RU"/>
        </w:rPr>
        <w:t>1)</w:t>
      </w:r>
      <w:r w:rsidRPr="009778F3">
        <w:t>Si</w:t>
      </w:r>
      <w:r w:rsidRPr="00B036F5">
        <w:rPr>
          <w:lang w:val="ru-RU"/>
        </w:rPr>
        <w:t>;       2)</w:t>
      </w:r>
      <w:r w:rsidRPr="009778F3">
        <w:t>O</w:t>
      </w:r>
      <w:r w:rsidRPr="00B036F5">
        <w:rPr>
          <w:vertAlign w:val="superscript"/>
          <w:lang w:val="ru-RU"/>
        </w:rPr>
        <w:t>2-</w:t>
      </w:r>
      <w:r w:rsidRPr="00B036F5">
        <w:rPr>
          <w:lang w:val="ru-RU"/>
        </w:rPr>
        <w:t>;       3)</w:t>
      </w:r>
      <w:r w:rsidRPr="009778F3">
        <w:t>N</w:t>
      </w:r>
      <w:r w:rsidRPr="00B036F5">
        <w:rPr>
          <w:lang w:val="ru-RU"/>
        </w:rPr>
        <w:t>е</w:t>
      </w:r>
      <w:r w:rsidRPr="00B036F5">
        <w:rPr>
          <w:vertAlign w:val="superscript"/>
          <w:lang w:val="ru-RU"/>
        </w:rPr>
        <w:t>+</w:t>
      </w:r>
      <w:r w:rsidRPr="00B036F5">
        <w:rPr>
          <w:lang w:val="ru-RU"/>
        </w:rPr>
        <w:t>.</w:t>
      </w:r>
    </w:p>
    <w:p w:rsidR="007B68C2" w:rsidRPr="00B036F5" w:rsidRDefault="007B68C2" w:rsidP="008921D6">
      <w:pPr>
        <w:tabs>
          <w:tab w:val="left" w:pos="540"/>
        </w:tabs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Задание 3. </w:t>
      </w:r>
      <w:r w:rsidRPr="00B036F5">
        <w:rPr>
          <w:lang w:val="ru-RU"/>
        </w:rPr>
        <w:t>Число, каких элементарных частиц является  определяющим для понятия «изотоп»: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lastRenderedPageBreak/>
        <w:t xml:space="preserve">варианты ответов: </w:t>
      </w:r>
    </w:p>
    <w:p w:rsidR="007B68C2" w:rsidRPr="00B036F5" w:rsidRDefault="007B68C2" w:rsidP="008921D6">
      <w:pPr>
        <w:tabs>
          <w:tab w:val="left" w:pos="540"/>
        </w:tabs>
        <w:spacing w:line="240" w:lineRule="auto"/>
        <w:rPr>
          <w:lang w:val="ru-RU"/>
        </w:rPr>
      </w:pPr>
      <w:r w:rsidRPr="00B036F5">
        <w:rPr>
          <w:lang w:val="ru-RU"/>
        </w:rPr>
        <w:t>1)протоны;            2)нейтроны;              3)электроны.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4.</w:t>
      </w:r>
      <w:r w:rsidRPr="00B036F5">
        <w:rPr>
          <w:lang w:val="ru-RU"/>
        </w:rPr>
        <w:t xml:space="preserve"> Атомы элементов, имеющие одинаковое число электронных уровней, расположены: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1)в одной группе периодической системы;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2)в одном периоде периодической системы;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3)в одной подгруппе периодической системы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</w:p>
    <w:p w:rsidR="007B68C2" w:rsidRPr="00B036F5" w:rsidRDefault="007B68C2" w:rsidP="008921D6">
      <w:pPr>
        <w:tabs>
          <w:tab w:val="left" w:pos="540"/>
        </w:tabs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</w:t>
      </w:r>
      <w:r w:rsidRPr="00B036F5">
        <w:rPr>
          <w:lang w:val="ru-RU"/>
        </w:rPr>
        <w:t xml:space="preserve"> 5.Число, каких элементарных частиц является определяющим для понятия «ион»: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1)протоны;   2)нейтроны;   3)электроны.</w:t>
      </w:r>
    </w:p>
    <w:p w:rsidR="007B68C2" w:rsidRPr="00FA34E7" w:rsidRDefault="007B68C2" w:rsidP="008921D6">
      <w:pPr>
        <w:pStyle w:val="38"/>
        <w:ind w:left="0"/>
        <w:rPr>
          <w:sz w:val="24"/>
          <w:szCs w:val="24"/>
        </w:rPr>
      </w:pPr>
      <w:r w:rsidRPr="00CC527C">
        <w:rPr>
          <w:b/>
          <w:sz w:val="22"/>
          <w:szCs w:val="22"/>
        </w:rPr>
        <w:t xml:space="preserve">Задание </w:t>
      </w:r>
      <w:r>
        <w:rPr>
          <w:b/>
          <w:sz w:val="22"/>
          <w:szCs w:val="22"/>
        </w:rPr>
        <w:t>6</w:t>
      </w:r>
      <w:r w:rsidRPr="00CC527C">
        <w:rPr>
          <w:b/>
          <w:sz w:val="22"/>
          <w:szCs w:val="22"/>
        </w:rPr>
        <w:t>.</w:t>
      </w:r>
      <w:r>
        <w:rPr>
          <w:b/>
          <w:szCs w:val="24"/>
        </w:rPr>
        <w:t xml:space="preserve"> </w:t>
      </w:r>
      <w:r w:rsidRPr="00FA34E7">
        <w:rPr>
          <w:sz w:val="24"/>
          <w:szCs w:val="24"/>
        </w:rPr>
        <w:t>Атомы элементов, имеющие одинаковое число валентных электронов,  расположены: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1)в одной группе периодической системы;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2)в одном периоде периодической системы;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lang w:val="ru-RU"/>
        </w:rPr>
        <w:t>3)в одной подгруппе периодической системы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7.</w:t>
      </w:r>
    </w:p>
    <w:p w:rsidR="007B68C2" w:rsidRPr="00B77B36" w:rsidRDefault="007B68C2" w:rsidP="008921D6">
      <w:pPr>
        <w:tabs>
          <w:tab w:val="left" w:pos="540"/>
        </w:tabs>
        <w:spacing w:line="240" w:lineRule="auto"/>
        <w:ind w:left="540" w:hanging="540"/>
      </w:pPr>
      <w:r w:rsidRPr="00B036F5">
        <w:rPr>
          <w:lang w:val="ru-RU"/>
        </w:rPr>
        <w:t xml:space="preserve">Атом, какого элемента имеет электронную конфигурацию   </w:t>
      </w:r>
      <w:r w:rsidRPr="00B77B36">
        <w:t>1</w:t>
      </w:r>
      <w:r w:rsidRPr="00E87D27">
        <w:t>s</w:t>
      </w:r>
      <w:r w:rsidRPr="00B77B36">
        <w:rPr>
          <w:vertAlign w:val="superscript"/>
        </w:rPr>
        <w:t>2</w:t>
      </w:r>
      <w:r w:rsidRPr="00B77B36">
        <w:t>2</w:t>
      </w:r>
      <w:r w:rsidRPr="00E87D27">
        <w:t>s</w:t>
      </w:r>
      <w:r w:rsidRPr="00B77B36">
        <w:rPr>
          <w:vertAlign w:val="superscript"/>
        </w:rPr>
        <w:t>2</w:t>
      </w:r>
      <w:r w:rsidRPr="00B77B36">
        <w:t>2</w:t>
      </w:r>
      <w:r w:rsidRPr="00E87D27">
        <w:t>p</w:t>
      </w:r>
      <w:r w:rsidRPr="00B77B36">
        <w:rPr>
          <w:vertAlign w:val="superscript"/>
        </w:rPr>
        <w:t>6</w:t>
      </w:r>
      <w:r w:rsidRPr="00B77B36">
        <w:t>3</w:t>
      </w:r>
      <w:r w:rsidRPr="00E87D27">
        <w:t>s</w:t>
      </w:r>
      <w:r w:rsidRPr="00B77B36">
        <w:rPr>
          <w:vertAlign w:val="superscript"/>
        </w:rPr>
        <w:t>2</w:t>
      </w:r>
      <w:r w:rsidRPr="00B77B36">
        <w:t>3</w:t>
      </w:r>
      <w:r w:rsidRPr="00E87D27">
        <w:t>p</w:t>
      </w:r>
      <w:r w:rsidRPr="00B77B36">
        <w:rPr>
          <w:vertAlign w:val="superscript"/>
        </w:rPr>
        <w:t>6</w:t>
      </w:r>
      <w:r w:rsidRPr="00B77B36">
        <w:t>4</w:t>
      </w:r>
      <w:r w:rsidRPr="00E87D27">
        <w:t>s</w:t>
      </w:r>
      <w:r w:rsidRPr="00B77B36">
        <w:rPr>
          <w:vertAlign w:val="superscript"/>
        </w:rPr>
        <w:t>1</w:t>
      </w:r>
      <w:r w:rsidRPr="00B77B36">
        <w:t>:</w:t>
      </w:r>
    </w:p>
    <w:p w:rsidR="007B68C2" w:rsidRPr="00B77B36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</w:t>
      </w:r>
      <w:r w:rsidRPr="00B77B36">
        <w:rPr>
          <w:i/>
          <w:szCs w:val="24"/>
        </w:rPr>
        <w:t xml:space="preserve"> </w:t>
      </w:r>
      <w:r w:rsidRPr="00E06BBA">
        <w:rPr>
          <w:i/>
          <w:szCs w:val="24"/>
        </w:rPr>
        <w:t>ответов</w:t>
      </w:r>
      <w:r w:rsidRPr="00B77B36">
        <w:rPr>
          <w:i/>
          <w:szCs w:val="24"/>
        </w:rPr>
        <w:t>:</w:t>
      </w:r>
    </w:p>
    <w:p w:rsidR="007B68C2" w:rsidRPr="00B77B36" w:rsidRDefault="007B68C2" w:rsidP="008921D6">
      <w:pPr>
        <w:spacing w:line="240" w:lineRule="auto"/>
        <w:rPr>
          <w:i/>
          <w:szCs w:val="24"/>
        </w:rPr>
      </w:pPr>
      <w:r w:rsidRPr="00B77B36">
        <w:t>1)</w:t>
      </w:r>
      <w:r w:rsidRPr="00E87D27">
        <w:t>Na</w:t>
      </w:r>
      <w:r w:rsidRPr="00B77B36">
        <w:t>;       2)</w:t>
      </w:r>
      <w:r w:rsidRPr="00E87D27">
        <w:t>K</w:t>
      </w:r>
      <w:r w:rsidRPr="00B77B36">
        <w:t>;    3)</w:t>
      </w:r>
      <w:r w:rsidRPr="00E87D27">
        <w:t>Ca</w:t>
      </w:r>
      <w:r w:rsidRPr="00B77B36">
        <w:t>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8.</w:t>
      </w:r>
    </w:p>
    <w:p w:rsidR="007B68C2" w:rsidRDefault="007B68C2" w:rsidP="008921D6">
      <w:pPr>
        <w:pStyle w:val="38"/>
        <w:ind w:left="360" w:hanging="315"/>
        <w:rPr>
          <w:sz w:val="24"/>
        </w:rPr>
      </w:pPr>
      <w:r w:rsidRPr="00EC35AD">
        <w:rPr>
          <w:sz w:val="24"/>
        </w:rPr>
        <w:t>Атомы элементов, имеющие сходное электронное строение последнего уровня, расположены:</w:t>
      </w:r>
    </w:p>
    <w:p w:rsidR="007B68C2" w:rsidRPr="00E06BBA" w:rsidRDefault="007B68C2" w:rsidP="008921D6">
      <w:pPr>
        <w:spacing w:line="240" w:lineRule="auto"/>
        <w:ind w:firstLine="45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B036F5" w:rsidRDefault="007B68C2" w:rsidP="008921D6">
      <w:pPr>
        <w:numPr>
          <w:ilvl w:val="0"/>
          <w:numId w:val="24"/>
        </w:numPr>
        <w:spacing w:line="240" w:lineRule="auto"/>
        <w:rPr>
          <w:lang w:val="ru-RU"/>
        </w:rPr>
      </w:pPr>
      <w:r w:rsidRPr="00B036F5">
        <w:rPr>
          <w:lang w:val="ru-RU"/>
        </w:rPr>
        <w:t>в одной группе периодической системы;</w:t>
      </w:r>
    </w:p>
    <w:p w:rsidR="007B68C2" w:rsidRPr="00B036F5" w:rsidRDefault="007B68C2" w:rsidP="008921D6">
      <w:pPr>
        <w:numPr>
          <w:ilvl w:val="0"/>
          <w:numId w:val="24"/>
        </w:numPr>
        <w:spacing w:line="240" w:lineRule="auto"/>
        <w:rPr>
          <w:lang w:val="ru-RU"/>
        </w:rPr>
      </w:pPr>
      <w:r w:rsidRPr="00B036F5">
        <w:rPr>
          <w:lang w:val="ru-RU"/>
        </w:rPr>
        <w:t>в одном периоде периодической системы;</w:t>
      </w:r>
    </w:p>
    <w:p w:rsidR="007B68C2" w:rsidRPr="00B036F5" w:rsidRDefault="007B68C2" w:rsidP="008921D6">
      <w:pPr>
        <w:numPr>
          <w:ilvl w:val="0"/>
          <w:numId w:val="24"/>
        </w:numPr>
        <w:spacing w:line="240" w:lineRule="auto"/>
        <w:rPr>
          <w:b/>
          <w:bCs/>
          <w:i/>
          <w:iCs/>
          <w:lang w:val="ru-RU"/>
        </w:rPr>
      </w:pPr>
      <w:r w:rsidRPr="00B036F5">
        <w:rPr>
          <w:lang w:val="ru-RU"/>
        </w:rPr>
        <w:t>в одной подгруппе периодической системы.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9.</w:t>
      </w:r>
    </w:p>
    <w:p w:rsidR="007B68C2" w:rsidRDefault="007B68C2" w:rsidP="008921D6">
      <w:pPr>
        <w:pStyle w:val="affb"/>
        <w:spacing w:after="0" w:line="240" w:lineRule="auto"/>
        <w:ind w:left="284" w:hanging="284"/>
        <w:rPr>
          <w:bCs/>
        </w:rPr>
      </w:pPr>
      <w:r>
        <w:rPr>
          <w:bCs/>
        </w:rPr>
        <w:t>Неме</w:t>
      </w:r>
      <w:r w:rsidRPr="009711D0">
        <w:rPr>
          <w:bCs/>
        </w:rPr>
        <w:t xml:space="preserve">таллический характер свойств элементов в ряду  </w:t>
      </w:r>
      <w:r w:rsidRPr="009711D0">
        <w:rPr>
          <w:bCs/>
          <w:lang w:val="en-US"/>
        </w:rPr>
        <w:t>N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P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As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Sb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Bi</w:t>
      </w:r>
      <w:r w:rsidRPr="009711D0">
        <w:rPr>
          <w:bCs/>
        </w:rPr>
        <w:t>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lang w:val="ru-RU"/>
        </w:rPr>
        <w:t>1) уменьшается; 2) возрастает;  3) не изменяется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10.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Ион, имеющий в своем составе 18 электронов и 16 протонов, имеет заряд, равный: 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–18;     2) –2;      3)+2.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11.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Атомы элементов </w:t>
      </w:r>
      <w:r w:rsidRPr="00B212B2">
        <w:t>I</w:t>
      </w:r>
      <w:r w:rsidRPr="00B036F5">
        <w:rPr>
          <w:lang w:val="ru-RU"/>
        </w:rPr>
        <w:t>А группы периодической системы элементов имеют одинаковое число: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электронов;    2) валентных электронов;      3)нейтронов.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В каком из рядов представлены вещества, с которыми способна взаимодействовать соляная кислота?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lang w:val="ru-RU"/>
        </w:rPr>
        <w:t>1) цинк, гидроксид натрия;       2) медь, сульфат натрия;        3) сера, гидроксид алюминия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При взаимодействии металла с водой выделился газ, а при добавлении фенолфталеина окрасился в малиновый цвет. Этим металлом может быть:    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lang w:val="ru-RU"/>
        </w:rPr>
        <w:lastRenderedPageBreak/>
        <w:t xml:space="preserve">1)кальций;         2)медь; </w:t>
      </w:r>
      <w:r w:rsidRPr="00B036F5">
        <w:rPr>
          <w:lang w:val="ru-RU"/>
        </w:rPr>
        <w:tab/>
        <w:t>3)никель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14.</w:t>
      </w:r>
      <w:r w:rsidRPr="00B036F5">
        <w:rPr>
          <w:lang w:val="ru-RU"/>
        </w:rPr>
        <w:t xml:space="preserve"> Раствор гидроксида натрия реагирует с каждым из веществ, указанных в паре: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оксид железа (</w:t>
      </w:r>
      <w:r>
        <w:t>II</w:t>
      </w:r>
      <w:r w:rsidRPr="00B036F5">
        <w:rPr>
          <w:lang w:val="ru-RU"/>
        </w:rPr>
        <w:t>) и соляная кислота;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2) нитрат железа и углекислый газ;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3) серная кислота и оксид азота(</w:t>
      </w:r>
      <w:r>
        <w:t>II</w:t>
      </w:r>
      <w:r w:rsidRPr="00B036F5">
        <w:rPr>
          <w:lang w:val="ru-RU"/>
        </w:rPr>
        <w:t>).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15.</w:t>
      </w:r>
      <w:r w:rsidRPr="00B036F5">
        <w:rPr>
          <w:lang w:val="ru-RU"/>
        </w:rPr>
        <w:t xml:space="preserve"> Кислотным и основным оксидом являются соответственно: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1) </w:t>
      </w:r>
      <w:r w:rsidRPr="009778F3">
        <w:t>SO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 и </w:t>
      </w:r>
      <w:r w:rsidRPr="009778F3">
        <w:t>Fe</w:t>
      </w:r>
      <w:r w:rsidRPr="00B036F5">
        <w:rPr>
          <w:vertAlign w:val="subscript"/>
          <w:lang w:val="ru-RU"/>
        </w:rPr>
        <w:t>2</w:t>
      </w:r>
      <w:r w:rsidRPr="009778F3">
        <w:t>O</w:t>
      </w:r>
      <w:r w:rsidRPr="00B036F5">
        <w:rPr>
          <w:vertAlign w:val="subscript"/>
          <w:lang w:val="ru-RU"/>
        </w:rPr>
        <w:t>3</w:t>
      </w:r>
      <w:r w:rsidRPr="00B036F5">
        <w:rPr>
          <w:vertAlign w:val="subscript"/>
          <w:lang w:val="ru-RU"/>
        </w:rPr>
        <w:tab/>
      </w:r>
      <w:r w:rsidRPr="00B036F5">
        <w:rPr>
          <w:lang w:val="ru-RU"/>
        </w:rPr>
        <w:t xml:space="preserve">2) </w:t>
      </w:r>
      <w:r w:rsidRPr="009778F3">
        <w:t>Al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О</w:t>
      </w:r>
      <w:r w:rsidRPr="00B036F5">
        <w:rPr>
          <w:vertAlign w:val="subscript"/>
          <w:lang w:val="ru-RU"/>
        </w:rPr>
        <w:t xml:space="preserve">3  </w:t>
      </w:r>
      <w:r w:rsidRPr="00B036F5">
        <w:rPr>
          <w:lang w:val="ru-RU"/>
        </w:rPr>
        <w:t xml:space="preserve"> и </w:t>
      </w:r>
      <w:r w:rsidRPr="009778F3">
        <w:t>FeO</w:t>
      </w:r>
      <w:r w:rsidRPr="00B036F5">
        <w:rPr>
          <w:lang w:val="ru-RU"/>
        </w:rPr>
        <w:tab/>
        <w:t xml:space="preserve">3) </w:t>
      </w:r>
      <w:r w:rsidRPr="009778F3">
        <w:t>CO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 и </w:t>
      </w:r>
      <w:r w:rsidRPr="009778F3">
        <w:t>FeO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16.</w:t>
      </w:r>
      <w:r w:rsidRPr="00B036F5">
        <w:rPr>
          <w:lang w:val="ru-RU"/>
        </w:rPr>
        <w:t xml:space="preserve"> Высший гидроксид хрома: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1)проявляет кислотные свойства;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2)проявляет основные свойства;</w:t>
      </w:r>
    </w:p>
    <w:p w:rsidR="007B68C2" w:rsidRPr="00FA34E7" w:rsidRDefault="007B68C2" w:rsidP="008921D6">
      <w:pPr>
        <w:spacing w:line="240" w:lineRule="auto"/>
      </w:pPr>
      <w:r>
        <w:t>3)</w:t>
      </w:r>
      <w:r w:rsidRPr="00FA34E7">
        <w:t>проявляет амфотерные свойства</w:t>
      </w:r>
      <w:r>
        <w:t>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17.</w:t>
      </w:r>
      <w:r w:rsidRPr="00B036F5">
        <w:rPr>
          <w:lang w:val="ru-RU"/>
        </w:rPr>
        <w:t xml:space="preserve"> Для проведения реакций по схеме: </w:t>
      </w:r>
      <w:r w:rsidRPr="00FA34E7">
        <w:t>MgCL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 </w:t>
      </w:r>
      <w:r w:rsidRPr="00FA34E7">
        <w:rPr>
          <w:position w:val="-6"/>
        </w:rPr>
        <w:object w:dxaOrig="300" w:dyaOrig="220">
          <v:shape id="_x0000_i1028" type="#_x0000_t75" style="width:15.75pt;height:12pt" o:ole="">
            <v:imagedata r:id="rId11" o:title=""/>
          </v:shape>
          <o:OLEObject Type="Embed" ProgID="Equation.3" ShapeID="_x0000_i1028" DrawAspect="Content" ObjectID="_1840792638" r:id="rId12"/>
        </w:object>
      </w:r>
      <w:r w:rsidRPr="00B036F5">
        <w:rPr>
          <w:lang w:val="ru-RU"/>
        </w:rPr>
        <w:t xml:space="preserve"> </w:t>
      </w:r>
      <w:r w:rsidRPr="00FA34E7">
        <w:t>MgCO</w:t>
      </w:r>
      <w:r w:rsidRPr="00B036F5">
        <w:rPr>
          <w:vertAlign w:val="subscript"/>
          <w:lang w:val="ru-RU"/>
        </w:rPr>
        <w:t>3</w:t>
      </w:r>
      <w:r w:rsidRPr="00FA34E7">
        <w:rPr>
          <w:position w:val="-6"/>
        </w:rPr>
        <w:object w:dxaOrig="300" w:dyaOrig="220">
          <v:shape id="_x0000_i1029" type="#_x0000_t75" style="width:15.75pt;height:10.5pt" o:ole="">
            <v:imagedata r:id="rId13" o:title=""/>
          </v:shape>
          <o:OLEObject Type="Embed" ProgID="Equation.3" ShapeID="_x0000_i1029" DrawAspect="Content" ObjectID="_1840792639" r:id="rId14"/>
        </w:object>
      </w:r>
      <w:r w:rsidRPr="00B036F5">
        <w:rPr>
          <w:lang w:val="ru-RU"/>
        </w:rPr>
        <w:t xml:space="preserve"> </w:t>
      </w:r>
      <w:r w:rsidRPr="00FA34E7">
        <w:t>CO</w:t>
      </w:r>
      <w:r w:rsidRPr="00B036F5">
        <w:rPr>
          <w:vertAlign w:val="subscript"/>
          <w:lang w:val="ru-RU"/>
        </w:rPr>
        <w:t xml:space="preserve">2  </w:t>
      </w:r>
      <w:r w:rsidRPr="00B036F5">
        <w:rPr>
          <w:lang w:val="ru-RU"/>
        </w:rPr>
        <w:t>набор реактивов и условий соответственно: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lang w:val="ru-RU"/>
        </w:rPr>
        <w:t xml:space="preserve"> </w:t>
      </w: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lang w:val="ru-RU"/>
        </w:rPr>
        <w:t xml:space="preserve">1) </w:t>
      </w:r>
      <w:r w:rsidRPr="00FA34E7">
        <w:t>H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С</w:t>
      </w:r>
      <w:r w:rsidRPr="00FA34E7">
        <w:t>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>;   температура</w:t>
      </w:r>
      <w:r w:rsidRPr="00B036F5">
        <w:rPr>
          <w:lang w:val="ru-RU"/>
        </w:rPr>
        <w:tab/>
      </w:r>
      <w:r w:rsidRPr="00B036F5">
        <w:rPr>
          <w:lang w:val="ru-RU"/>
        </w:rPr>
        <w:tab/>
        <w:t xml:space="preserve">2) </w:t>
      </w:r>
      <w:r w:rsidRPr="00FA34E7">
        <w:t>HC</w:t>
      </w:r>
      <w:r>
        <w:t>l</w:t>
      </w:r>
      <w:r w:rsidRPr="00B036F5">
        <w:rPr>
          <w:lang w:val="ru-RU"/>
        </w:rPr>
        <w:t xml:space="preserve">; температура;   </w:t>
      </w:r>
      <w:r w:rsidRPr="00B036F5">
        <w:rPr>
          <w:lang w:val="ru-RU"/>
        </w:rPr>
        <w:tab/>
        <w:t xml:space="preserve">3) </w:t>
      </w:r>
      <w:r w:rsidRPr="00FA34E7">
        <w:t>Na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С</w:t>
      </w:r>
      <w:r w:rsidRPr="00FA34E7">
        <w:t>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>; температура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18.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Газ образуется при взаимодействии в растворе: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lang w:val="ru-RU"/>
        </w:rPr>
        <w:t xml:space="preserve">1) </w:t>
      </w:r>
      <w:r w:rsidRPr="00E87D27">
        <w:t>NaC</w:t>
      </w:r>
      <w:r>
        <w:t>l</w:t>
      </w:r>
      <w:r w:rsidRPr="00B036F5">
        <w:rPr>
          <w:lang w:val="ru-RU"/>
        </w:rPr>
        <w:t xml:space="preserve"> с </w:t>
      </w:r>
      <w:r w:rsidRPr="00E87D27">
        <w:t>Li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С</w:t>
      </w:r>
      <w:r w:rsidRPr="00E87D27">
        <w:t>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;  2) </w:t>
      </w:r>
      <w:r w:rsidRPr="00E87D27">
        <w:t>Li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С</w:t>
      </w:r>
      <w:r w:rsidRPr="00E87D27">
        <w:t>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 </w:t>
      </w:r>
      <w:r w:rsidRPr="00E87D27">
        <w:t>c</w:t>
      </w:r>
      <w:r w:rsidRPr="00B036F5">
        <w:rPr>
          <w:lang w:val="ru-RU"/>
        </w:rPr>
        <w:t xml:space="preserve"> </w:t>
      </w:r>
      <w:r>
        <w:t>HCl</w:t>
      </w:r>
      <w:r w:rsidRPr="00B036F5">
        <w:rPr>
          <w:lang w:val="ru-RU"/>
        </w:rPr>
        <w:t xml:space="preserve">;   3) </w:t>
      </w:r>
      <w:r>
        <w:t>NaCl</w:t>
      </w:r>
      <w:r w:rsidRPr="00E87D27">
        <w:t>O</w:t>
      </w:r>
      <w:r w:rsidRPr="00B036F5">
        <w:rPr>
          <w:lang w:val="ru-RU"/>
        </w:rPr>
        <w:t xml:space="preserve"> </w:t>
      </w:r>
      <w:r w:rsidRPr="00E87D27">
        <w:t>c</w:t>
      </w:r>
      <w:r w:rsidRPr="00B036F5">
        <w:rPr>
          <w:lang w:val="ru-RU"/>
        </w:rPr>
        <w:t xml:space="preserve"> </w:t>
      </w:r>
      <w:r w:rsidRPr="00E87D27">
        <w:t>K</w:t>
      </w:r>
      <w:r w:rsidRPr="00B036F5">
        <w:rPr>
          <w:vertAlign w:val="subscript"/>
          <w:lang w:val="ru-RU"/>
        </w:rPr>
        <w:t>2</w:t>
      </w:r>
      <w:r w:rsidRPr="00E87D27">
        <w:t>C</w:t>
      </w:r>
      <w:r w:rsidRPr="00B036F5">
        <w:rPr>
          <w:lang w:val="ru-RU"/>
        </w:rPr>
        <w:t>О</w:t>
      </w:r>
      <w:r w:rsidRPr="00B036F5">
        <w:rPr>
          <w:vertAlign w:val="subscript"/>
          <w:lang w:val="ru-RU"/>
        </w:rPr>
        <w:t>3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Гидроксид калия в растворе реагирует по отдельности с веществами:</w:t>
      </w:r>
    </w:p>
    <w:p w:rsidR="007B68C2" w:rsidRPr="00B036F5" w:rsidRDefault="007B68C2" w:rsidP="008921D6">
      <w:pPr>
        <w:spacing w:line="240" w:lineRule="auto"/>
        <w:rPr>
          <w:bCs/>
          <w:iCs/>
          <w:lang w:val="ru-RU"/>
        </w:rPr>
      </w:pPr>
      <w:r w:rsidRPr="00B036F5">
        <w:rPr>
          <w:bCs/>
          <w:iCs/>
          <w:lang w:val="ru-RU"/>
        </w:rPr>
        <w:t>Составьте уравнение реакции: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566A7D" w:rsidRDefault="007B68C2" w:rsidP="008921D6">
      <w:pPr>
        <w:spacing w:line="240" w:lineRule="auto"/>
        <w:rPr>
          <w:b/>
          <w:szCs w:val="24"/>
        </w:rPr>
      </w:pPr>
      <w:r w:rsidRPr="00E87D27">
        <w:t>1) HNO</w:t>
      </w:r>
      <w:r w:rsidRPr="00E87D27">
        <w:rPr>
          <w:vertAlign w:val="subscript"/>
        </w:rPr>
        <w:t>3</w:t>
      </w:r>
      <w:r>
        <w:t>, CuO</w:t>
      </w:r>
      <w:r w:rsidRPr="00E87D27">
        <w:t>;         2) Al, Zn(OH)</w:t>
      </w:r>
      <w:r w:rsidRPr="00E87D27">
        <w:rPr>
          <w:vertAlign w:val="subscript"/>
        </w:rPr>
        <w:t>2</w:t>
      </w:r>
      <w:r w:rsidRPr="00E87D27">
        <w:t>;          3) Zn, SO</w:t>
      </w:r>
      <w:r w:rsidRPr="00E87D27">
        <w:rPr>
          <w:vertAlign w:val="subscript"/>
        </w:rPr>
        <w:t>2</w:t>
      </w:r>
      <w:r w:rsidRPr="00E87D27">
        <w:t xml:space="preserve">                      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20.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Взаимодействием какой пары веществ можно получить сульфид натрия: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     1) раствора гидроксида натрия и оксида серы (</w:t>
      </w:r>
      <w:r w:rsidRPr="00EC35AD">
        <w:t>VI</w:t>
      </w:r>
      <w:r w:rsidRPr="00B036F5">
        <w:rPr>
          <w:lang w:val="ru-RU"/>
        </w:rPr>
        <w:t>)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     2) оксида натрия и оксида серы (</w:t>
      </w:r>
      <w:r w:rsidRPr="00EC35AD">
        <w:t>IV</w:t>
      </w:r>
      <w:r w:rsidRPr="00B036F5">
        <w:rPr>
          <w:lang w:val="ru-RU"/>
        </w:rPr>
        <w:t>)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     3) серной кислоты и хлорида натрия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21.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Кислотными оксидами являются: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E17B7B" w:rsidRDefault="007B68C2" w:rsidP="008921D6">
      <w:pPr>
        <w:spacing w:line="240" w:lineRule="auto"/>
        <w:rPr>
          <w:vertAlign w:val="subscript"/>
        </w:rPr>
      </w:pPr>
      <w:r w:rsidRPr="00E17B7B">
        <w:t xml:space="preserve">1) </w:t>
      </w:r>
      <w:r w:rsidRPr="00EC35AD">
        <w:t>NO</w:t>
      </w:r>
      <w:r w:rsidRPr="00E17B7B">
        <w:rPr>
          <w:vertAlign w:val="subscript"/>
        </w:rPr>
        <w:t>2</w:t>
      </w:r>
      <w:r w:rsidRPr="00E17B7B">
        <w:t xml:space="preserve">, </w:t>
      </w:r>
      <w:r>
        <w:t>C</w:t>
      </w:r>
      <w:r w:rsidRPr="00EC35AD">
        <w:t>O</w:t>
      </w:r>
      <w:r w:rsidRPr="00E17B7B">
        <w:t xml:space="preserve">; </w:t>
      </w:r>
      <w:r w:rsidRPr="00E17B7B">
        <w:rPr>
          <w:vertAlign w:val="subscript"/>
        </w:rPr>
        <w:t xml:space="preserve">              </w:t>
      </w:r>
      <w:r w:rsidRPr="00E17B7B">
        <w:t xml:space="preserve">2) </w:t>
      </w:r>
      <w:r w:rsidRPr="00EC35AD">
        <w:t>CO</w:t>
      </w:r>
      <w:r w:rsidRPr="00E17B7B">
        <w:rPr>
          <w:vertAlign w:val="subscript"/>
        </w:rPr>
        <w:t>2</w:t>
      </w:r>
      <w:r w:rsidRPr="00E17B7B">
        <w:t xml:space="preserve">, </w:t>
      </w:r>
      <w:r w:rsidRPr="00EC35AD">
        <w:t>N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>3</w:t>
      </w:r>
      <w:r w:rsidRPr="00E17B7B">
        <w:t xml:space="preserve">;      </w:t>
      </w:r>
      <w:r w:rsidRPr="00E17B7B">
        <w:rPr>
          <w:vertAlign w:val="subscript"/>
        </w:rPr>
        <w:t xml:space="preserve">        </w:t>
      </w:r>
      <w:r w:rsidRPr="00E17B7B">
        <w:t xml:space="preserve">3) </w:t>
      </w:r>
      <w:r w:rsidRPr="00EC35AD">
        <w:t>CO</w:t>
      </w:r>
      <w:r w:rsidRPr="00E17B7B">
        <w:t xml:space="preserve">, </w:t>
      </w:r>
      <w:r w:rsidRPr="00EC35AD">
        <w:t>P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 xml:space="preserve">5                     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Задание 22. </w:t>
      </w:r>
      <w:r w:rsidRPr="00B036F5">
        <w:rPr>
          <w:lang w:val="ru-RU"/>
        </w:rPr>
        <w:t>Оксид углерода (</w:t>
      </w:r>
      <w:r>
        <w:t>IV</w:t>
      </w:r>
      <w:r w:rsidRPr="00B036F5">
        <w:rPr>
          <w:lang w:val="ru-RU"/>
        </w:rPr>
        <w:t>) реагирует с каждым из веществ:</w:t>
      </w:r>
    </w:p>
    <w:p w:rsidR="007B68C2" w:rsidRPr="001A3BB0" w:rsidRDefault="007B68C2" w:rsidP="008921D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7B68C2" w:rsidRDefault="007B68C2" w:rsidP="008921D6">
      <w:pPr>
        <w:numPr>
          <w:ilvl w:val="0"/>
          <w:numId w:val="16"/>
        </w:numPr>
        <w:spacing w:line="240" w:lineRule="auto"/>
      </w:pPr>
      <w:r>
        <w:t>водой и оксидом кальция;</w:t>
      </w:r>
    </w:p>
    <w:p w:rsidR="007B68C2" w:rsidRDefault="007B68C2" w:rsidP="008921D6">
      <w:pPr>
        <w:numPr>
          <w:ilvl w:val="0"/>
          <w:numId w:val="16"/>
        </w:numPr>
        <w:spacing w:line="240" w:lineRule="auto"/>
      </w:pPr>
      <w:r>
        <w:t>кислородом и оксидом серы;</w:t>
      </w:r>
    </w:p>
    <w:p w:rsidR="007B68C2" w:rsidRPr="00B036F5" w:rsidRDefault="007B68C2" w:rsidP="008921D6">
      <w:pPr>
        <w:numPr>
          <w:ilvl w:val="0"/>
          <w:numId w:val="16"/>
        </w:numPr>
        <w:spacing w:line="240" w:lineRule="auto"/>
        <w:rPr>
          <w:lang w:val="ru-RU"/>
        </w:rPr>
      </w:pPr>
      <w:r w:rsidRPr="00B036F5">
        <w:rPr>
          <w:lang w:val="ru-RU"/>
        </w:rPr>
        <w:t>сульфатом калия и гидроксидом натрия;</w:t>
      </w:r>
    </w:p>
    <w:p w:rsidR="007B68C2" w:rsidRPr="00B036F5" w:rsidRDefault="007B68C2" w:rsidP="008921D6">
      <w:pPr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 xml:space="preserve">Задание 23. </w:t>
      </w:r>
    </w:p>
    <w:p w:rsidR="007B68C2" w:rsidRPr="00B036F5" w:rsidRDefault="007B68C2" w:rsidP="008921D6">
      <w:pPr>
        <w:spacing w:line="240" w:lineRule="auto"/>
        <w:rPr>
          <w:i/>
          <w:sz w:val="20"/>
          <w:u w:val="single"/>
          <w:lang w:val="ru-RU"/>
        </w:rPr>
      </w:pPr>
      <w:r w:rsidRPr="00B036F5">
        <w:rPr>
          <w:lang w:val="ru-RU"/>
        </w:rPr>
        <w:t xml:space="preserve">Различить гидроксиды магния и цинка можно с помощью: 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1A3BB0" w:rsidRDefault="007B68C2" w:rsidP="008921D6">
      <w:pPr>
        <w:pStyle w:val="14"/>
        <w:widowControl/>
        <w:rPr>
          <w:i/>
          <w:snapToGrid/>
          <w:sz w:val="24"/>
        </w:rPr>
      </w:pPr>
      <w:r w:rsidRPr="009778F3">
        <w:t xml:space="preserve">1) </w:t>
      </w:r>
      <w:r w:rsidRPr="009778F3">
        <w:rPr>
          <w:lang w:val="en-US"/>
        </w:rPr>
        <w:t>H</w:t>
      </w:r>
      <w:r w:rsidRPr="009778F3">
        <w:rPr>
          <w:vertAlign w:val="subscript"/>
        </w:rPr>
        <w:t>2</w:t>
      </w:r>
      <w:r w:rsidRPr="009778F3">
        <w:rPr>
          <w:lang w:val="en-US"/>
        </w:rPr>
        <w:t>O</w:t>
      </w:r>
      <w:r w:rsidRPr="009778F3">
        <w:t xml:space="preserve">            2) </w:t>
      </w:r>
      <w:r w:rsidRPr="009778F3">
        <w:rPr>
          <w:lang w:val="en-US"/>
        </w:rPr>
        <w:t>KOH</w:t>
      </w:r>
      <w:r w:rsidRPr="009778F3">
        <w:t xml:space="preserve">           3)</w:t>
      </w:r>
      <w:r w:rsidRPr="009778F3">
        <w:rPr>
          <w:lang w:val="en-US"/>
        </w:rPr>
        <w:t>HC</w:t>
      </w:r>
      <w:r>
        <w:rPr>
          <w:lang w:val="en-US"/>
        </w:rPr>
        <w:t>l</w:t>
      </w:r>
    </w:p>
    <w:p w:rsidR="007B68C2" w:rsidRPr="00B036F5" w:rsidRDefault="007B68C2" w:rsidP="008921D6">
      <w:pPr>
        <w:spacing w:line="240" w:lineRule="auto"/>
        <w:ind w:firstLine="175"/>
        <w:rPr>
          <w:b/>
          <w:lang w:val="ru-RU"/>
        </w:rPr>
      </w:pPr>
      <w:r w:rsidRPr="00B036F5">
        <w:rPr>
          <w:b/>
          <w:lang w:val="ru-RU"/>
        </w:rPr>
        <w:t>Задание 24.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Какой из перечисленных элементов может иметь в соединениях как положительную, так и отрицательную степени окисления?</w:t>
      </w:r>
    </w:p>
    <w:p w:rsidR="007B68C2" w:rsidRPr="001A3BB0" w:rsidRDefault="007B68C2" w:rsidP="008921D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lastRenderedPageBreak/>
        <w:t>1)  Аргон;            2) Фтор;       3)Бром</w:t>
      </w:r>
    </w:p>
    <w:p w:rsidR="007B68C2" w:rsidRPr="00B036F5" w:rsidRDefault="007B68C2" w:rsidP="008921D6">
      <w:pPr>
        <w:spacing w:line="240" w:lineRule="auto"/>
        <w:ind w:firstLine="175"/>
        <w:rPr>
          <w:lang w:val="ru-RU"/>
        </w:rPr>
      </w:pPr>
      <w:r w:rsidRPr="00B036F5">
        <w:rPr>
          <w:b/>
          <w:lang w:val="ru-RU"/>
        </w:rPr>
        <w:t xml:space="preserve">Задание 25. </w:t>
      </w:r>
      <w:r w:rsidRPr="00B036F5">
        <w:rPr>
          <w:lang w:val="ru-RU"/>
        </w:rPr>
        <w:t xml:space="preserve">Какое пространственное строение может иметь молекула, центральный атом, которой находится в </w:t>
      </w:r>
      <w:r>
        <w:t>sp</w:t>
      </w:r>
      <w:r w:rsidRPr="00B036F5">
        <w:rPr>
          <w:vertAlign w:val="superscript"/>
          <w:lang w:val="ru-RU"/>
        </w:rPr>
        <w:t>2</w:t>
      </w:r>
      <w:r w:rsidRPr="00B036F5">
        <w:rPr>
          <w:lang w:val="ru-RU"/>
        </w:rPr>
        <w:t>-гибридном состоянии?</w:t>
      </w:r>
    </w:p>
    <w:p w:rsidR="007B68C2" w:rsidRPr="00B036F5" w:rsidRDefault="007B68C2" w:rsidP="008921D6">
      <w:pPr>
        <w:spacing w:line="240" w:lineRule="auto"/>
        <w:rPr>
          <w:i/>
          <w:lang w:val="ru-RU"/>
        </w:rPr>
      </w:pPr>
      <w:r w:rsidRPr="00B036F5">
        <w:rPr>
          <w:b/>
          <w:lang w:val="ru-RU"/>
        </w:rPr>
        <w:t xml:space="preserve">      </w:t>
      </w:r>
      <w:r w:rsidRPr="00B036F5">
        <w:rPr>
          <w:i/>
          <w:lang w:val="ru-RU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Равносторонний или равнобедренный треугольник;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2) Тэтраэдр или выпуклая треугольная пирамида;</w:t>
      </w:r>
    </w:p>
    <w:p w:rsidR="007B68C2" w:rsidRPr="00111314" w:rsidRDefault="007B68C2" w:rsidP="008921D6">
      <w:pPr>
        <w:spacing w:line="240" w:lineRule="auto"/>
        <w:rPr>
          <w:lang w:val="ru-RU"/>
        </w:rPr>
      </w:pPr>
      <w:r w:rsidRPr="00111314">
        <w:rPr>
          <w:lang w:val="ru-RU"/>
        </w:rPr>
        <w:t>3) Октаэдр или равнобедренный треугольник.</w:t>
      </w:r>
    </w:p>
    <w:p w:rsidR="007B68C2" w:rsidRPr="001A3BB0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Задание 26. </w:t>
      </w:r>
      <w:r w:rsidRPr="00B036F5">
        <w:rPr>
          <w:lang w:val="ru-RU"/>
        </w:rPr>
        <w:t xml:space="preserve">Валентный угол </w:t>
      </w:r>
      <w:r w:rsidRPr="00110C66">
        <w:rPr>
          <w:position w:val="-4"/>
        </w:rPr>
        <w:object w:dxaOrig="540" w:dyaOrig="260">
          <v:shape id="_x0000_i1030" type="#_x0000_t75" style="width:27.75pt;height:12pt" o:ole="">
            <v:imagedata r:id="rId15" o:title=""/>
          </v:shape>
          <o:OLEObject Type="Embed" ProgID="Equation.3" ShapeID="_x0000_i1030" DrawAspect="Content" ObjectID="_1840792640" r:id="rId16"/>
        </w:object>
      </w:r>
      <w:r w:rsidRPr="00B036F5">
        <w:rPr>
          <w:lang w:val="ru-RU"/>
        </w:rPr>
        <w:t xml:space="preserve">в ионе </w:t>
      </w:r>
      <w:r w:rsidRPr="00110C66">
        <w:rPr>
          <w:position w:val="-10"/>
        </w:rPr>
        <w:object w:dxaOrig="499" w:dyaOrig="360">
          <v:shape id="_x0000_i1031" type="#_x0000_t75" style="width:25.5pt;height:18pt" o:ole="">
            <v:imagedata r:id="rId17" o:title=""/>
          </v:shape>
          <o:OLEObject Type="Embed" ProgID="Equation.3" ShapeID="_x0000_i1031" DrawAspect="Content" ObjectID="_1840792641" r:id="rId18"/>
        </w:object>
      </w:r>
      <w:r w:rsidRPr="00B036F5">
        <w:rPr>
          <w:lang w:val="ru-RU"/>
        </w:rPr>
        <w:t xml:space="preserve"> равен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120º;   2)   109º 28´;     3) 90º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27.</w:t>
      </w:r>
      <w:r w:rsidRPr="00B036F5">
        <w:rPr>
          <w:lang w:val="ru-RU"/>
        </w:rPr>
        <w:t xml:space="preserve"> Атом азота в молекуле аммиака имеет …</w:t>
      </w:r>
    </w:p>
    <w:p w:rsidR="007B68C2" w:rsidRPr="0070567B" w:rsidRDefault="007B68C2" w:rsidP="008921D6">
      <w:pPr>
        <w:spacing w:line="240" w:lineRule="auto"/>
        <w:rPr>
          <w:i/>
          <w:szCs w:val="24"/>
          <w:lang w:val="ru-RU"/>
        </w:rPr>
      </w:pPr>
      <w:r w:rsidRPr="0070567B">
        <w:rPr>
          <w:i/>
          <w:szCs w:val="24"/>
          <w:lang w:val="ru-RU"/>
        </w:rPr>
        <w:t>варианты ответов:</w:t>
      </w:r>
    </w:p>
    <w:p w:rsidR="007B68C2" w:rsidRPr="0070567B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1) Три </w:t>
      </w:r>
      <w:r w:rsidRPr="00110C66">
        <w:rPr>
          <w:position w:val="-10"/>
        </w:rPr>
        <w:object w:dxaOrig="400" w:dyaOrig="360">
          <v:shape id="_x0000_i1032" type="#_x0000_t75" style="width:19.5pt;height:18pt" o:ole="">
            <v:imagedata r:id="rId19" o:title=""/>
          </v:shape>
          <o:OLEObject Type="Embed" ProgID="Equation.3" ShapeID="_x0000_i1032" DrawAspect="Content" ObjectID="_1840792642" r:id="rId20"/>
        </w:object>
      </w:r>
      <w:r w:rsidRPr="00B036F5">
        <w:rPr>
          <w:lang w:val="ru-RU"/>
        </w:rPr>
        <w:t xml:space="preserve">– гибридные орбитали и одну негибридную </w:t>
      </w:r>
      <w:r w:rsidRPr="00110C66">
        <w:rPr>
          <w:position w:val="-10"/>
        </w:rPr>
        <w:object w:dxaOrig="360" w:dyaOrig="320">
          <v:shape id="_x0000_i1033" type="#_x0000_t75" style="width:18pt;height:15.75pt" o:ole="">
            <v:imagedata r:id="rId21" o:title=""/>
          </v:shape>
          <o:OLEObject Type="Embed" ProgID="Equation.3" ShapeID="_x0000_i1033" DrawAspect="Content" ObjectID="_1840792643" r:id="rId22"/>
        </w:object>
      </w:r>
      <w:r w:rsidRPr="0070567B">
        <w:rPr>
          <w:lang w:val="ru-RU"/>
        </w:rPr>
        <w:t>- орбиталь;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2) Четыре </w:t>
      </w:r>
      <w:r w:rsidRPr="00110C66">
        <w:rPr>
          <w:position w:val="-10"/>
        </w:rPr>
        <w:object w:dxaOrig="380" w:dyaOrig="360">
          <v:shape id="_x0000_i1034" type="#_x0000_t75" style="width:19.5pt;height:18pt" o:ole="">
            <v:imagedata r:id="rId23" o:title=""/>
          </v:shape>
          <o:OLEObject Type="Embed" ProgID="Equation.3" ShapeID="_x0000_i1034" DrawAspect="Content" ObjectID="_1840792644" r:id="rId24"/>
        </w:object>
      </w:r>
      <w:r w:rsidRPr="00B036F5">
        <w:rPr>
          <w:lang w:val="ru-RU"/>
        </w:rPr>
        <w:t>-гибридные орбитали;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lang w:val="ru-RU"/>
        </w:rPr>
        <w:t xml:space="preserve">3) Три </w:t>
      </w:r>
      <w:r w:rsidRPr="00110C66">
        <w:rPr>
          <w:position w:val="-10"/>
        </w:rPr>
        <w:object w:dxaOrig="380" w:dyaOrig="360">
          <v:shape id="_x0000_i1035" type="#_x0000_t75" style="width:19.5pt;height:18pt" o:ole="">
            <v:imagedata r:id="rId25" o:title=""/>
          </v:shape>
          <o:OLEObject Type="Embed" ProgID="Equation.3" ShapeID="_x0000_i1035" DrawAspect="Content" ObjectID="_1840792645" r:id="rId26"/>
        </w:object>
      </w:r>
      <w:r w:rsidRPr="00B036F5">
        <w:rPr>
          <w:lang w:val="ru-RU"/>
        </w:rPr>
        <w:t xml:space="preserve">-гибридные орбитали и одну негибридную </w:t>
      </w:r>
      <w:r w:rsidRPr="00110C66">
        <w:rPr>
          <w:position w:val="-10"/>
        </w:rPr>
        <w:object w:dxaOrig="360" w:dyaOrig="320">
          <v:shape id="_x0000_i1036" type="#_x0000_t75" style="width:18pt;height:15.75pt" o:ole="">
            <v:imagedata r:id="rId27" o:title=""/>
          </v:shape>
          <o:OLEObject Type="Embed" ProgID="Equation.3" ShapeID="_x0000_i1036" DrawAspect="Content" ObjectID="_1840792646" r:id="rId28"/>
        </w:object>
      </w:r>
      <w:r w:rsidRPr="00B036F5">
        <w:rPr>
          <w:lang w:val="ru-RU"/>
        </w:rPr>
        <w:t>-орбиталь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28.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Атом кислорода в молекуле воды находится в … состоянии.</w:t>
      </w:r>
    </w:p>
    <w:p w:rsidR="007B68C2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EE7C3D" w:rsidRDefault="007B68C2" w:rsidP="008921D6">
      <w:pPr>
        <w:pStyle w:val="ae"/>
        <w:numPr>
          <w:ilvl w:val="0"/>
          <w:numId w:val="19"/>
        </w:numPr>
        <w:spacing w:after="200" w:line="240" w:lineRule="auto"/>
        <w:ind w:left="360"/>
        <w:contextualSpacing w:val="0"/>
        <w:rPr>
          <w:i/>
          <w:szCs w:val="24"/>
        </w:rPr>
      </w:pPr>
      <w:r w:rsidRPr="00EE7C3D">
        <w:object w:dxaOrig="440" w:dyaOrig="360">
          <v:shape id="_x0000_i1037" type="#_x0000_t75" style="width:21.75pt;height:18pt" o:ole="">
            <v:imagedata r:id="rId29" o:title=""/>
          </v:shape>
          <o:OLEObject Type="Embed" ProgID="Equation.3" ShapeID="_x0000_i1037" DrawAspect="Content" ObjectID="_1840792647" r:id="rId30"/>
        </w:object>
      </w:r>
      <w:r>
        <w:t xml:space="preserve">- </w:t>
      </w:r>
      <w:r w:rsidRPr="00EE7C3D">
        <w:t>гибридном</w:t>
      </w:r>
      <w:r>
        <w:t>;    2)</w:t>
      </w:r>
      <w:r w:rsidRPr="00EE7C3D">
        <w:rPr>
          <w:position w:val="-10"/>
        </w:rPr>
        <w:object w:dxaOrig="300" w:dyaOrig="260">
          <v:shape id="_x0000_i1038" type="#_x0000_t75" style="width:15.75pt;height:12pt" o:ole="">
            <v:imagedata r:id="rId31" o:title=""/>
          </v:shape>
          <o:OLEObject Type="Embed" ProgID="Equation.3" ShapeID="_x0000_i1038" DrawAspect="Content" ObjectID="_1840792648" r:id="rId32"/>
        </w:object>
      </w:r>
      <w:r>
        <w:t xml:space="preserve">- </w:t>
      </w:r>
      <w:r w:rsidRPr="00EE7C3D">
        <w:t>гибридном</w:t>
      </w:r>
      <w:r>
        <w:t>;     3)</w:t>
      </w:r>
      <w:r w:rsidRPr="00110C66">
        <w:rPr>
          <w:position w:val="-10"/>
        </w:rPr>
        <w:object w:dxaOrig="400" w:dyaOrig="360">
          <v:shape id="_x0000_i1039" type="#_x0000_t75" style="width:20.25pt;height:18pt" o:ole="">
            <v:imagedata r:id="rId33" o:title=""/>
          </v:shape>
          <o:OLEObject Type="Embed" ProgID="Equation.3" ShapeID="_x0000_i1039" DrawAspect="Content" ObjectID="_1840792649" r:id="rId34"/>
        </w:object>
      </w:r>
      <w:r>
        <w:t xml:space="preserve">- </w:t>
      </w:r>
      <w:r w:rsidRPr="00EE7C3D">
        <w:t>гибридном</w:t>
      </w:r>
    </w:p>
    <w:p w:rsidR="007B68C2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29</w:t>
      </w:r>
      <w:r w:rsidRPr="00E06BBA">
        <w:rPr>
          <w:b/>
          <w:szCs w:val="24"/>
        </w:rPr>
        <w:t>.</w:t>
      </w:r>
    </w:p>
    <w:p w:rsidR="007B68C2" w:rsidRDefault="007B68C2" w:rsidP="008921D6">
      <w:pPr>
        <w:spacing w:line="240" w:lineRule="auto"/>
      </w:pPr>
      <w:r>
        <w:t>Гибридизация орбиталей – это …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B036F5" w:rsidRDefault="007B68C2" w:rsidP="008921D6">
      <w:pPr>
        <w:numPr>
          <w:ilvl w:val="0"/>
          <w:numId w:val="25"/>
        </w:numPr>
        <w:spacing w:line="240" w:lineRule="auto"/>
        <w:rPr>
          <w:lang w:val="ru-RU"/>
        </w:rPr>
      </w:pPr>
      <w:r w:rsidRPr="00B036F5">
        <w:rPr>
          <w:lang w:val="ru-RU"/>
        </w:rPr>
        <w:t>Модель, для объяснения пространственного строения молекул;</w:t>
      </w:r>
    </w:p>
    <w:p w:rsidR="007B68C2" w:rsidRPr="00B036F5" w:rsidRDefault="007B68C2" w:rsidP="008921D6">
      <w:pPr>
        <w:numPr>
          <w:ilvl w:val="0"/>
          <w:numId w:val="25"/>
        </w:numPr>
        <w:spacing w:line="240" w:lineRule="auto"/>
        <w:rPr>
          <w:lang w:val="ru-RU"/>
        </w:rPr>
      </w:pPr>
      <w:r w:rsidRPr="00B036F5">
        <w:rPr>
          <w:lang w:val="ru-RU"/>
        </w:rPr>
        <w:t>Физическое явление, которое заключается в изменении формы электронных облаков при образовании химической связи;</w:t>
      </w:r>
    </w:p>
    <w:p w:rsidR="007B68C2" w:rsidRDefault="007B68C2" w:rsidP="008921D6">
      <w:pPr>
        <w:numPr>
          <w:ilvl w:val="0"/>
          <w:numId w:val="25"/>
        </w:numPr>
        <w:spacing w:line="240" w:lineRule="auto"/>
      </w:pPr>
      <w:r>
        <w:t>Процесс образования молекулярных орбиталей;</w:t>
      </w:r>
    </w:p>
    <w:p w:rsidR="007B68C2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30</w:t>
      </w:r>
      <w:r w:rsidRPr="00E06BBA">
        <w:rPr>
          <w:b/>
          <w:szCs w:val="24"/>
        </w:rPr>
        <w:t>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Изолированная система с окружающей ее средой …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Не обменивается энергией, но не обменивается веществом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2) Не обменивается ни веществом, ни энергией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3) Не обменивается веществом, но не обменивается энергией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Задание 31. </w:t>
      </w:r>
      <w:r w:rsidRPr="00B036F5">
        <w:rPr>
          <w:lang w:val="ru-RU"/>
        </w:rPr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Открытая система с окружающей ее средой …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>
        <w:rPr>
          <w:b/>
          <w:snapToGrid/>
          <w:sz w:val="24"/>
        </w:rPr>
        <w:tab/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Обменивается энергией, но не обменивается веществом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2) Обменивается веществом, но не обменивается энергией</w:t>
      </w:r>
    </w:p>
    <w:p w:rsidR="007B68C2" w:rsidRPr="00B036F5" w:rsidRDefault="007B68C2" w:rsidP="008921D6">
      <w:pPr>
        <w:spacing w:line="240" w:lineRule="auto"/>
        <w:rPr>
          <w:i/>
          <w:sz w:val="20"/>
          <w:u w:val="single"/>
          <w:lang w:val="ru-RU"/>
        </w:rPr>
      </w:pPr>
      <w:r w:rsidRPr="00B036F5">
        <w:rPr>
          <w:lang w:val="ru-RU"/>
        </w:rPr>
        <w:t>3) Обменивается энергией и веществом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32.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Какие из перечисленных функций, являются функциями состояния.</w:t>
      </w:r>
    </w:p>
    <w:p w:rsidR="007B68C2" w:rsidRPr="00B036F5" w:rsidRDefault="007B68C2" w:rsidP="008921D6">
      <w:pPr>
        <w:spacing w:line="240" w:lineRule="auto"/>
        <w:ind w:firstLine="708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lang w:val="ru-RU"/>
        </w:rPr>
        <w:t>1) Внутренняя энергия и работа; 2)Энтропия и внутренняя энергия; 3)Теплота и работа</w:t>
      </w:r>
    </w:p>
    <w:p w:rsidR="007B68C2" w:rsidRPr="00B036F5" w:rsidRDefault="007B68C2" w:rsidP="008921D6">
      <w:pPr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 xml:space="preserve">Задание 33.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Энергией называется …</w:t>
      </w:r>
    </w:p>
    <w:p w:rsidR="007B68C2" w:rsidRPr="001A3BB0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lastRenderedPageBreak/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numPr>
          <w:ilvl w:val="0"/>
          <w:numId w:val="17"/>
        </w:numPr>
        <w:spacing w:line="240" w:lineRule="auto"/>
        <w:rPr>
          <w:lang w:val="ru-RU"/>
        </w:rPr>
      </w:pPr>
      <w:r w:rsidRPr="00B036F5">
        <w:rPr>
          <w:lang w:val="ru-RU"/>
        </w:rPr>
        <w:t>Физическая величина, характеризующая направление теплообмена между системами</w:t>
      </w:r>
    </w:p>
    <w:p w:rsidR="007B68C2" w:rsidRPr="00B036F5" w:rsidRDefault="007B68C2" w:rsidP="008921D6">
      <w:pPr>
        <w:numPr>
          <w:ilvl w:val="0"/>
          <w:numId w:val="17"/>
        </w:numPr>
        <w:spacing w:line="240" w:lineRule="auto"/>
        <w:rPr>
          <w:lang w:val="ru-RU"/>
        </w:rPr>
      </w:pPr>
      <w:r w:rsidRPr="00B036F5">
        <w:rPr>
          <w:lang w:val="ru-RU"/>
        </w:rPr>
        <w:t>Физическая величина, характеризующая способность переходить из одного состояния в другое.</w:t>
      </w:r>
    </w:p>
    <w:p w:rsidR="007B68C2" w:rsidRPr="00B036F5" w:rsidRDefault="007B68C2" w:rsidP="008921D6">
      <w:pPr>
        <w:pStyle w:val="ae"/>
        <w:numPr>
          <w:ilvl w:val="0"/>
          <w:numId w:val="17"/>
        </w:numPr>
        <w:spacing w:after="200" w:line="240" w:lineRule="auto"/>
        <w:contextualSpacing w:val="0"/>
        <w:rPr>
          <w:i/>
          <w:sz w:val="20"/>
          <w:u w:val="single"/>
          <w:lang w:val="ru-RU"/>
        </w:rPr>
      </w:pPr>
      <w:r w:rsidRPr="00B036F5">
        <w:rPr>
          <w:lang w:val="ru-RU"/>
        </w:rPr>
        <w:t>Физическая величина, являющаяся мерой взаимодействия и движения материальных частиц</w:t>
      </w:r>
    </w:p>
    <w:p w:rsidR="007B68C2" w:rsidRPr="00B036F5" w:rsidRDefault="007B68C2" w:rsidP="008921D6">
      <w:pPr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 xml:space="preserve">Задание 34.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Тепловой эффект химической реакции при постоянном давлении – это …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B036F5" w:rsidRDefault="007B68C2" w:rsidP="008921D6">
      <w:pPr>
        <w:numPr>
          <w:ilvl w:val="0"/>
          <w:numId w:val="32"/>
        </w:numPr>
        <w:spacing w:line="240" w:lineRule="auto"/>
        <w:rPr>
          <w:lang w:val="ru-RU"/>
        </w:rPr>
      </w:pPr>
      <w:r w:rsidRPr="00B036F5">
        <w:rPr>
          <w:lang w:val="ru-RU"/>
        </w:rPr>
        <w:t>Количество выделившейся или поглотившейся теплоты в результате взаимодействия между собой определенных количеств веществ</w:t>
      </w:r>
    </w:p>
    <w:p w:rsidR="007B68C2" w:rsidRPr="00B036F5" w:rsidRDefault="007B68C2" w:rsidP="008921D6">
      <w:pPr>
        <w:numPr>
          <w:ilvl w:val="0"/>
          <w:numId w:val="32"/>
        </w:numPr>
        <w:spacing w:line="240" w:lineRule="auto"/>
        <w:rPr>
          <w:lang w:val="ru-RU"/>
        </w:rPr>
      </w:pPr>
      <w:r w:rsidRPr="00B036F5">
        <w:rPr>
          <w:lang w:val="ru-RU"/>
        </w:rPr>
        <w:t>Изменение внутренней энергии в результате химической реакции</w:t>
      </w:r>
    </w:p>
    <w:p w:rsidR="007B68C2" w:rsidRPr="00B036F5" w:rsidRDefault="007B68C2" w:rsidP="008921D6">
      <w:pPr>
        <w:numPr>
          <w:ilvl w:val="0"/>
          <w:numId w:val="32"/>
        </w:numPr>
        <w:spacing w:line="240" w:lineRule="auto"/>
        <w:rPr>
          <w:lang w:val="ru-RU"/>
        </w:rPr>
      </w:pPr>
      <w:r w:rsidRPr="00B036F5">
        <w:rPr>
          <w:lang w:val="ru-RU"/>
        </w:rPr>
        <w:t>Изменение энтальпии в результате химической реакции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35.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Первый закон (первое начало) термодинамики записывается так: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position w:val="-10"/>
          <w:lang w:val="ru-RU"/>
        </w:rPr>
        <w:t>1)</w:t>
      </w:r>
      <w:r w:rsidRPr="00110C66">
        <w:rPr>
          <w:position w:val="-10"/>
        </w:rPr>
        <w:object w:dxaOrig="1060" w:dyaOrig="320">
          <v:shape id="_x0000_i1040" type="#_x0000_t75" style="width:54pt;height:15.75pt" o:ole="">
            <v:imagedata r:id="rId35" o:title=""/>
          </v:shape>
          <o:OLEObject Type="Embed" ProgID="Equation.3" ShapeID="_x0000_i1040" DrawAspect="Content" ObjectID="_1840792650" r:id="rId36"/>
        </w:object>
      </w:r>
      <w:r w:rsidRPr="00B036F5">
        <w:rPr>
          <w:position w:val="-10"/>
          <w:lang w:val="ru-RU"/>
        </w:rPr>
        <w:t xml:space="preserve">;    2) </w:t>
      </w:r>
      <w:r w:rsidRPr="00110C66">
        <w:rPr>
          <w:position w:val="-10"/>
        </w:rPr>
        <w:object w:dxaOrig="1279" w:dyaOrig="540">
          <v:shape id="_x0000_i1041" type="#_x0000_t75" style="width:63pt;height:27.75pt" o:ole="">
            <v:imagedata r:id="rId37" o:title=""/>
          </v:shape>
          <o:OLEObject Type="Embed" ProgID="Equation.3" ShapeID="_x0000_i1041" DrawAspect="Content" ObjectID="_1840792651" r:id="rId38"/>
        </w:object>
      </w:r>
      <w:r w:rsidRPr="00B036F5">
        <w:rPr>
          <w:position w:val="-10"/>
          <w:lang w:val="ru-RU"/>
        </w:rPr>
        <w:t xml:space="preserve">;   3) </w:t>
      </w:r>
      <w:r w:rsidRPr="00110C66">
        <w:rPr>
          <w:position w:val="-10"/>
        </w:rPr>
        <w:object w:dxaOrig="1240" w:dyaOrig="320">
          <v:shape id="_x0000_i1042" type="#_x0000_t75" style="width:62.25pt;height:15.75pt" o:ole="">
            <v:imagedata r:id="rId39" o:title=""/>
          </v:shape>
          <o:OLEObject Type="Embed" ProgID="Equation.3" ShapeID="_x0000_i1042" DrawAspect="Content" ObjectID="_1840792652" r:id="rId40"/>
        </w:objec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36.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Сформулируйте первый закон термодинамики: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B036F5" w:rsidRDefault="007B68C2" w:rsidP="008921D6">
      <w:pPr>
        <w:numPr>
          <w:ilvl w:val="0"/>
          <w:numId w:val="26"/>
        </w:numPr>
        <w:spacing w:line="240" w:lineRule="auto"/>
        <w:rPr>
          <w:lang w:val="ru-RU"/>
        </w:rPr>
      </w:pPr>
      <w:r w:rsidRPr="00B036F5">
        <w:rPr>
          <w:lang w:val="ru-RU"/>
        </w:rPr>
        <w:t>Скорость химической реакции определяется энергией активации данной реакции</w:t>
      </w:r>
    </w:p>
    <w:p w:rsidR="007B68C2" w:rsidRPr="00B036F5" w:rsidRDefault="007B68C2" w:rsidP="008921D6">
      <w:pPr>
        <w:numPr>
          <w:ilvl w:val="0"/>
          <w:numId w:val="26"/>
        </w:numPr>
        <w:spacing w:line="240" w:lineRule="auto"/>
        <w:rPr>
          <w:lang w:val="ru-RU"/>
        </w:rPr>
      </w:pPr>
      <w:r w:rsidRPr="00B036F5">
        <w:rPr>
          <w:lang w:val="ru-RU"/>
        </w:rPr>
        <w:t>Физические величины, однозначно определяющие состояние системы, являются функциями состояния системы.</w:t>
      </w:r>
    </w:p>
    <w:p w:rsidR="007B68C2" w:rsidRPr="00B036F5" w:rsidRDefault="007B68C2" w:rsidP="008921D6">
      <w:pPr>
        <w:numPr>
          <w:ilvl w:val="0"/>
          <w:numId w:val="26"/>
        </w:numPr>
        <w:spacing w:line="240" w:lineRule="auto"/>
        <w:rPr>
          <w:lang w:val="ru-RU"/>
        </w:rPr>
      </w:pPr>
      <w:r w:rsidRPr="00B036F5">
        <w:rPr>
          <w:lang w:val="ru-RU"/>
        </w:rPr>
        <w:t>Сумма изменений внутренней энергии и совершенной системой (или над системой) работы равна сообщенной (или выделенной) теплоте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 37.</w:t>
      </w:r>
      <w:r w:rsidRPr="00B036F5">
        <w:rPr>
          <w:lang w:val="ru-RU"/>
        </w:rPr>
        <w:t xml:space="preserve"> При образовании 1 моль </w:t>
      </w:r>
      <w:r w:rsidRPr="00110C66">
        <w:rPr>
          <w:position w:val="-12"/>
        </w:rPr>
        <w:object w:dxaOrig="520" w:dyaOrig="360">
          <v:shape id="_x0000_i1043" type="#_x0000_t75" style="width:27pt;height:18.75pt" o:ole="">
            <v:imagedata r:id="rId41" o:title=""/>
          </v:shape>
          <o:OLEObject Type="Embed" ProgID="Equation.3" ShapeID="_x0000_i1043" DrawAspect="Content" ObjectID="_1840792653" r:id="rId42"/>
        </w:object>
      </w:r>
      <w:r w:rsidRPr="00B036F5">
        <w:rPr>
          <w:lang w:val="ru-RU"/>
        </w:rPr>
        <w:t xml:space="preserve">, из простых веществ выделилось 46,4 кДж тепла. Если образовалось </w:t>
      </w:r>
      <w:smartTag w:uri="urn:schemas-microsoft-com:office:smarttags" w:element="metricconverter">
        <w:smartTagPr>
          <w:attr w:name="ProductID" w:val="44,8 л"/>
        </w:smartTagPr>
        <w:r w:rsidRPr="00B036F5">
          <w:rPr>
            <w:lang w:val="ru-RU"/>
          </w:rPr>
          <w:t>44,8 л</w:t>
        </w:r>
      </w:smartTag>
      <w:r w:rsidRPr="00B036F5">
        <w:rPr>
          <w:lang w:val="ru-RU"/>
        </w:rPr>
        <w:t xml:space="preserve"> </w:t>
      </w:r>
      <w:r w:rsidRPr="00110C66">
        <w:rPr>
          <w:position w:val="-12"/>
        </w:rPr>
        <w:object w:dxaOrig="520" w:dyaOrig="360">
          <v:shape id="_x0000_i1044" type="#_x0000_t75" style="width:27pt;height:18.75pt" o:ole="">
            <v:imagedata r:id="rId41" o:title=""/>
          </v:shape>
          <o:OLEObject Type="Embed" ProgID="Equation.3" ShapeID="_x0000_i1044" DrawAspect="Content" ObjectID="_1840792654" r:id="rId43"/>
        </w:object>
      </w:r>
      <w:r w:rsidRPr="00B036F5">
        <w:rPr>
          <w:lang w:val="ru-RU"/>
        </w:rPr>
        <w:t>,  выделилось _____ кДж теплоты.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38.</w:t>
      </w:r>
      <w:r w:rsidRPr="00B036F5">
        <w:rPr>
          <w:lang w:val="ru-RU"/>
        </w:rPr>
        <w:t xml:space="preserve"> При сгорании 1 моль углерода до углекислого газа выделяется 395 кДж теплоты. Сколько углерода (г) было сожжено, если выделилось 1975 кДж тепла?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>Задание 39.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При восстановлении </w:t>
      </w:r>
      <w:smartTag w:uri="urn:schemas-microsoft-com:office:smarttags" w:element="metricconverter">
        <w:smartTagPr>
          <w:attr w:name="ProductID" w:val="12,7 г"/>
        </w:smartTagPr>
        <w:r w:rsidRPr="00B036F5">
          <w:rPr>
            <w:lang w:val="ru-RU"/>
          </w:rPr>
          <w:t>12,7 г</w:t>
        </w:r>
      </w:smartTag>
      <w:r w:rsidRPr="00B036F5">
        <w:rPr>
          <w:lang w:val="ru-RU"/>
        </w:rPr>
        <w:t xml:space="preserve">. оксида меди (11) углем (с образованием </w:t>
      </w:r>
      <w:r w:rsidRPr="00110C66">
        <w:rPr>
          <w:position w:val="-6"/>
        </w:rPr>
        <w:object w:dxaOrig="399" w:dyaOrig="280">
          <v:shape id="_x0000_i1045" type="#_x0000_t75" style="width:20.25pt;height:15.75pt" o:ole="">
            <v:imagedata r:id="rId44" o:title=""/>
          </v:shape>
          <o:OLEObject Type="Embed" ProgID="Equation.3" ShapeID="_x0000_i1045" DrawAspect="Content" ObjectID="_1840792655" r:id="rId45"/>
        </w:object>
      </w:r>
      <w:r w:rsidRPr="00B036F5">
        <w:rPr>
          <w:lang w:val="ru-RU"/>
        </w:rPr>
        <w:t>) поглощается 8,24 кДж теплоты. Определить сколько потребуется теплоты для восстановления 1 моль оксида меди (11)?</w:t>
      </w:r>
    </w:p>
    <w:p w:rsidR="007B68C2" w:rsidRPr="00391C67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>Задание 40.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При сгорании 1 моль углерода до углекислого газа выделяется 395 кДж теплоты. Сколько углерода (г) было сожжено, если выделилось 1580 кДж тепла?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i/>
          <w:lang w:val="ru-RU"/>
        </w:rPr>
      </w:pP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>Задание 41.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  <w:r w:rsidRPr="00B036F5">
        <w:rPr>
          <w:lang w:val="ru-RU"/>
        </w:rPr>
        <w:t xml:space="preserve">При образовании 1 моль </w:t>
      </w:r>
      <w:r w:rsidRPr="00110C66">
        <w:rPr>
          <w:position w:val="-6"/>
        </w:rPr>
        <w:object w:dxaOrig="499" w:dyaOrig="280">
          <v:shape id="_x0000_i1046" type="#_x0000_t75" style="width:25.5pt;height:15.75pt" o:ole="">
            <v:imagedata r:id="rId46" o:title=""/>
          </v:shape>
          <o:OLEObject Type="Embed" ProgID="Equation.3" ShapeID="_x0000_i1046" DrawAspect="Content" ObjectID="_1840792656" r:id="rId47"/>
        </w:object>
      </w:r>
      <w:r w:rsidRPr="00B036F5">
        <w:rPr>
          <w:lang w:val="ru-RU"/>
        </w:rPr>
        <w:t xml:space="preserve">, из простых веществ выделилось 92,3 кДж тепла. Сколько выделилось теплоты, если образовалось </w:t>
      </w:r>
      <w:smartTag w:uri="urn:schemas-microsoft-com:office:smarttags" w:element="metricconverter">
        <w:smartTagPr>
          <w:attr w:name="ProductID" w:val="11,2 л"/>
        </w:smartTagPr>
        <w:r w:rsidRPr="00B036F5">
          <w:rPr>
            <w:lang w:val="ru-RU"/>
          </w:rPr>
          <w:t>11,2 л</w:t>
        </w:r>
      </w:smartTag>
      <w:r w:rsidRPr="00B036F5">
        <w:rPr>
          <w:lang w:val="ru-RU"/>
        </w:rPr>
        <w:t xml:space="preserve"> </w:t>
      </w:r>
      <w:r w:rsidRPr="00110C66">
        <w:rPr>
          <w:position w:val="-6"/>
        </w:rPr>
        <w:object w:dxaOrig="499" w:dyaOrig="280">
          <v:shape id="_x0000_i1047" type="#_x0000_t75" style="width:25.5pt;height:15.75pt" o:ole="">
            <v:imagedata r:id="rId48" o:title=""/>
          </v:shape>
          <o:OLEObject Type="Embed" ProgID="Equation.3" ShapeID="_x0000_i1047" DrawAspect="Content" ObjectID="_1840792657" r:id="rId49"/>
        </w:object>
      </w:r>
      <w:r w:rsidRPr="00B036F5">
        <w:rPr>
          <w:lang w:val="ru-RU"/>
        </w:rPr>
        <w:t>?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42.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Для следующих реакций указать правильное соотношение энтальпий: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110C66">
        <w:rPr>
          <w:position w:val="-14"/>
        </w:rPr>
        <w:object w:dxaOrig="3560" w:dyaOrig="380">
          <v:shape id="_x0000_i1048" type="#_x0000_t75" style="width:178.5pt;height:18.75pt" o:ole="">
            <v:imagedata r:id="rId50" o:title=""/>
          </v:shape>
          <o:OLEObject Type="Embed" ProgID="Equation.3" ShapeID="_x0000_i1048" DrawAspect="Content" ObjectID="_1840792658" r:id="rId51"/>
        </w:object>
      </w:r>
      <w:r w:rsidRPr="00B036F5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49" type="#_x0000_t75" style="width:24pt;height:17.25pt" o:ole="">
            <v:imagedata r:id="rId52" o:title=""/>
          </v:shape>
          <o:OLEObject Type="Embed" ProgID="Equation.3" ShapeID="_x0000_i1049" DrawAspect="Content" ObjectID="_1840792659" r:id="rId53"/>
        </w:objec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1A1CBE">
        <w:rPr>
          <w:position w:val="-14"/>
        </w:rPr>
        <w:object w:dxaOrig="3720" w:dyaOrig="380">
          <v:shape id="_x0000_i1050" type="#_x0000_t75" style="width:186pt;height:18.75pt" o:ole="">
            <v:imagedata r:id="rId54" o:title=""/>
          </v:shape>
          <o:OLEObject Type="Embed" ProgID="Equation.3" ShapeID="_x0000_i1050" DrawAspect="Content" ObjectID="_1840792660" r:id="rId55"/>
        </w:object>
      </w:r>
      <w:r w:rsidRPr="00B036F5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51" type="#_x0000_t75" style="width:25.5pt;height:17.25pt" o:ole="">
            <v:imagedata r:id="rId56" o:title=""/>
          </v:shape>
          <o:OLEObject Type="Embed" ProgID="Equation.3" ShapeID="_x0000_i1051" DrawAspect="Content" ObjectID="_1840792661" r:id="rId57"/>
        </w:objec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szCs w:val="24"/>
          <w:lang w:val="ru-RU"/>
        </w:rPr>
        <w:t>1) Н</w:t>
      </w:r>
      <w:r w:rsidRPr="00B036F5">
        <w:rPr>
          <w:szCs w:val="24"/>
          <w:vertAlign w:val="subscript"/>
          <w:lang w:val="ru-RU"/>
        </w:rPr>
        <w:t>1</w:t>
      </w:r>
      <w:r w:rsidRPr="00B036F5">
        <w:rPr>
          <w:szCs w:val="24"/>
          <w:lang w:val="ru-RU"/>
        </w:rPr>
        <w:t>&lt;Н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>;   2) Н</w:t>
      </w:r>
      <w:r w:rsidRPr="00B036F5">
        <w:rPr>
          <w:szCs w:val="24"/>
          <w:vertAlign w:val="subscript"/>
          <w:lang w:val="ru-RU"/>
        </w:rPr>
        <w:t>1</w:t>
      </w:r>
      <w:r w:rsidRPr="00B036F5">
        <w:rPr>
          <w:szCs w:val="24"/>
          <w:lang w:val="ru-RU"/>
        </w:rPr>
        <w:t>&lt;Н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 xml:space="preserve">;   </w:t>
      </w:r>
      <w:r w:rsidRPr="00B036F5">
        <w:rPr>
          <w:szCs w:val="24"/>
          <w:vertAlign w:val="subscript"/>
          <w:lang w:val="ru-RU"/>
        </w:rPr>
        <w:t xml:space="preserve"> </w:t>
      </w:r>
      <w:r w:rsidRPr="00B036F5">
        <w:rPr>
          <w:szCs w:val="24"/>
          <w:lang w:val="ru-RU"/>
        </w:rPr>
        <w:t>2) Н</w:t>
      </w:r>
      <w:r w:rsidRPr="00B036F5">
        <w:rPr>
          <w:szCs w:val="24"/>
          <w:vertAlign w:val="subscript"/>
          <w:lang w:val="ru-RU"/>
        </w:rPr>
        <w:t>1</w:t>
      </w:r>
      <w:r w:rsidRPr="00B036F5">
        <w:rPr>
          <w:szCs w:val="24"/>
          <w:lang w:val="ru-RU"/>
        </w:rPr>
        <w:t>&gt;Н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position w:val="-10"/>
          <w:lang w:val="ru-RU"/>
        </w:rPr>
        <w:t xml:space="preserve"> 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43.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Для следующих реакций указать правильное соотношение энтальпий: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110C66">
        <w:rPr>
          <w:position w:val="-14"/>
        </w:rPr>
        <w:object w:dxaOrig="3560" w:dyaOrig="380">
          <v:shape id="_x0000_i1052" type="#_x0000_t75" style="width:178.5pt;height:18.75pt" o:ole="">
            <v:imagedata r:id="rId50" o:title=""/>
          </v:shape>
          <o:OLEObject Type="Embed" ProgID="Equation.3" ShapeID="_x0000_i1052" DrawAspect="Content" ObjectID="_1840792662" r:id="rId58"/>
        </w:object>
      </w:r>
      <w:r w:rsidRPr="00B036F5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53" type="#_x0000_t75" style="width:24pt;height:17.25pt" o:ole="">
            <v:imagedata r:id="rId52" o:title=""/>
          </v:shape>
          <o:OLEObject Type="Embed" ProgID="Equation.3" ShapeID="_x0000_i1053" DrawAspect="Content" ObjectID="_1840792663" r:id="rId59"/>
        </w:objec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E7400B">
        <w:rPr>
          <w:position w:val="-16"/>
        </w:rPr>
        <w:object w:dxaOrig="4580" w:dyaOrig="400">
          <v:shape id="_x0000_i1054" type="#_x0000_t75" style="width:228pt;height:19.5pt" o:ole="">
            <v:imagedata r:id="rId60" o:title=""/>
          </v:shape>
          <o:OLEObject Type="Embed" ProgID="Equation.3" ShapeID="_x0000_i1054" DrawAspect="Content" ObjectID="_1840792664" r:id="rId61"/>
        </w:object>
      </w:r>
      <w:r w:rsidRPr="00B036F5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55" type="#_x0000_t75" style="width:25.5pt;height:17.25pt" o:ole="">
            <v:imagedata r:id="rId56" o:title=""/>
          </v:shape>
          <o:OLEObject Type="Embed" ProgID="Equation.3" ShapeID="_x0000_i1055" DrawAspect="Content" ObjectID="_1840792665" r:id="rId62"/>
        </w:objec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position w:val="-10"/>
          <w:lang w:val="ru-RU"/>
        </w:rPr>
      </w:pPr>
      <w:r w:rsidRPr="00B036F5">
        <w:rPr>
          <w:szCs w:val="24"/>
          <w:lang w:val="ru-RU"/>
        </w:rPr>
        <w:t>1) Н</w:t>
      </w:r>
      <w:r w:rsidRPr="00B036F5">
        <w:rPr>
          <w:szCs w:val="24"/>
          <w:vertAlign w:val="subscript"/>
          <w:lang w:val="ru-RU"/>
        </w:rPr>
        <w:t>1</w:t>
      </w:r>
      <w:r w:rsidRPr="00B036F5">
        <w:rPr>
          <w:szCs w:val="24"/>
          <w:lang w:val="ru-RU"/>
        </w:rPr>
        <w:t>&lt;Н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>;   2) Н</w:t>
      </w:r>
      <w:r w:rsidRPr="00B036F5">
        <w:rPr>
          <w:szCs w:val="24"/>
          <w:vertAlign w:val="subscript"/>
          <w:lang w:val="ru-RU"/>
        </w:rPr>
        <w:t>1</w:t>
      </w:r>
      <w:r w:rsidRPr="00B036F5">
        <w:rPr>
          <w:szCs w:val="24"/>
          <w:lang w:val="ru-RU"/>
        </w:rPr>
        <w:t>&lt;Н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 xml:space="preserve">;   </w:t>
      </w:r>
      <w:r w:rsidRPr="00B036F5">
        <w:rPr>
          <w:szCs w:val="24"/>
          <w:vertAlign w:val="subscript"/>
          <w:lang w:val="ru-RU"/>
        </w:rPr>
        <w:t xml:space="preserve"> </w:t>
      </w:r>
      <w:r w:rsidRPr="00B036F5">
        <w:rPr>
          <w:szCs w:val="24"/>
          <w:lang w:val="ru-RU"/>
        </w:rPr>
        <w:t>2) Н</w:t>
      </w:r>
      <w:r w:rsidRPr="00B036F5">
        <w:rPr>
          <w:szCs w:val="24"/>
          <w:vertAlign w:val="subscript"/>
          <w:lang w:val="ru-RU"/>
        </w:rPr>
        <w:t>1</w:t>
      </w:r>
      <w:r w:rsidRPr="00B036F5">
        <w:rPr>
          <w:szCs w:val="24"/>
          <w:lang w:val="ru-RU"/>
        </w:rPr>
        <w:t>&gt;Н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position w:val="-10"/>
          <w:lang w:val="ru-RU"/>
        </w:rPr>
        <w:t xml:space="preserve"> 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44.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Указать уравнение реакции, </w:t>
      </w:r>
      <w:r>
        <w:sym w:font="Symbol" w:char="0044"/>
      </w:r>
      <w:r w:rsidRPr="00B036F5">
        <w:rPr>
          <w:lang w:val="ru-RU"/>
        </w:rPr>
        <w:t>Н которой  является энтальпией образования вещества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Default="007B68C2" w:rsidP="008921D6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920" w:dyaOrig="380">
          <v:shape id="_x0000_i1056" type="#_x0000_t75" style="width:146.25pt;height:18.75pt" o:ole="">
            <v:imagedata r:id="rId63" o:title=""/>
          </v:shape>
          <o:OLEObject Type="Embed" ProgID="Equation.3" ShapeID="_x0000_i1056" DrawAspect="Content" ObjectID="_1840792666" r:id="rId64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057" type="#_x0000_t75" style="width:27pt;height:18.75pt" o:ole="">
            <v:imagedata r:id="rId65" o:title=""/>
          </v:shape>
          <o:OLEObject Type="Embed" ProgID="Equation.3" ShapeID="_x0000_i1057" DrawAspect="Content" ObjectID="_1840792667" r:id="rId66"/>
        </w:object>
      </w:r>
    </w:p>
    <w:p w:rsidR="007B68C2" w:rsidRDefault="007B68C2" w:rsidP="008921D6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180" w:dyaOrig="380">
          <v:shape id="_x0000_i1058" type="#_x0000_t75" style="width:109.5pt;height:18.75pt" o:ole="">
            <v:imagedata r:id="rId67" o:title=""/>
          </v:shape>
          <o:OLEObject Type="Embed" ProgID="Equation.3" ShapeID="_x0000_i1058" DrawAspect="Content" ObjectID="_1840792668" r:id="rId68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059" type="#_x0000_t75" style="width:27pt;height:18.75pt" o:ole="">
            <v:imagedata r:id="rId69" o:title=""/>
          </v:shape>
          <o:OLEObject Type="Embed" ProgID="Equation.3" ShapeID="_x0000_i1059" DrawAspect="Content" ObjectID="_1840792669" r:id="rId70"/>
        </w:object>
      </w:r>
    </w:p>
    <w:p w:rsidR="007B68C2" w:rsidRDefault="007B68C2" w:rsidP="008921D6">
      <w:pPr>
        <w:numPr>
          <w:ilvl w:val="0"/>
          <w:numId w:val="33"/>
        </w:numPr>
        <w:spacing w:line="240" w:lineRule="auto"/>
      </w:pPr>
      <w:r w:rsidRPr="00110C66">
        <w:rPr>
          <w:position w:val="-14"/>
        </w:rPr>
        <w:object w:dxaOrig="2120" w:dyaOrig="380">
          <v:shape id="_x0000_i1060" type="#_x0000_t75" style="width:105.75pt;height:18.75pt" o:ole="">
            <v:imagedata r:id="rId71" o:title=""/>
          </v:shape>
          <o:OLEObject Type="Embed" ProgID="Equation.3" ShapeID="_x0000_i1060" DrawAspect="Content" ObjectID="_1840792670" r:id="rId72"/>
        </w:object>
      </w:r>
      <w:r>
        <w:t xml:space="preserve">;      </w:t>
      </w:r>
      <w:r w:rsidRPr="00110C66">
        <w:rPr>
          <w:position w:val="-12"/>
        </w:rPr>
        <w:object w:dxaOrig="520" w:dyaOrig="380">
          <v:shape id="_x0000_i1061" type="#_x0000_t75" style="width:27pt;height:18pt" o:ole="">
            <v:imagedata r:id="rId73" o:title=""/>
          </v:shape>
          <o:OLEObject Type="Embed" ProgID="Equation.3" ShapeID="_x0000_i1061" DrawAspect="Content" ObjectID="_1840792671" r:id="rId74"/>
        </w:object>
      </w:r>
    </w:p>
    <w:p w:rsidR="007B68C2" w:rsidRPr="00E06BBA" w:rsidRDefault="007B68C2" w:rsidP="008921D6">
      <w:pPr>
        <w:spacing w:line="240" w:lineRule="auto"/>
        <w:rPr>
          <w:b/>
          <w:szCs w:val="24"/>
        </w:rPr>
      </w:pPr>
    </w:p>
    <w:p w:rsidR="007B68C2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45</w:t>
      </w:r>
      <w:r w:rsidRPr="00E06BBA">
        <w:rPr>
          <w:b/>
          <w:szCs w:val="24"/>
        </w:rPr>
        <w:t>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2" type="#_x0000_t75" style="width:22.5pt;height:15.75pt" o:ole="">
            <v:imagedata r:id="rId75" o:title=""/>
          </v:shape>
          <o:OLEObject Type="Embed" ProgID="Equation.3" ShapeID="_x0000_i1062" DrawAspect="Content" ObjectID="_1840792672" r:id="rId76"/>
        </w:object>
      </w:r>
      <w:r w:rsidRPr="00B036F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4160" w:dyaOrig="380">
          <v:shape id="_x0000_i1063" type="#_x0000_t75" style="width:208.5pt;height:18pt" o:ole="">
            <v:imagedata r:id="rId77" o:title=""/>
          </v:shape>
          <o:OLEObject Type="Embed" ProgID="Equation.3" ShapeID="_x0000_i1063" DrawAspect="Content" ObjectID="_1840792673" r:id="rId78"/>
        </w:objec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lang w:val="ru-RU"/>
        </w:rPr>
      </w:pPr>
      <w:r w:rsidRPr="00B036F5">
        <w:rPr>
          <w:lang w:val="ru-RU"/>
        </w:rPr>
        <w:t>1)</w:t>
      </w:r>
      <w:r>
        <w:t>Δ</w:t>
      </w:r>
      <w:r w:rsidRPr="00FA3608">
        <w:t>S</w:t>
      </w:r>
      <w:r w:rsidRPr="00B036F5">
        <w:rPr>
          <w:lang w:val="ru-RU"/>
        </w:rPr>
        <w:t>&gt;0;    2)</w:t>
      </w:r>
      <w:r>
        <w:t>Δ</w:t>
      </w:r>
      <w:r w:rsidRPr="00FA3608">
        <w:t>S</w:t>
      </w:r>
      <w:r w:rsidRPr="00B036F5">
        <w:rPr>
          <w:lang w:val="ru-RU"/>
        </w:rPr>
        <w:t>&lt; 0;   3)</w:t>
      </w:r>
      <w:r>
        <w:t>Δ</w:t>
      </w:r>
      <w:r w:rsidRPr="00FA3608">
        <w:t>S</w:t>
      </w:r>
      <w:r w:rsidRPr="00B036F5">
        <w:rPr>
          <w:lang w:val="ru-RU"/>
        </w:rPr>
        <w:t>=0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Задание 46. </w:t>
      </w:r>
      <w:r w:rsidRPr="00B036F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4" type="#_x0000_t75" style="width:22.5pt;height:15.75pt" o:ole="">
            <v:imagedata r:id="rId75" o:title=""/>
          </v:shape>
          <o:OLEObject Type="Embed" ProgID="Equation.3" ShapeID="_x0000_i1064" DrawAspect="Content" ObjectID="_1840792674" r:id="rId79"/>
        </w:object>
      </w:r>
      <w:r w:rsidRPr="00B036F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2520" w:dyaOrig="380">
          <v:shape id="_x0000_i1065" type="#_x0000_t75" style="width:126pt;height:19.5pt" o:ole="">
            <v:imagedata r:id="rId80" o:title=""/>
          </v:shape>
          <o:OLEObject Type="Embed" ProgID="Equation.3" ShapeID="_x0000_i1065" DrawAspect="Content" ObjectID="_1840792675" r:id="rId81"/>
        </w:objec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 47.</w:t>
      </w:r>
      <w:r w:rsidRPr="00B036F5">
        <w:rPr>
          <w:i/>
          <w:lang w:val="ru-RU"/>
        </w:rPr>
        <w:t xml:space="preserve"> </w:t>
      </w:r>
      <w:r w:rsidRPr="00B036F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6" type="#_x0000_t75" style="width:22.5pt;height:15.75pt" o:ole="">
            <v:imagedata r:id="rId75" o:title=""/>
          </v:shape>
          <o:OLEObject Type="Embed" ProgID="Equation.3" ShapeID="_x0000_i1066" DrawAspect="Content" ObjectID="_1840792676" r:id="rId82"/>
        </w:object>
      </w:r>
      <w:r w:rsidRPr="00B036F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1620" w:dyaOrig="380">
          <v:shape id="_x0000_i1067" type="#_x0000_t75" style="width:81pt;height:18pt" o:ole="">
            <v:imagedata r:id="rId83" o:title=""/>
          </v:shape>
          <o:OLEObject Type="Embed" ProgID="Equation.3" ShapeID="_x0000_i1067" DrawAspect="Content" ObjectID="_1840792677" r:id="rId84"/>
        </w:objec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lang w:val="ru-RU"/>
        </w:rPr>
      </w:pPr>
      <w:r w:rsidRPr="00B036F5">
        <w:rPr>
          <w:lang w:val="ru-RU"/>
        </w:rPr>
        <w:t>1)</w:t>
      </w:r>
      <w:r>
        <w:t>Δ</w:t>
      </w:r>
      <w:r w:rsidRPr="00FA3608">
        <w:t>S</w:t>
      </w:r>
      <w:r w:rsidRPr="00B036F5">
        <w:rPr>
          <w:lang w:val="ru-RU"/>
        </w:rPr>
        <w:t>&gt;0;    2)</w:t>
      </w:r>
      <w:r>
        <w:t>Δ</w:t>
      </w:r>
      <w:r w:rsidRPr="00FA3608">
        <w:t>S</w:t>
      </w:r>
      <w:r w:rsidRPr="00B036F5">
        <w:rPr>
          <w:lang w:val="ru-RU"/>
        </w:rPr>
        <w:t>&lt; 0;   3)</w:t>
      </w:r>
      <w:r>
        <w:t>Δ</w:t>
      </w:r>
      <w:r w:rsidRPr="00FA3608">
        <w:t>S</w:t>
      </w:r>
      <w:r w:rsidRPr="00B036F5">
        <w:rPr>
          <w:lang w:val="ru-RU"/>
        </w:rPr>
        <w:t>=0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7B68C2" w:rsidRPr="0070567B" w:rsidRDefault="007B68C2" w:rsidP="008921D6">
      <w:pPr>
        <w:tabs>
          <w:tab w:val="center" w:pos="5282"/>
        </w:tabs>
        <w:spacing w:line="240" w:lineRule="auto"/>
        <w:rPr>
          <w:position w:val="-6"/>
          <w:lang w:val="ru-RU"/>
        </w:rPr>
      </w:pPr>
      <w:r w:rsidRPr="0070567B">
        <w:rPr>
          <w:b/>
          <w:lang w:val="ru-RU"/>
        </w:rPr>
        <w:t>Задание 48.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lang w:val="ru-RU"/>
        </w:rPr>
      </w:pPr>
      <w:r w:rsidRPr="00B036F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68" type="#_x0000_t75" style="width:22.5pt;height:15.75pt" o:ole="">
            <v:imagedata r:id="rId75" o:title=""/>
          </v:shape>
          <o:OLEObject Type="Embed" ProgID="Equation.3" ShapeID="_x0000_i1068" DrawAspect="Content" ObjectID="_1840792678" r:id="rId85"/>
        </w:object>
      </w:r>
      <w:r w:rsidRPr="00B036F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820" w:dyaOrig="380">
          <v:shape id="_x0000_i1069" type="#_x0000_t75" style="width:189.75pt;height:18pt" o:ole="">
            <v:imagedata r:id="rId86" o:title=""/>
          </v:shape>
          <o:OLEObject Type="Embed" ProgID="Equation.3" ShapeID="_x0000_i1069" DrawAspect="Content" ObjectID="_1840792679" r:id="rId87"/>
        </w:objec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i/>
          <w:lang w:val="ru-RU"/>
        </w:rPr>
      </w:pPr>
      <w:r w:rsidRPr="00B036F5">
        <w:rPr>
          <w:i/>
          <w:lang w:val="ru-RU"/>
        </w:rPr>
        <w:t>варианты ответов: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lang w:val="ru-RU"/>
        </w:rPr>
      </w:pPr>
      <w:r w:rsidRPr="00B036F5">
        <w:rPr>
          <w:lang w:val="ru-RU"/>
        </w:rPr>
        <w:t>1)</w:t>
      </w:r>
      <w:r>
        <w:t>Δ</w:t>
      </w:r>
      <w:r w:rsidRPr="00FA3608">
        <w:t>S</w:t>
      </w:r>
      <w:r w:rsidRPr="00B036F5">
        <w:rPr>
          <w:lang w:val="ru-RU"/>
        </w:rPr>
        <w:t>&gt;0;    2)</w:t>
      </w:r>
      <w:r>
        <w:t>Δ</w:t>
      </w:r>
      <w:r w:rsidRPr="00FA3608">
        <w:t>S</w:t>
      </w:r>
      <w:r w:rsidRPr="00B036F5">
        <w:rPr>
          <w:lang w:val="ru-RU"/>
        </w:rPr>
        <w:t>&lt; 0;   3)</w:t>
      </w:r>
      <w:r>
        <w:t>Δ</w:t>
      </w:r>
      <w:r w:rsidRPr="00FA3608">
        <w:t>S</w:t>
      </w:r>
      <w:r w:rsidRPr="00B036F5">
        <w:rPr>
          <w:lang w:val="ru-RU"/>
        </w:rPr>
        <w:t>=0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7B68C2" w:rsidRPr="0070567B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  <w:r w:rsidRPr="0070567B">
        <w:rPr>
          <w:b/>
          <w:lang w:val="ru-RU"/>
        </w:rPr>
        <w:t>Задание 49.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070" type="#_x0000_t75" style="width:22.5pt;height:15.75pt" o:ole="">
            <v:imagedata r:id="rId75" o:title=""/>
          </v:shape>
          <o:OLEObject Type="Embed" ProgID="Equation.3" ShapeID="_x0000_i1070" DrawAspect="Content" ObjectID="_1840792680" r:id="rId88"/>
        </w:object>
      </w:r>
      <w:r w:rsidRPr="00B036F5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220" w:dyaOrig="380">
          <v:shape id="_x0000_i1071" type="#_x0000_t75" style="width:161.25pt;height:18pt" o:ole="">
            <v:imagedata r:id="rId89" o:title=""/>
          </v:shape>
          <o:OLEObject Type="Embed" ProgID="Equation.3" ShapeID="_x0000_i1071" DrawAspect="Content" ObjectID="_1840792681" r:id="rId90"/>
        </w:objec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i/>
          <w:lang w:val="ru-RU"/>
        </w:rPr>
      </w:pPr>
      <w:r w:rsidRPr="00B036F5">
        <w:rPr>
          <w:i/>
          <w:lang w:val="ru-RU"/>
        </w:rPr>
        <w:t>варианты ответов: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lang w:val="ru-RU"/>
        </w:rPr>
      </w:pPr>
      <w:r w:rsidRPr="00B036F5">
        <w:rPr>
          <w:lang w:val="ru-RU"/>
        </w:rPr>
        <w:t>1)</w:t>
      </w:r>
      <w:r>
        <w:t>Δ</w:t>
      </w:r>
      <w:r w:rsidRPr="00FA3608">
        <w:t>S</w:t>
      </w:r>
      <w:r w:rsidRPr="00B036F5">
        <w:rPr>
          <w:lang w:val="ru-RU"/>
        </w:rPr>
        <w:t>&gt;0;    2)</w:t>
      </w:r>
      <w:r>
        <w:t>Δ</w:t>
      </w:r>
      <w:r w:rsidRPr="00FA3608">
        <w:t>S</w:t>
      </w:r>
      <w:r w:rsidRPr="00B036F5">
        <w:rPr>
          <w:lang w:val="ru-RU"/>
        </w:rPr>
        <w:t>&lt; 0;   3)</w:t>
      </w:r>
      <w:r>
        <w:t>Δ</w:t>
      </w:r>
      <w:r w:rsidRPr="00FA3608">
        <w:t>S</w:t>
      </w:r>
      <w:r w:rsidRPr="00B036F5">
        <w:rPr>
          <w:lang w:val="ru-RU"/>
        </w:rPr>
        <w:t>=0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>Задание 50.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szCs w:val="28"/>
          <w:lang w:val="ru-RU"/>
        </w:rPr>
        <w:lastRenderedPageBreak/>
        <w:t>В реакции, схема которой А + 2В = С, концентрацию вещества А уменьшили в 2 раза, а концентрацию вещества В увеличили в 3 раза. Как изменится при этом скорость реакции?</w:t>
      </w:r>
    </w:p>
    <w:p w:rsidR="007B68C2" w:rsidRPr="00B036F5" w:rsidRDefault="007B68C2" w:rsidP="008921D6">
      <w:pPr>
        <w:tabs>
          <w:tab w:val="center" w:pos="5282"/>
        </w:tabs>
        <w:spacing w:line="240" w:lineRule="auto"/>
        <w:rPr>
          <w:b/>
          <w:lang w:val="ru-RU"/>
        </w:rPr>
      </w:pP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b/>
          <w:lang w:val="ru-RU"/>
        </w:rPr>
        <w:t xml:space="preserve">Задание 51. </w:t>
      </w:r>
      <w:r w:rsidRPr="00B036F5">
        <w:rPr>
          <w:szCs w:val="28"/>
          <w:lang w:val="ru-RU"/>
        </w:rPr>
        <w:t>Через определенный промежуток времени после начала реакции, уравнение которой</w:t>
      </w:r>
    </w:p>
    <w:p w:rsidR="007B68C2" w:rsidRPr="00B036F5" w:rsidRDefault="007B68C2" w:rsidP="008921D6">
      <w:pPr>
        <w:spacing w:line="240" w:lineRule="auto"/>
        <w:rPr>
          <w:i/>
          <w:sz w:val="20"/>
          <w:u w:val="single"/>
          <w:lang w:val="ru-RU"/>
        </w:rPr>
      </w:pPr>
      <w:r w:rsidRPr="00B036F5">
        <w:rPr>
          <w:szCs w:val="28"/>
          <w:lang w:val="ru-RU"/>
        </w:rPr>
        <w:t>2</w:t>
      </w:r>
      <w:r>
        <w:rPr>
          <w:szCs w:val="28"/>
        </w:rPr>
        <w:t>NH</w:t>
      </w:r>
      <w:r w:rsidRPr="00B036F5">
        <w:rPr>
          <w:szCs w:val="28"/>
          <w:vertAlign w:val="subscript"/>
          <w:lang w:val="ru-RU"/>
        </w:rPr>
        <w:t>3</w:t>
      </w:r>
      <w:r w:rsidRPr="00B036F5">
        <w:rPr>
          <w:szCs w:val="28"/>
          <w:lang w:val="ru-RU"/>
        </w:rPr>
        <w:t xml:space="preserve"> + 3</w:t>
      </w:r>
      <w:r>
        <w:rPr>
          <w:szCs w:val="28"/>
        </w:rPr>
        <w:t>CuO</w:t>
      </w:r>
      <w:r w:rsidRPr="00B036F5">
        <w:rPr>
          <w:szCs w:val="28"/>
          <w:lang w:val="ru-RU"/>
        </w:rPr>
        <w:t xml:space="preserve"> = </w:t>
      </w:r>
      <w:r>
        <w:rPr>
          <w:szCs w:val="28"/>
        </w:rPr>
        <w:t>N</w:t>
      </w:r>
      <w:r w:rsidRPr="00B036F5">
        <w:rPr>
          <w:szCs w:val="28"/>
          <w:vertAlign w:val="subscript"/>
          <w:lang w:val="ru-RU"/>
        </w:rPr>
        <w:t>2</w:t>
      </w:r>
      <w:r w:rsidRPr="00B036F5">
        <w:rPr>
          <w:szCs w:val="28"/>
          <w:lang w:val="ru-RU"/>
        </w:rPr>
        <w:t xml:space="preserve"> + 3</w:t>
      </w:r>
      <w:r>
        <w:rPr>
          <w:szCs w:val="28"/>
        </w:rPr>
        <w:t>H</w:t>
      </w:r>
      <w:r w:rsidRPr="00B036F5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B036F5">
        <w:rPr>
          <w:szCs w:val="28"/>
          <w:lang w:val="ru-RU"/>
        </w:rPr>
        <w:t xml:space="preserve"> + 3</w:t>
      </w:r>
      <w:r>
        <w:rPr>
          <w:szCs w:val="28"/>
        </w:rPr>
        <w:t>Cu</w:t>
      </w:r>
      <w:r w:rsidRPr="00B036F5">
        <w:rPr>
          <w:szCs w:val="28"/>
          <w:lang w:val="ru-RU"/>
        </w:rPr>
        <w:t xml:space="preserve"> концентрация аммиака уменьшилась в 3 раза. Во сколько раз при этом уменьшится скорость реакции по сравнению с начальной скоростью?</w:t>
      </w:r>
    </w:p>
    <w:p w:rsidR="007B68C2" w:rsidRPr="00B036F5" w:rsidRDefault="007B68C2" w:rsidP="008921D6">
      <w:pPr>
        <w:spacing w:line="240" w:lineRule="auto"/>
        <w:rPr>
          <w:b/>
          <w:szCs w:val="28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8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8"/>
          <w:lang w:val="ru-RU"/>
        </w:rPr>
      </w:pPr>
      <w:r w:rsidRPr="00B036F5">
        <w:rPr>
          <w:b/>
          <w:szCs w:val="28"/>
          <w:lang w:val="ru-RU"/>
        </w:rPr>
        <w:t>Задание 52.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szCs w:val="24"/>
          <w:lang w:val="ru-RU"/>
        </w:rPr>
        <w:t xml:space="preserve">Во сколько раз нужно увеличить концентрацию </w:t>
      </w:r>
      <w:r w:rsidRPr="000B292E">
        <w:rPr>
          <w:szCs w:val="24"/>
        </w:rPr>
        <w:t>SO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 xml:space="preserve"> в реакции, уравнение которой </w:t>
      </w:r>
    </w:p>
    <w:p w:rsidR="007B68C2" w:rsidRPr="00B036F5" w:rsidRDefault="007B68C2" w:rsidP="008921D6">
      <w:pPr>
        <w:pStyle w:val="aa"/>
        <w:rPr>
          <w:b/>
          <w:sz w:val="24"/>
          <w:szCs w:val="24"/>
          <w:lang w:val="ru-RU"/>
        </w:rPr>
      </w:pPr>
      <w:r w:rsidRPr="00B036F5">
        <w:rPr>
          <w:sz w:val="24"/>
          <w:szCs w:val="24"/>
          <w:lang w:val="ru-RU"/>
        </w:rPr>
        <w:t>2</w:t>
      </w:r>
      <w:r w:rsidRPr="000B292E">
        <w:rPr>
          <w:sz w:val="24"/>
          <w:szCs w:val="24"/>
        </w:rPr>
        <w:t>SO</w:t>
      </w:r>
      <w:r w:rsidRPr="00B036F5">
        <w:rPr>
          <w:sz w:val="24"/>
          <w:szCs w:val="24"/>
          <w:vertAlign w:val="subscript"/>
          <w:lang w:val="ru-RU"/>
        </w:rPr>
        <w:t>2</w:t>
      </w:r>
      <w:r w:rsidRPr="00B036F5">
        <w:rPr>
          <w:sz w:val="24"/>
          <w:szCs w:val="24"/>
          <w:lang w:val="ru-RU"/>
        </w:rPr>
        <w:t xml:space="preserve"> + </w:t>
      </w:r>
      <w:r w:rsidRPr="000B292E">
        <w:rPr>
          <w:sz w:val="24"/>
          <w:szCs w:val="24"/>
        </w:rPr>
        <w:t>O</w:t>
      </w:r>
      <w:r w:rsidRPr="00B036F5">
        <w:rPr>
          <w:sz w:val="24"/>
          <w:szCs w:val="24"/>
          <w:vertAlign w:val="subscript"/>
          <w:lang w:val="ru-RU"/>
        </w:rPr>
        <w:t>2</w:t>
      </w:r>
      <w:r w:rsidRPr="00B036F5">
        <w:rPr>
          <w:sz w:val="24"/>
          <w:szCs w:val="24"/>
          <w:lang w:val="ru-RU"/>
        </w:rPr>
        <w:t xml:space="preserve"> = 2</w:t>
      </w:r>
      <w:r w:rsidRPr="000B292E">
        <w:rPr>
          <w:sz w:val="24"/>
          <w:szCs w:val="24"/>
        </w:rPr>
        <w:t>SO</w:t>
      </w:r>
      <w:r w:rsidRPr="00B036F5">
        <w:rPr>
          <w:sz w:val="24"/>
          <w:szCs w:val="24"/>
          <w:vertAlign w:val="subscript"/>
          <w:lang w:val="ru-RU"/>
        </w:rPr>
        <w:t>3</w:t>
      </w:r>
      <w:r w:rsidRPr="00B036F5">
        <w:rPr>
          <w:sz w:val="24"/>
          <w:szCs w:val="24"/>
          <w:lang w:val="ru-RU"/>
        </w:rPr>
        <w:t>, чтобы при уменьшении концентрации кислорода в 16 раз скорость реакции не изменилась?</w:t>
      </w:r>
    </w:p>
    <w:p w:rsidR="007B68C2" w:rsidRPr="00B036F5" w:rsidRDefault="007B68C2" w:rsidP="008921D6">
      <w:pPr>
        <w:pStyle w:val="aa"/>
        <w:rPr>
          <w:b/>
          <w:sz w:val="24"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b/>
          <w:lang w:val="ru-RU"/>
        </w:rPr>
        <w:t xml:space="preserve">Задание 53. </w:t>
      </w:r>
      <w:r w:rsidRPr="00B036F5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7B68C2" w:rsidRPr="00B036F5" w:rsidRDefault="007B68C2" w:rsidP="008921D6">
      <w:pPr>
        <w:spacing w:line="240" w:lineRule="auto"/>
        <w:ind w:left="708" w:firstLine="708"/>
        <w:rPr>
          <w:szCs w:val="28"/>
          <w:lang w:val="ru-RU"/>
        </w:rPr>
      </w:pPr>
      <w:r w:rsidRPr="00B036F5">
        <w:rPr>
          <w:szCs w:val="28"/>
          <w:lang w:val="ru-RU"/>
        </w:rPr>
        <w:t>С</w:t>
      </w:r>
      <w:r w:rsidRPr="00B036F5">
        <w:rPr>
          <w:szCs w:val="28"/>
          <w:vertAlign w:val="subscript"/>
          <w:lang w:val="ru-RU"/>
        </w:rPr>
        <w:t xml:space="preserve">(т) </w:t>
      </w:r>
      <w:r w:rsidRPr="00B036F5">
        <w:rPr>
          <w:szCs w:val="28"/>
          <w:lang w:val="ru-RU"/>
        </w:rPr>
        <w:t>+ 2</w:t>
      </w:r>
      <w:r>
        <w:rPr>
          <w:szCs w:val="28"/>
        </w:rPr>
        <w:t>F</w:t>
      </w:r>
      <w:r w:rsidRPr="00B036F5">
        <w:rPr>
          <w:szCs w:val="28"/>
          <w:vertAlign w:val="subscript"/>
          <w:lang w:val="ru-RU"/>
        </w:rPr>
        <w:t xml:space="preserve">2(г) </w:t>
      </w:r>
      <w:r w:rsidRPr="00B036F5">
        <w:rPr>
          <w:szCs w:val="28"/>
          <w:lang w:val="ru-RU"/>
        </w:rPr>
        <w:t>↔ С</w:t>
      </w:r>
      <w:r>
        <w:rPr>
          <w:szCs w:val="28"/>
        </w:rPr>
        <w:t>F</w:t>
      </w:r>
      <w:r w:rsidRPr="00B036F5">
        <w:rPr>
          <w:szCs w:val="28"/>
          <w:vertAlign w:val="subscript"/>
          <w:lang w:val="ru-RU"/>
        </w:rPr>
        <w:t xml:space="preserve">4(г) </w:t>
      </w:r>
      <w:r w:rsidRPr="00B036F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B036F5">
        <w:rPr>
          <w:szCs w:val="28"/>
          <w:lang w:val="ru-RU"/>
        </w:rPr>
        <w:t>, уменьшение температуры?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szCs w:val="28"/>
          <w:lang w:val="ru-RU"/>
        </w:rPr>
        <w:t>1)равновесие сместится влево; 2)равновесие сместится вправо;   3)</w:t>
      </w:r>
      <w:r w:rsidRPr="00B036F5">
        <w:rPr>
          <w:szCs w:val="24"/>
          <w:lang w:val="ru-RU"/>
        </w:rPr>
        <w:t>равновесие не сместится</w:t>
      </w:r>
    </w:p>
    <w:p w:rsidR="007B68C2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54.</w:t>
      </w:r>
      <w:r w:rsidRPr="00B036F5">
        <w:rPr>
          <w:rFonts w:cs="Times New Roman CYR"/>
          <w:szCs w:val="28"/>
          <w:lang w:val="ru-RU"/>
        </w:rPr>
        <w:t xml:space="preserve"> 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55.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szCs w:val="28"/>
          <w:lang w:val="ru-RU"/>
        </w:rPr>
        <w:t xml:space="preserve">Как изменится скорость реакции, уравнение которой </w:t>
      </w:r>
      <w:r>
        <w:rPr>
          <w:szCs w:val="28"/>
        </w:rPr>
        <w:t>CO</w:t>
      </w:r>
      <w:r w:rsidRPr="00B036F5">
        <w:rPr>
          <w:szCs w:val="28"/>
          <w:lang w:val="ru-RU"/>
        </w:rPr>
        <w:t xml:space="preserve"> + 2</w:t>
      </w:r>
      <w:r>
        <w:rPr>
          <w:szCs w:val="28"/>
        </w:rPr>
        <w:t>H</w:t>
      </w:r>
      <w:r w:rsidRPr="00B036F5">
        <w:rPr>
          <w:szCs w:val="28"/>
          <w:vertAlign w:val="subscript"/>
          <w:lang w:val="ru-RU"/>
        </w:rPr>
        <w:t>2</w:t>
      </w:r>
      <w:r w:rsidRPr="00B036F5">
        <w:rPr>
          <w:szCs w:val="28"/>
          <w:lang w:val="ru-RU"/>
        </w:rPr>
        <w:t xml:space="preserve"> → </w:t>
      </w:r>
      <w:r>
        <w:rPr>
          <w:szCs w:val="28"/>
        </w:rPr>
        <w:t>CH</w:t>
      </w:r>
      <w:r w:rsidRPr="00B036F5">
        <w:rPr>
          <w:szCs w:val="28"/>
          <w:vertAlign w:val="subscript"/>
          <w:lang w:val="ru-RU"/>
        </w:rPr>
        <w:t>3</w:t>
      </w:r>
      <w:r>
        <w:rPr>
          <w:szCs w:val="28"/>
        </w:rPr>
        <w:t>OH</w:t>
      </w:r>
      <w:r w:rsidRPr="00B036F5">
        <w:rPr>
          <w:szCs w:val="28"/>
          <w:lang w:val="ru-RU"/>
        </w:rPr>
        <w:t>, при уменьшении давления в реагирующей системе в 4 раза?</w:t>
      </w:r>
    </w:p>
    <w:p w:rsidR="007B68C2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B036F5" w:rsidRDefault="007B68C2" w:rsidP="008921D6">
      <w:pPr>
        <w:pStyle w:val="aa"/>
        <w:rPr>
          <w:sz w:val="24"/>
          <w:szCs w:val="24"/>
          <w:lang w:val="ru-RU"/>
        </w:rPr>
      </w:pPr>
      <w:r w:rsidRPr="00B036F5">
        <w:rPr>
          <w:b/>
          <w:sz w:val="24"/>
          <w:szCs w:val="24"/>
          <w:lang w:val="ru-RU"/>
        </w:rPr>
        <w:t xml:space="preserve">Задание 56. </w:t>
      </w:r>
      <w:r w:rsidRPr="00B036F5">
        <w:rPr>
          <w:sz w:val="24"/>
          <w:szCs w:val="24"/>
          <w:lang w:val="ru-RU"/>
        </w:rPr>
        <w:t xml:space="preserve">Какой вид имеет выражение скорости прямой реакции:  </w:t>
      </w:r>
      <w:r w:rsidRPr="000574C6">
        <w:rPr>
          <w:sz w:val="24"/>
          <w:szCs w:val="24"/>
        </w:rPr>
        <w:t>FeO</w:t>
      </w:r>
      <w:r w:rsidRPr="00B036F5">
        <w:rPr>
          <w:sz w:val="24"/>
          <w:szCs w:val="24"/>
          <w:vertAlign w:val="subscript"/>
          <w:lang w:val="ru-RU"/>
        </w:rPr>
        <w:t>(т)</w:t>
      </w:r>
      <w:r w:rsidRPr="00B036F5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B036F5">
        <w:rPr>
          <w:sz w:val="24"/>
          <w:szCs w:val="24"/>
          <w:vertAlign w:val="subscript"/>
          <w:lang w:val="ru-RU"/>
        </w:rPr>
        <w:t>(г)</w:t>
      </w:r>
      <w:r w:rsidRPr="00B036F5">
        <w:rPr>
          <w:sz w:val="24"/>
          <w:szCs w:val="24"/>
          <w:lang w:val="ru-RU"/>
        </w:rPr>
        <w:t xml:space="preserve">   →  </w:t>
      </w:r>
      <w:r w:rsidRPr="000574C6">
        <w:rPr>
          <w:sz w:val="24"/>
          <w:szCs w:val="24"/>
        </w:rPr>
        <w:t>Fe</w:t>
      </w:r>
      <w:r w:rsidRPr="00B036F5">
        <w:rPr>
          <w:sz w:val="24"/>
          <w:szCs w:val="24"/>
          <w:vertAlign w:val="subscript"/>
          <w:lang w:val="ru-RU"/>
        </w:rPr>
        <w:t>(т)</w:t>
      </w:r>
      <w:r w:rsidRPr="00B036F5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B036F5">
        <w:rPr>
          <w:sz w:val="24"/>
          <w:szCs w:val="24"/>
          <w:vertAlign w:val="subscript"/>
          <w:lang w:val="ru-RU"/>
        </w:rPr>
        <w:t>2(г)</w:t>
      </w:r>
      <w:r w:rsidRPr="00B036F5">
        <w:rPr>
          <w:sz w:val="24"/>
          <w:szCs w:val="24"/>
          <w:lang w:val="ru-RU"/>
        </w:rPr>
        <w:t>.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i/>
          <w:lang w:val="ru-RU"/>
        </w:rPr>
        <w:t xml:space="preserve">варианты ответов: </w:t>
      </w:r>
      <w:r w:rsidRPr="00B036F5">
        <w:rPr>
          <w:lang w:val="ru-RU"/>
        </w:rPr>
        <w:t xml:space="preserve">1) </w:t>
      </w:r>
      <w:r>
        <w:t>V</w:t>
      </w:r>
      <w:r w:rsidRPr="00B036F5">
        <w:rPr>
          <w:lang w:val="ru-RU"/>
        </w:rPr>
        <w:t>=</w:t>
      </w:r>
      <w:r>
        <w:t>k</w:t>
      </w:r>
      <w:r w:rsidRPr="00B036F5">
        <w:rPr>
          <w:lang w:val="ru-RU"/>
        </w:rPr>
        <w:t>[</w:t>
      </w:r>
      <w:r>
        <w:t>CO</w:t>
      </w:r>
      <w:r w:rsidRPr="00B036F5">
        <w:rPr>
          <w:lang w:val="ru-RU"/>
        </w:rPr>
        <w:t xml:space="preserve">];  2) </w:t>
      </w:r>
      <w:r>
        <w:t>V</w:t>
      </w:r>
      <w:r w:rsidRPr="00B036F5">
        <w:rPr>
          <w:lang w:val="ru-RU"/>
        </w:rPr>
        <w:t>=</w:t>
      </w:r>
      <w:r>
        <w:t>k</w:t>
      </w:r>
      <w:r w:rsidRPr="00B036F5">
        <w:rPr>
          <w:lang w:val="ru-RU"/>
        </w:rPr>
        <w:t>[</w:t>
      </w:r>
      <w:r>
        <w:t>FeO</w:t>
      </w:r>
      <w:r w:rsidRPr="00B036F5">
        <w:rPr>
          <w:lang w:val="ru-RU"/>
        </w:rPr>
        <w:t>][</w:t>
      </w:r>
      <w:r>
        <w:t>CO</w:t>
      </w:r>
      <w:r w:rsidRPr="00B036F5">
        <w:rPr>
          <w:lang w:val="ru-RU"/>
        </w:rPr>
        <w:t xml:space="preserve">];   3) </w:t>
      </w:r>
      <w:r>
        <w:t>V</w:t>
      </w:r>
      <w:r w:rsidRPr="00B036F5">
        <w:rPr>
          <w:lang w:val="ru-RU"/>
        </w:rPr>
        <w:t>=</w:t>
      </w:r>
      <w:r>
        <w:t>k</w:t>
      </w:r>
      <w:r w:rsidRPr="00B036F5">
        <w:rPr>
          <w:lang w:val="ru-RU"/>
        </w:rPr>
        <w:t>[</w:t>
      </w:r>
      <w:r>
        <w:t>C</w:t>
      </w:r>
      <w:r w:rsidRPr="00B036F5">
        <w:rPr>
          <w:lang w:val="ru-RU"/>
        </w:rPr>
        <w:t>О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].</w:t>
      </w:r>
    </w:p>
    <w:p w:rsidR="007B68C2" w:rsidRPr="000B292E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B036F5" w:rsidRDefault="007B68C2" w:rsidP="008921D6">
      <w:pPr>
        <w:pStyle w:val="aa"/>
        <w:tabs>
          <w:tab w:val="left" w:pos="-142"/>
        </w:tabs>
        <w:ind w:left="284" w:hanging="284"/>
        <w:jc w:val="both"/>
        <w:rPr>
          <w:sz w:val="24"/>
          <w:lang w:val="ru-RU"/>
        </w:rPr>
      </w:pPr>
      <w:r w:rsidRPr="00B036F5">
        <w:rPr>
          <w:b/>
          <w:sz w:val="24"/>
          <w:szCs w:val="24"/>
          <w:lang w:val="ru-RU"/>
        </w:rPr>
        <w:t>Задание 57.</w:t>
      </w:r>
      <w:r w:rsidRPr="00B036F5">
        <w:rPr>
          <w:lang w:val="ru-RU"/>
        </w:rPr>
        <w:t xml:space="preserve"> </w:t>
      </w:r>
      <w:r w:rsidRPr="00B036F5">
        <w:rPr>
          <w:sz w:val="24"/>
          <w:lang w:val="ru-RU"/>
        </w:rPr>
        <w:t>Какой вид имеет выражение константы равновесия данной реакции:  2</w:t>
      </w:r>
      <w:r>
        <w:rPr>
          <w:sz w:val="24"/>
        </w:rPr>
        <w:t>NO</w:t>
      </w:r>
      <w:r w:rsidRPr="00B036F5">
        <w:rPr>
          <w:sz w:val="24"/>
          <w:lang w:val="ru-RU"/>
        </w:rPr>
        <w:t>(г) +</w:t>
      </w:r>
      <w:r>
        <w:rPr>
          <w:sz w:val="24"/>
        </w:rPr>
        <w:t>O</w:t>
      </w:r>
      <w:r w:rsidRPr="00B036F5">
        <w:rPr>
          <w:sz w:val="24"/>
          <w:vertAlign w:val="subscript"/>
          <w:lang w:val="ru-RU"/>
        </w:rPr>
        <w:t>2</w:t>
      </w:r>
      <w:r w:rsidRPr="00B036F5">
        <w:rPr>
          <w:sz w:val="24"/>
          <w:lang w:val="ru-RU"/>
        </w:rPr>
        <w:t xml:space="preserve">(г)  </w:t>
      </w:r>
      <w:r w:rsidRPr="00B036F5">
        <w:rPr>
          <w:rFonts w:ascii="Lucida Sans Unicode" w:hAnsi="Lucida Sans Unicode"/>
          <w:sz w:val="24"/>
          <w:lang w:val="ru-RU"/>
        </w:rPr>
        <w:t>⇄</w:t>
      </w:r>
      <w:r w:rsidRPr="00B036F5">
        <w:rPr>
          <w:sz w:val="24"/>
          <w:lang w:val="ru-RU"/>
        </w:rPr>
        <w:t xml:space="preserve">   2</w:t>
      </w:r>
      <w:r>
        <w:rPr>
          <w:sz w:val="24"/>
        </w:rPr>
        <w:t>NO</w:t>
      </w:r>
      <w:r w:rsidRPr="00B036F5">
        <w:rPr>
          <w:sz w:val="24"/>
          <w:vertAlign w:val="subscript"/>
          <w:lang w:val="ru-RU"/>
        </w:rPr>
        <w:t>2</w:t>
      </w:r>
      <w:r w:rsidRPr="00B036F5">
        <w:rPr>
          <w:sz w:val="24"/>
          <w:lang w:val="ru-RU"/>
        </w:rPr>
        <w:t>(г)+</w:t>
      </w:r>
      <w:r>
        <w:rPr>
          <w:sz w:val="24"/>
        </w:rPr>
        <w:t>Q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pStyle w:val="aa"/>
        <w:tabs>
          <w:tab w:val="left" w:pos="-142"/>
        </w:tabs>
        <w:ind w:left="284"/>
        <w:jc w:val="both"/>
        <w:rPr>
          <w:b/>
          <w:bCs/>
          <w:i/>
          <w:iCs/>
          <w:lang w:val="ru-RU"/>
        </w:rPr>
      </w:pPr>
      <w:r w:rsidRPr="00B036F5">
        <w:rPr>
          <w:sz w:val="24"/>
          <w:szCs w:val="24"/>
          <w:lang w:val="ru-RU"/>
        </w:rPr>
        <w:t>1)</w:t>
      </w:r>
      <w:r w:rsidRPr="00B036F5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072" type="#_x0000_t75" style="width:78.75pt;height:37.5pt" o:ole="">
            <v:imagedata r:id="rId91" o:title=""/>
          </v:shape>
          <o:OLEObject Type="Embed" ProgID="Equation.3" ShapeID="_x0000_i1072" DrawAspect="Content" ObjectID="_1840792682" r:id="rId92"/>
        </w:object>
      </w:r>
      <w:r w:rsidRPr="00B036F5">
        <w:rPr>
          <w:lang w:val="ru-RU"/>
        </w:rPr>
        <w:t xml:space="preserve">;       </w:t>
      </w:r>
      <w:r w:rsidRPr="00B036F5">
        <w:rPr>
          <w:sz w:val="24"/>
          <w:szCs w:val="24"/>
          <w:lang w:val="ru-RU"/>
        </w:rPr>
        <w:t>2)</w:t>
      </w:r>
      <w:r w:rsidRPr="00B036F5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073" type="#_x0000_t75" style="width:78.75pt;height:37.5pt" o:ole="">
            <v:imagedata r:id="rId93" o:title=""/>
          </v:shape>
          <o:OLEObject Type="Embed" ProgID="Equation.3" ShapeID="_x0000_i1073" DrawAspect="Content" ObjectID="_1840792683" r:id="rId94"/>
        </w:object>
      </w:r>
      <w:r w:rsidRPr="00B036F5">
        <w:rPr>
          <w:lang w:val="ru-RU"/>
        </w:rPr>
        <w:t xml:space="preserve">;      </w:t>
      </w:r>
      <w:r w:rsidRPr="00B036F5">
        <w:rPr>
          <w:sz w:val="24"/>
          <w:szCs w:val="24"/>
          <w:lang w:val="ru-RU"/>
        </w:rPr>
        <w:t>3)</w:t>
      </w:r>
      <w:r w:rsidRPr="00B036F5">
        <w:rPr>
          <w:lang w:val="ru-RU"/>
        </w:rPr>
        <w:t xml:space="preserve">  </w:t>
      </w:r>
      <w:r w:rsidRPr="007017B6">
        <w:rPr>
          <w:position w:val="-30"/>
        </w:rPr>
        <w:object w:dxaOrig="1420" w:dyaOrig="700">
          <v:shape id="_x0000_i1074" type="#_x0000_t75" style="width:70.5pt;height:34.5pt" o:ole="">
            <v:imagedata r:id="rId95" o:title=""/>
          </v:shape>
          <o:OLEObject Type="Embed" ProgID="Equation.3" ShapeID="_x0000_i1074" DrawAspect="Content" ObjectID="_1840792684" r:id="rId96"/>
        </w:objec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58.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Дана реакция:  3</w:t>
      </w:r>
      <w:r>
        <w:t>Fe</w:t>
      </w:r>
      <w:r w:rsidRPr="00B036F5">
        <w:rPr>
          <w:lang w:val="ru-RU"/>
        </w:rPr>
        <w:t>(т)+4Н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О(г)   </w:t>
      </w:r>
      <w:r w:rsidRPr="00B036F5">
        <w:rPr>
          <w:rFonts w:ascii="Lucida Sans Unicode" w:hAnsi="Lucida Sans Unicode"/>
          <w:lang w:val="ru-RU"/>
        </w:rPr>
        <w:t>⇄</w:t>
      </w:r>
      <w:r w:rsidRPr="00B036F5">
        <w:rPr>
          <w:lang w:val="ru-RU"/>
        </w:rPr>
        <w:t xml:space="preserve">  </w:t>
      </w:r>
      <w:r>
        <w:t>Fe</w:t>
      </w:r>
      <w:r w:rsidRPr="00B036F5">
        <w:rPr>
          <w:vertAlign w:val="subscript"/>
          <w:lang w:val="ru-RU"/>
        </w:rPr>
        <w:t>3</w:t>
      </w:r>
      <w:r>
        <w:t>O</w:t>
      </w:r>
      <w:r w:rsidRPr="00B036F5">
        <w:rPr>
          <w:vertAlign w:val="subscript"/>
          <w:lang w:val="ru-RU"/>
        </w:rPr>
        <w:t>4</w:t>
      </w:r>
      <w:r w:rsidRPr="00B036F5">
        <w:rPr>
          <w:lang w:val="ru-RU"/>
        </w:rPr>
        <w:t>(т) +4Н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(г). Какой вид имеет выражение константы равновесия?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widowControl w:val="0"/>
        <w:spacing w:line="240" w:lineRule="auto"/>
        <w:rPr>
          <w:lang w:val="ru-RU"/>
        </w:rPr>
      </w:pPr>
      <w:r w:rsidRPr="00B036F5">
        <w:rPr>
          <w:lang w:val="ru-RU"/>
        </w:rPr>
        <w:lastRenderedPageBreak/>
        <w:t xml:space="preserve">1) </w:t>
      </w:r>
      <w:r w:rsidRPr="009711D0">
        <w:rPr>
          <w:position w:val="-32"/>
        </w:rPr>
        <w:object w:dxaOrig="1280" w:dyaOrig="760">
          <v:shape id="_x0000_i1075" type="#_x0000_t75" style="width:63pt;height:37.5pt" o:ole="">
            <v:imagedata r:id="rId97" o:title=""/>
          </v:shape>
          <o:OLEObject Type="Embed" ProgID="Equation.3" ShapeID="_x0000_i1075" DrawAspect="Content" ObjectID="_1840792685" r:id="rId98"/>
        </w:object>
      </w:r>
      <w:r w:rsidRPr="00B036F5">
        <w:rPr>
          <w:lang w:val="ru-RU"/>
        </w:rPr>
        <w:t xml:space="preserve">;    2) </w:t>
      </w:r>
      <w:r w:rsidRPr="009711D0">
        <w:rPr>
          <w:position w:val="-32"/>
        </w:rPr>
        <w:object w:dxaOrig="1120" w:dyaOrig="760">
          <v:shape id="_x0000_i1076" type="#_x0000_t75" style="width:56.25pt;height:37.5pt" o:ole="">
            <v:imagedata r:id="rId99" o:title=""/>
          </v:shape>
          <o:OLEObject Type="Embed" ProgID="Equation.3" ShapeID="_x0000_i1076" DrawAspect="Content" ObjectID="_1840792686" r:id="rId100"/>
        </w:object>
      </w:r>
      <w:r w:rsidRPr="00B036F5">
        <w:rPr>
          <w:lang w:val="ru-RU"/>
        </w:rPr>
        <w:t xml:space="preserve">;       3) </w:t>
      </w:r>
      <w:r w:rsidRPr="00E7400B">
        <w:rPr>
          <w:position w:val="-32"/>
        </w:rPr>
        <w:object w:dxaOrig="1280" w:dyaOrig="760">
          <v:shape id="_x0000_i1077" type="#_x0000_t75" style="width:63pt;height:37.5pt" o:ole="">
            <v:imagedata r:id="rId101" o:title=""/>
          </v:shape>
          <o:OLEObject Type="Embed" ProgID="Equation.3" ShapeID="_x0000_i1077" DrawAspect="Content" ObjectID="_1840792687" r:id="rId102"/>
        </w:object>
      </w:r>
    </w:p>
    <w:p w:rsidR="007B68C2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59.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Дана реакция:  4НС</w:t>
      </w:r>
      <w:r>
        <w:t>l</w:t>
      </w:r>
      <w:r w:rsidRPr="00B036F5">
        <w:rPr>
          <w:vertAlign w:val="subscript"/>
          <w:lang w:val="ru-RU"/>
        </w:rPr>
        <w:t>(г)</w:t>
      </w:r>
      <w:r w:rsidRPr="00B036F5">
        <w:rPr>
          <w:lang w:val="ru-RU"/>
        </w:rPr>
        <w:t xml:space="preserve"> +О</w:t>
      </w:r>
      <w:r w:rsidRPr="00B036F5">
        <w:rPr>
          <w:vertAlign w:val="subscript"/>
          <w:lang w:val="ru-RU"/>
        </w:rPr>
        <w:t>2(г)</w:t>
      </w:r>
      <w:r w:rsidRPr="00B036F5">
        <w:rPr>
          <w:lang w:val="ru-RU"/>
        </w:rPr>
        <w:t xml:space="preserve">  </w:t>
      </w:r>
      <w:r w:rsidRPr="00B036F5">
        <w:rPr>
          <w:rFonts w:ascii="Lucida Sans Unicode" w:hAnsi="Lucida Sans Unicode"/>
          <w:lang w:val="ru-RU"/>
        </w:rPr>
        <w:t>⇄</w:t>
      </w:r>
      <w:r w:rsidRPr="00B036F5">
        <w:rPr>
          <w:lang w:val="ru-RU"/>
        </w:rPr>
        <w:t xml:space="preserve">  2С</w:t>
      </w:r>
      <w:r>
        <w:t>l</w:t>
      </w:r>
      <w:r w:rsidRPr="00B036F5">
        <w:rPr>
          <w:vertAlign w:val="subscript"/>
          <w:lang w:val="ru-RU"/>
        </w:rPr>
        <w:t>2 (г)</w:t>
      </w:r>
      <w:r w:rsidRPr="00B036F5">
        <w:rPr>
          <w:lang w:val="ru-RU"/>
        </w:rPr>
        <w:t xml:space="preserve"> +2</w:t>
      </w:r>
      <w:r>
        <w:t>H</w:t>
      </w:r>
      <w:r w:rsidRPr="00B036F5">
        <w:rPr>
          <w:vertAlign w:val="subscript"/>
          <w:lang w:val="ru-RU"/>
        </w:rPr>
        <w:t>2</w:t>
      </w:r>
      <w:r>
        <w:t>O</w:t>
      </w:r>
      <w:r w:rsidRPr="00B036F5">
        <w:rPr>
          <w:vertAlign w:val="subscript"/>
          <w:lang w:val="ru-RU"/>
        </w:rPr>
        <w:t>(г)</w:t>
      </w:r>
      <w:r w:rsidRPr="00B036F5">
        <w:rPr>
          <w:lang w:val="ru-RU"/>
        </w:rPr>
        <w:t>. Какое значение имеет константа равновесия, если равновесные концентрации равны (моль/л):  [</w:t>
      </w:r>
      <w:r>
        <w:t>HCl</w:t>
      </w:r>
      <w:r w:rsidRPr="00B036F5">
        <w:rPr>
          <w:lang w:val="ru-RU"/>
        </w:rPr>
        <w:t>]=0,1;   [</w:t>
      </w:r>
      <w:r>
        <w:t>O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]=0,2;  [</w:t>
      </w:r>
      <w:r>
        <w:t>Cl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]=0,2;  [</w:t>
      </w:r>
      <w:r>
        <w:t>H</w:t>
      </w:r>
      <w:r w:rsidRPr="00B036F5">
        <w:rPr>
          <w:vertAlign w:val="subscript"/>
          <w:lang w:val="ru-RU"/>
        </w:rPr>
        <w:t>2</w:t>
      </w:r>
      <w:r>
        <w:t>O</w:t>
      </w:r>
      <w:r w:rsidRPr="00B036F5">
        <w:rPr>
          <w:lang w:val="ru-RU"/>
        </w:rPr>
        <w:t>]=0,1?</w:t>
      </w:r>
    </w:p>
    <w:p w:rsidR="007B68C2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b/>
          <w:szCs w:val="24"/>
          <w:lang w:val="ru-RU"/>
        </w:rPr>
        <w:t>Задание 60.</w:t>
      </w:r>
      <w:r w:rsidRPr="00B036F5">
        <w:rPr>
          <w:szCs w:val="28"/>
          <w:lang w:val="ru-RU"/>
        </w:rPr>
        <w:t xml:space="preserve"> Как повлияет на находящуюся в равновесии систему, уравнение которой С</w:t>
      </w:r>
      <w:r w:rsidRPr="00B036F5">
        <w:rPr>
          <w:szCs w:val="28"/>
          <w:vertAlign w:val="subscript"/>
          <w:lang w:val="ru-RU"/>
        </w:rPr>
        <w:t xml:space="preserve">(т) </w:t>
      </w:r>
      <w:r w:rsidRPr="00B036F5">
        <w:rPr>
          <w:szCs w:val="28"/>
          <w:lang w:val="ru-RU"/>
        </w:rPr>
        <w:t>+ 2</w:t>
      </w:r>
      <w:r>
        <w:rPr>
          <w:szCs w:val="28"/>
        </w:rPr>
        <w:t>F</w:t>
      </w:r>
      <w:r w:rsidRPr="00B036F5">
        <w:rPr>
          <w:szCs w:val="28"/>
          <w:vertAlign w:val="subscript"/>
          <w:lang w:val="ru-RU"/>
        </w:rPr>
        <w:t xml:space="preserve">2(г) </w:t>
      </w:r>
      <w:r w:rsidRPr="00B036F5">
        <w:rPr>
          <w:szCs w:val="28"/>
          <w:lang w:val="ru-RU"/>
        </w:rPr>
        <w:t>↔ С</w:t>
      </w:r>
      <w:r>
        <w:rPr>
          <w:szCs w:val="28"/>
        </w:rPr>
        <w:t>F</w:t>
      </w:r>
      <w:r w:rsidRPr="00B036F5">
        <w:rPr>
          <w:szCs w:val="28"/>
          <w:vertAlign w:val="subscript"/>
          <w:lang w:val="ru-RU"/>
        </w:rPr>
        <w:t xml:space="preserve">4(г) </w:t>
      </w:r>
      <w:r w:rsidRPr="00B036F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B036F5">
        <w:rPr>
          <w:szCs w:val="28"/>
          <w:lang w:val="ru-RU"/>
        </w:rPr>
        <w:t>, увеличение давления?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tabs>
          <w:tab w:val="num" w:pos="1514"/>
        </w:tabs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>1)равновесие сместится влево;   2)равновесие сместится вправо; 3) равновесие не сместится</w:t>
      </w:r>
    </w:p>
    <w:p w:rsidR="007B68C2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8D0C18" w:rsidRDefault="007B68C2" w:rsidP="008921D6">
      <w:pPr>
        <w:pStyle w:val="14"/>
        <w:widowControl/>
        <w:rPr>
          <w:i/>
          <w:snapToGrid/>
          <w:sz w:val="24"/>
          <w:szCs w:val="24"/>
        </w:rPr>
      </w:pPr>
      <w:r w:rsidRPr="008D0C18">
        <w:rPr>
          <w:b/>
          <w:sz w:val="24"/>
          <w:szCs w:val="24"/>
        </w:rPr>
        <w:t>Задание</w:t>
      </w:r>
      <w:r>
        <w:rPr>
          <w:b/>
          <w:sz w:val="24"/>
          <w:szCs w:val="24"/>
        </w:rPr>
        <w:t xml:space="preserve"> 61.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ab/>
      </w:r>
      <w:r w:rsidRPr="00B036F5">
        <w:rPr>
          <w:szCs w:val="28"/>
          <w:lang w:val="ru-RU"/>
        </w:rPr>
        <w:tab/>
      </w:r>
      <w:r>
        <w:rPr>
          <w:szCs w:val="28"/>
        </w:rPr>
        <w:t>CH</w:t>
      </w:r>
      <w:r w:rsidRPr="00B036F5">
        <w:rPr>
          <w:szCs w:val="28"/>
          <w:vertAlign w:val="subscript"/>
          <w:lang w:val="ru-RU"/>
        </w:rPr>
        <w:t xml:space="preserve">4(г) </w:t>
      </w:r>
      <w:r w:rsidRPr="00B036F5">
        <w:rPr>
          <w:szCs w:val="28"/>
          <w:lang w:val="ru-RU"/>
        </w:rPr>
        <w:t>+ 4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(ж) </w:t>
      </w:r>
      <w:r w:rsidRPr="00B036F5">
        <w:rPr>
          <w:szCs w:val="28"/>
          <w:lang w:val="ru-RU"/>
        </w:rPr>
        <w:t>↔ С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2(г) </w:t>
      </w:r>
      <w:r w:rsidRPr="00B036F5">
        <w:rPr>
          <w:szCs w:val="28"/>
          <w:lang w:val="ru-RU"/>
        </w:rPr>
        <w:t>+ 2</w:t>
      </w:r>
      <w:r>
        <w:rPr>
          <w:szCs w:val="28"/>
        </w:rPr>
        <w:t>H</w:t>
      </w:r>
      <w:r w:rsidRPr="00B036F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(г) </w:t>
      </w:r>
      <w:r w:rsidRPr="00B036F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B036F5">
        <w:rPr>
          <w:szCs w:val="28"/>
          <w:lang w:val="ru-RU"/>
        </w:rPr>
        <w:t>: дополнительное введение серы?</w:t>
      </w:r>
    </w:p>
    <w:p w:rsidR="007B68C2" w:rsidRDefault="007B68C2" w:rsidP="008921D6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7B68C2" w:rsidRDefault="007B68C2" w:rsidP="008921D6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7B68C2" w:rsidRDefault="007B68C2" w:rsidP="008921D6">
      <w:pPr>
        <w:numPr>
          <w:ilvl w:val="0"/>
          <w:numId w:val="27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7B68C2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Default="007B68C2" w:rsidP="008921D6">
      <w:pPr>
        <w:spacing w:line="240" w:lineRule="auto"/>
        <w:rPr>
          <w:szCs w:val="28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62.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ab/>
      </w:r>
      <w:r w:rsidRPr="00B036F5">
        <w:rPr>
          <w:szCs w:val="28"/>
          <w:lang w:val="ru-RU"/>
        </w:rPr>
        <w:tab/>
      </w:r>
      <w:r>
        <w:rPr>
          <w:szCs w:val="28"/>
        </w:rPr>
        <w:t>CH</w:t>
      </w:r>
      <w:r w:rsidRPr="00B036F5">
        <w:rPr>
          <w:szCs w:val="28"/>
          <w:vertAlign w:val="subscript"/>
          <w:lang w:val="ru-RU"/>
        </w:rPr>
        <w:t xml:space="preserve">4(г) </w:t>
      </w:r>
      <w:r w:rsidRPr="00B036F5">
        <w:rPr>
          <w:szCs w:val="28"/>
          <w:lang w:val="ru-RU"/>
        </w:rPr>
        <w:t>+ 4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(ж) </w:t>
      </w:r>
      <w:r w:rsidRPr="00B036F5">
        <w:rPr>
          <w:szCs w:val="28"/>
          <w:lang w:val="ru-RU"/>
        </w:rPr>
        <w:t>↔ С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2(г) </w:t>
      </w:r>
      <w:r w:rsidRPr="00B036F5">
        <w:rPr>
          <w:szCs w:val="28"/>
          <w:lang w:val="ru-RU"/>
        </w:rPr>
        <w:t>+ 2</w:t>
      </w:r>
      <w:r>
        <w:rPr>
          <w:szCs w:val="28"/>
        </w:rPr>
        <w:t>H</w:t>
      </w:r>
      <w:r w:rsidRPr="00B036F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(г) </w:t>
      </w:r>
      <w:r w:rsidRPr="00B036F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B036F5">
        <w:rPr>
          <w:szCs w:val="28"/>
          <w:lang w:val="ru-RU"/>
        </w:rPr>
        <w:t xml:space="preserve"> понижение температуры?</w:t>
      </w:r>
    </w:p>
    <w:p w:rsidR="007B68C2" w:rsidRDefault="007B68C2" w:rsidP="008921D6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7B68C2" w:rsidRDefault="007B68C2" w:rsidP="008921D6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7B68C2" w:rsidRDefault="007B68C2" w:rsidP="008921D6">
      <w:pPr>
        <w:numPr>
          <w:ilvl w:val="0"/>
          <w:numId w:val="34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7B68C2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E06BBA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63</w:t>
      </w:r>
      <w:r w:rsidRPr="00E06BBA">
        <w:rPr>
          <w:b/>
          <w:szCs w:val="24"/>
        </w:rPr>
        <w:t>.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ab/>
      </w:r>
      <w:r w:rsidRPr="00B036F5">
        <w:rPr>
          <w:szCs w:val="28"/>
          <w:lang w:val="ru-RU"/>
        </w:rPr>
        <w:tab/>
      </w:r>
      <w:r>
        <w:rPr>
          <w:szCs w:val="28"/>
        </w:rPr>
        <w:t>CH</w:t>
      </w:r>
      <w:r w:rsidRPr="00B036F5">
        <w:rPr>
          <w:szCs w:val="28"/>
          <w:vertAlign w:val="subscript"/>
          <w:lang w:val="ru-RU"/>
        </w:rPr>
        <w:t xml:space="preserve">4(г) </w:t>
      </w:r>
      <w:r w:rsidRPr="00B036F5">
        <w:rPr>
          <w:szCs w:val="28"/>
          <w:lang w:val="ru-RU"/>
        </w:rPr>
        <w:t>+ 4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(ж) </w:t>
      </w:r>
      <w:r w:rsidRPr="00B036F5">
        <w:rPr>
          <w:szCs w:val="28"/>
          <w:lang w:val="ru-RU"/>
        </w:rPr>
        <w:t>↔ С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2(г) </w:t>
      </w:r>
      <w:r w:rsidRPr="00B036F5">
        <w:rPr>
          <w:szCs w:val="28"/>
          <w:lang w:val="ru-RU"/>
        </w:rPr>
        <w:t>+ 2</w:t>
      </w:r>
      <w:r>
        <w:rPr>
          <w:szCs w:val="28"/>
        </w:rPr>
        <w:t>H</w:t>
      </w:r>
      <w:r w:rsidRPr="00B036F5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B036F5">
        <w:rPr>
          <w:szCs w:val="28"/>
          <w:vertAlign w:val="subscript"/>
          <w:lang w:val="ru-RU"/>
        </w:rPr>
        <w:t xml:space="preserve">(г) </w:t>
      </w:r>
      <w:r w:rsidRPr="00B036F5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B036F5">
        <w:rPr>
          <w:szCs w:val="28"/>
          <w:lang w:val="ru-RU"/>
        </w:rPr>
        <w:t xml:space="preserve"> увеличение концентрации сероводорода?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Default="007B68C2" w:rsidP="008921D6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7B68C2" w:rsidRDefault="007B68C2" w:rsidP="008921D6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7B68C2" w:rsidRDefault="007B68C2" w:rsidP="008921D6">
      <w:pPr>
        <w:numPr>
          <w:ilvl w:val="0"/>
          <w:numId w:val="20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7B68C2" w:rsidRPr="00E06BBA" w:rsidRDefault="007B68C2" w:rsidP="008921D6">
      <w:pPr>
        <w:spacing w:line="240" w:lineRule="auto"/>
        <w:rPr>
          <w:szCs w:val="24"/>
        </w:rPr>
      </w:pPr>
    </w:p>
    <w:p w:rsidR="007B68C2" w:rsidRPr="008D0C18" w:rsidRDefault="007B68C2" w:rsidP="008921D6">
      <w:pPr>
        <w:spacing w:line="240" w:lineRule="auto"/>
        <w:rPr>
          <w:b/>
          <w:szCs w:val="24"/>
        </w:rPr>
      </w:pPr>
      <w:r w:rsidRPr="008D0C18">
        <w:rPr>
          <w:b/>
          <w:szCs w:val="24"/>
        </w:rPr>
        <w:t xml:space="preserve">Задание </w:t>
      </w:r>
      <w:r>
        <w:rPr>
          <w:b/>
          <w:szCs w:val="24"/>
        </w:rPr>
        <w:t>64</w:t>
      </w:r>
      <w:r w:rsidRPr="008D0C18">
        <w:rPr>
          <w:b/>
          <w:szCs w:val="24"/>
        </w:rPr>
        <w:t>.</w:t>
      </w:r>
    </w:p>
    <w:p w:rsidR="007B68C2" w:rsidRPr="00B036F5" w:rsidRDefault="007B68C2" w:rsidP="008921D6">
      <w:pPr>
        <w:pStyle w:val="aa"/>
        <w:ind w:left="284" w:hanging="284"/>
        <w:rPr>
          <w:i/>
          <w:iCs/>
          <w:sz w:val="24"/>
          <w:szCs w:val="24"/>
          <w:lang w:val="ru-RU"/>
        </w:rPr>
      </w:pPr>
      <w:r w:rsidRPr="00B036F5">
        <w:rPr>
          <w:iCs/>
          <w:sz w:val="24"/>
          <w:szCs w:val="24"/>
          <w:lang w:val="ru-RU"/>
        </w:rPr>
        <w:t xml:space="preserve">    В каких реакциях изменение давления влияет на состояние равновесия системы?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iCs/>
          <w:lang w:val="ru-RU"/>
        </w:rPr>
      </w:pPr>
      <w:r w:rsidRPr="00B036F5">
        <w:rPr>
          <w:iCs/>
          <w:lang w:val="ru-RU"/>
        </w:rPr>
        <w:t>1)  2</w:t>
      </w:r>
      <w:r w:rsidRPr="008D0C18">
        <w:rPr>
          <w:iCs/>
        </w:rPr>
        <w:t>SO</w:t>
      </w:r>
      <w:r w:rsidRPr="00B036F5">
        <w:rPr>
          <w:iCs/>
          <w:vertAlign w:val="subscript"/>
          <w:lang w:val="ru-RU"/>
        </w:rPr>
        <w:t>2</w:t>
      </w:r>
      <w:r w:rsidRPr="00B036F5">
        <w:rPr>
          <w:iCs/>
          <w:lang w:val="ru-RU"/>
        </w:rPr>
        <w:t>(г) +</w:t>
      </w:r>
      <w:r w:rsidRPr="008D0C18">
        <w:rPr>
          <w:iCs/>
        </w:rPr>
        <w:t>O</w:t>
      </w:r>
      <w:r w:rsidRPr="00B036F5">
        <w:rPr>
          <w:iCs/>
          <w:vertAlign w:val="subscript"/>
          <w:lang w:val="ru-RU"/>
        </w:rPr>
        <w:t>2</w:t>
      </w:r>
      <w:r w:rsidRPr="00B036F5">
        <w:rPr>
          <w:iCs/>
          <w:lang w:val="ru-RU"/>
        </w:rPr>
        <w:t>(г)  →  2</w:t>
      </w:r>
      <w:r w:rsidRPr="008D0C18">
        <w:rPr>
          <w:iCs/>
        </w:rPr>
        <w:t>SO</w:t>
      </w:r>
      <w:r w:rsidRPr="00B036F5">
        <w:rPr>
          <w:iCs/>
          <w:vertAlign w:val="subscript"/>
          <w:lang w:val="ru-RU"/>
        </w:rPr>
        <w:t>3</w:t>
      </w:r>
      <w:r w:rsidRPr="00B036F5">
        <w:rPr>
          <w:iCs/>
          <w:lang w:val="ru-RU"/>
        </w:rPr>
        <w:t xml:space="preserve">(г);     </w:t>
      </w:r>
    </w:p>
    <w:p w:rsidR="007B68C2" w:rsidRPr="00B036F5" w:rsidRDefault="007B68C2" w:rsidP="008921D6">
      <w:pPr>
        <w:pStyle w:val="aa"/>
        <w:rPr>
          <w:iCs/>
          <w:sz w:val="24"/>
          <w:szCs w:val="24"/>
          <w:lang w:val="ru-RU"/>
        </w:rPr>
      </w:pPr>
      <w:r w:rsidRPr="00B036F5">
        <w:rPr>
          <w:iCs/>
          <w:sz w:val="24"/>
          <w:szCs w:val="24"/>
          <w:lang w:val="ru-RU"/>
        </w:rPr>
        <w:t xml:space="preserve">2)  </w:t>
      </w:r>
      <w:r w:rsidRPr="008D0C18">
        <w:rPr>
          <w:iCs/>
          <w:sz w:val="24"/>
          <w:szCs w:val="24"/>
        </w:rPr>
        <w:t>N</w:t>
      </w:r>
      <w:r w:rsidRPr="00B036F5">
        <w:rPr>
          <w:iCs/>
          <w:sz w:val="24"/>
          <w:szCs w:val="24"/>
          <w:vertAlign w:val="subscript"/>
          <w:lang w:val="ru-RU"/>
        </w:rPr>
        <w:t>2</w:t>
      </w:r>
      <w:r w:rsidRPr="00B036F5">
        <w:rPr>
          <w:iCs/>
          <w:sz w:val="24"/>
          <w:szCs w:val="24"/>
          <w:lang w:val="ru-RU"/>
        </w:rPr>
        <w:t>(г) +3</w:t>
      </w:r>
      <w:r w:rsidRPr="008D0C18">
        <w:rPr>
          <w:iCs/>
          <w:sz w:val="24"/>
          <w:szCs w:val="24"/>
        </w:rPr>
        <w:t>H</w:t>
      </w:r>
      <w:r w:rsidRPr="00B036F5">
        <w:rPr>
          <w:iCs/>
          <w:sz w:val="24"/>
          <w:szCs w:val="24"/>
          <w:vertAlign w:val="subscript"/>
          <w:lang w:val="ru-RU"/>
        </w:rPr>
        <w:t>2</w:t>
      </w:r>
      <w:r w:rsidRPr="00B036F5">
        <w:rPr>
          <w:iCs/>
          <w:sz w:val="24"/>
          <w:szCs w:val="24"/>
          <w:lang w:val="ru-RU"/>
        </w:rPr>
        <w:t>(г)    →  2</w:t>
      </w:r>
      <w:r w:rsidRPr="008D0C18">
        <w:rPr>
          <w:iCs/>
          <w:sz w:val="24"/>
          <w:szCs w:val="24"/>
        </w:rPr>
        <w:t>NH</w:t>
      </w:r>
      <w:r w:rsidRPr="00B036F5">
        <w:rPr>
          <w:iCs/>
          <w:sz w:val="24"/>
          <w:szCs w:val="24"/>
          <w:vertAlign w:val="subscript"/>
          <w:lang w:val="ru-RU"/>
        </w:rPr>
        <w:t>3</w:t>
      </w:r>
      <w:r w:rsidRPr="00B036F5">
        <w:rPr>
          <w:iCs/>
          <w:sz w:val="24"/>
          <w:szCs w:val="24"/>
          <w:lang w:val="ru-RU"/>
        </w:rPr>
        <w:t xml:space="preserve">(г);    </w:t>
      </w:r>
    </w:p>
    <w:p w:rsidR="007B68C2" w:rsidRPr="00B036F5" w:rsidRDefault="007B68C2" w:rsidP="008921D6">
      <w:pPr>
        <w:pStyle w:val="aa"/>
        <w:rPr>
          <w:iCs/>
          <w:sz w:val="24"/>
          <w:szCs w:val="24"/>
          <w:lang w:val="ru-RU"/>
        </w:rPr>
      </w:pPr>
      <w:r w:rsidRPr="00B036F5">
        <w:rPr>
          <w:iCs/>
          <w:sz w:val="24"/>
          <w:szCs w:val="24"/>
          <w:lang w:val="ru-RU"/>
        </w:rPr>
        <w:t xml:space="preserve">3)  </w:t>
      </w:r>
      <w:r w:rsidRPr="008D0C18">
        <w:rPr>
          <w:iCs/>
          <w:sz w:val="24"/>
          <w:szCs w:val="24"/>
        </w:rPr>
        <w:t>FeO</w:t>
      </w:r>
      <w:r w:rsidRPr="00B036F5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B036F5">
        <w:rPr>
          <w:iCs/>
          <w:sz w:val="24"/>
          <w:szCs w:val="24"/>
          <w:lang w:val="ru-RU"/>
        </w:rPr>
        <w:t xml:space="preserve">(г)   →  </w:t>
      </w:r>
      <w:r w:rsidRPr="008D0C18">
        <w:rPr>
          <w:iCs/>
          <w:sz w:val="24"/>
          <w:szCs w:val="24"/>
        </w:rPr>
        <w:t>Fe</w:t>
      </w:r>
      <w:r w:rsidRPr="00B036F5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B036F5">
        <w:rPr>
          <w:iCs/>
          <w:sz w:val="24"/>
          <w:szCs w:val="24"/>
          <w:vertAlign w:val="subscript"/>
          <w:lang w:val="ru-RU"/>
        </w:rPr>
        <w:t>2</w:t>
      </w:r>
      <w:r w:rsidRPr="00B036F5">
        <w:rPr>
          <w:iCs/>
          <w:sz w:val="24"/>
          <w:szCs w:val="24"/>
          <w:lang w:val="ru-RU"/>
        </w:rPr>
        <w:t>(г).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b/>
          <w:lang w:val="ru-RU"/>
        </w:rPr>
        <w:t>Задание 65.</w:t>
      </w:r>
      <w:r w:rsidRPr="00B036F5">
        <w:rPr>
          <w:szCs w:val="24"/>
          <w:lang w:val="ru-RU"/>
        </w:rPr>
        <w:t xml:space="preserve"> 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>Молярная концентрация раствора гидроксида калия КОН,  рН которого равно 12, составляет…, моль/л.</w:t>
      </w:r>
    </w:p>
    <w:p w:rsidR="007B68C2" w:rsidRPr="00B036F5" w:rsidRDefault="007B68C2" w:rsidP="008921D6">
      <w:pPr>
        <w:spacing w:line="240" w:lineRule="auto"/>
        <w:rPr>
          <w:i/>
          <w:sz w:val="20"/>
          <w:u w:val="single"/>
          <w:lang w:val="ru-RU"/>
        </w:rPr>
      </w:pP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b/>
          <w:lang w:val="ru-RU"/>
        </w:rPr>
        <w:t>Задание 66.</w:t>
      </w:r>
      <w:r w:rsidRPr="00B036F5">
        <w:rPr>
          <w:szCs w:val="24"/>
          <w:lang w:val="ru-RU"/>
        </w:rPr>
        <w:t xml:space="preserve"> 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 xml:space="preserve">Объем раствора </w:t>
      </w:r>
      <w:r>
        <w:rPr>
          <w:szCs w:val="28"/>
        </w:rPr>
        <w:t>CuSO</w:t>
      </w:r>
      <w:r w:rsidRPr="00B036F5">
        <w:rPr>
          <w:szCs w:val="28"/>
          <w:vertAlign w:val="subscript"/>
          <w:lang w:val="ru-RU"/>
        </w:rPr>
        <w:t>4</w:t>
      </w:r>
      <w:r w:rsidRPr="00B036F5">
        <w:rPr>
          <w:szCs w:val="28"/>
          <w:lang w:val="ru-RU"/>
        </w:rPr>
        <w:t xml:space="preserve">   </w:t>
      </w:r>
      <w:r>
        <w:rPr>
          <w:szCs w:val="28"/>
        </w:rPr>
        <w:t>C</w:t>
      </w:r>
      <w:r w:rsidRPr="00B036F5">
        <w:rPr>
          <w:szCs w:val="28"/>
          <w:lang w:val="ru-RU"/>
        </w:rPr>
        <w:t>=  0,1 моль/дм</w:t>
      </w:r>
      <w:r w:rsidRPr="00B036F5">
        <w:rPr>
          <w:szCs w:val="28"/>
          <w:vertAlign w:val="superscript"/>
          <w:lang w:val="ru-RU"/>
        </w:rPr>
        <w:t>3</w:t>
      </w:r>
      <w:r w:rsidRPr="00B036F5">
        <w:rPr>
          <w:szCs w:val="28"/>
          <w:lang w:val="ru-RU"/>
        </w:rPr>
        <w:t xml:space="preserve">, содержащий </w:t>
      </w:r>
      <w:smartTag w:uri="urn:schemas-microsoft-com:office:smarttags" w:element="metricconverter">
        <w:smartTagPr>
          <w:attr w:name="ProductID" w:val="8 г"/>
        </w:smartTagPr>
        <w:r w:rsidRPr="00B036F5">
          <w:rPr>
            <w:szCs w:val="28"/>
            <w:lang w:val="ru-RU"/>
          </w:rPr>
          <w:t>8 г</w:t>
        </w:r>
      </w:smartTag>
      <w:r w:rsidRPr="00B036F5">
        <w:rPr>
          <w:szCs w:val="28"/>
          <w:lang w:val="ru-RU"/>
        </w:rPr>
        <w:t xml:space="preserve"> соли, равен …..</w:t>
      </w:r>
    </w:p>
    <w:p w:rsidR="007B68C2" w:rsidRPr="00B036F5" w:rsidRDefault="007B68C2" w:rsidP="008921D6">
      <w:pPr>
        <w:spacing w:line="240" w:lineRule="auto"/>
        <w:rPr>
          <w:i/>
          <w:sz w:val="20"/>
          <w:u w:val="single"/>
          <w:lang w:val="ru-RU"/>
        </w:rPr>
      </w:pP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b/>
          <w:lang w:val="ru-RU"/>
        </w:rPr>
        <w:t>Задание 67.</w:t>
      </w:r>
      <w:r w:rsidRPr="00B036F5">
        <w:rPr>
          <w:szCs w:val="24"/>
          <w:lang w:val="ru-RU"/>
        </w:rPr>
        <w:t xml:space="preserve"> 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 xml:space="preserve">Масса растворенного вещества, содержащегося в </w:t>
      </w:r>
      <w:smartTag w:uri="urn:schemas-microsoft-com:office:smarttags" w:element="metricconverter">
        <w:smartTagPr>
          <w:attr w:name="ProductID" w:val="30 г"/>
        </w:smartTagPr>
        <w:r w:rsidRPr="00B036F5">
          <w:rPr>
            <w:szCs w:val="28"/>
            <w:lang w:val="ru-RU"/>
          </w:rPr>
          <w:t>30 г</w:t>
        </w:r>
      </w:smartTag>
      <w:r w:rsidRPr="00B036F5">
        <w:rPr>
          <w:szCs w:val="28"/>
          <w:lang w:val="ru-RU"/>
        </w:rPr>
        <w:t xml:space="preserve"> раствора с массовой долей 20%, равна…, г 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</w:p>
    <w:p w:rsidR="007B68C2" w:rsidRPr="00B036F5" w:rsidRDefault="007B68C2" w:rsidP="008921D6">
      <w:pPr>
        <w:pStyle w:val="ae"/>
        <w:spacing w:line="240" w:lineRule="auto"/>
        <w:ind w:left="0"/>
        <w:rPr>
          <w:szCs w:val="28"/>
          <w:lang w:val="ru-RU"/>
        </w:rPr>
      </w:pPr>
      <w:r w:rsidRPr="00B036F5">
        <w:rPr>
          <w:b/>
          <w:szCs w:val="24"/>
          <w:lang w:val="ru-RU"/>
        </w:rPr>
        <w:t>Задание 68</w:t>
      </w:r>
      <w:r w:rsidRPr="00B036F5">
        <w:rPr>
          <w:b/>
          <w:lang w:val="ru-RU"/>
        </w:rPr>
        <w:t>.</w:t>
      </w:r>
      <w:r w:rsidRPr="00B036F5">
        <w:rPr>
          <w:szCs w:val="24"/>
          <w:lang w:val="ru-RU"/>
        </w:rPr>
        <w:t xml:space="preserve"> </w:t>
      </w:r>
      <w:r w:rsidRPr="00B036F5">
        <w:rPr>
          <w:szCs w:val="28"/>
          <w:lang w:val="ru-RU"/>
        </w:rPr>
        <w:t xml:space="preserve">Масса </w:t>
      </w:r>
      <w:r>
        <w:rPr>
          <w:szCs w:val="28"/>
        </w:rPr>
        <w:t>NaNO</w:t>
      </w:r>
      <w:r w:rsidRPr="00B036F5">
        <w:rPr>
          <w:szCs w:val="28"/>
          <w:vertAlign w:val="subscript"/>
          <w:lang w:val="ru-RU"/>
        </w:rPr>
        <w:t xml:space="preserve">3 </w:t>
      </w:r>
      <w:r w:rsidRPr="00B036F5">
        <w:rPr>
          <w:szCs w:val="28"/>
          <w:lang w:val="ru-RU"/>
        </w:rPr>
        <w:t xml:space="preserve">, необходимая для приготовления 300 мл </w:t>
      </w:r>
      <w:smartTag w:uri="urn:schemas-microsoft-com:office:smarttags" w:element="metricconverter">
        <w:smartTagPr>
          <w:attr w:name="ProductID" w:val="0,2 М"/>
        </w:smartTagPr>
        <w:r w:rsidRPr="00B036F5">
          <w:rPr>
            <w:szCs w:val="28"/>
            <w:lang w:val="ru-RU"/>
          </w:rPr>
          <w:t>0,2 М</w:t>
        </w:r>
      </w:smartTag>
      <w:r w:rsidRPr="00B036F5">
        <w:rPr>
          <w:szCs w:val="28"/>
          <w:lang w:val="ru-RU"/>
        </w:rPr>
        <w:t xml:space="preserve"> раствора   равна…, г</w:t>
      </w:r>
    </w:p>
    <w:p w:rsidR="007B68C2" w:rsidRPr="00B036F5" w:rsidRDefault="007B68C2" w:rsidP="008921D6">
      <w:pPr>
        <w:pStyle w:val="ae"/>
        <w:spacing w:line="240" w:lineRule="auto"/>
        <w:ind w:left="0"/>
        <w:rPr>
          <w:szCs w:val="28"/>
          <w:lang w:val="ru-RU"/>
        </w:rPr>
      </w:pP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b/>
          <w:lang w:val="ru-RU"/>
        </w:rPr>
        <w:t>Задание 69.</w:t>
      </w:r>
      <w:r w:rsidRPr="00B036F5">
        <w:rPr>
          <w:szCs w:val="24"/>
          <w:lang w:val="ru-RU"/>
        </w:rPr>
        <w:t xml:space="preserve"> </w:t>
      </w:r>
      <w:r w:rsidRPr="00B036F5">
        <w:rPr>
          <w:szCs w:val="28"/>
          <w:lang w:val="ru-RU"/>
        </w:rPr>
        <w:t xml:space="preserve">В </w:t>
      </w:r>
      <w:smartTag w:uri="urn:schemas-microsoft-com:office:smarttags" w:element="metricconverter">
        <w:smartTagPr>
          <w:attr w:name="ProductID" w:val="240 г"/>
        </w:smartTagPr>
        <w:r w:rsidRPr="00B036F5">
          <w:rPr>
            <w:szCs w:val="28"/>
            <w:lang w:val="ru-RU"/>
          </w:rPr>
          <w:t>240 г</w:t>
        </w:r>
      </w:smartTag>
      <w:r w:rsidRPr="00B036F5">
        <w:rPr>
          <w:szCs w:val="28"/>
          <w:lang w:val="ru-RU"/>
        </w:rPr>
        <w:t xml:space="preserve"> воды растворили </w:t>
      </w:r>
      <w:smartTag w:uri="urn:schemas-microsoft-com:office:smarttags" w:element="metricconverter">
        <w:smartTagPr>
          <w:attr w:name="ProductID" w:val="60 г"/>
        </w:smartTagPr>
        <w:r w:rsidRPr="00B036F5">
          <w:rPr>
            <w:szCs w:val="28"/>
            <w:lang w:val="ru-RU"/>
          </w:rPr>
          <w:t>60 г</w:t>
        </w:r>
      </w:smartTag>
      <w:r w:rsidRPr="00B036F5">
        <w:rPr>
          <w:szCs w:val="28"/>
          <w:lang w:val="ru-RU"/>
        </w:rPr>
        <w:t xml:space="preserve"> соли. Массовая доля соли  в полученном растворе равна…, %</w:t>
      </w:r>
    </w:p>
    <w:p w:rsidR="007B68C2" w:rsidRPr="00B036F5" w:rsidRDefault="007B68C2" w:rsidP="008921D6">
      <w:pPr>
        <w:spacing w:line="240" w:lineRule="auto"/>
        <w:rPr>
          <w:i/>
          <w:sz w:val="20"/>
          <w:u w:val="single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70.</w:t>
      </w:r>
      <w:r w:rsidRPr="00B036F5">
        <w:rPr>
          <w:szCs w:val="28"/>
          <w:lang w:val="ru-RU"/>
        </w:rPr>
        <w:t xml:space="preserve"> Масса соли, содержащейся  в </w:t>
      </w:r>
      <w:smartTag w:uri="urn:schemas-microsoft-com:office:smarttags" w:element="metricconverter">
        <w:smartTagPr>
          <w:attr w:name="ProductID" w:val="150 г"/>
        </w:smartTagPr>
        <w:r w:rsidRPr="00B036F5">
          <w:rPr>
            <w:szCs w:val="28"/>
            <w:lang w:val="ru-RU"/>
          </w:rPr>
          <w:t>150 г</w:t>
        </w:r>
      </w:smartTag>
      <w:r w:rsidRPr="00B036F5">
        <w:rPr>
          <w:szCs w:val="28"/>
          <w:lang w:val="ru-RU"/>
        </w:rPr>
        <w:t xml:space="preserve"> 5%-го раствора соли, равна  …… г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71.</w:t>
      </w:r>
      <w:r w:rsidRPr="00B036F5">
        <w:rPr>
          <w:szCs w:val="28"/>
          <w:lang w:val="ru-RU"/>
        </w:rPr>
        <w:t xml:space="preserve"> Масса соли </w:t>
      </w:r>
      <w:r>
        <w:rPr>
          <w:szCs w:val="28"/>
        </w:rPr>
        <w:t>Na</w:t>
      </w:r>
      <w:r w:rsidRPr="00B036F5">
        <w:rPr>
          <w:szCs w:val="28"/>
          <w:vertAlign w:val="subscript"/>
          <w:lang w:val="ru-RU"/>
        </w:rPr>
        <w:t>2</w:t>
      </w:r>
      <w:r>
        <w:rPr>
          <w:szCs w:val="28"/>
        </w:rPr>
        <w:t>CO</w:t>
      </w:r>
      <w:r w:rsidRPr="00B036F5">
        <w:rPr>
          <w:szCs w:val="28"/>
          <w:vertAlign w:val="subscript"/>
          <w:lang w:val="ru-RU"/>
        </w:rPr>
        <w:t>3</w:t>
      </w:r>
      <w:r w:rsidRPr="00B036F5">
        <w:rPr>
          <w:szCs w:val="28"/>
          <w:lang w:val="ru-RU"/>
        </w:rPr>
        <w:t xml:space="preserve"> в 500 мл раствора С= 0,25 моль/дм</w:t>
      </w:r>
      <w:r w:rsidRPr="00B036F5">
        <w:rPr>
          <w:szCs w:val="28"/>
          <w:vertAlign w:val="superscript"/>
          <w:lang w:val="ru-RU"/>
        </w:rPr>
        <w:t>3</w:t>
      </w:r>
      <w:r w:rsidRPr="00B036F5">
        <w:rPr>
          <w:szCs w:val="28"/>
          <w:lang w:val="ru-RU"/>
        </w:rPr>
        <w:t xml:space="preserve"> равна…, г.</w:t>
      </w:r>
    </w:p>
    <w:p w:rsidR="007B68C2" w:rsidRPr="00B036F5" w:rsidRDefault="007B68C2" w:rsidP="008921D6">
      <w:pPr>
        <w:spacing w:line="240" w:lineRule="auto"/>
        <w:rPr>
          <w:b/>
          <w:lang w:val="ru-RU"/>
        </w:rPr>
      </w:pP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b/>
          <w:lang w:val="ru-RU"/>
        </w:rPr>
        <w:t>Задание 72.</w:t>
      </w:r>
      <w:r w:rsidRPr="00B036F5">
        <w:rPr>
          <w:szCs w:val="24"/>
          <w:lang w:val="ru-RU"/>
        </w:rPr>
        <w:t xml:space="preserve"> </w:t>
      </w:r>
    </w:p>
    <w:p w:rsidR="007B68C2" w:rsidRPr="00B036F5" w:rsidRDefault="007B68C2" w:rsidP="008921D6">
      <w:pPr>
        <w:tabs>
          <w:tab w:val="left" w:pos="1068"/>
        </w:tabs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 xml:space="preserve">Масса воды и соли, необходимые для приготовления </w:t>
      </w:r>
      <w:smartTag w:uri="urn:schemas-microsoft-com:office:smarttags" w:element="metricconverter">
        <w:smartTagPr>
          <w:attr w:name="ProductID" w:val="50 г"/>
        </w:smartTagPr>
        <w:r w:rsidRPr="00B036F5">
          <w:rPr>
            <w:szCs w:val="28"/>
            <w:lang w:val="ru-RU"/>
          </w:rPr>
          <w:t>50 г</w:t>
        </w:r>
      </w:smartTag>
      <w:r w:rsidRPr="00B036F5">
        <w:rPr>
          <w:szCs w:val="28"/>
          <w:lang w:val="ru-RU"/>
        </w:rPr>
        <w:t xml:space="preserve"> раствора с массовой долей 10% равны… г.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73.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 xml:space="preserve">Молярная концентрация эквивалента раствора </w:t>
      </w:r>
      <w:r>
        <w:rPr>
          <w:szCs w:val="28"/>
        </w:rPr>
        <w:t>FeCl</w:t>
      </w:r>
      <w:r w:rsidRPr="00B036F5">
        <w:rPr>
          <w:szCs w:val="28"/>
          <w:vertAlign w:val="subscript"/>
          <w:lang w:val="ru-RU"/>
        </w:rPr>
        <w:t>3</w:t>
      </w:r>
      <w:r w:rsidRPr="00B036F5">
        <w:rPr>
          <w:szCs w:val="28"/>
          <w:lang w:val="ru-RU"/>
        </w:rPr>
        <w:t xml:space="preserve">, содержащего в </w:t>
      </w:r>
      <w:smartTag w:uri="urn:schemas-microsoft-com:office:smarttags" w:element="metricconverter">
        <w:smartTagPr>
          <w:attr w:name="ProductID" w:val="0,3 л"/>
        </w:smartTagPr>
        <w:r w:rsidRPr="00B036F5">
          <w:rPr>
            <w:szCs w:val="28"/>
            <w:lang w:val="ru-RU"/>
          </w:rPr>
          <w:t>0,3 л</w:t>
        </w:r>
      </w:smartTag>
      <w:r w:rsidRPr="00B036F5">
        <w:rPr>
          <w:szCs w:val="28"/>
          <w:lang w:val="ru-RU"/>
        </w:rPr>
        <w:t xml:space="preserve"> раствора </w:t>
      </w:r>
      <w:smartTag w:uri="urn:schemas-microsoft-com:office:smarttags" w:element="metricconverter">
        <w:smartTagPr>
          <w:attr w:name="ProductID" w:val="32,44 г"/>
        </w:smartTagPr>
        <w:r w:rsidRPr="00B036F5">
          <w:rPr>
            <w:szCs w:val="28"/>
            <w:lang w:val="ru-RU"/>
          </w:rPr>
          <w:t>32,44 г</w:t>
        </w:r>
      </w:smartTag>
      <w:r w:rsidRPr="00B036F5">
        <w:rPr>
          <w:szCs w:val="28"/>
          <w:lang w:val="ru-RU"/>
        </w:rPr>
        <w:t xml:space="preserve"> соли равна… моль/дм</w:t>
      </w:r>
      <w:r w:rsidRPr="00B036F5">
        <w:rPr>
          <w:szCs w:val="28"/>
          <w:vertAlign w:val="superscript"/>
          <w:lang w:val="ru-RU"/>
        </w:rPr>
        <w:t>3</w:t>
      </w:r>
      <w:r w:rsidRPr="00B036F5">
        <w:rPr>
          <w:szCs w:val="28"/>
          <w:lang w:val="ru-RU"/>
        </w:rPr>
        <w:t>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74.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szCs w:val="28"/>
          <w:lang w:val="ru-RU"/>
        </w:rPr>
        <w:t xml:space="preserve">Масса раствора (с массовой долей 25%), содержащего </w:t>
      </w:r>
      <w:smartTag w:uri="urn:schemas-microsoft-com:office:smarttags" w:element="metricconverter">
        <w:smartTagPr>
          <w:attr w:name="ProductID" w:val="87,5 г"/>
        </w:smartTagPr>
        <w:r w:rsidRPr="00B036F5">
          <w:rPr>
            <w:szCs w:val="28"/>
            <w:lang w:val="ru-RU"/>
          </w:rPr>
          <w:t>87,5 г</w:t>
        </w:r>
      </w:smartTag>
      <w:r w:rsidRPr="00B036F5">
        <w:rPr>
          <w:szCs w:val="28"/>
          <w:lang w:val="ru-RU"/>
        </w:rPr>
        <w:t xml:space="preserve">  соли равна … г.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75.</w:t>
      </w:r>
    </w:p>
    <w:p w:rsidR="007B68C2" w:rsidRPr="0070567B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>На нейтрализацию 30 мл раствора щелочи  с молярной концентрацией эквивалента 0,1 моль/дм</w:t>
      </w:r>
      <w:r w:rsidRPr="00B036F5">
        <w:rPr>
          <w:szCs w:val="28"/>
          <w:vertAlign w:val="superscript"/>
          <w:lang w:val="ru-RU"/>
        </w:rPr>
        <w:t>3</w:t>
      </w:r>
      <w:r w:rsidRPr="00B036F5">
        <w:rPr>
          <w:szCs w:val="28"/>
          <w:lang w:val="ru-RU"/>
        </w:rPr>
        <w:t xml:space="preserve"> требуется 12 мл кислоты. </w:t>
      </w:r>
      <w:r w:rsidRPr="0070567B">
        <w:rPr>
          <w:szCs w:val="28"/>
          <w:lang w:val="ru-RU"/>
        </w:rPr>
        <w:t>Молярная концентрация эквивалента раствора кислоты равна</w:t>
      </w:r>
      <w:proofErr w:type="gramStart"/>
      <w:r w:rsidRPr="0070567B">
        <w:rPr>
          <w:szCs w:val="28"/>
          <w:lang w:val="ru-RU"/>
        </w:rPr>
        <w:t xml:space="preserve"> ….</w:t>
      </w:r>
      <w:proofErr w:type="gramEnd"/>
      <w:r w:rsidRPr="0070567B">
        <w:rPr>
          <w:szCs w:val="28"/>
          <w:lang w:val="ru-RU"/>
        </w:rPr>
        <w:t>.  моль/дм</w:t>
      </w:r>
      <w:r w:rsidRPr="0070567B">
        <w:rPr>
          <w:szCs w:val="28"/>
          <w:vertAlign w:val="superscript"/>
          <w:lang w:val="ru-RU"/>
        </w:rPr>
        <w:t>3</w:t>
      </w:r>
      <w:r w:rsidRPr="0070567B">
        <w:rPr>
          <w:szCs w:val="28"/>
          <w:lang w:val="ru-RU"/>
        </w:rPr>
        <w:t>.</w:t>
      </w:r>
    </w:p>
    <w:p w:rsidR="007B68C2" w:rsidRPr="0070567B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70567B" w:rsidRDefault="007B68C2" w:rsidP="008921D6">
      <w:pPr>
        <w:spacing w:line="240" w:lineRule="auto"/>
        <w:rPr>
          <w:b/>
          <w:szCs w:val="24"/>
          <w:lang w:val="ru-RU"/>
        </w:rPr>
      </w:pPr>
      <w:r w:rsidRPr="0070567B">
        <w:rPr>
          <w:b/>
          <w:szCs w:val="24"/>
          <w:lang w:val="ru-RU"/>
        </w:rPr>
        <w:t>Задание 76.</w:t>
      </w:r>
    </w:p>
    <w:p w:rsidR="007B68C2" w:rsidRPr="00B036F5" w:rsidRDefault="007B68C2" w:rsidP="008921D6">
      <w:pPr>
        <w:spacing w:line="240" w:lineRule="auto"/>
        <w:rPr>
          <w:sz w:val="22"/>
          <w:lang w:val="ru-RU"/>
        </w:rPr>
      </w:pPr>
      <w:r w:rsidRPr="00B036F5">
        <w:rPr>
          <w:lang w:val="ru-RU"/>
        </w:rPr>
        <w:t xml:space="preserve">В каком объеме воды (л) растворено </w:t>
      </w:r>
      <w:smartTag w:uri="urn:schemas-microsoft-com:office:smarttags" w:element="metricconverter">
        <w:smartTagPr>
          <w:attr w:name="ProductID" w:val="70 г"/>
        </w:smartTagPr>
        <w:r w:rsidRPr="00B036F5">
          <w:rPr>
            <w:lang w:val="ru-RU"/>
          </w:rPr>
          <w:t>70</w:t>
        </w:r>
        <w:r>
          <w:t> </w:t>
        </w:r>
        <w:r w:rsidRPr="00B036F5">
          <w:rPr>
            <w:lang w:val="ru-RU"/>
          </w:rPr>
          <w:t>г</w:t>
        </w:r>
      </w:smartTag>
      <w:r w:rsidRPr="00B036F5">
        <w:rPr>
          <w:lang w:val="ru-RU"/>
        </w:rPr>
        <w:t xml:space="preserve"> неэлектролита с молярной массой 70, если раствор замерзает при  </w:t>
      </w:r>
      <w:smartTag w:uri="urn:schemas-microsoft-com:office:smarttags" w:element="metricconverter">
        <w:smartTagPr>
          <w:attr w:name="ProductID" w:val="-1,86ﾰC"/>
        </w:smartTagPr>
        <w:r w:rsidRPr="00B036F5">
          <w:rPr>
            <w:lang w:val="ru-RU"/>
          </w:rPr>
          <w:t>-1,86°</w:t>
        </w:r>
        <w:r>
          <w:t>C</w:t>
        </w:r>
      </w:smartTag>
      <w:r w:rsidRPr="00B036F5">
        <w:rPr>
          <w:lang w:val="ru-RU"/>
        </w:rPr>
        <w:t xml:space="preserve"> </w:t>
      </w:r>
      <w:r w:rsidRPr="00B036F5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B036F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B036F5">
        <w:rPr>
          <w:sz w:val="22"/>
          <w:lang w:val="ru-RU"/>
        </w:rPr>
        <w:t>=</w:t>
      </w:r>
      <w:r>
        <w:rPr>
          <w:sz w:val="22"/>
        </w:rPr>
        <w:t> </w:t>
      </w:r>
      <w:r w:rsidRPr="00B036F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78" type="#_x0000_t75" style="width:46.5pt;height:30pt" o:ole="">
            <v:imagedata r:id="rId103" o:title=""/>
          </v:shape>
          <o:OLEObject Type="Embed" ProgID="Equation.3" ShapeID="_x0000_i1078" DrawAspect="Content" ObjectID="_1840792688" r:id="rId104"/>
        </w:object>
      </w:r>
      <w:r w:rsidRPr="00B036F5">
        <w:rPr>
          <w:sz w:val="22"/>
          <w:lang w:val="ru-RU"/>
        </w:rPr>
        <w:t>).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77.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Раствор этилового спирта С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Н</w:t>
      </w:r>
      <w:r w:rsidRPr="00B036F5">
        <w:rPr>
          <w:vertAlign w:val="subscript"/>
          <w:lang w:val="ru-RU"/>
        </w:rPr>
        <w:t>5</w:t>
      </w:r>
      <w:r w:rsidRPr="00B036F5">
        <w:rPr>
          <w:lang w:val="ru-RU"/>
        </w:rPr>
        <w:t xml:space="preserve">ОН, содержащий </w:t>
      </w:r>
      <w:smartTag w:uri="urn:schemas-microsoft-com:office:smarttags" w:element="metricconverter">
        <w:smartTagPr>
          <w:attr w:name="ProductID" w:val="72 г"/>
        </w:smartTagPr>
        <w:r w:rsidRPr="00B036F5">
          <w:rPr>
            <w:lang w:val="ru-RU"/>
          </w:rPr>
          <w:t>72</w:t>
        </w:r>
        <w:r>
          <w:t> </w:t>
        </w:r>
        <w:r w:rsidRPr="00B036F5">
          <w:rPr>
            <w:lang w:val="ru-RU"/>
          </w:rPr>
          <w:t>г</w:t>
        </w:r>
      </w:smartTag>
      <w:r w:rsidRPr="00B036F5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B036F5">
          <w:rPr>
            <w:lang w:val="ru-RU"/>
          </w:rPr>
          <w:t>1</w:t>
        </w:r>
        <w:r>
          <w:t> </w:t>
        </w:r>
        <w:r w:rsidRPr="00B036F5">
          <w:rPr>
            <w:lang w:val="ru-RU"/>
          </w:rPr>
          <w:t>л</w:t>
        </w:r>
      </w:smartTag>
      <w:r w:rsidRPr="00B036F5">
        <w:rPr>
          <w:lang w:val="ru-RU"/>
        </w:rPr>
        <w:t xml:space="preserve"> раствора имеет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Key1"/>
        </w:smartTagPr>
        <w:r w:rsidRPr="00B036F5">
          <w:rPr>
            <w:lang w:val="ru-RU"/>
          </w:rPr>
          <w:t>20°</w:t>
        </w:r>
        <w:r>
          <w:t>C</w:t>
        </w:r>
      </w:smartTag>
      <w:r w:rsidRPr="00B036F5">
        <w:rPr>
          <w:lang w:val="ru-RU"/>
        </w:rPr>
        <w:t xml:space="preserve"> осмотическое давление… кПа.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111314" w:rsidRDefault="007B68C2" w:rsidP="008921D6">
      <w:pPr>
        <w:tabs>
          <w:tab w:val="left" w:pos="3350"/>
        </w:tabs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Задание 78. </w:t>
      </w:r>
      <w:r w:rsidRPr="00B036F5">
        <w:rPr>
          <w:lang w:val="ru-RU"/>
        </w:rPr>
        <w:t xml:space="preserve">Раствор, содержащий </w:t>
      </w:r>
      <w:smartTag w:uri="urn:schemas-microsoft-com:office:smarttags" w:element="metricconverter">
        <w:smartTagPr>
          <w:attr w:name="ProductID" w:val="2,3 г"/>
        </w:smartTagPr>
        <w:r w:rsidRPr="00B036F5">
          <w:rPr>
            <w:lang w:val="ru-RU"/>
          </w:rPr>
          <w:t>2,3 г</w:t>
        </w:r>
      </w:smartTag>
      <w:r w:rsidRPr="00B036F5">
        <w:rPr>
          <w:lang w:val="ru-RU"/>
        </w:rPr>
        <w:t xml:space="preserve"> неэлектролита в 250 мл при 27</w:t>
      </w:r>
      <w:r w:rsidRPr="00B036F5">
        <w:rPr>
          <w:vertAlign w:val="superscript"/>
          <w:lang w:val="ru-RU"/>
        </w:rPr>
        <w:t>о</w:t>
      </w:r>
      <w:r w:rsidRPr="00B036F5">
        <w:rPr>
          <w:lang w:val="ru-RU"/>
        </w:rPr>
        <w:t xml:space="preserve">С имеет осмотическое давление 249 кПа. </w:t>
      </w:r>
      <w:r w:rsidRPr="00111314">
        <w:rPr>
          <w:lang w:val="ru-RU"/>
        </w:rPr>
        <w:t>Молярная масса неэлектролита  (г/моль)  равна…</w:t>
      </w:r>
    </w:p>
    <w:p w:rsidR="007B68C2" w:rsidRPr="00111314" w:rsidRDefault="007B68C2" w:rsidP="008921D6">
      <w:pPr>
        <w:spacing w:line="240" w:lineRule="auto"/>
        <w:ind w:firstLine="175"/>
        <w:rPr>
          <w:b/>
          <w:lang w:val="ru-RU"/>
        </w:rPr>
      </w:pPr>
    </w:p>
    <w:p w:rsidR="007B68C2" w:rsidRPr="00B036F5" w:rsidRDefault="007B68C2" w:rsidP="008921D6">
      <w:pPr>
        <w:spacing w:line="240" w:lineRule="auto"/>
        <w:rPr>
          <w:i/>
          <w:sz w:val="20"/>
          <w:u w:val="single"/>
          <w:lang w:val="ru-RU"/>
        </w:rPr>
      </w:pPr>
      <w:r w:rsidRPr="00B036F5">
        <w:rPr>
          <w:b/>
          <w:lang w:val="ru-RU"/>
        </w:rPr>
        <w:t>Задание 79.</w:t>
      </w:r>
      <w:r w:rsidRPr="00B036F5">
        <w:rPr>
          <w:szCs w:val="24"/>
          <w:lang w:val="ru-RU"/>
        </w:rPr>
        <w:t xml:space="preserve"> </w:t>
      </w:r>
      <w:r w:rsidRPr="00B036F5">
        <w:rPr>
          <w:lang w:val="ru-RU"/>
        </w:rPr>
        <w:t>Раствор, содержащий 0,4</w:t>
      </w:r>
      <w:r>
        <w:t> </w:t>
      </w:r>
      <w:r w:rsidRPr="00B036F5">
        <w:rPr>
          <w:lang w:val="ru-RU"/>
        </w:rPr>
        <w:t xml:space="preserve">г вещества в </w:t>
      </w:r>
      <w:smartTag w:uri="urn:schemas-microsoft-com:office:smarttags" w:element="metricconverter">
        <w:smartTagPr>
          <w:attr w:name="ProductID" w:val="10 г"/>
        </w:smartTagPr>
        <w:r w:rsidRPr="00B036F5">
          <w:rPr>
            <w:lang w:val="ru-RU"/>
          </w:rPr>
          <w:t>10</w:t>
        </w:r>
        <w:r>
          <w:t> </w:t>
        </w:r>
        <w:r w:rsidRPr="00B036F5">
          <w:rPr>
            <w:lang w:val="ru-RU"/>
          </w:rPr>
          <w:t>г</w:t>
        </w:r>
      </w:smartTag>
      <w:r w:rsidRPr="00B036F5">
        <w:rPr>
          <w:lang w:val="ru-RU"/>
        </w:rPr>
        <w:t xml:space="preserve"> воды, замерзает при -1,24</w:t>
      </w:r>
      <w:r w:rsidRPr="00B036F5">
        <w:rPr>
          <w:vertAlign w:val="superscript"/>
          <w:lang w:val="ru-RU"/>
        </w:rPr>
        <w:t>о</w:t>
      </w:r>
      <w:r w:rsidRPr="00B036F5">
        <w:rPr>
          <w:lang w:val="ru-RU"/>
        </w:rPr>
        <w:t>С. (</w:t>
      </w:r>
      <w:r w:rsidRPr="00B036F5">
        <w:rPr>
          <w:sz w:val="22"/>
          <w:lang w:val="ru-RU"/>
        </w:rPr>
        <w:t>К</w:t>
      </w:r>
      <w:r>
        <w:rPr>
          <w:sz w:val="22"/>
          <w:vertAlign w:val="subscript"/>
        </w:rPr>
        <w:t>H</w:t>
      </w:r>
      <w:r w:rsidRPr="00B036F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B036F5">
        <w:rPr>
          <w:sz w:val="22"/>
          <w:lang w:val="ru-RU"/>
        </w:rPr>
        <w:t>=</w:t>
      </w:r>
      <w:r>
        <w:rPr>
          <w:sz w:val="22"/>
        </w:rPr>
        <w:t> </w:t>
      </w:r>
      <w:r w:rsidRPr="00B036F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79" type="#_x0000_t75" style="width:46.5pt;height:30pt" o:ole="">
            <v:imagedata r:id="rId105" o:title=""/>
          </v:shape>
          <o:OLEObject Type="Embed" ProgID="Equation.3" ShapeID="_x0000_i1079" DrawAspect="Content" ObjectID="_1840792689" r:id="rId106"/>
        </w:object>
      </w:r>
      <w:r w:rsidRPr="00110C66">
        <w:rPr>
          <w:position w:val="-10"/>
          <w:sz w:val="22"/>
        </w:rPr>
        <w:object w:dxaOrig="180" w:dyaOrig="340">
          <v:shape id="_x0000_i1080" type="#_x0000_t75" style="width:9pt;height:17.25pt" o:ole="">
            <v:imagedata r:id="rId107" o:title=""/>
          </v:shape>
          <o:OLEObject Type="Embed" ProgID="Equation.3" ShapeID="_x0000_i1080" DrawAspect="Content" ObjectID="_1840792690" r:id="rId108"/>
        </w:object>
      </w:r>
      <w:r w:rsidRPr="00B036F5">
        <w:rPr>
          <w:sz w:val="22"/>
          <w:lang w:val="ru-RU"/>
        </w:rPr>
        <w:t>)</w:t>
      </w:r>
      <w:r w:rsidRPr="00B036F5">
        <w:rPr>
          <w:lang w:val="ru-RU"/>
        </w:rPr>
        <w:t>. Молярная масса  вещества   равна   _____, г/моль.</w:t>
      </w:r>
    </w:p>
    <w:p w:rsidR="007B68C2" w:rsidRPr="00B036F5" w:rsidRDefault="007B68C2" w:rsidP="008921D6">
      <w:pPr>
        <w:tabs>
          <w:tab w:val="left" w:pos="3350"/>
        </w:tabs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tabs>
          <w:tab w:val="left" w:pos="3350"/>
        </w:tabs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80.</w:t>
      </w:r>
      <w:r w:rsidRPr="00B036F5">
        <w:rPr>
          <w:lang w:val="ru-RU"/>
        </w:rPr>
        <w:t xml:space="preserve"> Раствор, содержащий </w:t>
      </w:r>
      <w:smartTag w:uri="urn:schemas-microsoft-com:office:smarttags" w:element="metricconverter">
        <w:smartTagPr>
          <w:attr w:name="ProductID" w:val="72 г"/>
        </w:smartTagPr>
        <w:r w:rsidRPr="00B036F5">
          <w:rPr>
            <w:lang w:val="ru-RU"/>
          </w:rPr>
          <w:t>72 г</w:t>
        </w:r>
      </w:smartTag>
      <w:r w:rsidRPr="00B036F5">
        <w:rPr>
          <w:lang w:val="ru-RU"/>
        </w:rPr>
        <w:t xml:space="preserve"> сахарозы(</w:t>
      </w:r>
      <w:r>
        <w:t>C</w:t>
      </w:r>
      <w:r w:rsidRPr="00B036F5">
        <w:rPr>
          <w:vertAlign w:val="subscript"/>
          <w:lang w:val="ru-RU"/>
        </w:rPr>
        <w:t>12</w:t>
      </w:r>
      <w:r>
        <w:t>H</w:t>
      </w:r>
      <w:r w:rsidRPr="00B036F5">
        <w:rPr>
          <w:vertAlign w:val="subscript"/>
          <w:lang w:val="ru-RU"/>
        </w:rPr>
        <w:t>22</w:t>
      </w:r>
      <w:r>
        <w:t>O</w:t>
      </w:r>
      <w:r w:rsidRPr="00B036F5">
        <w:rPr>
          <w:vertAlign w:val="subscript"/>
          <w:lang w:val="ru-RU"/>
        </w:rPr>
        <w:t>11</w:t>
      </w:r>
      <w:r w:rsidRPr="00B036F5">
        <w:rPr>
          <w:lang w:val="ru-RU"/>
        </w:rPr>
        <w:t xml:space="preserve">) в </w:t>
      </w:r>
      <w:smartTag w:uri="urn:schemas-microsoft-com:office:smarttags" w:element="metricconverter">
        <w:smartTagPr>
          <w:attr w:name="ProductID" w:val="1 л"/>
        </w:smartTagPr>
        <w:r w:rsidRPr="00B036F5">
          <w:rPr>
            <w:lang w:val="ru-RU"/>
          </w:rPr>
          <w:t>1 л</w:t>
        </w:r>
      </w:smartTag>
      <w:r w:rsidRPr="00B036F5">
        <w:rPr>
          <w:lang w:val="ru-RU"/>
        </w:rPr>
        <w:t xml:space="preserve"> раствора при 20</w:t>
      </w:r>
      <w:r w:rsidRPr="00B036F5">
        <w:rPr>
          <w:vertAlign w:val="superscript"/>
          <w:lang w:val="ru-RU"/>
        </w:rPr>
        <w:t>о</w:t>
      </w:r>
      <w:r w:rsidRPr="00B036F5">
        <w:rPr>
          <w:lang w:val="ru-RU"/>
        </w:rPr>
        <w:t xml:space="preserve">С имеет осмотическое давление… (кПа) 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lastRenderedPageBreak/>
        <w:t xml:space="preserve">Задание 81. </w:t>
      </w:r>
      <w:r w:rsidRPr="00B036F5">
        <w:rPr>
          <w:lang w:val="ru-RU"/>
        </w:rPr>
        <w:t xml:space="preserve">При растворении </w:t>
      </w:r>
      <w:smartTag w:uri="urn:schemas-microsoft-com:office:smarttags" w:element="metricconverter">
        <w:smartTagPr>
          <w:attr w:name="ProductID" w:val="60 г"/>
        </w:smartTagPr>
        <w:r w:rsidRPr="00B036F5">
          <w:rPr>
            <w:lang w:val="ru-RU"/>
          </w:rPr>
          <w:t>60 г</w:t>
        </w:r>
      </w:smartTag>
      <w:r w:rsidRPr="00B036F5">
        <w:rPr>
          <w:lang w:val="ru-RU"/>
        </w:rPr>
        <w:t xml:space="preserve"> сахарозы в </w:t>
      </w:r>
      <w:smartTag w:uri="urn:schemas-microsoft-com:office:smarttags" w:element="metricconverter">
        <w:smartTagPr>
          <w:attr w:name="ProductID" w:val="100 г"/>
        </w:smartTagPr>
        <w:r w:rsidRPr="00B036F5">
          <w:rPr>
            <w:lang w:val="ru-RU"/>
          </w:rPr>
          <w:t>100 г</w:t>
        </w:r>
      </w:smartTag>
      <w:r w:rsidRPr="00B036F5">
        <w:rPr>
          <w:lang w:val="ru-RU"/>
        </w:rPr>
        <w:t xml:space="preserve"> воды температура замерзания понизится, на ______ град. (К=1,86ºС )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82.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Осмотическое давление раствора глюкозы (</w:t>
      </w:r>
      <w:r>
        <w:t>C</w:t>
      </w:r>
      <w:r w:rsidRPr="00B036F5">
        <w:rPr>
          <w:vertAlign w:val="subscript"/>
          <w:lang w:val="ru-RU"/>
        </w:rPr>
        <w:t>6</w:t>
      </w:r>
      <w:r>
        <w:t>H</w:t>
      </w:r>
      <w:r w:rsidRPr="00B036F5">
        <w:rPr>
          <w:vertAlign w:val="subscript"/>
          <w:lang w:val="ru-RU"/>
        </w:rPr>
        <w:t>12</w:t>
      </w:r>
      <w:r>
        <w:t>O</w:t>
      </w:r>
      <w:r w:rsidRPr="00B036F5">
        <w:rPr>
          <w:vertAlign w:val="subscript"/>
          <w:lang w:val="ru-RU"/>
        </w:rPr>
        <w:t>6</w:t>
      </w:r>
      <w:r w:rsidRPr="00B036F5">
        <w:rPr>
          <w:lang w:val="ru-RU"/>
        </w:rPr>
        <w:t xml:space="preserve">) ,содержащего </w:t>
      </w:r>
      <w:smartTag w:uri="urn:schemas-microsoft-com:office:smarttags" w:element="metricconverter">
        <w:smartTagPr>
          <w:attr w:name="ProductID" w:val="72 г"/>
        </w:smartTagPr>
        <w:r w:rsidRPr="00B036F5">
          <w:rPr>
            <w:lang w:val="ru-RU"/>
          </w:rPr>
          <w:t>72</w:t>
        </w:r>
        <w:r>
          <w:t> </w:t>
        </w:r>
        <w:r w:rsidRPr="00B036F5">
          <w:rPr>
            <w:lang w:val="ru-RU"/>
          </w:rPr>
          <w:t>г</w:t>
        </w:r>
      </w:smartTag>
      <w:r w:rsidRPr="00B036F5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B036F5">
          <w:rPr>
            <w:lang w:val="ru-RU"/>
          </w:rPr>
          <w:t>1</w:t>
        </w:r>
        <w:r>
          <w:t> </w:t>
        </w:r>
        <w:r w:rsidRPr="00B036F5">
          <w:rPr>
            <w:lang w:val="ru-RU"/>
          </w:rPr>
          <w:t>л</w:t>
        </w:r>
      </w:smartTag>
      <w:r w:rsidRPr="00B036F5">
        <w:rPr>
          <w:lang w:val="ru-RU"/>
        </w:rPr>
        <w:t xml:space="preserve"> раствора  при </w:t>
      </w:r>
      <w:smartTag w:uri="urn:schemas-microsoft-com:office:smarttags" w:element="metricconverter">
        <w:smartTagPr>
          <w:attr w:name="ProductID" w:val="20ﾰC"/>
        </w:smartTagPr>
        <w:r w:rsidRPr="00B036F5">
          <w:rPr>
            <w:lang w:val="ru-RU"/>
          </w:rPr>
          <w:t>20°</w:t>
        </w:r>
        <w:r>
          <w:t>C</w:t>
        </w:r>
      </w:smartTag>
      <w:r w:rsidRPr="00B036F5">
        <w:rPr>
          <w:lang w:val="ru-RU"/>
        </w:rPr>
        <w:t xml:space="preserve"> составляет…, (кПа)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83.</w:t>
      </w:r>
      <w:r w:rsidRPr="00B036F5">
        <w:rPr>
          <w:lang w:val="ru-RU"/>
        </w:rPr>
        <w:t xml:space="preserve">Температура кристаллизации 10% раствора глицерина </w:t>
      </w:r>
      <w:r>
        <w:t>C</w:t>
      </w:r>
      <w:r w:rsidRPr="00B036F5">
        <w:rPr>
          <w:vertAlign w:val="subscript"/>
          <w:lang w:val="ru-RU"/>
        </w:rPr>
        <w:t>3</w:t>
      </w:r>
      <w:r>
        <w:t>H</w:t>
      </w:r>
      <w:r w:rsidRPr="00B036F5">
        <w:rPr>
          <w:vertAlign w:val="subscript"/>
          <w:lang w:val="ru-RU"/>
        </w:rPr>
        <w:t>8</w:t>
      </w:r>
      <w:r>
        <w:t>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 в воде</w:t>
      </w:r>
      <w:r w:rsidRPr="00B036F5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B036F5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B036F5">
        <w:rPr>
          <w:sz w:val="22"/>
          <w:lang w:val="ru-RU"/>
        </w:rPr>
        <w:t>=</w:t>
      </w:r>
      <w:r>
        <w:rPr>
          <w:sz w:val="22"/>
        </w:rPr>
        <w:t> </w:t>
      </w:r>
      <w:r w:rsidRPr="00B036F5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081" type="#_x0000_t75" style="width:46.5pt;height:30pt" o:ole="">
            <v:imagedata r:id="rId109" o:title=""/>
          </v:shape>
          <o:OLEObject Type="Embed" ProgID="Equation.3" ShapeID="_x0000_i1081" DrawAspect="Content" ObjectID="_1840792691" r:id="rId110"/>
        </w:object>
      </w:r>
      <w:r w:rsidRPr="00110C66">
        <w:rPr>
          <w:position w:val="-10"/>
          <w:sz w:val="22"/>
        </w:rPr>
        <w:object w:dxaOrig="180" w:dyaOrig="340">
          <v:shape id="_x0000_i1082" type="#_x0000_t75" style="width:9pt;height:17.25pt" o:ole="">
            <v:imagedata r:id="rId107" o:title=""/>
          </v:shape>
          <o:OLEObject Type="Embed" ProgID="Equation.3" ShapeID="_x0000_i1082" DrawAspect="Content" ObjectID="_1840792692" r:id="rId111"/>
        </w:object>
      </w:r>
      <w:r w:rsidRPr="00B036F5">
        <w:rPr>
          <w:sz w:val="22"/>
          <w:lang w:val="ru-RU"/>
        </w:rPr>
        <w:t>)</w:t>
      </w:r>
      <w:r w:rsidRPr="00B036F5">
        <w:rPr>
          <w:lang w:val="ru-RU"/>
        </w:rPr>
        <w:t xml:space="preserve"> составляет…, °С 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84.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20°C"/>
        </w:smartTagPr>
        <w:r w:rsidRPr="00B036F5">
          <w:rPr>
            <w:lang w:val="ru-RU"/>
          </w:rPr>
          <w:t>20°</w:t>
        </w:r>
        <w:r>
          <w:t>C</w:t>
        </w:r>
      </w:smartTag>
      <w:r w:rsidRPr="00B036F5">
        <w:rPr>
          <w:lang w:val="ru-RU"/>
        </w:rPr>
        <w:t xml:space="preserve"> осмотическое давление раствора равно 438</w:t>
      </w:r>
      <w:r>
        <w:t> </w:t>
      </w:r>
      <w:r w:rsidRPr="00B036F5">
        <w:rPr>
          <w:lang w:val="ru-RU"/>
        </w:rPr>
        <w:t xml:space="preserve">кПа. Если раствор разбавить в три раза, а температуру повысить до </w:t>
      </w:r>
      <w:smartTag w:uri="urn:schemas-microsoft-com:office:smarttags" w:element="metricconverter">
        <w:smartTagPr>
          <w:attr w:name="ProductID" w:val="40°C"/>
        </w:smartTagPr>
        <w:r w:rsidRPr="00B036F5">
          <w:rPr>
            <w:lang w:val="ru-RU"/>
          </w:rPr>
          <w:t>40°</w:t>
        </w:r>
        <w:r>
          <w:t>C</w:t>
        </w:r>
      </w:smartTag>
      <w:r w:rsidRPr="00B036F5">
        <w:rPr>
          <w:lang w:val="ru-RU"/>
        </w:rPr>
        <w:t>, осмотическое давление будет равно…,кПа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 xml:space="preserve">Задание 85.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Температура замерзания 15 % водного раствора глицерина  (</w:t>
      </w:r>
      <w:r>
        <w:t>C</w:t>
      </w:r>
      <w:r w:rsidRPr="00B036F5">
        <w:rPr>
          <w:vertAlign w:val="subscript"/>
          <w:lang w:val="ru-RU"/>
        </w:rPr>
        <w:t>3</w:t>
      </w:r>
      <w:r>
        <w:t>H</w:t>
      </w:r>
      <w:r w:rsidRPr="00B036F5">
        <w:rPr>
          <w:vertAlign w:val="subscript"/>
          <w:lang w:val="ru-RU"/>
        </w:rPr>
        <w:t>8</w:t>
      </w:r>
      <w:r>
        <w:t>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>) равна…,°</w:t>
      </w:r>
      <w:r>
        <w:t>C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86.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Реакция обмена идёт до конца, если: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B036F5" w:rsidRDefault="007B68C2" w:rsidP="008921D6">
      <w:pPr>
        <w:numPr>
          <w:ilvl w:val="0"/>
          <w:numId w:val="35"/>
        </w:numPr>
        <w:spacing w:line="240" w:lineRule="auto"/>
        <w:rPr>
          <w:lang w:val="ru-RU"/>
        </w:rPr>
      </w:pPr>
      <w:r w:rsidRPr="00B036F5">
        <w:rPr>
          <w:lang w:val="ru-RU"/>
        </w:rPr>
        <w:t>исходные вещества взяты в количествах, пропорциональных  их стехиометрическим отношениям;</w:t>
      </w:r>
    </w:p>
    <w:p w:rsidR="007B68C2" w:rsidRPr="00B036F5" w:rsidRDefault="007B68C2" w:rsidP="008921D6">
      <w:pPr>
        <w:numPr>
          <w:ilvl w:val="0"/>
          <w:numId w:val="35"/>
        </w:numPr>
        <w:spacing w:line="240" w:lineRule="auto"/>
        <w:rPr>
          <w:lang w:val="ru-RU"/>
        </w:rPr>
      </w:pPr>
      <w:r w:rsidRPr="00B036F5">
        <w:rPr>
          <w:lang w:val="ru-RU"/>
        </w:rPr>
        <w:t>если более активный элемент вытеснит менее активный из его соединения;</w:t>
      </w:r>
    </w:p>
    <w:p w:rsidR="007B68C2" w:rsidRPr="00B036F5" w:rsidRDefault="007B68C2" w:rsidP="008921D6">
      <w:pPr>
        <w:numPr>
          <w:ilvl w:val="0"/>
          <w:numId w:val="35"/>
        </w:numPr>
        <w:spacing w:line="240" w:lineRule="auto"/>
        <w:rPr>
          <w:lang w:val="ru-RU"/>
        </w:rPr>
      </w:pPr>
      <w:r w:rsidRPr="00B036F5">
        <w:rPr>
          <w:lang w:val="ru-RU"/>
        </w:rPr>
        <w:t>если в результате реакции образуется осадок, газ или молекула слабого   электролита.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 87.</w:t>
      </w:r>
      <w:r w:rsidRPr="00B036F5">
        <w:rPr>
          <w:lang w:val="ru-RU"/>
        </w:rPr>
        <w:t xml:space="preserve"> К сильным электролитам относится:</w:t>
      </w:r>
    </w:p>
    <w:p w:rsidR="007B68C2" w:rsidRPr="001A3BB0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ind w:firstLine="175"/>
        <w:rPr>
          <w:lang w:val="ru-RU"/>
        </w:rPr>
      </w:pPr>
      <w:r w:rsidRPr="00B036F5">
        <w:rPr>
          <w:lang w:val="ru-RU"/>
        </w:rPr>
        <w:t xml:space="preserve">1) </w:t>
      </w:r>
      <w:r>
        <w:t>Fe</w:t>
      </w:r>
      <w:r w:rsidRPr="00B036F5">
        <w:rPr>
          <w:lang w:val="ru-RU"/>
        </w:rPr>
        <w:t>(</w:t>
      </w:r>
      <w:r>
        <w:t>OH</w:t>
      </w:r>
      <w:r w:rsidRPr="00B036F5">
        <w:rPr>
          <w:lang w:val="ru-RU"/>
        </w:rPr>
        <w:t>)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;  2) </w:t>
      </w:r>
      <w:r>
        <w:t>H</w:t>
      </w:r>
      <w:r w:rsidRPr="00B036F5">
        <w:rPr>
          <w:vertAlign w:val="subscript"/>
          <w:lang w:val="ru-RU"/>
        </w:rPr>
        <w:t>2</w:t>
      </w:r>
      <w:r>
        <w:t>SiO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;    3) </w:t>
      </w:r>
      <w:r>
        <w:t>H</w:t>
      </w:r>
      <w:r w:rsidRPr="00B036F5">
        <w:rPr>
          <w:vertAlign w:val="subscript"/>
          <w:lang w:val="ru-RU"/>
        </w:rPr>
        <w:t>2</w:t>
      </w:r>
      <w:r>
        <w:t>SO</w:t>
      </w:r>
      <w:r w:rsidRPr="00B036F5">
        <w:rPr>
          <w:vertAlign w:val="subscript"/>
          <w:lang w:val="ru-RU"/>
        </w:rPr>
        <w:t>4</w:t>
      </w:r>
    </w:p>
    <w:p w:rsidR="007B68C2" w:rsidRPr="00B036F5" w:rsidRDefault="007B68C2" w:rsidP="008921D6">
      <w:pPr>
        <w:spacing w:line="240" w:lineRule="auto"/>
        <w:ind w:firstLine="175"/>
        <w:rPr>
          <w:i/>
          <w:sz w:val="20"/>
          <w:u w:val="single"/>
          <w:lang w:val="ru-RU"/>
        </w:rPr>
      </w:pPr>
    </w:p>
    <w:p w:rsidR="007B68C2" w:rsidRPr="008965C9" w:rsidRDefault="007B68C2" w:rsidP="008921D6">
      <w:pPr>
        <w:pStyle w:val="affb"/>
        <w:spacing w:line="240" w:lineRule="auto"/>
        <w:ind w:left="0"/>
      </w:pPr>
      <w:r>
        <w:rPr>
          <w:b/>
        </w:rPr>
        <w:t>Задание 88</w:t>
      </w:r>
      <w:r w:rsidRPr="00AE47C9">
        <w:rPr>
          <w:b/>
        </w:rPr>
        <w:t>.</w:t>
      </w:r>
      <w:r>
        <w:rPr>
          <w:szCs w:val="24"/>
        </w:rPr>
        <w:t xml:space="preserve"> </w:t>
      </w:r>
      <w:r>
        <w:t>Из трёх групп веществ выберите ту, которая содержит только сильные электролиты:</w:t>
      </w:r>
      <w:r>
        <w:rPr>
          <w:b/>
        </w:rPr>
        <w:t xml:space="preserve"> </w:t>
      </w:r>
      <w:r w:rsidRPr="001A3BB0">
        <w:rPr>
          <w:i/>
        </w:rPr>
        <w:t xml:space="preserve">варианты ответов: </w:t>
      </w:r>
    </w:p>
    <w:p w:rsidR="007B68C2" w:rsidRPr="00287A8F" w:rsidRDefault="007B68C2" w:rsidP="008921D6">
      <w:pPr>
        <w:spacing w:line="240" w:lineRule="auto"/>
        <w:rPr>
          <w:i/>
          <w:sz w:val="20"/>
          <w:u w:val="single"/>
        </w:rPr>
      </w:pPr>
      <w:r w:rsidRPr="00391C67">
        <w:t xml:space="preserve">1) </w:t>
      </w:r>
      <w:r>
        <w:t>NaCl</w:t>
      </w:r>
      <w:r w:rsidRPr="00391C67">
        <w:t xml:space="preserve"> ,</w:t>
      </w:r>
      <w:r>
        <w:t>Cu</w:t>
      </w:r>
      <w:r w:rsidRPr="00391C67">
        <w:t>(</w:t>
      </w:r>
      <w:r>
        <w:t>OH</w:t>
      </w:r>
      <w:r w:rsidRPr="00391C67">
        <w:t>)</w:t>
      </w:r>
      <w:r w:rsidRPr="00391C67">
        <w:rPr>
          <w:vertAlign w:val="subscript"/>
        </w:rPr>
        <w:t>2</w:t>
      </w:r>
      <w:r w:rsidRPr="00391C67">
        <w:t xml:space="preserve">, </w:t>
      </w:r>
      <w:r>
        <w:t>HNO</w:t>
      </w:r>
      <w:r w:rsidRPr="00391C67">
        <w:rPr>
          <w:vertAlign w:val="subscript"/>
        </w:rPr>
        <w:t>3</w:t>
      </w:r>
      <w:r w:rsidRPr="00391C67">
        <w:t xml:space="preserve">; 2) </w:t>
      </w:r>
      <w:r>
        <w:t>BaCl</w:t>
      </w:r>
      <w:r w:rsidRPr="00391C67">
        <w:rPr>
          <w:vertAlign w:val="subscript"/>
        </w:rPr>
        <w:t>2</w:t>
      </w:r>
      <w:r w:rsidRPr="00391C67">
        <w:t xml:space="preserve"> , </w:t>
      </w:r>
      <w:r>
        <w:t>H</w:t>
      </w:r>
      <w:r w:rsidRPr="00391C67">
        <w:t xml:space="preserve"> </w:t>
      </w:r>
      <w:r w:rsidRPr="00391C67">
        <w:rPr>
          <w:vertAlign w:val="subscript"/>
        </w:rPr>
        <w:t>2</w:t>
      </w:r>
      <w:r>
        <w:t>CO</w:t>
      </w:r>
      <w:r w:rsidRPr="00391C67">
        <w:rPr>
          <w:vertAlign w:val="subscript"/>
        </w:rPr>
        <w:t xml:space="preserve">3 </w:t>
      </w:r>
      <w:r w:rsidRPr="00391C67">
        <w:t xml:space="preserve">, </w:t>
      </w:r>
      <w:r>
        <w:t>NaOH</w:t>
      </w:r>
      <w:r w:rsidRPr="00391C67">
        <w:t>;  3)</w:t>
      </w:r>
      <w:r>
        <w:t>K</w:t>
      </w:r>
      <w:r w:rsidRPr="00287A8F">
        <w:rPr>
          <w:vertAlign w:val="subscript"/>
        </w:rPr>
        <w:t>2</w:t>
      </w:r>
      <w:r>
        <w:t>SO</w:t>
      </w:r>
      <w:r w:rsidRPr="00287A8F">
        <w:rPr>
          <w:vertAlign w:val="subscript"/>
        </w:rPr>
        <w:t>4</w:t>
      </w:r>
      <w:r w:rsidRPr="00287A8F">
        <w:t xml:space="preserve">, </w:t>
      </w:r>
      <w:r>
        <w:t>HNO</w:t>
      </w:r>
      <w:r w:rsidRPr="00287A8F">
        <w:rPr>
          <w:vertAlign w:val="subscript"/>
        </w:rPr>
        <w:t>3</w:t>
      </w:r>
      <w:r w:rsidRPr="00287A8F">
        <w:t xml:space="preserve">, </w:t>
      </w:r>
      <w:r>
        <w:t>Ba</w:t>
      </w:r>
      <w:r w:rsidRPr="00287A8F">
        <w:t>(</w:t>
      </w:r>
      <w:r>
        <w:t>OH</w:t>
      </w:r>
      <w:r w:rsidRPr="00287A8F">
        <w:t>)</w:t>
      </w:r>
      <w:r w:rsidRPr="00287A8F">
        <w:rPr>
          <w:vertAlign w:val="subscript"/>
        </w:rPr>
        <w:t>2</w:t>
      </w:r>
    </w:p>
    <w:p w:rsidR="007B68C2" w:rsidRPr="00CC527C" w:rsidRDefault="007B68C2" w:rsidP="008921D6">
      <w:pPr>
        <w:spacing w:line="240" w:lineRule="auto"/>
        <w:rPr>
          <w:b/>
          <w:szCs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89.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Исходя из данных о растворимости веществ, определите, в каком случае выпадения осадка не происходит: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</w:t>
      </w:r>
      <w:r>
        <w:t>AgNO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>+</w:t>
      </w:r>
      <w:r>
        <w:t>NaCl</w:t>
      </w:r>
      <w:r w:rsidRPr="00B036F5">
        <w:rPr>
          <w:lang w:val="ru-RU"/>
        </w:rPr>
        <w:t xml:space="preserve"> →         2) </w:t>
      </w:r>
      <w:r>
        <w:t>CuCl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+</w:t>
      </w:r>
      <w:r>
        <w:t>NaOH</w:t>
      </w:r>
      <w:r w:rsidRPr="00B036F5">
        <w:rPr>
          <w:lang w:val="ru-RU"/>
        </w:rPr>
        <w:t xml:space="preserve"> →             3) </w:t>
      </w:r>
      <w:r>
        <w:t>MnSO</w:t>
      </w:r>
      <w:r w:rsidRPr="00B036F5">
        <w:rPr>
          <w:vertAlign w:val="subscript"/>
          <w:lang w:val="ru-RU"/>
        </w:rPr>
        <w:t xml:space="preserve">4 </w:t>
      </w:r>
      <w:r w:rsidRPr="00B036F5">
        <w:rPr>
          <w:lang w:val="ru-RU"/>
        </w:rPr>
        <w:t>+</w:t>
      </w:r>
      <w:r>
        <w:t>NaI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90.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Какая реакция обмена идет с выделением газа: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F56263" w:rsidRDefault="007B68C2" w:rsidP="008921D6">
      <w:pPr>
        <w:numPr>
          <w:ilvl w:val="0"/>
          <w:numId w:val="28"/>
        </w:numPr>
        <w:spacing w:line="240" w:lineRule="auto"/>
      </w:pPr>
      <w:r>
        <w:t>CaCl</w:t>
      </w:r>
      <w:r w:rsidRPr="00F56263">
        <w:rPr>
          <w:vertAlign w:val="subscript"/>
        </w:rPr>
        <w:t>2</w:t>
      </w:r>
      <w:r w:rsidRPr="00F56263">
        <w:t>+</w:t>
      </w:r>
      <w:r>
        <w:t>Na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→</w:t>
      </w:r>
    </w:p>
    <w:p w:rsidR="007B68C2" w:rsidRPr="00F56263" w:rsidRDefault="007B68C2" w:rsidP="008921D6">
      <w:pPr>
        <w:numPr>
          <w:ilvl w:val="0"/>
          <w:numId w:val="28"/>
        </w:numPr>
        <w:spacing w:line="240" w:lineRule="auto"/>
      </w:pPr>
      <w:r>
        <w:t>MgCO</w:t>
      </w:r>
      <w:r w:rsidRPr="00F56263">
        <w:rPr>
          <w:vertAlign w:val="subscript"/>
        </w:rPr>
        <w:t>3</w:t>
      </w:r>
      <w:r w:rsidRPr="00F56263">
        <w:t>+</w:t>
      </w:r>
      <w:r>
        <w:t>HNO</w:t>
      </w:r>
      <w:r w:rsidRPr="00F56263">
        <w:rPr>
          <w:vertAlign w:val="subscript"/>
        </w:rPr>
        <w:t>3</w:t>
      </w:r>
      <w:r w:rsidRPr="00F56263">
        <w:t>→</w:t>
      </w:r>
    </w:p>
    <w:p w:rsidR="007B68C2" w:rsidRPr="00F56263" w:rsidRDefault="007B68C2" w:rsidP="008921D6">
      <w:pPr>
        <w:numPr>
          <w:ilvl w:val="0"/>
          <w:numId w:val="28"/>
        </w:numPr>
        <w:spacing w:line="240" w:lineRule="auto"/>
      </w:pPr>
      <w:r>
        <w:t>K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+</w:t>
      </w:r>
      <w:r>
        <w:t>H</w:t>
      </w:r>
      <w:r w:rsidRPr="00F56263">
        <w:rPr>
          <w:vertAlign w:val="subscript"/>
        </w:rPr>
        <w:t>2</w:t>
      </w:r>
      <w:r>
        <w:t>SiO</w:t>
      </w:r>
      <w:r w:rsidRPr="00F56263">
        <w:rPr>
          <w:vertAlign w:val="subscript"/>
        </w:rPr>
        <w:t>3</w:t>
      </w:r>
      <w:r w:rsidRPr="00F56263">
        <w:t>→</w:t>
      </w:r>
    </w:p>
    <w:p w:rsidR="007B68C2" w:rsidRPr="000574C6" w:rsidRDefault="007B68C2" w:rsidP="008921D6">
      <w:pPr>
        <w:spacing w:line="240" w:lineRule="auto"/>
        <w:rPr>
          <w:b/>
          <w:szCs w:val="24"/>
        </w:rPr>
      </w:pPr>
    </w:p>
    <w:p w:rsidR="007B68C2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91</w:t>
      </w:r>
      <w:r w:rsidRPr="00E06BBA">
        <w:rPr>
          <w:b/>
          <w:szCs w:val="24"/>
        </w:rPr>
        <w:t>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Из приведённых ниже солей гидролизуется одновременно по катиону и аниону: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lastRenderedPageBreak/>
        <w:t>варианты ответов:</w:t>
      </w:r>
    </w:p>
    <w:p w:rsidR="007B68C2" w:rsidRPr="00B036F5" w:rsidRDefault="007B68C2" w:rsidP="008921D6">
      <w:pPr>
        <w:tabs>
          <w:tab w:val="left" w:pos="1162"/>
        </w:tabs>
        <w:spacing w:line="240" w:lineRule="auto"/>
        <w:rPr>
          <w:b/>
          <w:szCs w:val="24"/>
          <w:lang w:val="ru-RU"/>
        </w:rPr>
      </w:pPr>
      <w:r>
        <w:t>NH</w:t>
      </w:r>
      <w:r w:rsidRPr="00B036F5">
        <w:rPr>
          <w:szCs w:val="16"/>
          <w:vertAlign w:val="subscript"/>
          <w:lang w:val="ru-RU"/>
        </w:rPr>
        <w:t>4</w:t>
      </w:r>
      <w:r>
        <w:t>Cl</w:t>
      </w:r>
      <w:r w:rsidRPr="00B036F5">
        <w:rPr>
          <w:lang w:val="ru-RU"/>
        </w:rPr>
        <w:t xml:space="preserve"> ;          </w:t>
      </w:r>
      <w:r>
        <w:t>CH</w:t>
      </w:r>
      <w:r w:rsidRPr="00B036F5">
        <w:rPr>
          <w:szCs w:val="14"/>
          <w:vertAlign w:val="subscript"/>
          <w:lang w:val="ru-RU"/>
        </w:rPr>
        <w:t>3</w:t>
      </w:r>
      <w:r>
        <w:t>COONH</w:t>
      </w:r>
      <w:r w:rsidRPr="00B036F5">
        <w:rPr>
          <w:szCs w:val="16"/>
          <w:vertAlign w:val="subscript"/>
          <w:lang w:val="ru-RU"/>
        </w:rPr>
        <w:t>4</w:t>
      </w:r>
      <w:r w:rsidRPr="00B036F5">
        <w:rPr>
          <w:szCs w:val="16"/>
          <w:lang w:val="ru-RU"/>
        </w:rPr>
        <w:t xml:space="preserve">; </w:t>
      </w:r>
      <w:r w:rsidRPr="00B036F5">
        <w:rPr>
          <w:szCs w:val="16"/>
          <w:vertAlign w:val="subscript"/>
          <w:lang w:val="ru-RU"/>
        </w:rPr>
        <w:t xml:space="preserve">             </w:t>
      </w:r>
      <w:r w:rsidRPr="008965C9">
        <w:t>CH</w:t>
      </w:r>
      <w:r w:rsidRPr="00B036F5">
        <w:rPr>
          <w:szCs w:val="14"/>
          <w:vertAlign w:val="subscript"/>
          <w:lang w:val="ru-RU"/>
        </w:rPr>
        <w:t>3</w:t>
      </w:r>
      <w:r w:rsidRPr="008965C9">
        <w:t>COONa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92.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Из приведённых ниже солей, по катиону гидролизуется соль: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1) </w:t>
      </w:r>
      <w:r>
        <w:t>CH</w:t>
      </w:r>
      <w:r w:rsidRPr="00B036F5">
        <w:rPr>
          <w:szCs w:val="14"/>
          <w:vertAlign w:val="subscript"/>
          <w:lang w:val="ru-RU"/>
        </w:rPr>
        <w:t>3</w:t>
      </w:r>
      <w:r>
        <w:t>COOK</w:t>
      </w:r>
      <w:r w:rsidRPr="00B036F5">
        <w:rPr>
          <w:lang w:val="ru-RU"/>
        </w:rPr>
        <w:t xml:space="preserve">;             2) </w:t>
      </w:r>
      <w:r>
        <w:t>ZnCl</w:t>
      </w:r>
      <w:r w:rsidRPr="00B036F5">
        <w:rPr>
          <w:szCs w:val="14"/>
          <w:vertAlign w:val="subscript"/>
          <w:lang w:val="ru-RU"/>
        </w:rPr>
        <w:t xml:space="preserve">2                           </w:t>
      </w:r>
      <w:r w:rsidRPr="00B036F5">
        <w:rPr>
          <w:lang w:val="ru-RU"/>
        </w:rPr>
        <w:t xml:space="preserve">3) </w:t>
      </w:r>
      <w:r>
        <w:t>Ca</w:t>
      </w:r>
      <w:r w:rsidRPr="00B036F5">
        <w:rPr>
          <w:lang w:val="ru-RU"/>
        </w:rPr>
        <w:t>(</w:t>
      </w:r>
      <w:r>
        <w:t>NO</w:t>
      </w:r>
      <w:r w:rsidRPr="00B036F5">
        <w:rPr>
          <w:szCs w:val="14"/>
          <w:vertAlign w:val="subscript"/>
          <w:lang w:val="ru-RU"/>
        </w:rPr>
        <w:t>3</w:t>
      </w:r>
      <w:r w:rsidRPr="00B036F5">
        <w:rPr>
          <w:lang w:val="ru-RU"/>
        </w:rPr>
        <w:t>).</w:t>
      </w:r>
    </w:p>
    <w:p w:rsidR="007B68C2" w:rsidRPr="00B036F5" w:rsidRDefault="007B68C2" w:rsidP="008921D6">
      <w:pPr>
        <w:spacing w:line="240" w:lineRule="auto"/>
        <w:rPr>
          <w:b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lang w:val="ru-RU"/>
        </w:rPr>
      </w:pPr>
      <w:r w:rsidRPr="00B036F5">
        <w:rPr>
          <w:b/>
          <w:lang w:val="ru-RU"/>
        </w:rPr>
        <w:t>Задание 93.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Из приведённых ниже солей по аниону гидролизуется:</w:t>
      </w:r>
    </w:p>
    <w:p w:rsidR="007B68C2" w:rsidRPr="00B036F5" w:rsidRDefault="007B68C2" w:rsidP="008921D6">
      <w:pPr>
        <w:spacing w:line="240" w:lineRule="auto"/>
        <w:rPr>
          <w:szCs w:val="14"/>
          <w:vertAlign w:val="subscript"/>
          <w:lang w:val="ru-RU"/>
        </w:rPr>
      </w:pPr>
      <w:r w:rsidRPr="00B036F5">
        <w:rPr>
          <w:lang w:val="ru-RU"/>
        </w:rPr>
        <w:t xml:space="preserve">1) </w:t>
      </w:r>
      <w:r>
        <w:t>KNO</w:t>
      </w:r>
      <w:r w:rsidRPr="00B036F5">
        <w:rPr>
          <w:szCs w:val="14"/>
          <w:vertAlign w:val="subscript"/>
          <w:lang w:val="ru-RU"/>
        </w:rPr>
        <w:t xml:space="preserve">3               </w:t>
      </w:r>
      <w:r w:rsidRPr="00B036F5">
        <w:rPr>
          <w:lang w:val="ru-RU"/>
        </w:rPr>
        <w:t xml:space="preserve">2) </w:t>
      </w:r>
      <w:r>
        <w:t>CuSO</w:t>
      </w:r>
      <w:r w:rsidRPr="00B036F5">
        <w:rPr>
          <w:szCs w:val="16"/>
          <w:vertAlign w:val="subscript"/>
          <w:lang w:val="ru-RU"/>
        </w:rPr>
        <w:t xml:space="preserve">4                              </w:t>
      </w:r>
      <w:r w:rsidRPr="00B036F5">
        <w:rPr>
          <w:lang w:val="ru-RU"/>
        </w:rPr>
        <w:t xml:space="preserve">3) </w:t>
      </w:r>
      <w:r>
        <w:t>Na</w:t>
      </w:r>
      <w:r w:rsidRPr="00B036F5">
        <w:rPr>
          <w:szCs w:val="14"/>
          <w:vertAlign w:val="subscript"/>
          <w:lang w:val="ru-RU"/>
        </w:rPr>
        <w:t>2</w:t>
      </w:r>
      <w:r>
        <w:t>SO</w:t>
      </w:r>
      <w:r w:rsidRPr="00B036F5">
        <w:rPr>
          <w:szCs w:val="14"/>
          <w:vertAlign w:val="subscript"/>
          <w:lang w:val="ru-RU"/>
        </w:rPr>
        <w:t>3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 xml:space="preserve">  Задание 94.</w:t>
      </w:r>
      <w:r w:rsidRPr="00B036F5">
        <w:rPr>
          <w:szCs w:val="24"/>
          <w:lang w:val="ru-RU"/>
        </w:rPr>
        <w:t xml:space="preserve"> </w:t>
      </w:r>
      <w:r w:rsidRPr="00B036F5">
        <w:rPr>
          <w:lang w:val="ru-RU"/>
        </w:rPr>
        <w:t>Щелочной раствор получают при растворении в воде:</w:t>
      </w:r>
    </w:p>
    <w:p w:rsidR="007B68C2" w:rsidRDefault="007B68C2" w:rsidP="008921D6">
      <w:pPr>
        <w:spacing w:line="240" w:lineRule="auto"/>
        <w:ind w:left="360"/>
      </w:pPr>
      <w:r w:rsidRPr="00B036F5">
        <w:rPr>
          <w:b/>
          <w:lang w:val="ru-RU"/>
        </w:rPr>
        <w:t xml:space="preserve">      </w:t>
      </w:r>
      <w:r w:rsidRPr="001A3BB0">
        <w:rPr>
          <w:i/>
        </w:rPr>
        <w:t>варианты</w:t>
      </w:r>
      <w:r w:rsidRPr="005112AC">
        <w:rPr>
          <w:i/>
        </w:rPr>
        <w:t xml:space="preserve"> </w:t>
      </w:r>
      <w:r w:rsidRPr="001A3BB0">
        <w:rPr>
          <w:i/>
        </w:rPr>
        <w:t>ответов</w:t>
      </w:r>
      <w:r w:rsidRPr="005112AC">
        <w:rPr>
          <w:i/>
        </w:rPr>
        <w:t xml:space="preserve">: </w:t>
      </w:r>
      <w:r w:rsidRPr="00412A53">
        <w:t xml:space="preserve">1) </w:t>
      </w:r>
      <w:r>
        <w:t>Na</w:t>
      </w:r>
      <w:r>
        <w:rPr>
          <w:szCs w:val="14"/>
          <w:vertAlign w:val="subscript"/>
        </w:rPr>
        <w:t>2</w:t>
      </w:r>
      <w:r>
        <w:t>SO</w:t>
      </w:r>
      <w:r>
        <w:rPr>
          <w:szCs w:val="14"/>
          <w:vertAlign w:val="subscript"/>
        </w:rPr>
        <w:t>3</w:t>
      </w:r>
      <w:r>
        <w:t xml:space="preserve">              </w:t>
      </w:r>
      <w:r w:rsidRPr="00412A53">
        <w:t>2</w:t>
      </w:r>
      <w:r>
        <w:t>)  Na</w:t>
      </w:r>
      <w:r>
        <w:rPr>
          <w:szCs w:val="16"/>
          <w:vertAlign w:val="subscript"/>
        </w:rPr>
        <w:t>2</w:t>
      </w:r>
      <w:r>
        <w:t>SO</w:t>
      </w:r>
      <w:r>
        <w:rPr>
          <w:szCs w:val="16"/>
          <w:vertAlign w:val="subscript"/>
        </w:rPr>
        <w:t>4</w:t>
      </w:r>
      <w:r>
        <w:t xml:space="preserve">                      </w:t>
      </w:r>
      <w:r w:rsidRPr="005112AC">
        <w:t>3</w:t>
      </w:r>
      <w:r>
        <w:t>) Fe</w:t>
      </w:r>
      <w:r>
        <w:rPr>
          <w:szCs w:val="14"/>
          <w:vertAlign w:val="subscript"/>
        </w:rPr>
        <w:t>2</w:t>
      </w:r>
      <w:r>
        <w:t>(SO</w:t>
      </w:r>
      <w:r>
        <w:rPr>
          <w:szCs w:val="16"/>
          <w:vertAlign w:val="subscript"/>
        </w:rPr>
        <w:t>4</w:t>
      </w:r>
      <w:r>
        <w:t>)</w:t>
      </w:r>
      <w:r>
        <w:rPr>
          <w:szCs w:val="14"/>
          <w:vertAlign w:val="subscript"/>
        </w:rPr>
        <w:t>3</w:t>
      </w:r>
    </w:p>
    <w:p w:rsidR="007B68C2" w:rsidRPr="00E074AE" w:rsidRDefault="007B68C2" w:rsidP="008921D6">
      <w:pPr>
        <w:spacing w:line="240" w:lineRule="auto"/>
        <w:rPr>
          <w:b/>
          <w:szCs w:val="24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95.</w:t>
      </w:r>
      <w:r w:rsidRPr="00B036F5">
        <w:rPr>
          <w:lang w:val="ru-RU"/>
        </w:rPr>
        <w:t xml:space="preserve"> Кислый раствор получают при растворении в воде: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szCs w:val="14"/>
          <w:lang w:val="ru-RU"/>
        </w:rPr>
      </w:pPr>
      <w:r w:rsidRPr="00B036F5">
        <w:rPr>
          <w:lang w:val="ru-RU"/>
        </w:rPr>
        <w:t>1)</w:t>
      </w:r>
      <w:r>
        <w:t>CrCl</w:t>
      </w:r>
      <w:r w:rsidRPr="00B036F5">
        <w:rPr>
          <w:szCs w:val="14"/>
          <w:vertAlign w:val="subscript"/>
          <w:lang w:val="ru-RU"/>
        </w:rPr>
        <w:t>3</w:t>
      </w:r>
      <w:r w:rsidRPr="00B036F5">
        <w:rPr>
          <w:lang w:val="ru-RU"/>
        </w:rPr>
        <w:t xml:space="preserve">                                  2)  </w:t>
      </w:r>
      <w:r>
        <w:t>CaCl</w:t>
      </w:r>
      <w:r w:rsidRPr="00B036F5">
        <w:rPr>
          <w:szCs w:val="14"/>
          <w:vertAlign w:val="subscript"/>
          <w:lang w:val="ru-RU"/>
        </w:rPr>
        <w:t>2</w:t>
      </w:r>
      <w:r w:rsidRPr="00B036F5">
        <w:rPr>
          <w:lang w:val="ru-RU"/>
        </w:rPr>
        <w:t xml:space="preserve">                               3) </w:t>
      </w:r>
      <w:r>
        <w:t>NaNO</w:t>
      </w:r>
      <w:r w:rsidRPr="00B036F5">
        <w:rPr>
          <w:szCs w:val="14"/>
          <w:vertAlign w:val="subscript"/>
          <w:lang w:val="ru-RU"/>
        </w:rPr>
        <w:t>2</w:t>
      </w:r>
    </w:p>
    <w:p w:rsidR="007B68C2" w:rsidRPr="00E074AE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widowControl w:val="0"/>
        <w:tabs>
          <w:tab w:val="left" w:pos="709"/>
        </w:tabs>
        <w:spacing w:line="240" w:lineRule="auto"/>
        <w:rPr>
          <w:szCs w:val="28"/>
          <w:lang w:val="ru-RU"/>
        </w:rPr>
      </w:pPr>
      <w:r w:rsidRPr="00B036F5">
        <w:rPr>
          <w:b/>
          <w:lang w:val="ru-RU"/>
        </w:rPr>
        <w:t>Задание 96.</w:t>
      </w:r>
      <w:r w:rsidRPr="00B036F5">
        <w:rPr>
          <w:szCs w:val="24"/>
          <w:lang w:val="ru-RU"/>
        </w:rPr>
        <w:t xml:space="preserve"> </w:t>
      </w:r>
      <w:r w:rsidRPr="00B036F5">
        <w:rPr>
          <w:szCs w:val="28"/>
          <w:lang w:val="ru-RU"/>
        </w:rPr>
        <w:t xml:space="preserve">Чему равна концентрация  ионов </w:t>
      </w:r>
      <w:r>
        <w:rPr>
          <w:szCs w:val="28"/>
        </w:rPr>
        <w:t>OH</w:t>
      </w:r>
      <w:r w:rsidRPr="00B036F5">
        <w:rPr>
          <w:szCs w:val="28"/>
          <w:vertAlign w:val="superscript"/>
          <w:lang w:val="ru-RU"/>
        </w:rPr>
        <w:t>-</w:t>
      </w:r>
      <w:r w:rsidRPr="00B036F5">
        <w:rPr>
          <w:szCs w:val="28"/>
          <w:lang w:val="ru-RU"/>
        </w:rPr>
        <w:t xml:space="preserve"> в растворе, если концентрация ионов Н</w:t>
      </w:r>
      <w:r w:rsidRPr="00B036F5">
        <w:rPr>
          <w:szCs w:val="28"/>
          <w:vertAlign w:val="superscript"/>
          <w:lang w:val="ru-RU"/>
        </w:rPr>
        <w:t>+</w:t>
      </w:r>
      <w:r w:rsidRPr="00B036F5">
        <w:rPr>
          <w:szCs w:val="28"/>
          <w:lang w:val="ru-RU"/>
        </w:rPr>
        <w:t xml:space="preserve">  равна 10</w:t>
      </w:r>
      <w:r w:rsidRPr="00B036F5">
        <w:rPr>
          <w:szCs w:val="28"/>
          <w:vertAlign w:val="superscript"/>
          <w:lang w:val="ru-RU"/>
        </w:rPr>
        <w:t>-1</w:t>
      </w:r>
      <w:r w:rsidRPr="00B036F5">
        <w:rPr>
          <w:szCs w:val="28"/>
          <w:lang w:val="ru-RU"/>
        </w:rPr>
        <w:t xml:space="preserve"> моль/л?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97.</w:t>
      </w:r>
      <w:r w:rsidRPr="00B036F5">
        <w:rPr>
          <w:szCs w:val="28"/>
          <w:lang w:val="ru-RU"/>
        </w:rPr>
        <w:t xml:space="preserve"> Чему равна концентрация ионов </w:t>
      </w:r>
      <w:r>
        <w:rPr>
          <w:szCs w:val="28"/>
        </w:rPr>
        <w:t>H</w:t>
      </w:r>
      <w:r w:rsidRPr="00B036F5">
        <w:rPr>
          <w:szCs w:val="28"/>
          <w:vertAlign w:val="superscript"/>
          <w:lang w:val="ru-RU"/>
        </w:rPr>
        <w:t>+</w:t>
      </w:r>
      <w:r w:rsidRPr="00B036F5">
        <w:rPr>
          <w:szCs w:val="28"/>
          <w:lang w:val="ru-RU"/>
        </w:rPr>
        <w:t xml:space="preserve"> в растворе (моль/л), если концентрация ионов  </w:t>
      </w:r>
      <w:r>
        <w:rPr>
          <w:szCs w:val="28"/>
        </w:rPr>
        <w:t>OH</w:t>
      </w:r>
      <w:r w:rsidRPr="00B036F5">
        <w:rPr>
          <w:szCs w:val="28"/>
          <w:vertAlign w:val="superscript"/>
          <w:lang w:val="ru-RU"/>
        </w:rPr>
        <w:t>-</w:t>
      </w:r>
      <w:r w:rsidRPr="00B036F5">
        <w:rPr>
          <w:szCs w:val="28"/>
          <w:lang w:val="ru-RU"/>
        </w:rPr>
        <w:t xml:space="preserve"> равна 0,01 моль/л ….. .</w:t>
      </w:r>
    </w:p>
    <w:p w:rsidR="007B68C2" w:rsidRDefault="007B68C2" w:rsidP="008921D6">
      <w:pPr>
        <w:pStyle w:val="14"/>
        <w:widowControl/>
        <w:rPr>
          <w:b/>
          <w:szCs w:val="24"/>
        </w:rPr>
      </w:pPr>
    </w:p>
    <w:p w:rsidR="007B68C2" w:rsidRPr="00C93882" w:rsidRDefault="007B68C2" w:rsidP="008921D6">
      <w:pPr>
        <w:pStyle w:val="14"/>
        <w:widowControl/>
        <w:rPr>
          <w:i/>
          <w:snapToGrid/>
          <w:sz w:val="24"/>
          <w:szCs w:val="24"/>
        </w:rPr>
      </w:pPr>
      <w:r w:rsidRPr="00C93882">
        <w:rPr>
          <w:b/>
          <w:sz w:val="24"/>
          <w:szCs w:val="24"/>
        </w:rPr>
        <w:t>Задание 9</w:t>
      </w:r>
      <w:r>
        <w:rPr>
          <w:b/>
          <w:sz w:val="24"/>
          <w:szCs w:val="24"/>
        </w:rPr>
        <w:t>8</w:t>
      </w:r>
      <w:r w:rsidRPr="00C93882">
        <w:rPr>
          <w:b/>
          <w:sz w:val="24"/>
          <w:szCs w:val="24"/>
        </w:rPr>
        <w:t>.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>
        <w:rPr>
          <w:szCs w:val="28"/>
        </w:rPr>
        <w:t>pH</w:t>
      </w:r>
      <w:r w:rsidRPr="00B036F5">
        <w:rPr>
          <w:szCs w:val="28"/>
          <w:lang w:val="ru-RU"/>
        </w:rPr>
        <w:t xml:space="preserve"> 0.01 М раствора </w:t>
      </w:r>
      <w:r>
        <w:rPr>
          <w:szCs w:val="28"/>
        </w:rPr>
        <w:t>KOH</w:t>
      </w:r>
      <w:r w:rsidRPr="00B036F5">
        <w:rPr>
          <w:szCs w:val="28"/>
          <w:lang w:val="ru-RU"/>
        </w:rPr>
        <w:t xml:space="preserve"> равен ….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99.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Среди приведенных веществ дисперсной системой является…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lang w:val="ru-RU"/>
        </w:rPr>
        <w:t>1) раствор соды;     2) туман</w:t>
      </w:r>
      <w:r w:rsidRPr="00B036F5">
        <w:rPr>
          <w:lang w:val="ru-RU"/>
        </w:rPr>
        <w:tab/>
        <w:t>3) минеральная вода</w:t>
      </w:r>
    </w:p>
    <w:p w:rsidR="007B68C2" w:rsidRPr="001A3BB0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 100.</w:t>
      </w:r>
      <w:r w:rsidRPr="00B036F5">
        <w:rPr>
          <w:szCs w:val="24"/>
          <w:lang w:val="ru-RU"/>
        </w:rPr>
        <w:t xml:space="preserve"> </w:t>
      </w:r>
      <w:r w:rsidRPr="00B036F5">
        <w:rPr>
          <w:lang w:val="ru-RU"/>
        </w:rPr>
        <w:t>Агрегативная  устойчивость дисперсных систем возрастает…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с увеличением размера частиц;</w:t>
      </w:r>
      <w:r w:rsidRPr="00B036F5">
        <w:rPr>
          <w:lang w:val="ru-RU"/>
        </w:rPr>
        <w:tab/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2) с уменьшением размера частиц; </w:t>
      </w:r>
    </w:p>
    <w:p w:rsidR="007B68C2" w:rsidRDefault="007B68C2" w:rsidP="008921D6">
      <w:pPr>
        <w:pStyle w:val="14"/>
        <w:widowControl/>
        <w:rPr>
          <w:sz w:val="24"/>
          <w:szCs w:val="24"/>
        </w:rPr>
      </w:pPr>
      <w:r w:rsidRPr="009673ED">
        <w:rPr>
          <w:sz w:val="24"/>
          <w:szCs w:val="24"/>
        </w:rPr>
        <w:t>3) с повышением температуры</w:t>
      </w:r>
    </w:p>
    <w:p w:rsidR="007B68C2" w:rsidRPr="009673ED" w:rsidRDefault="007B68C2" w:rsidP="008921D6">
      <w:pPr>
        <w:pStyle w:val="14"/>
        <w:widowControl/>
        <w:rPr>
          <w:i/>
          <w:snapToGrid/>
          <w:sz w:val="24"/>
          <w:szCs w:val="24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 101.</w:t>
      </w:r>
      <w:r w:rsidRPr="00B036F5">
        <w:rPr>
          <w:szCs w:val="24"/>
          <w:lang w:val="ru-RU"/>
        </w:rPr>
        <w:t xml:space="preserve"> </w:t>
      </w:r>
      <w:r w:rsidRPr="00B036F5">
        <w:rPr>
          <w:lang w:val="ru-RU"/>
        </w:rPr>
        <w:t>Для коллоидных растворов размер частиц равен   …… см.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1) </w:t>
      </w:r>
      <w:r>
        <w:t>d</w:t>
      </w:r>
      <w:r w:rsidRPr="00B036F5">
        <w:rPr>
          <w:lang w:val="ru-RU"/>
        </w:rPr>
        <w:t>&lt;10</w:t>
      </w:r>
      <w:r w:rsidRPr="00B036F5">
        <w:rPr>
          <w:vertAlign w:val="superscript"/>
          <w:lang w:val="ru-RU"/>
        </w:rPr>
        <w:t>-7</w:t>
      </w:r>
      <w:r w:rsidRPr="00B036F5">
        <w:rPr>
          <w:lang w:val="ru-RU"/>
        </w:rPr>
        <w:tab/>
        <w:t xml:space="preserve">       2) </w:t>
      </w:r>
      <w:r>
        <w:t>d</w:t>
      </w:r>
      <w:r w:rsidRPr="00B036F5">
        <w:rPr>
          <w:lang w:val="ru-RU"/>
        </w:rPr>
        <w:t>=10</w:t>
      </w:r>
      <w:r w:rsidRPr="00B036F5">
        <w:rPr>
          <w:vertAlign w:val="superscript"/>
          <w:lang w:val="ru-RU"/>
        </w:rPr>
        <w:t>-7</w:t>
      </w:r>
      <w:r w:rsidRPr="00B036F5">
        <w:rPr>
          <w:lang w:val="ru-RU"/>
        </w:rPr>
        <w:t xml:space="preserve"> – 10</w:t>
      </w:r>
      <w:r w:rsidRPr="00B036F5">
        <w:rPr>
          <w:vertAlign w:val="superscript"/>
          <w:lang w:val="ru-RU"/>
        </w:rPr>
        <w:t>-5</w:t>
      </w:r>
      <w:r w:rsidRPr="00B036F5">
        <w:rPr>
          <w:lang w:val="ru-RU"/>
        </w:rPr>
        <w:tab/>
        <w:t xml:space="preserve">            3) </w:t>
      </w:r>
      <w:r>
        <w:t>d</w:t>
      </w:r>
      <w:r w:rsidRPr="00B036F5">
        <w:rPr>
          <w:lang w:val="ru-RU"/>
        </w:rPr>
        <w:t>=10</w:t>
      </w:r>
      <w:r w:rsidRPr="00B036F5">
        <w:rPr>
          <w:vertAlign w:val="superscript"/>
          <w:lang w:val="ru-RU"/>
        </w:rPr>
        <w:t>-5</w:t>
      </w:r>
      <w:r w:rsidRPr="00B036F5">
        <w:rPr>
          <w:lang w:val="ru-RU"/>
        </w:rPr>
        <w:t xml:space="preserve"> – 10</w:t>
      </w:r>
      <w:r w:rsidRPr="00B036F5">
        <w:rPr>
          <w:vertAlign w:val="superscript"/>
          <w:lang w:val="ru-RU"/>
        </w:rPr>
        <w:t>-4</w:t>
      </w:r>
      <w:r w:rsidRPr="00B036F5">
        <w:rPr>
          <w:lang w:val="ru-RU"/>
        </w:rPr>
        <w:tab/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102.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Вещество, на поверхности которого происходит адсорбция называется ….. 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lang w:val="ru-RU"/>
        </w:rPr>
        <w:t>1) адсорбтив</w:t>
      </w:r>
      <w:r w:rsidRPr="00B036F5">
        <w:rPr>
          <w:lang w:val="ru-RU"/>
        </w:rPr>
        <w:tab/>
      </w:r>
      <w:r w:rsidRPr="00B036F5">
        <w:rPr>
          <w:lang w:val="ru-RU"/>
        </w:rPr>
        <w:tab/>
        <w:t>2) адсорбат</w:t>
      </w:r>
      <w:r w:rsidRPr="00B036F5">
        <w:rPr>
          <w:lang w:val="ru-RU"/>
        </w:rPr>
        <w:tab/>
      </w:r>
      <w:r w:rsidRPr="00B036F5">
        <w:rPr>
          <w:lang w:val="ru-RU"/>
        </w:rPr>
        <w:tab/>
        <w:t>3) адсорбент</w:t>
      </w:r>
      <w:r w:rsidRPr="00B036F5">
        <w:rPr>
          <w:lang w:val="ru-RU"/>
        </w:rPr>
        <w:tab/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103.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Чтобы вызвать коагуляцию необходимо…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1) увеличить заряд гранул; 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lastRenderedPageBreak/>
        <w:t>2) добавить электролит</w:t>
      </w:r>
      <w:r w:rsidRPr="00B036F5">
        <w:rPr>
          <w:lang w:val="ru-RU"/>
        </w:rPr>
        <w:tab/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3) уменьшить степень дисперсности частиц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104.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Среди приведенных веществ дисперсной системой называется…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соленый раствор</w:t>
      </w:r>
      <w:r w:rsidRPr="00B036F5">
        <w:rPr>
          <w:lang w:val="ru-RU"/>
        </w:rPr>
        <w:tab/>
      </w:r>
      <w:r w:rsidRPr="00B036F5">
        <w:rPr>
          <w:lang w:val="ru-RU"/>
        </w:rPr>
        <w:tab/>
        <w:t xml:space="preserve">2) минеральная вода </w:t>
      </w:r>
      <w:r w:rsidRPr="00B036F5">
        <w:rPr>
          <w:lang w:val="ru-RU"/>
        </w:rPr>
        <w:tab/>
        <w:t>3) молоко</w:t>
      </w:r>
    </w:p>
    <w:p w:rsidR="007B68C2" w:rsidRPr="00B036F5" w:rsidRDefault="007B68C2" w:rsidP="008921D6">
      <w:pPr>
        <w:spacing w:line="240" w:lineRule="auto"/>
        <w:rPr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105.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Какая из приведенных реакций окислительно-восстановительная?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565ADB" w:rsidRDefault="007B68C2" w:rsidP="008921D6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СH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COOH+NH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OH=NH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CH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7B68C2" w:rsidRPr="00565ADB" w:rsidRDefault="007B68C2" w:rsidP="008921D6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Ca(OH)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+CO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=CaCO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7B68C2" w:rsidRPr="00565ADB" w:rsidRDefault="007B68C2" w:rsidP="008921D6">
      <w:pPr>
        <w:pStyle w:val="aa"/>
        <w:numPr>
          <w:ilvl w:val="0"/>
          <w:numId w:val="36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4Cl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S+4H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O=8HCl+2H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SO</w:t>
      </w:r>
      <w:r w:rsidRPr="00565ADB">
        <w:rPr>
          <w:sz w:val="24"/>
          <w:szCs w:val="24"/>
          <w:vertAlign w:val="subscript"/>
        </w:rPr>
        <w:t>4</w:t>
      </w:r>
    </w:p>
    <w:p w:rsidR="007B68C2" w:rsidRDefault="007B68C2" w:rsidP="008921D6">
      <w:pPr>
        <w:spacing w:line="240" w:lineRule="auto"/>
        <w:rPr>
          <w:b/>
          <w:szCs w:val="24"/>
        </w:rPr>
      </w:pPr>
    </w:p>
    <w:p w:rsidR="007B68C2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106</w:t>
      </w:r>
      <w:r w:rsidRPr="00E06BBA">
        <w:rPr>
          <w:b/>
          <w:szCs w:val="24"/>
        </w:rPr>
        <w:t>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Какая из приведенных реакций окислительно-восстановительная?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30017F" w:rsidRDefault="007B68C2" w:rsidP="008921D6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 xml:space="preserve"> </w:t>
      </w:r>
      <w:r w:rsidRPr="0030017F">
        <w:rPr>
          <w:sz w:val="24"/>
          <w:szCs w:val="24"/>
        </w:rPr>
        <w:t>Mg(OH)Cl+HCl=MgCl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7B68C2" w:rsidRPr="0030017F" w:rsidRDefault="007B68C2" w:rsidP="008921D6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NaOH+HCl=NaCl+H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7B68C2" w:rsidRPr="0030017F" w:rsidRDefault="007B68C2" w:rsidP="008921D6">
      <w:pPr>
        <w:pStyle w:val="aa"/>
        <w:numPr>
          <w:ilvl w:val="0"/>
          <w:numId w:val="29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8HI+H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SO</w:t>
      </w:r>
      <w:r w:rsidRPr="0030017F">
        <w:rPr>
          <w:sz w:val="24"/>
          <w:szCs w:val="24"/>
          <w:vertAlign w:val="subscript"/>
        </w:rPr>
        <w:t>4</w:t>
      </w:r>
      <w:r w:rsidRPr="0030017F">
        <w:rPr>
          <w:sz w:val="24"/>
          <w:szCs w:val="24"/>
        </w:rPr>
        <w:t>=4I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S+4H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7B68C2" w:rsidRDefault="007B68C2" w:rsidP="008921D6">
      <w:pPr>
        <w:spacing w:line="240" w:lineRule="auto"/>
        <w:rPr>
          <w:b/>
          <w:szCs w:val="24"/>
        </w:rPr>
      </w:pP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b/>
          <w:szCs w:val="24"/>
          <w:lang w:val="ru-RU"/>
        </w:rPr>
        <w:t>Задание 107.</w:t>
      </w:r>
      <w:r w:rsidRPr="00B036F5">
        <w:rPr>
          <w:szCs w:val="28"/>
          <w:lang w:val="ru-RU"/>
        </w:rPr>
        <w:t xml:space="preserve"> Какая реакция </w:t>
      </w:r>
      <w:r w:rsidRPr="00B036F5">
        <w:rPr>
          <w:b/>
          <w:szCs w:val="28"/>
          <w:u w:val="single"/>
          <w:lang w:val="ru-RU"/>
        </w:rPr>
        <w:t>не относится</w:t>
      </w:r>
      <w:r w:rsidRPr="00B036F5">
        <w:rPr>
          <w:szCs w:val="28"/>
          <w:lang w:val="ru-RU"/>
        </w:rPr>
        <w:t xml:space="preserve"> к окислительно-восстановительным: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>1) 2</w:t>
      </w:r>
      <w:r>
        <w:rPr>
          <w:szCs w:val="28"/>
        </w:rPr>
        <w:t>NaNO</w:t>
      </w:r>
      <w:r w:rsidRPr="00B036F5">
        <w:rPr>
          <w:szCs w:val="28"/>
          <w:vertAlign w:val="subscript"/>
          <w:lang w:val="ru-RU"/>
        </w:rPr>
        <w:t>3</w:t>
      </w:r>
      <w:r w:rsidRPr="00B036F5">
        <w:rPr>
          <w:szCs w:val="28"/>
          <w:lang w:val="ru-RU"/>
        </w:rPr>
        <w:t xml:space="preserve">→ </w:t>
      </w:r>
      <w:r>
        <w:rPr>
          <w:szCs w:val="28"/>
        </w:rPr>
        <w:t>NaNO</w:t>
      </w:r>
      <w:r w:rsidRPr="00B036F5">
        <w:rPr>
          <w:szCs w:val="28"/>
          <w:vertAlign w:val="subscript"/>
          <w:lang w:val="ru-RU"/>
        </w:rPr>
        <w:t xml:space="preserve">2 </w:t>
      </w:r>
      <w:r w:rsidRPr="00B036F5">
        <w:rPr>
          <w:szCs w:val="28"/>
          <w:lang w:val="ru-RU"/>
        </w:rPr>
        <w:t>+</w:t>
      </w:r>
      <w:r>
        <w:rPr>
          <w:szCs w:val="28"/>
        </w:rPr>
        <w:t>O</w:t>
      </w:r>
      <w:r w:rsidRPr="00B036F5">
        <w:rPr>
          <w:szCs w:val="28"/>
          <w:vertAlign w:val="subscript"/>
          <w:lang w:val="ru-RU"/>
        </w:rPr>
        <w:t>2</w:t>
      </w:r>
    </w:p>
    <w:p w:rsidR="007B68C2" w:rsidRPr="00B036F5" w:rsidRDefault="007B68C2" w:rsidP="008921D6">
      <w:pPr>
        <w:spacing w:line="240" w:lineRule="auto"/>
        <w:rPr>
          <w:bCs/>
          <w:szCs w:val="28"/>
          <w:lang w:val="ru-RU"/>
        </w:rPr>
      </w:pPr>
      <w:r w:rsidRPr="00B036F5">
        <w:rPr>
          <w:bCs/>
          <w:szCs w:val="28"/>
          <w:lang w:val="ru-RU"/>
        </w:rPr>
        <w:t xml:space="preserve">2) </w:t>
      </w:r>
      <w:r>
        <w:rPr>
          <w:bCs/>
          <w:szCs w:val="28"/>
        </w:rPr>
        <w:t>CaCO</w:t>
      </w:r>
      <w:r w:rsidRPr="00B036F5">
        <w:rPr>
          <w:bCs/>
          <w:szCs w:val="28"/>
          <w:vertAlign w:val="subscript"/>
          <w:lang w:val="ru-RU"/>
        </w:rPr>
        <w:t>3</w:t>
      </w:r>
      <w:r w:rsidRPr="00B036F5">
        <w:rPr>
          <w:bCs/>
          <w:szCs w:val="28"/>
          <w:lang w:val="ru-RU"/>
        </w:rPr>
        <w:t xml:space="preserve">  → </w:t>
      </w:r>
      <w:r>
        <w:rPr>
          <w:bCs/>
          <w:szCs w:val="28"/>
        </w:rPr>
        <w:t>CaO</w:t>
      </w:r>
      <w:r w:rsidRPr="00B036F5">
        <w:rPr>
          <w:bCs/>
          <w:szCs w:val="28"/>
          <w:lang w:val="ru-RU"/>
        </w:rPr>
        <w:t xml:space="preserve"> + </w:t>
      </w:r>
      <w:r>
        <w:rPr>
          <w:bCs/>
          <w:szCs w:val="28"/>
        </w:rPr>
        <w:t>CO</w:t>
      </w:r>
      <w:r w:rsidRPr="00B036F5">
        <w:rPr>
          <w:bCs/>
          <w:szCs w:val="28"/>
          <w:vertAlign w:val="subscript"/>
          <w:lang w:val="ru-RU"/>
        </w:rPr>
        <w:t>2</w:t>
      </w:r>
    </w:p>
    <w:p w:rsidR="007B68C2" w:rsidRPr="00B77B36" w:rsidRDefault="007B68C2" w:rsidP="008921D6">
      <w:pPr>
        <w:spacing w:line="240" w:lineRule="auto"/>
        <w:rPr>
          <w:szCs w:val="28"/>
        </w:rPr>
      </w:pPr>
      <w:r w:rsidRPr="00B77B36">
        <w:rPr>
          <w:szCs w:val="28"/>
        </w:rPr>
        <w:t>3) 2</w:t>
      </w:r>
      <w:r>
        <w:rPr>
          <w:szCs w:val="28"/>
        </w:rPr>
        <w:t>Pb</w:t>
      </w:r>
      <w:r w:rsidRPr="00B77B36">
        <w:rPr>
          <w:szCs w:val="28"/>
        </w:rPr>
        <w:t>(</w:t>
      </w:r>
      <w:r>
        <w:rPr>
          <w:szCs w:val="28"/>
        </w:rPr>
        <w:t>NO</w:t>
      </w:r>
      <w:r w:rsidRPr="00B77B36">
        <w:rPr>
          <w:szCs w:val="28"/>
          <w:vertAlign w:val="subscript"/>
        </w:rPr>
        <w:t>3</w:t>
      </w:r>
      <w:r w:rsidRPr="00B77B36">
        <w:rPr>
          <w:szCs w:val="28"/>
        </w:rPr>
        <w:t>)</w:t>
      </w:r>
      <w:r w:rsidRPr="00B77B36">
        <w:rPr>
          <w:szCs w:val="28"/>
          <w:vertAlign w:val="subscript"/>
        </w:rPr>
        <w:t xml:space="preserve"> 2</w:t>
      </w:r>
      <w:r w:rsidRPr="00B77B36">
        <w:rPr>
          <w:szCs w:val="28"/>
        </w:rPr>
        <w:t xml:space="preserve"> → 2</w:t>
      </w:r>
      <w:r>
        <w:rPr>
          <w:szCs w:val="28"/>
        </w:rPr>
        <w:t>PbO</w:t>
      </w:r>
      <w:r w:rsidRPr="00B77B36">
        <w:rPr>
          <w:szCs w:val="28"/>
        </w:rPr>
        <w:t>+4</w:t>
      </w:r>
      <w:r>
        <w:rPr>
          <w:szCs w:val="28"/>
        </w:rPr>
        <w:t>NO</w:t>
      </w:r>
      <w:r w:rsidRPr="00B77B36">
        <w:rPr>
          <w:szCs w:val="28"/>
          <w:vertAlign w:val="subscript"/>
        </w:rPr>
        <w:t>2</w:t>
      </w:r>
      <w:r w:rsidRPr="00B77B36">
        <w:rPr>
          <w:szCs w:val="28"/>
        </w:rPr>
        <w:t xml:space="preserve"> +</w:t>
      </w:r>
      <w:r>
        <w:rPr>
          <w:szCs w:val="28"/>
        </w:rPr>
        <w:t>O</w:t>
      </w:r>
      <w:r w:rsidRPr="00B77B36">
        <w:rPr>
          <w:szCs w:val="28"/>
          <w:vertAlign w:val="subscript"/>
        </w:rPr>
        <w:t>2</w:t>
      </w:r>
    </w:p>
    <w:p w:rsidR="007B68C2" w:rsidRPr="00B77B36" w:rsidRDefault="007B68C2" w:rsidP="008921D6">
      <w:pPr>
        <w:spacing w:line="240" w:lineRule="auto"/>
        <w:rPr>
          <w:b/>
          <w:szCs w:val="24"/>
        </w:rPr>
      </w:pPr>
    </w:p>
    <w:p w:rsidR="007B68C2" w:rsidRPr="00B77B36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>Задание</w:t>
      </w:r>
      <w:r w:rsidRPr="00B77B36">
        <w:rPr>
          <w:b/>
          <w:szCs w:val="24"/>
        </w:rPr>
        <w:t xml:space="preserve"> 108.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>Два вещества, взаимодействие между которыми относится к окислительно - восстановительным реакциям соединения – это …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szCs w:val="28"/>
          <w:lang w:val="ru-RU"/>
        </w:rPr>
      </w:pPr>
      <w:r w:rsidRPr="00B036F5">
        <w:rPr>
          <w:szCs w:val="28"/>
          <w:lang w:val="ru-RU"/>
        </w:rPr>
        <w:t xml:space="preserve">1) </w:t>
      </w:r>
      <w:r>
        <w:rPr>
          <w:szCs w:val="28"/>
        </w:rPr>
        <w:t>H</w:t>
      </w:r>
      <w:r w:rsidRPr="00B036F5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B036F5">
        <w:rPr>
          <w:szCs w:val="28"/>
          <w:lang w:val="ru-RU"/>
        </w:rPr>
        <w:t xml:space="preserve">, </w:t>
      </w:r>
      <w:r>
        <w:rPr>
          <w:szCs w:val="28"/>
        </w:rPr>
        <w:t>CaO</w:t>
      </w:r>
      <w:r w:rsidRPr="00B036F5">
        <w:rPr>
          <w:szCs w:val="28"/>
          <w:lang w:val="ru-RU"/>
        </w:rPr>
        <w:t>;       2)</w:t>
      </w:r>
      <w:r>
        <w:rPr>
          <w:szCs w:val="28"/>
        </w:rPr>
        <w:t>NaI</w:t>
      </w:r>
      <w:r w:rsidRPr="00B036F5">
        <w:rPr>
          <w:szCs w:val="28"/>
          <w:lang w:val="ru-RU"/>
        </w:rPr>
        <w:t xml:space="preserve">, </w:t>
      </w:r>
      <w:r>
        <w:rPr>
          <w:szCs w:val="28"/>
        </w:rPr>
        <w:t>Br</w:t>
      </w:r>
      <w:r w:rsidRPr="00B036F5">
        <w:rPr>
          <w:szCs w:val="28"/>
          <w:vertAlign w:val="subscript"/>
          <w:lang w:val="ru-RU"/>
        </w:rPr>
        <w:t>2</w:t>
      </w:r>
      <w:r w:rsidRPr="00B036F5">
        <w:rPr>
          <w:szCs w:val="28"/>
          <w:lang w:val="ru-RU"/>
        </w:rPr>
        <w:t xml:space="preserve">  ;   3) </w:t>
      </w:r>
      <w:r>
        <w:rPr>
          <w:szCs w:val="28"/>
        </w:rPr>
        <w:t>H</w:t>
      </w:r>
      <w:r w:rsidRPr="00B036F5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B036F5">
        <w:rPr>
          <w:szCs w:val="28"/>
          <w:lang w:val="ru-RU"/>
        </w:rPr>
        <w:t xml:space="preserve">, </w:t>
      </w:r>
      <w:r>
        <w:rPr>
          <w:szCs w:val="28"/>
        </w:rPr>
        <w:t>Ca</w:t>
      </w:r>
      <w:r w:rsidRPr="00B036F5">
        <w:rPr>
          <w:szCs w:val="28"/>
          <w:lang w:val="ru-RU"/>
        </w:rPr>
        <w:t>О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109.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Какой из приведенных ионов может быть только восстановителем?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pStyle w:val="aa"/>
        <w:rPr>
          <w:sz w:val="24"/>
          <w:szCs w:val="24"/>
          <w:lang w:val="ru-RU"/>
        </w:rPr>
      </w:pPr>
      <w:r w:rsidRPr="00B036F5">
        <w:rPr>
          <w:sz w:val="24"/>
          <w:szCs w:val="24"/>
          <w:lang w:val="ru-RU"/>
        </w:rPr>
        <w:t>1) С</w:t>
      </w:r>
      <w:r w:rsidRPr="00565ADB">
        <w:rPr>
          <w:sz w:val="24"/>
          <w:szCs w:val="24"/>
        </w:rPr>
        <w:t>u</w:t>
      </w:r>
      <w:r w:rsidRPr="00B036F5">
        <w:rPr>
          <w:sz w:val="24"/>
          <w:szCs w:val="24"/>
          <w:vertAlign w:val="superscript"/>
          <w:lang w:val="ru-RU"/>
        </w:rPr>
        <w:t>0</w:t>
      </w:r>
      <w:r w:rsidRPr="00B036F5">
        <w:rPr>
          <w:sz w:val="24"/>
          <w:szCs w:val="24"/>
          <w:lang w:val="ru-RU"/>
        </w:rPr>
        <w:t xml:space="preserve">      2) (</w:t>
      </w:r>
      <w:r w:rsidRPr="00565ADB">
        <w:rPr>
          <w:sz w:val="24"/>
          <w:szCs w:val="24"/>
        </w:rPr>
        <w:t>Cr</w:t>
      </w:r>
      <w:r w:rsidRPr="00B036F5">
        <w:rPr>
          <w:sz w:val="24"/>
          <w:szCs w:val="24"/>
          <w:vertAlign w:val="subscript"/>
          <w:lang w:val="ru-RU"/>
        </w:rPr>
        <w:t>2</w:t>
      </w:r>
      <w:r w:rsidRPr="00565ADB">
        <w:rPr>
          <w:sz w:val="24"/>
          <w:szCs w:val="24"/>
        </w:rPr>
        <w:t>O</w:t>
      </w:r>
      <w:r w:rsidRPr="00B036F5">
        <w:rPr>
          <w:sz w:val="24"/>
          <w:szCs w:val="24"/>
          <w:vertAlign w:val="subscript"/>
          <w:lang w:val="ru-RU"/>
        </w:rPr>
        <w:t>7</w:t>
      </w:r>
      <w:r w:rsidRPr="00B036F5">
        <w:rPr>
          <w:sz w:val="24"/>
          <w:szCs w:val="24"/>
          <w:lang w:val="ru-RU"/>
        </w:rPr>
        <w:t>)</w:t>
      </w:r>
      <w:r w:rsidRPr="00B036F5">
        <w:rPr>
          <w:sz w:val="24"/>
          <w:szCs w:val="24"/>
          <w:vertAlign w:val="superscript"/>
          <w:lang w:val="ru-RU"/>
        </w:rPr>
        <w:t>2-</w:t>
      </w:r>
      <w:r w:rsidRPr="00B036F5">
        <w:rPr>
          <w:sz w:val="24"/>
          <w:szCs w:val="24"/>
          <w:lang w:val="ru-RU"/>
        </w:rPr>
        <w:t xml:space="preserve">      3) </w:t>
      </w:r>
      <w:r w:rsidRPr="00565ADB">
        <w:rPr>
          <w:sz w:val="24"/>
          <w:szCs w:val="24"/>
        </w:rPr>
        <w:t>Sn</w:t>
      </w:r>
      <w:r w:rsidRPr="00B036F5">
        <w:rPr>
          <w:sz w:val="24"/>
          <w:szCs w:val="24"/>
          <w:vertAlign w:val="superscript"/>
          <w:lang w:val="ru-RU"/>
        </w:rPr>
        <w:t>4+</w:t>
      </w:r>
      <w:r w:rsidRPr="00B036F5">
        <w:rPr>
          <w:sz w:val="24"/>
          <w:szCs w:val="24"/>
          <w:lang w:val="ru-RU"/>
        </w:rPr>
        <w:t xml:space="preserve">   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pStyle w:val="aa"/>
        <w:tabs>
          <w:tab w:val="left" w:pos="142"/>
        </w:tabs>
        <w:rPr>
          <w:sz w:val="24"/>
          <w:szCs w:val="24"/>
          <w:lang w:val="ru-RU"/>
        </w:rPr>
      </w:pPr>
      <w:r w:rsidRPr="00B036F5">
        <w:rPr>
          <w:b/>
          <w:sz w:val="24"/>
          <w:szCs w:val="24"/>
          <w:lang w:val="ru-RU"/>
        </w:rPr>
        <w:t>Задание 110</w:t>
      </w:r>
      <w:r w:rsidRPr="00B036F5">
        <w:rPr>
          <w:b/>
          <w:lang w:val="ru-RU"/>
        </w:rPr>
        <w:t>.</w:t>
      </w:r>
      <w:r w:rsidRPr="00B036F5">
        <w:rPr>
          <w:szCs w:val="24"/>
          <w:lang w:val="ru-RU"/>
        </w:rPr>
        <w:t xml:space="preserve"> </w:t>
      </w:r>
      <w:r w:rsidRPr="00B036F5">
        <w:rPr>
          <w:sz w:val="24"/>
          <w:szCs w:val="24"/>
          <w:lang w:val="ru-RU"/>
        </w:rPr>
        <w:t>Какой из перечисленных ионов может быть только восстановителем?</w:t>
      </w:r>
    </w:p>
    <w:p w:rsidR="007B68C2" w:rsidRDefault="007B68C2" w:rsidP="008921D6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7B68C2" w:rsidRPr="00B036F5" w:rsidRDefault="007B68C2" w:rsidP="008921D6">
      <w:pPr>
        <w:pStyle w:val="aa"/>
        <w:ind w:left="360"/>
        <w:rPr>
          <w:sz w:val="24"/>
          <w:szCs w:val="24"/>
          <w:lang w:val="ru-RU"/>
        </w:rPr>
      </w:pPr>
      <w:r w:rsidRPr="00B036F5">
        <w:rPr>
          <w:sz w:val="24"/>
          <w:szCs w:val="24"/>
          <w:lang w:val="ru-RU"/>
        </w:rPr>
        <w:t xml:space="preserve">1) </w:t>
      </w:r>
      <w:r w:rsidRPr="004F49A1">
        <w:rPr>
          <w:sz w:val="24"/>
          <w:szCs w:val="24"/>
        </w:rPr>
        <w:t>Cu</w:t>
      </w:r>
      <w:r w:rsidRPr="00B036F5">
        <w:rPr>
          <w:sz w:val="24"/>
          <w:szCs w:val="24"/>
          <w:vertAlign w:val="superscript"/>
          <w:lang w:val="ru-RU"/>
        </w:rPr>
        <w:t>2+</w:t>
      </w:r>
      <w:r w:rsidRPr="00B036F5">
        <w:rPr>
          <w:sz w:val="24"/>
          <w:szCs w:val="24"/>
          <w:lang w:val="ru-RU"/>
        </w:rPr>
        <w:t xml:space="preserve">      2) </w:t>
      </w:r>
      <w:r w:rsidRPr="004F49A1">
        <w:rPr>
          <w:sz w:val="24"/>
          <w:szCs w:val="24"/>
        </w:rPr>
        <w:t>Cl</w:t>
      </w:r>
      <w:r w:rsidRPr="00B036F5">
        <w:rPr>
          <w:sz w:val="24"/>
          <w:szCs w:val="24"/>
          <w:vertAlign w:val="superscript"/>
          <w:lang w:val="ru-RU"/>
        </w:rPr>
        <w:t>-</w:t>
      </w:r>
      <w:r w:rsidRPr="00B036F5">
        <w:rPr>
          <w:sz w:val="24"/>
          <w:szCs w:val="24"/>
          <w:lang w:val="ru-RU"/>
        </w:rPr>
        <w:t xml:space="preserve">      3) (</w:t>
      </w:r>
      <w:r w:rsidRPr="004F49A1">
        <w:rPr>
          <w:sz w:val="24"/>
          <w:szCs w:val="24"/>
        </w:rPr>
        <w:t>VO</w:t>
      </w:r>
      <w:r w:rsidRPr="00B036F5">
        <w:rPr>
          <w:sz w:val="24"/>
          <w:szCs w:val="24"/>
          <w:vertAlign w:val="subscript"/>
          <w:lang w:val="ru-RU"/>
        </w:rPr>
        <w:t>3</w:t>
      </w:r>
      <w:r w:rsidRPr="00B036F5">
        <w:rPr>
          <w:sz w:val="24"/>
          <w:szCs w:val="24"/>
          <w:lang w:val="ru-RU"/>
        </w:rPr>
        <w:t>)</w:t>
      </w:r>
      <w:r w:rsidRPr="00B036F5">
        <w:rPr>
          <w:sz w:val="24"/>
          <w:szCs w:val="24"/>
          <w:vertAlign w:val="superscript"/>
          <w:lang w:val="ru-RU"/>
        </w:rPr>
        <w:t>-</w:t>
      </w:r>
      <w:r w:rsidRPr="00B036F5">
        <w:rPr>
          <w:sz w:val="24"/>
          <w:szCs w:val="24"/>
          <w:lang w:val="ru-RU"/>
        </w:rPr>
        <w:t xml:space="preserve">     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111.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Какой из перечисленных ионов может быть только восстановителем?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lastRenderedPageBreak/>
        <w:t>варианты ответов:</w:t>
      </w:r>
    </w:p>
    <w:p w:rsidR="007B68C2" w:rsidRPr="00B036F5" w:rsidRDefault="007B68C2" w:rsidP="008921D6">
      <w:pPr>
        <w:pStyle w:val="aa"/>
        <w:ind w:left="360"/>
        <w:rPr>
          <w:sz w:val="24"/>
          <w:szCs w:val="24"/>
          <w:lang w:val="ru-RU"/>
        </w:rPr>
      </w:pPr>
      <w:r w:rsidRPr="00B036F5">
        <w:rPr>
          <w:sz w:val="24"/>
          <w:szCs w:val="24"/>
          <w:lang w:val="ru-RU"/>
        </w:rPr>
        <w:t xml:space="preserve">1) </w:t>
      </w:r>
      <w:r w:rsidRPr="00AB3D66">
        <w:rPr>
          <w:sz w:val="24"/>
          <w:szCs w:val="24"/>
        </w:rPr>
        <w:t>SO</w:t>
      </w:r>
      <w:r w:rsidRPr="00B036F5">
        <w:rPr>
          <w:sz w:val="24"/>
          <w:szCs w:val="24"/>
          <w:vertAlign w:val="subscript"/>
          <w:lang w:val="ru-RU"/>
        </w:rPr>
        <w:t>4</w:t>
      </w:r>
      <w:r w:rsidRPr="00B036F5">
        <w:rPr>
          <w:sz w:val="24"/>
          <w:szCs w:val="24"/>
          <w:vertAlign w:val="superscript"/>
          <w:lang w:val="ru-RU"/>
        </w:rPr>
        <w:t>2-</w:t>
      </w:r>
      <w:r w:rsidRPr="00B036F5">
        <w:rPr>
          <w:sz w:val="24"/>
          <w:szCs w:val="24"/>
          <w:lang w:val="ru-RU"/>
        </w:rPr>
        <w:t xml:space="preserve">  ;   2) </w:t>
      </w:r>
      <w:r w:rsidRPr="00AB3D66">
        <w:rPr>
          <w:sz w:val="24"/>
          <w:szCs w:val="24"/>
        </w:rPr>
        <w:t>S</w:t>
      </w:r>
      <w:r w:rsidRPr="00B036F5">
        <w:rPr>
          <w:sz w:val="24"/>
          <w:szCs w:val="24"/>
          <w:vertAlign w:val="superscript"/>
          <w:lang w:val="ru-RU"/>
        </w:rPr>
        <w:t>2-</w:t>
      </w:r>
      <w:r w:rsidRPr="00B036F5">
        <w:rPr>
          <w:sz w:val="24"/>
          <w:szCs w:val="24"/>
          <w:lang w:val="ru-RU"/>
        </w:rPr>
        <w:t xml:space="preserve"> ;  3) </w:t>
      </w:r>
      <w:r w:rsidRPr="00AB3D66">
        <w:rPr>
          <w:sz w:val="24"/>
          <w:szCs w:val="24"/>
        </w:rPr>
        <w:t>Fe</w:t>
      </w:r>
      <w:r w:rsidRPr="00B036F5">
        <w:rPr>
          <w:sz w:val="24"/>
          <w:szCs w:val="24"/>
          <w:vertAlign w:val="superscript"/>
          <w:lang w:val="ru-RU"/>
        </w:rPr>
        <w:t xml:space="preserve">3+ </w:t>
      </w:r>
      <w:r w:rsidRPr="00B036F5">
        <w:rPr>
          <w:sz w:val="24"/>
          <w:szCs w:val="24"/>
          <w:lang w:val="ru-RU"/>
        </w:rPr>
        <w:t xml:space="preserve">   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112.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Сумма всех стехиометрических коэффициентов в уравнении реакции </w:t>
      </w:r>
    </w:p>
    <w:p w:rsidR="007B68C2" w:rsidRPr="00FB4372" w:rsidRDefault="007B68C2" w:rsidP="008921D6">
      <w:pPr>
        <w:spacing w:line="240" w:lineRule="auto"/>
        <w:rPr>
          <w:i/>
          <w:sz w:val="20"/>
          <w:u w:val="single"/>
        </w:rPr>
      </w:pPr>
      <w:r w:rsidRPr="004F49A1">
        <w:t>Mn(OH)</w:t>
      </w:r>
      <w:r w:rsidRPr="004F49A1">
        <w:rPr>
          <w:vertAlign w:val="subscript"/>
        </w:rPr>
        <w:t>2</w:t>
      </w:r>
      <w:r w:rsidRPr="004F49A1">
        <w:t>+Cl</w:t>
      </w:r>
      <w:r w:rsidRPr="004F49A1">
        <w:rPr>
          <w:vertAlign w:val="subscript"/>
        </w:rPr>
        <w:t>2</w:t>
      </w:r>
      <w:r w:rsidRPr="004F49A1">
        <w:t>+KOH=MnO</w:t>
      </w:r>
      <w:r w:rsidRPr="004F49A1">
        <w:rPr>
          <w:vertAlign w:val="subscript"/>
        </w:rPr>
        <w:t xml:space="preserve">2 </w:t>
      </w:r>
      <w:r w:rsidRPr="004F49A1">
        <w:t>+…….Cl</w:t>
      </w:r>
      <w:r w:rsidRPr="004F49A1">
        <w:rPr>
          <w:vertAlign w:val="superscript"/>
        </w:rPr>
        <w:t xml:space="preserve">- </w:t>
      </w:r>
      <w:r w:rsidRPr="004F49A1">
        <w:t>+…</w:t>
      </w:r>
      <w:r w:rsidRPr="00FB4372">
        <w:t xml:space="preserve"> </w:t>
      </w:r>
      <w:r>
        <w:t>равна</w:t>
      </w:r>
      <w:r w:rsidRPr="00FB4372">
        <w:t xml:space="preserve"> ….</w:t>
      </w:r>
    </w:p>
    <w:p w:rsidR="007B68C2" w:rsidRPr="00E074AE" w:rsidRDefault="007B68C2" w:rsidP="008921D6">
      <w:pPr>
        <w:pStyle w:val="14"/>
        <w:widowControl/>
        <w:rPr>
          <w:i/>
          <w:snapToGrid/>
          <w:sz w:val="24"/>
          <w:lang w:val="en-US"/>
        </w:rPr>
      </w:pPr>
    </w:p>
    <w:p w:rsidR="007B68C2" w:rsidRPr="00B036F5" w:rsidRDefault="007B68C2" w:rsidP="008921D6">
      <w:pPr>
        <w:pStyle w:val="aa"/>
        <w:rPr>
          <w:sz w:val="24"/>
          <w:szCs w:val="24"/>
          <w:lang w:val="ru-RU"/>
        </w:rPr>
      </w:pPr>
      <w:r w:rsidRPr="00B036F5">
        <w:rPr>
          <w:b/>
          <w:sz w:val="24"/>
          <w:szCs w:val="24"/>
          <w:lang w:val="ru-RU"/>
        </w:rPr>
        <w:t>Задание 113.</w:t>
      </w:r>
      <w:r w:rsidRPr="00B036F5">
        <w:rPr>
          <w:sz w:val="24"/>
          <w:szCs w:val="24"/>
          <w:lang w:val="ru-RU"/>
        </w:rPr>
        <w:t xml:space="preserve"> Стехиометрический коэффициент перед формулой восстановителя в уравнении реакции </w:t>
      </w:r>
    </w:p>
    <w:p w:rsidR="007B68C2" w:rsidRPr="00FB4372" w:rsidRDefault="007B68C2" w:rsidP="008921D6">
      <w:pPr>
        <w:pStyle w:val="aa"/>
        <w:rPr>
          <w:sz w:val="24"/>
          <w:szCs w:val="24"/>
        </w:rPr>
      </w:pPr>
      <w:r w:rsidRPr="00FF21EE">
        <w:t>K</w:t>
      </w:r>
      <w:r w:rsidRPr="007C18ED">
        <w:rPr>
          <w:vertAlign w:val="subscript"/>
        </w:rPr>
        <w:t>2</w:t>
      </w:r>
      <w:r w:rsidRPr="00FF21EE">
        <w:t>S</w:t>
      </w:r>
      <w:r w:rsidRPr="007C18ED">
        <w:t>+</w:t>
      </w:r>
      <w:r w:rsidRPr="00FF21EE">
        <w:t>K</w:t>
      </w:r>
      <w:r w:rsidRPr="007C18ED">
        <w:rPr>
          <w:vertAlign w:val="subscript"/>
        </w:rPr>
        <w:t>2</w:t>
      </w:r>
      <w:r w:rsidRPr="00FF21EE">
        <w:t>MnO</w:t>
      </w:r>
      <w:r w:rsidRPr="007C18ED">
        <w:rPr>
          <w:vertAlign w:val="subscript"/>
        </w:rPr>
        <w:t>4</w:t>
      </w:r>
      <w:r w:rsidRPr="007C18ED">
        <w:t>+</w:t>
      </w:r>
      <w:r w:rsidRPr="00FF21EE">
        <w:t>H</w:t>
      </w:r>
      <w:r w:rsidRPr="007C18ED">
        <w:rPr>
          <w:vertAlign w:val="subscript"/>
        </w:rPr>
        <w:t>2</w:t>
      </w:r>
      <w:r w:rsidRPr="00FF21EE">
        <w:t>O</w:t>
      </w:r>
      <w:r w:rsidRPr="007C18ED">
        <w:t xml:space="preserve"> </w:t>
      </w:r>
      <w:r w:rsidRPr="007C18ED">
        <w:rPr>
          <w:rFonts w:ascii="Lucida Sans Unicode" w:hAnsi="Lucida Sans Unicode"/>
        </w:rPr>
        <w:t>→</w:t>
      </w:r>
      <w:r w:rsidRPr="00FF21EE">
        <w:t>S</w:t>
      </w:r>
      <w:r w:rsidRPr="007C18ED">
        <w:rPr>
          <w:vertAlign w:val="subscript"/>
        </w:rPr>
        <w:t xml:space="preserve"> </w:t>
      </w:r>
      <w:r w:rsidRPr="007C18ED">
        <w:t>+</w:t>
      </w:r>
      <w:r w:rsidRPr="00FF21EE">
        <w:t>MnO</w:t>
      </w:r>
      <w:r w:rsidRPr="007C18ED">
        <w:rPr>
          <w:vertAlign w:val="subscript"/>
        </w:rPr>
        <w:t>2</w:t>
      </w:r>
      <w:r w:rsidRPr="007C18ED">
        <w:rPr>
          <w:vertAlign w:val="superscript"/>
        </w:rPr>
        <w:t xml:space="preserve"> </w:t>
      </w:r>
      <w:r w:rsidRPr="007C18ED">
        <w:t>+…</w:t>
      </w:r>
      <w:r w:rsidRPr="00FB4372">
        <w:t xml:space="preserve"> </w:t>
      </w:r>
      <w:r>
        <w:rPr>
          <w:sz w:val="24"/>
          <w:szCs w:val="24"/>
        </w:rPr>
        <w:t>равен …</w:t>
      </w:r>
      <w:r w:rsidRPr="00FB4372">
        <w:rPr>
          <w:sz w:val="24"/>
          <w:szCs w:val="24"/>
        </w:rPr>
        <w:t>.</w:t>
      </w:r>
    </w:p>
    <w:p w:rsidR="007B68C2" w:rsidRPr="00A57943" w:rsidRDefault="007B68C2" w:rsidP="008921D6">
      <w:pPr>
        <w:spacing w:line="240" w:lineRule="auto"/>
        <w:rPr>
          <w:b/>
          <w:szCs w:val="24"/>
        </w:rPr>
      </w:pPr>
    </w:p>
    <w:p w:rsidR="007B68C2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114</w:t>
      </w:r>
      <w:r w:rsidRPr="00E06BBA">
        <w:rPr>
          <w:b/>
          <w:szCs w:val="24"/>
        </w:rPr>
        <w:t>.</w:t>
      </w:r>
    </w:p>
    <w:p w:rsidR="007B68C2" w:rsidRPr="00E06BBA" w:rsidRDefault="007B68C2" w:rsidP="008921D6">
      <w:pPr>
        <w:spacing w:line="240" w:lineRule="auto"/>
        <w:rPr>
          <w:b/>
          <w:szCs w:val="24"/>
        </w:rPr>
      </w:pPr>
      <w:r w:rsidRPr="00B036F5">
        <w:rPr>
          <w:lang w:val="ru-RU"/>
        </w:rPr>
        <w:t xml:space="preserve">Из предложенных соединений выберите окислитель для окисления </w:t>
      </w:r>
      <w:r w:rsidRPr="00F56263">
        <w:t>Te</w:t>
      </w:r>
      <w:r w:rsidRPr="00B036F5">
        <w:rPr>
          <w:lang w:val="ru-RU"/>
        </w:rPr>
        <w:t xml:space="preserve"> до </w:t>
      </w:r>
      <w:r w:rsidRPr="00F56263">
        <w:t>TeO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.  </w:t>
      </w:r>
      <w:r>
        <w:t xml:space="preserve">Если: </w:t>
      </w:r>
      <w:r w:rsidRPr="00AB3D66">
        <w:rPr>
          <w:b/>
          <w:position w:val="-10"/>
          <w:sz w:val="28"/>
          <w:szCs w:val="28"/>
        </w:rPr>
        <w:object w:dxaOrig="2040" w:dyaOrig="360">
          <v:shape id="_x0000_i1083" type="#_x0000_t75" style="width:102pt;height:18pt" o:ole="" fillcolor="window">
            <v:imagedata r:id="rId112" o:title=""/>
          </v:shape>
          <o:OLEObject Type="Embed" ProgID="Equation.3" ShapeID="_x0000_i1083" DrawAspect="Content" ObjectID="_1840792693" r:id="rId113"/>
        </w:object>
      </w:r>
      <w:r w:rsidRPr="00AB3D66">
        <w:rPr>
          <w:b/>
          <w:sz w:val="28"/>
          <w:szCs w:val="28"/>
        </w:rPr>
        <w:t xml:space="preserve">   </w:t>
      </w:r>
      <w:r w:rsidRPr="00AB3D66">
        <w:rPr>
          <w:b/>
          <w:position w:val="-12"/>
          <w:sz w:val="28"/>
          <w:szCs w:val="28"/>
        </w:rPr>
        <w:object w:dxaOrig="2160" w:dyaOrig="380">
          <v:shape id="_x0000_i1084" type="#_x0000_t75" style="width:109.5pt;height:19.5pt" o:ole="" fillcolor="window">
            <v:imagedata r:id="rId114" o:title=""/>
          </v:shape>
          <o:OLEObject Type="Embed" ProgID="Equation.3" ShapeID="_x0000_i1084" DrawAspect="Content" ObjectID="_1840792694" r:id="rId115"/>
        </w:object>
      </w:r>
      <w:r w:rsidRPr="00AB3D66">
        <w:rPr>
          <w:b/>
          <w:sz w:val="28"/>
          <w:szCs w:val="28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1880" w:dyaOrig="360">
          <v:shape id="_x0000_i1085" type="#_x0000_t75" style="width:94.5pt;height:18pt" o:ole="" fillcolor="window">
            <v:imagedata r:id="rId116" o:title=""/>
          </v:shape>
          <o:OLEObject Type="Embed" ProgID="Equation.3" ShapeID="_x0000_i1085" DrawAspect="Content" ObjectID="_1840792695" r:id="rId117"/>
        </w:object>
      </w:r>
      <w:r w:rsidRPr="00AB3D66">
        <w:rPr>
          <w:b/>
          <w:sz w:val="28"/>
          <w:szCs w:val="28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2100" w:dyaOrig="360">
          <v:shape id="_x0000_i1086" type="#_x0000_t75" style="width:105pt;height:18pt" o:ole="" fillcolor="window">
            <v:imagedata r:id="rId118" o:title=""/>
          </v:shape>
          <o:OLEObject Type="Embed" ProgID="Equation.3" ShapeID="_x0000_i1086" DrawAspect="Content" ObjectID="_1840792696" r:id="rId119"/>
        </w:object>
      </w:r>
      <w:r w:rsidRPr="00AB3D66">
        <w:rPr>
          <w:b/>
          <w:sz w:val="28"/>
          <w:szCs w:val="28"/>
        </w:rPr>
        <w:t xml:space="preserve">  </w:t>
      </w:r>
    </w:p>
    <w:p w:rsidR="007B68C2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A57943" w:rsidRDefault="007B68C2" w:rsidP="008921D6">
      <w:pPr>
        <w:spacing w:line="240" w:lineRule="auto"/>
        <w:rPr>
          <w:i/>
          <w:szCs w:val="24"/>
        </w:rPr>
      </w:pPr>
      <w:r>
        <w:t>1)</w:t>
      </w:r>
      <w:r w:rsidRPr="00F56263">
        <w:t>KClO</w:t>
      </w:r>
      <w:r w:rsidRPr="00A57943">
        <w:rPr>
          <w:vertAlign w:val="subscript"/>
        </w:rPr>
        <w:t>3</w:t>
      </w:r>
      <w:r>
        <w:t>; 2)</w:t>
      </w:r>
      <w:r w:rsidRPr="00A57943">
        <w:t xml:space="preserve"> </w:t>
      </w:r>
      <w:r w:rsidRPr="00F56263">
        <w:t>SO</w:t>
      </w:r>
      <w:r w:rsidRPr="00A57943">
        <w:rPr>
          <w:vertAlign w:val="subscript"/>
        </w:rPr>
        <w:t>2</w:t>
      </w:r>
      <w:r>
        <w:t>;  3)</w:t>
      </w:r>
      <w:r w:rsidRPr="00A57943">
        <w:t xml:space="preserve"> </w:t>
      </w:r>
      <w:r w:rsidRPr="00F56263">
        <w:t>CuCl</w:t>
      </w:r>
      <w:r w:rsidRPr="00A57943">
        <w:rPr>
          <w:vertAlign w:val="subscript"/>
        </w:rPr>
        <w:t>2</w:t>
      </w:r>
    </w:p>
    <w:p w:rsidR="007B68C2" w:rsidRDefault="007B68C2" w:rsidP="008921D6">
      <w:pPr>
        <w:spacing w:line="240" w:lineRule="auto"/>
        <w:rPr>
          <w:b/>
          <w:szCs w:val="24"/>
        </w:rPr>
      </w:pPr>
    </w:p>
    <w:p w:rsidR="007B68C2" w:rsidRPr="00B036F5" w:rsidRDefault="007B68C2" w:rsidP="008921D6">
      <w:pPr>
        <w:pStyle w:val="aa"/>
        <w:rPr>
          <w:sz w:val="24"/>
          <w:lang w:val="ru-RU"/>
        </w:rPr>
      </w:pPr>
      <w:r w:rsidRPr="00B036F5">
        <w:rPr>
          <w:b/>
          <w:sz w:val="24"/>
          <w:szCs w:val="24"/>
          <w:lang w:val="ru-RU"/>
        </w:rPr>
        <w:t>Задание 115.</w:t>
      </w:r>
      <w:r w:rsidRPr="00B036F5">
        <w:rPr>
          <w:lang w:val="ru-RU"/>
        </w:rPr>
        <w:t xml:space="preserve"> </w:t>
      </w:r>
      <w:r w:rsidRPr="00B036F5">
        <w:rPr>
          <w:sz w:val="24"/>
          <w:lang w:val="ru-RU"/>
        </w:rPr>
        <w:t xml:space="preserve">Из предложенных соединений выберите окислитель для окисления </w:t>
      </w:r>
      <w:r w:rsidRPr="00951425">
        <w:rPr>
          <w:sz w:val="24"/>
        </w:rPr>
        <w:t>K</w:t>
      </w:r>
      <w:r w:rsidRPr="00B036F5">
        <w:rPr>
          <w:sz w:val="24"/>
          <w:vertAlign w:val="subscript"/>
          <w:lang w:val="ru-RU"/>
        </w:rPr>
        <w:t>2</w:t>
      </w:r>
      <w:r w:rsidRPr="00951425">
        <w:rPr>
          <w:sz w:val="24"/>
        </w:rPr>
        <w:t>SO</w:t>
      </w:r>
      <w:r w:rsidRPr="00B036F5">
        <w:rPr>
          <w:sz w:val="24"/>
          <w:vertAlign w:val="subscript"/>
          <w:lang w:val="ru-RU"/>
        </w:rPr>
        <w:t>3</w:t>
      </w:r>
      <w:r w:rsidRPr="00B036F5">
        <w:rPr>
          <w:sz w:val="24"/>
          <w:lang w:val="ru-RU"/>
        </w:rPr>
        <w:t xml:space="preserve"> до </w:t>
      </w:r>
      <w:r w:rsidRPr="00951425">
        <w:rPr>
          <w:sz w:val="24"/>
        </w:rPr>
        <w:t>K</w:t>
      </w:r>
      <w:r w:rsidRPr="00B036F5">
        <w:rPr>
          <w:sz w:val="24"/>
          <w:vertAlign w:val="subscript"/>
          <w:lang w:val="ru-RU"/>
        </w:rPr>
        <w:t>2</w:t>
      </w:r>
      <w:r w:rsidRPr="00951425">
        <w:rPr>
          <w:sz w:val="24"/>
        </w:rPr>
        <w:t>SO</w:t>
      </w:r>
      <w:r w:rsidRPr="00B036F5">
        <w:rPr>
          <w:sz w:val="24"/>
          <w:vertAlign w:val="subscript"/>
          <w:lang w:val="ru-RU"/>
        </w:rPr>
        <w:t>4</w:t>
      </w:r>
      <w:r w:rsidRPr="00B036F5">
        <w:rPr>
          <w:sz w:val="24"/>
          <w:lang w:val="ru-RU"/>
        </w:rPr>
        <w:t xml:space="preserve"> , если </w:t>
      </w:r>
      <w:r w:rsidRPr="00110C66">
        <w:rPr>
          <w:position w:val="-12"/>
          <w:sz w:val="24"/>
        </w:rPr>
        <w:object w:dxaOrig="2260" w:dyaOrig="380">
          <v:shape id="_x0000_i1087" type="#_x0000_t75" style="width:114pt;height:19.5pt" o:ole="" fillcolor="window">
            <v:imagedata r:id="rId120" o:title=""/>
          </v:shape>
          <o:OLEObject Type="Embed" ProgID="Equation.3" ShapeID="_x0000_i1087" DrawAspect="Content" ObjectID="_1840792697" r:id="rId121"/>
        </w:object>
      </w:r>
      <w:r w:rsidRPr="00B036F5">
        <w:rPr>
          <w:sz w:val="24"/>
          <w:lang w:val="ru-RU"/>
        </w:rPr>
        <w:t xml:space="preserve">   </w:t>
      </w:r>
      <w:r w:rsidRPr="00110C66">
        <w:rPr>
          <w:position w:val="-10"/>
          <w:sz w:val="24"/>
        </w:rPr>
        <w:object w:dxaOrig="2420" w:dyaOrig="360">
          <v:shape id="_x0000_i1088" type="#_x0000_t75" style="width:120.75pt;height:18pt" o:ole="" fillcolor="window">
            <v:imagedata r:id="rId122" o:title=""/>
          </v:shape>
          <o:OLEObject Type="Embed" ProgID="Equation.3" ShapeID="_x0000_i1088" DrawAspect="Content" ObjectID="_1840792698" r:id="rId123"/>
        </w:object>
      </w:r>
      <w:r w:rsidRPr="00B036F5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2020" w:dyaOrig="360">
          <v:shape id="_x0000_i1089" type="#_x0000_t75" style="width:101.25pt;height:18pt" o:ole="" fillcolor="window">
            <v:imagedata r:id="rId124" o:title=""/>
          </v:shape>
          <o:OLEObject Type="Embed" ProgID="Equation.3" ShapeID="_x0000_i1089" DrawAspect="Content" ObjectID="_1840792699" r:id="rId125"/>
        </w:object>
      </w:r>
      <w:r w:rsidRPr="00B036F5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1800" w:dyaOrig="360">
          <v:shape id="_x0000_i1090" type="#_x0000_t75" style="width:90pt;height:18pt" o:ole="" fillcolor="window">
            <v:imagedata r:id="rId126" o:title=""/>
          </v:shape>
          <o:OLEObject Type="Embed" ProgID="Equation.3" ShapeID="_x0000_i1090" DrawAspect="Content" ObjectID="_1840792700" r:id="rId127"/>
        </w:object>
      </w:r>
      <w:r w:rsidRPr="00B036F5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2180" w:dyaOrig="360">
          <v:shape id="_x0000_i1091" type="#_x0000_t75" style="width:108.75pt;height:18pt" o:ole="" fillcolor="window">
            <v:imagedata r:id="rId128" o:title=""/>
          </v:shape>
          <o:OLEObject Type="Embed" ProgID="Equation.3" ShapeID="_x0000_i1091" DrawAspect="Content" ObjectID="_1840792701" r:id="rId129"/>
        </w:objec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8"/>
          <w:lang w:val="ru-RU"/>
        </w:rPr>
      </w:pPr>
      <w:r w:rsidRPr="00B036F5">
        <w:rPr>
          <w:lang w:val="ru-RU"/>
        </w:rPr>
        <w:t xml:space="preserve">1) </w:t>
      </w:r>
      <w:r>
        <w:t>H</w:t>
      </w:r>
      <w:r w:rsidRPr="00B036F5">
        <w:rPr>
          <w:vertAlign w:val="subscript"/>
          <w:lang w:val="ru-RU"/>
        </w:rPr>
        <w:t>3</w:t>
      </w:r>
      <w:r>
        <w:t>PO</w:t>
      </w:r>
      <w:r w:rsidRPr="00B036F5">
        <w:rPr>
          <w:vertAlign w:val="subscript"/>
          <w:lang w:val="ru-RU"/>
        </w:rPr>
        <w:t>4</w:t>
      </w:r>
      <w:r w:rsidRPr="00B036F5">
        <w:rPr>
          <w:lang w:val="ru-RU"/>
        </w:rPr>
        <w:t xml:space="preserve">;   2) </w:t>
      </w:r>
      <w:r>
        <w:rPr>
          <w:bCs/>
        </w:rPr>
        <w:t>KMnO</w:t>
      </w:r>
      <w:r w:rsidRPr="00B036F5">
        <w:rPr>
          <w:bCs/>
          <w:vertAlign w:val="subscript"/>
          <w:lang w:val="ru-RU"/>
        </w:rPr>
        <w:t>4</w:t>
      </w:r>
      <w:r w:rsidRPr="00B036F5">
        <w:rPr>
          <w:bCs/>
          <w:lang w:val="ru-RU"/>
        </w:rPr>
        <w:t xml:space="preserve">;    3) </w:t>
      </w:r>
      <w:r>
        <w:t>SnCl</w:t>
      </w:r>
      <w:r w:rsidRPr="00B036F5">
        <w:rPr>
          <w:vertAlign w:val="subscript"/>
          <w:lang w:val="ru-RU"/>
        </w:rPr>
        <w:t>4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116.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lang w:val="ru-RU"/>
        </w:rPr>
        <w:t xml:space="preserve">Е (ЭДС) гальванического элемента, состоящего из медного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</w:t>
      </w:r>
      <w:r>
        <w:t>CuSO</w:t>
      </w:r>
      <w:r w:rsidRPr="00B036F5">
        <w:rPr>
          <w:vertAlign w:val="subscript"/>
          <w:lang w:val="ru-RU"/>
        </w:rPr>
        <w:t>4</w:t>
      </w:r>
      <w:r w:rsidRPr="00B036F5">
        <w:rPr>
          <w:lang w:val="ru-RU"/>
        </w:rPr>
        <w:t xml:space="preserve"> и алюминиевого электрода, погруженного в 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</w:t>
      </w:r>
      <w:r>
        <w:t>AlCl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092" type="#_x0000_t75" style="width:15.75pt;height:18pt" o:ole="" fillcolor="window">
            <v:imagedata r:id="rId130" o:title=""/>
          </v:shape>
          <o:OLEObject Type="Embed" ProgID="Equation.3" ShapeID="_x0000_i1092" DrawAspect="Content" ObjectID="_1840792702" r:id="rId131"/>
        </w:object>
      </w:r>
      <w:r>
        <w:t>Al</w:t>
      </w:r>
      <w:r w:rsidRPr="00B036F5">
        <w:rPr>
          <w:lang w:val="ru-RU"/>
        </w:rPr>
        <w:t>/</w:t>
      </w:r>
      <w:r>
        <w:t>Al</w:t>
      </w:r>
      <w:r w:rsidRPr="00B036F5">
        <w:rPr>
          <w:vertAlign w:val="superscript"/>
          <w:lang w:val="ru-RU"/>
        </w:rPr>
        <w:t>+3</w:t>
      </w:r>
      <w:r w:rsidRPr="00B036F5">
        <w:rPr>
          <w:lang w:val="ru-RU"/>
        </w:rPr>
        <w:t xml:space="preserve"> =-1,66</w:t>
      </w:r>
      <w:r>
        <w:t>B</w:t>
      </w:r>
      <w:r w:rsidRPr="00B036F5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093" type="#_x0000_t75" style="width:15.75pt;height:18pt" o:ole="" fillcolor="window">
            <v:imagedata r:id="rId130" o:title=""/>
          </v:shape>
          <o:OLEObject Type="Embed" ProgID="Equation.3" ShapeID="_x0000_i1093" DrawAspect="Content" ObjectID="_1840792703" r:id="rId132"/>
        </w:object>
      </w:r>
      <w:r>
        <w:t>Cu</w:t>
      </w:r>
      <w:r w:rsidRPr="00B036F5">
        <w:rPr>
          <w:lang w:val="ru-RU"/>
        </w:rPr>
        <w:t>/</w:t>
      </w:r>
      <w:r>
        <w:t>Cu</w:t>
      </w:r>
      <w:r w:rsidRPr="00B036F5">
        <w:rPr>
          <w:vertAlign w:val="superscript"/>
          <w:lang w:val="ru-RU"/>
        </w:rPr>
        <w:t>+2</w:t>
      </w:r>
      <w:r w:rsidRPr="00B036F5">
        <w:rPr>
          <w:lang w:val="ru-RU"/>
        </w:rPr>
        <w:t>=+0,34</w:t>
      </w:r>
      <w:r>
        <w:t>B</w:t>
      </w:r>
      <w:r w:rsidRPr="00B036F5">
        <w:rPr>
          <w:lang w:val="ru-RU"/>
        </w:rPr>
        <w:t xml:space="preserve"> равна ….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70567B" w:rsidRDefault="007B68C2" w:rsidP="008921D6">
      <w:pPr>
        <w:spacing w:line="240" w:lineRule="auto"/>
        <w:rPr>
          <w:b/>
          <w:szCs w:val="24"/>
          <w:lang w:val="ru-RU"/>
        </w:rPr>
      </w:pPr>
      <w:r w:rsidRPr="0070567B">
        <w:rPr>
          <w:b/>
          <w:szCs w:val="24"/>
          <w:lang w:val="ru-RU"/>
        </w:rPr>
        <w:t>Задание 117.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szCs w:val="28"/>
          <w:lang w:val="ru-RU"/>
        </w:rPr>
        <w:t>Е (ЭДС)</w:t>
      </w:r>
      <w:r w:rsidRPr="00B036F5">
        <w:rPr>
          <w:lang w:val="ru-RU"/>
        </w:rPr>
        <w:t xml:space="preserve"> гальванического элемента в (В), состоящего из платинового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</w:t>
      </w:r>
      <w:r>
        <w:t>PtCl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 и алюминиевого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</w:t>
      </w:r>
      <w:r>
        <w:t>AlCl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094" type="#_x0000_t75" style="width:15.75pt;height:18pt" o:ole="" fillcolor="window">
            <v:imagedata r:id="rId130" o:title=""/>
          </v:shape>
          <o:OLEObject Type="Embed" ProgID="Equation.3" ShapeID="_x0000_i1094" DrawAspect="Content" ObjectID="_1840792704" r:id="rId133"/>
        </w:object>
      </w:r>
      <w:r>
        <w:t>Al</w:t>
      </w:r>
      <w:r w:rsidRPr="00B036F5">
        <w:rPr>
          <w:vertAlign w:val="superscript"/>
          <w:lang w:val="ru-RU"/>
        </w:rPr>
        <w:t>3+</w:t>
      </w:r>
      <w:r w:rsidRPr="00B036F5">
        <w:rPr>
          <w:lang w:val="ru-RU"/>
        </w:rPr>
        <w:t>/</w:t>
      </w:r>
      <w:r>
        <w:t>Al</w:t>
      </w:r>
      <w:r w:rsidRPr="00B036F5">
        <w:rPr>
          <w:lang w:val="ru-RU"/>
        </w:rPr>
        <w:t>=-1,660</w:t>
      </w:r>
      <w:r>
        <w:t>B</w:t>
      </w:r>
      <w:r w:rsidRPr="00B036F5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095" type="#_x0000_t75" style="width:15.75pt;height:18pt" o:ole="" fillcolor="window">
            <v:imagedata r:id="rId130" o:title=""/>
          </v:shape>
          <o:OLEObject Type="Embed" ProgID="Equation.3" ShapeID="_x0000_i1095" DrawAspect="Content" ObjectID="_1840792705" r:id="rId134"/>
        </w:object>
      </w:r>
      <w:r>
        <w:t>Pt</w:t>
      </w:r>
      <w:r w:rsidRPr="00B036F5">
        <w:rPr>
          <w:vertAlign w:val="superscript"/>
          <w:lang w:val="ru-RU"/>
        </w:rPr>
        <w:t>+2</w:t>
      </w:r>
      <w:r w:rsidRPr="00B036F5">
        <w:rPr>
          <w:lang w:val="ru-RU"/>
        </w:rPr>
        <w:t>/</w:t>
      </w:r>
      <w:r>
        <w:t>Pt</w:t>
      </w:r>
      <w:r w:rsidRPr="00B036F5">
        <w:rPr>
          <w:lang w:val="ru-RU"/>
        </w:rPr>
        <w:t>=+1,20</w:t>
      </w:r>
      <w:r>
        <w:t>B</w:t>
      </w:r>
      <w:r w:rsidRPr="00B036F5">
        <w:rPr>
          <w:lang w:val="ru-RU"/>
        </w:rPr>
        <w:t xml:space="preserve"> равна ….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70567B" w:rsidRDefault="007B68C2" w:rsidP="008921D6">
      <w:pPr>
        <w:spacing w:line="240" w:lineRule="auto"/>
        <w:rPr>
          <w:szCs w:val="24"/>
          <w:lang w:val="ru-RU"/>
        </w:rPr>
      </w:pPr>
      <w:r w:rsidRPr="0070567B">
        <w:rPr>
          <w:b/>
          <w:lang w:val="ru-RU"/>
        </w:rPr>
        <w:t>Задание 118.</w:t>
      </w:r>
      <w:r w:rsidRPr="0070567B">
        <w:rPr>
          <w:szCs w:val="24"/>
          <w:lang w:val="ru-RU"/>
        </w:rPr>
        <w:t xml:space="preserve">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Е (ЭДС) гальванического элемента в (В), состоящего из железного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соли </w:t>
      </w:r>
      <w:r>
        <w:t>Fe</w:t>
      </w:r>
      <w:r w:rsidRPr="00B036F5">
        <w:rPr>
          <w:lang w:val="ru-RU"/>
        </w:rPr>
        <w:t>(</w:t>
      </w:r>
      <w:r>
        <w:t>NO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>)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, и серебряного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соли азотнокислого серебра, если </w:t>
      </w:r>
      <w:r w:rsidRPr="00110C66">
        <w:rPr>
          <w:position w:val="-10"/>
        </w:rPr>
        <w:object w:dxaOrig="2120" w:dyaOrig="360">
          <v:shape id="_x0000_i1096" type="#_x0000_t75" style="width:106.5pt;height:18pt" o:ole="" fillcolor="window">
            <v:imagedata r:id="rId135" o:title=""/>
          </v:shape>
          <o:OLEObject Type="Embed" ProgID="Equation.3" ShapeID="_x0000_i1096" DrawAspect="Content" ObjectID="_1840792706" r:id="rId136"/>
        </w:object>
      </w:r>
      <w:r w:rsidRPr="00B036F5">
        <w:rPr>
          <w:lang w:val="ru-RU"/>
        </w:rPr>
        <w:t xml:space="preserve">; </w:t>
      </w:r>
      <w:r w:rsidRPr="00110C66">
        <w:rPr>
          <w:position w:val="-10"/>
        </w:rPr>
        <w:object w:dxaOrig="2100" w:dyaOrig="360">
          <v:shape id="_x0000_i1097" type="#_x0000_t75" style="width:105pt;height:18pt" o:ole="" fillcolor="window">
            <v:imagedata r:id="rId137" o:title=""/>
          </v:shape>
          <o:OLEObject Type="Embed" ProgID="Equation.3" ShapeID="_x0000_i1097" DrawAspect="Content" ObjectID="_1840792707" r:id="rId138"/>
        </w:object>
      </w:r>
      <w:r w:rsidRPr="00B036F5">
        <w:rPr>
          <w:lang w:val="ru-RU"/>
        </w:rPr>
        <w:t xml:space="preserve"> равна ….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70567B" w:rsidRDefault="007B68C2" w:rsidP="008921D6">
      <w:pPr>
        <w:spacing w:line="240" w:lineRule="auto"/>
        <w:rPr>
          <w:lang w:val="ru-RU"/>
        </w:rPr>
      </w:pPr>
      <w:r w:rsidRPr="0070567B">
        <w:rPr>
          <w:b/>
          <w:szCs w:val="24"/>
          <w:lang w:val="ru-RU"/>
        </w:rPr>
        <w:t>Задание 119.</w:t>
      </w:r>
      <w:r w:rsidRPr="0070567B">
        <w:rPr>
          <w:lang w:val="ru-RU"/>
        </w:rPr>
        <w:t xml:space="preserve"> 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lang w:val="ru-RU"/>
        </w:rPr>
        <w:t xml:space="preserve">Е (ЭДС) гальванического элемента в (В), состоящего из никелевого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соли </w:t>
      </w:r>
      <w:r>
        <w:t>NiCl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 xml:space="preserve"> и золотого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B036F5">
          <w:rPr>
            <w:lang w:val="ru-RU"/>
          </w:rPr>
          <w:t>1 М</w:t>
        </w:r>
      </w:smartTag>
      <w:r w:rsidRPr="00B036F5">
        <w:rPr>
          <w:lang w:val="ru-RU"/>
        </w:rPr>
        <w:t xml:space="preserve"> раствор соли </w:t>
      </w:r>
      <w:r>
        <w:t>Au</w:t>
      </w:r>
      <w:r w:rsidRPr="00B036F5">
        <w:rPr>
          <w:vertAlign w:val="subscript"/>
          <w:lang w:val="ru-RU"/>
        </w:rPr>
        <w:t>2</w:t>
      </w:r>
      <w:r w:rsidRPr="00B036F5">
        <w:rPr>
          <w:lang w:val="ru-RU"/>
        </w:rPr>
        <w:t>(</w:t>
      </w:r>
      <w:r>
        <w:t>SO</w:t>
      </w:r>
      <w:r w:rsidRPr="00B036F5">
        <w:rPr>
          <w:vertAlign w:val="subscript"/>
          <w:lang w:val="ru-RU"/>
        </w:rPr>
        <w:t>4</w:t>
      </w:r>
      <w:r w:rsidRPr="00B036F5">
        <w:rPr>
          <w:lang w:val="ru-RU"/>
        </w:rPr>
        <w:t>)</w:t>
      </w:r>
      <w:r w:rsidRPr="00B036F5">
        <w:rPr>
          <w:vertAlign w:val="subscript"/>
          <w:lang w:val="ru-RU"/>
        </w:rPr>
        <w:t>3</w:t>
      </w:r>
      <w:r w:rsidRPr="00B036F5">
        <w:rPr>
          <w:lang w:val="ru-RU"/>
        </w:rPr>
        <w:t xml:space="preserve">, если  </w:t>
      </w:r>
      <w:r w:rsidRPr="00110C66">
        <w:rPr>
          <w:position w:val="-10"/>
        </w:rPr>
        <w:object w:dxaOrig="300" w:dyaOrig="360">
          <v:shape id="_x0000_i1098" type="#_x0000_t75" style="width:15.75pt;height:18pt" o:ole="" fillcolor="window">
            <v:imagedata r:id="rId130" o:title=""/>
          </v:shape>
          <o:OLEObject Type="Embed" ProgID="Equation.3" ShapeID="_x0000_i1098" DrawAspect="Content" ObjectID="_1840792708" r:id="rId139"/>
        </w:object>
      </w:r>
      <w:r w:rsidRPr="00B036F5">
        <w:rPr>
          <w:lang w:val="ru-RU"/>
        </w:rPr>
        <w:t xml:space="preserve"> </w:t>
      </w:r>
      <w:r>
        <w:rPr>
          <w:szCs w:val="28"/>
        </w:rPr>
        <w:t>Au</w:t>
      </w:r>
      <w:r w:rsidRPr="00B036F5">
        <w:rPr>
          <w:szCs w:val="28"/>
          <w:lang w:val="ru-RU"/>
        </w:rPr>
        <w:t>/</w:t>
      </w:r>
      <w:r>
        <w:rPr>
          <w:szCs w:val="28"/>
        </w:rPr>
        <w:t>Au</w:t>
      </w:r>
      <w:r w:rsidRPr="00B036F5">
        <w:rPr>
          <w:szCs w:val="28"/>
          <w:vertAlign w:val="superscript"/>
          <w:lang w:val="ru-RU"/>
        </w:rPr>
        <w:t xml:space="preserve">+3 </w:t>
      </w:r>
      <w:r w:rsidRPr="00B036F5">
        <w:rPr>
          <w:lang w:val="ru-RU"/>
        </w:rPr>
        <w:t xml:space="preserve">= </w:t>
      </w:r>
      <w:r w:rsidRPr="00B036F5">
        <w:rPr>
          <w:szCs w:val="28"/>
          <w:lang w:val="ru-RU"/>
        </w:rPr>
        <w:t>+1,50</w:t>
      </w:r>
      <w:r>
        <w:rPr>
          <w:szCs w:val="28"/>
        </w:rPr>
        <w:t>B</w:t>
      </w:r>
      <w:r w:rsidRPr="00B036F5">
        <w:rPr>
          <w:szCs w:val="28"/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099" type="#_x0000_t75" style="width:15.75pt;height:18pt" o:ole="" fillcolor="window">
            <v:imagedata r:id="rId130" o:title=""/>
          </v:shape>
          <o:OLEObject Type="Embed" ProgID="Equation.3" ShapeID="_x0000_i1099" DrawAspect="Content" ObjectID="_1840792709" r:id="rId140"/>
        </w:object>
      </w:r>
      <w:r w:rsidRPr="00B036F5">
        <w:rPr>
          <w:lang w:val="ru-RU"/>
        </w:rPr>
        <w:t xml:space="preserve"> </w:t>
      </w:r>
      <w:r>
        <w:t>Ni</w:t>
      </w:r>
      <w:r w:rsidRPr="00B036F5">
        <w:rPr>
          <w:lang w:val="ru-RU"/>
        </w:rPr>
        <w:t>/</w:t>
      </w:r>
      <w:r>
        <w:t>Ni</w:t>
      </w:r>
      <w:r w:rsidRPr="00B036F5">
        <w:rPr>
          <w:vertAlign w:val="superscript"/>
          <w:lang w:val="ru-RU"/>
        </w:rPr>
        <w:t xml:space="preserve">+2 </w:t>
      </w:r>
      <w:r w:rsidRPr="00B036F5">
        <w:rPr>
          <w:lang w:val="ru-RU"/>
        </w:rPr>
        <w:t>= -0,25</w:t>
      </w:r>
      <w:r>
        <w:t>B</w:t>
      </w:r>
      <w:r w:rsidRPr="00B036F5">
        <w:rPr>
          <w:lang w:val="ru-RU"/>
        </w:rPr>
        <w:t xml:space="preserve"> равна ….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120.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Формула объединенного закона Фарадея имеет вид: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</w:p>
    <w:p w:rsidR="007B68C2" w:rsidRPr="00B036F5" w:rsidRDefault="007B68C2" w:rsidP="008921D6">
      <w:pPr>
        <w:spacing w:line="240" w:lineRule="auto"/>
        <w:ind w:left="757"/>
        <w:rPr>
          <w:lang w:val="ru-RU"/>
        </w:rPr>
      </w:pPr>
      <w:r w:rsidRPr="00B036F5">
        <w:rPr>
          <w:lang w:val="ru-RU"/>
        </w:rPr>
        <w:t xml:space="preserve">1)  </w:t>
      </w:r>
      <w:r w:rsidRPr="00110C66">
        <w:rPr>
          <w:position w:val="-24"/>
        </w:rPr>
        <w:object w:dxaOrig="1919" w:dyaOrig="640">
          <v:shape id="_x0000_i1100" type="#_x0000_t75" style="width:96pt;height:32.25pt" o:ole="">
            <v:imagedata r:id="rId141" o:title=""/>
          </v:shape>
          <o:OLEObject Type="Embed" ProgID="Equation.3" ShapeID="_x0000_i1100" DrawAspect="Content" ObjectID="_1840792710" r:id="rId142"/>
        </w:object>
      </w:r>
      <w:r w:rsidRPr="00B036F5">
        <w:rPr>
          <w:lang w:val="ru-RU"/>
        </w:rPr>
        <w:t xml:space="preserve">;    2)    </w:t>
      </w:r>
      <w:r w:rsidRPr="00110C66">
        <w:rPr>
          <w:position w:val="-30"/>
        </w:rPr>
        <w:object w:dxaOrig="2100" w:dyaOrig="700">
          <v:shape id="_x0000_i1101" type="#_x0000_t75" style="width:105pt;height:34.5pt" o:ole="">
            <v:imagedata r:id="rId143" o:title=""/>
          </v:shape>
          <o:OLEObject Type="Embed" ProgID="Equation.3" ShapeID="_x0000_i1101" DrawAspect="Content" ObjectID="_1840792711" r:id="rId144"/>
        </w:object>
      </w:r>
      <w:r w:rsidRPr="00B036F5">
        <w:rPr>
          <w:lang w:val="ru-RU"/>
        </w:rPr>
        <w:t xml:space="preserve"> ;    3) </w:t>
      </w:r>
      <w:r w:rsidRPr="00110C66">
        <w:rPr>
          <w:position w:val="-10"/>
        </w:rPr>
        <w:object w:dxaOrig="1060" w:dyaOrig="320">
          <v:shape id="_x0000_i1102" type="#_x0000_t75" style="width:54.75pt;height:15.75pt" o:ole="">
            <v:imagedata r:id="rId35" o:title=""/>
          </v:shape>
          <o:OLEObject Type="Embed" ProgID="Equation.3" ShapeID="_x0000_i1102" DrawAspect="Content" ObjectID="_1840792712" r:id="rId145"/>
        </w:objec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121.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lang w:val="ru-RU"/>
        </w:rPr>
        <w:t xml:space="preserve">Массовая доля соли в растворе хлорида натрия при электролизе которого массой </w:t>
      </w:r>
      <w:smartTag w:uri="urn:schemas-microsoft-com:office:smarttags" w:element="metricconverter">
        <w:smartTagPr>
          <w:attr w:name="ProductID" w:val="200 г"/>
        </w:smartTagPr>
        <w:r w:rsidRPr="00B036F5">
          <w:rPr>
            <w:lang w:val="ru-RU"/>
          </w:rPr>
          <w:t>200 г</w:t>
        </w:r>
      </w:smartTag>
      <w:r w:rsidRPr="00B036F5">
        <w:rPr>
          <w:lang w:val="ru-RU"/>
        </w:rPr>
        <w:t xml:space="preserve">. выделился хлор объемом </w:t>
      </w:r>
      <w:smartTag w:uri="urn:schemas-microsoft-com:office:smarttags" w:element="metricconverter">
        <w:smartTagPr>
          <w:attr w:name="ProductID" w:val="6,72 л"/>
        </w:smartTagPr>
        <w:r w:rsidRPr="00B036F5">
          <w:rPr>
            <w:lang w:val="ru-RU"/>
          </w:rPr>
          <w:t>6,72 л</w:t>
        </w:r>
      </w:smartTag>
      <w:r w:rsidRPr="00B036F5">
        <w:rPr>
          <w:lang w:val="ru-RU"/>
        </w:rPr>
        <w:t xml:space="preserve"> (н.у) составляет …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 xml:space="preserve">Задание 122. 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Какие процессы будут протекать на медном аноде при электролизе водного раствора сульфата меди?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position w:val="-12"/>
          <w:lang w:val="ru-RU"/>
        </w:rPr>
        <w:t xml:space="preserve">1) </w:t>
      </w:r>
      <w:r w:rsidRPr="00110C66">
        <w:rPr>
          <w:position w:val="-12"/>
        </w:rPr>
        <w:object w:dxaOrig="1980" w:dyaOrig="380">
          <v:shape id="_x0000_i1103" type="#_x0000_t75" style="width:99.75pt;height:18pt" o:ole="">
            <v:imagedata r:id="rId146" o:title=""/>
          </v:shape>
          <o:OLEObject Type="Embed" ProgID="Equation.3" ShapeID="_x0000_i1103" DrawAspect="Content" ObjectID="_1840792713" r:id="rId147"/>
        </w:object>
      </w:r>
      <w:r w:rsidRPr="00B036F5">
        <w:rPr>
          <w:position w:val="-12"/>
          <w:lang w:val="ru-RU"/>
        </w:rPr>
        <w:t xml:space="preserve">       </w:t>
      </w:r>
      <w:r w:rsidRPr="00B036F5">
        <w:rPr>
          <w:position w:val="-10"/>
          <w:lang w:val="ru-RU"/>
        </w:rPr>
        <w:t xml:space="preserve">2) </w:t>
      </w:r>
      <w:r w:rsidRPr="00110C66">
        <w:rPr>
          <w:position w:val="-10"/>
        </w:rPr>
        <w:object w:dxaOrig="2420" w:dyaOrig="360">
          <v:shape id="_x0000_i1104" type="#_x0000_t75" style="width:120.75pt;height:18pt" o:ole="">
            <v:imagedata r:id="rId148" o:title=""/>
          </v:shape>
          <o:OLEObject Type="Embed" ProgID="Equation.3" ShapeID="_x0000_i1104" DrawAspect="Content" ObjectID="_1840792714" r:id="rId149"/>
        </w:object>
      </w:r>
      <w:r w:rsidRPr="00B036F5">
        <w:rPr>
          <w:position w:val="-10"/>
          <w:lang w:val="ru-RU"/>
        </w:rPr>
        <w:t xml:space="preserve">     </w:t>
      </w:r>
      <w:r w:rsidRPr="00B036F5">
        <w:rPr>
          <w:position w:val="-6"/>
          <w:lang w:val="ru-RU"/>
        </w:rPr>
        <w:t xml:space="preserve">3)  </w:t>
      </w:r>
      <w:r w:rsidRPr="00110C66">
        <w:rPr>
          <w:position w:val="-6"/>
        </w:rPr>
        <w:object w:dxaOrig="1740" w:dyaOrig="320">
          <v:shape id="_x0000_i1105" type="#_x0000_t75" style="width:87.75pt;height:15.75pt" o:ole="">
            <v:imagedata r:id="rId150" o:title=""/>
          </v:shape>
          <o:OLEObject Type="Embed" ProgID="Equation.3" ShapeID="_x0000_i1105" DrawAspect="Content" ObjectID="_1840792715" r:id="rId151"/>
        </w:object>
      </w:r>
      <w:r w:rsidRPr="00B036F5">
        <w:rPr>
          <w:lang w:val="ru-RU"/>
        </w:rPr>
        <w:t xml:space="preserve">     </w:t>
      </w:r>
    </w:p>
    <w:p w:rsidR="007B68C2" w:rsidRPr="00B036F5" w:rsidRDefault="007B68C2" w:rsidP="008921D6">
      <w:pPr>
        <w:spacing w:line="240" w:lineRule="auto"/>
        <w:rPr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lang w:val="ru-RU"/>
        </w:rPr>
        <w:t>Задание 123.</w:t>
      </w:r>
      <w:r w:rsidRPr="00B036F5">
        <w:rPr>
          <w:lang w:val="ru-RU"/>
        </w:rPr>
        <w:t xml:space="preserve"> Величина </w:t>
      </w:r>
      <w:r>
        <w:t>F</w:t>
      </w:r>
      <w:r w:rsidRPr="00B036F5">
        <w:rPr>
          <w:lang w:val="ru-RU"/>
        </w:rPr>
        <w:t>=96500 Кл/моль – это …</w:t>
      </w:r>
    </w:p>
    <w:p w:rsidR="007B68C2" w:rsidRPr="00B036F5" w:rsidRDefault="007B68C2" w:rsidP="008921D6">
      <w:pPr>
        <w:spacing w:line="240" w:lineRule="auto"/>
        <w:rPr>
          <w:rFonts w:ascii="Arial" w:hAnsi="Arial" w:cs="Arial"/>
          <w:sz w:val="17"/>
          <w:szCs w:val="17"/>
          <w:lang w:val="ru-RU"/>
        </w:rPr>
      </w:pPr>
      <w:r w:rsidRPr="00B036F5">
        <w:rPr>
          <w:i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bCs/>
          <w:i/>
          <w:iCs/>
          <w:lang w:val="ru-RU"/>
        </w:rPr>
      </w:pPr>
      <w:r w:rsidRPr="00B036F5">
        <w:rPr>
          <w:lang w:val="ru-RU"/>
        </w:rPr>
        <w:t>1) Постоянная, Планка равная заряду одного моля катионов;</w:t>
      </w:r>
    </w:p>
    <w:p w:rsidR="007B68C2" w:rsidRPr="00B036F5" w:rsidRDefault="007B68C2" w:rsidP="008921D6">
      <w:pPr>
        <w:spacing w:line="240" w:lineRule="auto"/>
        <w:rPr>
          <w:b/>
          <w:bCs/>
          <w:i/>
          <w:iCs/>
          <w:lang w:val="ru-RU"/>
        </w:rPr>
      </w:pPr>
      <w:r w:rsidRPr="00B036F5">
        <w:rPr>
          <w:lang w:val="ru-RU"/>
        </w:rPr>
        <w:t>2) Постоянная Авогадро, равная заряду одного моль анионов;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3) Постоянная Фарадея, равная заряду оного моль электронов.</w:t>
      </w:r>
    </w:p>
    <w:p w:rsidR="007B68C2" w:rsidRPr="00B036F5" w:rsidRDefault="007B68C2" w:rsidP="008921D6">
      <w:pPr>
        <w:spacing w:line="240" w:lineRule="auto"/>
        <w:rPr>
          <w:i/>
          <w:sz w:val="22"/>
          <w:lang w:val="ru-RU"/>
        </w:rPr>
      </w:pPr>
    </w:p>
    <w:p w:rsidR="007B68C2" w:rsidRPr="00B036F5" w:rsidRDefault="007B68C2" w:rsidP="008921D6">
      <w:pPr>
        <w:spacing w:line="240" w:lineRule="auto"/>
        <w:rPr>
          <w:sz w:val="22"/>
          <w:lang w:val="ru-RU"/>
        </w:rPr>
      </w:pPr>
      <w:r w:rsidRPr="00B036F5">
        <w:rPr>
          <w:b/>
          <w:szCs w:val="24"/>
          <w:lang w:val="ru-RU"/>
        </w:rPr>
        <w:t>Задание 124.</w:t>
      </w:r>
      <w:r w:rsidRPr="00B036F5">
        <w:rPr>
          <w:lang w:val="ru-RU"/>
        </w:rPr>
        <w:t xml:space="preserve"> Масса меди, выделившаяся на катоде при пропускании тока силой в 5 А через раствор хлорида меди (</w:t>
      </w:r>
      <w:r>
        <w:t>II</w:t>
      </w:r>
      <w:r w:rsidRPr="00B036F5">
        <w:rPr>
          <w:lang w:val="ru-RU"/>
        </w:rPr>
        <w:t>) в течении 25 с. составляет … г.</w:t>
      </w:r>
    </w:p>
    <w:p w:rsidR="007B68C2" w:rsidRPr="00B036F5" w:rsidRDefault="007B68C2" w:rsidP="008921D6">
      <w:pPr>
        <w:spacing w:line="240" w:lineRule="auto"/>
        <w:rPr>
          <w:sz w:val="22"/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125.</w:t>
      </w:r>
      <w:r w:rsidRPr="00B036F5">
        <w:rPr>
          <w:sz w:val="22"/>
          <w:lang w:val="ru-RU"/>
        </w:rPr>
        <w:t xml:space="preserve"> </w:t>
      </w:r>
      <w:r w:rsidRPr="00B036F5">
        <w:rPr>
          <w:lang w:val="ru-RU"/>
        </w:rPr>
        <w:t>Какие процессы будут протекать на платиновом катоде при электролизе водного раствора нитрата калия?</w:t>
      </w:r>
    </w:p>
    <w:p w:rsidR="007B68C2" w:rsidRDefault="007B68C2" w:rsidP="008921D6">
      <w:pPr>
        <w:spacing w:line="240" w:lineRule="auto"/>
        <w:rPr>
          <w:i/>
          <w:sz w:val="22"/>
        </w:rPr>
      </w:pPr>
      <w:r>
        <w:rPr>
          <w:i/>
          <w:sz w:val="22"/>
        </w:rPr>
        <w:t>варианты ответов</w:t>
      </w:r>
    </w:p>
    <w:p w:rsidR="007B68C2" w:rsidRPr="00A57943" w:rsidRDefault="007B68C2" w:rsidP="008921D6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1460" w:dyaOrig="320">
          <v:shape id="_x0000_i1106" type="#_x0000_t75" style="width:73.5pt;height:15.75pt" o:ole="">
            <v:imagedata r:id="rId152" o:title=""/>
          </v:shape>
          <o:OLEObject Type="Embed" ProgID="Equation.3" ShapeID="_x0000_i1106" DrawAspect="Content" ObjectID="_1840792716" r:id="rId153"/>
        </w:object>
      </w:r>
    </w:p>
    <w:p w:rsidR="007B68C2" w:rsidRPr="00A57943" w:rsidRDefault="007B68C2" w:rsidP="008921D6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3400" w:dyaOrig="400">
          <v:shape id="_x0000_i1107" type="#_x0000_t75" style="width:171pt;height:19.5pt" o:ole="">
            <v:imagedata r:id="rId154" o:title=""/>
          </v:shape>
          <o:OLEObject Type="Embed" ProgID="Equation.3" ShapeID="_x0000_i1107" DrawAspect="Content" ObjectID="_1840792717" r:id="rId155"/>
        </w:object>
      </w:r>
    </w:p>
    <w:p w:rsidR="007B68C2" w:rsidRPr="00A57943" w:rsidRDefault="007B68C2" w:rsidP="008921D6">
      <w:pPr>
        <w:pStyle w:val="ae"/>
        <w:numPr>
          <w:ilvl w:val="0"/>
          <w:numId w:val="37"/>
        </w:numPr>
        <w:spacing w:after="200" w:line="240" w:lineRule="auto"/>
        <w:contextualSpacing w:val="0"/>
      </w:pPr>
      <w:r w:rsidRPr="00A57943">
        <w:object w:dxaOrig="2620" w:dyaOrig="360">
          <v:shape id="_x0000_i1108" type="#_x0000_t75" style="width:131.25pt;height:18pt" o:ole="">
            <v:imagedata r:id="rId156" o:title=""/>
          </v:shape>
          <o:OLEObject Type="Embed" ProgID="Equation.3" ShapeID="_x0000_i1108" DrawAspect="Content" ObjectID="_1840792718" r:id="rId157"/>
        </w:object>
      </w:r>
    </w:p>
    <w:p w:rsidR="007B68C2" w:rsidRDefault="007B68C2" w:rsidP="008921D6">
      <w:pPr>
        <w:spacing w:line="240" w:lineRule="auto"/>
        <w:rPr>
          <w:b/>
          <w:szCs w:val="24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126.</w:t>
      </w:r>
      <w:r w:rsidRPr="00B036F5">
        <w:rPr>
          <w:lang w:val="ru-RU"/>
        </w:rPr>
        <w:t xml:space="preserve"> Окислительно-восстановительные процессы, проходящие в растворах и расплавах электролитов во время прохождения электрического тока называются ….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1) Электролизом;   2)Сольволизом;   3)Электролитической диссоциацией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127.</w:t>
      </w:r>
      <w:r w:rsidRPr="00B036F5">
        <w:rPr>
          <w:lang w:val="ru-RU"/>
        </w:rPr>
        <w:t xml:space="preserve"> Количество электричества которое необходимо пропустить через раствор сульфата меди (</w:t>
      </w:r>
      <w:r>
        <w:t>II</w:t>
      </w:r>
      <w:r w:rsidRPr="00B036F5">
        <w:rPr>
          <w:lang w:val="ru-RU"/>
        </w:rPr>
        <w:t xml:space="preserve">), чтобы на аноде выделилось </w:t>
      </w:r>
      <w:smartTag w:uri="urn:schemas-microsoft-com:office:smarttags" w:element="metricconverter">
        <w:smartTagPr>
          <w:attr w:name="ProductID" w:val="22,4 л"/>
        </w:smartTagPr>
        <w:r w:rsidRPr="00B036F5">
          <w:rPr>
            <w:lang w:val="ru-RU"/>
          </w:rPr>
          <w:t>22,4 л</w:t>
        </w:r>
      </w:smartTag>
      <w:r w:rsidRPr="00B036F5">
        <w:rPr>
          <w:lang w:val="ru-RU"/>
        </w:rPr>
        <w:t xml:space="preserve"> кислорода (н.у) составляет … Кл.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b/>
          <w:szCs w:val="24"/>
          <w:lang w:val="ru-RU"/>
        </w:rPr>
        <w:t>Задание 128.</w:t>
      </w:r>
      <w:r w:rsidRPr="00B036F5">
        <w:rPr>
          <w:lang w:val="ru-RU"/>
        </w:rPr>
        <w:t xml:space="preserve"> При электролизе водного раствора соли значение рН в приэлектродном пространстве одного из электродов возросло. Раствор, какой соли подвергался электролизу?</w:t>
      </w:r>
    </w:p>
    <w:p w:rsidR="007B68C2" w:rsidRPr="00B036F5" w:rsidRDefault="007B68C2" w:rsidP="008921D6">
      <w:pPr>
        <w:spacing w:line="240" w:lineRule="auto"/>
        <w:ind w:firstLine="708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t>варианты ответов: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position w:val="-6"/>
          <w:lang w:val="ru-RU"/>
        </w:rPr>
        <w:t xml:space="preserve">1) </w:t>
      </w:r>
      <w:r w:rsidRPr="00110C66">
        <w:rPr>
          <w:position w:val="-6"/>
        </w:rPr>
        <w:object w:dxaOrig="479" w:dyaOrig="280">
          <v:shape id="_x0000_i1109" type="#_x0000_t75" style="width:24pt;height:15.75pt" o:ole="">
            <v:imagedata r:id="rId158" o:title=""/>
          </v:shape>
          <o:OLEObject Type="Embed" ProgID="Equation.3" ShapeID="_x0000_i1109" DrawAspect="Content" ObjectID="_1840792719" r:id="rId159"/>
        </w:object>
      </w:r>
      <w:r w:rsidRPr="00B036F5">
        <w:rPr>
          <w:position w:val="-6"/>
          <w:lang w:val="ru-RU"/>
        </w:rPr>
        <w:t xml:space="preserve">;      2) </w:t>
      </w:r>
      <w:r w:rsidRPr="00110C66">
        <w:rPr>
          <w:position w:val="-10"/>
        </w:rPr>
        <w:object w:dxaOrig="660" w:dyaOrig="340">
          <v:shape id="_x0000_i1110" type="#_x0000_t75" style="width:32.25pt;height:17.25pt" o:ole="">
            <v:imagedata r:id="rId160" o:title=""/>
          </v:shape>
          <o:OLEObject Type="Embed" ProgID="Equation.3" ShapeID="_x0000_i1110" DrawAspect="Content" ObjectID="_1840792720" r:id="rId161"/>
        </w:object>
      </w:r>
      <w:r w:rsidRPr="00B036F5">
        <w:rPr>
          <w:position w:val="-10"/>
          <w:lang w:val="ru-RU"/>
        </w:rPr>
        <w:t xml:space="preserve">;   3)  </w:t>
      </w:r>
      <w:r w:rsidRPr="00110C66">
        <w:rPr>
          <w:position w:val="-12"/>
        </w:rPr>
        <w:object w:dxaOrig="1060" w:dyaOrig="360">
          <v:shape id="_x0000_i1111" type="#_x0000_t75" style="width:54.75pt;height:18pt" o:ole="">
            <v:imagedata r:id="rId162" o:title=""/>
          </v:shape>
          <o:OLEObject Type="Embed" ProgID="Equation.3" ShapeID="_x0000_i1111" DrawAspect="Content" ObjectID="_1840792721" r:id="rId163"/>
        </w:object>
      </w:r>
    </w:p>
    <w:p w:rsidR="007B68C2" w:rsidRPr="00B036F5" w:rsidRDefault="007B68C2" w:rsidP="008921D6">
      <w:pPr>
        <w:spacing w:line="240" w:lineRule="auto"/>
        <w:rPr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lastRenderedPageBreak/>
        <w:t>Задание 129.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Растворимый анод – это: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B036F5" w:rsidRDefault="007B68C2" w:rsidP="008921D6">
      <w:pPr>
        <w:numPr>
          <w:ilvl w:val="0"/>
          <w:numId w:val="21"/>
        </w:numPr>
        <w:spacing w:line="240" w:lineRule="auto"/>
        <w:rPr>
          <w:lang w:val="ru-RU"/>
        </w:rPr>
      </w:pPr>
      <w:r w:rsidRPr="00B036F5">
        <w:rPr>
          <w:lang w:val="ru-RU"/>
        </w:rPr>
        <w:t>Анод, состоящий из материала, хорошо растворяющегося в воде;</w:t>
      </w:r>
    </w:p>
    <w:p w:rsidR="007B68C2" w:rsidRPr="00B036F5" w:rsidRDefault="007B68C2" w:rsidP="008921D6">
      <w:pPr>
        <w:numPr>
          <w:ilvl w:val="0"/>
          <w:numId w:val="21"/>
        </w:numPr>
        <w:spacing w:line="240" w:lineRule="auto"/>
        <w:rPr>
          <w:lang w:val="ru-RU"/>
        </w:rPr>
      </w:pPr>
      <w:r w:rsidRPr="00B036F5">
        <w:rPr>
          <w:lang w:val="ru-RU"/>
        </w:rPr>
        <w:t>Анод, состоящий из металлов, способных растворятся в процессе электролиза;</w:t>
      </w:r>
    </w:p>
    <w:p w:rsidR="007B68C2" w:rsidRPr="00B036F5" w:rsidRDefault="007B68C2" w:rsidP="008921D6">
      <w:pPr>
        <w:numPr>
          <w:ilvl w:val="0"/>
          <w:numId w:val="21"/>
        </w:numPr>
        <w:spacing w:line="240" w:lineRule="auto"/>
        <w:rPr>
          <w:lang w:val="ru-RU"/>
        </w:rPr>
      </w:pPr>
      <w:r w:rsidRPr="00B036F5">
        <w:rPr>
          <w:lang w:val="ru-RU"/>
        </w:rPr>
        <w:t>Анод, находящийся в жидком агрегатном состоянии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130.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lang w:val="ru-RU"/>
        </w:rPr>
        <w:t xml:space="preserve">Если за 40 мин электролиза раствора серной кислоты выделился водород (н.у) объемом </w:t>
      </w:r>
      <w:smartTag w:uri="urn:schemas-microsoft-com:office:smarttags" w:element="metricconverter">
        <w:smartTagPr>
          <w:attr w:name="ProductID" w:val="0,48 л"/>
        </w:smartTagPr>
        <w:r w:rsidRPr="00B036F5">
          <w:rPr>
            <w:lang w:val="ru-RU"/>
          </w:rPr>
          <w:t>0,48 л</w:t>
        </w:r>
      </w:smartTag>
      <w:r w:rsidRPr="00B036F5">
        <w:rPr>
          <w:lang w:val="ru-RU"/>
        </w:rPr>
        <w:t>., то сила тока будет равна … А.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 131.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На аноде обычно протекают процессы  _________________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132.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Какие процессы будут протекать на платиновом аноде при электролизе водного раствора нитрита меди?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Default="007B68C2" w:rsidP="008921D6">
      <w:pPr>
        <w:numPr>
          <w:ilvl w:val="0"/>
          <w:numId w:val="30"/>
        </w:numPr>
        <w:spacing w:line="240" w:lineRule="auto"/>
      </w:pPr>
      <w:r w:rsidRPr="00110C66">
        <w:rPr>
          <w:position w:val="-12"/>
        </w:rPr>
        <w:object w:dxaOrig="3200" w:dyaOrig="380">
          <v:shape id="_x0000_i1112" type="#_x0000_t75" style="width:160.5pt;height:19.5pt" o:ole="">
            <v:imagedata r:id="rId164" o:title=""/>
          </v:shape>
          <o:OLEObject Type="Embed" ProgID="Equation.3" ShapeID="_x0000_i1112" DrawAspect="Content" ObjectID="_1840792722" r:id="rId165"/>
        </w:object>
      </w:r>
    </w:p>
    <w:p w:rsidR="007B68C2" w:rsidRDefault="007B68C2" w:rsidP="008921D6">
      <w:pPr>
        <w:numPr>
          <w:ilvl w:val="0"/>
          <w:numId w:val="30"/>
        </w:numPr>
        <w:spacing w:line="240" w:lineRule="auto"/>
      </w:pPr>
      <w:r w:rsidRPr="00110C66">
        <w:rPr>
          <w:position w:val="-10"/>
        </w:rPr>
        <w:object w:dxaOrig="2420" w:dyaOrig="360">
          <v:shape id="_x0000_i1113" type="#_x0000_t75" style="width:120.75pt;height:18pt" o:ole="">
            <v:imagedata r:id="rId148" o:title=""/>
          </v:shape>
          <o:OLEObject Type="Embed" ProgID="Equation.3" ShapeID="_x0000_i1113" DrawAspect="Content" ObjectID="_1840792723" r:id="rId166"/>
        </w:object>
      </w:r>
      <w:r>
        <w:t xml:space="preserve"> </w:t>
      </w:r>
    </w:p>
    <w:p w:rsidR="007B68C2" w:rsidRPr="008C1406" w:rsidRDefault="007B68C2" w:rsidP="008921D6">
      <w:pPr>
        <w:pStyle w:val="ae"/>
        <w:numPr>
          <w:ilvl w:val="0"/>
          <w:numId w:val="30"/>
        </w:numPr>
        <w:spacing w:after="200" w:line="240" w:lineRule="auto"/>
        <w:contextualSpacing w:val="0"/>
        <w:rPr>
          <w:b/>
          <w:szCs w:val="24"/>
        </w:rPr>
      </w:pPr>
      <w:r w:rsidRPr="00110C66">
        <w:rPr>
          <w:position w:val="-6"/>
        </w:rPr>
        <w:object w:dxaOrig="1660" w:dyaOrig="320">
          <v:shape id="_x0000_i1114" type="#_x0000_t75" style="width:82.5pt;height:15.75pt" o:ole="">
            <v:imagedata r:id="rId167" o:title=""/>
          </v:shape>
          <o:OLEObject Type="Embed" ProgID="Equation.3" ShapeID="_x0000_i1114" DrawAspect="Content" ObjectID="_1840792724" r:id="rId168"/>
        </w:objec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133.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Какие процессы будут протекать на платиновом катоде при электролизе водного раствора нитрата меди?</w:t>
      </w:r>
    </w:p>
    <w:p w:rsidR="007B68C2" w:rsidRPr="0027509C" w:rsidRDefault="007B68C2" w:rsidP="008921D6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6"/>
        </w:rPr>
        <w:object w:dxaOrig="1679" w:dyaOrig="320">
          <v:shape id="_x0000_i1115" type="#_x0000_t75" style="width:82.5pt;height:15.75pt" o:ole="">
            <v:imagedata r:id="rId169" o:title=""/>
          </v:shape>
          <o:OLEObject Type="Embed" ProgID="Equation.3" ShapeID="_x0000_i1115" DrawAspect="Content" ObjectID="_1840792725" r:id="rId170"/>
        </w:object>
      </w:r>
      <w:proofErr w:type="gramStart"/>
      <w:r w:rsidRPr="0027509C">
        <w:rPr>
          <w:position w:val="-6"/>
        </w:rPr>
        <w:t xml:space="preserve">;   </w:t>
      </w:r>
      <w:proofErr w:type="gramEnd"/>
      <w:r w:rsidRPr="0027509C">
        <w:rPr>
          <w:position w:val="-6"/>
        </w:rPr>
        <w:t xml:space="preserve"> 2)</w:t>
      </w:r>
    </w:p>
    <w:p w:rsidR="007B68C2" w:rsidRPr="0027509C" w:rsidRDefault="007B68C2" w:rsidP="008921D6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14"/>
        </w:rPr>
        <w:object w:dxaOrig="3400" w:dyaOrig="400">
          <v:shape id="_x0000_i1116" type="#_x0000_t75" style="width:171pt;height:20.25pt" o:ole="">
            <v:imagedata r:id="rId154" o:title=""/>
          </v:shape>
          <o:OLEObject Type="Embed" ProgID="Equation.3" ShapeID="_x0000_i1116" DrawAspect="Content" ObjectID="_1840792726" r:id="rId171"/>
        </w:object>
      </w:r>
      <w:r w:rsidRPr="0027509C">
        <w:rPr>
          <w:position w:val="-14"/>
        </w:rPr>
        <w:t xml:space="preserve">   </w:t>
      </w:r>
    </w:p>
    <w:p w:rsidR="007B68C2" w:rsidRPr="0027509C" w:rsidRDefault="007B68C2" w:rsidP="008921D6">
      <w:pPr>
        <w:numPr>
          <w:ilvl w:val="0"/>
          <w:numId w:val="22"/>
        </w:numPr>
        <w:spacing w:line="240" w:lineRule="auto"/>
        <w:rPr>
          <w:szCs w:val="24"/>
        </w:rPr>
      </w:pPr>
      <w:r w:rsidRPr="00110C66">
        <w:rPr>
          <w:position w:val="-10"/>
        </w:rPr>
        <w:object w:dxaOrig="2620" w:dyaOrig="360">
          <v:shape id="_x0000_i1117" type="#_x0000_t75" style="width:131.25pt;height:18pt" o:ole="">
            <v:imagedata r:id="rId156" o:title=""/>
          </v:shape>
          <o:OLEObject Type="Embed" ProgID="Equation.3" ShapeID="_x0000_i1117" DrawAspect="Content" ObjectID="_1840792727" r:id="rId172"/>
        </w:object>
      </w:r>
    </w:p>
    <w:p w:rsidR="007B68C2" w:rsidRDefault="007B68C2" w:rsidP="008921D6">
      <w:pPr>
        <w:spacing w:line="240" w:lineRule="auto"/>
        <w:rPr>
          <w:b/>
          <w:szCs w:val="24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134.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На катоде обычно протекают процессы  _________________</w: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70567B" w:rsidRDefault="007B68C2" w:rsidP="008921D6">
      <w:pPr>
        <w:spacing w:line="240" w:lineRule="auto"/>
        <w:rPr>
          <w:b/>
          <w:szCs w:val="24"/>
          <w:lang w:val="ru-RU"/>
        </w:rPr>
      </w:pPr>
      <w:r w:rsidRPr="0070567B">
        <w:rPr>
          <w:b/>
          <w:szCs w:val="24"/>
          <w:lang w:val="ru-RU"/>
        </w:rPr>
        <w:t>Задание 135.</w:t>
      </w:r>
    </w:p>
    <w:p w:rsidR="007B68C2" w:rsidRPr="00B036F5" w:rsidRDefault="007B68C2" w:rsidP="008921D6">
      <w:pPr>
        <w:spacing w:line="240" w:lineRule="auto"/>
        <w:rPr>
          <w:szCs w:val="28"/>
          <w:vertAlign w:val="superscript"/>
          <w:lang w:val="ru-RU"/>
        </w:rPr>
      </w:pPr>
      <w:r w:rsidRPr="00B036F5">
        <w:rPr>
          <w:lang w:val="ru-RU"/>
        </w:rPr>
        <w:t xml:space="preserve">По распределению валентных электронов </w:t>
      </w:r>
      <w:r w:rsidRPr="00110C66">
        <w:rPr>
          <w:position w:val="-6"/>
        </w:rPr>
        <w:object w:dxaOrig="760" w:dyaOrig="320">
          <v:shape id="_x0000_i1118" type="#_x0000_t75" style="width:37.5pt;height:15.75pt" o:ole="">
            <v:imagedata r:id="rId173" o:title=""/>
          </v:shape>
          <o:OLEObject Type="Embed" ProgID="Equation.3" ShapeID="_x0000_i1118" DrawAspect="Content" ObjectID="_1840792728" r:id="rId174"/>
        </w:object>
      </w:r>
      <w:r w:rsidRPr="00B036F5">
        <w:rPr>
          <w:lang w:val="ru-RU"/>
        </w:rPr>
        <w:t>определите элемент.  Составьте электронную конфигурацию его атома и укажите заряд ядра.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136.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Ион какого элемент имеет на предпоследнем энергетическом уровне </w:t>
      </w:r>
      <w:r w:rsidRPr="00110C66">
        <w:rPr>
          <w:position w:val="-10"/>
        </w:rPr>
        <w:object w:dxaOrig="1200" w:dyaOrig="360">
          <v:shape id="_x0000_i1119" type="#_x0000_t75" style="width:61.5pt;height:18pt" o:ole="">
            <v:imagedata r:id="rId175" o:title=""/>
          </v:shape>
          <o:OLEObject Type="Embed" ProgID="Equation.3" ShapeID="_x0000_i1119" DrawAspect="Content" ObjectID="_1840792729" r:id="rId176"/>
        </w:object>
      </w:r>
      <w:r w:rsidRPr="00B036F5">
        <w:rPr>
          <w:lang w:val="ru-RU"/>
        </w:rPr>
        <w:t>- электроны?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137.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>Укажите соединение, которое не может образовывать марганец?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Default="007B68C2" w:rsidP="008921D6">
      <w:pPr>
        <w:numPr>
          <w:ilvl w:val="0"/>
          <w:numId w:val="23"/>
        </w:numPr>
        <w:spacing w:line="240" w:lineRule="auto"/>
      </w:pPr>
      <w:r w:rsidRPr="00110C66">
        <w:rPr>
          <w:position w:val="-10"/>
        </w:rPr>
        <w:object w:dxaOrig="1040" w:dyaOrig="340">
          <v:shape id="_x0000_i1120" type="#_x0000_t75" style="width:52.5pt;height:17.25pt" o:ole="">
            <v:imagedata r:id="rId177" o:title=""/>
          </v:shape>
          <o:OLEObject Type="Embed" ProgID="Equation.3" ShapeID="_x0000_i1120" DrawAspect="Content" ObjectID="_1840792730" r:id="rId178"/>
        </w:object>
      </w:r>
      <w:r>
        <w:t xml:space="preserve">; </w:t>
      </w:r>
    </w:p>
    <w:p w:rsidR="007B68C2" w:rsidRDefault="007B68C2" w:rsidP="008921D6">
      <w:pPr>
        <w:numPr>
          <w:ilvl w:val="0"/>
          <w:numId w:val="23"/>
        </w:numPr>
        <w:spacing w:line="240" w:lineRule="auto"/>
      </w:pPr>
      <w:r w:rsidRPr="00110C66">
        <w:rPr>
          <w:position w:val="-10"/>
        </w:rPr>
        <w:object w:dxaOrig="920" w:dyaOrig="340">
          <v:shape id="_x0000_i1121" type="#_x0000_t75" style="width:46.5pt;height:17.25pt" o:ole="">
            <v:imagedata r:id="rId179" o:title=""/>
          </v:shape>
          <o:OLEObject Type="Embed" ProgID="Equation.3" ShapeID="_x0000_i1121" DrawAspect="Content" ObjectID="_1840792731" r:id="rId180"/>
        </w:object>
      </w:r>
      <w:r>
        <w:t xml:space="preserve">; </w:t>
      </w:r>
    </w:p>
    <w:p w:rsidR="007B68C2" w:rsidRPr="0077400C" w:rsidRDefault="007B68C2" w:rsidP="008921D6">
      <w:pPr>
        <w:pStyle w:val="ae"/>
        <w:numPr>
          <w:ilvl w:val="0"/>
          <w:numId w:val="23"/>
        </w:numPr>
        <w:spacing w:after="200" w:line="240" w:lineRule="auto"/>
        <w:contextualSpacing w:val="0"/>
        <w:rPr>
          <w:szCs w:val="24"/>
        </w:rPr>
      </w:pPr>
      <w:r w:rsidRPr="00110C66">
        <w:rPr>
          <w:position w:val="-12"/>
        </w:rPr>
        <w:object w:dxaOrig="1020" w:dyaOrig="360">
          <v:shape id="_x0000_i1122" type="#_x0000_t75" style="width:51.75pt;height:18pt" o:ole="">
            <v:imagedata r:id="rId181" o:title=""/>
          </v:shape>
          <o:OLEObject Type="Embed" ProgID="Equation.3" ShapeID="_x0000_i1122" DrawAspect="Content" ObjectID="_1840792732" r:id="rId182"/>
        </w:object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138.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szCs w:val="24"/>
          <w:lang w:val="ru-RU"/>
        </w:rPr>
        <w:t>Какие продукты образуются при растворении алюминия в водном растворе щелочи?</w:t>
      </w:r>
    </w:p>
    <w:p w:rsidR="007B68C2" w:rsidRPr="00B036F5" w:rsidRDefault="007B68C2" w:rsidP="008921D6">
      <w:pPr>
        <w:spacing w:line="240" w:lineRule="auto"/>
        <w:rPr>
          <w:i/>
          <w:szCs w:val="24"/>
          <w:lang w:val="ru-RU"/>
        </w:rPr>
      </w:pPr>
      <w:r w:rsidRPr="00B036F5">
        <w:rPr>
          <w:i/>
          <w:szCs w:val="24"/>
          <w:lang w:val="ru-RU"/>
        </w:rPr>
        <w:lastRenderedPageBreak/>
        <w:t>варианты ответов:</w:t>
      </w:r>
    </w:p>
    <w:p w:rsidR="007B68C2" w:rsidRPr="00B036F5" w:rsidRDefault="007B68C2" w:rsidP="008921D6">
      <w:pPr>
        <w:spacing w:line="240" w:lineRule="auto"/>
        <w:rPr>
          <w:szCs w:val="24"/>
          <w:lang w:val="ru-RU"/>
        </w:rPr>
      </w:pPr>
      <w:r w:rsidRPr="00B036F5">
        <w:rPr>
          <w:szCs w:val="24"/>
          <w:lang w:val="ru-RU"/>
        </w:rPr>
        <w:t xml:space="preserve">1) </w:t>
      </w:r>
      <w:r w:rsidRPr="0077400C">
        <w:rPr>
          <w:szCs w:val="24"/>
        </w:rPr>
        <w:t>Na</w:t>
      </w:r>
      <w:r w:rsidRPr="00B036F5">
        <w:rPr>
          <w:szCs w:val="24"/>
          <w:lang w:val="ru-RU"/>
        </w:rPr>
        <w:t>[</w:t>
      </w:r>
      <w:r w:rsidRPr="0077400C">
        <w:rPr>
          <w:szCs w:val="24"/>
        </w:rPr>
        <w:t>Al</w:t>
      </w:r>
      <w:r w:rsidRPr="00B036F5">
        <w:rPr>
          <w:szCs w:val="24"/>
          <w:lang w:val="ru-RU"/>
        </w:rPr>
        <w:t>(</w:t>
      </w:r>
      <w:r w:rsidRPr="0077400C">
        <w:rPr>
          <w:szCs w:val="24"/>
        </w:rPr>
        <w:t>OH</w:t>
      </w:r>
      <w:r w:rsidRPr="00B036F5">
        <w:rPr>
          <w:szCs w:val="24"/>
          <w:lang w:val="ru-RU"/>
        </w:rPr>
        <w:t>)</w:t>
      </w:r>
      <w:r w:rsidRPr="00B036F5">
        <w:rPr>
          <w:szCs w:val="24"/>
          <w:vertAlign w:val="subscript"/>
          <w:lang w:val="ru-RU"/>
        </w:rPr>
        <w:t>4</w:t>
      </w:r>
      <w:r w:rsidRPr="00B036F5">
        <w:rPr>
          <w:szCs w:val="24"/>
          <w:lang w:val="ru-RU"/>
        </w:rPr>
        <w:t xml:space="preserve">] + </w:t>
      </w:r>
      <w:r w:rsidRPr="0077400C">
        <w:rPr>
          <w:szCs w:val="24"/>
        </w:rPr>
        <w:t>H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ab/>
      </w:r>
      <w:r w:rsidRPr="00B036F5">
        <w:rPr>
          <w:szCs w:val="24"/>
          <w:lang w:val="ru-RU"/>
        </w:rPr>
        <w:tab/>
        <w:t xml:space="preserve">2) </w:t>
      </w:r>
      <w:r w:rsidRPr="0077400C">
        <w:rPr>
          <w:szCs w:val="24"/>
        </w:rPr>
        <w:t>Al</w:t>
      </w:r>
      <w:r w:rsidRPr="00B036F5">
        <w:rPr>
          <w:szCs w:val="24"/>
          <w:lang w:val="ru-RU"/>
        </w:rPr>
        <w:t>(</w:t>
      </w:r>
      <w:r w:rsidRPr="0077400C">
        <w:rPr>
          <w:szCs w:val="24"/>
        </w:rPr>
        <w:t>OH</w:t>
      </w:r>
      <w:r w:rsidRPr="00B036F5">
        <w:rPr>
          <w:szCs w:val="24"/>
          <w:lang w:val="ru-RU"/>
        </w:rPr>
        <w:t>)</w:t>
      </w:r>
      <w:r w:rsidRPr="00B036F5">
        <w:rPr>
          <w:szCs w:val="24"/>
          <w:vertAlign w:val="subscript"/>
          <w:lang w:val="ru-RU"/>
        </w:rPr>
        <w:t>3</w:t>
      </w:r>
      <w:r w:rsidRPr="00B036F5">
        <w:rPr>
          <w:szCs w:val="24"/>
          <w:lang w:val="ru-RU"/>
        </w:rPr>
        <w:t xml:space="preserve"> + </w:t>
      </w:r>
      <w:r w:rsidRPr="0077400C">
        <w:rPr>
          <w:szCs w:val="24"/>
        </w:rPr>
        <w:t>H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 xml:space="preserve">;   3) </w:t>
      </w:r>
      <w:r w:rsidRPr="0077400C">
        <w:rPr>
          <w:szCs w:val="24"/>
        </w:rPr>
        <w:t>NaAlO</w:t>
      </w:r>
      <w:r w:rsidRPr="00B036F5">
        <w:rPr>
          <w:szCs w:val="24"/>
          <w:vertAlign w:val="subscript"/>
          <w:lang w:val="ru-RU"/>
        </w:rPr>
        <w:t>2</w:t>
      </w:r>
      <w:r w:rsidRPr="00B036F5">
        <w:rPr>
          <w:szCs w:val="24"/>
          <w:lang w:val="ru-RU"/>
        </w:rPr>
        <w:t xml:space="preserve"> + </w:t>
      </w:r>
      <w:r w:rsidRPr="0077400C">
        <w:rPr>
          <w:szCs w:val="24"/>
        </w:rPr>
        <w:t>H</w:t>
      </w:r>
      <w:r w:rsidRPr="00B036F5">
        <w:rPr>
          <w:szCs w:val="24"/>
          <w:vertAlign w:val="subscript"/>
          <w:lang w:val="ru-RU"/>
        </w:rPr>
        <w:t>2;</w:t>
      </w:r>
      <w:r w:rsidRPr="00B036F5">
        <w:rPr>
          <w:szCs w:val="24"/>
          <w:lang w:val="ru-RU"/>
        </w:rPr>
        <w:tab/>
      </w: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t>Задание 139.</w:t>
      </w:r>
    </w:p>
    <w:p w:rsidR="007B68C2" w:rsidRPr="00B036F5" w:rsidRDefault="007B68C2" w:rsidP="008921D6">
      <w:pPr>
        <w:pStyle w:val="23"/>
        <w:spacing w:line="240" w:lineRule="auto"/>
        <w:rPr>
          <w:szCs w:val="24"/>
          <w:lang w:val="ru-RU"/>
        </w:rPr>
      </w:pPr>
      <w:r w:rsidRPr="00B036F5">
        <w:rPr>
          <w:b/>
          <w:bCs/>
          <w:iCs/>
          <w:szCs w:val="24"/>
          <w:lang w:val="ru-RU"/>
        </w:rPr>
        <w:t>П</w:t>
      </w:r>
      <w:r w:rsidRPr="00B036F5">
        <w:rPr>
          <w:szCs w:val="24"/>
          <w:lang w:val="ru-RU"/>
        </w:rPr>
        <w:t>родукты, образующиеся при растворении никеля в разбавленной азотной кислоте…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Pr="008C1406" w:rsidRDefault="007B68C2" w:rsidP="008921D6">
      <w:pPr>
        <w:numPr>
          <w:ilvl w:val="0"/>
          <w:numId w:val="31"/>
        </w:numPr>
        <w:spacing w:line="240" w:lineRule="auto"/>
        <w:jc w:val="both"/>
        <w:rPr>
          <w:szCs w:val="24"/>
        </w:rPr>
      </w:pPr>
      <w:r w:rsidRPr="008C1406">
        <w:rPr>
          <w:szCs w:val="24"/>
        </w:rPr>
        <w:t>Ni(NO</w:t>
      </w:r>
      <w:r w:rsidRPr="008C1406">
        <w:rPr>
          <w:szCs w:val="24"/>
          <w:vertAlign w:val="subscript"/>
        </w:rPr>
        <w:t>3</w:t>
      </w:r>
      <w:r w:rsidRPr="008C1406">
        <w:rPr>
          <w:szCs w:val="24"/>
        </w:rPr>
        <w:t>)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NO + H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O;</w:t>
      </w:r>
      <w:r w:rsidRPr="008C1406">
        <w:rPr>
          <w:szCs w:val="24"/>
        </w:rPr>
        <w:tab/>
      </w:r>
    </w:p>
    <w:p w:rsidR="007B68C2" w:rsidRPr="008C1406" w:rsidRDefault="007B68C2" w:rsidP="008921D6">
      <w:pPr>
        <w:numPr>
          <w:ilvl w:val="0"/>
          <w:numId w:val="31"/>
        </w:numPr>
        <w:spacing w:line="240" w:lineRule="auto"/>
        <w:jc w:val="both"/>
        <w:rPr>
          <w:szCs w:val="24"/>
        </w:rPr>
      </w:pPr>
      <w:r w:rsidRPr="008C1406">
        <w:rPr>
          <w:szCs w:val="24"/>
        </w:rPr>
        <w:t>Ni(NO</w:t>
      </w:r>
      <w:r w:rsidRPr="008C1406">
        <w:rPr>
          <w:szCs w:val="24"/>
          <w:vertAlign w:val="subscript"/>
        </w:rPr>
        <w:t>3</w:t>
      </w:r>
      <w:r w:rsidRPr="008C1406">
        <w:rPr>
          <w:szCs w:val="24"/>
        </w:rPr>
        <w:t>)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NO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+ H</w:t>
      </w:r>
      <w:r w:rsidRPr="008C1406">
        <w:rPr>
          <w:szCs w:val="24"/>
          <w:vertAlign w:val="subscript"/>
        </w:rPr>
        <w:t>2</w:t>
      </w:r>
      <w:r w:rsidRPr="008C1406">
        <w:rPr>
          <w:szCs w:val="24"/>
        </w:rPr>
        <w:t>O;</w:t>
      </w:r>
      <w:r w:rsidRPr="008C1406">
        <w:rPr>
          <w:szCs w:val="24"/>
        </w:rPr>
        <w:tab/>
      </w:r>
      <w:r w:rsidRPr="008C1406">
        <w:rPr>
          <w:szCs w:val="24"/>
        </w:rPr>
        <w:tab/>
      </w:r>
      <w:r w:rsidRPr="008C1406">
        <w:rPr>
          <w:szCs w:val="24"/>
        </w:rPr>
        <w:tab/>
      </w:r>
    </w:p>
    <w:p w:rsidR="007B68C2" w:rsidRPr="00A57943" w:rsidRDefault="007B68C2" w:rsidP="008921D6">
      <w:pPr>
        <w:pStyle w:val="ae"/>
        <w:numPr>
          <w:ilvl w:val="0"/>
          <w:numId w:val="31"/>
        </w:numPr>
        <w:spacing w:after="200" w:line="240" w:lineRule="auto"/>
        <w:contextualSpacing w:val="0"/>
        <w:rPr>
          <w:szCs w:val="24"/>
        </w:rPr>
      </w:pPr>
      <w:r w:rsidRPr="00A57943">
        <w:rPr>
          <w:szCs w:val="24"/>
        </w:rPr>
        <w:t>Ni(NO</w:t>
      </w:r>
      <w:r w:rsidRPr="00A57943">
        <w:rPr>
          <w:szCs w:val="24"/>
          <w:vertAlign w:val="subscript"/>
        </w:rPr>
        <w:t>3</w:t>
      </w:r>
      <w:r w:rsidRPr="00A57943">
        <w:rPr>
          <w:szCs w:val="24"/>
        </w:rPr>
        <w:t>)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+ N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+ H</w:t>
      </w:r>
      <w:r w:rsidRPr="00A57943">
        <w:rPr>
          <w:szCs w:val="24"/>
          <w:vertAlign w:val="subscript"/>
        </w:rPr>
        <w:t>2</w:t>
      </w:r>
      <w:r w:rsidRPr="00A57943">
        <w:rPr>
          <w:szCs w:val="24"/>
        </w:rPr>
        <w:t>O</w:t>
      </w:r>
    </w:p>
    <w:p w:rsidR="007B68C2" w:rsidRPr="00E06BBA" w:rsidRDefault="007B68C2" w:rsidP="008921D6">
      <w:pPr>
        <w:spacing w:line="240" w:lineRule="auto"/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140</w:t>
      </w:r>
      <w:r w:rsidRPr="00E06BBA">
        <w:rPr>
          <w:b/>
          <w:szCs w:val="24"/>
        </w:rPr>
        <w:t>.</w:t>
      </w:r>
    </w:p>
    <w:p w:rsidR="007B68C2" w:rsidRPr="00B036F5" w:rsidRDefault="007B68C2" w:rsidP="008921D6">
      <w:pPr>
        <w:spacing w:line="240" w:lineRule="auto"/>
        <w:rPr>
          <w:lang w:val="ru-RU"/>
        </w:rPr>
      </w:pPr>
      <w:r w:rsidRPr="00B036F5">
        <w:rPr>
          <w:lang w:val="ru-RU"/>
        </w:rPr>
        <w:t xml:space="preserve">С каким из указанных веществ будет реагировать </w:t>
      </w:r>
      <w:r w:rsidRPr="00110C66">
        <w:rPr>
          <w:position w:val="-6"/>
        </w:rPr>
        <w:object w:dxaOrig="520" w:dyaOrig="279">
          <v:shape id="_x0000_i1123" type="#_x0000_t75" style="width:27pt;height:12.75pt" o:ole="">
            <v:imagedata r:id="rId183" o:title=""/>
          </v:shape>
          <o:OLEObject Type="Embed" ProgID="Equation.3" ShapeID="_x0000_i1123" DrawAspect="Content" ObjectID="_1840792733" r:id="rId184"/>
        </w:object>
      </w:r>
      <w:r w:rsidRPr="00B036F5">
        <w:rPr>
          <w:lang w:val="ru-RU"/>
        </w:rPr>
        <w:t>?</w:t>
      </w:r>
    </w:p>
    <w:p w:rsidR="007B68C2" w:rsidRPr="00E06BBA" w:rsidRDefault="007B68C2" w:rsidP="008921D6">
      <w:pPr>
        <w:spacing w:line="240" w:lineRule="auto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7B68C2" w:rsidRDefault="007B68C2" w:rsidP="008921D6">
      <w:pPr>
        <w:spacing w:line="240" w:lineRule="auto"/>
      </w:pPr>
      <w:r>
        <w:t>1)</w:t>
      </w:r>
      <w:r w:rsidRPr="00110C66">
        <w:rPr>
          <w:position w:val="-10"/>
        </w:rPr>
        <w:object w:dxaOrig="740" w:dyaOrig="340">
          <v:shape id="_x0000_i1124" type="#_x0000_t75" style="width:36.75pt;height:17.25pt" o:ole="">
            <v:imagedata r:id="rId185" o:title=""/>
          </v:shape>
          <o:OLEObject Type="Embed" ProgID="Equation.3" ShapeID="_x0000_i1124" DrawAspect="Content" ObjectID="_1840792734" r:id="rId186"/>
        </w:object>
      </w:r>
      <w:r>
        <w:t>;     2)</w:t>
      </w:r>
      <w:r w:rsidRPr="00110C66">
        <w:rPr>
          <w:position w:val="-6"/>
        </w:rPr>
        <w:object w:dxaOrig="620" w:dyaOrig="279">
          <v:shape id="_x0000_i1125" type="#_x0000_t75" style="width:30pt;height:12.75pt" o:ole="">
            <v:imagedata r:id="rId187" o:title=""/>
          </v:shape>
          <o:OLEObject Type="Embed" ProgID="Equation.3" ShapeID="_x0000_i1125" DrawAspect="Content" ObjectID="_1840792735" r:id="rId188"/>
        </w:object>
      </w:r>
      <w:r>
        <w:t xml:space="preserve">;    3) </w:t>
      </w:r>
      <w:r w:rsidRPr="00110C66">
        <w:rPr>
          <w:position w:val="-10"/>
        </w:rPr>
        <w:object w:dxaOrig="540" w:dyaOrig="340">
          <v:shape id="_x0000_i1126" type="#_x0000_t75" style="width:27.75pt;height:17.25pt" o:ole="">
            <v:imagedata r:id="rId189" o:title=""/>
          </v:shape>
          <o:OLEObject Type="Embed" ProgID="Equation.3" ShapeID="_x0000_i1126" DrawAspect="Content" ObjectID="_1840792736" r:id="rId190"/>
        </w:object>
      </w:r>
      <w:r>
        <w:t xml:space="preserve">   </w:t>
      </w:r>
    </w:p>
    <w:p w:rsidR="007B68C2" w:rsidRDefault="007B68C2" w:rsidP="008921D6">
      <w:pPr>
        <w:spacing w:line="240" w:lineRule="auto"/>
        <w:ind w:firstLine="360"/>
        <w:jc w:val="center"/>
        <w:rPr>
          <w:szCs w:val="24"/>
        </w:rPr>
      </w:pPr>
    </w:p>
    <w:p w:rsidR="007B68C2" w:rsidRPr="00E31E2B" w:rsidRDefault="007B68C2" w:rsidP="008921D6">
      <w:pPr>
        <w:spacing w:line="240" w:lineRule="auto"/>
        <w:ind w:firstLine="360"/>
        <w:jc w:val="center"/>
        <w:rPr>
          <w:szCs w:val="24"/>
        </w:rPr>
      </w:pPr>
    </w:p>
    <w:p w:rsidR="007B68C2" w:rsidRDefault="007B68C2" w:rsidP="008921D6">
      <w:pPr>
        <w:spacing w:line="240" w:lineRule="auto"/>
        <w:ind w:firstLine="360"/>
        <w:jc w:val="center"/>
        <w:rPr>
          <w:b/>
          <w:szCs w:val="24"/>
        </w:rPr>
      </w:pPr>
      <w:r w:rsidRPr="00E31E2B">
        <w:rPr>
          <w:b/>
          <w:szCs w:val="24"/>
        </w:rPr>
        <w:t xml:space="preserve">Критерии оценки </w:t>
      </w:r>
    </w:p>
    <w:p w:rsidR="007B68C2" w:rsidRPr="00E31E2B" w:rsidRDefault="007B68C2" w:rsidP="008921D6">
      <w:pPr>
        <w:spacing w:line="240" w:lineRule="auto"/>
        <w:ind w:firstLine="360"/>
        <w:jc w:val="center"/>
        <w:rPr>
          <w:b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7B68C2" w:rsidRPr="00E31E2B" w:rsidTr="008921D6">
        <w:tc>
          <w:tcPr>
            <w:tcW w:w="2697" w:type="dxa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b/>
                <w:szCs w:val="24"/>
              </w:rPr>
            </w:pPr>
            <w:r w:rsidRPr="00E31E2B">
              <w:rPr>
                <w:b/>
                <w:szCs w:val="24"/>
              </w:rPr>
              <w:t xml:space="preserve">Критерии </w:t>
            </w:r>
          </w:p>
        </w:tc>
      </w:tr>
      <w:tr w:rsidR="007B68C2" w:rsidRPr="00E31E2B" w:rsidTr="008921D6">
        <w:tc>
          <w:tcPr>
            <w:tcW w:w="2697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отлично</w:t>
            </w:r>
          </w:p>
        </w:tc>
        <w:tc>
          <w:tcPr>
            <w:tcW w:w="7203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90 – 100 % тестовых заданий выполнено правильно</w:t>
            </w:r>
          </w:p>
        </w:tc>
      </w:tr>
      <w:tr w:rsidR="007B68C2" w:rsidRPr="00E31E2B" w:rsidTr="008921D6">
        <w:tc>
          <w:tcPr>
            <w:tcW w:w="2697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хорошо</w:t>
            </w:r>
          </w:p>
        </w:tc>
        <w:tc>
          <w:tcPr>
            <w:tcW w:w="7203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70 – 89 тестовых заданий выполнено правильно</w:t>
            </w:r>
          </w:p>
        </w:tc>
      </w:tr>
      <w:tr w:rsidR="007B68C2" w:rsidRPr="00E31E2B" w:rsidTr="008921D6">
        <w:tc>
          <w:tcPr>
            <w:tcW w:w="2697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удовлетворительно</w:t>
            </w:r>
          </w:p>
        </w:tc>
        <w:tc>
          <w:tcPr>
            <w:tcW w:w="7203" w:type="dxa"/>
          </w:tcPr>
          <w:p w:rsidR="007B68C2" w:rsidRPr="00E31E2B" w:rsidRDefault="007B68C2" w:rsidP="008921D6">
            <w:pPr>
              <w:spacing w:line="240" w:lineRule="auto"/>
              <w:rPr>
                <w:szCs w:val="24"/>
              </w:rPr>
            </w:pPr>
            <w:r w:rsidRPr="00E31E2B">
              <w:rPr>
                <w:szCs w:val="24"/>
              </w:rPr>
              <w:t>50 – 69 % тестовых заданий выполнено правильно</w:t>
            </w:r>
          </w:p>
        </w:tc>
      </w:tr>
      <w:tr w:rsidR="007B68C2" w:rsidRPr="008921D6" w:rsidTr="008921D6">
        <w:tc>
          <w:tcPr>
            <w:tcW w:w="2697" w:type="dxa"/>
          </w:tcPr>
          <w:p w:rsidR="007B68C2" w:rsidRPr="00E31E2B" w:rsidRDefault="007B68C2" w:rsidP="008921D6">
            <w:pPr>
              <w:spacing w:line="240" w:lineRule="auto"/>
              <w:jc w:val="center"/>
              <w:rPr>
                <w:szCs w:val="24"/>
              </w:rPr>
            </w:pPr>
            <w:r w:rsidRPr="00E31E2B">
              <w:rPr>
                <w:szCs w:val="24"/>
              </w:rPr>
              <w:t>неудовлетворительно</w:t>
            </w:r>
          </w:p>
        </w:tc>
        <w:tc>
          <w:tcPr>
            <w:tcW w:w="7203" w:type="dxa"/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менее 50 % тесовых заданий выполнен правильно</w:t>
            </w:r>
          </w:p>
        </w:tc>
      </w:tr>
    </w:tbl>
    <w:p w:rsidR="007B68C2" w:rsidRPr="00B036F5" w:rsidRDefault="007B68C2" w:rsidP="007B68C2">
      <w:pPr>
        <w:rPr>
          <w:b/>
          <w:szCs w:val="24"/>
          <w:lang w:val="ru-RU"/>
        </w:rPr>
      </w:pPr>
    </w:p>
    <w:p w:rsidR="007B68C2" w:rsidRPr="00B036F5" w:rsidRDefault="007B68C2" w:rsidP="008921D6">
      <w:pPr>
        <w:spacing w:line="240" w:lineRule="auto"/>
        <w:ind w:firstLine="180"/>
        <w:jc w:val="center"/>
        <w:rPr>
          <w:lang w:val="ru-RU"/>
        </w:rPr>
      </w:pPr>
      <w:r w:rsidRPr="00B036F5">
        <w:rPr>
          <w:lang w:val="ru-RU"/>
        </w:rPr>
        <w:t>Правильные ответы на тестовые задания по дисциплине Химия</w:t>
      </w:r>
    </w:p>
    <w:p w:rsidR="007B68C2" w:rsidRPr="00B036F5" w:rsidRDefault="007B68C2" w:rsidP="008921D6">
      <w:pPr>
        <w:spacing w:line="240" w:lineRule="auto"/>
        <w:ind w:firstLine="180"/>
        <w:jc w:val="center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1487"/>
        <w:gridCol w:w="922"/>
        <w:gridCol w:w="1487"/>
        <w:gridCol w:w="922"/>
        <w:gridCol w:w="1487"/>
        <w:gridCol w:w="922"/>
        <w:gridCol w:w="1755"/>
      </w:tblGrid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36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71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13,25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106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37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92,8  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107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38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60 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73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45 и 5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108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39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51,9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350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109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75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0,25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41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46,15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76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111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42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77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3822, 6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112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43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78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92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113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44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79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60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114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45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80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511,3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115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46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81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3,3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116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82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973,9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117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2,86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48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83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- 2,24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118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1,24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49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156,1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119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1,75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4,5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85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- 3,57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51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86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17,5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52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87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122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53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88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123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54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89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124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0,041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tabs>
                <w:tab w:val="left" w:pos="1211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16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90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125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56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91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126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57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92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127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385940 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lastRenderedPageBreak/>
              <w:t>23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58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93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128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59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94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129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25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60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95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1,72 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61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96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D02854">
              <w:rPr>
                <w:b/>
                <w:sz w:val="22"/>
                <w:vertAlign w:val="superscript"/>
              </w:rPr>
              <w:t>-13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окисления 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27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62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97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D02854">
              <w:rPr>
                <w:b/>
                <w:sz w:val="22"/>
                <w:vertAlign w:val="superscript"/>
              </w:rPr>
              <w:t>-12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132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63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98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133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64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1,2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99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134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восстановления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65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5E217E">
              <w:rPr>
                <w:b/>
                <w:sz w:val="22"/>
                <w:vertAlign w:val="superscript"/>
              </w:rPr>
              <w:t>-2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100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135</w:t>
            </w:r>
          </w:p>
        </w:tc>
        <w:tc>
          <w:tcPr>
            <w:tcW w:w="1405" w:type="dxa"/>
          </w:tcPr>
          <w:p w:rsidR="007B68C2" w:rsidRPr="00341912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дубний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66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101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136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Мо</w:t>
            </w:r>
            <w:r w:rsidRPr="000A414B">
              <w:rPr>
                <w:b/>
                <w:sz w:val="22"/>
                <w:vertAlign w:val="superscript"/>
              </w:rPr>
              <w:t>3+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67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102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137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33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17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103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138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34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69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104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139</w:t>
            </w:r>
          </w:p>
        </w:tc>
        <w:tc>
          <w:tcPr>
            <w:tcW w:w="1405" w:type="dxa"/>
          </w:tcPr>
          <w:p w:rsidR="007B68C2" w:rsidRPr="00341912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7B68C2" w:rsidTr="008921D6">
        <w:tc>
          <w:tcPr>
            <w:tcW w:w="1087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35</w:t>
            </w:r>
          </w:p>
        </w:tc>
        <w:tc>
          <w:tcPr>
            <w:tcW w:w="155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1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w="1737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7,5</w:t>
            </w:r>
          </w:p>
        </w:tc>
        <w:tc>
          <w:tcPr>
            <w:tcW w:w="1191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105</w:t>
            </w:r>
          </w:p>
        </w:tc>
        <w:tc>
          <w:tcPr>
            <w:tcW w:w="1531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66" w:type="dxa"/>
          </w:tcPr>
          <w:p w:rsidR="007B68C2" w:rsidRDefault="007B68C2" w:rsidP="008921D6">
            <w:pPr>
              <w:spacing w:line="240" w:lineRule="auto"/>
              <w:jc w:val="center"/>
            </w:pPr>
            <w:r>
              <w:rPr>
                <w:sz w:val="22"/>
              </w:rPr>
              <w:t>140</w:t>
            </w:r>
          </w:p>
        </w:tc>
        <w:tc>
          <w:tcPr>
            <w:tcW w:w="1405" w:type="dxa"/>
          </w:tcPr>
          <w:p w:rsidR="007B68C2" w:rsidRPr="00EC454C" w:rsidRDefault="007B68C2" w:rsidP="008921D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</w:tbl>
    <w:p w:rsidR="007B68C2" w:rsidRDefault="007B68C2" w:rsidP="007B68C2"/>
    <w:p w:rsidR="007B68C2" w:rsidRPr="0080580E" w:rsidRDefault="007B68C2" w:rsidP="007B68C2">
      <w:pPr>
        <w:ind w:firstLine="180"/>
        <w:rPr>
          <w:szCs w:val="24"/>
        </w:rPr>
      </w:pPr>
      <w:r>
        <w:rPr>
          <w:szCs w:val="24"/>
        </w:rPr>
        <w:t>Составитель</w:t>
      </w:r>
      <w:r w:rsidRPr="0080580E">
        <w:rPr>
          <w:szCs w:val="24"/>
        </w:rPr>
        <w:t>:</w:t>
      </w:r>
    </w:p>
    <w:p w:rsidR="007B68C2" w:rsidRPr="00B036F5" w:rsidRDefault="007B68C2" w:rsidP="007B68C2">
      <w:pPr>
        <w:rPr>
          <w:szCs w:val="24"/>
          <w:lang w:val="ru-RU"/>
        </w:rPr>
      </w:pPr>
      <w:r w:rsidRPr="00B036F5">
        <w:rPr>
          <w:szCs w:val="24"/>
          <w:lang w:val="ru-RU"/>
        </w:rPr>
        <w:t>1. С.Ф. Лапина, доцент каф. ЭБЖиФ, к.фарм.н.             _______________________</w:t>
      </w:r>
    </w:p>
    <w:p w:rsidR="007B68C2" w:rsidRPr="00B036F5" w:rsidRDefault="007B68C2" w:rsidP="007B68C2">
      <w:pPr>
        <w:rPr>
          <w:b/>
          <w:lang w:val="ru-RU"/>
        </w:rPr>
      </w:pPr>
    </w:p>
    <w:p w:rsidR="008921D6" w:rsidRDefault="008921D6" w:rsidP="008921D6">
      <w:pPr>
        <w:widowControl w:val="0"/>
        <w:ind w:firstLine="708"/>
        <w:rPr>
          <w:szCs w:val="24"/>
          <w:lang w:val="ru-RU"/>
        </w:rPr>
      </w:pPr>
      <w:r w:rsidRPr="008921D6">
        <w:rPr>
          <w:szCs w:val="24"/>
          <w:lang w:val="ru-RU"/>
        </w:rPr>
        <w:t>"22" апреля 2026</w:t>
      </w:r>
    </w:p>
    <w:p w:rsidR="008921D6" w:rsidRDefault="008921D6" w:rsidP="007B68C2">
      <w:pPr>
        <w:widowControl w:val="0"/>
        <w:ind w:firstLine="708"/>
        <w:jc w:val="center"/>
        <w:rPr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8921D6" w:rsidRDefault="008921D6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7B68C2" w:rsidRPr="00B036F5" w:rsidRDefault="007B68C2" w:rsidP="007B68C2">
      <w:pPr>
        <w:widowControl w:val="0"/>
        <w:ind w:firstLine="708"/>
        <w:jc w:val="center"/>
        <w:rPr>
          <w:b/>
          <w:szCs w:val="24"/>
          <w:lang w:val="ru-RU"/>
        </w:rPr>
      </w:pPr>
      <w:r w:rsidRPr="00B036F5">
        <w:rPr>
          <w:b/>
          <w:szCs w:val="24"/>
          <w:lang w:val="ru-RU"/>
        </w:rPr>
        <w:lastRenderedPageBreak/>
        <w:t>Комплект оценочных средств для промежуточной аттестации</w:t>
      </w:r>
    </w:p>
    <w:p w:rsidR="007B68C2" w:rsidRPr="00B036F5" w:rsidRDefault="007B68C2" w:rsidP="007B68C2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7B68C2" w:rsidRPr="008921D6" w:rsidRDefault="007B68C2" w:rsidP="007B68C2">
      <w:pPr>
        <w:widowControl w:val="0"/>
        <w:ind w:firstLine="708"/>
        <w:jc w:val="center"/>
        <w:rPr>
          <w:b/>
          <w:szCs w:val="24"/>
          <w:lang w:val="ru-RU"/>
        </w:rPr>
      </w:pPr>
      <w:r w:rsidRPr="008921D6">
        <w:rPr>
          <w:b/>
          <w:szCs w:val="24"/>
          <w:lang w:val="ru-RU"/>
        </w:rPr>
        <w:t>Экзаменационные вопросы по дисциплине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371"/>
      </w:tblGrid>
      <w:tr w:rsidR="007B68C2" w:rsidRPr="008E5BD7" w:rsidTr="008921D6">
        <w:trPr>
          <w:trHeight w:val="12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8C2" w:rsidRPr="00B036F5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B036F5">
              <w:rPr>
                <w:b/>
                <w:szCs w:val="24"/>
                <w:lang w:val="ru-RU"/>
              </w:rPr>
              <w:t xml:space="preserve">№ и наименование </w:t>
            </w:r>
          </w:p>
          <w:p w:rsidR="007B68C2" w:rsidRPr="00B036F5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B036F5">
              <w:rPr>
                <w:b/>
                <w:szCs w:val="24"/>
                <w:lang w:val="ru-RU"/>
              </w:rPr>
              <w:t>раздела</w:t>
            </w:r>
          </w:p>
          <w:p w:rsidR="007B68C2" w:rsidRPr="00B036F5" w:rsidRDefault="007B68C2" w:rsidP="008921D6">
            <w:pPr>
              <w:widowControl w:val="0"/>
              <w:spacing w:line="240" w:lineRule="auto"/>
              <w:jc w:val="center"/>
              <w:rPr>
                <w:i/>
                <w:szCs w:val="24"/>
                <w:lang w:val="ru-RU"/>
              </w:rPr>
            </w:pPr>
            <w:r w:rsidRPr="00B036F5">
              <w:rPr>
                <w:rFonts w:eastAsiaTheme="minorHAnsi"/>
                <w:i/>
                <w:iCs/>
                <w:sz w:val="18"/>
                <w:szCs w:val="18"/>
                <w:lang w:val="ru-RU"/>
              </w:rPr>
              <w:t>(согласно р.3 Паспорта)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ЭКЗАМЕНАЦИОННЫЕ ВОПРОСЫ</w:t>
            </w:r>
          </w:p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</w:tr>
      <w:tr w:rsidR="007B68C2" w:rsidRPr="008E5BD7" w:rsidTr="008921D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2</w:t>
            </w:r>
          </w:p>
        </w:tc>
      </w:tr>
      <w:tr w:rsidR="007B68C2" w:rsidRPr="008921D6" w:rsidTr="008921D6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8E5BD7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szCs w:val="24"/>
              </w:rPr>
              <w:t xml:space="preserve">1 </w:t>
            </w:r>
            <w:r>
              <w:rPr>
                <w:szCs w:val="24"/>
              </w:rPr>
              <w:t>Химия – наука о веществах.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1.1.Химия, как раздел естествознания (структура, история развития науки, значение). Основные законы химии.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1.2.Основные классы неорганических соединений.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1.3.Основные понятия и законы химии: закон сохранения массы, закон эквивалентов, газовые законы, закон постоянства состава вещества.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1.4.Атом. Атомно-молекулярное учение. Структура атома. Энергетические характеристики атома.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1.5.Формирование электронной оболочки атома. Принцип минимума энергии, принцип Паули, правило Хунда, правило Клечковского.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1.6.Периодический закон и периодическая система Д.И. Менделеева. Значение. Строения.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1.7.Электронная конфигурация атома и периодическая система. Изменение свойств элементов в периодах и группах.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1.8.Типы химической связи. Валентность. Основные характеристики химической связи (длина, энергия, валентные углы).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1.9.Ионная связь. Структура ионных соединений.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1.10.Ковалентная связь. Свойства ковалентной связи: полярность, направленность, насыщяемость.</w:t>
            </w:r>
          </w:p>
        </w:tc>
      </w:tr>
      <w:tr w:rsidR="007B68C2" w:rsidRPr="008921D6" w:rsidTr="008921D6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8E5BD7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b/>
                <w:szCs w:val="24"/>
              </w:rPr>
              <w:t>2.</w:t>
            </w:r>
            <w:r w:rsidRPr="008E5BD7">
              <w:rPr>
                <w:szCs w:val="24"/>
              </w:rPr>
              <w:t xml:space="preserve"> </w:t>
            </w:r>
            <w:r>
              <w:rPr>
                <w:szCs w:val="24"/>
              </w:rPr>
              <w:t>Энергетика химических процессов.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2.1. Химические системы. Термодинамические параметры и термодинамические функции.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2.2. Внутренняя энергия. Первый закон термодинамики. Энтальпия. Изменение энтальпии в эндо- и экзотермических реакциях.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2.3. Основные законы термохимии. Закон Гесса. Следствие из него. Энтальпия образования химических соединений.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2.4. Понятие об энтропии. Изменение энтропии при химических реакциях и фазовых переходах. </w:t>
            </w:r>
          </w:p>
          <w:p w:rsidR="007B68C2" w:rsidRPr="00B036F5" w:rsidRDefault="007B68C2" w:rsidP="008921D6">
            <w:pPr>
              <w:spacing w:line="240" w:lineRule="auto"/>
              <w:rPr>
                <w:b/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2.5. Энергия Гиббса реакции. Направленность химических процессов.</w:t>
            </w:r>
          </w:p>
        </w:tc>
      </w:tr>
      <w:tr w:rsidR="007B68C2" w:rsidRPr="008E5BD7" w:rsidTr="008921D6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3. Кинетика и катализ химических процессов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3.1. Гомогенные и гетерогенные системы. Скорость гомогенной и гетерогенной реакции. Факторы, влияющие на скорость химической реакции.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3.2. </w:t>
            </w:r>
            <w:r w:rsidRPr="00267864">
              <w:rPr>
                <w:szCs w:val="24"/>
              </w:rPr>
              <w:t>C</w:t>
            </w:r>
            <w:r w:rsidRPr="00B036F5">
              <w:rPr>
                <w:szCs w:val="24"/>
                <w:lang w:val="ru-RU"/>
              </w:rPr>
              <w:t xml:space="preserve">корость химической реакции. Закон действия масс для гомогенной и гетерогенной реакции.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3.3. Влияние температуры на скорость химической реакции. Правило Вант-Гоффа. 3.4. Катализ. Гомогенный и гетерогенный катализ.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3.5. Обратимые и необратимые химические реакции. Химическое равновесие. Константа равновесия. </w:t>
            </w:r>
          </w:p>
          <w:p w:rsidR="007B68C2" w:rsidRPr="00267864" w:rsidRDefault="007B68C2" w:rsidP="008921D6">
            <w:pPr>
              <w:spacing w:line="240" w:lineRule="auto"/>
              <w:rPr>
                <w:color w:val="000000"/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3.6. Направление смещения равновесия. </w:t>
            </w:r>
            <w:r w:rsidRPr="00267864">
              <w:rPr>
                <w:szCs w:val="24"/>
              </w:rPr>
              <w:t>Принцип Ле-Шателье.</w:t>
            </w:r>
          </w:p>
        </w:tc>
      </w:tr>
      <w:tr w:rsidR="007B68C2" w:rsidRPr="008921D6" w:rsidTr="008921D6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267864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 w:rsidRPr="00267864">
              <w:rPr>
                <w:szCs w:val="24"/>
              </w:rPr>
              <w:t xml:space="preserve">4. Растворы. Дисперсные </w:t>
            </w:r>
            <w:r w:rsidRPr="00267864">
              <w:rPr>
                <w:szCs w:val="24"/>
              </w:rPr>
              <w:lastRenderedPageBreak/>
              <w:t>системы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 xml:space="preserve">4.1. Растворы, как гомогенные системы. Процесс растворения, </w:t>
            </w:r>
            <w:r w:rsidRPr="00B036F5">
              <w:rPr>
                <w:szCs w:val="24"/>
                <w:lang w:val="ru-RU"/>
              </w:rPr>
              <w:lastRenderedPageBreak/>
              <w:t xml:space="preserve">растворимость.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4.2. Способы выражения концентраций растворов.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4.3. Свойства идеальных растворов. Осмос. Осмотическое давление. Закон Вант-Гоффа.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4.4. Свойства идеальных растворов. Давление насыщенного пара над раствором. Закон Рауля. Следствия из закона Рауля.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4.5. Растворы электролитов. Отклонение от закона Рауля и Вант-Гоффа. Изотонический коэффициент.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4.6. Теория электролитическая диссоциации.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4.7. Степень диссоциации. Сильные и слабые электролиты.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4.8. Константа диссоциации. Закон разбавления Оствальда.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4.9. Электролитическая диссоциация воды. Ионное произведение воды. Водородный показатель.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4.10. Гидролиз солей. Типы гидролиза. Степень гидролиза. Константа гидролиза. 4.12. Дисперсные системы, их классификация.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4.13. Коллоидные растворы. Образование коллоидных растворов. </w:t>
            </w:r>
          </w:p>
          <w:p w:rsidR="007B68C2" w:rsidRPr="00B036F5" w:rsidRDefault="007B68C2" w:rsidP="008921D6">
            <w:pPr>
              <w:spacing w:line="240" w:lineRule="auto"/>
              <w:rPr>
                <w:bCs/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4.14.Свойства коллоидных растворов (оптические, кинетические, электрические, адсорбция, поверхностное натяжение).</w:t>
            </w:r>
          </w:p>
        </w:tc>
      </w:tr>
      <w:tr w:rsidR="007B68C2" w:rsidRPr="008921D6" w:rsidTr="008921D6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>5. Окислительно-восстановительные реакции и электрохимические процессы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5.1. Окислительно-восстановительные реакции. Степень окисления. Важнейшие окислители и восстановители.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5.2. Окислительно-восстановительные реакции. Типы ОВР.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5.3.Составление уравнений окислительно-восстановительных реакций (метод электронного баланса).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5.4. Электродный потенциал. Уравнение Нернста.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5.5. Химические источники электрического тока (гальванические элементы, аккумуляторы).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5.6. Коррозия металлов.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5.7. Способы защиты от коррозии. 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5.8. Электролиз. Законы электролиза. Применение электролиза. </w:t>
            </w:r>
          </w:p>
          <w:p w:rsidR="007B68C2" w:rsidRPr="00B036F5" w:rsidRDefault="007B68C2" w:rsidP="008921D6">
            <w:pPr>
              <w:spacing w:line="240" w:lineRule="auto"/>
              <w:rPr>
                <w:bCs/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5.9. Электролиз растворов, расплавов. Анодные и катодные процессы.</w:t>
            </w:r>
          </w:p>
        </w:tc>
      </w:tr>
      <w:tr w:rsidR="007B68C2" w:rsidRPr="008E5BD7" w:rsidTr="008921D6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267864" w:rsidRDefault="007B68C2" w:rsidP="008921D6">
            <w:pPr>
              <w:widowControl w:val="0"/>
              <w:spacing w:line="240" w:lineRule="auto"/>
              <w:rPr>
                <w:szCs w:val="24"/>
              </w:rPr>
            </w:pPr>
            <w:r w:rsidRPr="00267864">
              <w:rPr>
                <w:szCs w:val="24"/>
              </w:rPr>
              <w:t>6. Химия металлов.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6.1. Общая характеристика и классификация металлов </w:t>
            </w:r>
          </w:p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6.2. Природа химической связи в металлах. </w:t>
            </w:r>
          </w:p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6.3. Физические свойства металлов. </w:t>
            </w:r>
          </w:p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6.4.Химические свойства металлов. </w:t>
            </w:r>
          </w:p>
          <w:p w:rsidR="007B68C2" w:rsidRPr="00267864" w:rsidRDefault="007B68C2" w:rsidP="008921D6">
            <w:pPr>
              <w:tabs>
                <w:tab w:val="left" w:pos="1895"/>
              </w:tabs>
              <w:spacing w:line="240" w:lineRule="auto"/>
              <w:rPr>
                <w:bCs/>
                <w:szCs w:val="24"/>
              </w:rPr>
            </w:pPr>
            <w:r w:rsidRPr="00267864">
              <w:rPr>
                <w:szCs w:val="24"/>
              </w:rPr>
              <w:t>6.4.Металлургия.</w:t>
            </w:r>
          </w:p>
        </w:tc>
      </w:tr>
      <w:tr w:rsidR="007B68C2" w:rsidRPr="008921D6" w:rsidTr="008921D6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7.</w:t>
            </w:r>
            <w:r w:rsidRPr="00B036F5">
              <w:rPr>
                <w:lang w:val="ru-RU"/>
              </w:rPr>
              <w:t>Химическая идентификация и анализ веществ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7.1. Основные понятия аналитической химии.</w:t>
            </w:r>
          </w:p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7.2. Качественный анализ катионов и анионов.</w:t>
            </w:r>
          </w:p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7.3. Химические методы количественного анализа.</w:t>
            </w:r>
          </w:p>
          <w:p w:rsidR="007B68C2" w:rsidRPr="00B036F5" w:rsidRDefault="007B68C2" w:rsidP="008921D6">
            <w:pPr>
              <w:tabs>
                <w:tab w:val="left" w:pos="1895"/>
              </w:tabs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7.4. Физико-химические методы анализа </w:t>
            </w:r>
          </w:p>
        </w:tc>
      </w:tr>
    </w:tbl>
    <w:p w:rsidR="007B68C2" w:rsidRPr="00B036F5" w:rsidRDefault="007B68C2" w:rsidP="007B68C2">
      <w:pPr>
        <w:rPr>
          <w:szCs w:val="24"/>
          <w:lang w:val="ru-RU"/>
        </w:rPr>
      </w:pPr>
    </w:p>
    <w:p w:rsidR="007B68C2" w:rsidRDefault="007B68C2" w:rsidP="007B68C2">
      <w:pPr>
        <w:jc w:val="center"/>
        <w:rPr>
          <w:b/>
          <w:szCs w:val="24"/>
        </w:rPr>
      </w:pPr>
      <w:r w:rsidRPr="00A4702B">
        <w:rPr>
          <w:b/>
          <w:szCs w:val="24"/>
        </w:rPr>
        <w:t>Экзаменационные билеты</w:t>
      </w:r>
    </w:p>
    <w:p w:rsidR="007B68C2" w:rsidRPr="00A4702B" w:rsidRDefault="007B68C2" w:rsidP="007B68C2">
      <w:pPr>
        <w:rPr>
          <w:b/>
          <w:szCs w:val="24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363"/>
      </w:tblGrid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409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>1.Химия, как раздел естествознания. Основные законы химии.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2.Основные законы термохимии. Закон Гесса. Следствие из него. Энтальпия образования химических соединений.</w:t>
            </w:r>
          </w:p>
          <w:p w:rsidR="007B68C2" w:rsidRPr="00B036F5" w:rsidRDefault="007B68C2" w:rsidP="008921D6">
            <w:pPr>
              <w:pStyle w:val="ae"/>
              <w:spacing w:line="240" w:lineRule="auto"/>
              <w:ind w:left="0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3.Как изменится скорость прямой и обратной реакции в системе при  </w:t>
            </w:r>
            <w:r w:rsidRPr="00A4702B">
              <w:rPr>
                <w:position w:val="-12"/>
                <w:szCs w:val="24"/>
              </w:rPr>
              <w:object w:dxaOrig="1920" w:dyaOrig="360">
                <v:shape id="_x0000_i1127" type="#_x0000_t75" style="width:96pt;height:18pt" o:ole="">
                  <v:imagedata r:id="rId191" o:title=""/>
                </v:shape>
                <o:OLEObject Type="Embed" ProgID="Equation.3" ShapeID="_x0000_i1127" DrawAspect="Content" ObjectID="_1840792737" r:id="rId192"/>
              </w:object>
            </w:r>
            <w:r w:rsidRPr="00B036F5">
              <w:rPr>
                <w:szCs w:val="24"/>
                <w:lang w:val="ru-RU"/>
              </w:rPr>
              <w:t>, при увеличении давления в три раза.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 </w:t>
            </w: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Утверждено на заседании ка</w:t>
            </w:r>
            <w:r w:rsidR="008921D6">
              <w:rPr>
                <w:szCs w:val="24"/>
                <w:lang w:val="ru-RU"/>
              </w:rPr>
              <w:t>федры: ЭБЖиФ протокол от «22</w:t>
            </w:r>
            <w:r w:rsidRPr="00B036F5">
              <w:rPr>
                <w:szCs w:val="24"/>
                <w:lang w:val="ru-RU"/>
              </w:rPr>
              <w:t xml:space="preserve">» </w:t>
            </w:r>
            <w:r w:rsidR="008921D6">
              <w:rPr>
                <w:szCs w:val="24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rFonts w:ascii="Times New Roman" w:hAnsi="Times New Roman" w:cs="Times New Roman"/>
                <w:b/>
                <w:color w:val="auto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Никифорова В.А.</w:t>
            </w:r>
          </w:p>
        </w:tc>
      </w:tr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A4702B" w:rsidRDefault="007B68C2" w:rsidP="00835283">
            <w:pPr>
              <w:numPr>
                <w:ilvl w:val="0"/>
                <w:numId w:val="44"/>
              </w:numPr>
              <w:spacing w:line="240" w:lineRule="auto"/>
              <w:ind w:left="0"/>
              <w:jc w:val="both"/>
              <w:rPr>
                <w:bCs/>
                <w:szCs w:val="24"/>
              </w:rPr>
            </w:pPr>
            <w:r w:rsidRPr="00B036F5">
              <w:rPr>
                <w:bCs/>
                <w:szCs w:val="24"/>
                <w:lang w:val="ru-RU"/>
              </w:rPr>
              <w:t xml:space="preserve">1.Атом. Атомно-молекулярное учение. Структура атома. </w:t>
            </w:r>
            <w:r w:rsidRPr="00A4702B">
              <w:rPr>
                <w:bCs/>
                <w:szCs w:val="24"/>
              </w:rPr>
              <w:t>Энергетические характеристики атома.</w:t>
            </w:r>
          </w:p>
          <w:p w:rsidR="007B68C2" w:rsidRPr="00A4702B" w:rsidRDefault="007B68C2" w:rsidP="008921D6">
            <w:pPr>
              <w:spacing w:line="240" w:lineRule="auto"/>
              <w:rPr>
                <w:bCs/>
                <w:szCs w:val="24"/>
              </w:rPr>
            </w:pPr>
          </w:p>
          <w:p w:rsidR="007B68C2" w:rsidRPr="00A4702B" w:rsidRDefault="007B68C2" w:rsidP="00835283">
            <w:pPr>
              <w:pStyle w:val="2c"/>
              <w:widowControl/>
              <w:numPr>
                <w:ilvl w:val="0"/>
                <w:numId w:val="44"/>
              </w:numPr>
              <w:tabs>
                <w:tab w:val="left" w:pos="2620"/>
              </w:tabs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A4702B">
              <w:rPr>
                <w:bCs/>
                <w:sz w:val="24"/>
                <w:szCs w:val="24"/>
              </w:rPr>
              <w:t>Электролиз. Законы электролиза. Применение электролиза.</w:t>
            </w:r>
          </w:p>
          <w:p w:rsidR="007B68C2" w:rsidRPr="00A4702B" w:rsidRDefault="007B68C2" w:rsidP="008921D6">
            <w:pPr>
              <w:pStyle w:val="2c"/>
              <w:widowControl/>
              <w:tabs>
                <w:tab w:val="left" w:pos="2620"/>
              </w:tabs>
              <w:rPr>
                <w:bCs/>
                <w:sz w:val="24"/>
                <w:szCs w:val="24"/>
              </w:rPr>
            </w:pPr>
          </w:p>
          <w:p w:rsidR="007B68C2" w:rsidRPr="00A4702B" w:rsidRDefault="007B68C2" w:rsidP="00835283">
            <w:pPr>
              <w:pStyle w:val="2c"/>
              <w:widowControl/>
              <w:numPr>
                <w:ilvl w:val="0"/>
                <w:numId w:val="44"/>
              </w:numPr>
              <w:tabs>
                <w:tab w:val="left" w:pos="2620"/>
              </w:tabs>
              <w:ind w:left="0" w:hanging="834"/>
              <w:rPr>
                <w:sz w:val="24"/>
                <w:szCs w:val="24"/>
              </w:rPr>
            </w:pPr>
            <w:r w:rsidRPr="00A4702B">
              <w:rPr>
                <w:bCs/>
                <w:sz w:val="24"/>
                <w:szCs w:val="24"/>
              </w:rPr>
              <w:t xml:space="preserve">3.Составить уравнение реакции в ионно-молекулярном виде: </w:t>
            </w:r>
            <w:r w:rsidRPr="00A4702B">
              <w:rPr>
                <w:bCs/>
                <w:position w:val="-10"/>
                <w:sz w:val="24"/>
                <w:szCs w:val="24"/>
              </w:rPr>
              <w:object w:dxaOrig="1800" w:dyaOrig="340">
                <v:shape id="_x0000_i1128" type="#_x0000_t75" style="width:90pt;height:17.25pt" o:ole="">
                  <v:imagedata r:id="rId193" o:title=""/>
                </v:shape>
                <o:OLEObject Type="Embed" ProgID="Equation.3" ShapeID="_x0000_i1128" DrawAspect="Content" ObjectID="_1840792738" r:id="rId194"/>
              </w:object>
            </w:r>
            <w:r w:rsidRPr="00A4702B">
              <w:rPr>
                <w:bCs/>
                <w:sz w:val="24"/>
                <w:szCs w:val="24"/>
              </w:rPr>
              <w:t>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 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7B68C2" w:rsidRPr="00B036F5" w:rsidRDefault="007B68C2" w:rsidP="008921D6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3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45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1.Формирование электронной оболочки атома. Принцип минимума энергии, принцип Паули, правило Хунда, правило Клечковского.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46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2.Направление смещения равновесия. Принцип Ле Шателье.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46"/>
              </w:numPr>
              <w:spacing w:line="240" w:lineRule="auto"/>
              <w:ind w:left="0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3.Написать уравнение реакции полного, необратимого гидролиза: </w:t>
            </w:r>
            <w:r w:rsidRPr="00A4702B">
              <w:rPr>
                <w:position w:val="-12"/>
                <w:szCs w:val="24"/>
              </w:rPr>
              <w:object w:dxaOrig="2600" w:dyaOrig="360">
                <v:shape id="_x0000_i1129" type="#_x0000_t75" style="width:130.5pt;height:18pt" o:ole="">
                  <v:imagedata r:id="rId195" o:title=""/>
                </v:shape>
                <o:OLEObject Type="Embed" ProgID="Equation.3" ShapeID="_x0000_i1129" DrawAspect="Content" ObjectID="_1840792739" r:id="rId196"/>
              </w:object>
            </w:r>
            <w:r w:rsidRPr="00B036F5">
              <w:rPr>
                <w:szCs w:val="24"/>
                <w:lang w:val="ru-RU"/>
              </w:rPr>
              <w:t>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</w:t>
            </w:r>
            <w:r w:rsidRPr="00B036F5">
              <w:rPr>
                <w:sz w:val="22"/>
                <w:lang w:val="ru-RU"/>
              </w:rPr>
              <w:t xml:space="preserve"> 2026 г </w:t>
            </w:r>
            <w:r w:rsidR="008921D6">
              <w:rPr>
                <w:sz w:val="22"/>
                <w:lang w:val="ru-RU"/>
              </w:rPr>
              <w:t>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7B68C2" w:rsidRPr="00B036F5" w:rsidRDefault="007B68C2" w:rsidP="008921D6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Экзаменационный билет № 4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lastRenderedPageBreak/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0465DA" w:rsidRDefault="007B68C2" w:rsidP="00835283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</w:rPr>
            </w:pPr>
            <w:r w:rsidRPr="000465DA">
              <w:rPr>
                <w:szCs w:val="24"/>
              </w:rPr>
              <w:lastRenderedPageBreak/>
              <w:t>Способы выражения концентраций растворов.</w:t>
            </w:r>
          </w:p>
          <w:p w:rsidR="007B68C2" w:rsidRPr="00A4702B" w:rsidRDefault="007B68C2" w:rsidP="008921D6">
            <w:pPr>
              <w:spacing w:line="240" w:lineRule="auto"/>
              <w:ind w:left="-360"/>
              <w:rPr>
                <w:szCs w:val="24"/>
              </w:rPr>
            </w:pPr>
          </w:p>
          <w:p w:rsidR="007B68C2" w:rsidRPr="000465DA" w:rsidRDefault="007B68C2" w:rsidP="00835283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Обратимые и необратимые химические реакции. </w:t>
            </w:r>
            <w:r w:rsidRPr="000465DA">
              <w:rPr>
                <w:szCs w:val="24"/>
              </w:rPr>
              <w:t>Химическое равновесие. Константа равновесия.</w:t>
            </w:r>
          </w:p>
          <w:p w:rsidR="007B68C2" w:rsidRPr="00A4702B" w:rsidRDefault="007B68C2" w:rsidP="008921D6">
            <w:pPr>
              <w:spacing w:line="240" w:lineRule="auto"/>
              <w:rPr>
                <w:szCs w:val="24"/>
              </w:rPr>
            </w:pPr>
          </w:p>
          <w:p w:rsidR="007B68C2" w:rsidRPr="00B036F5" w:rsidRDefault="007B68C2" w:rsidP="00835283">
            <w:pPr>
              <w:pStyle w:val="ae"/>
              <w:numPr>
                <w:ilvl w:val="0"/>
                <w:numId w:val="6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Составьте уравнения реакций осуществляющих следующие превращения: </w:t>
            </w:r>
            <w:r w:rsidRPr="00A4702B">
              <w:rPr>
                <w:position w:val="-10"/>
              </w:rPr>
              <w:object w:dxaOrig="3120" w:dyaOrig="340">
                <v:shape id="_x0000_i1130" type="#_x0000_t75" style="width:155.25pt;height:17.25pt" o:ole="">
                  <v:imagedata r:id="rId197" o:title=""/>
                </v:shape>
                <o:OLEObject Type="Embed" ProgID="Equation.3" ShapeID="_x0000_i1130" DrawAspect="Content" ObjectID="_1840792740" r:id="rId198"/>
              </w:object>
            </w:r>
            <w:r w:rsidRPr="00B036F5">
              <w:rPr>
                <w:szCs w:val="24"/>
                <w:lang w:val="ru-RU"/>
              </w:rPr>
              <w:t>.</w:t>
            </w:r>
          </w:p>
          <w:p w:rsidR="007B68C2" w:rsidRPr="00A4702B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A4702B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</w:t>
            </w:r>
            <w:r w:rsidRPr="00B036F5">
              <w:rPr>
                <w:sz w:val="22"/>
                <w:lang w:val="ru-RU"/>
              </w:rPr>
              <w:t xml:space="preserve"> </w:t>
            </w:r>
            <w:r w:rsidR="008921D6">
              <w:rPr>
                <w:sz w:val="22"/>
                <w:lang w:val="ru-RU"/>
              </w:rPr>
              <w:t>2026 г 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5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D271E" w:rsidRDefault="007B68C2" w:rsidP="00835283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Металлургия.</w:t>
            </w:r>
          </w:p>
          <w:p w:rsidR="007B68C2" w:rsidRPr="00A4702B" w:rsidRDefault="007B68C2" w:rsidP="008921D6">
            <w:pPr>
              <w:spacing w:line="240" w:lineRule="auto"/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Внутренняя энергия. Первый закон термодинамики. Энтальпия. Изменение энтальпии при эндо- и экзотемических реакциях.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47"/>
              </w:numPr>
              <w:spacing w:line="240" w:lineRule="auto"/>
              <w:ind w:left="357" w:hanging="357"/>
              <w:jc w:val="both"/>
              <w:rPr>
                <w:bCs/>
                <w:szCs w:val="24"/>
                <w:lang w:val="ru-RU"/>
              </w:rPr>
            </w:pPr>
            <w:r w:rsidRPr="00B036F5">
              <w:rPr>
                <w:bCs/>
                <w:szCs w:val="24"/>
                <w:lang w:val="ru-RU"/>
              </w:rPr>
              <w:t xml:space="preserve">Закончите уравнение реакции, и запишите его в ионно-молекулярной форме: </w:t>
            </w:r>
            <w:r w:rsidRPr="00A4702B">
              <w:rPr>
                <w:bCs/>
                <w:position w:val="-10"/>
                <w:szCs w:val="24"/>
              </w:rPr>
              <w:object w:dxaOrig="2200" w:dyaOrig="340">
                <v:shape id="_x0000_i1131" type="#_x0000_t75" style="width:110.25pt;height:17.25pt" o:ole="">
                  <v:imagedata r:id="rId199" o:title=""/>
                </v:shape>
                <o:OLEObject Type="Embed" ProgID="Equation.3" ShapeID="_x0000_i1131" DrawAspect="Content" ObjectID="_1840792741" r:id="rId200"/>
              </w:object>
            </w:r>
            <w:r w:rsidRPr="00B036F5">
              <w:rPr>
                <w:bCs/>
                <w:szCs w:val="24"/>
                <w:lang w:val="ru-RU"/>
              </w:rPr>
              <w:t>.</w:t>
            </w:r>
          </w:p>
          <w:p w:rsidR="007B68C2" w:rsidRPr="00A4702B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Утверждено на заседани</w:t>
            </w:r>
            <w:r w:rsidR="008921D6">
              <w:rPr>
                <w:szCs w:val="24"/>
                <w:lang w:val="ru-RU"/>
              </w:rPr>
              <w:t>и кафедры: ЭБЖиФ протокол от «22</w:t>
            </w:r>
            <w:r w:rsidRPr="00B036F5">
              <w:rPr>
                <w:szCs w:val="24"/>
                <w:lang w:val="ru-RU"/>
              </w:rPr>
              <w:t xml:space="preserve">» </w:t>
            </w:r>
            <w:r w:rsidR="008921D6">
              <w:rPr>
                <w:szCs w:val="24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6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  <w:r w:rsidRPr="00B036F5">
              <w:rPr>
                <w:szCs w:val="24"/>
                <w:lang w:val="ru-RU"/>
              </w:rPr>
              <w:t xml:space="preserve"> 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A4702B" w:rsidRDefault="007B68C2" w:rsidP="00835283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Периодический закон и периодическая система Д.И. Менделеева. </w:t>
            </w:r>
            <w:r w:rsidRPr="00A4702B">
              <w:rPr>
                <w:szCs w:val="24"/>
              </w:rPr>
              <w:t>Значение. Строение.</w:t>
            </w:r>
          </w:p>
          <w:p w:rsidR="007B68C2" w:rsidRPr="00A4702B" w:rsidRDefault="007B68C2" w:rsidP="008921D6">
            <w:pPr>
              <w:spacing w:line="240" w:lineRule="auto"/>
              <w:rPr>
                <w:szCs w:val="24"/>
              </w:rPr>
            </w:pPr>
          </w:p>
          <w:p w:rsidR="007B68C2" w:rsidRPr="00A4702B" w:rsidRDefault="007B68C2" w:rsidP="00835283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Гидролиз солей. Типы гидролиза солей. </w:t>
            </w:r>
            <w:r>
              <w:rPr>
                <w:szCs w:val="24"/>
              </w:rPr>
              <w:t>Степень гидролиза. Константа гидролиза.</w:t>
            </w:r>
          </w:p>
          <w:p w:rsidR="007B68C2" w:rsidRPr="00A4702B" w:rsidRDefault="007B68C2" w:rsidP="008921D6">
            <w:pPr>
              <w:spacing w:line="240" w:lineRule="auto"/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4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Как следует изменить температуру в системе: </w:t>
            </w:r>
            <w:r w:rsidRPr="00A4702B">
              <w:rPr>
                <w:position w:val="-10"/>
                <w:szCs w:val="24"/>
              </w:rPr>
              <w:object w:dxaOrig="3219" w:dyaOrig="340">
                <v:shape id="_x0000_i1132" type="#_x0000_t75" style="width:161.25pt;height:17.25pt" o:ole="">
                  <v:imagedata r:id="rId201" o:title=""/>
                </v:shape>
                <o:OLEObject Type="Embed" ProgID="Equation.3" ShapeID="_x0000_i1132" DrawAspect="Content" ObjectID="_1840792742" r:id="rId202"/>
              </w:object>
            </w:r>
            <w:r w:rsidRPr="00B036F5">
              <w:rPr>
                <w:szCs w:val="24"/>
                <w:lang w:val="ru-RU"/>
              </w:rPr>
              <w:t>, чтобы сдвинуть равновесие в сторону прямой реакции.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заседании кафедры:</w:t>
            </w:r>
            <w:r w:rsidR="008921D6">
              <w:rPr>
                <w:sz w:val="22"/>
                <w:lang w:val="ru-RU"/>
              </w:rPr>
              <w:t xml:space="preserve">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  <w:r w:rsidRPr="00B036F5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 xml:space="preserve"> </w:t>
            </w:r>
          </w:p>
        </w:tc>
      </w:tr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7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A4702B" w:rsidRDefault="007B68C2" w:rsidP="00835283">
            <w:pPr>
              <w:numPr>
                <w:ilvl w:val="0"/>
                <w:numId w:val="4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A4702B">
              <w:rPr>
                <w:szCs w:val="24"/>
              </w:rPr>
              <w:t>Дисперсные системы, их классификация.</w:t>
            </w:r>
          </w:p>
          <w:p w:rsidR="007B68C2" w:rsidRPr="00A4702B" w:rsidRDefault="007B68C2" w:rsidP="008921D6">
            <w:pPr>
              <w:pStyle w:val="2c"/>
              <w:widowControl/>
              <w:tabs>
                <w:tab w:val="left" w:pos="2140"/>
              </w:tabs>
              <w:rPr>
                <w:b/>
                <w:sz w:val="24"/>
                <w:szCs w:val="24"/>
              </w:rPr>
            </w:pPr>
          </w:p>
          <w:p w:rsidR="007B68C2" w:rsidRPr="00A4702B" w:rsidRDefault="007B68C2" w:rsidP="00835283">
            <w:pPr>
              <w:numPr>
                <w:ilvl w:val="0"/>
                <w:numId w:val="4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A4702B">
              <w:rPr>
                <w:szCs w:val="24"/>
              </w:rPr>
              <w:t>Электродный потенциал. Уравнение Нернста.</w:t>
            </w:r>
          </w:p>
          <w:p w:rsidR="007B68C2" w:rsidRPr="00A4702B" w:rsidRDefault="007B68C2" w:rsidP="008921D6">
            <w:pPr>
              <w:spacing w:line="240" w:lineRule="auto"/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49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Составьте электронное и молекулярное уравнение: </w:t>
            </w:r>
            <w:r w:rsidRPr="00A4702B">
              <w:rPr>
                <w:position w:val="-12"/>
                <w:szCs w:val="24"/>
              </w:rPr>
              <w:object w:dxaOrig="5280" w:dyaOrig="360">
                <v:shape id="_x0000_i1133" type="#_x0000_t75" style="width:264pt;height:18pt" o:ole="">
                  <v:imagedata r:id="rId203" o:title=""/>
                </v:shape>
                <o:OLEObject Type="Embed" ProgID="Equation.3" ShapeID="_x0000_i1133" DrawAspect="Content" ObjectID="_1840792743" r:id="rId204"/>
              </w:object>
            </w:r>
          </w:p>
          <w:p w:rsidR="007B68C2" w:rsidRPr="00A4702B" w:rsidRDefault="007B68C2" w:rsidP="008921D6">
            <w:pPr>
              <w:pStyle w:val="2c"/>
              <w:widowControl/>
              <w:tabs>
                <w:tab w:val="left" w:pos="2140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</w:t>
            </w:r>
          </w:p>
        </w:tc>
      </w:tr>
      <w:tr w:rsidR="007B68C2" w:rsidRPr="008921D6" w:rsidTr="008921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8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1"/>
                <w:numId w:val="45"/>
              </w:numPr>
              <w:tabs>
                <w:tab w:val="clear" w:pos="1440"/>
              </w:tabs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1D271E">
              <w:rPr>
                <w:szCs w:val="24"/>
              </w:rPr>
              <w:t>C</w:t>
            </w:r>
            <w:r w:rsidRPr="00B036F5">
              <w:rPr>
                <w:szCs w:val="24"/>
                <w:lang w:val="ru-RU"/>
              </w:rPr>
              <w:t>корость химической реакции. Закон действия масс для гомогенной и гетерогенной реакции.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  <w:p w:rsidR="007B68C2" w:rsidRPr="00A4702B" w:rsidRDefault="007B68C2" w:rsidP="00835283">
            <w:pPr>
              <w:numPr>
                <w:ilvl w:val="0"/>
                <w:numId w:val="45"/>
              </w:numPr>
              <w:spacing w:line="240" w:lineRule="auto"/>
              <w:ind w:left="510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Коррозия металлов</w:t>
            </w:r>
            <w:r w:rsidRPr="00A4702B">
              <w:rPr>
                <w:szCs w:val="24"/>
              </w:rPr>
              <w:t>.</w:t>
            </w:r>
          </w:p>
          <w:p w:rsidR="007B68C2" w:rsidRPr="00A4702B" w:rsidRDefault="007B68C2" w:rsidP="008921D6">
            <w:pPr>
              <w:spacing w:line="240" w:lineRule="auto"/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45"/>
              </w:numPr>
              <w:tabs>
                <w:tab w:val="num" w:pos="306"/>
              </w:tabs>
              <w:spacing w:line="240" w:lineRule="auto"/>
              <w:ind w:left="0" w:hanging="834"/>
              <w:rPr>
                <w:b/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3. Составьте электронное и молекулярное уравнение: </w:t>
            </w:r>
            <w:r w:rsidRPr="00A4702B">
              <w:rPr>
                <w:position w:val="-12"/>
                <w:szCs w:val="24"/>
              </w:rPr>
              <w:object w:dxaOrig="5280" w:dyaOrig="360">
                <v:shape id="_x0000_i1134" type="#_x0000_t75" style="width:264pt;height:18pt" o:ole="">
                  <v:imagedata r:id="rId205" o:title=""/>
                </v:shape>
                <o:OLEObject Type="Embed" ProgID="Equation.3" ShapeID="_x0000_i1134" DrawAspect="Content" ObjectID="_1840792744" r:id="rId206"/>
              </w:object>
            </w:r>
          </w:p>
          <w:p w:rsidR="007B68C2" w:rsidRPr="00A4702B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/>
              <w:rPr>
                <w:b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9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93D33" w:rsidRDefault="007B68C2" w:rsidP="00835283">
            <w:pPr>
              <w:numPr>
                <w:ilvl w:val="0"/>
                <w:numId w:val="50"/>
              </w:numPr>
              <w:spacing w:line="240" w:lineRule="auto"/>
              <w:ind w:left="748" w:hanging="391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Свойства идеальных растворов. Осмос. Осмотическое давление. </w:t>
            </w:r>
            <w:r w:rsidRPr="00193D33">
              <w:rPr>
                <w:szCs w:val="24"/>
              </w:rPr>
              <w:t>Закон Вант-Гоффа.</w:t>
            </w:r>
          </w:p>
          <w:p w:rsidR="007B68C2" w:rsidRPr="00193D33" w:rsidRDefault="007B68C2" w:rsidP="008921D6">
            <w:pPr>
              <w:rPr>
                <w:szCs w:val="24"/>
              </w:rPr>
            </w:pPr>
          </w:p>
          <w:p w:rsidR="007B68C2" w:rsidRPr="001D271E" w:rsidRDefault="007B68C2" w:rsidP="00835283">
            <w:pPr>
              <w:numPr>
                <w:ilvl w:val="0"/>
                <w:numId w:val="50"/>
              </w:numPr>
              <w:spacing w:line="240" w:lineRule="auto"/>
              <w:ind w:left="748" w:hanging="391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t>Химические свойства металлов.</w:t>
            </w:r>
          </w:p>
          <w:p w:rsidR="007B68C2" w:rsidRPr="001D271E" w:rsidRDefault="007B68C2" w:rsidP="008921D6">
            <w:pPr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50"/>
              </w:numPr>
              <w:spacing w:line="240" w:lineRule="auto"/>
              <w:ind w:left="748" w:hanging="391"/>
              <w:rPr>
                <w:szCs w:val="24"/>
                <w:lang w:val="ru-RU"/>
              </w:rPr>
            </w:pPr>
            <w:r w:rsidRPr="0070567B">
              <w:rPr>
                <w:szCs w:val="24"/>
                <w:lang w:val="ru-RU"/>
              </w:rPr>
              <w:t xml:space="preserve"> </w:t>
            </w:r>
            <w:r w:rsidRPr="00B036F5">
              <w:rPr>
                <w:szCs w:val="24"/>
                <w:lang w:val="ru-RU"/>
              </w:rPr>
              <w:t xml:space="preserve">Составьте электронное и молекулярное уравнение: </w:t>
            </w:r>
            <w:r w:rsidRPr="00193D33">
              <w:rPr>
                <w:position w:val="-12"/>
                <w:szCs w:val="24"/>
              </w:rPr>
              <w:object w:dxaOrig="4920" w:dyaOrig="360">
                <v:shape id="_x0000_i1135" type="#_x0000_t75" style="width:246pt;height:18pt" o:ole="">
                  <v:imagedata r:id="rId207" o:title=""/>
                </v:shape>
                <o:OLEObject Type="Embed" ProgID="Equation.3" ShapeID="_x0000_i1135" DrawAspect="Content" ObjectID="_1840792745" r:id="rId208"/>
              </w:object>
            </w:r>
          </w:p>
          <w:p w:rsidR="007B68C2" w:rsidRPr="00B036F5" w:rsidRDefault="007B68C2" w:rsidP="008921D6">
            <w:pPr>
              <w:rPr>
                <w:sz w:val="28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spacing w:before="0"/>
              <w:rPr>
                <w:color w:val="auto"/>
                <w:sz w:val="22"/>
                <w:szCs w:val="22"/>
                <w:lang w:val="ru-RU"/>
              </w:rPr>
            </w:pPr>
            <w:r w:rsidRPr="00B036F5">
              <w:rPr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A4702B" w:rsidRDefault="007B68C2" w:rsidP="008921D6">
            <w:pPr>
              <w:rPr>
                <w:szCs w:val="24"/>
              </w:rPr>
            </w:pPr>
            <w:r w:rsidRPr="00193D33">
              <w:rPr>
                <w:sz w:val="22"/>
              </w:rPr>
              <w:lastRenderedPageBreak/>
              <w:t>Заведующий кафедрой   ЭБЖиФ          ________________________              Никифорова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10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Типы химической связи. Валентность. Основные характеристики химической связи (длина, энергия, валентные углы). </w:t>
            </w:r>
          </w:p>
          <w:p w:rsidR="007B68C2" w:rsidRPr="00B036F5" w:rsidRDefault="007B68C2" w:rsidP="008921D6">
            <w:pPr>
              <w:ind w:left="714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Химические источники электрического тока (гальванические элементы, аккумуляторы).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193D33" w:rsidRDefault="007B68C2" w:rsidP="00835283">
            <w:pPr>
              <w:numPr>
                <w:ilvl w:val="0"/>
                <w:numId w:val="51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При разложении 0,5 моль </w:t>
            </w:r>
            <w:r w:rsidRPr="00193D33">
              <w:rPr>
                <w:position w:val="-10"/>
                <w:szCs w:val="24"/>
              </w:rPr>
              <w:object w:dxaOrig="480" w:dyaOrig="340">
                <v:shape id="_x0000_i1136" type="#_x0000_t75" style="width:24pt;height:17.25pt" o:ole="">
                  <v:imagedata r:id="rId209" o:title=""/>
                </v:shape>
                <o:OLEObject Type="Embed" ProgID="Equation.3" ShapeID="_x0000_i1136" DrawAspect="Content" ObjectID="_1840792746" r:id="rId210"/>
              </w:object>
            </w:r>
            <w:r w:rsidRPr="00B036F5">
              <w:rPr>
                <w:szCs w:val="24"/>
                <w:lang w:val="ru-RU"/>
              </w:rPr>
              <w:t xml:space="preserve">поглощается 196,7 кДж теплоты. </w:t>
            </w:r>
            <w:r w:rsidRPr="00193D33">
              <w:rPr>
                <w:szCs w:val="24"/>
              </w:rPr>
              <w:t xml:space="preserve">Определить энтальпию образования </w:t>
            </w:r>
            <w:r w:rsidRPr="00193D33">
              <w:rPr>
                <w:position w:val="-10"/>
                <w:szCs w:val="24"/>
              </w:rPr>
              <w:object w:dxaOrig="480" w:dyaOrig="340">
                <v:shape id="_x0000_i1137" type="#_x0000_t75" style="width:24pt;height:17.25pt" o:ole="">
                  <v:imagedata r:id="rId211" o:title=""/>
                </v:shape>
                <o:OLEObject Type="Embed" ProgID="Equation.3" ShapeID="_x0000_i1137" DrawAspect="Content" ObjectID="_1840792747" r:id="rId212"/>
              </w:object>
            </w:r>
            <w:r w:rsidRPr="00193D33">
              <w:rPr>
                <w:szCs w:val="24"/>
              </w:rPr>
              <w:t>.</w:t>
            </w:r>
          </w:p>
          <w:p w:rsidR="007B68C2" w:rsidRDefault="007B68C2" w:rsidP="008921D6"/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доцент                  ________________________                     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>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заседании кафедры: ЭБЖиФ протокол от «2</w:t>
            </w:r>
            <w:r w:rsidR="008921D6">
              <w:rPr>
                <w:sz w:val="22"/>
                <w:lang w:val="ru-RU"/>
              </w:rPr>
              <w:t>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11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Основные понятия и законы химии: закон сохранения массы, закон эквивалентов, газовые законы, закон постоянства состава вещества. </w:t>
            </w:r>
          </w:p>
          <w:p w:rsidR="007B68C2" w:rsidRPr="00B036F5" w:rsidRDefault="007B68C2" w:rsidP="008921D6">
            <w:pPr>
              <w:ind w:left="357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Электролиз растворов, расплавов. Катодные и анодные процессы.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2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Какой вид имеет выражение скорости прямой реакции: </w:t>
            </w:r>
            <w:r w:rsidRPr="00193D33">
              <w:rPr>
                <w:position w:val="-14"/>
                <w:szCs w:val="24"/>
              </w:rPr>
              <w:object w:dxaOrig="3140" w:dyaOrig="380">
                <v:shape id="_x0000_i1138" type="#_x0000_t75" style="width:156pt;height:18.75pt" o:ole="">
                  <v:imagedata r:id="rId213" o:title=""/>
                </v:shape>
                <o:OLEObject Type="Embed" ProgID="Equation.3" ShapeID="_x0000_i1138" DrawAspect="Content" ObjectID="_1840792748" r:id="rId214"/>
              </w:object>
            </w:r>
          </w:p>
          <w:p w:rsidR="007B68C2" w:rsidRPr="00B036F5" w:rsidRDefault="007B68C2" w:rsidP="008921D6">
            <w:pPr>
              <w:rPr>
                <w:lang w:val="ru-RU"/>
              </w:rPr>
            </w:pP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12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D271E" w:rsidRDefault="007B68C2" w:rsidP="00835283">
            <w:pPr>
              <w:numPr>
                <w:ilvl w:val="0"/>
                <w:numId w:val="53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1D271E">
              <w:rPr>
                <w:szCs w:val="24"/>
              </w:rPr>
              <w:lastRenderedPageBreak/>
              <w:t>Физические свойства металлов.</w:t>
            </w:r>
          </w:p>
          <w:p w:rsidR="007B68C2" w:rsidRPr="00193D33" w:rsidRDefault="007B68C2" w:rsidP="008921D6">
            <w:pPr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53"/>
              </w:numPr>
              <w:spacing w:line="240" w:lineRule="auto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Растворы, как гомогенные системы. Процесс растворения, растворимость. </w:t>
            </w:r>
          </w:p>
          <w:p w:rsidR="007B68C2" w:rsidRPr="00B036F5" w:rsidRDefault="007B68C2" w:rsidP="008921D6">
            <w:pPr>
              <w:ind w:left="357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3"/>
              </w:numPr>
              <w:spacing w:line="240" w:lineRule="auto"/>
              <w:ind w:left="714" w:hanging="357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Составить уравнения процессов, протекающих при электролизе расплава </w:t>
            </w:r>
            <w:r w:rsidRPr="00193D33">
              <w:rPr>
                <w:position w:val="-6"/>
                <w:szCs w:val="24"/>
              </w:rPr>
              <w:object w:dxaOrig="740" w:dyaOrig="280">
                <v:shape id="_x0000_i1139" type="#_x0000_t75" style="width:36.75pt;height:13.5pt" o:ole="">
                  <v:imagedata r:id="rId215" o:title=""/>
                </v:shape>
                <o:OLEObject Type="Embed" ProgID="Equation.3" ShapeID="_x0000_i1139" DrawAspect="Content" ObjectID="_1840792749" r:id="rId216"/>
              </w:object>
            </w:r>
            <w:r w:rsidRPr="00B036F5">
              <w:rPr>
                <w:szCs w:val="24"/>
                <w:lang w:val="ru-RU"/>
              </w:rPr>
              <w:t>, с инертными электродами.</w:t>
            </w:r>
          </w:p>
          <w:p w:rsidR="007B68C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7B68C2" w:rsidRPr="00B036F5" w:rsidRDefault="007B68C2" w:rsidP="008921D6">
            <w:pPr>
              <w:pStyle w:val="21"/>
              <w:rPr>
                <w:color w:val="auto"/>
                <w:sz w:val="22"/>
                <w:szCs w:val="22"/>
                <w:lang w:val="ru-RU"/>
              </w:rPr>
            </w:pPr>
            <w:r w:rsidRPr="00B036F5">
              <w:rPr>
                <w:color w:val="auto"/>
                <w:sz w:val="22"/>
                <w:szCs w:val="22"/>
                <w:lang w:val="ru-RU"/>
              </w:rPr>
              <w:t>Билет составил:      доцент 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13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93D33" w:rsidRDefault="007B68C2" w:rsidP="00835283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Растворы электролитов. Отклонения от закона Рауля и Вант-Гоффа. </w:t>
            </w:r>
            <w:r w:rsidRPr="00193D33">
              <w:rPr>
                <w:szCs w:val="24"/>
              </w:rPr>
              <w:t>Изотонический коэффициент.</w:t>
            </w:r>
          </w:p>
          <w:p w:rsidR="007B68C2" w:rsidRPr="00193D33" w:rsidRDefault="007B68C2" w:rsidP="008921D6">
            <w:pPr>
              <w:ind w:left="357"/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Гомогенные и гетерогенные системы. Скорость гомогенной и гетерогенной реакции.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6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Составить уравнения процессов, протекающих при электролизе раствора серной кислоты, с инертными электродами.</w:t>
            </w:r>
          </w:p>
          <w:p w:rsidR="007B68C2" w:rsidRPr="00B036F5" w:rsidRDefault="007B68C2" w:rsidP="008921D6">
            <w:pPr>
              <w:ind w:left="360"/>
              <w:rPr>
                <w:sz w:val="28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rPr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14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118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54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Свойства коллоидных растворов (оптические, кинетические, электрические, адсорбция, поверхностное натяжение).</w:t>
            </w:r>
          </w:p>
          <w:p w:rsidR="007B68C2" w:rsidRPr="00B036F5" w:rsidRDefault="007B68C2" w:rsidP="008921D6">
            <w:pPr>
              <w:ind w:left="357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4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Энергия Гиббса реакции. Направленность химических процессов.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4"/>
              </w:numPr>
              <w:spacing w:line="240" w:lineRule="auto"/>
              <w:ind w:left="714" w:hanging="357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511FAF">
              <w:rPr>
                <w:position w:val="-12"/>
                <w:szCs w:val="24"/>
              </w:rPr>
              <w:object w:dxaOrig="2580" w:dyaOrig="360">
                <v:shape id="_x0000_i1140" type="#_x0000_t75" style="width:128.25pt;height:18pt" o:ole="">
                  <v:imagedata r:id="rId217" o:title=""/>
                </v:shape>
                <o:OLEObject Type="Embed" ProgID="Equation.3" ShapeID="_x0000_i1140" DrawAspect="Content" ObjectID="_1840792750" r:id="rId218"/>
              </w:object>
            </w:r>
            <w:r w:rsidRPr="00B036F5">
              <w:rPr>
                <w:szCs w:val="24"/>
                <w:lang w:val="ru-RU"/>
              </w:rPr>
              <w:t xml:space="preserve"> </w:t>
            </w:r>
            <w:r w:rsidRPr="00511FAF">
              <w:rPr>
                <w:position w:val="-12"/>
                <w:szCs w:val="24"/>
              </w:rPr>
              <w:object w:dxaOrig="2140" w:dyaOrig="360">
                <v:shape id="_x0000_i1141" type="#_x0000_t75" style="width:107.25pt;height:18pt" o:ole="">
                  <v:imagedata r:id="rId219" o:title=""/>
                </v:shape>
                <o:OLEObject Type="Embed" ProgID="Equation.3" ShapeID="_x0000_i1141" DrawAspect="Content" ObjectID="_1840792751" r:id="rId220"/>
              </w:object>
            </w: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lastRenderedPageBreak/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15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511FAF" w:rsidRDefault="007B68C2" w:rsidP="00835283">
            <w:pPr>
              <w:numPr>
                <w:ilvl w:val="0"/>
                <w:numId w:val="55"/>
              </w:numPr>
              <w:spacing w:line="240" w:lineRule="auto"/>
              <w:ind w:left="714" w:hanging="357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Окислительно-восстановительные реакции (ОВР). Степень окисления. </w:t>
            </w:r>
            <w:r w:rsidRPr="00511FAF">
              <w:rPr>
                <w:szCs w:val="24"/>
              </w:rPr>
              <w:t>Важнейшие окислители и восстановители.</w:t>
            </w:r>
          </w:p>
          <w:p w:rsidR="007B68C2" w:rsidRPr="00511FAF" w:rsidRDefault="007B68C2" w:rsidP="008921D6">
            <w:pPr>
              <w:ind w:left="357"/>
              <w:rPr>
                <w:szCs w:val="24"/>
              </w:rPr>
            </w:pPr>
          </w:p>
          <w:p w:rsidR="007B68C2" w:rsidRPr="00511FAF" w:rsidRDefault="007B68C2" w:rsidP="00835283">
            <w:pPr>
              <w:numPr>
                <w:ilvl w:val="0"/>
                <w:numId w:val="55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Влияние температуры на скорость химической реакции. </w:t>
            </w:r>
            <w:r w:rsidRPr="00511FAF">
              <w:rPr>
                <w:szCs w:val="24"/>
              </w:rPr>
              <w:t>Правило Ватн-Гоффа.</w:t>
            </w:r>
          </w:p>
          <w:p w:rsidR="007B68C2" w:rsidRPr="00511FAF" w:rsidRDefault="007B68C2" w:rsidP="008921D6">
            <w:pPr>
              <w:rPr>
                <w:szCs w:val="24"/>
              </w:rPr>
            </w:pPr>
          </w:p>
          <w:p w:rsidR="007B68C2" w:rsidRPr="00B036F5" w:rsidRDefault="007B68C2" w:rsidP="00835283">
            <w:pPr>
              <w:pStyle w:val="ae"/>
              <w:numPr>
                <w:ilvl w:val="0"/>
                <w:numId w:val="55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511FAF">
              <w:rPr>
                <w:position w:val="-10"/>
                <w:szCs w:val="24"/>
              </w:rPr>
              <w:object w:dxaOrig="2299" w:dyaOrig="340">
                <v:shape id="_x0000_i1142" type="#_x0000_t75" style="width:114.75pt;height:17.25pt" o:ole="">
                  <v:imagedata r:id="rId221" o:title=""/>
                </v:shape>
                <o:OLEObject Type="Embed" ProgID="Equation.3" ShapeID="_x0000_i1142" DrawAspect="Content" ObjectID="_1840792752" r:id="rId222"/>
              </w:object>
            </w:r>
            <w:r w:rsidRPr="00511FAF">
              <w:rPr>
                <w:position w:val="-12"/>
                <w:szCs w:val="24"/>
              </w:rPr>
              <w:object w:dxaOrig="2140" w:dyaOrig="360">
                <v:shape id="_x0000_i1143" type="#_x0000_t75" style="width:107.25pt;height:18pt" o:ole="">
                  <v:imagedata r:id="rId223" o:title=""/>
                </v:shape>
                <o:OLEObject Type="Embed" ProgID="Equation.3" ShapeID="_x0000_i1143" DrawAspect="Content" ObjectID="_1840792753" r:id="rId224"/>
              </w:object>
            </w:r>
          </w:p>
          <w:p w:rsidR="007B68C2" w:rsidRPr="00B036F5" w:rsidRDefault="007B68C2" w:rsidP="008921D6">
            <w:pPr>
              <w:spacing w:line="240" w:lineRule="auto"/>
              <w:rPr>
                <w:sz w:val="28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16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511FAF" w:rsidRDefault="007B68C2" w:rsidP="00835283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Электролитическая диссоциация воды. Ионное произведение воды. </w:t>
            </w:r>
            <w:r w:rsidRPr="00511FAF">
              <w:rPr>
                <w:szCs w:val="24"/>
              </w:rPr>
              <w:t>Водородный показатель.</w:t>
            </w:r>
          </w:p>
          <w:p w:rsidR="007B68C2" w:rsidRPr="00511FAF" w:rsidRDefault="007B68C2" w:rsidP="008921D6">
            <w:pPr>
              <w:pStyle w:val="2c"/>
              <w:widowControl/>
              <w:rPr>
                <w:b/>
                <w:sz w:val="24"/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Общая характеристика и классификация металлов.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7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Как изменится скорость прямой реакции </w:t>
            </w:r>
            <w:r w:rsidRPr="00511FAF">
              <w:rPr>
                <w:position w:val="-14"/>
                <w:szCs w:val="24"/>
              </w:rPr>
              <w:object w:dxaOrig="2980" w:dyaOrig="380">
                <v:shape id="_x0000_i1144" type="#_x0000_t75" style="width:150.75pt;height:18.75pt" o:ole="">
                  <v:imagedata r:id="rId225" o:title=""/>
                </v:shape>
                <o:OLEObject Type="Embed" ProgID="Equation.3" ShapeID="_x0000_i1144" DrawAspect="Content" ObjectID="_1840792754" r:id="rId226"/>
              </w:object>
            </w:r>
            <w:r w:rsidRPr="00B036F5">
              <w:rPr>
                <w:szCs w:val="24"/>
                <w:lang w:val="ru-RU"/>
              </w:rPr>
              <w:t xml:space="preserve">, при повышении температуры на 30 </w:t>
            </w:r>
            <w:r w:rsidRPr="00511FAF">
              <w:rPr>
                <w:szCs w:val="24"/>
              </w:rPr>
              <w:sym w:font="Symbol" w:char="00B0"/>
            </w:r>
            <w:r w:rsidRPr="00B036F5">
              <w:rPr>
                <w:szCs w:val="24"/>
                <w:lang w:val="ru-RU"/>
              </w:rPr>
              <w:t xml:space="preserve"> С, если температурный коэффициент равен 2?</w:t>
            </w:r>
          </w:p>
          <w:p w:rsidR="007B68C2" w:rsidRPr="00B036F5" w:rsidRDefault="007B68C2" w:rsidP="008921D6">
            <w:pPr>
              <w:ind w:left="360"/>
              <w:rPr>
                <w:sz w:val="28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17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  <w:r w:rsidRPr="00B036F5">
              <w:rPr>
                <w:szCs w:val="24"/>
                <w:lang w:val="ru-RU"/>
              </w:rPr>
              <w:t xml:space="preserve"> 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511FAF" w:rsidRDefault="007B68C2" w:rsidP="00835283">
            <w:pPr>
              <w:numPr>
                <w:ilvl w:val="0"/>
                <w:numId w:val="58"/>
              </w:numPr>
              <w:spacing w:line="240" w:lineRule="auto"/>
              <w:ind w:left="714" w:hanging="357"/>
              <w:jc w:val="both"/>
              <w:rPr>
                <w:szCs w:val="24"/>
              </w:rPr>
            </w:pPr>
            <w:r w:rsidRPr="00511FAF">
              <w:rPr>
                <w:szCs w:val="24"/>
              </w:rPr>
              <w:lastRenderedPageBreak/>
              <w:t>Коллоидные растворы. Образование коллоидных растворов</w:t>
            </w:r>
          </w:p>
          <w:p w:rsidR="007B68C2" w:rsidRPr="00511FAF" w:rsidRDefault="007B68C2" w:rsidP="008921D6">
            <w:pPr>
              <w:ind w:left="357"/>
              <w:rPr>
                <w:szCs w:val="24"/>
              </w:rPr>
            </w:pPr>
          </w:p>
          <w:p w:rsidR="007B68C2" w:rsidRPr="00B036F5" w:rsidRDefault="007B68C2" w:rsidP="00835283">
            <w:pPr>
              <w:pStyle w:val="33"/>
              <w:numPr>
                <w:ilvl w:val="0"/>
                <w:numId w:val="58"/>
              </w:num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036F5">
              <w:rPr>
                <w:sz w:val="24"/>
                <w:szCs w:val="24"/>
                <w:lang w:val="ru-RU"/>
              </w:rPr>
              <w:t xml:space="preserve">Катализ. Гомогенный и гетерогенный катализ. </w:t>
            </w:r>
          </w:p>
          <w:p w:rsidR="007B68C2" w:rsidRPr="00B036F5" w:rsidRDefault="007B68C2" w:rsidP="008921D6">
            <w:pPr>
              <w:pStyle w:val="33"/>
              <w:spacing w:after="0"/>
              <w:rPr>
                <w:sz w:val="24"/>
                <w:szCs w:val="24"/>
                <w:lang w:val="ru-RU"/>
              </w:rPr>
            </w:pPr>
          </w:p>
          <w:p w:rsidR="007B68C2" w:rsidRPr="00B036F5" w:rsidRDefault="007B68C2" w:rsidP="00835283">
            <w:pPr>
              <w:pStyle w:val="33"/>
              <w:numPr>
                <w:ilvl w:val="0"/>
                <w:numId w:val="58"/>
              </w:numPr>
              <w:spacing w:after="0" w:line="240" w:lineRule="auto"/>
              <w:ind w:left="714" w:hanging="357"/>
              <w:jc w:val="both"/>
              <w:rPr>
                <w:sz w:val="24"/>
                <w:szCs w:val="24"/>
                <w:lang w:val="ru-RU"/>
              </w:rPr>
            </w:pPr>
            <w:r w:rsidRPr="00B036F5">
              <w:rPr>
                <w:sz w:val="24"/>
                <w:szCs w:val="24"/>
                <w:lang w:val="ru-RU"/>
              </w:rPr>
              <w:t xml:space="preserve">Закончить уравнение реакции и представить его в ионно-молекулярной форме : </w:t>
            </w:r>
            <w:r w:rsidRPr="00511FAF">
              <w:rPr>
                <w:position w:val="-12"/>
                <w:sz w:val="24"/>
                <w:szCs w:val="24"/>
              </w:rPr>
              <w:object w:dxaOrig="1880" w:dyaOrig="360">
                <v:shape id="_x0000_i1145" type="#_x0000_t75" style="width:93.75pt;height:18pt" o:ole="">
                  <v:imagedata r:id="rId227" o:title=""/>
                </v:shape>
                <o:OLEObject Type="Embed" ProgID="Equation.3" ShapeID="_x0000_i1145" DrawAspect="Content" ObjectID="_1840792755" r:id="rId228"/>
              </w:object>
            </w: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18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Понятие энтропии. Изменение энтропии при химических реакциях и фазовых переходах.</w:t>
            </w:r>
          </w:p>
          <w:p w:rsidR="007B68C2" w:rsidRPr="00511FAF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Степень диссоциации. Сильные и слабые электролиты.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5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 Составьте электронное и молекулярное уравнение реакции: </w:t>
            </w:r>
            <w:r w:rsidRPr="00511FAF">
              <w:rPr>
                <w:position w:val="-12"/>
                <w:szCs w:val="24"/>
              </w:rPr>
              <w:object w:dxaOrig="3140" w:dyaOrig="380">
                <v:shape id="_x0000_i1146" type="#_x0000_t75" style="width:156pt;height:18.75pt" o:ole="">
                  <v:imagedata r:id="rId229" o:title=""/>
                </v:shape>
                <o:OLEObject Type="Embed" ProgID="Equation.3" ShapeID="_x0000_i1146" DrawAspect="Content" ObjectID="_1840792756" r:id="rId230"/>
              </w:object>
            </w:r>
          </w:p>
          <w:p w:rsidR="007B68C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19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  <w:r w:rsidRPr="00B036F5">
              <w:rPr>
                <w:szCs w:val="24"/>
                <w:lang w:val="ru-RU"/>
              </w:rPr>
              <w:t xml:space="preserve"> 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proofErr w:type="gramStart"/>
            <w:r w:rsidRPr="00B036F5">
              <w:rPr>
                <w:szCs w:val="24"/>
                <w:lang w:val="ru-RU"/>
              </w:rPr>
              <w:t>Электронная  конфигурация</w:t>
            </w:r>
            <w:proofErr w:type="gramEnd"/>
            <w:r w:rsidRPr="00B036F5">
              <w:rPr>
                <w:szCs w:val="24"/>
                <w:lang w:val="ru-RU"/>
              </w:rPr>
              <w:t xml:space="preserve"> атома и периодическая система. Изменение свойств элементов в периодах  и группах.</w:t>
            </w:r>
          </w:p>
          <w:p w:rsidR="007B68C2" w:rsidRPr="00B036F5" w:rsidRDefault="007B68C2" w:rsidP="008921D6">
            <w:pPr>
              <w:ind w:left="360"/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Константа диссоциации. Закон разбавления Оствальда.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Напишите выражение константы равновесия для реакции: </w:t>
            </w:r>
            <w:r w:rsidRPr="00511FAF">
              <w:rPr>
                <w:position w:val="-14"/>
                <w:szCs w:val="24"/>
              </w:rPr>
              <w:object w:dxaOrig="3260" w:dyaOrig="380">
                <v:shape id="_x0000_i1147" type="#_x0000_t75" style="width:163.5pt;height:18.75pt" o:ole="">
                  <v:imagedata r:id="rId231" o:title=""/>
                </v:shape>
                <o:OLEObject Type="Embed" ProgID="Equation.3" ShapeID="_x0000_i1147" DrawAspect="Content" ObjectID="_1840792757" r:id="rId232"/>
              </w:object>
            </w:r>
            <w:r w:rsidRPr="00B036F5">
              <w:rPr>
                <w:szCs w:val="24"/>
                <w:lang w:val="ru-RU"/>
              </w:rPr>
              <w:t>.</w:t>
            </w:r>
          </w:p>
          <w:p w:rsidR="007B68C2" w:rsidRPr="00B036F5" w:rsidRDefault="007B68C2" w:rsidP="008921D6">
            <w:pPr>
              <w:rPr>
                <w:sz w:val="28"/>
                <w:lang w:val="ru-RU"/>
              </w:rPr>
            </w:pPr>
          </w:p>
          <w:p w:rsidR="007B68C2" w:rsidRPr="00B036F5" w:rsidRDefault="007B68C2" w:rsidP="008921D6">
            <w:pPr>
              <w:pStyle w:val="21"/>
              <w:spacing w:before="0" w:line="240" w:lineRule="auto"/>
              <w:rPr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доцент   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________________________                     Лапина С.Ф.</w:t>
            </w:r>
            <w:r w:rsidRPr="00B036F5">
              <w:rPr>
                <w:sz w:val="22"/>
                <w:szCs w:val="22"/>
                <w:lang w:val="ru-RU"/>
              </w:rPr>
              <w:t xml:space="preserve">                                                                  </w:t>
            </w:r>
          </w:p>
          <w:p w:rsidR="007B68C2" w:rsidRPr="00B036F5" w:rsidRDefault="007B68C2" w:rsidP="008921D6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Утверждено на заседани</w:t>
            </w:r>
            <w:r w:rsidR="008921D6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8921D6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20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002C7D" w:rsidRDefault="007B68C2" w:rsidP="00835283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</w:rPr>
            </w:pPr>
            <w:r w:rsidRPr="00002C7D">
              <w:rPr>
                <w:szCs w:val="24"/>
              </w:rPr>
              <w:t xml:space="preserve">Теория электролитической диссоциации. </w:t>
            </w:r>
          </w:p>
          <w:p w:rsidR="007B68C2" w:rsidRPr="00002C7D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Составление уравнений ОВР. Метод электронного баланса.</w:t>
            </w:r>
          </w:p>
          <w:p w:rsidR="007B68C2" w:rsidRPr="00B036F5" w:rsidRDefault="007B68C2" w:rsidP="008921D6">
            <w:pPr>
              <w:rPr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6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Составьте уравнения реакций, осуществляющих следующие превращения: </w:t>
            </w:r>
            <w:r w:rsidRPr="00002C7D">
              <w:rPr>
                <w:position w:val="-10"/>
                <w:szCs w:val="24"/>
              </w:rPr>
              <w:object w:dxaOrig="4300" w:dyaOrig="340">
                <v:shape id="_x0000_i1148" type="#_x0000_t75" style="width:215.25pt;height:17.25pt" o:ole="">
                  <v:imagedata r:id="rId233" o:title=""/>
                </v:shape>
                <o:OLEObject Type="Embed" ProgID="Equation.3" ShapeID="_x0000_i1148" DrawAspect="Content" ObjectID="_1840792758" r:id="rId234"/>
              </w:object>
            </w:r>
            <w:r w:rsidRPr="00B036F5">
              <w:rPr>
                <w:szCs w:val="24"/>
                <w:lang w:val="ru-RU"/>
              </w:rPr>
              <w:t>.</w:t>
            </w:r>
          </w:p>
          <w:p w:rsidR="007B68C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7B68C2" w:rsidRPr="00B036F5" w:rsidRDefault="007B68C2" w:rsidP="008921D6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    Лапина С.Ф.</w:t>
            </w:r>
          </w:p>
          <w:p w:rsidR="007B68C2" w:rsidRPr="00B036F5" w:rsidRDefault="007B68C2" w:rsidP="008921D6">
            <w:pPr>
              <w:spacing w:line="240" w:lineRule="auto"/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21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35283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Скорость химической реакции. Закон действия масс для гомогенной и гетерогенной реакции.</w:t>
            </w:r>
          </w:p>
          <w:p w:rsidR="007B68C2" w:rsidRPr="00002C7D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Природа химической связи в металлах.</w:t>
            </w:r>
          </w:p>
          <w:p w:rsidR="007B68C2" w:rsidRPr="00B036F5" w:rsidRDefault="007B68C2" w:rsidP="008921D6">
            <w:pPr>
              <w:ind w:left="720"/>
              <w:rPr>
                <w:color w:val="FF0000"/>
                <w:szCs w:val="24"/>
                <w:lang w:val="ru-RU"/>
              </w:rPr>
            </w:pPr>
          </w:p>
          <w:p w:rsidR="007B68C2" w:rsidRPr="00B036F5" w:rsidRDefault="007B68C2" w:rsidP="00835283">
            <w:pPr>
              <w:numPr>
                <w:ilvl w:val="0"/>
                <w:numId w:val="62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002C7D">
              <w:rPr>
                <w:position w:val="-10"/>
                <w:szCs w:val="24"/>
              </w:rPr>
              <w:object w:dxaOrig="2040" w:dyaOrig="360">
                <v:shape id="_x0000_i1149" type="#_x0000_t75" style="width:102pt;height:18pt" o:ole="">
                  <v:imagedata r:id="rId235" o:title=""/>
                </v:shape>
                <o:OLEObject Type="Embed" ProgID="Equation.3" ShapeID="_x0000_i1149" DrawAspect="Content" ObjectID="_1840792759" r:id="rId236"/>
              </w:object>
            </w:r>
            <w:r w:rsidRPr="00B036F5">
              <w:rPr>
                <w:szCs w:val="24"/>
                <w:lang w:val="ru-RU"/>
              </w:rPr>
              <w:t xml:space="preserve"> </w:t>
            </w:r>
            <w:r w:rsidRPr="00002C7D">
              <w:rPr>
                <w:position w:val="-10"/>
                <w:szCs w:val="24"/>
              </w:rPr>
              <w:object w:dxaOrig="3300" w:dyaOrig="360">
                <v:shape id="_x0000_i1150" type="#_x0000_t75" style="width:164.25pt;height:18pt" o:ole="">
                  <v:imagedata r:id="rId237" o:title=""/>
                </v:shape>
                <o:OLEObject Type="Embed" ProgID="Equation.3" ShapeID="_x0000_i1150" DrawAspect="Content" ObjectID="_1840792760" r:id="rId238"/>
              </w:object>
            </w:r>
            <w:r w:rsidRPr="00B036F5">
              <w:rPr>
                <w:szCs w:val="24"/>
                <w:lang w:val="ru-RU"/>
              </w:rPr>
              <w:t>.</w:t>
            </w:r>
          </w:p>
          <w:p w:rsidR="007B68C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7B68C2" w:rsidRPr="00B036F5" w:rsidRDefault="007B68C2" w:rsidP="008921D6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________________________                     Лапина С.Ф.</w:t>
            </w:r>
          </w:p>
          <w:p w:rsidR="007B68C2" w:rsidRPr="00B036F5" w:rsidRDefault="007B68C2" w:rsidP="008921D6">
            <w:pPr>
              <w:spacing w:line="240" w:lineRule="auto"/>
              <w:rPr>
                <w:lang w:val="ru-RU"/>
              </w:rPr>
            </w:pPr>
            <w:r w:rsidRPr="00B036F5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22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  <w:r w:rsidRPr="00B036F5">
              <w:rPr>
                <w:szCs w:val="24"/>
                <w:lang w:val="ru-RU"/>
              </w:rPr>
              <w:t xml:space="preserve"> 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Default="007B68C2" w:rsidP="00835283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</w:rPr>
            </w:pPr>
            <w:r w:rsidRPr="00B036F5">
              <w:rPr>
                <w:szCs w:val="24"/>
                <w:lang w:val="ru-RU"/>
              </w:rPr>
              <w:t xml:space="preserve">Свойства идеальных растворов. Давление насыщенного пара над раствором. </w:t>
            </w:r>
            <w:r w:rsidRPr="00267864">
              <w:rPr>
                <w:szCs w:val="24"/>
              </w:rPr>
              <w:t>Закон Рауля. Следствия из закона Рауля</w:t>
            </w:r>
            <w:r w:rsidRPr="00CC3A4E">
              <w:rPr>
                <w:szCs w:val="24"/>
              </w:rPr>
              <w:t xml:space="preserve"> </w:t>
            </w:r>
          </w:p>
          <w:p w:rsidR="007B68C2" w:rsidRDefault="007B68C2" w:rsidP="008921D6">
            <w:pPr>
              <w:spacing w:line="240" w:lineRule="auto"/>
              <w:ind w:left="720"/>
              <w:rPr>
                <w:szCs w:val="24"/>
              </w:rPr>
            </w:pPr>
          </w:p>
          <w:p w:rsidR="007B68C2" w:rsidRPr="00CC3A4E" w:rsidRDefault="007B68C2" w:rsidP="00835283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</w:rPr>
            </w:pPr>
            <w:r w:rsidRPr="00CC3A4E">
              <w:rPr>
                <w:szCs w:val="24"/>
              </w:rPr>
              <w:t xml:space="preserve">Способы защиты от коррозии. </w:t>
            </w:r>
          </w:p>
          <w:p w:rsidR="007B68C2" w:rsidRPr="00B77B36" w:rsidRDefault="007B68C2" w:rsidP="008921D6">
            <w:pPr>
              <w:rPr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63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B77B36">
              <w:rPr>
                <w:position w:val="-10"/>
                <w:szCs w:val="24"/>
              </w:rPr>
              <w:object w:dxaOrig="2060" w:dyaOrig="360">
                <v:shape id="_x0000_i1151" type="#_x0000_t75" style="width:102pt;height:18pt" o:ole="">
                  <v:imagedata r:id="rId239" o:title=""/>
                </v:shape>
                <o:OLEObject Type="Embed" ProgID="Equation.3" ShapeID="_x0000_i1151" DrawAspect="Content" ObjectID="_1840792761" r:id="rId240"/>
              </w:object>
            </w:r>
            <w:r w:rsidRPr="00B036F5">
              <w:rPr>
                <w:szCs w:val="24"/>
                <w:lang w:val="ru-RU"/>
              </w:rPr>
              <w:t xml:space="preserve"> </w:t>
            </w:r>
            <w:r w:rsidRPr="00B77B36">
              <w:rPr>
                <w:position w:val="-10"/>
                <w:szCs w:val="24"/>
              </w:rPr>
              <w:object w:dxaOrig="3340" w:dyaOrig="360">
                <v:shape id="_x0000_i1152" type="#_x0000_t75" style="width:167.25pt;height:18pt" o:ole="">
                  <v:imagedata r:id="rId241" o:title=""/>
                </v:shape>
                <o:OLEObject Type="Embed" ProgID="Equation.3" ShapeID="_x0000_i1152" DrawAspect="Content" ObjectID="_1840792762" r:id="rId242"/>
              </w:object>
            </w:r>
            <w:r w:rsidRPr="00B036F5">
              <w:rPr>
                <w:szCs w:val="24"/>
                <w:lang w:val="ru-RU"/>
              </w:rPr>
              <w:t>.</w:t>
            </w:r>
          </w:p>
          <w:p w:rsidR="007B68C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7B68C2" w:rsidRPr="00B036F5" w:rsidRDefault="007B68C2" w:rsidP="008921D6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доцент                  ________________________                     Лапина С.Ф.                                                                   </w:t>
            </w:r>
          </w:p>
          <w:p w:rsidR="007B68C2" w:rsidRPr="00B036F5" w:rsidRDefault="007B68C2" w:rsidP="008921D6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Утверждено на заседании кафедры: ЭБЖиФ п</w:t>
            </w:r>
            <w:r w:rsidR="008921D6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ротокол от «22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8921D6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23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  <w:r w:rsidRPr="00B036F5">
              <w:rPr>
                <w:szCs w:val="24"/>
                <w:lang w:val="ru-RU"/>
              </w:rPr>
              <w:t xml:space="preserve"> 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E18D2" w:rsidRDefault="007B68C2" w:rsidP="00835283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</w:rPr>
            </w:pPr>
            <w:r w:rsidRPr="00EE18D2">
              <w:rPr>
                <w:szCs w:val="24"/>
              </w:rPr>
              <w:t>Химические системы. Термодинамические функции.</w:t>
            </w:r>
          </w:p>
          <w:p w:rsidR="007B68C2" w:rsidRPr="00EE18D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B036F5" w:rsidRDefault="007B68C2" w:rsidP="00835283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Окислительно-восстановительные реакции. Типы ОВР.</w:t>
            </w:r>
          </w:p>
          <w:p w:rsidR="007B68C2" w:rsidRPr="00B036F5" w:rsidRDefault="007B68C2" w:rsidP="008921D6">
            <w:pPr>
              <w:ind w:left="360"/>
              <w:rPr>
                <w:szCs w:val="24"/>
                <w:lang w:val="ru-RU"/>
              </w:rPr>
            </w:pPr>
          </w:p>
          <w:p w:rsidR="007B68C2" w:rsidRPr="0070567B" w:rsidRDefault="007B68C2" w:rsidP="00835283">
            <w:pPr>
              <w:numPr>
                <w:ilvl w:val="0"/>
                <w:numId w:val="64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10"/>
                <w:szCs w:val="24"/>
              </w:rPr>
              <w:object w:dxaOrig="660" w:dyaOrig="340">
                <v:shape id="_x0000_i1153" type="#_x0000_t75" style="width:33pt;height:17.25pt" o:ole="">
                  <v:imagedata r:id="rId243" o:title=""/>
                </v:shape>
                <o:OLEObject Type="Embed" ProgID="Equation.3" ShapeID="_x0000_i1153" DrawAspect="Content" ObjectID="_1840792763" r:id="rId244"/>
              </w:object>
            </w:r>
            <w:r w:rsidRPr="00B036F5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5,6 л"/>
              </w:smartTagPr>
              <w:r w:rsidRPr="00B036F5">
                <w:rPr>
                  <w:szCs w:val="24"/>
                  <w:lang w:val="ru-RU"/>
                </w:rPr>
                <w:t>5,6 л</w:t>
              </w:r>
            </w:smartTag>
            <w:r w:rsidRPr="00B036F5">
              <w:rPr>
                <w:szCs w:val="24"/>
                <w:lang w:val="ru-RU"/>
              </w:rPr>
              <w:t xml:space="preserve"> хлора (н.у.). </w:t>
            </w:r>
            <w:r w:rsidRPr="0070567B">
              <w:rPr>
                <w:szCs w:val="24"/>
                <w:lang w:val="ru-RU"/>
              </w:rPr>
              <w:t>Сколько меди выделилось на катоде?</w:t>
            </w:r>
          </w:p>
          <w:p w:rsidR="007B68C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</w:rPr>
            </w:pPr>
          </w:p>
          <w:p w:rsidR="007B68C2" w:rsidRPr="00B036F5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составил:      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u w:val="single"/>
                <w:lang w:val="ru-RU"/>
              </w:rPr>
              <w:t xml:space="preserve">доцент   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            ________________________                     Лапина С.Ф.</w:t>
            </w:r>
          </w:p>
          <w:p w:rsidR="007B68C2" w:rsidRPr="00B036F5" w:rsidRDefault="007B68C2" w:rsidP="008921D6">
            <w:pPr>
              <w:pStyle w:val="5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Утверждено на заседани</w:t>
            </w:r>
            <w:r w:rsidR="008921D6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и кафедры: ЭБЖиФ протокол от «22</w:t>
            </w: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 xml:space="preserve">» </w:t>
            </w:r>
            <w:r w:rsidR="008921D6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апреля 2026 г № 9</w:t>
            </w:r>
          </w:p>
          <w:p w:rsidR="007B68C2" w:rsidRPr="00B036F5" w:rsidRDefault="007B68C2" w:rsidP="008921D6">
            <w:pPr>
              <w:pStyle w:val="5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7B68C2" w:rsidRPr="00B036F5" w:rsidRDefault="007B68C2" w:rsidP="008921D6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Минобрнауки России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ФГБОУ ВО 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24</w:t>
            </w:r>
          </w:p>
          <w:p w:rsidR="007B68C2" w:rsidRPr="00B036F5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B036F5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B036F5" w:rsidRDefault="007B68C2" w:rsidP="008921D6">
            <w:pPr>
              <w:rPr>
                <w:lang w:val="ru-RU"/>
              </w:rPr>
            </w:pPr>
            <w:r w:rsidRPr="00B036F5">
              <w:rPr>
                <w:b/>
                <w:lang w:val="ru-RU"/>
              </w:rPr>
              <w:t xml:space="preserve">направление подготовки 15.03.02 </w:t>
            </w:r>
            <w:r w:rsidRPr="00B036F5">
              <w:rPr>
                <w:lang w:val="ru-RU"/>
              </w:rPr>
              <w:t>Технологические машины и оборудование</w:t>
            </w:r>
          </w:p>
          <w:p w:rsidR="007B68C2" w:rsidRPr="00B036F5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036F5">
              <w:rPr>
                <w:b/>
                <w:lang w:val="ru-RU"/>
              </w:rPr>
              <w:t>профиль подготовки</w:t>
            </w:r>
            <w:r w:rsidRPr="00B036F5">
              <w:rPr>
                <w:lang w:val="ru-RU"/>
              </w:rPr>
              <w:t xml:space="preserve"> Машины и оборудование лесного комплекса</w:t>
            </w:r>
            <w:r w:rsidRPr="00B036F5">
              <w:rPr>
                <w:szCs w:val="24"/>
                <w:lang w:val="ru-RU"/>
              </w:rPr>
              <w:t xml:space="preserve"> 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EE18D2" w:rsidRDefault="007B68C2" w:rsidP="00835283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</w:rPr>
            </w:pPr>
            <w:r w:rsidRPr="00EE18D2">
              <w:rPr>
                <w:szCs w:val="24"/>
              </w:rPr>
              <w:t xml:space="preserve">Основные классы неорганических соединений. </w:t>
            </w:r>
          </w:p>
          <w:p w:rsidR="007B68C2" w:rsidRPr="00EE18D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111314" w:rsidRDefault="007B68C2" w:rsidP="00835283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>Ионная связь. Структура ионных соединений.</w:t>
            </w:r>
          </w:p>
          <w:p w:rsidR="007B68C2" w:rsidRPr="00111314" w:rsidRDefault="007B68C2" w:rsidP="008921D6">
            <w:pPr>
              <w:ind w:left="360"/>
              <w:rPr>
                <w:szCs w:val="24"/>
                <w:lang w:val="ru-RU"/>
              </w:rPr>
            </w:pPr>
          </w:p>
          <w:p w:rsidR="007B68C2" w:rsidRPr="0070567B" w:rsidRDefault="007B68C2" w:rsidP="00835283">
            <w:pPr>
              <w:numPr>
                <w:ilvl w:val="0"/>
                <w:numId w:val="65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6"/>
                <w:szCs w:val="24"/>
              </w:rPr>
              <w:object w:dxaOrig="740" w:dyaOrig="280">
                <v:shape id="_x0000_i1154" type="#_x0000_t75" style="width:36.75pt;height:13.5pt" o:ole="">
                  <v:imagedata r:id="rId245" o:title=""/>
                </v:shape>
                <o:OLEObject Type="Embed" ProgID="Equation.3" ShapeID="_x0000_i1154" DrawAspect="Content" ObjectID="_1840792764" r:id="rId246"/>
              </w:object>
            </w:r>
            <w:r w:rsidRPr="00B036F5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2,8 л"/>
              </w:smartTagPr>
              <w:r w:rsidRPr="00B036F5">
                <w:rPr>
                  <w:szCs w:val="24"/>
                  <w:lang w:val="ru-RU"/>
                </w:rPr>
                <w:t>2,8 л</w:t>
              </w:r>
            </w:smartTag>
            <w:r w:rsidRPr="00B036F5">
              <w:rPr>
                <w:szCs w:val="24"/>
                <w:lang w:val="ru-RU"/>
              </w:rPr>
              <w:t xml:space="preserve"> кислорода (н.у.). </w:t>
            </w:r>
            <w:r w:rsidRPr="0070567B">
              <w:rPr>
                <w:szCs w:val="24"/>
                <w:lang w:val="ru-RU"/>
              </w:rPr>
              <w:t>Сколько водорода выделилось на катоде?</w:t>
            </w:r>
          </w:p>
          <w:p w:rsidR="007B68C2" w:rsidRPr="0070567B" w:rsidRDefault="007B68C2" w:rsidP="008921D6">
            <w:pPr>
              <w:pStyle w:val="ae"/>
              <w:rPr>
                <w:szCs w:val="24"/>
                <w:lang w:val="ru-RU"/>
              </w:rPr>
            </w:pPr>
          </w:p>
          <w:p w:rsidR="007B68C2" w:rsidRPr="00111314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11314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Билет </w:t>
            </w:r>
            <w:proofErr w:type="gramStart"/>
            <w:r w:rsidRPr="00111314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составил:   </w:t>
            </w:r>
            <w:proofErr w:type="gramEnd"/>
            <w:r w:rsidRPr="00111314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  доцент                  ________________________                     Лапина С.Ф.                                                     </w:t>
            </w:r>
          </w:p>
          <w:p w:rsidR="007B68C2" w:rsidRPr="00111314" w:rsidRDefault="007B68C2" w:rsidP="008921D6">
            <w:pPr>
              <w:rPr>
                <w:lang w:val="ru-RU"/>
              </w:rPr>
            </w:pPr>
            <w:r w:rsidRPr="00111314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111314">
              <w:rPr>
                <w:sz w:val="22"/>
                <w:lang w:val="ru-RU"/>
              </w:rPr>
              <w:t xml:space="preserve">» мая 2026 г № </w:t>
            </w:r>
            <w:r w:rsidR="008921D6">
              <w:rPr>
                <w:sz w:val="22"/>
                <w:lang w:val="ru-RU"/>
              </w:rPr>
              <w:t>9</w:t>
            </w:r>
          </w:p>
          <w:p w:rsidR="007B68C2" w:rsidRPr="00111314" w:rsidRDefault="007B68C2" w:rsidP="008921D6">
            <w:pPr>
              <w:pStyle w:val="5"/>
              <w:rPr>
                <w:color w:val="auto"/>
                <w:szCs w:val="24"/>
                <w:lang w:val="ru-RU"/>
              </w:rPr>
            </w:pPr>
            <w:r w:rsidRPr="00111314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  <w:tr w:rsidR="007B68C2" w:rsidRPr="008921D6" w:rsidTr="008921D6">
        <w:trPr>
          <w:trHeight w:val="13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11314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7B68C2" w:rsidRPr="00111314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7B68C2" w:rsidRPr="00111314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 xml:space="preserve">ФГБОУ ВО </w:t>
            </w:r>
          </w:p>
          <w:p w:rsidR="007B68C2" w:rsidRPr="00111314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>«БрГУ»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11314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111314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25</w:t>
            </w:r>
          </w:p>
          <w:p w:rsidR="007B68C2" w:rsidRPr="00111314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11314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11314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111314" w:rsidRDefault="007B68C2" w:rsidP="008921D6">
            <w:pPr>
              <w:rPr>
                <w:lang w:val="ru-RU"/>
              </w:rPr>
            </w:pPr>
            <w:r w:rsidRPr="00111314">
              <w:rPr>
                <w:b/>
                <w:lang w:val="ru-RU"/>
              </w:rPr>
              <w:t xml:space="preserve">направление подготовки 15.03.02 </w:t>
            </w:r>
            <w:r w:rsidRPr="00111314">
              <w:rPr>
                <w:lang w:val="ru-RU"/>
              </w:rPr>
              <w:t>Технологические машины и оборудование</w:t>
            </w:r>
          </w:p>
          <w:p w:rsidR="007B68C2" w:rsidRPr="00111314" w:rsidRDefault="007B68C2" w:rsidP="008921D6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111314">
              <w:rPr>
                <w:b/>
                <w:lang w:val="ru-RU"/>
              </w:rPr>
              <w:t>профиль подготовки</w:t>
            </w:r>
            <w:r w:rsidRPr="00111314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RPr="008921D6" w:rsidTr="008921D6">
        <w:trPr>
          <w:trHeight w:val="1370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11314" w:rsidRDefault="007B68C2" w:rsidP="00835283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>Внутренняя энергия. Первый закон термодинамики. Энтальпия. Изменение энтальпии в эндо- и экзотермических реакциях.</w:t>
            </w:r>
          </w:p>
          <w:p w:rsidR="007B68C2" w:rsidRPr="00EE18D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111314" w:rsidRDefault="007B68C2" w:rsidP="00835283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>Ковалентная связь. Свойства ковалентной связи: полярность, направленность насыщаемость.</w:t>
            </w:r>
          </w:p>
          <w:p w:rsidR="007B68C2" w:rsidRPr="00111314" w:rsidRDefault="007B68C2" w:rsidP="008921D6">
            <w:pPr>
              <w:rPr>
                <w:szCs w:val="24"/>
                <w:lang w:val="ru-RU"/>
              </w:rPr>
            </w:pPr>
          </w:p>
          <w:p w:rsidR="007B68C2" w:rsidRPr="0070567B" w:rsidRDefault="007B68C2" w:rsidP="00835283">
            <w:pPr>
              <w:numPr>
                <w:ilvl w:val="0"/>
                <w:numId w:val="66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B036F5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EE18D2">
              <w:rPr>
                <w:position w:val="-10"/>
                <w:szCs w:val="24"/>
              </w:rPr>
              <w:object w:dxaOrig="639" w:dyaOrig="340">
                <v:shape id="_x0000_i1155" type="#_x0000_t75" style="width:32.25pt;height:17.25pt" o:ole="">
                  <v:imagedata r:id="rId247" o:title=""/>
                </v:shape>
                <o:OLEObject Type="Embed" ProgID="Equation.3" ShapeID="_x0000_i1155" DrawAspect="Content" ObjectID="_1840792765" r:id="rId248"/>
              </w:object>
            </w:r>
            <w:r w:rsidRPr="00B036F5">
              <w:rPr>
                <w:szCs w:val="24"/>
                <w:lang w:val="ru-RU"/>
              </w:rPr>
              <w:t xml:space="preserve">, на аноде выделилось 4,48л хлора(н.у.). </w:t>
            </w:r>
            <w:r w:rsidRPr="0070567B">
              <w:rPr>
                <w:szCs w:val="24"/>
                <w:lang w:val="ru-RU"/>
              </w:rPr>
              <w:t>Сколько олова выделилось на катоде?</w:t>
            </w:r>
          </w:p>
          <w:p w:rsidR="007B68C2" w:rsidRPr="00EE18D2" w:rsidRDefault="007B68C2" w:rsidP="008921D6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7B68C2" w:rsidRPr="00111314" w:rsidRDefault="007B68C2" w:rsidP="008921D6">
            <w:pPr>
              <w:pStyle w:val="21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111314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Билет составил:      доцент                  ________________________                 Лапина С.Ф.</w:t>
            </w:r>
          </w:p>
          <w:p w:rsidR="007B68C2" w:rsidRPr="00111314" w:rsidRDefault="007B68C2" w:rsidP="008921D6">
            <w:pPr>
              <w:rPr>
                <w:lang w:val="ru-RU"/>
              </w:rPr>
            </w:pPr>
            <w:r w:rsidRPr="00111314">
              <w:rPr>
                <w:sz w:val="22"/>
                <w:lang w:val="ru-RU"/>
              </w:rPr>
              <w:t>Утверждено на заседани</w:t>
            </w:r>
            <w:r w:rsidR="008921D6">
              <w:rPr>
                <w:sz w:val="22"/>
                <w:lang w:val="ru-RU"/>
              </w:rPr>
              <w:t>и кафедры: ЭБЖиФ протокол от «22</w:t>
            </w:r>
            <w:r w:rsidRPr="00111314">
              <w:rPr>
                <w:sz w:val="22"/>
                <w:lang w:val="ru-RU"/>
              </w:rPr>
              <w:t xml:space="preserve">» </w:t>
            </w:r>
            <w:r w:rsidR="008921D6">
              <w:rPr>
                <w:sz w:val="22"/>
                <w:lang w:val="ru-RU"/>
              </w:rPr>
              <w:t>апреля 2026 г № 9</w:t>
            </w:r>
          </w:p>
          <w:p w:rsidR="007B68C2" w:rsidRPr="00111314" w:rsidRDefault="007B68C2" w:rsidP="008921D6">
            <w:pPr>
              <w:pStyle w:val="5"/>
              <w:rPr>
                <w:szCs w:val="24"/>
                <w:lang w:val="ru-RU"/>
              </w:rPr>
            </w:pPr>
            <w:r w:rsidRPr="00111314">
              <w:rPr>
                <w:rFonts w:ascii="Times New Roman" w:hAnsi="Times New Roman" w:cs="Times New Roman"/>
                <w:color w:val="auto"/>
                <w:sz w:val="22"/>
                <w:lang w:val="ru-RU"/>
              </w:rPr>
              <w:t>Заведующий кафедрой   ЭБЖиФ          ________________________              Никифорова В.А.</w:t>
            </w:r>
          </w:p>
        </w:tc>
      </w:tr>
    </w:tbl>
    <w:p w:rsidR="007B68C2" w:rsidRPr="00111314" w:rsidRDefault="007B68C2" w:rsidP="007B68C2">
      <w:pPr>
        <w:rPr>
          <w:lang w:val="ru-RU"/>
        </w:rPr>
      </w:pPr>
    </w:p>
    <w:p w:rsidR="007B68C2" w:rsidRPr="00111314" w:rsidRDefault="007B68C2" w:rsidP="007B68C2">
      <w:pPr>
        <w:ind w:firstLine="360"/>
        <w:jc w:val="center"/>
        <w:rPr>
          <w:b/>
          <w:szCs w:val="24"/>
          <w:lang w:val="ru-RU"/>
        </w:rPr>
      </w:pPr>
    </w:p>
    <w:p w:rsidR="007B68C2" w:rsidRPr="00111314" w:rsidRDefault="007B68C2" w:rsidP="007B68C2">
      <w:pPr>
        <w:ind w:firstLine="360"/>
        <w:jc w:val="center"/>
        <w:rPr>
          <w:b/>
          <w:szCs w:val="24"/>
          <w:lang w:val="ru-RU"/>
        </w:rPr>
      </w:pPr>
      <w:r w:rsidRPr="00111314">
        <w:rPr>
          <w:b/>
          <w:szCs w:val="24"/>
          <w:lang w:val="ru-RU"/>
        </w:rPr>
        <w:t>Критерии оценки экзамена по дисциплине Химия</w:t>
      </w:r>
    </w:p>
    <w:p w:rsidR="007B68C2" w:rsidRPr="00111314" w:rsidRDefault="007B68C2" w:rsidP="007B68C2">
      <w:pPr>
        <w:ind w:firstLine="360"/>
        <w:jc w:val="center"/>
        <w:rPr>
          <w:b/>
          <w:szCs w:val="24"/>
          <w:lang w:val="ru-RU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7B68C2" w:rsidRPr="008E5BD7" w:rsidTr="008921D6">
        <w:tc>
          <w:tcPr>
            <w:tcW w:w="2697" w:type="dxa"/>
            <w:shd w:val="clear" w:color="auto" w:fill="auto"/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Оценка</w:t>
            </w:r>
          </w:p>
        </w:tc>
        <w:tc>
          <w:tcPr>
            <w:tcW w:w="7471" w:type="dxa"/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Критерии</w:t>
            </w:r>
          </w:p>
        </w:tc>
      </w:tr>
      <w:tr w:rsidR="007B68C2" w:rsidRPr="008921D6" w:rsidTr="008921D6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отлично</w:t>
            </w:r>
          </w:p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7B68C2" w:rsidRPr="00111314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>Обучающийся показывает всесторонние и глубокие знания программного материала, знание основной и дополнительной литературы; последовательно и четко отвечает на вопросы билета и дополнительные вопросы; уверенно ориентируется в проблемных ситуациях; демонстрирует способность применять теоретические знания для анализа практических ситуаций</w:t>
            </w:r>
          </w:p>
        </w:tc>
      </w:tr>
      <w:tr w:rsidR="007B68C2" w:rsidRPr="008921D6" w:rsidTr="008921D6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хорошо</w:t>
            </w:r>
          </w:p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7B68C2" w:rsidRPr="00111314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>Обучающийся показывает полное знание программного материала, основной и дополнительной литературы; дает полные ответы на теоретические вопросы билета и дополнительные вопросы, допуская некоторые неточности; правильно применяет теоретические положения к оценке практических ситуаций; демонстрирует хороший уровень освоения материала и в целом подтверждает освоение компетенций, предусмотренных программой</w:t>
            </w:r>
          </w:p>
        </w:tc>
      </w:tr>
      <w:tr w:rsidR="007B68C2" w:rsidRPr="008921D6" w:rsidTr="008921D6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удовлетворительно</w:t>
            </w:r>
          </w:p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7B68C2" w:rsidRPr="00111314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>Обучающийся показывает знание основного материала в объеме, необходимом для предстоящей профессиональной деятельности; при ответе на вопросы билета и дополнительные вопросы не допускает грубых ошибок, но испытывает затруднения в последовательности их изложения; не в полной мере демонстрирует способность применять теоретические знания для анализа практических ситуаций</w:t>
            </w:r>
          </w:p>
        </w:tc>
      </w:tr>
      <w:tr w:rsidR="007B68C2" w:rsidRPr="008921D6" w:rsidTr="008921D6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неудовлетворительно</w:t>
            </w:r>
          </w:p>
          <w:p w:rsidR="007B68C2" w:rsidRPr="008E5BD7" w:rsidRDefault="007B68C2" w:rsidP="008921D6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7B68C2" w:rsidRPr="00111314" w:rsidRDefault="007B68C2" w:rsidP="008921D6">
            <w:pPr>
              <w:spacing w:line="240" w:lineRule="auto"/>
              <w:rPr>
                <w:szCs w:val="24"/>
                <w:lang w:val="ru-RU"/>
              </w:rPr>
            </w:pPr>
            <w:r w:rsidRPr="00111314">
              <w:rPr>
                <w:szCs w:val="24"/>
                <w:lang w:val="ru-RU"/>
              </w:rPr>
              <w:t xml:space="preserve"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комиссией вопросы или </w:t>
            </w:r>
            <w:r w:rsidRPr="00111314">
              <w:rPr>
                <w:szCs w:val="24"/>
                <w:lang w:val="ru-RU"/>
              </w:rPr>
              <w:lastRenderedPageBreak/>
              <w:t>затрудняется с ответом; не подтверждает освоение компетенций, предусмотренных программой</w:t>
            </w:r>
          </w:p>
        </w:tc>
      </w:tr>
    </w:tbl>
    <w:p w:rsidR="007B68C2" w:rsidRPr="00111314" w:rsidRDefault="007B68C2" w:rsidP="007B68C2">
      <w:pPr>
        <w:rPr>
          <w:szCs w:val="24"/>
          <w:lang w:val="ru-RU"/>
        </w:rPr>
      </w:pPr>
    </w:p>
    <w:p w:rsidR="007B68C2" w:rsidRPr="00111314" w:rsidRDefault="007B68C2" w:rsidP="007B68C2">
      <w:pPr>
        <w:rPr>
          <w:szCs w:val="24"/>
          <w:lang w:val="ru-RU"/>
        </w:rPr>
      </w:pPr>
    </w:p>
    <w:p w:rsidR="007B68C2" w:rsidRPr="00111314" w:rsidRDefault="007B68C2" w:rsidP="007B68C2">
      <w:pPr>
        <w:rPr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7796"/>
      </w:tblGrid>
      <w:tr w:rsidR="007B68C2" w:rsidRPr="008921D6" w:rsidTr="008921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111314" w:rsidRDefault="007B68C2" w:rsidP="008921D6">
            <w:pPr>
              <w:spacing w:line="240" w:lineRule="auto"/>
              <w:jc w:val="center"/>
              <w:rPr>
                <w:lang w:val="ru-RU"/>
              </w:rPr>
            </w:pPr>
            <w:r w:rsidRPr="00111314">
              <w:rPr>
                <w:lang w:val="ru-RU"/>
              </w:rPr>
              <w:t xml:space="preserve">Минобрнауки России </w:t>
            </w:r>
          </w:p>
          <w:p w:rsidR="007B68C2" w:rsidRPr="00111314" w:rsidRDefault="007B68C2" w:rsidP="008921D6">
            <w:pPr>
              <w:spacing w:line="240" w:lineRule="auto"/>
              <w:jc w:val="center"/>
              <w:rPr>
                <w:lang w:val="ru-RU"/>
              </w:rPr>
            </w:pPr>
          </w:p>
          <w:p w:rsidR="007B68C2" w:rsidRPr="00111314" w:rsidRDefault="007B68C2" w:rsidP="008921D6">
            <w:pPr>
              <w:spacing w:line="240" w:lineRule="auto"/>
              <w:jc w:val="center"/>
              <w:rPr>
                <w:lang w:val="ru-RU"/>
              </w:rPr>
            </w:pPr>
            <w:r w:rsidRPr="00111314">
              <w:rPr>
                <w:lang w:val="ru-RU"/>
              </w:rPr>
              <w:t xml:space="preserve">ФГБОУ ВО </w:t>
            </w:r>
          </w:p>
          <w:p w:rsidR="007B68C2" w:rsidRPr="00111314" w:rsidRDefault="007B68C2" w:rsidP="008921D6">
            <w:pPr>
              <w:spacing w:line="240" w:lineRule="auto"/>
              <w:jc w:val="center"/>
              <w:rPr>
                <w:lang w:val="ru-RU"/>
              </w:rPr>
            </w:pPr>
          </w:p>
          <w:p w:rsidR="007B68C2" w:rsidRPr="00111314" w:rsidRDefault="007B68C2" w:rsidP="008921D6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111314">
              <w:rPr>
                <w:lang w:val="ru-RU"/>
              </w:rPr>
              <w:t>«БрГУ»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8C2" w:rsidRPr="00111314" w:rsidRDefault="007B68C2" w:rsidP="008921D6">
            <w:pPr>
              <w:spacing w:line="240" w:lineRule="auto"/>
              <w:jc w:val="center"/>
              <w:rPr>
                <w:b/>
                <w:lang w:val="ru-RU"/>
              </w:rPr>
            </w:pPr>
            <w:r w:rsidRPr="00111314">
              <w:rPr>
                <w:b/>
                <w:lang w:val="ru-RU"/>
              </w:rPr>
              <w:t>Экзаменационный тест</w:t>
            </w:r>
          </w:p>
          <w:p w:rsidR="007B68C2" w:rsidRPr="00111314" w:rsidRDefault="007B68C2" w:rsidP="008921D6">
            <w:pPr>
              <w:spacing w:line="240" w:lineRule="auto"/>
              <w:jc w:val="center"/>
              <w:rPr>
                <w:lang w:val="ru-RU"/>
              </w:rPr>
            </w:pPr>
            <w:r w:rsidRPr="00111314">
              <w:rPr>
                <w:b/>
                <w:lang w:val="ru-RU"/>
              </w:rPr>
              <w:t>Вариант № 1</w:t>
            </w:r>
          </w:p>
          <w:p w:rsidR="007B68C2" w:rsidRPr="00111314" w:rsidRDefault="007B68C2" w:rsidP="008921D6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111314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111314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111314">
              <w:rPr>
                <w:b/>
                <w:lang w:val="ru-RU"/>
              </w:rPr>
              <w:t xml:space="preserve">направление подготовки 15.03.02 </w:t>
            </w:r>
            <w:r w:rsidRPr="00111314">
              <w:rPr>
                <w:lang w:val="ru-RU"/>
              </w:rPr>
              <w:t>Технологические машины и оборудование</w:t>
            </w:r>
          </w:p>
          <w:p w:rsidR="007B68C2" w:rsidRPr="00111314" w:rsidRDefault="007B68C2" w:rsidP="008921D6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111314">
              <w:rPr>
                <w:b/>
                <w:lang w:val="ru-RU"/>
              </w:rPr>
              <w:t>профиль подготовки</w:t>
            </w:r>
            <w:r w:rsidRPr="00111314">
              <w:rPr>
                <w:lang w:val="ru-RU"/>
              </w:rPr>
              <w:t xml:space="preserve"> Машины и оборудование лесного комплекса</w:t>
            </w:r>
            <w:r w:rsidRPr="00111314">
              <w:rPr>
                <w:b/>
                <w:bCs/>
                <w:i/>
                <w:iCs/>
                <w:lang w:val="ru-RU"/>
              </w:rPr>
              <w:t xml:space="preserve"> </w:t>
            </w:r>
          </w:p>
        </w:tc>
      </w:tr>
      <w:tr w:rsidR="007B68C2" w:rsidTr="008921D6"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111314">
              <w:rPr>
                <w:b/>
                <w:bCs/>
                <w:i/>
                <w:iCs/>
                <w:lang w:val="ru-RU"/>
              </w:rPr>
              <w:t xml:space="preserve">1. </w:t>
            </w:r>
            <w:r w:rsidRPr="00111314">
              <w:rPr>
                <w:lang w:val="ru-RU"/>
              </w:rPr>
              <w:t xml:space="preserve">Число, каких элементарных частиц является определяющим для понятия «химический элемент»:    </w:t>
            </w:r>
          </w:p>
          <w:p w:rsidR="007B68C2" w:rsidRDefault="007B68C2" w:rsidP="008921D6">
            <w:pPr>
              <w:spacing w:line="240" w:lineRule="auto"/>
            </w:pPr>
            <w:r w:rsidRPr="00111314">
              <w:rPr>
                <w:lang w:val="ru-RU"/>
              </w:rPr>
              <w:t xml:space="preserve"> </w:t>
            </w:r>
            <w:r w:rsidRPr="009778F3">
              <w:t>1)</w:t>
            </w:r>
            <w:proofErr w:type="gramStart"/>
            <w:r w:rsidRPr="009778F3">
              <w:t>протоны;  2</w:t>
            </w:r>
            <w:proofErr w:type="gramEnd"/>
            <w:r w:rsidRPr="009778F3">
              <w:t>)нейтроны;  3)электроны.</w:t>
            </w:r>
          </w:p>
          <w:p w:rsidR="007B68C2" w:rsidRDefault="007B68C2" w:rsidP="008921D6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111314" w:rsidRDefault="007B68C2" w:rsidP="008921D6">
            <w:pPr>
              <w:tabs>
                <w:tab w:val="left" w:pos="540"/>
              </w:tabs>
              <w:spacing w:line="240" w:lineRule="auto"/>
              <w:rPr>
                <w:lang w:val="ru-RU"/>
              </w:rPr>
            </w:pPr>
            <w:r w:rsidRPr="00111314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111314">
              <w:rPr>
                <w:lang w:val="ru-RU"/>
              </w:rPr>
              <w:t xml:space="preserve">Восемь электронов на внешней электронной оболочке имеет:  </w:t>
            </w:r>
          </w:p>
          <w:p w:rsidR="007B68C2" w:rsidRPr="009778F3" w:rsidRDefault="007B68C2" w:rsidP="008921D6">
            <w:pPr>
              <w:tabs>
                <w:tab w:val="left" w:pos="540"/>
              </w:tabs>
              <w:spacing w:line="240" w:lineRule="auto"/>
            </w:pPr>
            <w:r w:rsidRPr="009778F3">
              <w:t>1)</w:t>
            </w:r>
            <w:proofErr w:type="gramStart"/>
            <w:r w:rsidRPr="009778F3">
              <w:t xml:space="preserve">Si;   </w:t>
            </w:r>
            <w:proofErr w:type="gramEnd"/>
            <w:r w:rsidRPr="009778F3">
              <w:t xml:space="preserve">    2)O</w:t>
            </w:r>
            <w:r w:rsidRPr="009778F3">
              <w:rPr>
                <w:vertAlign w:val="superscript"/>
              </w:rPr>
              <w:t>2-</w:t>
            </w:r>
            <w:r w:rsidRPr="009778F3">
              <w:t>;       3)Nе</w:t>
            </w:r>
            <w:r w:rsidRPr="009778F3">
              <w:rPr>
                <w:vertAlign w:val="superscript"/>
              </w:rPr>
              <w:t>+</w:t>
            </w:r>
            <w:r w:rsidRPr="009778F3">
              <w:t>.</w:t>
            </w:r>
          </w:p>
          <w:p w:rsidR="007B68C2" w:rsidRDefault="007B68C2" w:rsidP="008921D6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111314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111314">
              <w:rPr>
                <w:lang w:val="ru-RU"/>
              </w:rPr>
              <w:t>Оксид углерода (</w:t>
            </w:r>
            <w:r>
              <w:t>IV</w:t>
            </w:r>
            <w:r w:rsidRPr="00111314">
              <w:rPr>
                <w:lang w:val="ru-RU"/>
              </w:rPr>
              <w:t>) реагирует с каждым из веществ:</w:t>
            </w:r>
          </w:p>
          <w:p w:rsidR="007B68C2" w:rsidRDefault="007B68C2" w:rsidP="008921D6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водой и оксидом кальция;</w:t>
            </w:r>
          </w:p>
          <w:p w:rsidR="007B68C2" w:rsidRDefault="007B68C2" w:rsidP="008921D6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кислородом и оксидом серы;</w:t>
            </w:r>
          </w:p>
          <w:p w:rsidR="007B68C2" w:rsidRPr="00111314" w:rsidRDefault="007B68C2" w:rsidP="008921D6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  <w:rPr>
                <w:lang w:val="ru-RU"/>
              </w:rPr>
            </w:pPr>
            <w:r w:rsidRPr="00111314">
              <w:rPr>
                <w:lang w:val="ru-RU"/>
              </w:rPr>
              <w:t>сульфатом калия и гидроксидом натрия;</w:t>
            </w:r>
          </w:p>
          <w:p w:rsidR="007B68C2" w:rsidRDefault="007B68C2" w:rsidP="008921D6">
            <w:pPr>
              <w:numPr>
                <w:ilvl w:val="0"/>
                <w:numId w:val="16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фосфорной кислотой и водородом.</w:t>
            </w:r>
          </w:p>
          <w:p w:rsidR="007B68C2" w:rsidRDefault="007B68C2" w:rsidP="008921D6">
            <w:pPr>
              <w:spacing w:line="240" w:lineRule="auto"/>
            </w:pPr>
            <w:r w:rsidRPr="00504B36">
              <w:t>Составьте уравнение реакций</w:t>
            </w:r>
            <w:r>
              <w:t xml:space="preserve">: </w:t>
            </w:r>
          </w:p>
          <w:p w:rsidR="007B68C2" w:rsidRDefault="007B68C2" w:rsidP="008921D6">
            <w:pPr>
              <w:spacing w:line="240" w:lineRule="auto"/>
            </w:pPr>
            <w:r w:rsidRPr="00183723">
              <w:t>1)</w:t>
            </w:r>
          </w:p>
          <w:p w:rsidR="007B68C2" w:rsidRDefault="007B68C2" w:rsidP="008921D6">
            <w:pPr>
              <w:spacing w:line="240" w:lineRule="auto"/>
              <w:rPr>
                <w:sz w:val="28"/>
              </w:rPr>
            </w:pPr>
            <w:r w:rsidRPr="00183723">
              <w:t>2)</w:t>
            </w: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111314">
              <w:rPr>
                <w:b/>
                <w:bCs/>
                <w:i/>
                <w:iCs/>
                <w:lang w:val="ru-RU"/>
              </w:rPr>
              <w:t>4.</w:t>
            </w:r>
            <w:r w:rsidRPr="00111314">
              <w:rPr>
                <w:sz w:val="28"/>
                <w:lang w:val="ru-RU"/>
              </w:rPr>
              <w:t xml:space="preserve">       </w:t>
            </w:r>
            <w:r w:rsidRPr="00111314">
              <w:rPr>
                <w:lang w:val="ru-RU"/>
              </w:rPr>
              <w:t xml:space="preserve">Различить гидроксиды магния и цинка можно с помощью: </w:t>
            </w:r>
          </w:p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 xml:space="preserve">1) </w:t>
            </w:r>
            <w:r w:rsidRPr="009778F3">
              <w:t>H</w:t>
            </w:r>
            <w:r w:rsidRPr="00111314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111314">
              <w:rPr>
                <w:lang w:val="ru-RU"/>
              </w:rPr>
              <w:t xml:space="preserve">            2) </w:t>
            </w:r>
            <w:r w:rsidRPr="009778F3">
              <w:t>KOH</w:t>
            </w:r>
            <w:r w:rsidRPr="00111314">
              <w:rPr>
                <w:lang w:val="ru-RU"/>
              </w:rPr>
              <w:t xml:space="preserve">           </w:t>
            </w:r>
            <w:proofErr w:type="gramStart"/>
            <w:r w:rsidRPr="00111314">
              <w:rPr>
                <w:lang w:val="ru-RU"/>
              </w:rPr>
              <w:t>3)</w:t>
            </w:r>
            <w:r w:rsidRPr="009778F3">
              <w:t>HC</w:t>
            </w:r>
            <w:r>
              <w:t>l</w:t>
            </w:r>
            <w:proofErr w:type="gramEnd"/>
          </w:p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 xml:space="preserve">Составьте уравнение реакций: </w:t>
            </w:r>
          </w:p>
          <w:p w:rsidR="007B68C2" w:rsidRDefault="007B68C2" w:rsidP="008921D6">
            <w:pPr>
              <w:spacing w:line="240" w:lineRule="auto"/>
            </w:pPr>
            <w:r>
              <w:t>1)</w:t>
            </w:r>
          </w:p>
          <w:p w:rsidR="007B68C2" w:rsidRPr="00D72AAE" w:rsidRDefault="007B68C2" w:rsidP="008921D6">
            <w:pPr>
              <w:spacing w:line="240" w:lineRule="auto"/>
              <w:rPr>
                <w:sz w:val="28"/>
              </w:rPr>
            </w:pPr>
            <w:r>
              <w:t xml:space="preserve">2) </w:t>
            </w: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111314">
              <w:rPr>
                <w:b/>
                <w:bCs/>
                <w:i/>
                <w:iCs/>
                <w:lang w:val="ru-RU"/>
              </w:rPr>
              <w:t xml:space="preserve">5. </w:t>
            </w:r>
            <w:r w:rsidRPr="00111314">
              <w:rPr>
                <w:lang w:val="ru-RU"/>
              </w:rPr>
              <w:t xml:space="preserve">Какое пространственное строение может иметь молекула, центральный атом, которой находится в </w:t>
            </w:r>
            <w:r>
              <w:t>sp</w:t>
            </w:r>
            <w:r w:rsidRPr="00111314">
              <w:rPr>
                <w:vertAlign w:val="superscript"/>
                <w:lang w:val="ru-RU"/>
              </w:rPr>
              <w:t>2</w:t>
            </w:r>
            <w:r w:rsidRPr="00111314">
              <w:rPr>
                <w:lang w:val="ru-RU"/>
              </w:rPr>
              <w:t>-гибридном состоянии?</w:t>
            </w:r>
          </w:p>
          <w:p w:rsidR="007B68C2" w:rsidRDefault="007B68C2" w:rsidP="008921D6">
            <w:pPr>
              <w:numPr>
                <w:ilvl w:val="0"/>
                <w:numId w:val="38"/>
              </w:numPr>
              <w:spacing w:line="240" w:lineRule="auto"/>
            </w:pPr>
            <w:r>
              <w:t>Равносторонний или равнобедренный треугольник;</w:t>
            </w:r>
          </w:p>
          <w:p w:rsidR="007B68C2" w:rsidRPr="00111314" w:rsidRDefault="007B68C2" w:rsidP="008921D6">
            <w:pPr>
              <w:numPr>
                <w:ilvl w:val="0"/>
                <w:numId w:val="38"/>
              </w:num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>Тэтраэдр или выпуклая треугольная пирамида.</w:t>
            </w:r>
          </w:p>
          <w:p w:rsidR="007B68C2" w:rsidRDefault="007B68C2" w:rsidP="008921D6">
            <w:pPr>
              <w:numPr>
                <w:ilvl w:val="0"/>
                <w:numId w:val="38"/>
              </w:numPr>
              <w:spacing w:line="240" w:lineRule="auto"/>
            </w:pPr>
            <w:r>
              <w:t>Октаэдр или равнобедренный треугольник</w:t>
            </w:r>
          </w:p>
          <w:p w:rsidR="007B68C2" w:rsidRDefault="007B68C2" w:rsidP="008921D6">
            <w:pPr>
              <w:spacing w:line="240" w:lineRule="auto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Default="007B68C2" w:rsidP="008921D6">
            <w:pPr>
              <w:spacing w:line="240" w:lineRule="auto"/>
            </w:pPr>
            <w:r w:rsidRPr="00111314">
              <w:rPr>
                <w:b/>
                <w:bCs/>
                <w:i/>
                <w:iCs/>
                <w:lang w:val="ru-RU"/>
              </w:rPr>
              <w:t xml:space="preserve">6. </w:t>
            </w:r>
            <w:r w:rsidRPr="00111314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Изолированная система с окружающей ее средой …</w:t>
            </w:r>
          </w:p>
          <w:p w:rsidR="007B68C2" w:rsidRPr="00111314" w:rsidRDefault="007B68C2" w:rsidP="008921D6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>Не обменивается энергией, но не обменивается веществом</w:t>
            </w:r>
          </w:p>
          <w:p w:rsidR="007B68C2" w:rsidRPr="00111314" w:rsidRDefault="007B68C2" w:rsidP="008921D6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>Не обменивается ни веществом, ни энергией</w:t>
            </w:r>
          </w:p>
          <w:p w:rsidR="007B68C2" w:rsidRPr="00111314" w:rsidRDefault="007B68C2" w:rsidP="008921D6">
            <w:pPr>
              <w:numPr>
                <w:ilvl w:val="0"/>
                <w:numId w:val="39"/>
              </w:num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 xml:space="preserve">Не обменивается веществом, </w:t>
            </w:r>
            <w:proofErr w:type="gramStart"/>
            <w:r w:rsidRPr="00111314">
              <w:rPr>
                <w:lang w:val="ru-RU"/>
              </w:rPr>
              <w:t>но  обменивается</w:t>
            </w:r>
            <w:proofErr w:type="gramEnd"/>
            <w:r w:rsidRPr="00111314">
              <w:rPr>
                <w:lang w:val="ru-RU"/>
              </w:rPr>
              <w:t xml:space="preserve"> энергией</w:t>
            </w:r>
          </w:p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Default="007B68C2" w:rsidP="008921D6">
            <w:pPr>
              <w:spacing w:line="240" w:lineRule="auto"/>
            </w:pPr>
            <w:r>
              <w:rPr>
                <w:b/>
                <w:bCs/>
                <w:i/>
                <w:iCs/>
              </w:rPr>
              <w:t xml:space="preserve">7. </w:t>
            </w:r>
            <w:r>
              <w:t>Энергией называется …</w:t>
            </w:r>
          </w:p>
          <w:p w:rsidR="007B68C2" w:rsidRPr="00111314" w:rsidRDefault="007B68C2" w:rsidP="008921D6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>Физическая величина, характеризующая направление теплообмена между системами</w:t>
            </w:r>
          </w:p>
          <w:p w:rsidR="007B68C2" w:rsidRPr="00111314" w:rsidRDefault="007B68C2" w:rsidP="008921D6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t>Физическая величина, характеризующая способность переходить из одного состояния в другое.</w:t>
            </w:r>
          </w:p>
          <w:p w:rsidR="007B68C2" w:rsidRPr="00111314" w:rsidRDefault="007B68C2" w:rsidP="008921D6">
            <w:pPr>
              <w:numPr>
                <w:ilvl w:val="0"/>
                <w:numId w:val="17"/>
              </w:numPr>
              <w:spacing w:line="240" w:lineRule="auto"/>
              <w:rPr>
                <w:lang w:val="ru-RU"/>
              </w:rPr>
            </w:pPr>
            <w:r w:rsidRPr="00111314">
              <w:rPr>
                <w:lang w:val="ru-RU"/>
              </w:rPr>
              <w:lastRenderedPageBreak/>
              <w:t>Физическая величина, являющаяся мерой взаимодействия и движения материальных частиц</w:t>
            </w:r>
          </w:p>
          <w:p w:rsidR="007B68C2" w:rsidRPr="00111314" w:rsidRDefault="007B68C2" w:rsidP="008921D6">
            <w:pPr>
              <w:spacing w:line="240" w:lineRule="auto"/>
              <w:ind w:left="720"/>
              <w:rPr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B036F5" w:rsidRDefault="007B68C2" w:rsidP="008921D6">
            <w:pPr>
              <w:spacing w:line="240" w:lineRule="auto"/>
              <w:rPr>
                <w:lang w:val="ru-RU"/>
              </w:rPr>
            </w:pPr>
            <w:r w:rsidRPr="00B036F5">
              <w:rPr>
                <w:b/>
                <w:bCs/>
                <w:i/>
                <w:iCs/>
                <w:lang w:val="ru-RU"/>
              </w:rPr>
              <w:lastRenderedPageBreak/>
              <w:t xml:space="preserve">8. </w:t>
            </w:r>
            <w:r w:rsidRPr="00B036F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2460" type="#_x0000_t75" style="width:23.25pt;height:15.75pt" o:ole="">
                  <v:imagedata r:id="rId75" o:title=""/>
                </v:shape>
                <o:OLEObject Type="Embed" ProgID="Equation.3" ShapeID="_x0000_i2460" DrawAspect="Content" ObjectID="_1840792766" r:id="rId249"/>
              </w:object>
            </w:r>
            <w:r w:rsidRPr="00B036F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20" w:dyaOrig="380">
                <v:shape id="_x0000_i2461" type="#_x0000_t75" style="width:126pt;height:18.75pt" o:ole="">
                  <v:imagedata r:id="rId80" o:title=""/>
                </v:shape>
                <o:OLEObject Type="Embed" ProgID="Equation.3" ShapeID="_x0000_i2461" DrawAspect="Content" ObjectID="_1840792767" r:id="rId250"/>
              </w:object>
            </w:r>
          </w:p>
          <w:p w:rsidR="007B68C2" w:rsidRDefault="007B68C2" w:rsidP="008921D6">
            <w:pPr>
              <w:spacing w:line="240" w:lineRule="auto"/>
              <w:ind w:left="360"/>
            </w:pPr>
            <w:r>
              <w:t xml:space="preserve">1)  </w:t>
            </w:r>
            <w:r>
              <w:rPr>
                <w:position w:val="-6"/>
              </w:rPr>
              <w:object w:dxaOrig="740" w:dyaOrig="279">
                <v:shape id="_x0000_i2462" type="#_x0000_t75" style="width:36.75pt;height:13.5pt" o:ole="">
                  <v:imagedata r:id="rId251" o:title=""/>
                </v:shape>
                <o:OLEObject Type="Embed" ProgID="Equation.3" ShapeID="_x0000_i2462" DrawAspect="Content" ObjectID="_1840792768" r:id="rId252"/>
              </w:object>
            </w:r>
            <w:r>
              <w:t xml:space="preserve">;    2) </w:t>
            </w:r>
            <w:r>
              <w:rPr>
                <w:position w:val="-6"/>
              </w:rPr>
              <w:object w:dxaOrig="740" w:dyaOrig="279">
                <v:shape id="_x0000_i2463" type="#_x0000_t75" style="width:36.75pt;height:13.5pt" o:ole="">
                  <v:imagedata r:id="rId253" o:title=""/>
                </v:shape>
                <o:OLEObject Type="Embed" ProgID="Equation.3" ShapeID="_x0000_i2463" DrawAspect="Content" ObjectID="_1840792769" r:id="rId254"/>
              </w:object>
            </w:r>
            <w:r>
              <w:t>;     3)</w:t>
            </w:r>
            <w:r>
              <w:rPr>
                <w:position w:val="-6"/>
              </w:rPr>
              <w:object w:dxaOrig="740" w:dyaOrig="279">
                <v:shape id="_x0000_i2464" type="#_x0000_t75" style="width:36.75pt;height:13.5pt" o:ole="">
                  <v:imagedata r:id="rId255" o:title=""/>
                </v:shape>
                <o:OLEObject Type="Embed" ProgID="Equation.3" ShapeID="_x0000_i2464" DrawAspect="Content" ObjectID="_1840792770" r:id="rId256"/>
              </w:object>
            </w:r>
          </w:p>
          <w:p w:rsidR="007B68C2" w:rsidRPr="00D5570B" w:rsidRDefault="007B68C2" w:rsidP="008921D6">
            <w:pPr>
              <w:spacing w:line="240" w:lineRule="auto"/>
              <w:ind w:left="36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Default="007B68C2" w:rsidP="008921D6">
            <w:pPr>
              <w:spacing w:line="240" w:lineRule="auto"/>
            </w:pPr>
            <w:r w:rsidRPr="00B036F5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B036F5">
              <w:rPr>
                <w:lang w:val="ru-RU"/>
              </w:rPr>
              <w:t xml:space="preserve">При образовании 1 моль </w:t>
            </w:r>
            <w:r>
              <w:rPr>
                <w:position w:val="-12"/>
              </w:rPr>
              <w:object w:dxaOrig="520" w:dyaOrig="360">
                <v:shape id="_x0000_i2465" type="#_x0000_t75" style="width:27pt;height:18pt" o:ole="">
                  <v:imagedata r:id="rId41" o:title=""/>
                </v:shape>
                <o:OLEObject Type="Embed" ProgID="Equation.3" ShapeID="_x0000_i2465" DrawAspect="Content" ObjectID="_1840792771" r:id="rId257"/>
              </w:object>
            </w:r>
            <w:r w:rsidRPr="00B036F5">
              <w:rPr>
                <w:lang w:val="ru-RU"/>
              </w:rPr>
              <w:t xml:space="preserve">, из простых веществ выделилось 46,4 кДж тепла. </w:t>
            </w:r>
            <w:r>
              <w:t xml:space="preserve">Сколько выделилось теплоты, если образовалось </w:t>
            </w:r>
            <w:smartTag w:uri="urn:schemas-microsoft-com:office:smarttags" w:element="metricconverter">
              <w:smartTagPr>
                <w:attr w:name="ProductID" w:val="44,8 л"/>
              </w:smartTagPr>
              <w:r>
                <w:t>44,8 л</w:t>
              </w:r>
            </w:smartTag>
            <w:r>
              <w:t xml:space="preserve"> </w:t>
            </w:r>
            <w:r>
              <w:rPr>
                <w:position w:val="-12"/>
              </w:rPr>
              <w:object w:dxaOrig="520" w:dyaOrig="360">
                <v:shape id="_x0000_i2466" type="#_x0000_t75" style="width:27pt;height:18pt" o:ole="">
                  <v:imagedata r:id="rId41" o:title=""/>
                </v:shape>
                <o:OLEObject Type="Embed" ProgID="Equation.3" ShapeID="_x0000_i2466" DrawAspect="Content" ObjectID="_1840792772" r:id="rId258"/>
              </w:object>
            </w:r>
            <w:r>
              <w:t>.</w:t>
            </w:r>
          </w:p>
          <w:p w:rsidR="007B68C2" w:rsidRPr="009B3B0E" w:rsidRDefault="007B68C2" w:rsidP="008921D6">
            <w:pPr>
              <w:spacing w:line="240" w:lineRule="auto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111314" w:rsidRDefault="007B68C2" w:rsidP="008921D6">
            <w:pPr>
              <w:spacing w:line="240" w:lineRule="auto"/>
              <w:rPr>
                <w:szCs w:val="28"/>
                <w:lang w:val="ru-RU"/>
              </w:rPr>
            </w:pPr>
            <w:r w:rsidRPr="00111314">
              <w:rPr>
                <w:b/>
                <w:bCs/>
                <w:i/>
                <w:iCs/>
                <w:lang w:val="ru-RU"/>
              </w:rPr>
              <w:t xml:space="preserve">10. </w:t>
            </w:r>
            <w:r w:rsidRPr="00111314">
              <w:rPr>
                <w:szCs w:val="28"/>
                <w:lang w:val="ru-RU"/>
              </w:rPr>
              <w:t>Через определенный промежуток времени после начала реакции, уравнение которой</w:t>
            </w:r>
          </w:p>
          <w:p w:rsidR="007B68C2" w:rsidRPr="006D0217" w:rsidRDefault="007B68C2" w:rsidP="008921D6">
            <w:pPr>
              <w:spacing w:line="240" w:lineRule="auto"/>
              <w:rPr>
                <w:szCs w:val="28"/>
                <w:lang w:val="ru-RU"/>
              </w:rPr>
            </w:pPr>
            <w:r w:rsidRPr="00111314">
              <w:rPr>
                <w:szCs w:val="28"/>
                <w:lang w:val="ru-RU"/>
              </w:rPr>
              <w:tab/>
            </w:r>
            <w:r w:rsidRPr="00111314">
              <w:rPr>
                <w:szCs w:val="28"/>
                <w:lang w:val="ru-RU"/>
              </w:rPr>
              <w:tab/>
            </w:r>
            <w:r w:rsidRPr="006D0217">
              <w:rPr>
                <w:szCs w:val="28"/>
                <w:lang w:val="ru-RU"/>
              </w:rPr>
              <w:t>2</w:t>
            </w:r>
            <w:r>
              <w:rPr>
                <w:szCs w:val="28"/>
              </w:rPr>
              <w:t>NH</w:t>
            </w:r>
            <w:r w:rsidRPr="006D0217">
              <w:rPr>
                <w:szCs w:val="28"/>
                <w:vertAlign w:val="subscript"/>
                <w:lang w:val="ru-RU"/>
              </w:rPr>
              <w:t>3</w:t>
            </w:r>
            <w:r w:rsidRPr="006D0217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CuO</w:t>
            </w:r>
            <w:r w:rsidRPr="006D0217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N</w:t>
            </w:r>
            <w:r w:rsidRPr="006D0217">
              <w:rPr>
                <w:szCs w:val="28"/>
                <w:vertAlign w:val="subscript"/>
                <w:lang w:val="ru-RU"/>
              </w:rPr>
              <w:t>2</w:t>
            </w:r>
            <w:r w:rsidRPr="006D0217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H</w:t>
            </w:r>
            <w:r w:rsidRPr="006D0217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6D0217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</w:t>
            </w:r>
          </w:p>
          <w:p w:rsidR="007B68C2" w:rsidRPr="006D0217" w:rsidRDefault="007B68C2" w:rsidP="008921D6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szCs w:val="28"/>
                <w:lang w:val="ru-RU"/>
              </w:rPr>
              <w:t>концентрация аммиака уменьшилась в 3 раза. Во сколько раз при этом уменьшится скорость реакции по сравнению с начальной скоростью?</w:t>
            </w:r>
          </w:p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11. </w:t>
            </w:r>
            <w:r w:rsidRPr="006D0217">
              <w:rPr>
                <w:lang w:val="ru-RU"/>
              </w:rPr>
              <w:t xml:space="preserve"> Какой вид имеет выражение скорости прямой </w:t>
            </w:r>
            <w:proofErr w:type="gramStart"/>
            <w:r w:rsidRPr="006D0217">
              <w:rPr>
                <w:lang w:val="ru-RU"/>
              </w:rPr>
              <w:t xml:space="preserve">реакции:  </w:t>
            </w:r>
            <w:r>
              <w:t>FeO</w:t>
            </w:r>
            <w:proofErr w:type="gramEnd"/>
            <w:r w:rsidRPr="006D0217">
              <w:rPr>
                <w:lang w:val="ru-RU"/>
              </w:rPr>
              <w:t>(т)+</w:t>
            </w:r>
            <w:r>
              <w:t>CO</w:t>
            </w:r>
            <w:r w:rsidRPr="006D0217">
              <w:rPr>
                <w:lang w:val="ru-RU"/>
              </w:rPr>
              <w:t xml:space="preserve">(г)   →  </w:t>
            </w:r>
            <w:r>
              <w:t>Fe</w:t>
            </w:r>
            <w:r w:rsidRPr="006D0217">
              <w:rPr>
                <w:lang w:val="ru-RU"/>
              </w:rPr>
              <w:t>(т)+</w:t>
            </w:r>
            <w:r>
              <w:t>CO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(г).</w:t>
            </w:r>
          </w:p>
          <w:p w:rsidR="007B68C2" w:rsidRDefault="007B68C2" w:rsidP="008921D6">
            <w:pPr>
              <w:spacing w:line="240" w:lineRule="auto"/>
              <w:ind w:left="360"/>
            </w:pPr>
            <w:r w:rsidRPr="00412A53">
              <w:t xml:space="preserve">1) </w:t>
            </w:r>
            <w:r>
              <w:t xml:space="preserve">V=K[CO];  </w:t>
            </w:r>
          </w:p>
          <w:p w:rsidR="007B68C2" w:rsidRDefault="007B68C2" w:rsidP="008921D6">
            <w:pPr>
              <w:spacing w:line="240" w:lineRule="auto"/>
              <w:ind w:left="360"/>
            </w:pPr>
            <w:r w:rsidRPr="00412A53">
              <w:t xml:space="preserve">2) </w:t>
            </w:r>
            <w:r>
              <w:t xml:space="preserve">V=K[FeO][CO];   </w:t>
            </w:r>
          </w:p>
          <w:p w:rsidR="007B68C2" w:rsidRDefault="007B68C2" w:rsidP="008921D6">
            <w:pPr>
              <w:spacing w:line="240" w:lineRule="auto"/>
              <w:ind w:left="360"/>
              <w:rPr>
                <w:szCs w:val="28"/>
              </w:rPr>
            </w:pPr>
            <w:r w:rsidRPr="00412A53">
              <w:t xml:space="preserve">3) </w:t>
            </w:r>
            <w:r>
              <w:t>V=K[CО</w:t>
            </w:r>
            <w:r>
              <w:rPr>
                <w:vertAlign w:val="subscript"/>
              </w:rPr>
              <w:t>2</w:t>
            </w:r>
            <w:r>
              <w:t>].</w:t>
            </w:r>
          </w:p>
          <w:p w:rsidR="007B68C2" w:rsidRDefault="007B68C2" w:rsidP="008921D6">
            <w:pPr>
              <w:spacing w:line="240" w:lineRule="auto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12. </w:t>
            </w:r>
            <w:r w:rsidRPr="006D0217">
              <w:rPr>
                <w:sz w:val="28"/>
                <w:szCs w:val="28"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Как повлияет на находящуюся в равновесии систему, уравнение которой </w:t>
            </w:r>
          </w:p>
          <w:p w:rsidR="007B68C2" w:rsidRPr="006D0217" w:rsidRDefault="007B68C2" w:rsidP="008921D6">
            <w:pPr>
              <w:spacing w:line="240" w:lineRule="auto"/>
              <w:ind w:left="708" w:firstLine="708"/>
              <w:rPr>
                <w:szCs w:val="28"/>
                <w:lang w:val="ru-RU"/>
              </w:rPr>
            </w:pPr>
            <w:r w:rsidRPr="006D0217">
              <w:rPr>
                <w:szCs w:val="28"/>
                <w:lang w:val="ru-RU"/>
              </w:rPr>
              <w:t>С</w:t>
            </w:r>
            <w:r w:rsidRPr="006D0217">
              <w:rPr>
                <w:szCs w:val="28"/>
                <w:vertAlign w:val="subscript"/>
                <w:lang w:val="ru-RU"/>
              </w:rPr>
              <w:t xml:space="preserve">(т) </w:t>
            </w:r>
            <w:r w:rsidRPr="006D0217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6D0217">
              <w:rPr>
                <w:szCs w:val="28"/>
                <w:vertAlign w:val="subscript"/>
                <w:lang w:val="ru-RU"/>
              </w:rPr>
              <w:t xml:space="preserve">2(г) </w:t>
            </w:r>
            <w:r w:rsidRPr="006D0217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6D0217">
              <w:rPr>
                <w:szCs w:val="28"/>
                <w:vertAlign w:val="subscript"/>
                <w:lang w:val="ru-RU"/>
              </w:rPr>
              <w:t xml:space="preserve">4(г) </w:t>
            </w:r>
            <w:r w:rsidRPr="006D0217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6D0217">
              <w:rPr>
                <w:szCs w:val="28"/>
                <w:lang w:val="ru-RU"/>
              </w:rPr>
              <w:t>, уменьшение температуры?</w:t>
            </w:r>
          </w:p>
          <w:p w:rsidR="007B68C2" w:rsidRDefault="007B68C2" w:rsidP="008921D6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7B68C2" w:rsidRDefault="007B68C2" w:rsidP="008921D6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7B68C2" w:rsidRDefault="007B68C2" w:rsidP="008921D6">
            <w:pPr>
              <w:numPr>
                <w:ilvl w:val="0"/>
                <w:numId w:val="42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7B68C2" w:rsidRDefault="007B68C2" w:rsidP="008921D6">
            <w:pPr>
              <w:spacing w:line="240" w:lineRule="auto"/>
              <w:ind w:left="36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Default="007B68C2" w:rsidP="008921D6">
            <w:pPr>
              <w:spacing w:line="240" w:lineRule="auto"/>
            </w:pPr>
            <w:r>
              <w:rPr>
                <w:b/>
                <w:bCs/>
                <w:i/>
                <w:iCs/>
              </w:rPr>
              <w:t xml:space="preserve">13. </w:t>
            </w:r>
            <w:r>
              <w:t>К сильным электролитам относится:</w:t>
            </w:r>
          </w:p>
          <w:p w:rsidR="007B68C2" w:rsidRDefault="007B68C2" w:rsidP="008921D6">
            <w:pPr>
              <w:spacing w:line="240" w:lineRule="auto"/>
              <w:ind w:left="360"/>
            </w:pPr>
            <w:r>
              <w:t>1) Fe</w:t>
            </w:r>
            <w:r w:rsidRPr="00412A53">
              <w:t>(</w:t>
            </w:r>
            <w:r>
              <w:t>OH</w:t>
            </w:r>
            <w:r w:rsidRPr="00412A53">
              <w:t>)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</w:t>
            </w:r>
          </w:p>
          <w:p w:rsidR="007B68C2" w:rsidRDefault="007B68C2" w:rsidP="008921D6">
            <w:pPr>
              <w:spacing w:line="240" w:lineRule="auto"/>
              <w:ind w:left="360"/>
            </w:pPr>
            <w:r>
              <w:t>2) H</w:t>
            </w:r>
            <w:r w:rsidRPr="00412A53">
              <w:rPr>
                <w:vertAlign w:val="subscript"/>
              </w:rPr>
              <w:t>2</w:t>
            </w:r>
            <w:r>
              <w:t>SiO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  </w:t>
            </w:r>
          </w:p>
          <w:p w:rsidR="007B68C2" w:rsidRPr="00412A53" w:rsidRDefault="007B68C2" w:rsidP="008921D6">
            <w:pPr>
              <w:spacing w:line="240" w:lineRule="auto"/>
              <w:ind w:left="360"/>
            </w:pPr>
            <w:r>
              <w:t>3) H</w:t>
            </w:r>
            <w:r w:rsidRPr="00412A53">
              <w:rPr>
                <w:vertAlign w:val="subscript"/>
              </w:rPr>
              <w:t>2</w:t>
            </w:r>
            <w:r>
              <w:t>SO</w:t>
            </w:r>
            <w:r w:rsidRPr="00412A53">
              <w:rPr>
                <w:vertAlign w:val="subscript"/>
              </w:rPr>
              <w:t>4.</w:t>
            </w:r>
          </w:p>
          <w:p w:rsidR="007B68C2" w:rsidRPr="00412A53" w:rsidRDefault="007B68C2" w:rsidP="008921D6">
            <w:pPr>
              <w:spacing w:line="240" w:lineRule="auto"/>
              <w:ind w:left="36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183723" w:rsidRDefault="007B68C2" w:rsidP="008921D6">
            <w:pPr>
              <w:spacing w:line="240" w:lineRule="auto"/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14. </w:t>
            </w:r>
            <w:r w:rsidRPr="006D0217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2,3 г"/>
              </w:smartTagPr>
              <w:r w:rsidRPr="006D0217">
                <w:rPr>
                  <w:lang w:val="ru-RU"/>
                </w:rPr>
                <w:t>2,3 г</w:t>
              </w:r>
            </w:smartTag>
            <w:r w:rsidRPr="006D0217">
              <w:rPr>
                <w:lang w:val="ru-RU"/>
              </w:rPr>
              <w:t xml:space="preserve"> неэлектролита в 250 мл при 27</w:t>
            </w:r>
            <w:r w:rsidRPr="006D0217">
              <w:rPr>
                <w:vertAlign w:val="superscript"/>
                <w:lang w:val="ru-RU"/>
              </w:rPr>
              <w:t>о</w:t>
            </w:r>
            <w:r w:rsidRPr="006D0217">
              <w:rPr>
                <w:lang w:val="ru-RU"/>
              </w:rPr>
              <w:t xml:space="preserve">С имеет осмотическое давление 249 кПа. </w:t>
            </w:r>
            <w:r>
              <w:t xml:space="preserve">Молярная масса </w:t>
            </w:r>
            <w:proofErr w:type="gramStart"/>
            <w:r>
              <w:t>неэлектролита  (</w:t>
            </w:r>
            <w:proofErr w:type="gramEnd"/>
            <w:r>
              <w:t>г/моль)  равна…</w:t>
            </w:r>
          </w:p>
          <w:p w:rsidR="007B68C2" w:rsidRPr="00183723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183723" w:rsidRDefault="007B68C2" w:rsidP="008921D6">
            <w:pPr>
              <w:spacing w:line="240" w:lineRule="auto"/>
              <w:rPr>
                <w:b/>
                <w:bCs/>
                <w:i/>
                <w:iCs/>
              </w:rPr>
            </w:pPr>
            <w:r w:rsidRPr="00B036F5">
              <w:rPr>
                <w:b/>
                <w:bCs/>
                <w:i/>
                <w:iCs/>
                <w:lang w:val="ru-RU"/>
              </w:rPr>
              <w:t xml:space="preserve">15. </w:t>
            </w:r>
            <w:r w:rsidRPr="00B036F5">
              <w:rPr>
                <w:lang w:val="ru-RU"/>
              </w:rPr>
              <w:t>Раствор, содержащий 0,4</w:t>
            </w:r>
            <w:r>
              <w:t> </w:t>
            </w:r>
            <w:r w:rsidRPr="00B036F5">
              <w:rPr>
                <w:lang w:val="ru-RU"/>
              </w:rPr>
              <w:t xml:space="preserve">г вещества в </w:t>
            </w:r>
            <w:smartTag w:uri="urn:schemas-microsoft-com:office:smarttags" w:element="metricconverter">
              <w:smartTagPr>
                <w:attr w:name="ProductID" w:val="10 г"/>
              </w:smartTagPr>
              <w:r w:rsidRPr="00B036F5">
                <w:rPr>
                  <w:lang w:val="ru-RU"/>
                </w:rPr>
                <w:t>10</w:t>
              </w:r>
              <w:r>
                <w:t> </w:t>
              </w:r>
              <w:r w:rsidRPr="00B036F5">
                <w:rPr>
                  <w:lang w:val="ru-RU"/>
                </w:rPr>
                <w:t>г</w:t>
              </w:r>
            </w:smartTag>
            <w:r w:rsidRPr="00B036F5">
              <w:rPr>
                <w:lang w:val="ru-RU"/>
              </w:rPr>
              <w:t xml:space="preserve"> воды, замерзает при -1,24</w:t>
            </w:r>
            <w:r w:rsidRPr="00B036F5">
              <w:rPr>
                <w:vertAlign w:val="superscript"/>
                <w:lang w:val="ru-RU"/>
              </w:rPr>
              <w:t>о</w:t>
            </w:r>
            <w:r w:rsidRPr="00B036F5">
              <w:rPr>
                <w:lang w:val="ru-RU"/>
              </w:rPr>
              <w:t xml:space="preserve">С. </w:t>
            </w:r>
            <w:r>
              <w:t>(</w:t>
            </w:r>
            <w:r>
              <w:rPr>
                <w:sz w:val="22"/>
              </w:rPr>
              <w:t>К</w:t>
            </w:r>
            <w:r>
              <w:rPr>
                <w:sz w:val="22"/>
                <w:vertAlign w:val="subscript"/>
              </w:rPr>
              <w:t>H</w:t>
            </w:r>
            <w:r>
              <w:rPr>
                <w:position w:val="-4"/>
                <w:sz w:val="22"/>
                <w:vertAlign w:val="subscript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= 1,86</w:t>
            </w:r>
            <w:r>
              <w:rPr>
                <w:position w:val="-24"/>
                <w:sz w:val="22"/>
              </w:rPr>
              <w:object w:dxaOrig="1020" w:dyaOrig="620">
                <v:shape id="_x0000_i2467" type="#_x0000_t75" style="width:51.75pt;height:30pt" o:ole="">
                  <v:imagedata r:id="rId259" o:title=""/>
                </v:shape>
                <o:OLEObject Type="Embed" ProgID="Equation.3" ShapeID="_x0000_i2467" DrawAspect="Content" ObjectID="_1840792773" r:id="rId260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2468" type="#_x0000_t75" style="width:9pt;height:17.25pt" o:ole="">
                  <v:imagedata r:id="rId107" o:title=""/>
                </v:shape>
                <o:OLEObject Type="Embed" ProgID="Equation.3" ShapeID="_x0000_i2468" DrawAspect="Content" ObjectID="_1840792774" r:id="rId261"/>
              </w:object>
            </w:r>
            <w:r>
              <w:rPr>
                <w:sz w:val="22"/>
              </w:rPr>
              <w:t>)</w:t>
            </w:r>
            <w:r>
              <w:t>. Молярная масса  вещества   равна…, г/моль.</w:t>
            </w: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16. </w:t>
            </w:r>
            <w:r w:rsidRPr="006D0217">
              <w:rPr>
                <w:lang w:val="ru-RU"/>
              </w:rPr>
              <w:t>Щелочной раствор получают при растворении в воде:</w:t>
            </w:r>
          </w:p>
          <w:p w:rsidR="007B68C2" w:rsidRPr="006D0217" w:rsidRDefault="007B68C2" w:rsidP="008921D6">
            <w:pPr>
              <w:spacing w:line="240" w:lineRule="auto"/>
              <w:ind w:left="360"/>
              <w:rPr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>
              <w:t>Na</w:t>
            </w:r>
            <w:r w:rsidRPr="006D0217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 xml:space="preserve">                        </w:t>
            </w:r>
          </w:p>
          <w:p w:rsidR="007B68C2" w:rsidRPr="006D0217" w:rsidRDefault="007B68C2" w:rsidP="008921D6">
            <w:pPr>
              <w:spacing w:line="240" w:lineRule="auto"/>
              <w:ind w:left="360"/>
              <w:rPr>
                <w:lang w:val="ru-RU"/>
              </w:rPr>
            </w:pPr>
            <w:r w:rsidRPr="006D0217">
              <w:rPr>
                <w:lang w:val="ru-RU"/>
              </w:rPr>
              <w:t xml:space="preserve">2)  </w:t>
            </w:r>
            <w:r>
              <w:t>Na</w:t>
            </w:r>
            <w:r w:rsidRPr="006D0217">
              <w:rPr>
                <w:szCs w:val="16"/>
                <w:vertAlign w:val="subscript"/>
                <w:lang w:val="ru-RU"/>
              </w:rPr>
              <w:t>2</w:t>
            </w:r>
            <w:r>
              <w:t>SO</w:t>
            </w:r>
            <w:r w:rsidRPr="006D0217">
              <w:rPr>
                <w:szCs w:val="16"/>
                <w:vertAlign w:val="subscript"/>
                <w:lang w:val="ru-RU"/>
              </w:rPr>
              <w:t>4</w:t>
            </w:r>
            <w:r w:rsidRPr="006D0217">
              <w:rPr>
                <w:lang w:val="ru-RU"/>
              </w:rPr>
              <w:t xml:space="preserve">                               </w:t>
            </w:r>
          </w:p>
          <w:p w:rsidR="007B68C2" w:rsidRPr="006D0217" w:rsidRDefault="007B68C2" w:rsidP="008921D6">
            <w:pPr>
              <w:spacing w:line="240" w:lineRule="auto"/>
              <w:ind w:left="360"/>
              <w:rPr>
                <w:lang w:val="ru-RU"/>
              </w:rPr>
            </w:pPr>
            <w:r w:rsidRPr="006D0217">
              <w:rPr>
                <w:lang w:val="ru-RU"/>
              </w:rPr>
              <w:t xml:space="preserve">3) </w:t>
            </w:r>
            <w:r>
              <w:t>Fe</w:t>
            </w:r>
            <w:r w:rsidRPr="006D0217">
              <w:rPr>
                <w:szCs w:val="14"/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(</w:t>
            </w:r>
            <w:r>
              <w:t>SO</w:t>
            </w:r>
            <w:r w:rsidRPr="006D0217">
              <w:rPr>
                <w:szCs w:val="16"/>
                <w:vertAlign w:val="subscript"/>
                <w:lang w:val="ru-RU"/>
              </w:rPr>
              <w:t>4</w:t>
            </w:r>
            <w:r w:rsidRPr="006D0217">
              <w:rPr>
                <w:lang w:val="ru-RU"/>
              </w:rPr>
              <w:t>)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</w:p>
          <w:p w:rsidR="007B68C2" w:rsidRPr="006D0217" w:rsidRDefault="007B68C2" w:rsidP="008921D6">
            <w:pPr>
              <w:spacing w:line="240" w:lineRule="auto"/>
              <w:ind w:left="360"/>
              <w:rPr>
                <w:bCs/>
                <w:iCs/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Ответ </w:t>
            </w:r>
            <w:proofErr w:type="gramStart"/>
            <w:r w:rsidRPr="006D0217">
              <w:rPr>
                <w:bCs/>
                <w:iCs/>
                <w:lang w:val="ru-RU"/>
              </w:rPr>
              <w:t>поясните,  составив</w:t>
            </w:r>
            <w:proofErr w:type="gramEnd"/>
            <w:r w:rsidRPr="006D0217">
              <w:rPr>
                <w:bCs/>
                <w:iCs/>
                <w:lang w:val="ru-RU"/>
              </w:rPr>
              <w:t xml:space="preserve">  уравнение реакции:</w:t>
            </w:r>
          </w:p>
          <w:p w:rsidR="007B68C2" w:rsidRPr="006D0217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17. </w:t>
            </w:r>
            <w:r w:rsidRPr="006D0217">
              <w:rPr>
                <w:szCs w:val="28"/>
                <w:lang w:val="ru-RU"/>
              </w:rPr>
              <w:t xml:space="preserve">Чему равна </w:t>
            </w:r>
            <w:proofErr w:type="gramStart"/>
            <w:r w:rsidRPr="006D0217">
              <w:rPr>
                <w:szCs w:val="28"/>
                <w:lang w:val="ru-RU"/>
              </w:rPr>
              <w:t>концентрация  ионов</w:t>
            </w:r>
            <w:proofErr w:type="gramEnd"/>
            <w:r w:rsidRPr="006D0217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OH</w:t>
            </w:r>
            <w:r w:rsidRPr="006D0217">
              <w:rPr>
                <w:szCs w:val="28"/>
                <w:vertAlign w:val="superscript"/>
                <w:lang w:val="ru-RU"/>
              </w:rPr>
              <w:t>-</w:t>
            </w:r>
            <w:r w:rsidRPr="006D0217">
              <w:rPr>
                <w:szCs w:val="28"/>
                <w:lang w:val="ru-RU"/>
              </w:rPr>
              <w:t xml:space="preserve"> в растворе, если концентрация ионов Н</w:t>
            </w:r>
            <w:r w:rsidRPr="006D0217">
              <w:rPr>
                <w:szCs w:val="28"/>
                <w:vertAlign w:val="superscript"/>
                <w:lang w:val="ru-RU"/>
              </w:rPr>
              <w:t>+</w:t>
            </w:r>
            <w:r w:rsidRPr="006D0217">
              <w:rPr>
                <w:szCs w:val="28"/>
                <w:lang w:val="ru-RU"/>
              </w:rPr>
              <w:t xml:space="preserve">  равна 10</w:t>
            </w:r>
            <w:r w:rsidRPr="006D0217">
              <w:rPr>
                <w:szCs w:val="28"/>
                <w:vertAlign w:val="superscript"/>
                <w:lang w:val="ru-RU"/>
              </w:rPr>
              <w:t>-1</w:t>
            </w:r>
            <w:r w:rsidRPr="006D0217">
              <w:rPr>
                <w:szCs w:val="28"/>
                <w:lang w:val="ru-RU"/>
              </w:rPr>
              <w:t xml:space="preserve"> моль/л?</w:t>
            </w:r>
          </w:p>
          <w:p w:rsidR="007B68C2" w:rsidRPr="006D0217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18. </w:t>
            </w:r>
            <w:r w:rsidRPr="006D0217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NaNO</w:t>
            </w:r>
            <w:proofErr w:type="gramStart"/>
            <w:r w:rsidRPr="006D0217">
              <w:rPr>
                <w:szCs w:val="28"/>
                <w:vertAlign w:val="subscript"/>
                <w:lang w:val="ru-RU"/>
              </w:rPr>
              <w:t xml:space="preserve">3 </w:t>
            </w:r>
            <w:r w:rsidRPr="006D0217">
              <w:rPr>
                <w:szCs w:val="28"/>
                <w:lang w:val="ru-RU"/>
              </w:rPr>
              <w:t>,</w:t>
            </w:r>
            <w:proofErr w:type="gramEnd"/>
            <w:r w:rsidRPr="006D0217">
              <w:rPr>
                <w:szCs w:val="28"/>
                <w:lang w:val="ru-RU"/>
              </w:rPr>
              <w:t xml:space="preserve"> необходимая для приготовления 300 мл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6D0217">
                <w:rPr>
                  <w:szCs w:val="28"/>
                  <w:lang w:val="ru-RU"/>
                </w:rPr>
                <w:t>0,2 М</w:t>
              </w:r>
            </w:smartTag>
            <w:r w:rsidRPr="006D0217">
              <w:rPr>
                <w:szCs w:val="28"/>
                <w:lang w:val="ru-RU"/>
              </w:rPr>
              <w:t xml:space="preserve"> раствора   равна…, г</w:t>
            </w:r>
          </w:p>
          <w:p w:rsidR="007B68C2" w:rsidRPr="006D0217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 19. </w:t>
            </w:r>
            <w:r w:rsidRPr="006D0217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6D0217">
                <w:rPr>
                  <w:szCs w:val="28"/>
                  <w:lang w:val="ru-RU"/>
                </w:rPr>
                <w:t>240 г</w:t>
              </w:r>
            </w:smartTag>
            <w:r w:rsidRPr="006D0217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6D0217">
                <w:rPr>
                  <w:szCs w:val="28"/>
                  <w:lang w:val="ru-RU"/>
                </w:rPr>
                <w:t>60 г</w:t>
              </w:r>
            </w:smartTag>
            <w:r w:rsidRPr="006D0217">
              <w:rPr>
                <w:szCs w:val="28"/>
                <w:lang w:val="ru-RU"/>
              </w:rPr>
              <w:t xml:space="preserve"> соли. Массовая доля </w:t>
            </w:r>
            <w:proofErr w:type="gramStart"/>
            <w:r w:rsidRPr="006D0217">
              <w:rPr>
                <w:szCs w:val="28"/>
                <w:lang w:val="ru-RU"/>
              </w:rPr>
              <w:t>соли  в</w:t>
            </w:r>
            <w:proofErr w:type="gramEnd"/>
            <w:r w:rsidRPr="006D0217">
              <w:rPr>
                <w:szCs w:val="28"/>
                <w:lang w:val="ru-RU"/>
              </w:rPr>
              <w:t xml:space="preserve"> полученном растворе равна…, %.</w:t>
            </w:r>
          </w:p>
          <w:p w:rsidR="007B68C2" w:rsidRPr="006D0217" w:rsidRDefault="007B68C2" w:rsidP="008921D6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proofErr w:type="gramStart"/>
            <w:r w:rsidRPr="006D0217">
              <w:rPr>
                <w:b/>
                <w:bCs/>
                <w:i/>
                <w:iCs/>
                <w:lang w:val="ru-RU"/>
              </w:rPr>
              <w:lastRenderedPageBreak/>
              <w:t>20</w:t>
            </w:r>
            <w:r w:rsidRPr="006D0217">
              <w:rPr>
                <w:lang w:val="ru-RU"/>
              </w:rPr>
              <w:t xml:space="preserve"> .</w:t>
            </w:r>
            <w:proofErr w:type="gramEnd"/>
            <w:r w:rsidRPr="006D0217">
              <w:rPr>
                <w:lang w:val="ru-RU"/>
              </w:rPr>
              <w:t xml:space="preserve"> </w:t>
            </w:r>
            <w:proofErr w:type="gramStart"/>
            <w:r w:rsidRPr="006D0217">
              <w:rPr>
                <w:lang w:val="ru-RU"/>
              </w:rPr>
              <w:t>Агрегативная  устойчивость</w:t>
            </w:r>
            <w:proofErr w:type="gramEnd"/>
            <w:r w:rsidRPr="006D0217">
              <w:rPr>
                <w:lang w:val="ru-RU"/>
              </w:rPr>
              <w:t xml:space="preserve"> дисперсных систем возрастает…</w:t>
            </w:r>
          </w:p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1) с увеличением размера частиц;</w:t>
            </w:r>
            <w:r w:rsidRPr="006D0217">
              <w:rPr>
                <w:lang w:val="ru-RU"/>
              </w:rPr>
              <w:tab/>
            </w:r>
          </w:p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2) с уменьшением размера частиц; </w:t>
            </w:r>
          </w:p>
          <w:p w:rsidR="007B68C2" w:rsidRDefault="007B68C2" w:rsidP="008921D6">
            <w:pPr>
              <w:spacing w:line="240" w:lineRule="auto"/>
              <w:rPr>
                <w:b/>
                <w:bCs/>
                <w:i/>
                <w:iCs/>
              </w:rPr>
            </w:pPr>
            <w:r>
              <w:t>3) с повышением температуры</w:t>
            </w:r>
            <w:r>
              <w:tab/>
            </w: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D75D4A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B036F5" w:rsidRDefault="007B68C2" w:rsidP="008921D6">
            <w:pPr>
              <w:spacing w:line="240" w:lineRule="auto"/>
              <w:rPr>
                <w:lang w:val="ru-RU"/>
              </w:rPr>
            </w:pPr>
            <w:r w:rsidRPr="00B036F5">
              <w:rPr>
                <w:b/>
                <w:bCs/>
                <w:i/>
                <w:iCs/>
                <w:lang w:val="ru-RU"/>
              </w:rPr>
              <w:t xml:space="preserve">21. </w:t>
            </w:r>
            <w:r w:rsidRPr="00B036F5">
              <w:rPr>
                <w:lang w:val="ru-RU"/>
              </w:rPr>
              <w:t xml:space="preserve">Вычислить Е (ЭДС) гальванического элемента в (В), состоящего из железного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036F5">
                <w:rPr>
                  <w:lang w:val="ru-RU"/>
                </w:rPr>
                <w:t>1 М</w:t>
              </w:r>
            </w:smartTag>
            <w:r w:rsidRPr="00B036F5">
              <w:rPr>
                <w:lang w:val="ru-RU"/>
              </w:rPr>
              <w:t xml:space="preserve"> раствор соли </w:t>
            </w:r>
            <w:r>
              <w:t>Fe</w:t>
            </w:r>
            <w:r w:rsidRPr="00B036F5">
              <w:rPr>
                <w:lang w:val="ru-RU"/>
              </w:rPr>
              <w:t>(</w:t>
            </w:r>
            <w:r>
              <w:t>NO</w:t>
            </w:r>
            <w:r w:rsidRPr="00B036F5">
              <w:rPr>
                <w:vertAlign w:val="subscript"/>
                <w:lang w:val="ru-RU"/>
              </w:rPr>
              <w:t>3</w:t>
            </w:r>
            <w:r w:rsidRPr="00B036F5">
              <w:rPr>
                <w:lang w:val="ru-RU"/>
              </w:rPr>
              <w:t>)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 xml:space="preserve">, и серебряного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036F5">
                <w:rPr>
                  <w:lang w:val="ru-RU"/>
                </w:rPr>
                <w:t>1 М</w:t>
              </w:r>
            </w:smartTag>
            <w:r w:rsidRPr="00B036F5">
              <w:rPr>
                <w:lang w:val="ru-RU"/>
              </w:rPr>
              <w:t xml:space="preserve"> раствор соли азотнокислого серебра, если </w:t>
            </w:r>
            <w:r>
              <w:rPr>
                <w:position w:val="-10"/>
              </w:rPr>
              <w:object w:dxaOrig="2120" w:dyaOrig="360">
                <v:shape id="_x0000_i2469" type="#_x0000_t75" style="width:105.75pt;height:18pt" o:ole="" fillcolor="window">
                  <v:imagedata r:id="rId135" o:title=""/>
                </v:shape>
                <o:OLEObject Type="Embed" ProgID="Equation.3" ShapeID="_x0000_i2469" DrawAspect="Content" ObjectID="_1840792775" r:id="rId262"/>
              </w:object>
            </w:r>
            <w:r w:rsidRPr="00B036F5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2100" w:dyaOrig="360">
                <v:shape id="_x0000_i2470" type="#_x0000_t75" style="width:105pt;height:18pt" o:ole="" fillcolor="window">
                  <v:imagedata r:id="rId137" o:title=""/>
                </v:shape>
                <o:OLEObject Type="Embed" ProgID="Equation.3" ShapeID="_x0000_i2470" DrawAspect="Content" ObjectID="_1840792776" r:id="rId263"/>
              </w:object>
            </w:r>
          </w:p>
          <w:p w:rsidR="007B68C2" w:rsidRPr="00B036F5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111314" w:rsidRDefault="007B68C2" w:rsidP="008921D6">
            <w:pPr>
              <w:spacing w:line="240" w:lineRule="auto"/>
              <w:rPr>
                <w:lang w:val="ru-RU"/>
              </w:rPr>
            </w:pPr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11314">
              <w:rPr>
                <w:b/>
                <w:bCs/>
                <w:i/>
                <w:iCs/>
                <w:lang w:val="ru-RU"/>
              </w:rPr>
              <w:t xml:space="preserve">22. </w:t>
            </w:r>
            <w:r w:rsidRPr="00111314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7B68C2" w:rsidRPr="004F49A1" w:rsidRDefault="007B68C2" w:rsidP="008921D6">
            <w:pPr>
              <w:spacing w:line="240" w:lineRule="auto"/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F49A1">
              <w:rPr>
                <w:szCs w:val="24"/>
              </w:rPr>
              <w:t>) Cu</w:t>
            </w:r>
            <w:r w:rsidRPr="004F49A1">
              <w:rPr>
                <w:szCs w:val="24"/>
                <w:vertAlign w:val="superscript"/>
              </w:rPr>
              <w:t>2+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4F49A1">
              <w:rPr>
                <w:szCs w:val="24"/>
              </w:rPr>
              <w:t>) Cl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4F49A1">
              <w:rPr>
                <w:szCs w:val="24"/>
              </w:rPr>
              <w:t>) (VO</w:t>
            </w:r>
            <w:r w:rsidRPr="004F49A1">
              <w:rPr>
                <w:szCs w:val="24"/>
                <w:vertAlign w:val="subscript"/>
              </w:rPr>
              <w:t>3</w:t>
            </w:r>
            <w:r w:rsidRPr="004F49A1">
              <w:rPr>
                <w:szCs w:val="24"/>
              </w:rPr>
              <w:t>)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</w:p>
          <w:p w:rsidR="007B68C2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</w:rPr>
            </w:pPr>
          </w:p>
        </w:tc>
      </w:tr>
      <w:tr w:rsidR="007B68C2" w:rsidRPr="00452C9F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 23. </w:t>
            </w:r>
            <w:r w:rsidRPr="006D0217">
              <w:rPr>
                <w:lang w:val="ru-RU"/>
              </w:rPr>
              <w:t>Составьте электронные уравнения и расставьте коэффициеты:</w:t>
            </w:r>
          </w:p>
          <w:p w:rsidR="007B68C2" w:rsidRPr="00A4702B" w:rsidRDefault="007B68C2" w:rsidP="008921D6">
            <w:pPr>
              <w:spacing w:line="240" w:lineRule="auto"/>
            </w:pPr>
            <w:r w:rsidRPr="004F49A1">
              <w:t>Mn</w:t>
            </w:r>
            <w:r w:rsidRPr="00A4702B">
              <w:t>(</w:t>
            </w:r>
            <w:r w:rsidRPr="004F49A1">
              <w:t>OH</w:t>
            </w:r>
            <w:r w:rsidRPr="00A4702B">
              <w:t>)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Cl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KOH</w:t>
            </w:r>
            <w:r w:rsidRPr="00A4702B">
              <w:t>=</w:t>
            </w:r>
            <w:r w:rsidRPr="004F49A1">
              <w:t>MnO</w:t>
            </w:r>
            <w:r w:rsidRPr="00A4702B">
              <w:rPr>
                <w:vertAlign w:val="subscript"/>
              </w:rPr>
              <w:t xml:space="preserve">2 </w:t>
            </w:r>
            <w:r w:rsidRPr="00A4702B">
              <w:t>+…</w:t>
            </w:r>
            <w:proofErr w:type="gramStart"/>
            <w:r w:rsidRPr="00A4702B">
              <w:t>….</w:t>
            </w:r>
            <w:r w:rsidRPr="004F49A1">
              <w:t>Cl</w:t>
            </w:r>
            <w:proofErr w:type="gramEnd"/>
            <w:r w:rsidRPr="00A4702B">
              <w:rPr>
                <w:vertAlign w:val="superscript"/>
              </w:rPr>
              <w:t xml:space="preserve">- </w:t>
            </w:r>
            <w:r w:rsidRPr="00A4702B">
              <w:t>+…</w:t>
            </w:r>
          </w:p>
          <w:p w:rsidR="007B68C2" w:rsidRPr="00A4702B" w:rsidRDefault="007B68C2" w:rsidP="008921D6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24. </w:t>
            </w:r>
            <w:r w:rsidRPr="006D0217">
              <w:rPr>
                <w:lang w:val="ru-RU"/>
              </w:rPr>
              <w:t xml:space="preserve">Величина </w:t>
            </w:r>
            <w:r>
              <w:t>F</w:t>
            </w:r>
            <w:r w:rsidRPr="006D0217">
              <w:rPr>
                <w:lang w:val="ru-RU"/>
              </w:rPr>
              <w:t>=96500 Кл/моль – это …</w:t>
            </w:r>
          </w:p>
          <w:p w:rsidR="007B68C2" w:rsidRPr="006D0217" w:rsidRDefault="007B68C2" w:rsidP="008921D6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t>Постоянная, Планка равная заряду одного моля катионов;</w:t>
            </w:r>
          </w:p>
          <w:p w:rsidR="007B68C2" w:rsidRPr="006D0217" w:rsidRDefault="007B68C2" w:rsidP="008921D6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t>Постоянная Авогадро, равная заряду одного моль анионов;</w:t>
            </w:r>
          </w:p>
          <w:p w:rsidR="007B68C2" w:rsidRPr="006D0217" w:rsidRDefault="007B68C2" w:rsidP="008921D6">
            <w:pPr>
              <w:numPr>
                <w:ilvl w:val="0"/>
                <w:numId w:val="41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t>Постоянная Фарадея, равная заряду оного моль электронов.</w:t>
            </w:r>
          </w:p>
          <w:p w:rsidR="007B68C2" w:rsidRPr="006D0217" w:rsidRDefault="007B68C2" w:rsidP="008921D6">
            <w:pPr>
              <w:spacing w:line="240" w:lineRule="auto"/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6D0217">
              <w:rPr>
                <w:lang w:val="ru-RU"/>
              </w:rPr>
              <w:t xml:space="preserve">Вычислите массу меди, выделившейся на катоде при пропускании тока силой в 5 </w:t>
            </w:r>
            <w:proofErr w:type="gramStart"/>
            <w:r w:rsidRPr="006D0217">
              <w:rPr>
                <w:lang w:val="ru-RU"/>
              </w:rPr>
              <w:t>А</w:t>
            </w:r>
            <w:proofErr w:type="gramEnd"/>
            <w:r w:rsidRPr="006D0217">
              <w:rPr>
                <w:lang w:val="ru-RU"/>
              </w:rPr>
              <w:t xml:space="preserve"> через раствор хлорида меди (</w:t>
            </w:r>
            <w:r>
              <w:t>II</w:t>
            </w:r>
            <w:r w:rsidRPr="006D0217">
              <w:rPr>
                <w:lang w:val="ru-RU"/>
              </w:rPr>
              <w:t>) в течении 25 с.</w:t>
            </w:r>
          </w:p>
          <w:p w:rsidR="007B68C2" w:rsidRPr="006D0217" w:rsidRDefault="007B68C2" w:rsidP="008921D6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proofErr w:type="gramStart"/>
            <w:r w:rsidRPr="006D0217">
              <w:rPr>
                <w:b/>
                <w:bCs/>
                <w:i/>
                <w:iCs/>
                <w:lang w:val="ru-RU"/>
              </w:rPr>
              <w:t>26 .</w:t>
            </w:r>
            <w:proofErr w:type="gramEnd"/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калия?</w:t>
            </w:r>
          </w:p>
          <w:p w:rsidR="007B68C2" w:rsidRDefault="007B68C2" w:rsidP="008921D6">
            <w:pPr>
              <w:numPr>
                <w:ilvl w:val="0"/>
                <w:numId w:val="40"/>
              </w:numPr>
              <w:spacing w:line="240" w:lineRule="auto"/>
            </w:pPr>
            <w:r>
              <w:rPr>
                <w:position w:val="-6"/>
              </w:rPr>
              <w:object w:dxaOrig="1460" w:dyaOrig="320">
                <v:shape id="_x0000_i2471" type="#_x0000_t75" style="width:72.75pt;height:15.75pt" o:ole="">
                  <v:imagedata r:id="rId152" o:title=""/>
                </v:shape>
                <o:OLEObject Type="Embed" ProgID="Equation.3" ShapeID="_x0000_i2471" DrawAspect="Content" ObjectID="_1840792777" r:id="rId264"/>
              </w:object>
            </w:r>
          </w:p>
          <w:p w:rsidR="007B68C2" w:rsidRDefault="007B68C2" w:rsidP="008921D6">
            <w:pPr>
              <w:numPr>
                <w:ilvl w:val="0"/>
                <w:numId w:val="40"/>
              </w:numPr>
              <w:spacing w:line="240" w:lineRule="auto"/>
            </w:pPr>
            <w:r>
              <w:rPr>
                <w:position w:val="-14"/>
              </w:rPr>
              <w:object w:dxaOrig="3400" w:dyaOrig="400">
                <v:shape id="_x0000_i2472" type="#_x0000_t75" style="width:169.5pt;height:20.25pt" o:ole="">
                  <v:imagedata r:id="rId154" o:title=""/>
                </v:shape>
                <o:OLEObject Type="Embed" ProgID="Equation.3" ShapeID="_x0000_i2472" DrawAspect="Content" ObjectID="_1840792778" r:id="rId265"/>
              </w:object>
            </w:r>
          </w:p>
          <w:p w:rsidR="007B68C2" w:rsidRDefault="007B68C2" w:rsidP="008921D6">
            <w:pPr>
              <w:numPr>
                <w:ilvl w:val="0"/>
                <w:numId w:val="40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10"/>
              </w:rPr>
              <w:object w:dxaOrig="2620" w:dyaOrig="360">
                <v:shape id="_x0000_i2473" type="#_x0000_t75" style="width:131.25pt;height:18pt" o:ole="">
                  <v:imagedata r:id="rId156" o:title=""/>
                </v:shape>
                <o:OLEObject Type="Embed" ProgID="Equation.3" ShapeID="_x0000_i2473" DrawAspect="Content" ObjectID="_1840792779" r:id="rId266"/>
              </w:object>
            </w: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Default="007B68C2" w:rsidP="008921D6">
            <w:pPr>
              <w:pStyle w:val="affd"/>
              <w:spacing w:before="0" w:beforeAutospacing="0" w:after="0" w:afterAutospacing="0"/>
              <w:rPr>
                <w:rFonts w:ascii="Times New Roman" w:eastAsia="Times New Roman" w:hAnsi="Times New Roman" w:cs="Times New Roman" w:hint="default"/>
              </w:rPr>
            </w:pPr>
            <w:r w:rsidRPr="007B0A30">
              <w:rPr>
                <w:rFonts w:ascii="Times New Roman" w:hAnsi="Times New Roman" w:cs="Times New Roman" w:hint="default"/>
                <w:b/>
                <w:bCs/>
                <w:i/>
                <w:iCs/>
              </w:rPr>
              <w:t>2</w:t>
            </w:r>
            <w:r>
              <w:rPr>
                <w:rFonts w:ascii="Times New Roman" w:hAnsi="Times New Roman" w:cs="Times New Roman" w:hint="default"/>
                <w:b/>
                <w:bCs/>
                <w:i/>
                <w:iCs/>
              </w:rPr>
              <w:t>7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Times New Roman" w:eastAsia="Times New Roman" w:hAnsi="Times New Roman" w:cs="Times New Roman" w:hint="default"/>
              </w:rPr>
              <w:t>Са +</w:t>
            </w:r>
            <w:proofErr w:type="gramStart"/>
            <w:r>
              <w:rPr>
                <w:rFonts w:ascii="Times New Roman" w:eastAsia="Times New Roman" w:hAnsi="Times New Roman" w:cs="Times New Roman" w:hint="default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 w:hint="default"/>
              </w:rPr>
              <w:t>→ Са(ОН)</w:t>
            </w:r>
            <w:r>
              <w:rPr>
                <w:rFonts w:ascii="Times New Roman" w:eastAsia="Times New Roman" w:hAnsi="Times New Roman" w:cs="Times New Roman" w:hint="default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 w:hint="default"/>
              </w:rPr>
              <w:t xml:space="preserve"> + … Пропущенными веществами в схеме химической реакции являются…</w:t>
            </w:r>
          </w:p>
          <w:p w:rsidR="007B68C2" w:rsidRPr="006D0217" w:rsidRDefault="007B68C2" w:rsidP="008921D6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8921D6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28. </w:t>
            </w:r>
            <w:r w:rsidRPr="006D0217">
              <w:rPr>
                <w:lang w:val="ru-RU"/>
              </w:rPr>
              <w:t>Присутствие, ионов бария в водном растворе можно обнаружить с помощью раствора, содержащего ионы</w:t>
            </w:r>
          </w:p>
          <w:p w:rsidR="007B68C2" w:rsidRDefault="007B68C2" w:rsidP="008921D6">
            <w:pPr>
              <w:pStyle w:val="23"/>
              <w:spacing w:line="240" w:lineRule="auto"/>
            </w:pPr>
            <w:r w:rsidRPr="006D0217">
              <w:rPr>
                <w:lang w:val="ru-RU"/>
              </w:rPr>
              <w:t xml:space="preserve">                       </w:t>
            </w:r>
            <w:r>
              <w:t>1) NO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;                2) SO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2-</w:t>
            </w:r>
            <w:r>
              <w:t>;          3) OH</w:t>
            </w:r>
            <w:r>
              <w:rPr>
                <w:vertAlign w:val="superscript"/>
              </w:rPr>
              <w:t>-</w:t>
            </w:r>
          </w:p>
          <w:p w:rsidR="007B68C2" w:rsidRDefault="007B68C2" w:rsidP="008921D6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Tr="008921D6"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:rsidR="007B68C2" w:rsidRPr="00B036F5" w:rsidRDefault="007B68C2" w:rsidP="008921D6">
            <w:pPr>
              <w:spacing w:line="240" w:lineRule="auto"/>
              <w:rPr>
                <w:lang w:val="ru-RU"/>
              </w:rPr>
            </w:pPr>
            <w:proofErr w:type="gramStart"/>
            <w:r w:rsidRPr="00B036F5">
              <w:rPr>
                <w:b/>
                <w:bCs/>
                <w:i/>
                <w:iCs/>
                <w:lang w:val="ru-RU"/>
              </w:rPr>
              <w:t>29 .</w:t>
            </w:r>
            <w:proofErr w:type="gramEnd"/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B036F5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140" w:dyaOrig="360">
                <v:shape id="_x0000_i2474" type="#_x0000_t75" style="width:56.25pt;height:18pt" o:ole="">
                  <v:imagedata r:id="rId267" o:title=""/>
                </v:shape>
                <o:OLEObject Type="Embed" ProgID="Equation.3" ShapeID="_x0000_i2474" DrawAspect="Content" ObjectID="_1840792780" r:id="rId268"/>
              </w:object>
            </w:r>
            <w:r w:rsidRPr="00B036F5">
              <w:rPr>
                <w:lang w:val="ru-RU"/>
              </w:rPr>
              <w:t>- электроны?</w:t>
            </w:r>
          </w:p>
          <w:p w:rsidR="007B68C2" w:rsidRDefault="007B68C2" w:rsidP="008921D6">
            <w:pPr>
              <w:spacing w:line="240" w:lineRule="auto"/>
            </w:pPr>
            <w:r>
              <w:rPr>
                <w:position w:val="-6"/>
              </w:rPr>
              <w:object w:dxaOrig="440" w:dyaOrig="320">
                <v:shape id="_x0000_i2475" type="#_x0000_t75" style="width:21.75pt;height:15.75pt" o:ole="">
                  <v:imagedata r:id="rId269" o:title=""/>
                </v:shape>
                <o:OLEObject Type="Embed" ProgID="Equation.3" ShapeID="_x0000_i2475" DrawAspect="Content" ObjectID="_1840792781" r:id="rId270"/>
              </w:object>
            </w:r>
            <w:r>
              <w:t xml:space="preserve">  </w:t>
            </w:r>
            <w:r>
              <w:rPr>
                <w:position w:val="-6"/>
              </w:rPr>
              <w:object w:dxaOrig="580" w:dyaOrig="320">
                <v:shape id="_x0000_i2476" type="#_x0000_t75" style="width:29.25pt;height:15.75pt" o:ole="">
                  <v:imagedata r:id="rId271" o:title=""/>
                </v:shape>
                <o:OLEObject Type="Embed" ProgID="Equation.3" ShapeID="_x0000_i2476" DrawAspect="Content" ObjectID="_1840792782" r:id="rId272"/>
              </w:object>
            </w:r>
            <w:r>
              <w:t xml:space="preserve">     </w:t>
            </w:r>
            <w:r>
              <w:rPr>
                <w:position w:val="-6"/>
              </w:rPr>
              <w:object w:dxaOrig="480" w:dyaOrig="320">
                <v:shape id="_x0000_i2477" type="#_x0000_t75" style="width:24pt;height:15.75pt" o:ole="">
                  <v:imagedata r:id="rId273" o:title=""/>
                </v:shape>
                <o:OLEObject Type="Embed" ProgID="Equation.3" ShapeID="_x0000_i2477" DrawAspect="Content" ObjectID="_1840792783" r:id="rId274"/>
              </w:object>
            </w:r>
            <w:r>
              <w:t xml:space="preserve">      </w:t>
            </w:r>
            <w:r>
              <w:rPr>
                <w:position w:val="-6"/>
              </w:rPr>
              <w:object w:dxaOrig="400" w:dyaOrig="320">
                <v:shape id="_x0000_i2478" type="#_x0000_t75" style="width:20.25pt;height:15.75pt" o:ole="">
                  <v:imagedata r:id="rId275" o:title=""/>
                </v:shape>
                <o:OLEObject Type="Embed" ProgID="Equation.3" ShapeID="_x0000_i2478" DrawAspect="Content" ObjectID="_1840792784" r:id="rId276"/>
              </w:object>
            </w:r>
          </w:p>
          <w:p w:rsidR="007B68C2" w:rsidRDefault="007B68C2" w:rsidP="008921D6">
            <w:pPr>
              <w:spacing w:line="240" w:lineRule="auto"/>
              <w:rPr>
                <w:b/>
                <w:bCs/>
                <w:i/>
                <w:iCs/>
              </w:rPr>
            </w:pPr>
          </w:p>
          <w:p w:rsidR="007B68C2" w:rsidRDefault="007B68C2" w:rsidP="008921D6">
            <w:pPr>
              <w:spacing w:line="240" w:lineRule="auto"/>
              <w:ind w:left="360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8C2" w:rsidRPr="006D0217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</w:p>
          <w:p w:rsidR="007B68C2" w:rsidRPr="006D0217" w:rsidRDefault="007B68C2" w:rsidP="008921D6">
            <w:pPr>
              <w:pStyle w:val="21"/>
              <w:spacing w:before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>Утверждено на заседани</w:t>
            </w:r>
            <w:r w:rsidR="00E31021">
              <w:rPr>
                <w:lang w:val="ru-RU"/>
              </w:rPr>
              <w:t>и кафедры: ЭБЖиФ протокол от «22</w:t>
            </w:r>
            <w:r w:rsidRPr="006D0217">
              <w:rPr>
                <w:lang w:val="ru-RU"/>
              </w:rPr>
              <w:t xml:space="preserve">» </w:t>
            </w:r>
            <w:r w:rsidR="00E31021">
              <w:rPr>
                <w:lang w:val="ru-RU"/>
              </w:rPr>
              <w:t>апреля 2026 г. № 9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6D0217" w:rsidRDefault="007B68C2" w:rsidP="008921D6">
            <w:pPr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Минобрнауки России </w:t>
            </w:r>
          </w:p>
          <w:p w:rsidR="007B68C2" w:rsidRPr="006D0217" w:rsidRDefault="007B68C2" w:rsidP="008921D6">
            <w:pPr>
              <w:jc w:val="center"/>
              <w:rPr>
                <w:lang w:val="ru-RU"/>
              </w:rPr>
            </w:pPr>
          </w:p>
          <w:p w:rsidR="007B68C2" w:rsidRPr="006D0217" w:rsidRDefault="007B68C2" w:rsidP="008921D6">
            <w:pPr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lastRenderedPageBreak/>
              <w:t xml:space="preserve">ФГБОУ ВО </w:t>
            </w:r>
          </w:p>
          <w:p w:rsidR="007B68C2" w:rsidRPr="006D0217" w:rsidRDefault="007B68C2" w:rsidP="008921D6">
            <w:pPr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6D0217">
              <w:rPr>
                <w:lang w:val="ru-RU"/>
              </w:rPr>
              <w:t>«БрГУ»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8C2" w:rsidRPr="006D0217" w:rsidRDefault="007B68C2" w:rsidP="008921D6">
            <w:pPr>
              <w:jc w:val="center"/>
              <w:rPr>
                <w:b/>
                <w:lang w:val="ru-RU"/>
              </w:rPr>
            </w:pPr>
            <w:r w:rsidRPr="006D0217">
              <w:rPr>
                <w:b/>
                <w:lang w:val="ru-RU"/>
              </w:rPr>
              <w:lastRenderedPageBreak/>
              <w:t>Экзаменационный тест</w:t>
            </w:r>
          </w:p>
          <w:p w:rsidR="007B68C2" w:rsidRPr="006D0217" w:rsidRDefault="007B68C2" w:rsidP="008921D6">
            <w:pPr>
              <w:jc w:val="center"/>
              <w:rPr>
                <w:lang w:val="ru-RU"/>
              </w:rPr>
            </w:pPr>
            <w:r w:rsidRPr="006D0217">
              <w:rPr>
                <w:b/>
                <w:lang w:val="ru-RU"/>
              </w:rPr>
              <w:t>Вариант № 2</w:t>
            </w:r>
          </w:p>
          <w:p w:rsidR="007B68C2" w:rsidRPr="006D0217" w:rsidRDefault="007B68C2" w:rsidP="008921D6">
            <w:pPr>
              <w:pStyle w:val="1"/>
              <w:spacing w:before="0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lastRenderedPageBreak/>
              <w:t xml:space="preserve">по дисциплине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b/>
                <w:lang w:val="ru-RU"/>
              </w:rPr>
              <w:t xml:space="preserve">направление подготовки 15.03.02 </w:t>
            </w:r>
            <w:r w:rsidRPr="006D0217">
              <w:rPr>
                <w:lang w:val="ru-RU"/>
              </w:rPr>
              <w:t>Технологические машины и оборудование</w:t>
            </w:r>
          </w:p>
          <w:p w:rsidR="007B68C2" w:rsidRPr="006D0217" w:rsidRDefault="007B68C2" w:rsidP="008921D6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b/>
                <w:lang w:val="ru-RU"/>
              </w:rPr>
              <w:t>профиль подготовки</w:t>
            </w:r>
            <w:r w:rsidRPr="006D0217">
              <w:rPr>
                <w:lang w:val="ru-RU"/>
              </w:rPr>
              <w:t xml:space="preserve"> Машины и оборудование лесного комплекса</w:t>
            </w:r>
          </w:p>
        </w:tc>
      </w:tr>
      <w:tr w:rsidR="007B68C2" w:rsidTr="008921D6">
        <w:tc>
          <w:tcPr>
            <w:tcW w:w="10490" w:type="dxa"/>
            <w:gridSpan w:val="2"/>
            <w:tcBorders>
              <w:top w:val="single" w:sz="4" w:space="0" w:color="auto"/>
              <w:bottom w:val="nil"/>
            </w:tcBorders>
          </w:tcPr>
          <w:p w:rsidR="007B68C2" w:rsidRPr="006D0217" w:rsidRDefault="007B68C2" w:rsidP="00E31021">
            <w:pPr>
              <w:tabs>
                <w:tab w:val="left" w:pos="540"/>
              </w:tabs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lastRenderedPageBreak/>
              <w:t>1.</w:t>
            </w:r>
            <w:r w:rsidRPr="006D0217">
              <w:rPr>
                <w:lang w:val="ru-RU"/>
              </w:rPr>
              <w:t xml:space="preserve"> Число каких элементарных частиц </w:t>
            </w:r>
            <w:proofErr w:type="gramStart"/>
            <w:r w:rsidRPr="006D0217">
              <w:rPr>
                <w:lang w:val="ru-RU"/>
              </w:rPr>
              <w:t>является  определяющим</w:t>
            </w:r>
            <w:proofErr w:type="gramEnd"/>
            <w:r w:rsidRPr="006D0217">
              <w:rPr>
                <w:lang w:val="ru-RU"/>
              </w:rPr>
              <w:t xml:space="preserve"> для понятия «изотоп»:</w:t>
            </w:r>
          </w:p>
          <w:p w:rsidR="007B68C2" w:rsidRDefault="007B68C2" w:rsidP="00E31021">
            <w:pPr>
              <w:tabs>
                <w:tab w:val="left" w:pos="540"/>
              </w:tabs>
              <w:spacing w:line="240" w:lineRule="auto"/>
              <w:ind w:left="360"/>
            </w:pPr>
            <w:r>
              <w:t xml:space="preserve">1)протоны          </w:t>
            </w:r>
          </w:p>
          <w:p w:rsidR="007B68C2" w:rsidRDefault="007B68C2" w:rsidP="00E31021">
            <w:pPr>
              <w:tabs>
                <w:tab w:val="left" w:pos="540"/>
              </w:tabs>
              <w:spacing w:line="240" w:lineRule="auto"/>
              <w:ind w:left="360"/>
            </w:pPr>
            <w:r>
              <w:t xml:space="preserve">2)нейтроны           </w:t>
            </w:r>
          </w:p>
          <w:p w:rsidR="007B68C2" w:rsidRDefault="007B68C2" w:rsidP="00E31021">
            <w:pPr>
              <w:tabs>
                <w:tab w:val="left" w:pos="540"/>
              </w:tabs>
              <w:spacing w:line="240" w:lineRule="auto"/>
              <w:ind w:left="360"/>
            </w:pPr>
            <w:r>
              <w:t>3)электроны.</w:t>
            </w:r>
          </w:p>
          <w:p w:rsidR="007B68C2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  <w:tcBorders>
              <w:top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6D0217">
              <w:rPr>
                <w:lang w:val="ru-RU"/>
              </w:rPr>
              <w:t>Атомы элементов, имеющие одинаковое число электронных уровней, расположены:</w:t>
            </w:r>
          </w:p>
          <w:p w:rsidR="007B68C2" w:rsidRPr="006D0217" w:rsidRDefault="007B68C2" w:rsidP="00E31021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6D0217">
              <w:rPr>
                <w:lang w:val="ru-RU"/>
              </w:rPr>
              <w:t>в одной группе периодической системы;</w:t>
            </w:r>
          </w:p>
          <w:p w:rsidR="007B68C2" w:rsidRPr="006D0217" w:rsidRDefault="007B68C2" w:rsidP="00E31021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6D0217">
              <w:rPr>
                <w:lang w:val="ru-RU"/>
              </w:rPr>
              <w:t>в одном периоде периодической системы;</w:t>
            </w:r>
          </w:p>
          <w:p w:rsidR="007B68C2" w:rsidRPr="006D0217" w:rsidRDefault="007B68C2" w:rsidP="00E31021">
            <w:pPr>
              <w:numPr>
                <w:ilvl w:val="0"/>
                <w:numId w:val="68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6D0217">
              <w:rPr>
                <w:lang w:val="ru-RU"/>
              </w:rPr>
              <w:t>в одной подгруппе периодической системы.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460173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6D0217">
              <w:rPr>
                <w:lang w:val="ru-RU"/>
              </w:rPr>
              <w:t>Раствор гидроксида натрия реагирует с каждым из веществ, указанных в паре: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>1) оксид железа (</w:t>
            </w:r>
            <w:r>
              <w:t>II</w:t>
            </w:r>
            <w:r w:rsidRPr="006D0217">
              <w:rPr>
                <w:lang w:val="ru-RU"/>
              </w:rPr>
              <w:t>) и соляная кислота;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>2) нитрат железа и углекислый газ;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>3) серная кислота и оксид азота(</w:t>
            </w:r>
            <w:r>
              <w:t>II</w:t>
            </w:r>
            <w:r w:rsidRPr="006D0217">
              <w:rPr>
                <w:lang w:val="ru-RU"/>
              </w:rPr>
              <w:t>).</w:t>
            </w:r>
          </w:p>
          <w:p w:rsidR="007B68C2" w:rsidRDefault="007B68C2" w:rsidP="00E31021">
            <w:pPr>
              <w:spacing w:line="240" w:lineRule="auto"/>
            </w:pPr>
            <w:r w:rsidRPr="00504B36">
              <w:t>Составьте уравнение реакций</w:t>
            </w:r>
            <w:r>
              <w:t>:</w:t>
            </w:r>
          </w:p>
          <w:p w:rsidR="007B68C2" w:rsidRDefault="007B68C2" w:rsidP="00E31021">
            <w:pPr>
              <w:spacing w:line="240" w:lineRule="auto"/>
            </w:pPr>
            <w:r>
              <w:t>1)</w:t>
            </w:r>
          </w:p>
          <w:p w:rsidR="007B68C2" w:rsidRDefault="007B68C2" w:rsidP="00E31021">
            <w:pPr>
              <w:spacing w:line="240" w:lineRule="auto"/>
            </w:pPr>
            <w:r>
              <w:t>2)</w:t>
            </w:r>
          </w:p>
          <w:p w:rsidR="007B68C2" w:rsidRPr="00460173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460173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 4. </w:t>
            </w:r>
            <w:r w:rsidRPr="006D0217">
              <w:rPr>
                <w:lang w:val="ru-RU"/>
              </w:rPr>
              <w:t>Кислотным и основным оксидом являются соответственно: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 w:rsidRPr="009778F3">
              <w:t>SO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 xml:space="preserve"> и </w:t>
            </w:r>
            <w:r w:rsidRPr="009778F3">
              <w:t>Fe</w:t>
            </w:r>
            <w:r w:rsidRPr="006D0217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vertAlign w:val="subscript"/>
                <w:lang w:val="ru-RU"/>
              </w:rPr>
              <w:tab/>
            </w:r>
            <w:r w:rsidRPr="006D0217">
              <w:rPr>
                <w:lang w:val="ru-RU"/>
              </w:rPr>
              <w:t xml:space="preserve">2) </w:t>
            </w:r>
            <w:r w:rsidRPr="009778F3">
              <w:t>Al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О</w:t>
            </w:r>
            <w:r w:rsidRPr="006D0217">
              <w:rPr>
                <w:vertAlign w:val="subscript"/>
                <w:lang w:val="ru-RU"/>
              </w:rPr>
              <w:t xml:space="preserve">3  </w:t>
            </w:r>
            <w:r w:rsidRPr="006D0217">
              <w:rPr>
                <w:lang w:val="ru-RU"/>
              </w:rPr>
              <w:t xml:space="preserve"> и </w:t>
            </w:r>
            <w:r w:rsidRPr="009778F3">
              <w:t>FeO</w:t>
            </w:r>
            <w:r w:rsidRPr="006D0217">
              <w:rPr>
                <w:lang w:val="ru-RU"/>
              </w:rPr>
              <w:tab/>
              <w:t xml:space="preserve">3) </w:t>
            </w:r>
            <w:r w:rsidRPr="009778F3">
              <w:t>CO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 xml:space="preserve"> и </w:t>
            </w:r>
            <w:r w:rsidRPr="009778F3">
              <w:t>FeO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Составьте уравнение реакций подтверждающие эти свойства:</w:t>
            </w:r>
          </w:p>
          <w:p w:rsidR="007B68C2" w:rsidRPr="00504B36" w:rsidRDefault="007B68C2" w:rsidP="00E31021">
            <w:pPr>
              <w:spacing w:line="240" w:lineRule="auto"/>
            </w:pPr>
            <w:r w:rsidRPr="00504B36">
              <w:t>1)</w:t>
            </w:r>
          </w:p>
          <w:p w:rsidR="007B68C2" w:rsidRDefault="007B68C2" w:rsidP="00E31021">
            <w:pPr>
              <w:spacing w:line="240" w:lineRule="auto"/>
            </w:pPr>
            <w:r w:rsidRPr="00504B36">
              <w:t>2)</w:t>
            </w:r>
          </w:p>
          <w:p w:rsidR="007B68C2" w:rsidRPr="00460173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5.  </w:t>
            </w:r>
            <w:r w:rsidRPr="006D0217">
              <w:rPr>
                <w:lang w:val="ru-RU"/>
              </w:rPr>
              <w:t xml:space="preserve">Валентный угол </w:t>
            </w:r>
            <w:r>
              <w:rPr>
                <w:position w:val="-4"/>
              </w:rPr>
              <w:object w:dxaOrig="540" w:dyaOrig="260">
                <v:shape id="_x0000_i2479" type="#_x0000_t75" style="width:27pt;height:12pt" o:ole="">
                  <v:imagedata r:id="rId15" o:title=""/>
                </v:shape>
                <o:OLEObject Type="Embed" ProgID="Equation.3" ShapeID="_x0000_i2479" DrawAspect="Content" ObjectID="_1840792785" r:id="rId277"/>
              </w:object>
            </w:r>
            <w:r w:rsidRPr="006D0217">
              <w:rPr>
                <w:lang w:val="ru-RU"/>
              </w:rPr>
              <w:t xml:space="preserve">в ионе </w:t>
            </w:r>
            <w:r>
              <w:rPr>
                <w:position w:val="-10"/>
              </w:rPr>
              <w:object w:dxaOrig="499" w:dyaOrig="360">
                <v:shape id="_x0000_i2480" type="#_x0000_t75" style="width:25.5pt;height:18pt" o:ole="">
                  <v:imagedata r:id="rId17" o:title=""/>
                </v:shape>
                <o:OLEObject Type="Embed" ProgID="Equation.3" ShapeID="_x0000_i2480" DrawAspect="Content" ObjectID="_1840792786" r:id="rId278"/>
              </w:object>
            </w:r>
            <w:r w:rsidRPr="006D0217">
              <w:rPr>
                <w:lang w:val="ru-RU"/>
              </w:rPr>
              <w:t xml:space="preserve"> равен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1) 120</w:t>
            </w:r>
            <w:proofErr w:type="gramStart"/>
            <w:r w:rsidRPr="006D0217">
              <w:rPr>
                <w:lang w:val="ru-RU"/>
              </w:rPr>
              <w:t>º ;</w:t>
            </w:r>
            <w:proofErr w:type="gramEnd"/>
            <w:r w:rsidRPr="006D0217">
              <w:rPr>
                <w:lang w:val="ru-RU"/>
              </w:rPr>
              <w:t xml:space="preserve">   2)   109º 28´;     3) 90º</w:t>
            </w:r>
          </w:p>
          <w:p w:rsidR="007B68C2" w:rsidRPr="006D0217" w:rsidRDefault="007B68C2" w:rsidP="00E31021">
            <w:pPr>
              <w:spacing w:line="240" w:lineRule="auto"/>
              <w:ind w:left="360"/>
              <w:rPr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6. </w:t>
            </w:r>
            <w:r w:rsidRPr="006D0217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Открытая система с окружающей ее средой …</w:t>
            </w:r>
          </w:p>
          <w:p w:rsidR="007B68C2" w:rsidRPr="006D0217" w:rsidRDefault="007B68C2" w:rsidP="00E31021">
            <w:pPr>
              <w:numPr>
                <w:ilvl w:val="0"/>
                <w:numId w:val="69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Обменивается энергией, но не обменивается веществом</w:t>
            </w:r>
          </w:p>
          <w:p w:rsidR="007B68C2" w:rsidRPr="006D0217" w:rsidRDefault="007B68C2" w:rsidP="00E31021">
            <w:pPr>
              <w:numPr>
                <w:ilvl w:val="0"/>
                <w:numId w:val="69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Обменивается веществом, но не обменивается энергией</w:t>
            </w:r>
          </w:p>
          <w:p w:rsidR="007B68C2" w:rsidRDefault="007B68C2" w:rsidP="00E31021">
            <w:pPr>
              <w:numPr>
                <w:ilvl w:val="0"/>
                <w:numId w:val="69"/>
              </w:numPr>
              <w:spacing w:line="240" w:lineRule="auto"/>
            </w:pPr>
            <w:r>
              <w:t>Обменивается энергией и веществом</w:t>
            </w:r>
          </w:p>
          <w:p w:rsidR="007B68C2" w:rsidRDefault="007B68C2" w:rsidP="00E31021">
            <w:pPr>
              <w:spacing w:line="240" w:lineRule="auto"/>
              <w:ind w:left="72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7.  </w:t>
            </w:r>
            <w:r w:rsidRPr="006D0217">
              <w:rPr>
                <w:lang w:val="ru-RU"/>
              </w:rPr>
              <w:t>Какие из перечисленных функций, являются функциями состояния.</w:t>
            </w:r>
          </w:p>
          <w:p w:rsidR="007B68C2" w:rsidRDefault="007B68C2" w:rsidP="00E31021">
            <w:pPr>
              <w:numPr>
                <w:ilvl w:val="0"/>
                <w:numId w:val="70"/>
              </w:numPr>
              <w:spacing w:line="240" w:lineRule="auto"/>
            </w:pPr>
            <w:r>
              <w:t>Внутренняя энергия и работа</w:t>
            </w:r>
          </w:p>
          <w:p w:rsidR="007B68C2" w:rsidRDefault="007B68C2" w:rsidP="00E31021">
            <w:pPr>
              <w:numPr>
                <w:ilvl w:val="0"/>
                <w:numId w:val="70"/>
              </w:numPr>
              <w:spacing w:line="240" w:lineRule="auto"/>
            </w:pPr>
            <w:r>
              <w:t>Энтропия и внутренняя энергия</w:t>
            </w:r>
          </w:p>
          <w:p w:rsidR="007B68C2" w:rsidRDefault="007B68C2" w:rsidP="00E31021">
            <w:pPr>
              <w:numPr>
                <w:ilvl w:val="0"/>
                <w:numId w:val="70"/>
              </w:numPr>
              <w:spacing w:line="240" w:lineRule="auto"/>
            </w:pPr>
            <w:r>
              <w:t>Теплота и работа</w:t>
            </w:r>
          </w:p>
          <w:p w:rsidR="007B68C2" w:rsidRDefault="007B68C2" w:rsidP="00E31021">
            <w:pPr>
              <w:spacing w:line="240" w:lineRule="auto"/>
              <w:ind w:left="72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/>
                <w:bCs/>
                <w:i/>
                <w:iCs/>
                <w:lang w:val="ru-RU"/>
              </w:rPr>
              <w:t xml:space="preserve">8. </w:t>
            </w:r>
            <w:r w:rsidRPr="00B036F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2481" type="#_x0000_t75" style="width:23.25pt;height:15.75pt" o:ole="">
                  <v:imagedata r:id="rId75" o:title=""/>
                </v:shape>
                <o:OLEObject Type="Embed" ProgID="Equation.3" ShapeID="_x0000_i2481" DrawAspect="Content" ObjectID="_1840792787" r:id="rId279"/>
              </w:object>
            </w:r>
            <w:r w:rsidRPr="00B036F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1620" w:dyaOrig="380">
                <v:shape id="_x0000_i2482" type="#_x0000_t75" style="width:81pt;height:18.75pt" o:ole="">
                  <v:imagedata r:id="rId83" o:title=""/>
                </v:shape>
                <o:OLEObject Type="Embed" ProgID="Equation.3" ShapeID="_x0000_i2482" DrawAspect="Content" ObjectID="_1840792788" r:id="rId280"/>
              </w:object>
            </w:r>
          </w:p>
          <w:p w:rsidR="007B68C2" w:rsidRDefault="007B68C2" w:rsidP="00E31021">
            <w:pPr>
              <w:spacing w:line="240" w:lineRule="auto"/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2483" type="#_x0000_t75" style="width:36.75pt;height:13.5pt" o:ole="">
                  <v:imagedata r:id="rId251" o:title=""/>
                </v:shape>
                <o:OLEObject Type="Embed" ProgID="Equation.3" ShapeID="_x0000_i2483" DrawAspect="Content" ObjectID="_1840792789" r:id="rId281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2484" type="#_x0000_t75" style="width:36.75pt;height:13.5pt" o:ole="">
                  <v:imagedata r:id="rId253" o:title=""/>
                </v:shape>
                <o:OLEObject Type="Embed" ProgID="Equation.3" ShapeID="_x0000_i2484" DrawAspect="Content" ObjectID="_1840792790" r:id="rId282"/>
              </w:object>
            </w:r>
            <w:r>
              <w:rPr>
                <w:position w:val="-6"/>
              </w:rPr>
              <w:t>;  3)</w:t>
            </w:r>
            <w:r>
              <w:rPr>
                <w:position w:val="-6"/>
              </w:rPr>
              <w:object w:dxaOrig="740" w:dyaOrig="280">
                <v:shape id="_x0000_i2485" type="#_x0000_t75" style="width:36.75pt;height:13.5pt" o:ole="">
                  <v:imagedata r:id="rId283" o:title=""/>
                </v:shape>
                <o:OLEObject Type="Embed" ProgID="Equation.3" ShapeID="_x0000_i2485" DrawAspect="Content" ObjectID="_1840792791" r:id="rId284"/>
              </w:object>
            </w:r>
          </w:p>
          <w:p w:rsidR="007B68C2" w:rsidRDefault="007B68C2" w:rsidP="00E31021">
            <w:pPr>
              <w:spacing w:line="240" w:lineRule="auto"/>
              <w:ind w:left="360"/>
            </w:pPr>
          </w:p>
        </w:tc>
      </w:tr>
      <w:tr w:rsidR="007B68C2" w:rsidRPr="00D018F0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6D0217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1975 кДж тепла?</w:t>
            </w:r>
          </w:p>
          <w:p w:rsidR="007B68C2" w:rsidRDefault="007B68C2" w:rsidP="00E31021">
            <w:pPr>
              <w:spacing w:line="240" w:lineRule="auto"/>
            </w:pPr>
          </w:p>
          <w:p w:rsidR="007B68C2" w:rsidRDefault="007B68C2" w:rsidP="00E31021">
            <w:pPr>
              <w:spacing w:line="240" w:lineRule="auto"/>
            </w:pPr>
          </w:p>
          <w:p w:rsidR="007B68C2" w:rsidRPr="00D018F0" w:rsidRDefault="007B68C2" w:rsidP="00E31021">
            <w:pPr>
              <w:spacing w:line="240" w:lineRule="auto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tabs>
                <w:tab w:val="left" w:pos="-142"/>
              </w:tabs>
              <w:spacing w:line="240" w:lineRule="auto"/>
              <w:ind w:left="284" w:hanging="284"/>
              <w:jc w:val="both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lastRenderedPageBreak/>
              <w:t xml:space="preserve">10. </w:t>
            </w:r>
            <w:r w:rsidRPr="006D0217">
              <w:rPr>
                <w:lang w:val="ru-RU"/>
              </w:rPr>
              <w:t xml:space="preserve"> Какой вид имеет выражение константы равновесия данной </w:t>
            </w:r>
            <w:proofErr w:type="gramStart"/>
            <w:r w:rsidRPr="006D0217">
              <w:rPr>
                <w:lang w:val="ru-RU"/>
              </w:rPr>
              <w:t>реакции:  2</w:t>
            </w:r>
            <w:proofErr w:type="gramEnd"/>
            <w:r>
              <w:t>NO</w:t>
            </w:r>
            <w:r w:rsidRPr="006D0217">
              <w:rPr>
                <w:lang w:val="ru-RU"/>
              </w:rPr>
              <w:t>(г) +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 xml:space="preserve">(г)  </w:t>
            </w:r>
            <w:r w:rsidRPr="006D0217">
              <w:rPr>
                <w:rFonts w:ascii="Lucida Sans Unicode" w:hAnsi="Lucida Sans Unicode"/>
                <w:lang w:val="ru-RU"/>
              </w:rPr>
              <w:t>⇄</w:t>
            </w:r>
            <w:r w:rsidRPr="006D0217">
              <w:rPr>
                <w:lang w:val="ru-RU"/>
              </w:rPr>
              <w:t xml:space="preserve">   2</w:t>
            </w:r>
            <w:r>
              <w:t>NO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(г)+</w:t>
            </w:r>
            <w:r>
              <w:t>Q</w:t>
            </w:r>
          </w:p>
          <w:p w:rsidR="007B68C2" w:rsidRPr="006D0217" w:rsidRDefault="007B68C2" w:rsidP="00E31021">
            <w:pPr>
              <w:tabs>
                <w:tab w:val="left" w:pos="-142"/>
              </w:tabs>
              <w:spacing w:line="240" w:lineRule="auto"/>
              <w:ind w:left="284" w:hanging="284"/>
              <w:rPr>
                <w:lang w:val="ru-RU"/>
              </w:rPr>
            </w:pPr>
          </w:p>
          <w:p w:rsidR="007B68C2" w:rsidRDefault="007B68C2" w:rsidP="00E31021">
            <w:pPr>
              <w:tabs>
                <w:tab w:val="left" w:pos="-142"/>
              </w:tabs>
              <w:spacing w:line="240" w:lineRule="auto"/>
              <w:ind w:left="284"/>
              <w:jc w:val="both"/>
              <w:rPr>
                <w:b/>
                <w:bCs/>
                <w:i/>
                <w:iCs/>
              </w:rPr>
            </w:pPr>
            <w:r w:rsidRPr="00951425">
              <w:rPr>
                <w:szCs w:val="24"/>
              </w:rPr>
              <w:t>1)</w:t>
            </w:r>
            <w:r w:rsidRPr="007017B6"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2486" type="#_x0000_t75" style="width:78.75pt;height:38.25pt" o:ole="">
                  <v:imagedata r:id="rId91" o:title=""/>
                </v:shape>
                <o:OLEObject Type="Embed" ProgID="Equation.3" ShapeID="_x0000_i2486" DrawAspect="Content" ObjectID="_1840792792" r:id="rId285"/>
              </w:object>
            </w:r>
            <w:r>
              <w:t xml:space="preserve">;       </w:t>
            </w:r>
            <w:r w:rsidRPr="00951425">
              <w:rPr>
                <w:szCs w:val="24"/>
              </w:rPr>
              <w:t>2)</w:t>
            </w:r>
            <w:r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2487" type="#_x0000_t75" style="width:78.75pt;height:38.25pt" o:ole="">
                  <v:imagedata r:id="rId93" o:title=""/>
                </v:shape>
                <o:OLEObject Type="Embed" ProgID="Equation.3" ShapeID="_x0000_i2487" DrawAspect="Content" ObjectID="_1840792793" r:id="rId286"/>
              </w:object>
            </w:r>
            <w:r>
              <w:t xml:space="preserve">;      </w:t>
            </w:r>
            <w:r w:rsidRPr="00951425">
              <w:rPr>
                <w:szCs w:val="24"/>
              </w:rPr>
              <w:t>3)</w:t>
            </w:r>
            <w:r>
              <w:t xml:space="preserve">  </w:t>
            </w:r>
            <w:r w:rsidRPr="007017B6">
              <w:rPr>
                <w:position w:val="-30"/>
              </w:rPr>
              <w:object w:dxaOrig="1420" w:dyaOrig="700">
                <v:shape id="_x0000_i2488" type="#_x0000_t75" style="width:71.25pt;height:35.25pt" o:ole="">
                  <v:imagedata r:id="rId95" o:title=""/>
                </v:shape>
                <o:OLEObject Type="Embed" ProgID="Equation.3" ShapeID="_x0000_i2488" DrawAspect="Content" ObjectID="_1840792794" r:id="rId287"/>
              </w:objec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11. </w:t>
            </w:r>
            <w:r w:rsidRPr="006D0217">
              <w:rPr>
                <w:szCs w:val="28"/>
                <w:lang w:val="ru-RU"/>
              </w:rPr>
              <w:t>Как повлияет на находящуюся в равновесии систему, уравнение которой С</w:t>
            </w:r>
            <w:r w:rsidRPr="006D0217">
              <w:rPr>
                <w:szCs w:val="28"/>
                <w:vertAlign w:val="subscript"/>
                <w:lang w:val="ru-RU"/>
              </w:rPr>
              <w:t xml:space="preserve">(т) </w:t>
            </w:r>
            <w:r w:rsidRPr="006D0217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6D0217">
              <w:rPr>
                <w:szCs w:val="28"/>
                <w:vertAlign w:val="subscript"/>
                <w:lang w:val="ru-RU"/>
              </w:rPr>
              <w:t xml:space="preserve">2(г) </w:t>
            </w:r>
            <w:r w:rsidRPr="006D0217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6D0217">
              <w:rPr>
                <w:szCs w:val="28"/>
                <w:vertAlign w:val="subscript"/>
                <w:lang w:val="ru-RU"/>
              </w:rPr>
              <w:t xml:space="preserve">4(г) </w:t>
            </w:r>
            <w:r w:rsidRPr="006D0217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6D0217">
              <w:rPr>
                <w:szCs w:val="28"/>
                <w:lang w:val="ru-RU"/>
              </w:rPr>
              <w:t>, увеличение давления?</w:t>
            </w:r>
          </w:p>
          <w:p w:rsidR="007B68C2" w:rsidRPr="006D0217" w:rsidRDefault="007B68C2" w:rsidP="00E31021">
            <w:pPr>
              <w:tabs>
                <w:tab w:val="num" w:pos="1514"/>
              </w:tabs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szCs w:val="28"/>
                <w:lang w:val="ru-RU"/>
              </w:rPr>
              <w:t xml:space="preserve">1)равновесие сместится влево;   </w:t>
            </w:r>
          </w:p>
          <w:p w:rsidR="007B68C2" w:rsidRPr="006D0217" w:rsidRDefault="007B68C2" w:rsidP="00E31021">
            <w:pPr>
              <w:tabs>
                <w:tab w:val="num" w:pos="1514"/>
              </w:tabs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szCs w:val="28"/>
                <w:lang w:val="ru-RU"/>
              </w:rPr>
              <w:t xml:space="preserve">2)равновесие сместится вправо; </w:t>
            </w:r>
          </w:p>
          <w:p w:rsidR="007B68C2" w:rsidRDefault="007B68C2" w:rsidP="00E31021">
            <w:pPr>
              <w:tabs>
                <w:tab w:val="num" w:pos="1514"/>
              </w:tabs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3) равновесие не сместится</w:t>
            </w:r>
          </w:p>
          <w:p w:rsidR="007B68C2" w:rsidRDefault="007B68C2" w:rsidP="00E31021">
            <w:pPr>
              <w:spacing w:line="240" w:lineRule="auto"/>
              <w:ind w:left="360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rFonts w:cs="Times New Roman CYR"/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12. </w:t>
            </w:r>
            <w:r w:rsidRPr="006D0217">
              <w:rPr>
                <w:rFonts w:cs="Times New Roman CYR"/>
                <w:sz w:val="28"/>
                <w:szCs w:val="28"/>
                <w:lang w:val="ru-RU"/>
              </w:rPr>
              <w:t xml:space="preserve"> </w:t>
            </w:r>
            <w:r w:rsidRPr="006D0217">
              <w:rPr>
                <w:rFonts w:cs="Times New Roman CYR"/>
                <w:szCs w:val="28"/>
                <w:lang w:val="ru-RU"/>
              </w:rPr>
              <w:t>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раза?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E36725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13. </w:t>
            </w:r>
            <w:r w:rsidRPr="006D0217">
              <w:rPr>
                <w:lang w:val="ru-RU"/>
              </w:rPr>
              <w:t>Из трёх групп веществ выберите ту, которая содержит только сильные электролиты:</w:t>
            </w:r>
          </w:p>
          <w:p w:rsidR="007B68C2" w:rsidRDefault="007B68C2" w:rsidP="00E31021">
            <w:pPr>
              <w:numPr>
                <w:ilvl w:val="0"/>
                <w:numId w:val="72"/>
              </w:numPr>
              <w:spacing w:line="240" w:lineRule="auto"/>
            </w:pPr>
            <w:proofErr w:type="gramStart"/>
            <w:r>
              <w:t>NaCl ,Cu</w:t>
            </w:r>
            <w:proofErr w:type="gramEnd"/>
            <w:r>
              <w:t>(OH)</w:t>
            </w:r>
            <w:r>
              <w:rPr>
                <w:vertAlign w:val="subscript"/>
              </w:rPr>
              <w:t>2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;</w:t>
            </w:r>
          </w:p>
          <w:p w:rsidR="007B68C2" w:rsidRDefault="007B68C2" w:rsidP="00E31021">
            <w:pPr>
              <w:numPr>
                <w:ilvl w:val="0"/>
                <w:numId w:val="72"/>
              </w:numPr>
              <w:spacing w:line="240" w:lineRule="auto"/>
            </w:pPr>
            <w:r>
              <w:t>BaCl</w:t>
            </w:r>
            <w:proofErr w:type="gramStart"/>
            <w:r>
              <w:rPr>
                <w:vertAlign w:val="subscript"/>
              </w:rPr>
              <w:t>2</w:t>
            </w:r>
            <w:r>
              <w:t xml:space="preserve"> ,</w:t>
            </w:r>
            <w:proofErr w:type="gramEnd"/>
            <w:r>
              <w:t xml:space="preserve"> H </w:t>
            </w:r>
            <w:r>
              <w:rPr>
                <w:vertAlign w:val="subscript"/>
              </w:rPr>
              <w:t>2</w:t>
            </w:r>
            <w:r>
              <w:t>CO</w:t>
            </w:r>
            <w:r>
              <w:rPr>
                <w:vertAlign w:val="subscript"/>
              </w:rPr>
              <w:t xml:space="preserve">3 </w:t>
            </w:r>
            <w:r>
              <w:t>, NaOH;</w:t>
            </w:r>
          </w:p>
          <w:p w:rsidR="007B68C2" w:rsidRDefault="007B68C2" w:rsidP="00E31021">
            <w:pPr>
              <w:numPr>
                <w:ilvl w:val="0"/>
                <w:numId w:val="72"/>
              </w:numPr>
              <w:spacing w:line="240" w:lineRule="auto"/>
            </w:pPr>
            <w:r>
              <w:t>K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, Ba(OH)</w:t>
            </w:r>
            <w:r>
              <w:rPr>
                <w:vertAlign w:val="subscript"/>
              </w:rPr>
              <w:t>2.</w:t>
            </w:r>
          </w:p>
          <w:p w:rsidR="007B68C2" w:rsidRPr="00E36725" w:rsidRDefault="007B68C2" w:rsidP="00E31021">
            <w:pPr>
              <w:spacing w:line="240" w:lineRule="auto"/>
              <w:rPr>
                <w:b/>
                <w:i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6D0217">
              <w:rPr>
                <w:b/>
                <w:i/>
                <w:lang w:val="ru-RU"/>
              </w:rPr>
              <w:t xml:space="preserve">14. </w:t>
            </w:r>
            <w:r w:rsidRPr="006D0217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6D0217">
                <w:rPr>
                  <w:lang w:val="ru-RU"/>
                </w:rPr>
                <w:t>72 г</w:t>
              </w:r>
            </w:smartTag>
            <w:r w:rsidRPr="006D0217">
              <w:rPr>
                <w:lang w:val="ru-RU"/>
              </w:rPr>
              <w:t xml:space="preserve"> сахарозы(</w:t>
            </w:r>
            <w:r>
              <w:t>C</w:t>
            </w:r>
            <w:r w:rsidRPr="006D0217">
              <w:rPr>
                <w:vertAlign w:val="subscript"/>
                <w:lang w:val="ru-RU"/>
              </w:rPr>
              <w:t>12</w:t>
            </w:r>
            <w:r>
              <w:t>H</w:t>
            </w:r>
            <w:r w:rsidRPr="006D0217">
              <w:rPr>
                <w:vertAlign w:val="subscript"/>
                <w:lang w:val="ru-RU"/>
              </w:rPr>
              <w:t>22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11</w:t>
            </w:r>
            <w:r w:rsidRPr="006D0217">
              <w:rPr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6D0217">
                <w:rPr>
                  <w:lang w:val="ru-RU"/>
                </w:rPr>
                <w:t>1 л</w:t>
              </w:r>
            </w:smartTag>
            <w:r w:rsidRPr="006D0217">
              <w:rPr>
                <w:lang w:val="ru-RU"/>
              </w:rPr>
              <w:t xml:space="preserve"> раствора при 20</w:t>
            </w:r>
            <w:r w:rsidRPr="006D0217">
              <w:rPr>
                <w:vertAlign w:val="superscript"/>
                <w:lang w:val="ru-RU"/>
              </w:rPr>
              <w:t>о</w:t>
            </w:r>
            <w:r w:rsidRPr="006D0217">
              <w:rPr>
                <w:lang w:val="ru-RU"/>
              </w:rPr>
              <w:t xml:space="preserve">С имеет осмотическое давление… </w:t>
            </w:r>
            <w:r>
              <w:t xml:space="preserve">(кПа) 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RPr="00B9477B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6D0217">
              <w:rPr>
                <w:b/>
                <w:i/>
                <w:lang w:val="ru-RU"/>
              </w:rPr>
              <w:t xml:space="preserve">15.  </w:t>
            </w:r>
            <w:r w:rsidRPr="006D0217">
              <w:rPr>
                <w:lang w:val="ru-RU"/>
              </w:rPr>
              <w:t xml:space="preserve">При растворении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6D0217">
                <w:rPr>
                  <w:lang w:val="ru-RU"/>
                </w:rPr>
                <w:t>60 г</w:t>
              </w:r>
            </w:smartTag>
            <w:r w:rsidRPr="006D0217">
              <w:rPr>
                <w:lang w:val="ru-RU"/>
              </w:rPr>
              <w:t xml:space="preserve"> сахарозы в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6D0217">
                <w:rPr>
                  <w:lang w:val="ru-RU"/>
                </w:rPr>
                <w:t>100 г</w:t>
              </w:r>
            </w:smartTag>
            <w:r w:rsidRPr="006D0217">
              <w:rPr>
                <w:lang w:val="ru-RU"/>
              </w:rPr>
              <w:t xml:space="preserve"> воды температура замерзания понизится, на ______ град. </w:t>
            </w:r>
            <w:r>
              <w:t>(К=1,86º</w:t>
            </w:r>
            <w:proofErr w:type="gramStart"/>
            <w:r>
              <w:t>С )</w:t>
            </w:r>
            <w:proofErr w:type="gramEnd"/>
          </w:p>
          <w:p w:rsidR="007B68C2" w:rsidRPr="00B9477B" w:rsidRDefault="007B68C2" w:rsidP="00E31021">
            <w:pPr>
              <w:spacing w:line="240" w:lineRule="auto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i/>
                <w:lang w:val="ru-RU"/>
              </w:rPr>
              <w:t>16.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Кислый раствор получают при растворении в воде:</w:t>
            </w:r>
          </w:p>
          <w:p w:rsidR="007B68C2" w:rsidRPr="006D0217" w:rsidRDefault="007B68C2" w:rsidP="00E31021">
            <w:pPr>
              <w:spacing w:line="240" w:lineRule="auto"/>
              <w:rPr>
                <w:szCs w:val="14"/>
                <w:vertAlign w:val="subscript"/>
                <w:lang w:val="ru-RU"/>
              </w:rPr>
            </w:pPr>
            <w:r w:rsidRPr="006D0217">
              <w:rPr>
                <w:lang w:val="ru-RU"/>
              </w:rPr>
              <w:t>1)</w:t>
            </w:r>
            <w:r>
              <w:t>CrCl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 xml:space="preserve">                                  2</w:t>
            </w:r>
            <w:proofErr w:type="gramStart"/>
            <w:r w:rsidRPr="006D0217">
              <w:rPr>
                <w:lang w:val="ru-RU"/>
              </w:rPr>
              <w:t xml:space="preserve">)  </w:t>
            </w:r>
            <w:r>
              <w:t>CaCl</w:t>
            </w:r>
            <w:proofErr w:type="gramEnd"/>
            <w:r w:rsidRPr="006D0217">
              <w:rPr>
                <w:szCs w:val="14"/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 xml:space="preserve">                               3) </w:t>
            </w:r>
            <w:r>
              <w:t>NaNO</w:t>
            </w:r>
            <w:r w:rsidRPr="006D0217">
              <w:rPr>
                <w:szCs w:val="1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sz w:val="28"/>
                <w:lang w:val="ru-RU"/>
              </w:rPr>
              <w:t xml:space="preserve">      </w:t>
            </w:r>
            <w:r w:rsidRPr="006D0217">
              <w:rPr>
                <w:lang w:val="ru-RU"/>
              </w:rPr>
              <w:t>Составьте уравнение реакций: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17. </w:t>
            </w:r>
            <w:r w:rsidRPr="006D0217">
              <w:rPr>
                <w:szCs w:val="28"/>
                <w:lang w:val="ru-RU"/>
              </w:rPr>
              <w:t xml:space="preserve">Чему равна концентрация ионов </w:t>
            </w:r>
            <w:r>
              <w:rPr>
                <w:szCs w:val="28"/>
              </w:rPr>
              <w:t>H</w:t>
            </w:r>
            <w:r w:rsidRPr="006D0217">
              <w:rPr>
                <w:szCs w:val="28"/>
                <w:vertAlign w:val="superscript"/>
                <w:lang w:val="ru-RU"/>
              </w:rPr>
              <w:t>+</w:t>
            </w:r>
            <w:r w:rsidRPr="006D0217">
              <w:rPr>
                <w:szCs w:val="28"/>
                <w:lang w:val="ru-RU"/>
              </w:rPr>
              <w:t xml:space="preserve"> в растворе (моль/л), если концентрация </w:t>
            </w:r>
            <w:proofErr w:type="gramStart"/>
            <w:r w:rsidRPr="006D0217">
              <w:rPr>
                <w:szCs w:val="28"/>
                <w:lang w:val="ru-RU"/>
              </w:rPr>
              <w:t xml:space="preserve">ионов  </w:t>
            </w:r>
            <w:r>
              <w:rPr>
                <w:szCs w:val="28"/>
              </w:rPr>
              <w:t>OH</w:t>
            </w:r>
            <w:proofErr w:type="gramEnd"/>
            <w:r w:rsidRPr="006D0217">
              <w:rPr>
                <w:szCs w:val="28"/>
                <w:vertAlign w:val="superscript"/>
                <w:lang w:val="ru-RU"/>
              </w:rPr>
              <w:t>-</w:t>
            </w:r>
            <w:r w:rsidRPr="006D0217">
              <w:rPr>
                <w:szCs w:val="28"/>
                <w:lang w:val="ru-RU"/>
              </w:rPr>
              <w:t xml:space="preserve"> равна 0,01 моль/л:  _____ . 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E963BB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b/>
                <w:i/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18. 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Для коллоидных растворов размер частиц равен   _________</w:t>
            </w:r>
            <w:proofErr w:type="gramStart"/>
            <w:r w:rsidRPr="006D0217">
              <w:rPr>
                <w:lang w:val="ru-RU"/>
              </w:rPr>
              <w:t>_  см.</w:t>
            </w:r>
            <w:proofErr w:type="gramEnd"/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  <w:p w:rsidR="007B68C2" w:rsidRDefault="007B68C2" w:rsidP="00E31021">
            <w:pPr>
              <w:spacing w:line="240" w:lineRule="auto"/>
            </w:pPr>
            <w:r>
              <w:t>1) d&lt;10</w:t>
            </w:r>
            <w:r>
              <w:rPr>
                <w:vertAlign w:val="superscript"/>
              </w:rPr>
              <w:t>-7</w:t>
            </w:r>
            <w:r>
              <w:tab/>
              <w:t xml:space="preserve">       2) d=10</w:t>
            </w:r>
            <w:r>
              <w:rPr>
                <w:vertAlign w:val="superscript"/>
              </w:rPr>
              <w:t>-7</w:t>
            </w:r>
            <w:r>
              <w:t xml:space="preserve"> – 10</w:t>
            </w:r>
            <w:r>
              <w:rPr>
                <w:vertAlign w:val="superscript"/>
              </w:rPr>
              <w:t>-5</w:t>
            </w:r>
            <w:r>
              <w:tab/>
              <w:t xml:space="preserve">            3) d=10</w:t>
            </w:r>
            <w:r>
              <w:rPr>
                <w:vertAlign w:val="superscript"/>
              </w:rPr>
              <w:t>-5</w:t>
            </w:r>
            <w:r>
              <w:t xml:space="preserve"> – 10</w:t>
            </w:r>
            <w:r>
              <w:rPr>
                <w:vertAlign w:val="superscript"/>
              </w:rPr>
              <w:t>-4</w:t>
            </w:r>
            <w:r>
              <w:tab/>
            </w:r>
          </w:p>
          <w:p w:rsidR="007B68C2" w:rsidRPr="00E963BB" w:rsidRDefault="007B68C2" w:rsidP="00E31021">
            <w:pPr>
              <w:spacing w:line="240" w:lineRule="auto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19. </w:t>
            </w:r>
            <w:r w:rsidRPr="006D0217">
              <w:rPr>
                <w:szCs w:val="28"/>
                <w:lang w:val="ru-RU"/>
              </w:rPr>
              <w:t xml:space="preserve">Масса соли, </w:t>
            </w:r>
            <w:proofErr w:type="gramStart"/>
            <w:r w:rsidRPr="006D0217">
              <w:rPr>
                <w:szCs w:val="28"/>
                <w:lang w:val="ru-RU"/>
              </w:rPr>
              <w:t>содержащейся  в</w:t>
            </w:r>
            <w:proofErr w:type="gramEnd"/>
            <w:r w:rsidRPr="006D0217">
              <w:rPr>
                <w:szCs w:val="28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6D0217">
                <w:rPr>
                  <w:szCs w:val="28"/>
                  <w:lang w:val="ru-RU"/>
                </w:rPr>
                <w:t>150 г</w:t>
              </w:r>
            </w:smartTag>
            <w:r w:rsidRPr="006D0217">
              <w:rPr>
                <w:szCs w:val="28"/>
                <w:lang w:val="ru-RU"/>
              </w:rPr>
              <w:t xml:space="preserve"> 5%-го раствора соли, равна  _______г.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20.  </w:t>
            </w:r>
            <w:r w:rsidRPr="006D0217">
              <w:rPr>
                <w:szCs w:val="28"/>
                <w:lang w:val="ru-RU"/>
              </w:rPr>
              <w:t xml:space="preserve">Масса соли </w:t>
            </w:r>
            <w:r>
              <w:rPr>
                <w:szCs w:val="28"/>
              </w:rPr>
              <w:t>Na</w:t>
            </w:r>
            <w:r w:rsidRPr="006D0217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CO</w:t>
            </w:r>
            <w:r w:rsidRPr="006D0217">
              <w:rPr>
                <w:szCs w:val="28"/>
                <w:vertAlign w:val="subscript"/>
                <w:lang w:val="ru-RU"/>
              </w:rPr>
              <w:t>3</w:t>
            </w:r>
            <w:r w:rsidRPr="006D0217">
              <w:rPr>
                <w:szCs w:val="28"/>
                <w:lang w:val="ru-RU"/>
              </w:rPr>
              <w:t xml:space="preserve"> в 500 мл раствора С</w:t>
            </w:r>
            <w:r w:rsidRPr="006D0217">
              <w:rPr>
                <w:szCs w:val="32"/>
                <w:vertAlign w:val="subscript"/>
                <w:lang w:val="ru-RU"/>
              </w:rPr>
              <w:t>н</w:t>
            </w:r>
            <w:r w:rsidRPr="006D0217">
              <w:rPr>
                <w:szCs w:val="28"/>
                <w:lang w:val="ru-RU"/>
              </w:rPr>
              <w:t xml:space="preserve">= 0,25 Н равна…, г. 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F026BD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21. </w:t>
            </w:r>
            <w:r w:rsidRPr="006D0217">
              <w:rPr>
                <w:szCs w:val="28"/>
                <w:lang w:val="ru-RU"/>
              </w:rPr>
              <w:t>Какая реакция не относится к окислительно-восстановительным:</w:t>
            </w:r>
          </w:p>
          <w:p w:rsidR="007B68C2" w:rsidRDefault="007B68C2" w:rsidP="00E31021">
            <w:pPr>
              <w:numPr>
                <w:ilvl w:val="0"/>
                <w:numId w:val="7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2NaNO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→ NaNO</w:t>
            </w:r>
            <w:r>
              <w:rPr>
                <w:szCs w:val="28"/>
                <w:vertAlign w:val="subscript"/>
              </w:rPr>
              <w:t xml:space="preserve">2 </w:t>
            </w:r>
            <w:r>
              <w:rPr>
                <w:szCs w:val="28"/>
              </w:rPr>
              <w:t>+O</w:t>
            </w:r>
            <w:r>
              <w:rPr>
                <w:szCs w:val="28"/>
                <w:vertAlign w:val="subscript"/>
              </w:rPr>
              <w:t>2</w:t>
            </w:r>
          </w:p>
          <w:p w:rsidR="007B68C2" w:rsidRDefault="007B68C2" w:rsidP="00E31021">
            <w:pPr>
              <w:numPr>
                <w:ilvl w:val="0"/>
                <w:numId w:val="71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CaCO</w:t>
            </w:r>
            <w:proofErr w:type="gramStart"/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 →</w:t>
            </w:r>
            <w:proofErr w:type="gramEnd"/>
            <w:r>
              <w:rPr>
                <w:bCs/>
                <w:szCs w:val="28"/>
              </w:rPr>
              <w:t xml:space="preserve"> CaO + CO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7B68C2" w:rsidRDefault="007B68C2" w:rsidP="00E31021">
            <w:pPr>
              <w:numPr>
                <w:ilvl w:val="0"/>
                <w:numId w:val="7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2Pb(NO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)</w:t>
            </w:r>
            <w:r>
              <w:rPr>
                <w:szCs w:val="28"/>
                <w:vertAlign w:val="subscript"/>
              </w:rPr>
              <w:t xml:space="preserve"> 2</w:t>
            </w:r>
            <w:r>
              <w:rPr>
                <w:szCs w:val="28"/>
              </w:rPr>
              <w:t xml:space="preserve"> → 2PbO+4NO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 xml:space="preserve"> +O</w:t>
            </w:r>
            <w:r>
              <w:rPr>
                <w:szCs w:val="28"/>
                <w:vertAlign w:val="subscript"/>
              </w:rPr>
              <w:t>2</w:t>
            </w:r>
          </w:p>
          <w:p w:rsidR="007B68C2" w:rsidRPr="00F026BD" w:rsidRDefault="007B68C2" w:rsidP="00E31021">
            <w:pPr>
              <w:spacing w:line="240" w:lineRule="auto"/>
              <w:ind w:left="1117"/>
              <w:rPr>
                <w:b/>
                <w:i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/>
                <w:i/>
                <w:lang w:val="ru-RU"/>
              </w:rPr>
              <w:lastRenderedPageBreak/>
              <w:t xml:space="preserve">22. </w:t>
            </w:r>
            <w:r w:rsidRPr="00B036F5">
              <w:rPr>
                <w:lang w:val="ru-RU"/>
              </w:rPr>
              <w:t xml:space="preserve">Из предложенных соединений </w:t>
            </w:r>
            <w:r w:rsidRPr="00951425">
              <w:t>KMnO</w:t>
            </w:r>
            <w:r w:rsidRPr="00B036F5">
              <w:rPr>
                <w:vertAlign w:val="subscript"/>
                <w:lang w:val="ru-RU"/>
              </w:rPr>
              <w:t>4</w:t>
            </w:r>
            <w:r w:rsidRPr="00B036F5">
              <w:rPr>
                <w:lang w:val="ru-RU"/>
              </w:rPr>
              <w:t xml:space="preserve">, </w:t>
            </w:r>
            <w:r w:rsidRPr="00951425">
              <w:t>H</w:t>
            </w:r>
            <w:r w:rsidRPr="00B036F5">
              <w:rPr>
                <w:vertAlign w:val="subscript"/>
                <w:lang w:val="ru-RU"/>
              </w:rPr>
              <w:t>3</w:t>
            </w:r>
            <w:r w:rsidRPr="00951425">
              <w:t>PO</w:t>
            </w:r>
            <w:r w:rsidRPr="00B036F5">
              <w:rPr>
                <w:vertAlign w:val="subscript"/>
                <w:lang w:val="ru-RU"/>
              </w:rPr>
              <w:t>4</w:t>
            </w:r>
            <w:r w:rsidRPr="00B036F5">
              <w:rPr>
                <w:lang w:val="ru-RU"/>
              </w:rPr>
              <w:t xml:space="preserve">, </w:t>
            </w:r>
            <w:r w:rsidRPr="00951425">
              <w:t>SnCl</w:t>
            </w:r>
            <w:r w:rsidRPr="00B036F5">
              <w:rPr>
                <w:vertAlign w:val="subscript"/>
                <w:lang w:val="ru-RU"/>
              </w:rPr>
              <w:t>4</w:t>
            </w:r>
            <w:r w:rsidRPr="00B036F5">
              <w:rPr>
                <w:lang w:val="ru-RU"/>
              </w:rPr>
              <w:t xml:space="preserve"> выберите окислитель для окисления </w:t>
            </w:r>
            <w:r w:rsidRPr="00951425">
              <w:t>K</w:t>
            </w:r>
            <w:r w:rsidRPr="00B036F5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B036F5">
              <w:rPr>
                <w:vertAlign w:val="subscript"/>
                <w:lang w:val="ru-RU"/>
              </w:rPr>
              <w:t>3</w:t>
            </w:r>
            <w:r w:rsidRPr="00B036F5">
              <w:rPr>
                <w:lang w:val="ru-RU"/>
              </w:rPr>
              <w:t xml:space="preserve"> до </w:t>
            </w:r>
            <w:r w:rsidRPr="00951425">
              <w:t>K</w:t>
            </w:r>
            <w:r w:rsidRPr="00B036F5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B036F5">
              <w:rPr>
                <w:vertAlign w:val="subscript"/>
                <w:lang w:val="ru-RU"/>
              </w:rPr>
              <w:t>4</w:t>
            </w:r>
            <w:r w:rsidRPr="00B036F5">
              <w:rPr>
                <w:lang w:val="ru-RU"/>
              </w:rPr>
              <w:t xml:space="preserve"> , если </w:t>
            </w:r>
            <w:r>
              <w:rPr>
                <w:position w:val="-12"/>
              </w:rPr>
              <w:object w:dxaOrig="2260" w:dyaOrig="380">
                <v:shape id="_x0000_i2489" type="#_x0000_t75" style="width:114pt;height:18.75pt" o:ole="" fillcolor="window">
                  <v:imagedata r:id="rId120" o:title=""/>
                </v:shape>
                <o:OLEObject Type="Embed" ProgID="Equation.3" ShapeID="_x0000_i2489" DrawAspect="Content" ObjectID="_1840792795" r:id="rId288"/>
              </w:object>
            </w:r>
            <w:r w:rsidRPr="00B036F5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2420" w:dyaOrig="360">
                <v:shape id="_x0000_i2490" type="#_x0000_t75" style="width:120.75pt;height:18pt" o:ole="" fillcolor="window">
                  <v:imagedata r:id="rId122" o:title=""/>
                </v:shape>
                <o:OLEObject Type="Embed" ProgID="Equation.3" ShapeID="_x0000_i2490" DrawAspect="Content" ObjectID="_1840792796" r:id="rId289"/>
              </w:object>
            </w:r>
            <w:r w:rsidRPr="00B036F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020" w:dyaOrig="360">
                <v:shape id="_x0000_i2491" type="#_x0000_t75" style="width:101.25pt;height:18pt" o:ole="" fillcolor="window">
                  <v:imagedata r:id="rId124" o:title=""/>
                </v:shape>
                <o:OLEObject Type="Embed" ProgID="Equation.3" ShapeID="_x0000_i2491" DrawAspect="Content" ObjectID="_1840792797" r:id="rId290"/>
              </w:object>
            </w:r>
            <w:r w:rsidRPr="00B036F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800" w:dyaOrig="360">
                <v:shape id="_x0000_i2492" type="#_x0000_t75" style="width:90pt;height:18pt" o:ole="" fillcolor="window">
                  <v:imagedata r:id="rId126" o:title=""/>
                </v:shape>
                <o:OLEObject Type="Embed" ProgID="Equation.3" ShapeID="_x0000_i2492" DrawAspect="Content" ObjectID="_1840792798" r:id="rId291"/>
              </w:object>
            </w:r>
            <w:r w:rsidRPr="00B036F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180" w:dyaOrig="360">
                <v:shape id="_x0000_i2493" type="#_x0000_t75" style="width:108.75pt;height:18pt" o:ole="" fillcolor="window">
                  <v:imagedata r:id="rId128" o:title=""/>
                </v:shape>
                <o:OLEObject Type="Embed" ProgID="Equation.3" ShapeID="_x0000_i2493" DrawAspect="Content" ObjectID="_1840792799" r:id="rId292"/>
              </w:object>
            </w:r>
          </w:p>
          <w:p w:rsidR="007B68C2" w:rsidRPr="00B036F5" w:rsidRDefault="007B68C2" w:rsidP="00E31021">
            <w:pPr>
              <w:spacing w:line="240" w:lineRule="auto"/>
              <w:ind w:left="757"/>
              <w:rPr>
                <w:b/>
                <w:i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/>
                <w:i/>
                <w:lang w:val="ru-RU"/>
              </w:rPr>
              <w:t xml:space="preserve"> 23. </w:t>
            </w:r>
            <w:r w:rsidRPr="00B036F5">
              <w:rPr>
                <w:lang w:val="ru-RU"/>
              </w:rPr>
              <w:t xml:space="preserve">Вычислить Е (ЭДС) гальванического элемента в (В), состоящего из никелевого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036F5">
                <w:rPr>
                  <w:lang w:val="ru-RU"/>
                </w:rPr>
                <w:t>1 М</w:t>
              </w:r>
            </w:smartTag>
            <w:r w:rsidRPr="00B036F5">
              <w:rPr>
                <w:lang w:val="ru-RU"/>
              </w:rPr>
              <w:t xml:space="preserve"> раствор соли </w:t>
            </w:r>
            <w:r>
              <w:t>NiCl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 xml:space="preserve"> и золотого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036F5">
                <w:rPr>
                  <w:lang w:val="ru-RU"/>
                </w:rPr>
                <w:t>1 М</w:t>
              </w:r>
            </w:smartTag>
            <w:r w:rsidRPr="00B036F5">
              <w:rPr>
                <w:lang w:val="ru-RU"/>
              </w:rPr>
              <w:t xml:space="preserve"> раствор соли </w:t>
            </w:r>
            <w:r>
              <w:t>Au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>(</w:t>
            </w:r>
            <w:r>
              <w:t>SO</w:t>
            </w:r>
            <w:r w:rsidRPr="00B036F5">
              <w:rPr>
                <w:vertAlign w:val="subscript"/>
                <w:lang w:val="ru-RU"/>
              </w:rPr>
              <w:t>4</w:t>
            </w:r>
            <w:r w:rsidRPr="00B036F5">
              <w:rPr>
                <w:lang w:val="ru-RU"/>
              </w:rPr>
              <w:t>)</w:t>
            </w:r>
            <w:r w:rsidRPr="00B036F5">
              <w:rPr>
                <w:vertAlign w:val="subscript"/>
                <w:lang w:val="ru-RU"/>
              </w:rPr>
              <w:t>3</w:t>
            </w:r>
            <w:r w:rsidRPr="00B036F5">
              <w:rPr>
                <w:lang w:val="ru-RU"/>
              </w:rPr>
              <w:t xml:space="preserve">, если  </w:t>
            </w:r>
            <w:r>
              <w:rPr>
                <w:position w:val="-10"/>
              </w:rPr>
              <w:object w:dxaOrig="300" w:dyaOrig="360">
                <v:shape id="_x0000_i2494" type="#_x0000_t75" style="width:15.75pt;height:18pt" o:ole="" fillcolor="window">
                  <v:imagedata r:id="rId130" o:title=""/>
                </v:shape>
                <o:OLEObject Type="Embed" ProgID="Equation.3" ShapeID="_x0000_i2494" DrawAspect="Content" ObjectID="_1840792800" r:id="rId293"/>
              </w:object>
            </w:r>
            <w:r w:rsidRPr="00B036F5">
              <w:rPr>
                <w:lang w:val="ru-RU"/>
              </w:rPr>
              <w:t xml:space="preserve"> </w:t>
            </w:r>
            <w:r>
              <w:rPr>
                <w:szCs w:val="28"/>
              </w:rPr>
              <w:t>Au</w:t>
            </w:r>
            <w:r w:rsidRPr="00B036F5">
              <w:rPr>
                <w:szCs w:val="28"/>
                <w:lang w:val="ru-RU"/>
              </w:rPr>
              <w:t>/</w:t>
            </w:r>
            <w:r>
              <w:rPr>
                <w:szCs w:val="28"/>
              </w:rPr>
              <w:t>Au</w:t>
            </w:r>
            <w:r w:rsidRPr="00B036F5">
              <w:rPr>
                <w:szCs w:val="28"/>
                <w:vertAlign w:val="superscript"/>
                <w:lang w:val="ru-RU"/>
              </w:rPr>
              <w:t xml:space="preserve">+3 </w:t>
            </w:r>
            <w:r w:rsidRPr="00B036F5">
              <w:rPr>
                <w:lang w:val="ru-RU"/>
              </w:rPr>
              <w:t xml:space="preserve">= </w:t>
            </w:r>
            <w:r w:rsidRPr="00B036F5">
              <w:rPr>
                <w:szCs w:val="28"/>
                <w:lang w:val="ru-RU"/>
              </w:rPr>
              <w:t>+1,50</w:t>
            </w:r>
            <w:r>
              <w:rPr>
                <w:szCs w:val="28"/>
              </w:rPr>
              <w:t>B</w:t>
            </w:r>
            <w:r w:rsidRPr="00B036F5">
              <w:rPr>
                <w:szCs w:val="28"/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2495" type="#_x0000_t75" style="width:15.75pt;height:18pt" o:ole="" fillcolor="window">
                  <v:imagedata r:id="rId130" o:title=""/>
                </v:shape>
                <o:OLEObject Type="Embed" ProgID="Equation.3" ShapeID="_x0000_i2495" DrawAspect="Content" ObjectID="_1840792801" r:id="rId294"/>
              </w:object>
            </w:r>
            <w:r w:rsidRPr="00B036F5">
              <w:rPr>
                <w:lang w:val="ru-RU"/>
              </w:rPr>
              <w:t xml:space="preserve"> </w:t>
            </w:r>
            <w:r>
              <w:t>Ni</w:t>
            </w:r>
            <w:r w:rsidRPr="00B036F5">
              <w:rPr>
                <w:lang w:val="ru-RU"/>
              </w:rPr>
              <w:t>/</w:t>
            </w:r>
            <w:r>
              <w:t>Ni</w:t>
            </w:r>
            <w:r w:rsidRPr="00B036F5">
              <w:rPr>
                <w:vertAlign w:val="superscript"/>
                <w:lang w:val="ru-RU"/>
              </w:rPr>
              <w:t xml:space="preserve">+2 </w:t>
            </w:r>
            <w:r w:rsidRPr="00B036F5">
              <w:rPr>
                <w:lang w:val="ru-RU"/>
              </w:rPr>
              <w:t>= -0,25</w:t>
            </w:r>
            <w:r>
              <w:t>B</w:t>
            </w:r>
          </w:p>
          <w:p w:rsidR="007B68C2" w:rsidRPr="00B036F5" w:rsidRDefault="007B68C2" w:rsidP="00E31021">
            <w:pPr>
              <w:spacing w:line="240" w:lineRule="auto"/>
              <w:rPr>
                <w:b/>
                <w:i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B036F5">
              <w:rPr>
                <w:b/>
                <w:i/>
                <w:lang w:val="ru-RU"/>
              </w:rPr>
              <w:t xml:space="preserve"> </w:t>
            </w:r>
            <w:r>
              <w:rPr>
                <w:b/>
                <w:i/>
              </w:rPr>
              <w:t xml:space="preserve">24. </w:t>
            </w:r>
            <w:r>
              <w:t>Электролиз – это:</w:t>
            </w:r>
          </w:p>
          <w:p w:rsidR="007B68C2" w:rsidRPr="006D0217" w:rsidRDefault="007B68C2" w:rsidP="00E31021">
            <w:pPr>
              <w:numPr>
                <w:ilvl w:val="0"/>
                <w:numId w:val="18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Окислительно-восстановительные процессы, проходящие в растворах и расплавах электролитов во время прохождения электрического тока;</w:t>
            </w:r>
          </w:p>
          <w:p w:rsidR="007B68C2" w:rsidRPr="006D0217" w:rsidRDefault="007B68C2" w:rsidP="00E31021">
            <w:pPr>
              <w:numPr>
                <w:ilvl w:val="0"/>
                <w:numId w:val="18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Окислительно-восстановительные процессы, протекающие в растворах между ионами;</w:t>
            </w:r>
          </w:p>
          <w:p w:rsidR="007B68C2" w:rsidRPr="006D0217" w:rsidRDefault="007B68C2" w:rsidP="00E31021">
            <w:pPr>
              <w:numPr>
                <w:ilvl w:val="0"/>
                <w:numId w:val="18"/>
              </w:numPr>
              <w:spacing w:line="240" w:lineRule="auto"/>
              <w:rPr>
                <w:b/>
                <w:i/>
                <w:lang w:val="ru-RU"/>
              </w:rPr>
            </w:pPr>
            <w:r w:rsidRPr="006D0217">
              <w:rPr>
                <w:lang w:val="ru-RU"/>
              </w:rPr>
              <w:t>Окислительно-восстановительные процессы, протекающие в растворах или расплавах электролитов, под действием молекул растворителя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i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25. </w:t>
            </w:r>
            <w:r w:rsidRPr="006D0217">
              <w:rPr>
                <w:lang w:val="ru-RU"/>
              </w:rPr>
              <w:t>Какое количество электричества надо пропустить через раствор сульфата меди (</w:t>
            </w:r>
            <w:r>
              <w:t>II</w:t>
            </w:r>
            <w:r w:rsidRPr="006D0217">
              <w:rPr>
                <w:lang w:val="ru-RU"/>
              </w:rPr>
              <w:t xml:space="preserve">), чтобы на аноде выделилось </w:t>
            </w:r>
            <w:smartTag w:uri="urn:schemas-microsoft-com:office:smarttags" w:element="metricconverter">
              <w:smartTagPr>
                <w:attr w:name="ProductID" w:val="22,4 л"/>
              </w:smartTagPr>
              <w:r w:rsidRPr="006D0217">
                <w:rPr>
                  <w:lang w:val="ru-RU"/>
                </w:rPr>
                <w:t>22,4 л</w:t>
              </w:r>
            </w:smartTag>
            <w:r w:rsidRPr="006D0217">
              <w:rPr>
                <w:lang w:val="ru-RU"/>
              </w:rPr>
              <w:t xml:space="preserve"> кислорода (н.у)?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i/>
                <w:lang w:val="ru-RU"/>
              </w:rPr>
            </w:pPr>
          </w:p>
        </w:tc>
      </w:tr>
      <w:tr w:rsidR="007B68C2" w:rsidRPr="00F026BD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6D0217">
              <w:rPr>
                <w:b/>
                <w:i/>
                <w:lang w:val="ru-RU"/>
              </w:rPr>
              <w:t xml:space="preserve">26. </w:t>
            </w:r>
            <w:r w:rsidRPr="006D0217">
              <w:rPr>
                <w:lang w:val="ru-RU"/>
              </w:rPr>
              <w:t xml:space="preserve">При электролизе водного раствора соли значение рН в приэлектродном пространстве одного из электродов возросло. </w:t>
            </w:r>
            <w:r>
              <w:t>Раствор, какой соли подвергался электролизу?</w:t>
            </w:r>
          </w:p>
          <w:p w:rsidR="007B68C2" w:rsidRDefault="007B68C2" w:rsidP="00E31021">
            <w:pPr>
              <w:spacing w:line="240" w:lineRule="auto"/>
              <w:rPr>
                <w:position w:val="-12"/>
              </w:rPr>
            </w:pPr>
            <w:r>
              <w:rPr>
                <w:position w:val="-6"/>
              </w:rPr>
              <w:t xml:space="preserve">1) </w:t>
            </w:r>
            <w:r>
              <w:rPr>
                <w:position w:val="-6"/>
              </w:rPr>
              <w:object w:dxaOrig="479" w:dyaOrig="280">
                <v:shape id="_x0000_i2496" type="#_x0000_t75" style="width:24pt;height:13.5pt" o:ole="">
                  <v:imagedata r:id="rId158" o:title=""/>
                </v:shape>
                <o:OLEObject Type="Embed" ProgID="Equation.3" ShapeID="_x0000_i2496" DrawAspect="Content" ObjectID="_1840792802" r:id="rId295"/>
              </w:object>
            </w:r>
            <w:r>
              <w:rPr>
                <w:position w:val="-6"/>
              </w:rPr>
              <w:t xml:space="preserve">;      2) </w:t>
            </w:r>
            <w:r>
              <w:rPr>
                <w:position w:val="-10"/>
              </w:rPr>
              <w:object w:dxaOrig="660" w:dyaOrig="340">
                <v:shape id="_x0000_i2497" type="#_x0000_t75" style="width:33pt;height:17.25pt" o:ole="">
                  <v:imagedata r:id="rId160" o:title=""/>
                </v:shape>
                <o:OLEObject Type="Embed" ProgID="Equation.3" ShapeID="_x0000_i2497" DrawAspect="Content" ObjectID="_1840792803" r:id="rId296"/>
              </w:object>
            </w:r>
            <w:r>
              <w:rPr>
                <w:position w:val="-10"/>
              </w:rPr>
              <w:t xml:space="preserve">;   3)  </w:t>
            </w:r>
            <w:r>
              <w:rPr>
                <w:position w:val="-12"/>
              </w:rPr>
              <w:object w:dxaOrig="1060" w:dyaOrig="360">
                <v:shape id="_x0000_i2498" type="#_x0000_t75" style="width:53.25pt;height:18pt" o:ole="">
                  <v:imagedata r:id="rId162" o:title=""/>
                </v:shape>
                <o:OLEObject Type="Embed" ProgID="Equation.3" ShapeID="_x0000_i2498" DrawAspect="Content" ObjectID="_1840792804" r:id="rId297"/>
              </w:object>
            </w:r>
          </w:p>
          <w:p w:rsidR="007B68C2" w:rsidRPr="00F026BD" w:rsidRDefault="007B68C2" w:rsidP="00E31021">
            <w:pPr>
              <w:spacing w:line="240" w:lineRule="auto"/>
              <w:rPr>
                <w:b/>
                <w:i/>
              </w:rPr>
            </w:pPr>
          </w:p>
        </w:tc>
      </w:tr>
      <w:tr w:rsidR="007B68C2" w:rsidRPr="00951425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27. </w:t>
            </w:r>
            <w:r w:rsidRPr="006D0217">
              <w:rPr>
                <w:lang w:val="ru-RU"/>
              </w:rPr>
              <w:t xml:space="preserve">Какие продукты образуются при растворении олова в растворе щелочи? </w:t>
            </w:r>
          </w:p>
          <w:p w:rsidR="007B68C2" w:rsidRPr="00D81F18" w:rsidRDefault="007B68C2" w:rsidP="00E31021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6</w:t>
            </w:r>
            <w:r w:rsidRPr="00D81F18">
              <w:t>] + H</w:t>
            </w:r>
            <w:r w:rsidRPr="00D81F18">
              <w:rPr>
                <w:vertAlign w:val="subscript"/>
              </w:rPr>
              <w:t>2</w:t>
            </w:r>
            <w:r w:rsidRPr="00D81F18">
              <w:t>O;</w:t>
            </w:r>
            <w:r w:rsidRPr="00D81F18">
              <w:tab/>
            </w:r>
            <w:r w:rsidRPr="00D81F18">
              <w:tab/>
            </w:r>
          </w:p>
          <w:p w:rsidR="007B68C2" w:rsidRPr="00D81F18" w:rsidRDefault="007B68C2" w:rsidP="00E31021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4</w:t>
            </w:r>
            <w:r w:rsidRPr="00D81F18">
              <w:t>] + H</w:t>
            </w:r>
            <w:proofErr w:type="gramStart"/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proofErr w:type="gramEnd"/>
            <w:r w:rsidRPr="00D81F18">
              <w:tab/>
            </w:r>
            <w:r w:rsidRPr="00D81F18">
              <w:tab/>
            </w:r>
          </w:p>
          <w:p w:rsidR="007B68C2" w:rsidRPr="00D81F18" w:rsidRDefault="007B68C2" w:rsidP="00E31021">
            <w:pPr>
              <w:numPr>
                <w:ilvl w:val="0"/>
                <w:numId w:val="73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SnO</w:t>
            </w:r>
            <w:r w:rsidRPr="00D81F18">
              <w:rPr>
                <w:vertAlign w:val="subscript"/>
              </w:rPr>
              <w:t>3</w:t>
            </w:r>
            <w:r w:rsidRPr="00D81F18">
              <w:t xml:space="preserve"> + H</w:t>
            </w:r>
            <w:proofErr w:type="gramStart"/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proofErr w:type="gramEnd"/>
            <w:r w:rsidRPr="00D81F18">
              <w:tab/>
            </w:r>
            <w:r w:rsidRPr="00D81F18">
              <w:tab/>
            </w:r>
            <w:r w:rsidRPr="00D81F18">
              <w:tab/>
            </w:r>
          </w:p>
          <w:p w:rsidR="007B68C2" w:rsidRPr="00951425" w:rsidRDefault="007B68C2" w:rsidP="00E31021">
            <w:pPr>
              <w:spacing w:line="240" w:lineRule="auto"/>
            </w:pPr>
          </w:p>
        </w:tc>
      </w:tr>
      <w:tr w:rsidR="007B68C2" w:rsidRPr="00F026BD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28. </w:t>
            </w:r>
            <w:r w:rsidRPr="006D0217">
              <w:rPr>
                <w:lang w:val="ru-RU"/>
              </w:rPr>
              <w:t>Укажите соединения, которые может образовывать молибден?</w:t>
            </w:r>
          </w:p>
          <w:p w:rsidR="007B68C2" w:rsidRDefault="007B68C2" w:rsidP="00E31021">
            <w:pPr>
              <w:spacing w:line="240" w:lineRule="auto"/>
            </w:pPr>
            <w:r>
              <w:rPr>
                <w:position w:val="-12"/>
              </w:rPr>
              <w:object w:dxaOrig="920" w:dyaOrig="360">
                <v:shape id="_x0000_i2499" type="#_x0000_t75" style="width:45pt;height:18pt" o:ole="">
                  <v:imagedata r:id="rId298" o:title=""/>
                </v:shape>
                <o:OLEObject Type="Embed" ProgID="Equation.3" ShapeID="_x0000_i2499" DrawAspect="Content" ObjectID="_1840792805" r:id="rId299"/>
              </w:object>
            </w:r>
            <w:r>
              <w:t xml:space="preserve"> ;      </w:t>
            </w:r>
            <w:r>
              <w:rPr>
                <w:position w:val="-12"/>
              </w:rPr>
              <w:object w:dxaOrig="1060" w:dyaOrig="360">
                <v:shape id="_x0000_i2500" type="#_x0000_t75" style="width:53.25pt;height:18pt" o:ole="">
                  <v:imagedata r:id="rId300" o:title=""/>
                </v:shape>
                <o:OLEObject Type="Embed" ProgID="Equation.3" ShapeID="_x0000_i2500" DrawAspect="Content" ObjectID="_1840792806" r:id="rId301"/>
              </w:object>
            </w:r>
            <w:r>
              <w:t xml:space="preserve">;     </w:t>
            </w:r>
            <w:r>
              <w:rPr>
                <w:position w:val="-10"/>
              </w:rPr>
              <w:object w:dxaOrig="940" w:dyaOrig="340">
                <v:shape id="_x0000_i2501" type="#_x0000_t75" style="width:45.75pt;height:17.25pt" o:ole="">
                  <v:imagedata r:id="rId302" o:title=""/>
                </v:shape>
                <o:OLEObject Type="Embed" ProgID="Equation.3" ShapeID="_x0000_i2501" DrawAspect="Content" ObjectID="_1840792807" r:id="rId303"/>
              </w:object>
            </w:r>
          </w:p>
          <w:p w:rsidR="007B68C2" w:rsidRPr="00F026BD" w:rsidRDefault="007B68C2" w:rsidP="00E31021">
            <w:pPr>
              <w:spacing w:line="240" w:lineRule="auto"/>
              <w:rPr>
                <w:b/>
                <w:i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i/>
                <w:lang w:val="ru-RU"/>
              </w:rPr>
              <w:t xml:space="preserve">29. </w:t>
            </w:r>
            <w:r w:rsidRPr="006D0217">
              <w:rPr>
                <w:lang w:val="ru-RU"/>
              </w:rPr>
              <w:t xml:space="preserve">Присутствие карбонат-ионов в водном растворе можно обнаружить с помощью ионов </w:t>
            </w:r>
          </w:p>
          <w:p w:rsidR="007B68C2" w:rsidRPr="006D0217" w:rsidRDefault="007B68C2" w:rsidP="00E31021">
            <w:pPr>
              <w:pStyle w:val="23"/>
              <w:spacing w:line="240" w:lineRule="auto"/>
              <w:ind w:left="1117"/>
              <w:rPr>
                <w:bCs/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>
              <w:t>Na</w:t>
            </w:r>
            <w:r w:rsidRPr="006D0217">
              <w:rPr>
                <w:vertAlign w:val="superscript"/>
                <w:lang w:val="ru-RU"/>
              </w:rPr>
              <w:t>+</w:t>
            </w:r>
            <w:r w:rsidRPr="006D0217">
              <w:rPr>
                <w:lang w:val="ru-RU"/>
              </w:rPr>
              <w:t xml:space="preserve">;    2) </w:t>
            </w:r>
            <w:r>
              <w:t>NH</w:t>
            </w:r>
            <w:r w:rsidRPr="006D0217">
              <w:rPr>
                <w:vertAlign w:val="subscript"/>
                <w:lang w:val="ru-RU"/>
              </w:rPr>
              <w:t>4</w:t>
            </w:r>
            <w:r w:rsidRPr="006D0217">
              <w:rPr>
                <w:vertAlign w:val="superscript"/>
                <w:lang w:val="ru-RU"/>
              </w:rPr>
              <w:t>+</w:t>
            </w:r>
            <w:r w:rsidRPr="006D0217">
              <w:rPr>
                <w:lang w:val="ru-RU"/>
              </w:rPr>
              <w:t xml:space="preserve">;    3) </w:t>
            </w:r>
            <w:r>
              <w:rPr>
                <w:bCs/>
              </w:rPr>
              <w:t>H</w:t>
            </w:r>
            <w:r w:rsidRPr="006D0217">
              <w:rPr>
                <w:bCs/>
                <w:vertAlign w:val="superscript"/>
                <w:lang w:val="ru-RU"/>
              </w:rPr>
              <w:t>+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Составьте уравнение реакции:</w:t>
            </w:r>
          </w:p>
          <w:p w:rsidR="007B68C2" w:rsidRPr="006D0217" w:rsidRDefault="007B68C2" w:rsidP="00E31021">
            <w:pPr>
              <w:spacing w:line="240" w:lineRule="auto"/>
              <w:rPr>
                <w:position w:val="-12"/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rPr>
                <w:b/>
                <w:i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8C2" w:rsidRPr="006D0217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</w:p>
          <w:p w:rsidR="007B68C2" w:rsidRPr="006D0217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>Утверждено на заседании кафедры: ЭБЖиФ протокол от</w:t>
            </w:r>
            <w:r w:rsidR="00E31021">
              <w:rPr>
                <w:lang w:val="ru-RU"/>
              </w:rPr>
              <w:t xml:space="preserve"> «22</w:t>
            </w:r>
            <w:r w:rsidRPr="006D0217">
              <w:rPr>
                <w:lang w:val="ru-RU"/>
              </w:rPr>
              <w:t xml:space="preserve">» </w:t>
            </w:r>
            <w:r w:rsidR="00E31021">
              <w:rPr>
                <w:lang w:val="ru-RU"/>
              </w:rPr>
              <w:t>апреля 2026</w:t>
            </w:r>
            <w:r w:rsidRPr="006D0217">
              <w:rPr>
                <w:lang w:val="ru-RU"/>
              </w:rPr>
              <w:t xml:space="preserve"> г. № </w:t>
            </w:r>
            <w:r w:rsidR="00E31021">
              <w:rPr>
                <w:lang w:val="ru-RU"/>
              </w:rPr>
              <w:t>9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Минобрнауки России 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ФГБОУ ВО 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lastRenderedPageBreak/>
              <w:t>«БрГУ»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jc w:val="center"/>
              <w:rPr>
                <w:b/>
                <w:lang w:val="ru-RU"/>
              </w:rPr>
            </w:pPr>
            <w:r w:rsidRPr="006D0217">
              <w:rPr>
                <w:b/>
                <w:lang w:val="ru-RU"/>
              </w:rPr>
              <w:lastRenderedPageBreak/>
              <w:t>Экзаменационный тест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b/>
                <w:lang w:val="ru-RU"/>
              </w:rPr>
              <w:t>Вариант № 3</w:t>
            </w:r>
          </w:p>
          <w:p w:rsidR="007B68C2" w:rsidRPr="006D0217" w:rsidRDefault="007B68C2" w:rsidP="00E31021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lang w:val="ru-RU"/>
              </w:rPr>
              <w:t xml:space="preserve">направление подготовки 15.03.02 </w:t>
            </w:r>
            <w:r w:rsidRPr="006D0217">
              <w:rPr>
                <w:lang w:val="ru-RU"/>
              </w:rPr>
              <w:t xml:space="preserve">Технологические машины и </w:t>
            </w:r>
            <w:r w:rsidRPr="006D0217">
              <w:rPr>
                <w:lang w:val="ru-RU"/>
              </w:rPr>
              <w:lastRenderedPageBreak/>
              <w:t>оборудование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b/>
                <w:lang w:val="ru-RU"/>
              </w:rPr>
              <w:t>профиль подготовки</w:t>
            </w:r>
            <w:r w:rsidRPr="006D0217">
              <w:rPr>
                <w:lang w:val="ru-RU"/>
              </w:rPr>
              <w:t xml:space="preserve"> Машины и оборудование лесного комплекса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</w:p>
        </w:tc>
      </w:tr>
      <w:tr w:rsidR="007B68C2" w:rsidTr="008921D6"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lastRenderedPageBreak/>
              <w:t xml:space="preserve">1. </w:t>
            </w:r>
            <w:r w:rsidRPr="006D0217">
              <w:rPr>
                <w:lang w:val="ru-RU"/>
              </w:rPr>
              <w:t>Число, каких элементарных частиц является определяющим для понятия «ион»:</w:t>
            </w:r>
          </w:p>
          <w:p w:rsidR="007B68C2" w:rsidRDefault="007B68C2" w:rsidP="00E31021">
            <w:pPr>
              <w:spacing w:line="240" w:lineRule="auto"/>
            </w:pPr>
            <w:r>
              <w:t xml:space="preserve">1)протоны;   </w:t>
            </w:r>
          </w:p>
          <w:p w:rsidR="007B68C2" w:rsidRDefault="007B68C2" w:rsidP="00E31021">
            <w:pPr>
              <w:spacing w:line="240" w:lineRule="auto"/>
            </w:pPr>
            <w:r>
              <w:t xml:space="preserve">2)нейтроны;   </w:t>
            </w:r>
          </w:p>
          <w:p w:rsidR="007B68C2" w:rsidRDefault="007B68C2" w:rsidP="00E31021">
            <w:pPr>
              <w:spacing w:line="240" w:lineRule="auto"/>
            </w:pPr>
            <w:r>
              <w:t>3)электроны.</w:t>
            </w:r>
          </w:p>
          <w:p w:rsidR="007B68C2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2. </w:t>
            </w:r>
            <w:r w:rsidRPr="006D0217">
              <w:rPr>
                <w:lang w:val="ru-RU"/>
              </w:rPr>
              <w:t xml:space="preserve">Атомы элементов, имеющие одинаковое число валентных </w:t>
            </w:r>
            <w:proofErr w:type="gramStart"/>
            <w:r w:rsidRPr="006D0217">
              <w:rPr>
                <w:lang w:val="ru-RU"/>
              </w:rPr>
              <w:t>электронов,  расположены</w:t>
            </w:r>
            <w:proofErr w:type="gramEnd"/>
            <w:r w:rsidRPr="006D0217">
              <w:rPr>
                <w:lang w:val="ru-RU"/>
              </w:rPr>
              <w:t>:</w:t>
            </w:r>
          </w:p>
          <w:p w:rsidR="007B68C2" w:rsidRPr="006D0217" w:rsidRDefault="007B68C2" w:rsidP="00E31021">
            <w:pPr>
              <w:numPr>
                <w:ilvl w:val="0"/>
                <w:numId w:val="74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в одной группе периодической системы;</w:t>
            </w:r>
          </w:p>
          <w:p w:rsidR="007B68C2" w:rsidRPr="006D0217" w:rsidRDefault="007B68C2" w:rsidP="00E31021">
            <w:pPr>
              <w:numPr>
                <w:ilvl w:val="0"/>
                <w:numId w:val="74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в одном периоде периодической системы;</w:t>
            </w:r>
          </w:p>
          <w:p w:rsidR="007B68C2" w:rsidRPr="006D0217" w:rsidRDefault="007B68C2" w:rsidP="00E31021">
            <w:pPr>
              <w:numPr>
                <w:ilvl w:val="0"/>
                <w:numId w:val="74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t>в одной подгруппе периодической системы.</w:t>
            </w:r>
          </w:p>
          <w:p w:rsidR="007B68C2" w:rsidRPr="006D0217" w:rsidRDefault="007B68C2" w:rsidP="00E31021">
            <w:pPr>
              <w:spacing w:line="240" w:lineRule="auto"/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6D0217">
              <w:rPr>
                <w:lang w:val="ru-RU"/>
              </w:rPr>
              <w:t>Высший гидроксид хрома: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     1) проявляет кислотные свойства</w:t>
            </w:r>
            <w:r w:rsidRPr="00FA34E7">
              <w:rPr>
                <w:position w:val="-10"/>
              </w:rPr>
              <w:object w:dxaOrig="180" w:dyaOrig="340">
                <v:shape id="_x0000_i2502" type="#_x0000_t75" style="width:9pt;height:17.25pt" o:ole="">
                  <v:imagedata r:id="rId107" o:title=""/>
                </v:shape>
                <o:OLEObject Type="Embed" ProgID="Equation.3" ShapeID="_x0000_i2502" DrawAspect="Content" ObjectID="_1840792808" r:id="rId304"/>
              </w:objec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     2) проявляет основные свойства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     3) проявляет амфотерные свойства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     Ответ подтвердите, составив уравнение реакций:</w:t>
            </w:r>
          </w:p>
          <w:p w:rsidR="007B68C2" w:rsidRDefault="007B68C2" w:rsidP="00E31021">
            <w:pPr>
              <w:spacing w:line="240" w:lineRule="auto"/>
            </w:pPr>
            <w:r>
              <w:t>1)</w:t>
            </w:r>
          </w:p>
          <w:p w:rsidR="007B68C2" w:rsidRDefault="007B68C2" w:rsidP="00E31021">
            <w:pPr>
              <w:spacing w:line="240" w:lineRule="auto"/>
            </w:pPr>
            <w:r>
              <w:t>2)</w:t>
            </w:r>
          </w:p>
          <w:p w:rsidR="007B68C2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8921D6">
              <w:rPr>
                <w:b/>
                <w:bCs/>
                <w:i/>
                <w:iCs/>
                <w:lang w:val="ru-RU"/>
              </w:rPr>
              <w:t xml:space="preserve"> </w:t>
            </w:r>
            <w:proofErr w:type="gramStart"/>
            <w:r w:rsidRPr="00B036F5">
              <w:rPr>
                <w:bCs/>
                <w:iCs/>
                <w:lang w:val="ru-RU"/>
              </w:rPr>
              <w:t>4</w:t>
            </w:r>
            <w:r w:rsidRPr="00B036F5">
              <w:rPr>
                <w:sz w:val="28"/>
                <w:lang w:val="ru-RU"/>
              </w:rPr>
              <w:t xml:space="preserve"> .</w:t>
            </w:r>
            <w:proofErr w:type="gramEnd"/>
            <w:r w:rsidRPr="00B036F5">
              <w:rPr>
                <w:sz w:val="28"/>
                <w:lang w:val="ru-RU"/>
              </w:rPr>
              <w:t xml:space="preserve"> </w:t>
            </w:r>
            <w:r w:rsidRPr="00B036F5">
              <w:rPr>
                <w:lang w:val="ru-RU"/>
              </w:rPr>
              <w:t xml:space="preserve">Для проведения реакций по схеме: </w:t>
            </w:r>
            <w:r>
              <w:t>MgCl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 xml:space="preserve"> </w:t>
            </w:r>
            <w:r w:rsidRPr="00FA34E7">
              <w:rPr>
                <w:position w:val="-6"/>
              </w:rPr>
              <w:object w:dxaOrig="300" w:dyaOrig="220">
                <v:shape id="_x0000_i2503" type="#_x0000_t75" style="width:15.75pt;height:12pt" o:ole="">
                  <v:imagedata r:id="rId11" o:title=""/>
                </v:shape>
                <o:OLEObject Type="Embed" ProgID="Equation.3" ShapeID="_x0000_i2503" DrawAspect="Content" ObjectID="_1840792809" r:id="rId305"/>
              </w:object>
            </w:r>
            <w:r w:rsidRPr="00B036F5">
              <w:rPr>
                <w:lang w:val="ru-RU"/>
              </w:rPr>
              <w:t xml:space="preserve"> </w:t>
            </w:r>
            <w:r w:rsidRPr="00FA34E7">
              <w:t>MgCO</w:t>
            </w:r>
            <w:r w:rsidRPr="00B036F5">
              <w:rPr>
                <w:vertAlign w:val="subscript"/>
                <w:lang w:val="ru-RU"/>
              </w:rPr>
              <w:t>3</w:t>
            </w:r>
            <w:r w:rsidRPr="00FA34E7">
              <w:rPr>
                <w:position w:val="-6"/>
              </w:rPr>
              <w:object w:dxaOrig="300" w:dyaOrig="220">
                <v:shape id="_x0000_i2504" type="#_x0000_t75" style="width:15.75pt;height:10.5pt" o:ole="">
                  <v:imagedata r:id="rId13" o:title=""/>
                </v:shape>
                <o:OLEObject Type="Embed" ProgID="Equation.3" ShapeID="_x0000_i2504" DrawAspect="Content" ObjectID="_1840792810" r:id="rId306"/>
              </w:object>
            </w:r>
            <w:r w:rsidRPr="00B036F5">
              <w:rPr>
                <w:lang w:val="ru-RU"/>
              </w:rPr>
              <w:t xml:space="preserve"> </w:t>
            </w:r>
            <w:r w:rsidRPr="00FA34E7">
              <w:t>CO</w:t>
            </w:r>
            <w:r w:rsidRPr="00B036F5">
              <w:rPr>
                <w:vertAlign w:val="subscript"/>
                <w:lang w:val="ru-RU"/>
              </w:rPr>
              <w:t xml:space="preserve">2  </w:t>
            </w:r>
            <w:r w:rsidRPr="00B036F5">
              <w:rPr>
                <w:lang w:val="ru-RU"/>
              </w:rPr>
              <w:t>набор реактивов и условий соответственно: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 w:rsidRPr="00FA34E7">
              <w:t>H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С</w:t>
            </w:r>
            <w:r w:rsidRPr="00FA34E7">
              <w:t>O</w:t>
            </w:r>
            <w:proofErr w:type="gramStart"/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 xml:space="preserve">;   </w:t>
            </w:r>
            <w:proofErr w:type="gramEnd"/>
            <w:r w:rsidRPr="006D0217">
              <w:rPr>
                <w:lang w:val="ru-RU"/>
              </w:rPr>
              <w:t>температура</w:t>
            </w:r>
            <w:r w:rsidRPr="006D0217">
              <w:rPr>
                <w:lang w:val="ru-RU"/>
              </w:rPr>
              <w:tab/>
            </w:r>
            <w:r w:rsidRPr="006D0217">
              <w:rPr>
                <w:lang w:val="ru-RU"/>
              </w:rPr>
              <w:tab/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2) </w:t>
            </w:r>
            <w:r>
              <w:t>HCl</w:t>
            </w:r>
            <w:r w:rsidRPr="006D0217">
              <w:rPr>
                <w:lang w:val="ru-RU"/>
              </w:rPr>
              <w:t xml:space="preserve">; температура;   </w:t>
            </w:r>
            <w:r w:rsidRPr="006D0217">
              <w:rPr>
                <w:lang w:val="ru-RU"/>
              </w:rPr>
              <w:tab/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3) </w:t>
            </w:r>
            <w:r w:rsidRPr="00FA34E7">
              <w:t>Na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С</w:t>
            </w:r>
            <w:r w:rsidRPr="00FA34E7">
              <w:t>O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>; температура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bCs/>
                <w:iCs/>
                <w:lang w:val="ru-RU"/>
              </w:rPr>
              <w:t>5.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 </w:t>
            </w:r>
            <w:r w:rsidRPr="006D0217">
              <w:rPr>
                <w:lang w:val="ru-RU"/>
              </w:rPr>
              <w:t>Атом азота в молекуле аммиака имеет …</w:t>
            </w:r>
          </w:p>
          <w:p w:rsidR="007B68C2" w:rsidRDefault="007B68C2" w:rsidP="00E31021">
            <w:pPr>
              <w:numPr>
                <w:ilvl w:val="0"/>
                <w:numId w:val="75"/>
              </w:numPr>
              <w:spacing w:line="240" w:lineRule="auto"/>
            </w:pPr>
            <w:r w:rsidRPr="00B036F5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400" w:dyaOrig="360">
                <v:shape id="_x0000_i2505" type="#_x0000_t75" style="width:20.25pt;height:18pt" o:ole="">
                  <v:imagedata r:id="rId19" o:title=""/>
                </v:shape>
                <o:OLEObject Type="Embed" ProgID="Equation.3" ShapeID="_x0000_i2505" DrawAspect="Content" ObjectID="_1840792811" r:id="rId307"/>
              </w:object>
            </w:r>
            <w:r w:rsidRPr="00B036F5">
              <w:rPr>
                <w:lang w:val="ru-RU"/>
              </w:rPr>
              <w:t xml:space="preserve">– 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2506" type="#_x0000_t75" style="width:18pt;height:15.75pt" o:ole="">
                  <v:imagedata r:id="rId21" o:title=""/>
                </v:shape>
                <o:OLEObject Type="Embed" ProgID="Equation.3" ShapeID="_x0000_i2506" DrawAspect="Content" ObjectID="_1840792812" r:id="rId308"/>
              </w:object>
            </w:r>
            <w:r>
              <w:t>- орбиталь;</w:t>
            </w:r>
          </w:p>
          <w:p w:rsidR="007B68C2" w:rsidRDefault="007B68C2" w:rsidP="00E31021">
            <w:pPr>
              <w:numPr>
                <w:ilvl w:val="0"/>
                <w:numId w:val="75"/>
              </w:numPr>
              <w:spacing w:line="240" w:lineRule="auto"/>
            </w:pPr>
            <w:r>
              <w:t xml:space="preserve">Четыре </w:t>
            </w:r>
            <w:r>
              <w:rPr>
                <w:position w:val="-10"/>
              </w:rPr>
              <w:object w:dxaOrig="380" w:dyaOrig="360">
                <v:shape id="_x0000_i2507" type="#_x0000_t75" style="width:18.75pt;height:18pt" o:ole="">
                  <v:imagedata r:id="rId23" o:title=""/>
                </v:shape>
                <o:OLEObject Type="Embed" ProgID="Equation.3" ShapeID="_x0000_i2507" DrawAspect="Content" ObjectID="_1840792813" r:id="rId309"/>
              </w:object>
            </w:r>
            <w:r>
              <w:t>-гибридные орбитали;</w:t>
            </w:r>
          </w:p>
          <w:p w:rsidR="007B68C2" w:rsidRPr="00E72CFB" w:rsidRDefault="007B68C2" w:rsidP="00E31021">
            <w:pPr>
              <w:numPr>
                <w:ilvl w:val="0"/>
                <w:numId w:val="75"/>
              </w:numPr>
              <w:spacing w:line="240" w:lineRule="auto"/>
            </w:pPr>
            <w:r w:rsidRPr="00B036F5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380" w:dyaOrig="360">
                <v:shape id="_x0000_i2508" type="#_x0000_t75" style="width:18.75pt;height:18pt" o:ole="">
                  <v:imagedata r:id="rId25" o:title=""/>
                </v:shape>
                <o:OLEObject Type="Embed" ProgID="Equation.3" ShapeID="_x0000_i2508" DrawAspect="Content" ObjectID="_1840792814" r:id="rId310"/>
              </w:object>
            </w:r>
            <w:r w:rsidRPr="00B036F5">
              <w:rPr>
                <w:lang w:val="ru-RU"/>
              </w:rPr>
              <w:t xml:space="preserve">-гибридные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2509" type="#_x0000_t75" style="width:18pt;height:15.75pt" o:ole="">
                  <v:imagedata r:id="rId27" o:title=""/>
                </v:shape>
                <o:OLEObject Type="Embed" ProgID="Equation.3" ShapeID="_x0000_i2509" DrawAspect="Content" ObjectID="_1840792815" r:id="rId311"/>
              </w:object>
            </w:r>
            <w:r>
              <w:t>-орбиталь.</w:t>
            </w:r>
          </w:p>
          <w:p w:rsidR="007B68C2" w:rsidRDefault="007B68C2" w:rsidP="00E31021">
            <w:pPr>
              <w:spacing w:line="240" w:lineRule="auto"/>
              <w:ind w:left="72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6D0217">
              <w:rPr>
                <w:bCs/>
                <w:iCs/>
                <w:lang w:val="ru-RU"/>
              </w:rPr>
              <w:t>6.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Закрытая система с окружающей ее средой …</w:t>
            </w:r>
          </w:p>
          <w:p w:rsidR="007B68C2" w:rsidRPr="006D0217" w:rsidRDefault="007B68C2" w:rsidP="00E31021">
            <w:pPr>
              <w:numPr>
                <w:ilvl w:val="0"/>
                <w:numId w:val="76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Обменивается энергией, но не обменивается веществом</w:t>
            </w:r>
          </w:p>
          <w:p w:rsidR="007B68C2" w:rsidRPr="006D0217" w:rsidRDefault="007B68C2" w:rsidP="00E31021">
            <w:pPr>
              <w:numPr>
                <w:ilvl w:val="0"/>
                <w:numId w:val="76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Обменивается веществом, но не обменивается энергией</w:t>
            </w:r>
          </w:p>
          <w:p w:rsidR="007B68C2" w:rsidRPr="00E72CFB" w:rsidRDefault="007B68C2" w:rsidP="00E31021">
            <w:pPr>
              <w:numPr>
                <w:ilvl w:val="0"/>
                <w:numId w:val="76"/>
              </w:numPr>
              <w:spacing w:line="240" w:lineRule="auto"/>
            </w:pPr>
            <w:r>
              <w:t>Обменивается энергией и веществом</w:t>
            </w:r>
          </w:p>
          <w:p w:rsidR="007B68C2" w:rsidRDefault="007B68C2" w:rsidP="00E31021">
            <w:pPr>
              <w:spacing w:line="240" w:lineRule="auto"/>
              <w:ind w:left="72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7.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Назовите физическое явление, не сопровождающееся изменением энтальпии:</w:t>
            </w:r>
          </w:p>
          <w:p w:rsidR="007B68C2" w:rsidRPr="006D0217" w:rsidRDefault="007B68C2" w:rsidP="00E31021">
            <w:pPr>
              <w:spacing w:line="240" w:lineRule="auto"/>
              <w:ind w:left="360"/>
              <w:rPr>
                <w:lang w:val="ru-RU"/>
              </w:rPr>
            </w:pPr>
            <w:r w:rsidRPr="006D0217">
              <w:rPr>
                <w:lang w:val="ru-RU"/>
              </w:rPr>
              <w:t xml:space="preserve">1) Растворение соли в воде;    </w:t>
            </w:r>
          </w:p>
          <w:p w:rsidR="007B68C2" w:rsidRPr="006D0217" w:rsidRDefault="007B68C2" w:rsidP="00E31021">
            <w:pPr>
              <w:spacing w:line="240" w:lineRule="auto"/>
              <w:ind w:left="360"/>
              <w:rPr>
                <w:lang w:val="ru-RU"/>
              </w:rPr>
            </w:pPr>
            <w:r w:rsidRPr="006D0217">
              <w:rPr>
                <w:lang w:val="ru-RU"/>
              </w:rPr>
              <w:t xml:space="preserve">2) Плавление льда;    </w:t>
            </w:r>
          </w:p>
          <w:p w:rsidR="007B68C2" w:rsidRDefault="007B68C2" w:rsidP="00E31021">
            <w:pPr>
              <w:spacing w:line="240" w:lineRule="auto"/>
              <w:ind w:left="360"/>
            </w:pPr>
            <w:r>
              <w:t>3) Интерференция света</w:t>
            </w:r>
          </w:p>
          <w:p w:rsidR="007B68C2" w:rsidRDefault="007B68C2" w:rsidP="00E31021">
            <w:pPr>
              <w:spacing w:line="240" w:lineRule="auto"/>
              <w:ind w:left="36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Cs/>
                <w:iCs/>
                <w:lang w:val="ru-RU"/>
              </w:rPr>
              <w:t xml:space="preserve">8. </w:t>
            </w:r>
            <w:r w:rsidRPr="00B036F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2510" type="#_x0000_t75" style="width:23.25pt;height:15.75pt" o:ole="">
                  <v:imagedata r:id="rId75" o:title=""/>
                </v:shape>
                <o:OLEObject Type="Embed" ProgID="Equation.3" ShapeID="_x0000_i2510" DrawAspect="Content" ObjectID="_1840792816" r:id="rId312"/>
              </w:object>
            </w:r>
            <w:r w:rsidRPr="00B036F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60" w:dyaOrig="380">
                <v:shape id="_x0000_i2511" type="#_x0000_t75" style="width:128.25pt;height:18.75pt" o:ole="">
                  <v:imagedata r:id="rId313" o:title=""/>
                </v:shape>
                <o:OLEObject Type="Embed" ProgID="Equation.3" ShapeID="_x0000_i2511" DrawAspect="Content" ObjectID="_1840792817" r:id="rId314"/>
              </w:object>
            </w:r>
          </w:p>
          <w:p w:rsidR="007B68C2" w:rsidRDefault="007B68C2" w:rsidP="00E31021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2512" type="#_x0000_t75" style="width:36.75pt;height:13.5pt" o:ole="">
                  <v:imagedata r:id="rId251" o:title=""/>
                </v:shape>
                <o:OLEObject Type="Embed" ProgID="Equation.3" ShapeID="_x0000_i2512" DrawAspect="Content" ObjectID="_1840792818" r:id="rId315"/>
              </w:object>
            </w:r>
          </w:p>
          <w:p w:rsidR="007B68C2" w:rsidRDefault="007B68C2" w:rsidP="00E31021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2513" type="#_x0000_t75" style="width:36.75pt;height:13.5pt" o:ole="">
                  <v:imagedata r:id="rId253" o:title=""/>
                </v:shape>
                <o:OLEObject Type="Embed" ProgID="Equation.3" ShapeID="_x0000_i2513" DrawAspect="Content" ObjectID="_1840792819" r:id="rId316"/>
              </w:object>
            </w:r>
          </w:p>
          <w:p w:rsidR="007B68C2" w:rsidRDefault="007B68C2" w:rsidP="00E31021">
            <w:pPr>
              <w:numPr>
                <w:ilvl w:val="0"/>
                <w:numId w:val="82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2514" type="#_x0000_t75" style="width:36.75pt;height:13.5pt" o:ole="">
                  <v:imagedata r:id="rId283" o:title=""/>
                </v:shape>
                <o:OLEObject Type="Embed" ProgID="Equation.3" ShapeID="_x0000_i2514" DrawAspect="Content" ObjectID="_1840792820" r:id="rId317"/>
              </w:object>
            </w:r>
          </w:p>
          <w:p w:rsidR="007B68C2" w:rsidRDefault="007B68C2" w:rsidP="00E31021">
            <w:pPr>
              <w:spacing w:line="240" w:lineRule="auto"/>
              <w:ind w:left="360"/>
            </w:pPr>
          </w:p>
          <w:p w:rsidR="007B68C2" w:rsidRDefault="007B68C2" w:rsidP="00E31021">
            <w:pPr>
              <w:spacing w:line="240" w:lineRule="auto"/>
              <w:ind w:left="360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Default="007B68C2" w:rsidP="00E31021">
            <w:pPr>
              <w:spacing w:line="240" w:lineRule="auto"/>
            </w:pPr>
            <w:r w:rsidRPr="00B036F5">
              <w:rPr>
                <w:bCs/>
                <w:iCs/>
                <w:lang w:val="ru-RU"/>
              </w:rPr>
              <w:lastRenderedPageBreak/>
              <w:t>9.</w:t>
            </w:r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B036F5">
              <w:rPr>
                <w:lang w:val="ru-RU"/>
              </w:rPr>
              <w:t xml:space="preserve">При образовании 1 моль </w:t>
            </w:r>
            <w:r>
              <w:rPr>
                <w:position w:val="-6"/>
              </w:rPr>
              <w:object w:dxaOrig="499" w:dyaOrig="279">
                <v:shape id="_x0000_i2515" type="#_x0000_t75" style="width:25.5pt;height:13.5pt" o:ole="">
                  <v:imagedata r:id="rId46" o:title=""/>
                </v:shape>
                <o:OLEObject Type="Embed" ProgID="Equation.3" ShapeID="_x0000_i2515" DrawAspect="Content" ObjectID="_1840792821" r:id="rId318"/>
              </w:object>
            </w:r>
            <w:r w:rsidRPr="00B036F5">
              <w:rPr>
                <w:lang w:val="ru-RU"/>
              </w:rPr>
              <w:t xml:space="preserve">, из простых веществ выделилось 92,3 кДж тепла. </w:t>
            </w:r>
            <w:r>
              <w:t xml:space="preserve">Сколько выделилось теплоты, если прореагировало </w:t>
            </w:r>
            <w:smartTag w:uri="urn:schemas-microsoft-com:office:smarttags" w:element="metricconverter">
              <w:smartTagPr>
                <w:attr w:name="ProductID" w:val="11,2 л"/>
              </w:smartTagPr>
              <w:r>
                <w:t>11,2 л</w:t>
              </w:r>
            </w:smartTag>
            <w:r>
              <w:t xml:space="preserve"> </w:t>
            </w:r>
            <w:r>
              <w:rPr>
                <w:position w:val="-10"/>
              </w:rPr>
              <w:object w:dxaOrig="360" w:dyaOrig="340">
                <v:shape id="_x0000_i2516" type="#_x0000_t75" style="width:18pt;height:17.25pt" o:ole="">
                  <v:imagedata r:id="rId319" o:title=""/>
                </v:shape>
                <o:OLEObject Type="Embed" ProgID="Equation.3" ShapeID="_x0000_i2516" DrawAspect="Content" ObjectID="_1840792822" r:id="rId320"/>
              </w:object>
            </w:r>
            <w:r>
              <w:t>?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10.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Во сколько раз изменится скорость реакции, описываемой уравнением </w:t>
            </w:r>
          </w:p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</w:t>
            </w:r>
            <w:r w:rsidRPr="006D0217">
              <w:rPr>
                <w:szCs w:val="28"/>
                <w:vertAlign w:val="subscript"/>
                <w:lang w:val="ru-RU"/>
              </w:rPr>
              <w:t>(т)</w:t>
            </w:r>
            <w:r w:rsidRPr="006D0217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6D0217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6D0217">
              <w:rPr>
                <w:szCs w:val="28"/>
                <w:vertAlign w:val="subscript"/>
                <w:lang w:val="ru-RU"/>
              </w:rPr>
              <w:t>(г)</w:t>
            </w:r>
            <w:r w:rsidRPr="006D0217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CO</w:t>
            </w:r>
            <w:r w:rsidRPr="006D0217">
              <w:rPr>
                <w:szCs w:val="28"/>
                <w:vertAlign w:val="subscript"/>
                <w:lang w:val="ru-RU"/>
              </w:rPr>
              <w:t>2(г)</w:t>
            </w:r>
            <w:r w:rsidRPr="006D0217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6D0217">
              <w:rPr>
                <w:szCs w:val="28"/>
                <w:vertAlign w:val="subscript"/>
                <w:lang w:val="ru-RU"/>
              </w:rPr>
              <w:t>2(г)</w:t>
            </w:r>
            <w:r w:rsidRPr="006D0217">
              <w:rPr>
                <w:szCs w:val="28"/>
                <w:lang w:val="ru-RU"/>
              </w:rPr>
              <w:t>, если давление в системе увеличить в 5 раз?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11. </w:t>
            </w:r>
            <w:r w:rsidRPr="006D0217">
              <w:rPr>
                <w:szCs w:val="28"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 Дана реакция: 4</w:t>
            </w:r>
            <w:r>
              <w:t>Fe</w:t>
            </w:r>
            <w:r w:rsidRPr="006D0217">
              <w:rPr>
                <w:lang w:val="ru-RU"/>
              </w:rPr>
              <w:t>(к)+3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(г)=2</w:t>
            </w:r>
            <w:r>
              <w:t>Fe</w:t>
            </w:r>
            <w:r w:rsidRPr="006D0217">
              <w:rPr>
                <w:vertAlign w:val="subscript"/>
                <w:lang w:val="ru-RU"/>
              </w:rPr>
              <w:t>2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>(к).  Какой вид имеет выражение скорости прямой реакции?</w:t>
            </w:r>
          </w:p>
          <w:p w:rsidR="007B68C2" w:rsidRDefault="007B68C2" w:rsidP="00E31021">
            <w:pPr>
              <w:spacing w:line="240" w:lineRule="auto"/>
            </w:pPr>
            <w:r>
              <w:t xml:space="preserve">1) </w:t>
            </w:r>
            <w:r w:rsidRPr="00845DFE">
              <w:rPr>
                <w:position w:val="-10"/>
              </w:rPr>
              <w:object w:dxaOrig="1540" w:dyaOrig="380">
                <v:shape id="_x0000_i2517" type="#_x0000_t75" style="width:78.75pt;height:18.75pt" o:ole="">
                  <v:imagedata r:id="rId321" o:title=""/>
                </v:shape>
                <o:OLEObject Type="Embed" ProgID="Equation.3" ShapeID="_x0000_i2517" DrawAspect="Content" ObjectID="_1840792823" r:id="rId322"/>
              </w:object>
            </w:r>
            <w:r>
              <w:t xml:space="preserve"> ;  </w:t>
            </w:r>
          </w:p>
          <w:p w:rsidR="007B68C2" w:rsidRDefault="007B68C2" w:rsidP="00E31021">
            <w:pPr>
              <w:spacing w:line="240" w:lineRule="auto"/>
              <w:rPr>
                <w:szCs w:val="28"/>
              </w:rPr>
            </w:pPr>
            <w:r>
              <w:t xml:space="preserve">2) </w:t>
            </w:r>
            <w:r w:rsidRPr="00845DFE">
              <w:rPr>
                <w:position w:val="-10"/>
              </w:rPr>
              <w:object w:dxaOrig="1040" w:dyaOrig="380">
                <v:shape id="_x0000_i2518" type="#_x0000_t75" style="width:51.75pt;height:18.75pt" o:ole="">
                  <v:imagedata r:id="rId323" o:title=""/>
                </v:shape>
                <o:OLEObject Type="Embed" ProgID="Equation.3" ShapeID="_x0000_i2518" DrawAspect="Content" ObjectID="_1840792824" r:id="rId324"/>
              </w:object>
            </w:r>
            <w:r>
              <w:rPr>
                <w:szCs w:val="28"/>
              </w:rPr>
              <w:t xml:space="preserve"> ;   </w:t>
            </w:r>
          </w:p>
          <w:p w:rsidR="007B68C2" w:rsidRDefault="007B68C2" w:rsidP="00E3102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845DFE">
              <w:rPr>
                <w:position w:val="-10"/>
              </w:rPr>
              <w:object w:dxaOrig="1040" w:dyaOrig="380">
                <v:shape id="_x0000_i2519" type="#_x0000_t75" style="width:51.75pt;height:18.75pt" o:ole="">
                  <v:imagedata r:id="rId325" o:title=""/>
                </v:shape>
                <o:OLEObject Type="Embed" ProgID="Equation.3" ShapeID="_x0000_i2519" DrawAspect="Content" ObjectID="_1840792825" r:id="rId326"/>
              </w:object>
            </w:r>
            <w:r>
              <w:t xml:space="preserve">  </w:t>
            </w:r>
          </w:p>
          <w:p w:rsidR="007B68C2" w:rsidRDefault="007B68C2" w:rsidP="00E31021">
            <w:pPr>
              <w:spacing w:line="240" w:lineRule="auto"/>
              <w:ind w:left="420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12.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rFonts w:cs="Times New Roman CYR"/>
                <w:szCs w:val="28"/>
                <w:lang w:val="ru-RU"/>
              </w:rPr>
              <w:t xml:space="preserve">Какие изменения произойдут в равновесной системе </w:t>
            </w:r>
            <w:r>
              <w:rPr>
                <w:szCs w:val="28"/>
              </w:rPr>
              <w:t>CaCO</w:t>
            </w:r>
            <w:r w:rsidRPr="006D0217">
              <w:rPr>
                <w:szCs w:val="28"/>
                <w:vertAlign w:val="subscript"/>
                <w:lang w:val="ru-RU"/>
              </w:rPr>
              <w:t>3</w:t>
            </w:r>
            <w:r w:rsidRPr="006D0217">
              <w:rPr>
                <w:szCs w:val="28"/>
                <w:lang w:val="ru-RU"/>
              </w:rPr>
              <w:t>(</w:t>
            </w:r>
            <w:r w:rsidRPr="006D0217">
              <w:rPr>
                <w:rFonts w:cs="Times New Roman CYR"/>
                <w:szCs w:val="28"/>
                <w:lang w:val="ru-RU"/>
              </w:rPr>
              <w:t>т) ↔ СО</w:t>
            </w:r>
            <w:r w:rsidRPr="006D0217">
              <w:rPr>
                <w:rFonts w:cs="Times New Roman CYR"/>
                <w:szCs w:val="28"/>
                <w:vertAlign w:val="subscript"/>
                <w:lang w:val="ru-RU"/>
              </w:rPr>
              <w:t>2</w:t>
            </w:r>
            <w:r w:rsidRPr="006D0217">
              <w:rPr>
                <w:szCs w:val="28"/>
                <w:lang w:val="ru-RU"/>
              </w:rPr>
              <w:t xml:space="preserve"> </w:t>
            </w:r>
            <w:r w:rsidRPr="006D0217">
              <w:rPr>
                <w:rFonts w:cs="Times New Roman CYR"/>
                <w:szCs w:val="28"/>
                <w:lang w:val="ru-RU"/>
              </w:rPr>
              <w:t xml:space="preserve">(г) + СаО(т) – </w:t>
            </w:r>
            <w:r>
              <w:rPr>
                <w:szCs w:val="28"/>
              </w:rPr>
              <w:t>Q</w:t>
            </w:r>
          </w:p>
          <w:p w:rsidR="007B68C2" w:rsidRPr="006D0217" w:rsidRDefault="007B68C2" w:rsidP="00E31021">
            <w:pPr>
              <w:widowControl w:val="0"/>
              <w:spacing w:line="240" w:lineRule="auto"/>
              <w:rPr>
                <w:rFonts w:cs="Times New Roman CYR"/>
                <w:szCs w:val="28"/>
                <w:lang w:val="ru-RU"/>
              </w:rPr>
            </w:pPr>
            <w:r w:rsidRPr="006D0217">
              <w:rPr>
                <w:rFonts w:cs="Times New Roman CYR"/>
                <w:szCs w:val="28"/>
                <w:lang w:val="ru-RU"/>
              </w:rPr>
              <w:t>при понижении температуры?</w:t>
            </w:r>
          </w:p>
          <w:p w:rsidR="007B68C2" w:rsidRPr="006D0217" w:rsidRDefault="007B68C2" w:rsidP="00E31021">
            <w:pPr>
              <w:widowControl w:val="0"/>
              <w:spacing w:line="240" w:lineRule="auto"/>
              <w:rPr>
                <w:rFonts w:cs="Arial CYR"/>
                <w:szCs w:val="28"/>
                <w:lang w:val="ru-RU"/>
              </w:rPr>
            </w:pPr>
            <w:r w:rsidRPr="006D0217">
              <w:rPr>
                <w:rFonts w:cs="Arial CYR"/>
                <w:szCs w:val="28"/>
                <w:lang w:val="ru-RU"/>
              </w:rPr>
              <w:t xml:space="preserve">1) равновесие сместится влево;  </w:t>
            </w:r>
          </w:p>
          <w:p w:rsidR="007B68C2" w:rsidRPr="006D0217" w:rsidRDefault="007B68C2" w:rsidP="00E31021">
            <w:pPr>
              <w:widowControl w:val="0"/>
              <w:spacing w:line="240" w:lineRule="auto"/>
              <w:rPr>
                <w:rFonts w:cs="Arial CYR"/>
                <w:szCs w:val="28"/>
                <w:lang w:val="ru-RU"/>
              </w:rPr>
            </w:pPr>
            <w:r w:rsidRPr="006D0217">
              <w:rPr>
                <w:rFonts w:cs="Arial CYR"/>
                <w:szCs w:val="28"/>
                <w:lang w:val="ru-RU"/>
              </w:rPr>
              <w:t xml:space="preserve">2) равновесие не сместится;  </w:t>
            </w:r>
          </w:p>
          <w:p w:rsidR="007B68C2" w:rsidRPr="006D0217" w:rsidRDefault="007B68C2" w:rsidP="00E31021">
            <w:pPr>
              <w:widowControl w:val="0"/>
              <w:spacing w:line="240" w:lineRule="auto"/>
              <w:rPr>
                <w:rFonts w:cs="Arial CYR"/>
                <w:szCs w:val="28"/>
                <w:lang w:val="ru-RU"/>
              </w:rPr>
            </w:pPr>
            <w:r w:rsidRPr="006D0217">
              <w:rPr>
                <w:rFonts w:cs="Arial CYR"/>
                <w:szCs w:val="28"/>
                <w:lang w:val="ru-RU"/>
              </w:rPr>
              <w:t>3) равновесие сместится вправо</w:t>
            </w:r>
          </w:p>
          <w:p w:rsidR="007B68C2" w:rsidRPr="006D0217" w:rsidRDefault="007B68C2" w:rsidP="00E31021">
            <w:pPr>
              <w:spacing w:line="240" w:lineRule="auto"/>
              <w:ind w:left="360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13.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Сильные электролиты (</w:t>
            </w:r>
            <w:r w:rsidRPr="006D0217">
              <w:rPr>
                <w:b/>
                <w:sz w:val="28"/>
                <w:szCs w:val="28"/>
                <w:lang w:val="ru-RU"/>
              </w:rPr>
              <w:t>выберите неверное утверждение</w:t>
            </w:r>
            <w:r w:rsidRPr="006D0217">
              <w:rPr>
                <w:lang w:val="ru-RU"/>
              </w:rPr>
              <w:t>):</w:t>
            </w:r>
          </w:p>
          <w:p w:rsidR="007B68C2" w:rsidRPr="006D0217" w:rsidRDefault="007B68C2" w:rsidP="00E31021">
            <w:pPr>
              <w:numPr>
                <w:ilvl w:val="0"/>
                <w:numId w:val="77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в растворе полностью </w:t>
            </w:r>
            <w:proofErr w:type="gramStart"/>
            <w:r w:rsidRPr="006D0217">
              <w:rPr>
                <w:lang w:val="ru-RU"/>
              </w:rPr>
              <w:t>диссоциируют  на</w:t>
            </w:r>
            <w:proofErr w:type="gramEnd"/>
            <w:r w:rsidRPr="006D0217">
              <w:rPr>
                <w:lang w:val="ru-RU"/>
              </w:rPr>
              <w:t xml:space="preserve"> ионы; </w:t>
            </w:r>
          </w:p>
          <w:p w:rsidR="007B68C2" w:rsidRDefault="007B68C2" w:rsidP="00E31021">
            <w:pPr>
              <w:numPr>
                <w:ilvl w:val="0"/>
                <w:numId w:val="77"/>
              </w:numPr>
              <w:spacing w:line="240" w:lineRule="auto"/>
            </w:pPr>
            <w:r>
              <w:t>диссоциируют обратимо и ступенчато;</w:t>
            </w:r>
          </w:p>
          <w:p w:rsidR="007B68C2" w:rsidRPr="006D0217" w:rsidRDefault="007B68C2" w:rsidP="00E31021">
            <w:pPr>
              <w:numPr>
                <w:ilvl w:val="0"/>
                <w:numId w:val="77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имеют степень диссоциации, близкую к 100%.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14.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Осмотическое </w:t>
            </w:r>
            <w:proofErr w:type="gramStart"/>
            <w:r w:rsidRPr="006D0217">
              <w:rPr>
                <w:lang w:val="ru-RU"/>
              </w:rPr>
              <w:t>давление  0</w:t>
            </w:r>
            <w:proofErr w:type="gramEnd"/>
            <w:r w:rsidRPr="006D0217">
              <w:rPr>
                <w:lang w:val="ru-RU"/>
              </w:rPr>
              <w:t>,5</w:t>
            </w:r>
            <w:r>
              <w:t> </w:t>
            </w:r>
            <w:r w:rsidRPr="006D0217">
              <w:rPr>
                <w:lang w:val="ru-RU"/>
              </w:rPr>
              <w:t xml:space="preserve">М раствора неэлектролита при нагревании от </w:t>
            </w:r>
            <w:smartTag w:uri="urn:schemas-microsoft-com:office:smarttags" w:element="metricconverter">
              <w:smartTagPr>
                <w:attr w:name="ProductID" w:val="25ﾰC"/>
              </w:smartTagPr>
              <w:r w:rsidRPr="006D0217">
                <w:rPr>
                  <w:lang w:val="ru-RU"/>
                </w:rPr>
                <w:t>25°</w:t>
              </w:r>
              <w:r>
                <w:t>C</w:t>
              </w:r>
            </w:smartTag>
            <w:r w:rsidRPr="006D0217">
              <w:rPr>
                <w:lang w:val="ru-RU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75ﾰC"/>
              </w:smartTagPr>
              <w:r w:rsidRPr="006D0217">
                <w:rPr>
                  <w:lang w:val="ru-RU"/>
                </w:rPr>
                <w:t>75°</w:t>
              </w:r>
              <w:r>
                <w:t>C</w:t>
              </w:r>
            </w:smartTag>
            <w:r w:rsidRPr="006D0217">
              <w:rPr>
                <w:lang w:val="ru-RU"/>
              </w:rPr>
              <w:t xml:space="preserve"> изменяется на …, кПа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15.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Раствор, содержащий 5,4</w:t>
            </w:r>
            <w:r>
              <w:t> </w:t>
            </w:r>
            <w:r w:rsidRPr="006D0217">
              <w:rPr>
                <w:lang w:val="ru-RU"/>
              </w:rPr>
              <w:t xml:space="preserve">г неэлектролита в </w:t>
            </w:r>
            <w:smartTag w:uri="urn:schemas-microsoft-com:office:smarttags" w:element="metricconverter">
              <w:smartTagPr>
                <w:attr w:name="ProductID" w:val="200 г"/>
              </w:smartTagPr>
              <w:r w:rsidRPr="006D0217">
                <w:rPr>
                  <w:lang w:val="ru-RU"/>
                </w:rPr>
                <w:t>200</w:t>
              </w:r>
              <w:r>
                <w:t> </w:t>
              </w:r>
              <w:r w:rsidRPr="006D0217">
                <w:rPr>
                  <w:lang w:val="ru-RU"/>
                </w:rPr>
                <w:t>г</w:t>
              </w:r>
            </w:smartTag>
            <w:r w:rsidRPr="006D0217">
              <w:rPr>
                <w:lang w:val="ru-RU"/>
              </w:rPr>
              <w:t xml:space="preserve"> </w:t>
            </w:r>
            <w:proofErr w:type="gramStart"/>
            <w:r w:rsidRPr="006D0217">
              <w:rPr>
                <w:lang w:val="ru-RU"/>
              </w:rPr>
              <w:t>воды</w:t>
            </w:r>
            <w:proofErr w:type="gramEnd"/>
            <w:r w:rsidRPr="006D0217">
              <w:rPr>
                <w:lang w:val="ru-RU"/>
              </w:rPr>
              <w:t xml:space="preserve"> кипит при 100,078</w:t>
            </w:r>
            <w:r w:rsidRPr="006D0217">
              <w:rPr>
                <w:vertAlign w:val="superscript"/>
                <w:lang w:val="ru-RU"/>
              </w:rPr>
              <w:t>о</w:t>
            </w:r>
            <w:r w:rsidRPr="006D0217">
              <w:rPr>
                <w:lang w:val="ru-RU"/>
              </w:rPr>
              <w:t xml:space="preserve">С. </w:t>
            </w:r>
          </w:p>
          <w:p w:rsidR="007B68C2" w:rsidRPr="00B036F5" w:rsidRDefault="007B68C2" w:rsidP="00E31021">
            <w:pPr>
              <w:tabs>
                <w:tab w:val="left" w:pos="3805"/>
              </w:tabs>
              <w:spacing w:line="240" w:lineRule="auto"/>
              <w:rPr>
                <w:lang w:val="ru-RU"/>
              </w:rPr>
            </w:pPr>
            <w:r w:rsidRPr="00B036F5">
              <w:rPr>
                <w:lang w:val="ru-RU"/>
              </w:rPr>
              <w:t>(К</w:t>
            </w:r>
            <w:r>
              <w:rPr>
                <w:vertAlign w:val="subscript"/>
              </w:rPr>
              <w:t>H</w:t>
            </w:r>
            <w:r w:rsidRPr="00B036F5">
              <w:rPr>
                <w:position w:val="-4"/>
                <w:vertAlign w:val="subscript"/>
                <w:lang w:val="ru-RU"/>
              </w:rPr>
              <w:t>2</w:t>
            </w:r>
            <w:r>
              <w:rPr>
                <w:vertAlign w:val="subscript"/>
              </w:rPr>
              <w:t>O </w:t>
            </w:r>
            <w:r w:rsidRPr="00B036F5">
              <w:rPr>
                <w:lang w:val="ru-RU"/>
              </w:rPr>
              <w:t>=</w:t>
            </w:r>
            <w:r>
              <w:t> </w:t>
            </w:r>
            <w:r w:rsidRPr="00B036F5">
              <w:rPr>
                <w:lang w:val="ru-RU"/>
              </w:rPr>
              <w:t xml:space="preserve">0,52 </w:t>
            </w:r>
            <w:r>
              <w:rPr>
                <w:position w:val="-24"/>
              </w:rPr>
              <w:object w:dxaOrig="980" w:dyaOrig="620">
                <v:shape id="_x0000_i2520" type="#_x0000_t75" style="width:48.75pt;height:30pt" o:ole="">
                  <v:imagedata r:id="rId327" o:title=""/>
                </v:shape>
                <o:OLEObject Type="Embed" ProgID="Equation.3" ShapeID="_x0000_i2520" DrawAspect="Content" ObjectID="_1840792826" r:id="rId328"/>
              </w:object>
            </w:r>
            <w:r w:rsidRPr="00B036F5">
              <w:rPr>
                <w:lang w:val="ru-RU"/>
              </w:rPr>
              <w:t xml:space="preserve">), молярная масса вещества равна…., г/моль. </w:t>
            </w:r>
          </w:p>
          <w:p w:rsidR="007B68C2" w:rsidRPr="00B036F5" w:rsidRDefault="007B68C2" w:rsidP="00E31021">
            <w:pPr>
              <w:tabs>
                <w:tab w:val="left" w:pos="3805"/>
              </w:tabs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16.  </w:t>
            </w:r>
            <w:proofErr w:type="gramStart"/>
            <w:r w:rsidRPr="006D0217">
              <w:rPr>
                <w:lang w:val="ru-RU"/>
              </w:rPr>
              <w:t>Нейтральный  раствор</w:t>
            </w:r>
            <w:proofErr w:type="gramEnd"/>
            <w:r w:rsidRPr="006D0217">
              <w:rPr>
                <w:lang w:val="ru-RU"/>
              </w:rPr>
              <w:t xml:space="preserve"> получают при растворении воде:</w:t>
            </w:r>
          </w:p>
          <w:p w:rsidR="007B68C2" w:rsidRPr="006D0217" w:rsidRDefault="007B68C2" w:rsidP="00E31021">
            <w:pPr>
              <w:spacing w:line="240" w:lineRule="auto"/>
              <w:ind w:left="180"/>
              <w:rPr>
                <w:lang w:val="ru-RU"/>
              </w:rPr>
            </w:pPr>
          </w:p>
          <w:p w:rsidR="007B68C2" w:rsidRPr="006D0217" w:rsidRDefault="007B68C2" w:rsidP="00E31021">
            <w:pPr>
              <w:tabs>
                <w:tab w:val="left" w:pos="720"/>
                <w:tab w:val="num" w:pos="1800"/>
              </w:tabs>
              <w:spacing w:line="240" w:lineRule="auto"/>
              <w:ind w:left="757"/>
              <w:rPr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>
              <w:t>KNO</w:t>
            </w:r>
            <w:r w:rsidRPr="006D0217">
              <w:rPr>
                <w:szCs w:val="14"/>
                <w:vertAlign w:val="subscript"/>
                <w:lang w:val="ru-RU"/>
              </w:rPr>
              <w:t xml:space="preserve">2          </w:t>
            </w:r>
            <w:r w:rsidRPr="006D0217">
              <w:rPr>
                <w:lang w:val="ru-RU"/>
              </w:rPr>
              <w:t xml:space="preserve">                    </w:t>
            </w:r>
          </w:p>
          <w:p w:rsidR="007B68C2" w:rsidRPr="006D0217" w:rsidRDefault="007B68C2" w:rsidP="00E31021">
            <w:pPr>
              <w:tabs>
                <w:tab w:val="left" w:pos="720"/>
                <w:tab w:val="num" w:pos="1800"/>
              </w:tabs>
              <w:spacing w:line="240" w:lineRule="auto"/>
              <w:ind w:left="757"/>
              <w:rPr>
                <w:lang w:val="ru-RU"/>
              </w:rPr>
            </w:pPr>
            <w:r w:rsidRPr="006D0217">
              <w:rPr>
                <w:lang w:val="ru-RU"/>
              </w:rPr>
              <w:t>2)</w:t>
            </w:r>
            <w:r>
              <w:t>MnCl</w:t>
            </w:r>
            <w:r w:rsidRPr="006D0217">
              <w:rPr>
                <w:szCs w:val="14"/>
                <w:vertAlign w:val="subscript"/>
                <w:lang w:val="ru-RU"/>
              </w:rPr>
              <w:t xml:space="preserve">2                               </w:t>
            </w:r>
          </w:p>
          <w:p w:rsidR="007B68C2" w:rsidRPr="006D0217" w:rsidRDefault="007B68C2" w:rsidP="00E31021">
            <w:pPr>
              <w:tabs>
                <w:tab w:val="left" w:pos="720"/>
                <w:tab w:val="num" w:pos="1800"/>
              </w:tabs>
              <w:spacing w:line="240" w:lineRule="auto"/>
              <w:ind w:left="757"/>
              <w:rPr>
                <w:lang w:val="ru-RU"/>
              </w:rPr>
            </w:pPr>
            <w:r w:rsidRPr="006D0217">
              <w:rPr>
                <w:lang w:val="ru-RU"/>
              </w:rPr>
              <w:t>3)</w:t>
            </w:r>
            <w:r>
              <w:t>Ba</w:t>
            </w:r>
            <w:r w:rsidRPr="006D0217">
              <w:rPr>
                <w:lang w:val="ru-RU"/>
              </w:rPr>
              <w:t>(</w:t>
            </w:r>
            <w:r>
              <w:t>NO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>)</w:t>
            </w:r>
            <w:r w:rsidRPr="006D0217">
              <w:rPr>
                <w:szCs w:val="14"/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;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Ответ подтвердите, составив уравнение реакции: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17.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Чему </w:t>
            </w:r>
            <w:proofErr w:type="gramStart"/>
            <w:r w:rsidRPr="006D0217">
              <w:rPr>
                <w:szCs w:val="28"/>
                <w:lang w:val="ru-RU"/>
              </w:rPr>
              <w:t xml:space="preserve">равен  </w:t>
            </w:r>
            <w:r>
              <w:rPr>
                <w:szCs w:val="28"/>
              </w:rPr>
              <w:t>pH</w:t>
            </w:r>
            <w:proofErr w:type="gramEnd"/>
            <w:r w:rsidRPr="006D0217">
              <w:rPr>
                <w:szCs w:val="28"/>
                <w:lang w:val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0,01 М"/>
              </w:smartTagPr>
              <w:r w:rsidRPr="006D0217">
                <w:rPr>
                  <w:szCs w:val="28"/>
                  <w:lang w:val="ru-RU"/>
                </w:rPr>
                <w:t>0,01 М</w:t>
              </w:r>
            </w:smartTag>
            <w:r w:rsidRPr="006D0217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HNO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  <w:r w:rsidRPr="006D0217">
              <w:rPr>
                <w:szCs w:val="28"/>
                <w:lang w:val="ru-RU"/>
              </w:rPr>
              <w:t xml:space="preserve">: 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18.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6D0217">
                <w:rPr>
                  <w:szCs w:val="28"/>
                  <w:lang w:val="ru-RU"/>
                </w:rPr>
                <w:t>450 г</w:t>
              </w:r>
            </w:smartTag>
            <w:r w:rsidRPr="006D0217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6D0217">
                <w:rPr>
                  <w:szCs w:val="28"/>
                  <w:lang w:val="ru-RU"/>
                </w:rPr>
                <w:t>50 г</w:t>
              </w:r>
            </w:smartTag>
            <w:r w:rsidRPr="006D0217">
              <w:rPr>
                <w:szCs w:val="28"/>
                <w:lang w:val="ru-RU"/>
              </w:rPr>
              <w:t xml:space="preserve"> соли. Массовая доля соли в полученном растворе равна…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19.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NaOH</w:t>
            </w:r>
            <w:r w:rsidRPr="006D0217">
              <w:rPr>
                <w:szCs w:val="28"/>
                <w:lang w:val="ru-RU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0,2 л"/>
              </w:smartTagPr>
              <w:r w:rsidRPr="006D0217">
                <w:rPr>
                  <w:szCs w:val="28"/>
                  <w:lang w:val="ru-RU"/>
                </w:rPr>
                <w:t>0,2 л</w:t>
              </w:r>
            </w:smartTag>
            <w:r w:rsidRPr="006D0217">
              <w:rPr>
                <w:szCs w:val="28"/>
                <w:lang w:val="ru-RU"/>
              </w:rPr>
              <w:t xml:space="preserve"> раствора с концентрацией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6D0217">
                <w:rPr>
                  <w:szCs w:val="28"/>
                  <w:lang w:val="ru-RU"/>
                </w:rPr>
                <w:t>0,2 М</w:t>
              </w:r>
            </w:smartTag>
            <w:r w:rsidRPr="006D0217">
              <w:rPr>
                <w:szCs w:val="28"/>
                <w:lang w:val="ru-RU"/>
              </w:rPr>
              <w:t xml:space="preserve"> равна… г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20.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Процесс поглощения одного вещества другим называется</w:t>
            </w:r>
          </w:p>
          <w:p w:rsidR="007B68C2" w:rsidRDefault="007B68C2" w:rsidP="00E31021">
            <w:pPr>
              <w:spacing w:line="240" w:lineRule="auto"/>
            </w:pPr>
            <w:r>
              <w:t>1) абсорбцией</w:t>
            </w:r>
            <w:r>
              <w:tab/>
            </w:r>
          </w:p>
          <w:p w:rsidR="007B68C2" w:rsidRDefault="007B68C2" w:rsidP="00E31021">
            <w:pPr>
              <w:spacing w:line="240" w:lineRule="auto"/>
            </w:pPr>
            <w:r>
              <w:t>2) адсорбцией</w:t>
            </w:r>
            <w:r>
              <w:tab/>
            </w:r>
          </w:p>
          <w:p w:rsidR="007B68C2" w:rsidRDefault="007B68C2" w:rsidP="00E31021">
            <w:pPr>
              <w:spacing w:line="240" w:lineRule="auto"/>
            </w:pPr>
            <w:r>
              <w:t xml:space="preserve">3) десорбцией     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bCs/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lastRenderedPageBreak/>
              <w:t>21.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bCs/>
                <w:szCs w:val="28"/>
                <w:lang w:val="ru-RU"/>
              </w:rPr>
              <w:t xml:space="preserve">Какая реакция </w:t>
            </w:r>
            <w:r w:rsidRPr="006D0217">
              <w:rPr>
                <w:b/>
                <w:bCs/>
                <w:sz w:val="28"/>
                <w:szCs w:val="28"/>
                <w:lang w:val="ru-RU"/>
              </w:rPr>
              <w:t>не</w:t>
            </w:r>
            <w:r w:rsidRPr="006D0217">
              <w:rPr>
                <w:bCs/>
                <w:szCs w:val="28"/>
                <w:lang w:val="ru-RU"/>
              </w:rPr>
              <w:t xml:space="preserve"> относится к окислительно– восстановительным:</w:t>
            </w:r>
          </w:p>
          <w:p w:rsidR="007B68C2" w:rsidRDefault="007B68C2" w:rsidP="00E31021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>Cl → NH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+HCl</w:t>
            </w:r>
          </w:p>
          <w:p w:rsidR="007B68C2" w:rsidRDefault="007B68C2" w:rsidP="00E31021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 xml:space="preserve"> NO</w:t>
            </w:r>
            <w:r>
              <w:rPr>
                <w:bCs/>
                <w:szCs w:val="28"/>
                <w:vertAlign w:val="subscript"/>
              </w:rPr>
              <w:t xml:space="preserve">2  </w:t>
            </w:r>
            <w:r>
              <w:rPr>
                <w:bCs/>
                <w:szCs w:val="28"/>
              </w:rPr>
              <w:t>→</w:t>
            </w:r>
            <w:r>
              <w:rPr>
                <w:bCs/>
                <w:szCs w:val="28"/>
                <w:vertAlign w:val="subscript"/>
              </w:rPr>
              <w:t xml:space="preserve">  </w:t>
            </w:r>
            <w:r>
              <w:rPr>
                <w:bCs/>
                <w:szCs w:val="28"/>
              </w:rPr>
              <w:t>N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+2H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O</w:t>
            </w:r>
          </w:p>
          <w:p w:rsidR="007B68C2" w:rsidRDefault="007B68C2" w:rsidP="00E31021">
            <w:pPr>
              <w:numPr>
                <w:ilvl w:val="0"/>
                <w:numId w:val="78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2NaNO</w:t>
            </w:r>
            <w:r>
              <w:rPr>
                <w:bCs/>
                <w:szCs w:val="28"/>
                <w:vertAlign w:val="subscript"/>
              </w:rPr>
              <w:t xml:space="preserve">3  </w:t>
            </w:r>
            <w:r>
              <w:rPr>
                <w:bCs/>
                <w:szCs w:val="28"/>
              </w:rPr>
              <w:t>→</w:t>
            </w:r>
            <w:r>
              <w:rPr>
                <w:bCs/>
                <w:szCs w:val="28"/>
                <w:vertAlign w:val="subscript"/>
              </w:rPr>
              <w:t xml:space="preserve"> </w:t>
            </w:r>
            <w:r>
              <w:rPr>
                <w:bCs/>
                <w:szCs w:val="28"/>
              </w:rPr>
              <w:t>2NaNO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/>
                <w:bCs/>
                <w:i/>
                <w:iCs/>
                <w:lang w:val="ru-RU"/>
              </w:rPr>
              <w:t xml:space="preserve">22. </w:t>
            </w:r>
            <w:r w:rsidRPr="00B036F5">
              <w:rPr>
                <w:lang w:val="ru-RU"/>
              </w:rPr>
              <w:t xml:space="preserve">Из предложенных соединений </w:t>
            </w:r>
            <w:r w:rsidRPr="000E52FE">
              <w:t>Cl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 xml:space="preserve">, </w:t>
            </w:r>
            <w:r w:rsidRPr="000E52FE">
              <w:t>HNO</w:t>
            </w:r>
            <w:r w:rsidRPr="00B036F5">
              <w:rPr>
                <w:vertAlign w:val="subscript"/>
                <w:lang w:val="ru-RU"/>
              </w:rPr>
              <w:t>3</w:t>
            </w:r>
            <w:r w:rsidRPr="00B036F5">
              <w:rPr>
                <w:lang w:val="ru-RU"/>
              </w:rPr>
              <w:t xml:space="preserve">, </w:t>
            </w:r>
            <w:r w:rsidRPr="000E52FE">
              <w:t>FeCl</w:t>
            </w:r>
            <w:r w:rsidRPr="00B036F5">
              <w:rPr>
                <w:vertAlign w:val="subscript"/>
                <w:lang w:val="ru-RU"/>
              </w:rPr>
              <w:t>3</w:t>
            </w:r>
            <w:r w:rsidRPr="00B036F5">
              <w:rPr>
                <w:lang w:val="ru-RU"/>
              </w:rPr>
              <w:t xml:space="preserve">, </w:t>
            </w:r>
            <w:r w:rsidRPr="000E52FE">
              <w:t>I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 xml:space="preserve"> выберите окислитель для окисления </w:t>
            </w:r>
            <w:r w:rsidRPr="000E52FE">
              <w:t>SeO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 xml:space="preserve"> до </w:t>
            </w:r>
            <w:r w:rsidRPr="000E52FE">
              <w:t>K</w:t>
            </w:r>
            <w:r w:rsidRPr="00B036F5">
              <w:rPr>
                <w:vertAlign w:val="subscript"/>
                <w:lang w:val="ru-RU"/>
              </w:rPr>
              <w:t>2</w:t>
            </w:r>
            <w:r w:rsidRPr="000E52FE">
              <w:t>SeO</w:t>
            </w:r>
            <w:r w:rsidRPr="00B036F5">
              <w:rPr>
                <w:vertAlign w:val="subscript"/>
                <w:lang w:val="ru-RU"/>
              </w:rPr>
              <w:t>4</w:t>
            </w:r>
            <w:r w:rsidRPr="00B036F5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2360" w:dyaOrig="360">
                <v:shape id="_x0000_i2521" type="#_x0000_t75" style="width:117pt;height:18pt" o:ole="" fillcolor="window">
                  <v:imagedata r:id="rId329" o:title=""/>
                </v:shape>
                <o:OLEObject Type="Embed" ProgID="Equation.3" ShapeID="_x0000_i2521" DrawAspect="Content" ObjectID="_1840792827" r:id="rId330"/>
              </w:object>
            </w:r>
            <w:r w:rsidRPr="00B036F5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1960" w:dyaOrig="360">
                <v:shape id="_x0000_i2522" type="#_x0000_t75" style="width:99pt;height:18pt" o:ole="" fillcolor="window">
                  <v:imagedata r:id="rId331" o:title=""/>
                </v:shape>
                <o:OLEObject Type="Embed" ProgID="Equation.3" ShapeID="_x0000_i2522" DrawAspect="Content" ObjectID="_1840792828" r:id="rId332"/>
              </w:object>
            </w:r>
            <w:r w:rsidRPr="00B036F5">
              <w:rPr>
                <w:lang w:val="ru-RU"/>
              </w:rPr>
              <w:t xml:space="preserve">  </w:t>
            </w:r>
            <w:r>
              <w:rPr>
                <w:position w:val="-12"/>
              </w:rPr>
              <w:object w:dxaOrig="2140" w:dyaOrig="380">
                <v:shape id="_x0000_i2523" type="#_x0000_t75" style="width:107.25pt;height:18.75pt" o:ole="" fillcolor="window">
                  <v:imagedata r:id="rId333" o:title=""/>
                </v:shape>
                <o:OLEObject Type="Embed" ProgID="Equation.3" ShapeID="_x0000_i2523" DrawAspect="Content" ObjectID="_1840792829" r:id="rId334"/>
              </w:object>
            </w:r>
            <w:r w:rsidRPr="00B036F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760" w:dyaOrig="360">
                <v:shape id="_x0000_i2524" type="#_x0000_t75" style="width:87.75pt;height:18pt" o:ole="" fillcolor="window">
                  <v:imagedata r:id="rId335" o:title=""/>
                </v:shape>
                <o:OLEObject Type="Embed" ProgID="Equation.3" ShapeID="_x0000_i2524" DrawAspect="Content" ObjectID="_1840792830" r:id="rId336"/>
              </w:object>
            </w:r>
            <w:r w:rsidRPr="00B036F5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220" w:dyaOrig="360">
                <v:shape id="_x0000_i2525" type="#_x0000_t75" style="width:111pt;height:18pt" o:ole="" fillcolor="window">
                  <v:imagedata r:id="rId337" o:title=""/>
                </v:shape>
                <o:OLEObject Type="Embed" ProgID="Equation.3" ShapeID="_x0000_i2525" DrawAspect="Content" ObjectID="_1840792831" r:id="rId338"/>
              </w:object>
            </w:r>
          </w:p>
          <w:p w:rsidR="007B68C2" w:rsidRPr="00B036F5" w:rsidRDefault="007B68C2" w:rsidP="00E31021">
            <w:pPr>
              <w:spacing w:line="240" w:lineRule="auto"/>
              <w:ind w:left="108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45DFE" w:rsidTr="008921D6">
        <w:tc>
          <w:tcPr>
            <w:tcW w:w="10490" w:type="dxa"/>
            <w:gridSpan w:val="2"/>
          </w:tcPr>
          <w:p w:rsidR="007B68C2" w:rsidRPr="00111314" w:rsidRDefault="007B68C2" w:rsidP="00E31021">
            <w:pPr>
              <w:spacing w:line="240" w:lineRule="auto"/>
              <w:rPr>
                <w:lang w:val="ru-RU"/>
              </w:rPr>
            </w:pPr>
            <w:r w:rsidRPr="00111314">
              <w:rPr>
                <w:bCs/>
                <w:iCs/>
                <w:lang w:val="ru-RU"/>
              </w:rPr>
              <w:t xml:space="preserve">23. </w:t>
            </w:r>
            <w:r w:rsidRPr="00111314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7B68C2" w:rsidRPr="002A60E6" w:rsidRDefault="007B68C2" w:rsidP="00E31021">
            <w:pPr>
              <w:spacing w:line="240" w:lineRule="auto"/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2A60E6">
              <w:rPr>
                <w:szCs w:val="24"/>
              </w:rPr>
              <w:t>) Cr</w:t>
            </w:r>
            <w:r w:rsidRPr="002A60E6">
              <w:rPr>
                <w:szCs w:val="24"/>
                <w:vertAlign w:val="superscript"/>
              </w:rPr>
              <w:t>3+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2A60E6">
              <w:rPr>
                <w:szCs w:val="24"/>
              </w:rPr>
              <w:t>) S</w:t>
            </w:r>
            <w:r w:rsidRPr="002A60E6">
              <w:rPr>
                <w:szCs w:val="24"/>
                <w:vertAlign w:val="superscript"/>
              </w:rPr>
              <w:t>2-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2A60E6">
              <w:rPr>
                <w:szCs w:val="24"/>
              </w:rPr>
              <w:t xml:space="preserve">) Br </w:t>
            </w:r>
            <w:r w:rsidRPr="002A60E6">
              <w:rPr>
                <w:szCs w:val="24"/>
                <w:vertAlign w:val="superscript"/>
              </w:rPr>
              <w:t xml:space="preserve">- </w:t>
            </w:r>
            <w:r>
              <w:rPr>
                <w:szCs w:val="24"/>
              </w:rPr>
              <w:t xml:space="preserve">    </w:t>
            </w:r>
          </w:p>
          <w:p w:rsidR="007B68C2" w:rsidRPr="00845DFE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24.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Можно ли проводить электролиз воды:</w:t>
            </w:r>
          </w:p>
          <w:p w:rsidR="007B68C2" w:rsidRPr="006D0217" w:rsidRDefault="007B68C2" w:rsidP="00E31021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Можно, т.к, вода диссоциирует с образованием воды ионов Н</w:t>
            </w:r>
            <w:proofErr w:type="gramStart"/>
            <w:r w:rsidRPr="006D0217">
              <w:rPr>
                <w:vertAlign w:val="superscript"/>
                <w:lang w:val="ru-RU"/>
              </w:rPr>
              <w:t xml:space="preserve">+  </w:t>
            </w:r>
            <w:r w:rsidRPr="006D0217">
              <w:rPr>
                <w:lang w:val="ru-RU"/>
              </w:rPr>
              <w:t>ОН</w:t>
            </w:r>
            <w:proofErr w:type="gramEnd"/>
            <w:r w:rsidRPr="006D0217">
              <w:rPr>
                <w:vertAlign w:val="superscript"/>
                <w:lang w:val="ru-RU"/>
              </w:rPr>
              <w:t>-</w:t>
            </w:r>
            <w:r w:rsidRPr="006D0217">
              <w:rPr>
                <w:lang w:val="ru-RU"/>
              </w:rPr>
              <w:t>;</w:t>
            </w:r>
          </w:p>
          <w:p w:rsidR="007B68C2" w:rsidRPr="006D0217" w:rsidRDefault="007B68C2" w:rsidP="00E31021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Можно, если добавить электролит, увеличивающий электропроводность раствора;</w:t>
            </w:r>
          </w:p>
          <w:p w:rsidR="007B68C2" w:rsidRPr="006D0217" w:rsidRDefault="007B68C2" w:rsidP="00E31021">
            <w:pPr>
              <w:numPr>
                <w:ilvl w:val="0"/>
                <w:numId w:val="79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Нельзя, т.к. молекулы воды на ионы не диссоцируют.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6D0217">
              <w:rPr>
                <w:lang w:val="ru-RU"/>
              </w:rPr>
              <w:t xml:space="preserve">Вычислите массу серебра, выделившуюся при пропускании через раствор нитрата серебра тока в 8 </w:t>
            </w:r>
            <w:proofErr w:type="gramStart"/>
            <w:r w:rsidRPr="006D0217">
              <w:rPr>
                <w:lang w:val="ru-RU"/>
              </w:rPr>
              <w:t>А</w:t>
            </w:r>
            <w:proofErr w:type="gramEnd"/>
            <w:r w:rsidRPr="006D0217">
              <w:rPr>
                <w:lang w:val="ru-RU"/>
              </w:rPr>
              <w:t xml:space="preserve"> в течении 15 мин.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45DFE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26. </w:t>
            </w:r>
            <w:r w:rsidRPr="006D0217">
              <w:rPr>
                <w:lang w:val="ru-RU"/>
              </w:rPr>
              <w:t>Какие процессы будут протекать на никелевом аноде при электролизе водного раствора сульфата калия?</w:t>
            </w:r>
          </w:p>
          <w:p w:rsidR="007B68C2" w:rsidRDefault="007B68C2" w:rsidP="00E31021">
            <w:pPr>
              <w:numPr>
                <w:ilvl w:val="0"/>
                <w:numId w:val="80"/>
              </w:numPr>
              <w:spacing w:line="240" w:lineRule="auto"/>
            </w:pPr>
            <w:r>
              <w:rPr>
                <w:position w:val="-12"/>
              </w:rPr>
              <w:object w:dxaOrig="1980" w:dyaOrig="380">
                <v:shape id="_x0000_i2526" type="#_x0000_t75" style="width:99.75pt;height:18.75pt" o:ole="">
                  <v:imagedata r:id="rId146" o:title=""/>
                </v:shape>
                <o:OLEObject Type="Embed" ProgID="Equation.3" ShapeID="_x0000_i2526" DrawAspect="Content" ObjectID="_1840792832" r:id="rId339"/>
              </w:object>
            </w:r>
          </w:p>
          <w:p w:rsidR="007B68C2" w:rsidRDefault="007B68C2" w:rsidP="00E31021">
            <w:pPr>
              <w:numPr>
                <w:ilvl w:val="0"/>
                <w:numId w:val="80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2527" type="#_x0000_t75" style="width:120.75pt;height:18pt" o:ole="">
                  <v:imagedata r:id="rId148" o:title=""/>
                </v:shape>
                <o:OLEObject Type="Embed" ProgID="Equation.3" ShapeID="_x0000_i2527" DrawAspect="Content" ObjectID="_1840792833" r:id="rId340"/>
              </w:object>
            </w:r>
          </w:p>
          <w:p w:rsidR="007B68C2" w:rsidRPr="001B1BB0" w:rsidRDefault="007B68C2" w:rsidP="00E31021">
            <w:pPr>
              <w:numPr>
                <w:ilvl w:val="0"/>
                <w:numId w:val="80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6"/>
              </w:rPr>
              <w:object w:dxaOrig="1680" w:dyaOrig="320">
                <v:shape id="_x0000_i2528" type="#_x0000_t75" style="width:84pt;height:15.75pt" o:ole="">
                  <v:imagedata r:id="rId341" o:title=""/>
                </v:shape>
                <o:OLEObject Type="Embed" ProgID="Equation.3" ShapeID="_x0000_i2528" DrawAspect="Content" ObjectID="_1840792834" r:id="rId342"/>
              </w:object>
            </w:r>
            <w:r>
              <w:t xml:space="preserve">     </w:t>
            </w:r>
          </w:p>
          <w:p w:rsidR="007B68C2" w:rsidRPr="00845DFE" w:rsidRDefault="007B68C2" w:rsidP="00E31021">
            <w:pPr>
              <w:spacing w:line="240" w:lineRule="auto"/>
              <w:ind w:left="720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27.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Какова структура уровня </w:t>
            </w:r>
            <w:r>
              <w:t>n</w:t>
            </w:r>
            <w:r w:rsidRPr="006D0217">
              <w:rPr>
                <w:lang w:val="ru-RU"/>
              </w:rPr>
              <w:t>=4 атома молибдена?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845DFE" w:rsidTr="008921D6">
        <w:tc>
          <w:tcPr>
            <w:tcW w:w="10490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28. </w:t>
            </w:r>
            <w:r w:rsidRPr="006D0217">
              <w:rPr>
                <w:lang w:val="ru-RU"/>
              </w:rPr>
              <w:t xml:space="preserve">По какой из указанных схем может пойти реакция образования </w:t>
            </w:r>
            <w:r>
              <w:t>Cr</w:t>
            </w:r>
            <w:r w:rsidRPr="006D0217">
              <w:rPr>
                <w:lang w:val="ru-RU"/>
              </w:rPr>
              <w:t>(</w:t>
            </w:r>
            <w:r>
              <w:t>OH</w:t>
            </w:r>
            <w:r w:rsidRPr="006D0217">
              <w:rPr>
                <w:lang w:val="ru-RU"/>
              </w:rPr>
              <w:t>)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>:</w:t>
            </w:r>
          </w:p>
          <w:p w:rsidR="007B68C2" w:rsidRDefault="007B68C2" w:rsidP="00E31021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0"/>
              </w:rPr>
              <w:object w:dxaOrig="1320" w:dyaOrig="340">
                <v:shape id="_x0000_i2529" type="#_x0000_t75" style="width:65.25pt;height:17.25pt" o:ole="">
                  <v:imagedata r:id="rId343" o:title=""/>
                </v:shape>
                <o:OLEObject Type="Embed" ProgID="Equation.3" ShapeID="_x0000_i2529" DrawAspect="Content" ObjectID="_1840792835" r:id="rId344"/>
              </w:object>
            </w:r>
            <w:r>
              <w:t xml:space="preserve"> </w:t>
            </w:r>
          </w:p>
          <w:p w:rsidR="007B68C2" w:rsidRDefault="007B68C2" w:rsidP="00E31021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2"/>
              </w:rPr>
              <w:object w:dxaOrig="1840" w:dyaOrig="360">
                <v:shape id="_x0000_i2530" type="#_x0000_t75" style="width:92.25pt;height:18pt" o:ole="">
                  <v:imagedata r:id="rId345" o:title=""/>
                </v:shape>
                <o:OLEObject Type="Embed" ProgID="Equation.3" ShapeID="_x0000_i2530" DrawAspect="Content" ObjectID="_1840792836" r:id="rId346"/>
              </w:object>
            </w:r>
          </w:p>
          <w:p w:rsidR="007B68C2" w:rsidRDefault="007B68C2" w:rsidP="00E31021">
            <w:pPr>
              <w:numPr>
                <w:ilvl w:val="0"/>
                <w:numId w:val="83"/>
              </w:numPr>
              <w:spacing w:line="240" w:lineRule="auto"/>
            </w:pPr>
            <w:r>
              <w:rPr>
                <w:position w:val="-12"/>
              </w:rPr>
              <w:object w:dxaOrig="1660" w:dyaOrig="360">
                <v:shape id="_x0000_i2531" type="#_x0000_t75" style="width:82.5pt;height:18pt" o:ole="">
                  <v:imagedata r:id="rId347" o:title=""/>
                </v:shape>
                <o:OLEObject Type="Embed" ProgID="Equation.3" ShapeID="_x0000_i2531" DrawAspect="Content" ObjectID="_1840792837" r:id="rId348"/>
              </w:object>
            </w:r>
          </w:p>
          <w:p w:rsidR="007B68C2" w:rsidRPr="00845DFE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845DFE" w:rsidTr="008921D6"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29. </w:t>
            </w:r>
            <w:r w:rsidRPr="006D0217">
              <w:rPr>
                <w:szCs w:val="28"/>
                <w:lang w:val="ru-RU"/>
              </w:rPr>
              <w:t>Присутствие ионов кальция в водном растворе можно обнаружить с помощью ионов</w:t>
            </w:r>
          </w:p>
          <w:p w:rsidR="007B68C2" w:rsidRDefault="007B68C2" w:rsidP="00E31021">
            <w:pPr>
              <w:numPr>
                <w:ilvl w:val="0"/>
                <w:numId w:val="8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OH</w:t>
            </w:r>
            <w:r>
              <w:rPr>
                <w:szCs w:val="28"/>
                <w:vertAlign w:val="superscript"/>
              </w:rPr>
              <w:t>-</w:t>
            </w:r>
            <w:r>
              <w:rPr>
                <w:szCs w:val="28"/>
              </w:rPr>
              <w:t xml:space="preserve"> </w:t>
            </w:r>
          </w:p>
          <w:p w:rsidR="007B68C2" w:rsidRDefault="007B68C2" w:rsidP="00E31021">
            <w:pPr>
              <w:numPr>
                <w:ilvl w:val="0"/>
                <w:numId w:val="81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CO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  <w:vertAlign w:val="superscript"/>
              </w:rPr>
              <w:t>2-</w:t>
            </w:r>
          </w:p>
          <w:p w:rsidR="007B68C2" w:rsidRDefault="007B68C2" w:rsidP="00E31021">
            <w:pPr>
              <w:numPr>
                <w:ilvl w:val="0"/>
                <w:numId w:val="81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SO</w:t>
            </w:r>
            <w:r>
              <w:rPr>
                <w:szCs w:val="28"/>
                <w:vertAlign w:val="subscript"/>
              </w:rPr>
              <w:t>4</w:t>
            </w:r>
            <w:r>
              <w:rPr>
                <w:szCs w:val="28"/>
                <w:vertAlign w:val="superscript"/>
              </w:rPr>
              <w:t>2-</w:t>
            </w:r>
          </w:p>
          <w:p w:rsidR="007B68C2" w:rsidRPr="00845DFE" w:rsidRDefault="007B68C2" w:rsidP="00E31021">
            <w:pPr>
              <w:spacing w:line="240" w:lineRule="auto"/>
              <w:ind w:left="720"/>
              <w:rPr>
                <w:b/>
                <w:bCs/>
                <w:i/>
                <w:iCs/>
              </w:rPr>
            </w:pPr>
          </w:p>
        </w:tc>
      </w:tr>
      <w:tr w:rsidR="007B68C2" w:rsidRPr="008921D6" w:rsidTr="008921D6"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8C2" w:rsidRPr="007E47E5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7B68C2" w:rsidRPr="006D0217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>Утверждено на заседани</w:t>
            </w:r>
            <w:r w:rsidR="00E31021">
              <w:rPr>
                <w:lang w:val="ru-RU"/>
              </w:rPr>
              <w:t>и кафедры: ЭБЖиФ протокол от «22</w:t>
            </w:r>
            <w:r w:rsidRPr="006D0217">
              <w:rPr>
                <w:lang w:val="ru-RU"/>
              </w:rPr>
              <w:t xml:space="preserve">» </w:t>
            </w:r>
            <w:r w:rsidR="00E31021">
              <w:rPr>
                <w:lang w:val="ru-RU"/>
              </w:rPr>
              <w:t>апреля 2026 г. № 9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</w:tc>
      </w:tr>
    </w:tbl>
    <w:p w:rsidR="007B68C2" w:rsidRPr="006D0217" w:rsidRDefault="007B68C2" w:rsidP="007B68C2">
      <w:pPr>
        <w:rPr>
          <w:szCs w:val="24"/>
          <w:lang w:val="ru-RU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42"/>
        <w:gridCol w:w="8079"/>
      </w:tblGrid>
      <w:tr w:rsidR="007B68C2" w:rsidRPr="008921D6" w:rsidTr="00E31021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Минобрнауки России 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ФГБОУ ВО 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t>«БрГУ»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jc w:val="center"/>
              <w:rPr>
                <w:b/>
                <w:lang w:val="ru-RU"/>
              </w:rPr>
            </w:pPr>
            <w:r w:rsidRPr="006D0217">
              <w:rPr>
                <w:b/>
                <w:lang w:val="ru-RU"/>
              </w:rPr>
              <w:t>Экзаменационный тест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lang w:val="ru-RU"/>
              </w:rPr>
            </w:pPr>
            <w:r w:rsidRPr="006D0217">
              <w:rPr>
                <w:b/>
                <w:lang w:val="ru-RU"/>
              </w:rPr>
              <w:t>Вариант № 4</w:t>
            </w:r>
          </w:p>
          <w:p w:rsidR="007B68C2" w:rsidRPr="006D0217" w:rsidRDefault="007B68C2" w:rsidP="00E31021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lang w:val="ru-RU"/>
              </w:rPr>
              <w:t xml:space="preserve">направление подготовки 15.03.02 </w:t>
            </w:r>
            <w:r w:rsidRPr="006D0217">
              <w:rPr>
                <w:lang w:val="ru-RU"/>
              </w:rPr>
              <w:t>Технологические машины и оборудование</w:t>
            </w:r>
          </w:p>
          <w:p w:rsidR="007B68C2" w:rsidRPr="006D0217" w:rsidRDefault="007B68C2" w:rsidP="00E31021">
            <w:pPr>
              <w:spacing w:line="240" w:lineRule="auto"/>
              <w:jc w:val="center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b/>
                <w:lang w:val="ru-RU"/>
              </w:rPr>
              <w:t>профиль подготовки</w:t>
            </w:r>
            <w:r w:rsidRPr="006D0217">
              <w:rPr>
                <w:lang w:val="ru-RU"/>
              </w:rPr>
              <w:t xml:space="preserve"> Машины и оборудование лесного комплекса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</w:p>
        </w:tc>
      </w:tr>
      <w:tr w:rsidR="007B68C2" w:rsidTr="00E31021">
        <w:tc>
          <w:tcPr>
            <w:tcW w:w="10348" w:type="dxa"/>
            <w:gridSpan w:val="3"/>
            <w:tcBorders>
              <w:top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1</w:t>
            </w:r>
            <w:r w:rsidRPr="006D0217">
              <w:rPr>
                <w:b/>
                <w:i/>
                <w:lang w:val="ru-RU"/>
              </w:rPr>
              <w:t xml:space="preserve">. </w:t>
            </w:r>
            <w:proofErr w:type="gramStart"/>
            <w:r w:rsidRPr="006D0217">
              <w:rPr>
                <w:lang w:val="ru-RU"/>
              </w:rPr>
              <w:t>Число,  каких</w:t>
            </w:r>
            <w:proofErr w:type="gramEnd"/>
            <w:r w:rsidRPr="006D0217">
              <w:rPr>
                <w:lang w:val="ru-RU"/>
              </w:rPr>
              <w:t xml:space="preserve"> элементарных частиц является определяющим для понятия «химический элемент»:</w:t>
            </w:r>
          </w:p>
          <w:p w:rsidR="007B68C2" w:rsidRPr="00E87D27" w:rsidRDefault="007B68C2" w:rsidP="00E31021">
            <w:pPr>
              <w:spacing w:line="240" w:lineRule="auto"/>
            </w:pPr>
            <w:r w:rsidRPr="006D0217">
              <w:rPr>
                <w:lang w:val="ru-RU"/>
              </w:rPr>
              <w:t xml:space="preserve">   </w:t>
            </w:r>
            <w:r>
              <w:t xml:space="preserve">1) </w:t>
            </w:r>
            <w:proofErr w:type="gramStart"/>
            <w:r w:rsidRPr="00E87D27">
              <w:t xml:space="preserve">протоны;  </w:t>
            </w:r>
            <w:r>
              <w:t xml:space="preserve"> </w:t>
            </w:r>
            <w:proofErr w:type="gramEnd"/>
            <w:r>
              <w:t xml:space="preserve">      </w:t>
            </w:r>
            <w:r w:rsidRPr="00E87D27">
              <w:t xml:space="preserve">2)нейтроны;  </w:t>
            </w:r>
            <w:r>
              <w:t xml:space="preserve">              </w:t>
            </w:r>
            <w:r w:rsidRPr="00E87D27">
              <w:t>3)электроны.</w:t>
            </w:r>
          </w:p>
          <w:p w:rsidR="007B68C2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E87D27" w:rsidRDefault="007B68C2" w:rsidP="00E31021">
            <w:pPr>
              <w:tabs>
                <w:tab w:val="left" w:pos="540"/>
              </w:tabs>
              <w:spacing w:line="240" w:lineRule="auto"/>
              <w:ind w:hanging="540"/>
            </w:pPr>
            <w:r w:rsidRPr="006D0217">
              <w:rPr>
                <w:lang w:val="ru-RU"/>
              </w:rPr>
              <w:t xml:space="preserve">2. Атом, какого элемента имеет электронную конфигурацию   </w:t>
            </w:r>
            <w:r w:rsidRPr="00E87D27">
              <w:t>1s</w:t>
            </w:r>
            <w:r w:rsidRPr="00E87D27">
              <w:rPr>
                <w:vertAlign w:val="superscript"/>
              </w:rPr>
              <w:t>2</w:t>
            </w:r>
            <w:r w:rsidRPr="00E87D27">
              <w:t>2s</w:t>
            </w:r>
            <w:r w:rsidRPr="00E87D27">
              <w:rPr>
                <w:vertAlign w:val="superscript"/>
              </w:rPr>
              <w:t>2</w:t>
            </w:r>
            <w:r w:rsidRPr="00E87D27">
              <w:t>2p</w:t>
            </w:r>
            <w:r w:rsidRPr="00E87D27">
              <w:rPr>
                <w:vertAlign w:val="superscript"/>
              </w:rPr>
              <w:t>6</w:t>
            </w:r>
            <w:r w:rsidRPr="00E87D27">
              <w:t>3s</w:t>
            </w:r>
            <w:r w:rsidRPr="00E87D27">
              <w:rPr>
                <w:vertAlign w:val="superscript"/>
              </w:rPr>
              <w:t>2</w:t>
            </w:r>
            <w:r w:rsidRPr="00E87D27">
              <w:t>3p</w:t>
            </w:r>
            <w:r w:rsidRPr="00E87D27">
              <w:rPr>
                <w:vertAlign w:val="superscript"/>
              </w:rPr>
              <w:t>6</w:t>
            </w:r>
            <w:r w:rsidRPr="00E87D27">
              <w:t>4s</w:t>
            </w:r>
            <w:r w:rsidRPr="00E87D27">
              <w:rPr>
                <w:vertAlign w:val="superscript"/>
              </w:rPr>
              <w:t>1</w:t>
            </w:r>
            <w:r w:rsidRPr="00E87D27">
              <w:t>:</w:t>
            </w:r>
          </w:p>
          <w:p w:rsidR="007B68C2" w:rsidRPr="00E87D27" w:rsidRDefault="007B68C2" w:rsidP="00E31021">
            <w:pPr>
              <w:spacing w:line="240" w:lineRule="auto"/>
            </w:pPr>
            <w:r w:rsidRPr="00E87D27">
              <w:t>1)</w:t>
            </w:r>
            <w:proofErr w:type="gramStart"/>
            <w:r w:rsidRPr="00E87D27">
              <w:t xml:space="preserve">Na;   </w:t>
            </w:r>
            <w:proofErr w:type="gramEnd"/>
            <w:r w:rsidRPr="00E87D27">
              <w:t xml:space="preserve">    2)K;    3)Ca.</w:t>
            </w:r>
          </w:p>
          <w:p w:rsidR="007B68C2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E87D27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3. Газ образуется при взаимодействии в растворе:</w:t>
            </w:r>
          </w:p>
          <w:p w:rsidR="007B68C2" w:rsidRPr="006D0217" w:rsidRDefault="007B68C2" w:rsidP="00E31021">
            <w:pPr>
              <w:spacing w:line="240" w:lineRule="auto"/>
              <w:rPr>
                <w:sz w:val="28"/>
                <w:lang w:val="ru-RU"/>
              </w:rPr>
            </w:pPr>
            <w:r w:rsidRPr="006D0217">
              <w:rPr>
                <w:lang w:val="ru-RU"/>
              </w:rPr>
              <w:t xml:space="preserve">      1) </w:t>
            </w:r>
            <w:r w:rsidRPr="00E87D27">
              <w:t>NaC</w:t>
            </w:r>
            <w:r>
              <w:t>l</w:t>
            </w:r>
            <w:r w:rsidRPr="006D0217">
              <w:rPr>
                <w:lang w:val="ru-RU"/>
              </w:rPr>
              <w:t xml:space="preserve"> с </w:t>
            </w:r>
            <w:r w:rsidRPr="00E87D27">
              <w:t>Li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С</w:t>
            </w:r>
            <w:r w:rsidRPr="00E87D27">
              <w:t>O</w:t>
            </w:r>
            <w:proofErr w:type="gramStart"/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>;  2</w:t>
            </w:r>
            <w:proofErr w:type="gramEnd"/>
            <w:r w:rsidRPr="006D0217">
              <w:rPr>
                <w:lang w:val="ru-RU"/>
              </w:rPr>
              <w:t xml:space="preserve">) </w:t>
            </w:r>
            <w:r w:rsidRPr="00E87D27">
              <w:t>Li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С</w:t>
            </w:r>
            <w:r w:rsidRPr="00E87D27">
              <w:t>O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 xml:space="preserve"> </w:t>
            </w:r>
            <w:r w:rsidRPr="00E87D27">
              <w:t>c</w:t>
            </w:r>
            <w:r w:rsidRPr="006D0217">
              <w:rPr>
                <w:lang w:val="ru-RU"/>
              </w:rPr>
              <w:t xml:space="preserve"> </w:t>
            </w:r>
            <w:r>
              <w:t>HCl</w:t>
            </w:r>
            <w:r w:rsidRPr="006D0217">
              <w:rPr>
                <w:lang w:val="ru-RU"/>
              </w:rPr>
              <w:t xml:space="preserve">;   3) </w:t>
            </w:r>
            <w:r>
              <w:t>NaCl</w:t>
            </w:r>
            <w:r w:rsidRPr="00E87D27">
              <w:t>O</w:t>
            </w:r>
            <w:r w:rsidRPr="006D0217">
              <w:rPr>
                <w:lang w:val="ru-RU"/>
              </w:rPr>
              <w:t xml:space="preserve"> </w:t>
            </w:r>
            <w:r w:rsidRPr="00E87D27">
              <w:t>c</w:t>
            </w:r>
            <w:r w:rsidRPr="006D0217">
              <w:rPr>
                <w:lang w:val="ru-RU"/>
              </w:rPr>
              <w:t xml:space="preserve"> </w:t>
            </w:r>
            <w:r w:rsidRPr="00E87D27">
              <w:t>K</w:t>
            </w:r>
            <w:r w:rsidRPr="006D0217">
              <w:rPr>
                <w:vertAlign w:val="subscript"/>
                <w:lang w:val="ru-RU"/>
              </w:rPr>
              <w:t>2</w:t>
            </w:r>
            <w:r w:rsidRPr="00E87D27">
              <w:t>C</w:t>
            </w:r>
            <w:r w:rsidRPr="006D0217">
              <w:rPr>
                <w:lang w:val="ru-RU"/>
              </w:rPr>
              <w:t>О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vertAlign w:val="subscript"/>
                <w:lang w:val="ru-RU"/>
              </w:rPr>
              <w:tab/>
            </w:r>
            <w:r w:rsidRPr="006D0217">
              <w:rPr>
                <w:sz w:val="28"/>
                <w:vertAlign w:val="subscript"/>
                <w:lang w:val="ru-RU"/>
              </w:rPr>
              <w:tab/>
            </w:r>
            <w:r w:rsidRPr="006D0217">
              <w:rPr>
                <w:sz w:val="28"/>
                <w:vertAlign w:val="subscript"/>
                <w:lang w:val="ru-RU"/>
              </w:rPr>
              <w:tab/>
              <w:t xml:space="preserve">              </w:t>
            </w:r>
          </w:p>
          <w:p w:rsidR="007B68C2" w:rsidRPr="00E87D27" w:rsidRDefault="007B68C2" w:rsidP="00E31021">
            <w:pPr>
              <w:spacing w:line="240" w:lineRule="auto"/>
              <w:rPr>
                <w:bCs/>
                <w:iCs/>
              </w:rPr>
            </w:pPr>
            <w:r w:rsidRPr="00E87D27">
              <w:rPr>
                <w:bCs/>
                <w:iCs/>
              </w:rPr>
              <w:t>Составьте уравнение реакции:</w:t>
            </w:r>
          </w:p>
          <w:p w:rsidR="007B68C2" w:rsidRPr="00E87D27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RPr="00E87D27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4. Гидроксид калия в растворе реагирует по отдельности с веществами:</w:t>
            </w:r>
          </w:p>
          <w:p w:rsidR="007B68C2" w:rsidRPr="00E87D27" w:rsidRDefault="007B68C2" w:rsidP="00E31021">
            <w:pPr>
              <w:spacing w:line="240" w:lineRule="auto"/>
            </w:pPr>
            <w:r w:rsidRPr="006D0217">
              <w:rPr>
                <w:lang w:val="ru-RU"/>
              </w:rPr>
              <w:t xml:space="preserve">    </w:t>
            </w:r>
            <w:r w:rsidRPr="00E87D27">
              <w:t>1) HNO</w:t>
            </w:r>
            <w:r w:rsidRPr="00E87D27">
              <w:rPr>
                <w:vertAlign w:val="subscript"/>
              </w:rPr>
              <w:t>3</w:t>
            </w:r>
            <w:r>
              <w:t xml:space="preserve">, </w:t>
            </w:r>
            <w:proofErr w:type="gramStart"/>
            <w:r>
              <w:t>CuO</w:t>
            </w:r>
            <w:r w:rsidRPr="00E87D27">
              <w:t xml:space="preserve">;   </w:t>
            </w:r>
            <w:proofErr w:type="gramEnd"/>
            <w:r w:rsidRPr="00E87D27">
              <w:t xml:space="preserve">      2) Al, Zn(OH)</w:t>
            </w:r>
            <w:r w:rsidRPr="00E87D27">
              <w:rPr>
                <w:vertAlign w:val="subscript"/>
              </w:rPr>
              <w:t>2</w:t>
            </w:r>
            <w:r w:rsidRPr="00E87D27">
              <w:t>;          3) Zn, SO</w:t>
            </w:r>
            <w:r w:rsidRPr="00E87D27">
              <w:rPr>
                <w:vertAlign w:val="subscript"/>
              </w:rPr>
              <w:t>2</w:t>
            </w:r>
            <w:r w:rsidRPr="00E87D27">
              <w:t xml:space="preserve">                       </w:t>
            </w:r>
          </w:p>
          <w:p w:rsidR="007B68C2" w:rsidRPr="00E87D27" w:rsidRDefault="007B68C2" w:rsidP="00E31021">
            <w:pPr>
              <w:spacing w:line="240" w:lineRule="auto"/>
              <w:rPr>
                <w:bCs/>
                <w:iCs/>
              </w:rPr>
            </w:pPr>
            <w:r w:rsidRPr="00E87D27">
              <w:rPr>
                <w:bCs/>
                <w:iCs/>
              </w:rPr>
              <w:t>Составьте уравнение реакции:</w:t>
            </w:r>
          </w:p>
          <w:p w:rsidR="007B68C2" w:rsidRPr="00E87D27" w:rsidRDefault="007B68C2" w:rsidP="00E31021">
            <w:pPr>
              <w:spacing w:line="240" w:lineRule="auto"/>
              <w:rPr>
                <w:bCs/>
                <w:iCs/>
              </w:rPr>
            </w:pPr>
            <w:r w:rsidRPr="00E87D27">
              <w:rPr>
                <w:bCs/>
                <w:iCs/>
              </w:rPr>
              <w:t>1)</w:t>
            </w:r>
          </w:p>
          <w:p w:rsidR="007B68C2" w:rsidRDefault="007B68C2" w:rsidP="00E31021">
            <w:pPr>
              <w:spacing w:line="240" w:lineRule="auto"/>
              <w:rPr>
                <w:bCs/>
                <w:iCs/>
              </w:rPr>
            </w:pPr>
            <w:r w:rsidRPr="00E87D27">
              <w:rPr>
                <w:bCs/>
                <w:iCs/>
              </w:rPr>
              <w:t>2)</w:t>
            </w:r>
          </w:p>
          <w:p w:rsidR="007B68C2" w:rsidRPr="00E87D27" w:rsidRDefault="007B68C2" w:rsidP="00E31021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5.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Атом кислорода в молекуле воды находится в … состоянии.</w:t>
            </w:r>
          </w:p>
          <w:p w:rsidR="007B68C2" w:rsidRDefault="007B68C2" w:rsidP="00E31021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40" w:dyaOrig="360">
                <v:shape id="_x0000_i3683" type="#_x0000_t75" style="width:21.75pt;height:18pt" o:ole="">
                  <v:imagedata r:id="rId29" o:title=""/>
                </v:shape>
                <o:OLEObject Type="Embed" ProgID="Equation.3" ShapeID="_x0000_i3683" DrawAspect="Content" ObjectID="_1840792838" r:id="rId349"/>
              </w:object>
            </w:r>
            <w:r>
              <w:t>- гибридном</w:t>
            </w:r>
          </w:p>
          <w:p w:rsidR="007B68C2" w:rsidRDefault="007B68C2" w:rsidP="00E31021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300" w:dyaOrig="260">
                <v:shape id="_x0000_i3684" type="#_x0000_t75" style="width:15.75pt;height:12pt" o:ole="">
                  <v:imagedata r:id="rId31" o:title=""/>
                </v:shape>
                <o:OLEObject Type="Embed" ProgID="Equation.3" ShapeID="_x0000_i3684" DrawAspect="Content" ObjectID="_1840792839" r:id="rId350"/>
              </w:object>
            </w:r>
            <w:r>
              <w:t>- гибридном</w:t>
            </w:r>
          </w:p>
          <w:p w:rsidR="007B68C2" w:rsidRPr="006663BA" w:rsidRDefault="007B68C2" w:rsidP="00E31021">
            <w:pPr>
              <w:numPr>
                <w:ilvl w:val="0"/>
                <w:numId w:val="84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00" w:dyaOrig="360">
                <v:shape id="_x0000_i3685" type="#_x0000_t75" style="width:20.25pt;height:18pt" o:ole="">
                  <v:imagedata r:id="rId33" o:title=""/>
                </v:shape>
                <o:OLEObject Type="Embed" ProgID="Equation.3" ShapeID="_x0000_i3685" DrawAspect="Content" ObjectID="_1840792840" r:id="rId351"/>
              </w:object>
            </w:r>
            <w:r>
              <w:t>- гибридном.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6.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Первый закон (первое начало) термодинамики записывается так:</w:t>
            </w:r>
          </w:p>
          <w:p w:rsidR="007B68C2" w:rsidRDefault="007B68C2" w:rsidP="00E31021">
            <w:pPr>
              <w:spacing w:line="240" w:lineRule="auto"/>
              <w:rPr>
                <w:position w:val="-10"/>
              </w:rPr>
            </w:pPr>
            <w:r>
              <w:rPr>
                <w:position w:val="-10"/>
              </w:rPr>
              <w:t xml:space="preserve">1)  </w:t>
            </w:r>
            <w:r>
              <w:rPr>
                <w:position w:val="-10"/>
              </w:rPr>
              <w:object w:dxaOrig="1060" w:dyaOrig="320">
                <v:shape id="_x0000_i3686" type="#_x0000_t75" style="width:53.25pt;height:15.75pt" o:ole="">
                  <v:imagedata r:id="rId35" o:title=""/>
                </v:shape>
                <o:OLEObject Type="Embed" ProgID="Equation.3" ShapeID="_x0000_i3686" DrawAspect="Content" ObjectID="_1840792841" r:id="rId352"/>
              </w:object>
            </w:r>
            <w:r>
              <w:rPr>
                <w:position w:val="-10"/>
              </w:rPr>
              <w:t xml:space="preserve">;    </w:t>
            </w:r>
          </w:p>
          <w:p w:rsidR="007B68C2" w:rsidRDefault="007B68C2" w:rsidP="00E31021">
            <w:pPr>
              <w:spacing w:line="240" w:lineRule="auto"/>
              <w:rPr>
                <w:position w:val="-10"/>
              </w:rPr>
            </w:pPr>
            <w:r>
              <w:rPr>
                <w:position w:val="-10"/>
              </w:rPr>
              <w:t xml:space="preserve">2) </w:t>
            </w:r>
            <w:r>
              <w:rPr>
                <w:position w:val="-10"/>
              </w:rPr>
              <w:object w:dxaOrig="1279" w:dyaOrig="540">
                <v:shape id="_x0000_i3687" type="#_x0000_t75" style="width:63pt;height:27pt" o:ole="">
                  <v:imagedata r:id="rId37" o:title=""/>
                </v:shape>
                <o:OLEObject Type="Embed" ProgID="Equation.3" ShapeID="_x0000_i3687" DrawAspect="Content" ObjectID="_1840792842" r:id="rId353"/>
              </w:object>
            </w:r>
            <w:r>
              <w:rPr>
                <w:position w:val="-10"/>
              </w:rPr>
              <w:t xml:space="preserve">;     </w:t>
            </w:r>
          </w:p>
          <w:p w:rsidR="007B68C2" w:rsidRDefault="007B68C2" w:rsidP="00E31021">
            <w:pPr>
              <w:spacing w:line="240" w:lineRule="auto"/>
            </w:pPr>
            <w:r>
              <w:rPr>
                <w:position w:val="-10"/>
              </w:rPr>
              <w:t xml:space="preserve">3) </w:t>
            </w:r>
            <w:r>
              <w:rPr>
                <w:position w:val="-10"/>
              </w:rPr>
              <w:object w:dxaOrig="1240" w:dyaOrig="320">
                <v:shape id="_x0000_i3688" type="#_x0000_t75" style="width:62.25pt;height:15.75pt" o:ole="">
                  <v:imagedata r:id="rId39" o:title=""/>
                </v:shape>
                <o:OLEObject Type="Embed" ProgID="Equation.3" ShapeID="_x0000_i3688" DrawAspect="Content" ObjectID="_1840792843" r:id="rId354"/>
              </w:object>
            </w: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7.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7B68C2" w:rsidRDefault="007B68C2" w:rsidP="00E31021">
            <w:pPr>
              <w:spacing w:line="240" w:lineRule="auto"/>
            </w:pPr>
            <w:r>
              <w:rPr>
                <w:position w:val="-14"/>
              </w:rPr>
              <w:object w:dxaOrig="3560" w:dyaOrig="380">
                <v:shape id="_x0000_i3689" type="#_x0000_t75" style="width:177pt;height:18.75pt" o:ole="">
                  <v:imagedata r:id="rId50" o:title=""/>
                </v:shape>
                <o:OLEObject Type="Embed" ProgID="Equation.3" ShapeID="_x0000_i3689" DrawAspect="Content" ObjectID="_1840792844" r:id="rId355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3690" type="#_x0000_t75" style="width:24pt;height:17.25pt" o:ole="">
                  <v:imagedata r:id="rId52" o:title=""/>
                </v:shape>
                <o:OLEObject Type="Embed" ProgID="Equation.3" ShapeID="_x0000_i3690" DrawAspect="Content" ObjectID="_1840792845" r:id="rId356"/>
              </w:object>
            </w:r>
          </w:p>
          <w:p w:rsidR="007B68C2" w:rsidRDefault="007B68C2" w:rsidP="00E31021">
            <w:pPr>
              <w:spacing w:line="240" w:lineRule="auto"/>
            </w:pPr>
            <w:r w:rsidRPr="001A1CBE">
              <w:rPr>
                <w:position w:val="-14"/>
              </w:rPr>
              <w:object w:dxaOrig="4140" w:dyaOrig="380">
                <v:shape id="_x0000_i3691" type="#_x0000_t75" style="width:207.75pt;height:18.75pt" o:ole="">
                  <v:imagedata r:id="rId357" o:title=""/>
                </v:shape>
                <o:OLEObject Type="Embed" ProgID="Equation.3" ShapeID="_x0000_i3691" DrawAspect="Content" ObjectID="_1840792846" r:id="rId358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3692" type="#_x0000_t75" style="width:25.5pt;height:17.25pt" o:ole="">
                  <v:imagedata r:id="rId56" o:title=""/>
                </v:shape>
                <o:OLEObject Type="Embed" ProgID="Equation.3" ShapeID="_x0000_i3692" DrawAspect="Content" ObjectID="_1840792847" r:id="rId359"/>
              </w:object>
            </w:r>
          </w:p>
          <w:p w:rsidR="007B68C2" w:rsidRDefault="007B68C2" w:rsidP="00E31021">
            <w:pPr>
              <w:spacing w:line="240" w:lineRule="auto"/>
              <w:rPr>
                <w:position w:val="-10"/>
              </w:rPr>
            </w:pPr>
            <w:r>
              <w:t xml:space="preserve">1) </w:t>
            </w:r>
            <w:r>
              <w:rPr>
                <w:position w:val="-10"/>
              </w:rPr>
              <w:object w:dxaOrig="1179" w:dyaOrig="340">
                <v:shape id="_x0000_i3693" type="#_x0000_t75" style="width:60pt;height:17.25pt" o:ole="">
                  <v:imagedata r:id="rId360" o:title=""/>
                </v:shape>
                <o:OLEObject Type="Embed" ProgID="Equation.3" ShapeID="_x0000_i3693" DrawAspect="Content" ObjectID="_1840792848" r:id="rId361"/>
              </w:object>
            </w:r>
            <w:r>
              <w:t xml:space="preserve">     2) </w:t>
            </w:r>
            <w:r>
              <w:rPr>
                <w:position w:val="-10"/>
              </w:rPr>
              <w:object w:dxaOrig="1179" w:dyaOrig="340">
                <v:shape id="_x0000_i3694" type="#_x0000_t75" style="width:60pt;height:17.25pt" o:ole="">
                  <v:imagedata r:id="rId362" o:title=""/>
                </v:shape>
                <o:OLEObject Type="Embed" ProgID="Equation.3" ShapeID="_x0000_i3694" DrawAspect="Content" ObjectID="_1840792849" r:id="rId363"/>
              </w:object>
            </w:r>
            <w:r>
              <w:rPr>
                <w:position w:val="-10"/>
              </w:rPr>
              <w:t xml:space="preserve">        </w:t>
            </w:r>
            <w:r>
              <w:t xml:space="preserve"> 3) </w:t>
            </w:r>
            <w:r>
              <w:rPr>
                <w:position w:val="-10"/>
              </w:rPr>
              <w:object w:dxaOrig="1579" w:dyaOrig="340">
                <v:shape id="_x0000_i3695" type="#_x0000_t75" style="width:79.5pt;height:17.25pt" o:ole="">
                  <v:imagedata r:id="rId364" o:title=""/>
                </v:shape>
                <o:OLEObject Type="Embed" ProgID="Equation.3" ShapeID="_x0000_i3695" DrawAspect="Content" ObjectID="_1840792850" r:id="rId365"/>
              </w:object>
            </w:r>
            <w:r>
              <w:rPr>
                <w:position w:val="-10"/>
              </w:rPr>
              <w:t xml:space="preserve"> 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Cs/>
                <w:iCs/>
                <w:lang w:val="ru-RU"/>
              </w:rPr>
              <w:t>8.</w:t>
            </w:r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B036F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3696" type="#_x0000_t75" style="width:23.25pt;height:15.75pt" o:ole="">
                  <v:imagedata r:id="rId75" o:title=""/>
                </v:shape>
                <o:OLEObject Type="Embed" ProgID="Equation.3" ShapeID="_x0000_i3696" DrawAspect="Content" ObjectID="_1840792851" r:id="rId366"/>
              </w:object>
            </w:r>
            <w:r w:rsidRPr="00B036F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3820" w:dyaOrig="380">
                <v:shape id="_x0000_i3697" type="#_x0000_t75" style="width:189.75pt;height:18.75pt" o:ole="">
                  <v:imagedata r:id="rId86" o:title=""/>
                </v:shape>
                <o:OLEObject Type="Embed" ProgID="Equation.3" ShapeID="_x0000_i3697" DrawAspect="Content" ObjectID="_1840792852" r:id="rId367"/>
              </w:object>
            </w:r>
          </w:p>
          <w:p w:rsidR="007B68C2" w:rsidRDefault="007B68C2" w:rsidP="00E31021">
            <w:pPr>
              <w:spacing w:line="240" w:lineRule="auto"/>
            </w:pPr>
            <w:r>
              <w:rPr>
                <w:position w:val="-6"/>
              </w:rPr>
              <w:t xml:space="preserve">1)  </w:t>
            </w:r>
            <w:r>
              <w:rPr>
                <w:position w:val="-6"/>
              </w:rPr>
              <w:object w:dxaOrig="740" w:dyaOrig="280">
                <v:shape id="_x0000_i3698" type="#_x0000_t75" style="width:36.75pt;height:13.5pt" o:ole="">
                  <v:imagedata r:id="rId251" o:title=""/>
                </v:shape>
                <o:OLEObject Type="Embed" ProgID="Equation.3" ShapeID="_x0000_i3698" DrawAspect="Content" ObjectID="_1840792853" r:id="rId368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3699" type="#_x0000_t75" style="width:36.75pt;height:13.5pt" o:ole="">
                  <v:imagedata r:id="rId253" o:title=""/>
                </v:shape>
                <o:OLEObject Type="Embed" ProgID="Equation.3" ShapeID="_x0000_i3699" DrawAspect="Content" ObjectID="_1840792854" r:id="rId369"/>
              </w:object>
            </w:r>
            <w:r>
              <w:rPr>
                <w:position w:val="-6"/>
              </w:rPr>
              <w:t xml:space="preserve">;   3) </w:t>
            </w:r>
            <w:r>
              <w:rPr>
                <w:position w:val="-6"/>
              </w:rPr>
              <w:object w:dxaOrig="1139" w:dyaOrig="280">
                <v:shape id="_x0000_i3700" type="#_x0000_t75" style="width:56.25pt;height:13.5pt" o:ole="">
                  <v:imagedata r:id="rId370" o:title=""/>
                </v:shape>
                <o:OLEObject Type="Embed" ProgID="Equation.3" ShapeID="_x0000_i3700" DrawAspect="Content" ObjectID="_1840792855" r:id="rId371"/>
              </w:object>
            </w:r>
          </w:p>
        </w:tc>
      </w:tr>
      <w:tr w:rsidR="007B68C2" w:rsidRPr="0070567B" w:rsidTr="00E31021">
        <w:tc>
          <w:tcPr>
            <w:tcW w:w="10348" w:type="dxa"/>
            <w:gridSpan w:val="3"/>
          </w:tcPr>
          <w:p w:rsidR="007B68C2" w:rsidRPr="0070567B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Cs/>
                <w:iCs/>
                <w:lang w:val="ru-RU"/>
              </w:rPr>
              <w:t>9.</w:t>
            </w:r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B036F5">
              <w:rPr>
                <w:lang w:val="ru-RU"/>
              </w:rPr>
              <w:t xml:space="preserve">При восстановлении </w:t>
            </w:r>
            <w:smartTag w:uri="urn:schemas-microsoft-com:office:smarttags" w:element="metricconverter">
              <w:smartTagPr>
                <w:attr w:name="ProductID" w:val="12,7 г"/>
              </w:smartTagPr>
              <w:r w:rsidRPr="00B036F5">
                <w:rPr>
                  <w:lang w:val="ru-RU"/>
                </w:rPr>
                <w:t>12,7 г</w:t>
              </w:r>
            </w:smartTag>
            <w:r w:rsidRPr="00B036F5">
              <w:rPr>
                <w:lang w:val="ru-RU"/>
              </w:rPr>
              <w:t xml:space="preserve">. оксида меди (11) углем (с образованием </w:t>
            </w:r>
            <w:r>
              <w:rPr>
                <w:position w:val="-6"/>
              </w:rPr>
              <w:object w:dxaOrig="399" w:dyaOrig="280">
                <v:shape id="_x0000_i3701" type="#_x0000_t75" style="width:20.25pt;height:13.5pt" o:ole="">
                  <v:imagedata r:id="rId44" o:title=""/>
                </v:shape>
                <o:OLEObject Type="Embed" ProgID="Equation.3" ShapeID="_x0000_i3701" DrawAspect="Content" ObjectID="_1840792856" r:id="rId372"/>
              </w:object>
            </w:r>
            <w:r w:rsidRPr="00B036F5">
              <w:rPr>
                <w:lang w:val="ru-RU"/>
              </w:rPr>
              <w:t xml:space="preserve">) поглощается 8,24 кДж теплоты. </w:t>
            </w:r>
            <w:r w:rsidRPr="0070567B">
              <w:rPr>
                <w:lang w:val="ru-RU"/>
              </w:rPr>
              <w:t>Определить сколько потребуется теплоты для восстановления 1 моль оксида меди (11).</w:t>
            </w:r>
          </w:p>
          <w:p w:rsidR="007B68C2" w:rsidRPr="0070567B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10.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Как изменится скорость реакции, уравнение которой </w:t>
            </w:r>
            <w:r>
              <w:rPr>
                <w:szCs w:val="28"/>
              </w:rPr>
              <w:t>CO</w:t>
            </w:r>
            <w:r w:rsidRPr="006D0217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H</w:t>
            </w:r>
            <w:r w:rsidRPr="006D0217">
              <w:rPr>
                <w:szCs w:val="28"/>
                <w:vertAlign w:val="subscript"/>
                <w:lang w:val="ru-RU"/>
              </w:rPr>
              <w:t>2</w:t>
            </w:r>
            <w:r w:rsidRPr="006D0217">
              <w:rPr>
                <w:szCs w:val="28"/>
                <w:lang w:val="ru-RU"/>
              </w:rPr>
              <w:t xml:space="preserve"> → </w:t>
            </w:r>
            <w:r>
              <w:rPr>
                <w:szCs w:val="28"/>
              </w:rPr>
              <w:t>CH</w:t>
            </w:r>
            <w:r w:rsidRPr="006D0217">
              <w:rPr>
                <w:szCs w:val="28"/>
                <w:vertAlign w:val="subscript"/>
                <w:lang w:val="ru-RU"/>
              </w:rPr>
              <w:t>3</w:t>
            </w:r>
            <w:r>
              <w:rPr>
                <w:szCs w:val="28"/>
              </w:rPr>
              <w:t>OH</w:t>
            </w:r>
            <w:r w:rsidRPr="006D0217">
              <w:rPr>
                <w:szCs w:val="28"/>
                <w:lang w:val="ru-RU"/>
              </w:rPr>
              <w:t>, при уменьшении давления в реагирующей системе в 4 раза?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lastRenderedPageBreak/>
              <w:t>11.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szCs w:val="28"/>
                <w:lang w:val="ru-RU"/>
              </w:rPr>
              <w:tab/>
            </w:r>
            <w:r w:rsidRPr="006D0217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6D0217">
              <w:rPr>
                <w:szCs w:val="28"/>
                <w:vertAlign w:val="subscript"/>
                <w:lang w:val="ru-RU"/>
              </w:rPr>
              <w:t xml:space="preserve">4(г) </w:t>
            </w:r>
            <w:r w:rsidRPr="006D0217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6D0217">
              <w:rPr>
                <w:szCs w:val="28"/>
                <w:vertAlign w:val="subscript"/>
                <w:lang w:val="ru-RU"/>
              </w:rPr>
              <w:t xml:space="preserve">(ж) </w:t>
            </w:r>
            <w:r w:rsidRPr="006D0217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6D0217">
              <w:rPr>
                <w:szCs w:val="28"/>
                <w:vertAlign w:val="subscript"/>
                <w:lang w:val="ru-RU"/>
              </w:rPr>
              <w:t xml:space="preserve">2(г) </w:t>
            </w:r>
            <w:r w:rsidRPr="006D0217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6D0217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6D0217">
              <w:rPr>
                <w:szCs w:val="28"/>
                <w:vertAlign w:val="subscript"/>
                <w:lang w:val="ru-RU"/>
              </w:rPr>
              <w:t xml:space="preserve">(г) </w:t>
            </w:r>
            <w:r w:rsidRPr="006D0217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6D0217">
              <w:rPr>
                <w:szCs w:val="28"/>
                <w:lang w:val="ru-RU"/>
              </w:rPr>
              <w:t xml:space="preserve"> увеличение концентрации сероводорода?</w:t>
            </w:r>
          </w:p>
          <w:p w:rsidR="007B68C2" w:rsidRDefault="007B68C2" w:rsidP="00E31021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7B68C2" w:rsidRDefault="007B68C2" w:rsidP="00E31021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7B68C2" w:rsidRDefault="007B68C2" w:rsidP="00E31021">
            <w:pPr>
              <w:numPr>
                <w:ilvl w:val="0"/>
                <w:numId w:val="20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12.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Дана </w:t>
            </w:r>
            <w:proofErr w:type="gramStart"/>
            <w:r w:rsidRPr="006D0217">
              <w:rPr>
                <w:lang w:val="ru-RU"/>
              </w:rPr>
              <w:t>реакция:  4</w:t>
            </w:r>
            <w:proofErr w:type="gramEnd"/>
            <w:r w:rsidRPr="006D0217">
              <w:rPr>
                <w:lang w:val="ru-RU"/>
              </w:rPr>
              <w:t>НС</w:t>
            </w:r>
            <w:r>
              <w:t>l</w:t>
            </w:r>
            <w:r w:rsidRPr="006D0217">
              <w:rPr>
                <w:vertAlign w:val="subscript"/>
                <w:lang w:val="ru-RU"/>
              </w:rPr>
              <w:t>(г)</w:t>
            </w:r>
            <w:r w:rsidRPr="006D0217">
              <w:rPr>
                <w:lang w:val="ru-RU"/>
              </w:rPr>
              <w:t xml:space="preserve"> +О</w:t>
            </w:r>
            <w:r w:rsidRPr="006D0217">
              <w:rPr>
                <w:vertAlign w:val="subscript"/>
                <w:lang w:val="ru-RU"/>
              </w:rPr>
              <w:t>2(г)</w:t>
            </w:r>
            <w:r w:rsidRPr="006D0217">
              <w:rPr>
                <w:lang w:val="ru-RU"/>
              </w:rPr>
              <w:t xml:space="preserve">  </w:t>
            </w:r>
            <w:r w:rsidRPr="006D0217">
              <w:rPr>
                <w:rFonts w:ascii="Lucida Sans Unicode" w:hAnsi="Lucida Sans Unicode"/>
                <w:lang w:val="ru-RU"/>
              </w:rPr>
              <w:t>⇄</w:t>
            </w:r>
            <w:r w:rsidRPr="006D0217">
              <w:rPr>
                <w:lang w:val="ru-RU"/>
              </w:rPr>
              <w:t xml:space="preserve">  2С</w:t>
            </w:r>
            <w:r>
              <w:t>l</w:t>
            </w:r>
            <w:r w:rsidRPr="006D0217">
              <w:rPr>
                <w:vertAlign w:val="subscript"/>
                <w:lang w:val="ru-RU"/>
              </w:rPr>
              <w:t>2 (г)</w:t>
            </w:r>
            <w:r w:rsidRPr="006D0217">
              <w:rPr>
                <w:lang w:val="ru-RU"/>
              </w:rPr>
              <w:t xml:space="preserve"> +2</w:t>
            </w:r>
            <w:r>
              <w:t>H</w:t>
            </w:r>
            <w:r w:rsidRPr="006D0217">
              <w:rPr>
                <w:vertAlign w:val="subscript"/>
                <w:lang w:val="ru-RU"/>
              </w:rPr>
              <w:t>2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(г)</w:t>
            </w:r>
            <w:r w:rsidRPr="006D0217">
              <w:rPr>
                <w:lang w:val="ru-RU"/>
              </w:rPr>
              <w:t>. Какое значение имеет константа равновесия, если равновесные концентрации равны (моль/л</w:t>
            </w:r>
            <w:proofErr w:type="gramStart"/>
            <w:r w:rsidRPr="006D0217">
              <w:rPr>
                <w:lang w:val="ru-RU"/>
              </w:rPr>
              <w:t>):  [</w:t>
            </w:r>
            <w:proofErr w:type="gramEnd"/>
            <w:r>
              <w:t>HCl</w:t>
            </w:r>
            <w:r w:rsidRPr="006D0217">
              <w:rPr>
                <w:lang w:val="ru-RU"/>
              </w:rPr>
              <w:t>]=0,1;   [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]=0,2;  [</w:t>
            </w:r>
            <w:r>
              <w:t>Cl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]=0,2;  [</w:t>
            </w:r>
            <w:r>
              <w:t>H</w:t>
            </w:r>
            <w:r w:rsidRPr="006D0217">
              <w:rPr>
                <w:vertAlign w:val="subscript"/>
                <w:lang w:val="ru-RU"/>
              </w:rPr>
              <w:t>2</w:t>
            </w:r>
            <w:r>
              <w:t>O</w:t>
            </w:r>
            <w:r w:rsidRPr="006D0217">
              <w:rPr>
                <w:lang w:val="ru-RU"/>
              </w:rPr>
              <w:t>]=0,1.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   </w:t>
            </w:r>
            <w:r w:rsidRPr="006D0217">
              <w:rPr>
                <w:rFonts w:cs="Arial CYR"/>
                <w:szCs w:val="28"/>
                <w:lang w:val="ru-RU"/>
              </w:rPr>
              <w:tab/>
            </w:r>
          </w:p>
        </w:tc>
      </w:tr>
      <w:tr w:rsidR="007B68C2" w:rsidRPr="001246EF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13. </w:t>
            </w:r>
            <w:r w:rsidRPr="006D0217">
              <w:rPr>
                <w:lang w:val="ru-RU"/>
              </w:rPr>
              <w:t>Исходя из данных о растворимости веществ, определите, в каком случае выпадения осадка не происходит:</w:t>
            </w:r>
          </w:p>
          <w:p w:rsidR="007B68C2" w:rsidRDefault="007B68C2" w:rsidP="00E31021">
            <w:pPr>
              <w:spacing w:line="240" w:lineRule="auto"/>
            </w:pPr>
            <w:r>
              <w:t>1)AgNO</w:t>
            </w:r>
            <w:r>
              <w:rPr>
                <w:vertAlign w:val="subscript"/>
              </w:rPr>
              <w:t>3</w:t>
            </w:r>
            <w:r>
              <w:t>+NaCl →</w:t>
            </w:r>
            <w:r w:rsidRPr="001A1CBE">
              <w:t xml:space="preserve">         </w:t>
            </w:r>
          </w:p>
          <w:p w:rsidR="007B68C2" w:rsidRDefault="007B68C2" w:rsidP="00E31021">
            <w:pPr>
              <w:spacing w:line="240" w:lineRule="auto"/>
            </w:pPr>
            <w:r w:rsidRPr="001A1CBE">
              <w:t>2</w:t>
            </w:r>
            <w:r>
              <w:t>) CuCl</w:t>
            </w:r>
            <w:r>
              <w:rPr>
                <w:vertAlign w:val="subscript"/>
              </w:rPr>
              <w:t>2</w:t>
            </w:r>
            <w:r>
              <w:t>+NaOH →</w:t>
            </w:r>
            <w:r w:rsidRPr="001A1CBE">
              <w:t xml:space="preserve">             </w:t>
            </w:r>
          </w:p>
          <w:p w:rsidR="007B68C2" w:rsidRDefault="007B68C2" w:rsidP="00E31021">
            <w:pPr>
              <w:spacing w:line="240" w:lineRule="auto"/>
            </w:pPr>
            <w:r w:rsidRPr="001A1CBE">
              <w:t xml:space="preserve">3) </w:t>
            </w:r>
            <w:r>
              <w:t>MnSO</w:t>
            </w:r>
            <w:r>
              <w:rPr>
                <w:vertAlign w:val="subscript"/>
              </w:rPr>
              <w:t xml:space="preserve">4 </w:t>
            </w:r>
            <w:r>
              <w:t>+NaI</w:t>
            </w:r>
          </w:p>
          <w:p w:rsidR="007B68C2" w:rsidRPr="001A1CBE" w:rsidRDefault="007B68C2" w:rsidP="00E31021">
            <w:pPr>
              <w:spacing w:line="240" w:lineRule="auto"/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14. </w:t>
            </w:r>
            <w:r w:rsidRPr="006D0217">
              <w:rPr>
                <w:lang w:val="ru-RU"/>
              </w:rPr>
              <w:t>Осмотическое давление раствора глюкозы (</w:t>
            </w:r>
            <w:r>
              <w:t>C</w:t>
            </w:r>
            <w:r w:rsidRPr="006D0217">
              <w:rPr>
                <w:vertAlign w:val="subscript"/>
                <w:lang w:val="ru-RU"/>
              </w:rPr>
              <w:t>6</w:t>
            </w:r>
            <w:r>
              <w:t>H</w:t>
            </w:r>
            <w:r w:rsidRPr="006D0217">
              <w:rPr>
                <w:vertAlign w:val="subscript"/>
                <w:lang w:val="ru-RU"/>
              </w:rPr>
              <w:t>12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6</w:t>
            </w:r>
            <w:proofErr w:type="gramStart"/>
            <w:r w:rsidRPr="006D0217">
              <w:rPr>
                <w:lang w:val="ru-RU"/>
              </w:rPr>
              <w:t>) ,содержащего</w:t>
            </w:r>
            <w:proofErr w:type="gramEnd"/>
            <w:r w:rsidRPr="006D0217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72 г"/>
              </w:smartTagPr>
              <w:r w:rsidRPr="006D0217">
                <w:rPr>
                  <w:lang w:val="ru-RU"/>
                </w:rPr>
                <w:t>72</w:t>
              </w:r>
              <w:r>
                <w:t> </w:t>
              </w:r>
              <w:r w:rsidRPr="006D0217">
                <w:rPr>
                  <w:lang w:val="ru-RU"/>
                </w:rPr>
                <w:t>г</w:t>
              </w:r>
            </w:smartTag>
            <w:r w:rsidRPr="006D0217">
              <w:rPr>
                <w:lang w:val="ru-RU"/>
              </w:rPr>
              <w:t xml:space="preserve"> вещества в </w:t>
            </w:r>
            <w:smartTag w:uri="urn:schemas-microsoft-com:office:smarttags" w:element="metricconverter">
              <w:smartTagPr>
                <w:attr w:name="ProductID" w:val="1 л"/>
              </w:smartTagPr>
              <w:r w:rsidRPr="006D0217">
                <w:rPr>
                  <w:lang w:val="ru-RU"/>
                </w:rPr>
                <w:t>1</w:t>
              </w:r>
              <w:r>
                <w:t> </w:t>
              </w:r>
              <w:r w:rsidRPr="006D0217">
                <w:rPr>
                  <w:lang w:val="ru-RU"/>
                </w:rPr>
                <w:t>л</w:t>
              </w:r>
            </w:smartTag>
            <w:r w:rsidRPr="006D0217">
              <w:rPr>
                <w:lang w:val="ru-RU"/>
              </w:rPr>
              <w:t xml:space="preserve"> раствора  при </w:t>
            </w:r>
            <w:smartTag w:uri="urn:schemas-microsoft-com:office:smarttags" w:element="metricconverter">
              <w:smartTagPr>
                <w:attr w:name="ProductID" w:val="20ﾰC"/>
              </w:smartTagPr>
              <w:r w:rsidRPr="006D0217">
                <w:rPr>
                  <w:lang w:val="ru-RU"/>
                </w:rPr>
                <w:t>20°</w:t>
              </w:r>
              <w:r>
                <w:t>C</w:t>
              </w:r>
            </w:smartTag>
            <w:r w:rsidRPr="006D0217">
              <w:rPr>
                <w:lang w:val="ru-RU"/>
              </w:rPr>
              <w:t xml:space="preserve"> составляет…, (кПа)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Cs/>
                <w:iCs/>
                <w:lang w:val="ru-RU"/>
              </w:rPr>
              <w:t>15.</w:t>
            </w:r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B036F5">
              <w:rPr>
                <w:lang w:val="ru-RU"/>
              </w:rPr>
              <w:t xml:space="preserve">Температура кристаллизации 10% раствора глицерина </w:t>
            </w:r>
            <w:r>
              <w:t>C</w:t>
            </w:r>
            <w:r w:rsidRPr="00B036F5">
              <w:rPr>
                <w:vertAlign w:val="subscript"/>
                <w:lang w:val="ru-RU"/>
              </w:rPr>
              <w:t>3</w:t>
            </w:r>
            <w:r>
              <w:t>H</w:t>
            </w:r>
            <w:r w:rsidRPr="00B036F5">
              <w:rPr>
                <w:vertAlign w:val="subscript"/>
                <w:lang w:val="ru-RU"/>
              </w:rPr>
              <w:t>8</w:t>
            </w:r>
            <w:r>
              <w:t>O</w:t>
            </w:r>
            <w:r w:rsidRPr="00B036F5">
              <w:rPr>
                <w:vertAlign w:val="subscript"/>
                <w:lang w:val="ru-RU"/>
              </w:rPr>
              <w:t>3</w:t>
            </w:r>
            <w:r w:rsidRPr="00B036F5">
              <w:rPr>
                <w:lang w:val="ru-RU"/>
              </w:rPr>
              <w:t xml:space="preserve"> в воде</w:t>
            </w:r>
            <w:r w:rsidRPr="00B036F5">
              <w:rPr>
                <w:sz w:val="22"/>
                <w:lang w:val="ru-RU"/>
              </w:rPr>
              <w:t>(К</w:t>
            </w:r>
            <w:r>
              <w:rPr>
                <w:sz w:val="22"/>
                <w:vertAlign w:val="subscript"/>
              </w:rPr>
              <w:t>H</w:t>
            </w:r>
            <w:r w:rsidRPr="00B036F5">
              <w:rPr>
                <w:position w:val="-4"/>
                <w:sz w:val="22"/>
                <w:vertAlign w:val="subscript"/>
                <w:lang w:val="ru-RU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</w:t>
            </w:r>
            <w:r w:rsidRPr="00B036F5">
              <w:rPr>
                <w:sz w:val="22"/>
                <w:lang w:val="ru-RU"/>
              </w:rPr>
              <w:t>=</w:t>
            </w:r>
            <w:r>
              <w:rPr>
                <w:sz w:val="22"/>
              </w:rPr>
              <w:t> </w:t>
            </w:r>
            <w:r w:rsidRPr="00B036F5">
              <w:rPr>
                <w:sz w:val="22"/>
                <w:lang w:val="ru-RU"/>
              </w:rPr>
              <w:t>1,86</w:t>
            </w:r>
            <w:r>
              <w:rPr>
                <w:position w:val="-24"/>
                <w:sz w:val="22"/>
              </w:rPr>
              <w:object w:dxaOrig="1020" w:dyaOrig="620">
                <v:shape id="_x0000_i3702" type="#_x0000_t75" style="width:51.75pt;height:30pt" o:ole="">
                  <v:imagedata r:id="rId259" o:title=""/>
                </v:shape>
                <o:OLEObject Type="Embed" ProgID="Equation.3" ShapeID="_x0000_i3702" DrawAspect="Content" ObjectID="_1840792857" r:id="rId373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3703" type="#_x0000_t75" style="width:9pt;height:17.25pt" o:ole="">
                  <v:imagedata r:id="rId107" o:title=""/>
                </v:shape>
                <o:OLEObject Type="Embed" ProgID="Equation.3" ShapeID="_x0000_i3703" DrawAspect="Content" ObjectID="_1840792858" r:id="rId374"/>
              </w:object>
            </w:r>
            <w:r w:rsidRPr="00B036F5">
              <w:rPr>
                <w:sz w:val="22"/>
                <w:lang w:val="ru-RU"/>
              </w:rPr>
              <w:t>)</w:t>
            </w:r>
            <w:r w:rsidRPr="00B036F5">
              <w:rPr>
                <w:lang w:val="ru-RU"/>
              </w:rPr>
              <w:t xml:space="preserve"> составляет…, °С .</w:t>
            </w:r>
          </w:p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111314" w:rsidRDefault="007B68C2" w:rsidP="00E31021">
            <w:pPr>
              <w:spacing w:line="240" w:lineRule="auto"/>
              <w:rPr>
                <w:lang w:val="ru-RU"/>
              </w:rPr>
            </w:pPr>
            <w:r w:rsidRPr="00111314">
              <w:rPr>
                <w:bCs/>
                <w:iCs/>
                <w:lang w:val="ru-RU"/>
              </w:rPr>
              <w:t>16.</w:t>
            </w:r>
            <w:r w:rsidRPr="00111314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111314">
              <w:rPr>
                <w:lang w:val="ru-RU"/>
              </w:rPr>
              <w:t>Из приведённых ниже солей, по катиону гидролизуется соль: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>
              <w:t>CH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  <w:r>
              <w:t>COOK</w:t>
            </w:r>
            <w:r w:rsidRPr="006D0217">
              <w:rPr>
                <w:lang w:val="ru-RU"/>
              </w:rPr>
              <w:t xml:space="preserve">                    </w:t>
            </w:r>
          </w:p>
          <w:p w:rsidR="007B68C2" w:rsidRPr="006D0217" w:rsidRDefault="007B68C2" w:rsidP="00E31021">
            <w:pPr>
              <w:spacing w:line="240" w:lineRule="auto"/>
              <w:rPr>
                <w:szCs w:val="14"/>
                <w:vertAlign w:val="subscript"/>
                <w:lang w:val="ru-RU"/>
              </w:rPr>
            </w:pPr>
            <w:r w:rsidRPr="006D0217">
              <w:rPr>
                <w:lang w:val="ru-RU"/>
              </w:rPr>
              <w:t xml:space="preserve"> 2) </w:t>
            </w:r>
            <w:r>
              <w:t>ZnCl</w:t>
            </w:r>
            <w:r w:rsidRPr="006D0217">
              <w:rPr>
                <w:szCs w:val="14"/>
                <w:vertAlign w:val="subscript"/>
                <w:lang w:val="ru-RU"/>
              </w:rPr>
              <w:t xml:space="preserve">2                            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 xml:space="preserve">3) </w:t>
            </w:r>
            <w:r>
              <w:t>Ca</w:t>
            </w:r>
            <w:r w:rsidRPr="006D0217">
              <w:rPr>
                <w:lang w:val="ru-RU"/>
              </w:rPr>
              <w:t>(</w:t>
            </w:r>
            <w:r>
              <w:t>NO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>).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Ответ подтвердите, составив уравнение реакции: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17.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>
              <w:rPr>
                <w:szCs w:val="28"/>
              </w:rPr>
              <w:t>pH</w:t>
            </w:r>
            <w:r w:rsidRPr="006D0217">
              <w:rPr>
                <w:szCs w:val="28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0.01 М"/>
              </w:smartTagPr>
              <w:r w:rsidRPr="006D0217">
                <w:rPr>
                  <w:szCs w:val="28"/>
                  <w:lang w:val="ru-RU"/>
                </w:rPr>
                <w:t>0.01 М</w:t>
              </w:r>
            </w:smartTag>
            <w:r w:rsidRPr="006D0217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KOH</w:t>
            </w:r>
            <w:r w:rsidRPr="006D0217">
              <w:rPr>
                <w:szCs w:val="28"/>
                <w:lang w:val="ru-RU"/>
              </w:rPr>
              <w:t xml:space="preserve"> равен ….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tabs>
                <w:tab w:val="left" w:pos="1068"/>
              </w:tabs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18.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6D0217">
                <w:rPr>
                  <w:szCs w:val="28"/>
                  <w:lang w:val="ru-RU"/>
                </w:rPr>
                <w:t>50 г</w:t>
              </w:r>
            </w:smartTag>
            <w:r w:rsidRPr="006D0217">
              <w:rPr>
                <w:szCs w:val="28"/>
                <w:lang w:val="ru-RU"/>
              </w:rPr>
              <w:t xml:space="preserve"> раствора с массовой долей 10% равны…, г</w:t>
            </w:r>
          </w:p>
          <w:p w:rsidR="007B68C2" w:rsidRPr="006D0217" w:rsidRDefault="007B68C2" w:rsidP="00E31021">
            <w:pPr>
              <w:tabs>
                <w:tab w:val="left" w:pos="1068"/>
              </w:tabs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19. </w:t>
            </w:r>
            <w:r w:rsidRPr="006D0217">
              <w:rPr>
                <w:szCs w:val="28"/>
                <w:lang w:val="ru-RU"/>
              </w:rPr>
              <w:t xml:space="preserve">Нормальмость раствора </w:t>
            </w:r>
            <w:r>
              <w:rPr>
                <w:szCs w:val="28"/>
              </w:rPr>
              <w:t>FeCl</w:t>
            </w:r>
            <w:proofErr w:type="gramStart"/>
            <w:r w:rsidRPr="006D0217">
              <w:rPr>
                <w:szCs w:val="28"/>
                <w:vertAlign w:val="subscript"/>
                <w:lang w:val="ru-RU"/>
              </w:rPr>
              <w:t>3</w:t>
            </w:r>
            <w:r w:rsidRPr="006D0217">
              <w:rPr>
                <w:szCs w:val="28"/>
                <w:lang w:val="ru-RU"/>
              </w:rPr>
              <w:t xml:space="preserve"> ,</w:t>
            </w:r>
            <w:proofErr w:type="gramEnd"/>
            <w:r w:rsidRPr="006D0217">
              <w:rPr>
                <w:szCs w:val="28"/>
                <w:lang w:val="ru-RU"/>
              </w:rPr>
              <w:t xml:space="preserve"> содержащего в </w:t>
            </w:r>
            <w:smartTag w:uri="urn:schemas-microsoft-com:office:smarttags" w:element="metricconverter">
              <w:smartTagPr>
                <w:attr w:name="ProductID" w:val="0,3 л"/>
              </w:smartTagPr>
              <w:r w:rsidRPr="006D0217">
                <w:rPr>
                  <w:szCs w:val="28"/>
                  <w:lang w:val="ru-RU"/>
                </w:rPr>
                <w:t>0,3 л</w:t>
              </w:r>
            </w:smartTag>
            <w:r w:rsidRPr="006D0217">
              <w:rPr>
                <w:szCs w:val="28"/>
                <w:lang w:val="ru-RU"/>
              </w:rPr>
              <w:t xml:space="preserve"> раствора </w:t>
            </w:r>
            <w:smartTag w:uri="urn:schemas-microsoft-com:office:smarttags" w:element="metricconverter">
              <w:smartTagPr>
                <w:attr w:name="ProductID" w:val="32,44 г"/>
              </w:smartTagPr>
              <w:r w:rsidRPr="006D0217">
                <w:rPr>
                  <w:szCs w:val="28"/>
                  <w:lang w:val="ru-RU"/>
                </w:rPr>
                <w:t>32,44 г</w:t>
              </w:r>
            </w:smartTag>
            <w:r w:rsidRPr="006D0217">
              <w:rPr>
                <w:szCs w:val="28"/>
                <w:lang w:val="ru-RU"/>
              </w:rPr>
              <w:t xml:space="preserve"> соли равна…, н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20.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Вещество, на поверхности которого происходит адсорбция называется…</w:t>
            </w:r>
          </w:p>
          <w:p w:rsidR="007B68C2" w:rsidRDefault="007B68C2" w:rsidP="00E31021">
            <w:pPr>
              <w:spacing w:line="240" w:lineRule="auto"/>
            </w:pPr>
            <w:r>
              <w:t>1) адсорбтив</w:t>
            </w:r>
            <w:r>
              <w:tab/>
            </w:r>
            <w:r>
              <w:tab/>
              <w:t>2) адсорбат</w:t>
            </w:r>
            <w:r>
              <w:tab/>
            </w:r>
            <w:r>
              <w:tab/>
              <w:t>3) адсорбент</w:t>
            </w:r>
            <w:r>
              <w:tab/>
            </w:r>
            <w:r>
              <w:tab/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Default="007B68C2" w:rsidP="00E31021">
            <w:pPr>
              <w:spacing w:line="240" w:lineRule="auto"/>
            </w:pPr>
          </w:p>
        </w:tc>
      </w:tr>
      <w:tr w:rsidR="007B68C2" w:rsidRPr="00452C9F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21.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>Два вещества, взаимодействие между которыми относится к окислительно - восстановительным реакциям соединения – это …</w:t>
            </w:r>
          </w:p>
          <w:p w:rsidR="007B68C2" w:rsidRDefault="007B68C2" w:rsidP="00E31021">
            <w:pPr>
              <w:spacing w:line="240" w:lineRule="auto"/>
              <w:rPr>
                <w:szCs w:val="28"/>
              </w:rPr>
            </w:pPr>
            <w:r w:rsidRPr="00C34045">
              <w:rPr>
                <w:szCs w:val="28"/>
              </w:rPr>
              <w:t xml:space="preserve">1) </w:t>
            </w:r>
            <w:r>
              <w:rPr>
                <w:szCs w:val="28"/>
              </w:rPr>
              <w:t>H</w:t>
            </w:r>
            <w:r w:rsidRPr="00C34045"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</w:t>
            </w:r>
            <w:r w:rsidRPr="00C34045">
              <w:rPr>
                <w:szCs w:val="28"/>
              </w:rPr>
              <w:t xml:space="preserve">, </w:t>
            </w:r>
            <w:proofErr w:type="gramStart"/>
            <w:r>
              <w:rPr>
                <w:szCs w:val="28"/>
              </w:rPr>
              <w:t>CaO</w:t>
            </w:r>
            <w:r w:rsidRPr="00FF21EE">
              <w:rPr>
                <w:szCs w:val="28"/>
              </w:rPr>
              <w:t xml:space="preserve">;   </w:t>
            </w:r>
            <w:proofErr w:type="gramEnd"/>
            <w:r w:rsidRPr="00FF21EE">
              <w:rPr>
                <w:szCs w:val="28"/>
              </w:rPr>
              <w:t xml:space="preserve">    2) </w:t>
            </w:r>
            <w:r>
              <w:rPr>
                <w:szCs w:val="28"/>
              </w:rPr>
              <w:t>NaI, Br</w:t>
            </w:r>
            <w:r>
              <w:rPr>
                <w:szCs w:val="28"/>
                <w:vertAlign w:val="subscript"/>
              </w:rPr>
              <w:t>2</w:t>
            </w:r>
            <w:r w:rsidRPr="00FF21EE">
              <w:rPr>
                <w:szCs w:val="28"/>
              </w:rPr>
              <w:t xml:space="preserve">  ;   3) </w:t>
            </w:r>
            <w:r>
              <w:rPr>
                <w:szCs w:val="28"/>
              </w:rPr>
              <w:t>H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O, Ca</w:t>
            </w:r>
          </w:p>
          <w:p w:rsidR="007B68C2" w:rsidRPr="00B77B36" w:rsidRDefault="007B68C2" w:rsidP="00E31021">
            <w:pPr>
              <w:spacing w:line="240" w:lineRule="auto"/>
            </w:pPr>
          </w:p>
        </w:tc>
      </w:tr>
      <w:tr w:rsidR="007B68C2" w:rsidRPr="001246EF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/>
                <w:iCs/>
                <w:lang w:val="ru-RU"/>
              </w:rPr>
              <w:t>22.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Составьте электронные уравнения полуреакций и расставьте коэффициенты:</w:t>
            </w:r>
          </w:p>
          <w:p w:rsidR="007B68C2" w:rsidRPr="00B77B36" w:rsidRDefault="007B68C2" w:rsidP="00E31021">
            <w:pPr>
              <w:spacing w:line="240" w:lineRule="auto"/>
            </w:pPr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S</w:t>
            </w:r>
            <w:r w:rsidRPr="00B77B36">
              <w:t>+</w:t>
            </w:r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MnO</w:t>
            </w:r>
            <w:r w:rsidRPr="00B77B36">
              <w:rPr>
                <w:vertAlign w:val="subscript"/>
              </w:rPr>
              <w:t>4</w:t>
            </w:r>
            <w:r w:rsidRPr="00B77B36">
              <w:t>+</w:t>
            </w:r>
            <w:r w:rsidRPr="00FF21EE">
              <w:t>H</w:t>
            </w:r>
            <w:r w:rsidRPr="00B77B36">
              <w:rPr>
                <w:vertAlign w:val="subscript"/>
              </w:rPr>
              <w:t>2</w:t>
            </w:r>
            <w:r w:rsidRPr="00FF21EE">
              <w:t>O</w:t>
            </w:r>
            <w:r w:rsidRPr="00B77B36">
              <w:t xml:space="preserve"> </w:t>
            </w:r>
            <w:r w:rsidRPr="00B77B36">
              <w:rPr>
                <w:rFonts w:ascii="Lucida Sans Unicode" w:hAnsi="Lucida Sans Unicode"/>
              </w:rPr>
              <w:t>→</w:t>
            </w:r>
            <w:r w:rsidRPr="00FF21EE">
              <w:t>S</w:t>
            </w:r>
            <w:r w:rsidRPr="00B77B36">
              <w:rPr>
                <w:vertAlign w:val="subscript"/>
              </w:rPr>
              <w:t xml:space="preserve"> </w:t>
            </w:r>
            <w:r w:rsidRPr="00B77B36">
              <w:t>+</w:t>
            </w:r>
            <w:r w:rsidRPr="00FF21EE">
              <w:t>MnO</w:t>
            </w:r>
            <w:r w:rsidRPr="00B77B36">
              <w:rPr>
                <w:vertAlign w:val="subscript"/>
              </w:rPr>
              <w:t>2</w:t>
            </w:r>
            <w:r w:rsidRPr="00B77B36">
              <w:rPr>
                <w:vertAlign w:val="superscript"/>
              </w:rPr>
              <w:t xml:space="preserve"> </w:t>
            </w:r>
            <w:r w:rsidRPr="00B77B36">
              <w:t>+…</w:t>
            </w:r>
          </w:p>
          <w:p w:rsidR="007B68C2" w:rsidRPr="00EE3843" w:rsidRDefault="007B68C2" w:rsidP="00E31021">
            <w:pPr>
              <w:spacing w:line="240" w:lineRule="auto"/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  <w:r w:rsidRPr="00B036F5">
              <w:rPr>
                <w:bCs/>
                <w:iCs/>
                <w:lang w:val="ru-RU"/>
              </w:rPr>
              <w:t>23.</w:t>
            </w:r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B036F5">
              <w:rPr>
                <w:szCs w:val="28"/>
                <w:lang w:val="ru-RU"/>
              </w:rPr>
              <w:t>Вычислить Е (ЭДС)</w:t>
            </w:r>
            <w:r w:rsidRPr="00B036F5">
              <w:rPr>
                <w:lang w:val="ru-RU"/>
              </w:rPr>
              <w:t xml:space="preserve"> гальванического элемента в (В), состоящего из платинового электрода, </w:t>
            </w:r>
            <w:r w:rsidRPr="00B036F5">
              <w:rPr>
                <w:lang w:val="ru-RU"/>
              </w:rPr>
              <w:lastRenderedPageBreak/>
              <w:t xml:space="preserve">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036F5">
                <w:rPr>
                  <w:lang w:val="ru-RU"/>
                </w:rPr>
                <w:t>1 М</w:t>
              </w:r>
            </w:smartTag>
            <w:r w:rsidRPr="00B036F5">
              <w:rPr>
                <w:lang w:val="ru-RU"/>
              </w:rPr>
              <w:t xml:space="preserve"> раствор </w:t>
            </w:r>
            <w:r>
              <w:t>PtCl</w:t>
            </w:r>
            <w:r w:rsidRPr="00B036F5">
              <w:rPr>
                <w:vertAlign w:val="subscript"/>
                <w:lang w:val="ru-RU"/>
              </w:rPr>
              <w:t>2</w:t>
            </w:r>
            <w:r w:rsidRPr="00B036F5">
              <w:rPr>
                <w:lang w:val="ru-RU"/>
              </w:rPr>
              <w:t xml:space="preserve"> и алюминиевого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B036F5">
                <w:rPr>
                  <w:lang w:val="ru-RU"/>
                </w:rPr>
                <w:t>1 М</w:t>
              </w:r>
            </w:smartTag>
            <w:r w:rsidRPr="00B036F5">
              <w:rPr>
                <w:lang w:val="ru-RU"/>
              </w:rPr>
              <w:t xml:space="preserve"> раствор </w:t>
            </w:r>
            <w:r>
              <w:t>AlCl</w:t>
            </w:r>
            <w:r w:rsidRPr="00B036F5">
              <w:rPr>
                <w:vertAlign w:val="subscript"/>
                <w:lang w:val="ru-RU"/>
              </w:rPr>
              <w:t>3</w:t>
            </w:r>
            <w:r w:rsidRPr="00B036F5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300" w:dyaOrig="360">
                <v:shape id="_x0000_i3704" type="#_x0000_t75" style="width:15.75pt;height:18pt" o:ole="" fillcolor="window">
                  <v:imagedata r:id="rId130" o:title=""/>
                </v:shape>
                <o:OLEObject Type="Embed" ProgID="Equation.3" ShapeID="_x0000_i3704" DrawAspect="Content" ObjectID="_1840792859" r:id="rId375"/>
              </w:object>
            </w:r>
            <w:r>
              <w:t>Al</w:t>
            </w:r>
            <w:r w:rsidRPr="00B036F5">
              <w:rPr>
                <w:vertAlign w:val="superscript"/>
                <w:lang w:val="ru-RU"/>
              </w:rPr>
              <w:t>3+</w:t>
            </w:r>
            <w:r w:rsidRPr="00B036F5">
              <w:rPr>
                <w:lang w:val="ru-RU"/>
              </w:rPr>
              <w:t>/</w:t>
            </w:r>
            <w:r>
              <w:t>Al</w:t>
            </w:r>
            <w:r w:rsidRPr="00B036F5">
              <w:rPr>
                <w:lang w:val="ru-RU"/>
              </w:rPr>
              <w:t>=-1,660</w:t>
            </w:r>
            <w:r>
              <w:t>B</w:t>
            </w:r>
            <w:r w:rsidRPr="00B036F5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3705" type="#_x0000_t75" style="width:15.75pt;height:18pt" o:ole="" fillcolor="window">
                  <v:imagedata r:id="rId130" o:title=""/>
                </v:shape>
                <o:OLEObject Type="Embed" ProgID="Equation.3" ShapeID="_x0000_i3705" DrawAspect="Content" ObjectID="_1840792860" r:id="rId376"/>
              </w:object>
            </w:r>
            <w:r>
              <w:t>Pt</w:t>
            </w:r>
            <w:r w:rsidRPr="00B036F5">
              <w:rPr>
                <w:vertAlign w:val="superscript"/>
                <w:lang w:val="ru-RU"/>
              </w:rPr>
              <w:t>+2</w:t>
            </w:r>
            <w:r w:rsidRPr="00B036F5">
              <w:rPr>
                <w:lang w:val="ru-RU"/>
              </w:rPr>
              <w:t>/</w:t>
            </w:r>
            <w:r>
              <w:t>Pt</w:t>
            </w:r>
            <w:r w:rsidRPr="00B036F5">
              <w:rPr>
                <w:lang w:val="ru-RU"/>
              </w:rPr>
              <w:t>=+1,20</w:t>
            </w:r>
            <w:r>
              <w:t>B</w:t>
            </w:r>
          </w:p>
          <w:p w:rsidR="007B68C2" w:rsidRPr="00B036F5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Default="007B68C2" w:rsidP="00E31021">
            <w:pPr>
              <w:spacing w:line="240" w:lineRule="auto"/>
            </w:pPr>
            <w:r w:rsidRPr="00F21C20">
              <w:rPr>
                <w:bCs/>
                <w:iCs/>
              </w:rPr>
              <w:lastRenderedPageBreak/>
              <w:t>2</w:t>
            </w:r>
            <w:r>
              <w:rPr>
                <w:bCs/>
                <w:iCs/>
              </w:rPr>
              <w:t>4</w:t>
            </w:r>
            <w:r w:rsidRPr="00F21C20">
              <w:rPr>
                <w:bCs/>
                <w:iCs/>
              </w:rPr>
              <w:t>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Растворимый анод – это:</w:t>
            </w:r>
          </w:p>
          <w:p w:rsidR="007B68C2" w:rsidRPr="006D0217" w:rsidRDefault="007B68C2" w:rsidP="00E31021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6D0217">
              <w:rPr>
                <w:lang w:val="ru-RU"/>
              </w:rPr>
              <w:t>Анод, состоящий из материала, хорошо растворяющегося в воде;</w:t>
            </w:r>
          </w:p>
          <w:p w:rsidR="007B68C2" w:rsidRPr="006D0217" w:rsidRDefault="007B68C2" w:rsidP="00E31021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6D0217">
              <w:rPr>
                <w:lang w:val="ru-RU"/>
              </w:rPr>
              <w:t>Анод, состоящий из металлов, способных растворятся в процессе электролиза;</w:t>
            </w:r>
          </w:p>
          <w:p w:rsidR="007B68C2" w:rsidRPr="006D0217" w:rsidRDefault="007B68C2" w:rsidP="00E31021">
            <w:pPr>
              <w:numPr>
                <w:ilvl w:val="0"/>
                <w:numId w:val="21"/>
              </w:numPr>
              <w:spacing w:line="240" w:lineRule="auto"/>
              <w:ind w:left="0"/>
              <w:rPr>
                <w:lang w:val="ru-RU"/>
              </w:rPr>
            </w:pPr>
            <w:r w:rsidRPr="006D0217">
              <w:rPr>
                <w:lang w:val="ru-RU"/>
              </w:rPr>
              <w:t>Анод, находящийся в жидком агрегатном состоянии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25.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Определите силу тока, если за 40 мин электролиза раствора серной кислоты выделился водород (н.у) объемом </w:t>
            </w:r>
            <w:smartTag w:uri="urn:schemas-microsoft-com:office:smarttags" w:element="metricconverter">
              <w:smartTagPr>
                <w:attr w:name="ProductID" w:val="0,48 л"/>
              </w:smartTagPr>
              <w:r w:rsidRPr="006D0217">
                <w:rPr>
                  <w:lang w:val="ru-RU"/>
                </w:rPr>
                <w:t>0,48 л</w:t>
              </w:r>
            </w:smartTag>
            <w:r w:rsidRPr="006D0217">
              <w:rPr>
                <w:lang w:val="ru-RU"/>
              </w:rPr>
              <w:t>.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bCs/>
                <w:iCs/>
                <w:lang w:val="ru-RU"/>
              </w:rPr>
              <w:t>26.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меди?</w:t>
            </w:r>
          </w:p>
          <w:p w:rsidR="007B68C2" w:rsidRDefault="007B68C2" w:rsidP="00E31021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6"/>
              </w:rPr>
              <w:object w:dxaOrig="1679" w:dyaOrig="320">
                <v:shape id="_x0000_i3706" type="#_x0000_t75" style="width:83.25pt;height:15.75pt" o:ole="">
                  <v:imagedata r:id="rId169" o:title=""/>
                </v:shape>
                <o:OLEObject Type="Embed" ProgID="Equation.3" ShapeID="_x0000_i3706" DrawAspect="Content" ObjectID="_1840792861" r:id="rId377"/>
              </w:object>
            </w:r>
          </w:p>
          <w:p w:rsidR="007B68C2" w:rsidRDefault="007B68C2" w:rsidP="00E31021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4"/>
              </w:rPr>
              <w:object w:dxaOrig="3400" w:dyaOrig="400">
                <v:shape id="_x0000_i3707" type="#_x0000_t75" style="width:169.5pt;height:20.25pt" o:ole="">
                  <v:imagedata r:id="rId154" o:title=""/>
                </v:shape>
                <o:OLEObject Type="Embed" ProgID="Equation.3" ShapeID="_x0000_i3707" DrawAspect="Content" ObjectID="_1840792862" r:id="rId378"/>
              </w:object>
            </w:r>
          </w:p>
          <w:p w:rsidR="007B68C2" w:rsidRDefault="007B68C2" w:rsidP="00E31021">
            <w:pPr>
              <w:numPr>
                <w:ilvl w:val="0"/>
                <w:numId w:val="22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0"/>
              </w:rPr>
              <w:object w:dxaOrig="2620" w:dyaOrig="360">
                <v:shape id="_x0000_i3708" type="#_x0000_t75" style="width:131.25pt;height:18pt" o:ole="">
                  <v:imagedata r:id="rId156" o:title=""/>
                </v:shape>
                <o:OLEObject Type="Embed" ProgID="Equation.3" ShapeID="_x0000_i3708" DrawAspect="Content" ObjectID="_1840792863" r:id="rId379"/>
              </w:object>
            </w:r>
            <w:r>
              <w:t xml:space="preserve"> 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RPr="003A20E9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27. </w:t>
            </w:r>
            <w:r w:rsidRPr="006D0217">
              <w:rPr>
                <w:lang w:val="ru-RU"/>
              </w:rPr>
              <w:t>Укажите соединение, которое не может образовывать марганец?</w:t>
            </w:r>
          </w:p>
          <w:p w:rsidR="007B68C2" w:rsidRDefault="007B68C2" w:rsidP="00E31021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1040" w:dyaOrig="340">
                <v:shape id="_x0000_i3709" type="#_x0000_t75" style="width:51.75pt;height:17.25pt" o:ole="">
                  <v:imagedata r:id="rId177" o:title=""/>
                </v:shape>
                <o:OLEObject Type="Embed" ProgID="Equation.3" ShapeID="_x0000_i3709" DrawAspect="Content" ObjectID="_1840792864" r:id="rId380"/>
              </w:object>
            </w:r>
            <w:r>
              <w:t xml:space="preserve">; </w:t>
            </w:r>
          </w:p>
          <w:p w:rsidR="007B68C2" w:rsidRDefault="007B68C2" w:rsidP="00E31021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920" w:dyaOrig="340">
                <v:shape id="_x0000_i3710" type="#_x0000_t75" style="width:45pt;height:17.25pt" o:ole="">
                  <v:imagedata r:id="rId179" o:title=""/>
                </v:shape>
                <o:OLEObject Type="Embed" ProgID="Equation.3" ShapeID="_x0000_i3710" DrawAspect="Content" ObjectID="_1840792865" r:id="rId381"/>
              </w:object>
            </w:r>
            <w:r>
              <w:t xml:space="preserve">; </w:t>
            </w:r>
          </w:p>
          <w:p w:rsidR="007B68C2" w:rsidRPr="003A20E9" w:rsidRDefault="007B68C2" w:rsidP="00E31021">
            <w:pPr>
              <w:numPr>
                <w:ilvl w:val="0"/>
                <w:numId w:val="23"/>
              </w:numPr>
              <w:spacing w:line="240" w:lineRule="auto"/>
              <w:ind w:left="0"/>
            </w:pPr>
            <w:r>
              <w:rPr>
                <w:position w:val="-12"/>
              </w:rPr>
              <w:object w:dxaOrig="1020" w:dyaOrig="360">
                <v:shape id="_x0000_i3711" type="#_x0000_t75" style="width:51.75pt;height:18pt" o:ole="">
                  <v:imagedata r:id="rId181" o:title=""/>
                </v:shape>
                <o:OLEObject Type="Embed" ProgID="Equation.3" ShapeID="_x0000_i3711" DrawAspect="Content" ObjectID="_1840792866" r:id="rId382"/>
              </w:object>
            </w:r>
          </w:p>
        </w:tc>
      </w:tr>
      <w:tr w:rsidR="007B68C2" w:rsidRPr="007C21DD" w:rsidTr="00E31021">
        <w:tc>
          <w:tcPr>
            <w:tcW w:w="10348" w:type="dxa"/>
            <w:gridSpan w:val="3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28.  </w:t>
            </w:r>
            <w:r w:rsidRPr="006D0217">
              <w:rPr>
                <w:lang w:val="ru-RU"/>
              </w:rPr>
              <w:t>Какие продукты образуются при растворении алюминия в водном растворе щелочи?</w:t>
            </w:r>
          </w:p>
          <w:p w:rsidR="007B68C2" w:rsidRPr="00B77B36" w:rsidRDefault="007B68C2" w:rsidP="00E31021">
            <w:pPr>
              <w:spacing w:line="240" w:lineRule="auto"/>
            </w:pPr>
            <w:r w:rsidRPr="001F0F4B">
              <w:t>1) Na[Al(OH)</w:t>
            </w:r>
            <w:r w:rsidRPr="001F0F4B">
              <w:rPr>
                <w:vertAlign w:val="subscript"/>
              </w:rPr>
              <w:t>4</w:t>
            </w:r>
            <w:r w:rsidRPr="001F0F4B">
              <w:t>] + H</w:t>
            </w:r>
            <w:r w:rsidRPr="001F0F4B">
              <w:rPr>
                <w:vertAlign w:val="subscript"/>
              </w:rPr>
              <w:t>2</w:t>
            </w:r>
            <w:r w:rsidRPr="001F0F4B">
              <w:tab/>
            </w:r>
            <w:r w:rsidRPr="001F0F4B">
              <w:tab/>
            </w:r>
          </w:p>
          <w:p w:rsidR="007B68C2" w:rsidRPr="001F0F4B" w:rsidRDefault="007B68C2" w:rsidP="00E31021">
            <w:pPr>
              <w:spacing w:line="240" w:lineRule="auto"/>
            </w:pPr>
            <w:r w:rsidRPr="001F0F4B">
              <w:t>2) Al(OH)</w:t>
            </w:r>
            <w:r w:rsidRPr="001F0F4B">
              <w:rPr>
                <w:vertAlign w:val="subscript"/>
              </w:rPr>
              <w:t>3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1F0F4B">
              <w:t>;</w:t>
            </w:r>
          </w:p>
          <w:p w:rsidR="007B68C2" w:rsidRDefault="007B68C2" w:rsidP="00E31021">
            <w:pPr>
              <w:spacing w:line="240" w:lineRule="auto"/>
            </w:pPr>
            <w:r w:rsidRPr="001F0F4B">
              <w:t>3) NaAlO</w:t>
            </w:r>
            <w:r w:rsidRPr="001F0F4B">
              <w:rPr>
                <w:vertAlign w:val="subscript"/>
              </w:rPr>
              <w:t>2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7C21DD">
              <w:tab/>
            </w:r>
          </w:p>
          <w:p w:rsidR="007B68C2" w:rsidRPr="007C21DD" w:rsidRDefault="007B68C2" w:rsidP="00E31021">
            <w:pPr>
              <w:spacing w:line="240" w:lineRule="auto"/>
            </w:pPr>
            <w:r w:rsidRPr="007C21DD">
              <w:tab/>
            </w:r>
            <w:r w:rsidRPr="007C21DD">
              <w:tab/>
            </w:r>
          </w:p>
        </w:tc>
      </w:tr>
      <w:tr w:rsidR="007B68C2" w:rsidTr="00E31021">
        <w:tc>
          <w:tcPr>
            <w:tcW w:w="10348" w:type="dxa"/>
            <w:gridSpan w:val="3"/>
            <w:tcBorders>
              <w:top w:val="nil"/>
              <w:bottom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29. </w:t>
            </w:r>
            <w:r w:rsidRPr="006D0217">
              <w:rPr>
                <w:szCs w:val="28"/>
                <w:lang w:val="ru-RU"/>
              </w:rPr>
              <w:t>Присутствие сульфат-ионов в водном растворе можно обнаружить с помощью ионов</w:t>
            </w:r>
          </w:p>
          <w:p w:rsidR="007B68C2" w:rsidRDefault="007B68C2" w:rsidP="00E31021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Zn</w:t>
            </w:r>
            <w:r>
              <w:rPr>
                <w:szCs w:val="28"/>
                <w:vertAlign w:val="superscript"/>
              </w:rPr>
              <w:t>2+</w:t>
            </w:r>
          </w:p>
          <w:p w:rsidR="007B68C2" w:rsidRDefault="007B68C2" w:rsidP="00E31021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Ca</w:t>
            </w:r>
            <w:r>
              <w:rPr>
                <w:szCs w:val="28"/>
                <w:vertAlign w:val="superscript"/>
              </w:rPr>
              <w:t>2+</w:t>
            </w:r>
          </w:p>
          <w:p w:rsidR="007B68C2" w:rsidRDefault="007B68C2" w:rsidP="00E31021">
            <w:pPr>
              <w:numPr>
                <w:ilvl w:val="0"/>
                <w:numId w:val="85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Ba</w:t>
            </w:r>
            <w:r>
              <w:rPr>
                <w:szCs w:val="28"/>
                <w:vertAlign w:val="superscript"/>
              </w:rPr>
              <w:t>2+</w:t>
            </w:r>
          </w:p>
          <w:p w:rsidR="007B68C2" w:rsidRDefault="007B68C2" w:rsidP="00E31021">
            <w:pPr>
              <w:spacing w:line="240" w:lineRule="auto"/>
            </w:pPr>
          </w:p>
        </w:tc>
      </w:tr>
      <w:tr w:rsidR="007B68C2" w:rsidRPr="008921D6" w:rsidTr="00E31021">
        <w:tc>
          <w:tcPr>
            <w:tcW w:w="10348" w:type="dxa"/>
            <w:gridSpan w:val="3"/>
            <w:tcBorders>
              <w:top w:val="single" w:sz="4" w:space="0" w:color="auto"/>
            </w:tcBorders>
          </w:tcPr>
          <w:p w:rsidR="007B68C2" w:rsidRPr="007E47E5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7B68C2" w:rsidRPr="006D0217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</w:pP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7B68C2" w:rsidRPr="006D0217" w:rsidRDefault="007B68C2" w:rsidP="008921D6">
            <w:pPr>
              <w:rPr>
                <w:sz w:val="12"/>
                <w:lang w:val="ru-RU"/>
              </w:rPr>
            </w:pPr>
            <w:r w:rsidRPr="006D0217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>Утверждено на заседани</w:t>
            </w:r>
            <w:r w:rsidR="00E31021">
              <w:rPr>
                <w:lang w:val="ru-RU"/>
              </w:rPr>
              <w:t>и кафедры: ЭБЖиФ протокол от «22</w:t>
            </w:r>
            <w:r w:rsidRPr="006D0217">
              <w:rPr>
                <w:lang w:val="ru-RU"/>
              </w:rPr>
              <w:t xml:space="preserve">» </w:t>
            </w:r>
            <w:r w:rsidR="00E31021">
              <w:rPr>
                <w:lang w:val="ru-RU"/>
              </w:rPr>
              <w:t>апреля 2026 г. № 9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Заведующий кафедрой   ЭБЖиФ                      ________________________              Никифорова В.А 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C2" w:rsidRPr="006D0217" w:rsidRDefault="007B68C2" w:rsidP="00E31021">
            <w:pPr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Минобрнауки России </w:t>
            </w:r>
          </w:p>
          <w:p w:rsidR="007B68C2" w:rsidRPr="006D0217" w:rsidRDefault="007B68C2" w:rsidP="00E31021">
            <w:pPr>
              <w:jc w:val="center"/>
              <w:rPr>
                <w:lang w:val="ru-RU"/>
              </w:rPr>
            </w:pPr>
          </w:p>
          <w:p w:rsidR="007B68C2" w:rsidRPr="006D0217" w:rsidRDefault="007B68C2" w:rsidP="00E31021">
            <w:pPr>
              <w:jc w:val="center"/>
              <w:rPr>
                <w:lang w:val="ru-RU"/>
              </w:rPr>
            </w:pPr>
            <w:r w:rsidRPr="006D0217">
              <w:rPr>
                <w:lang w:val="ru-RU"/>
              </w:rPr>
              <w:t xml:space="preserve">ФГБОУ ВО </w:t>
            </w:r>
          </w:p>
          <w:p w:rsidR="007B68C2" w:rsidRPr="006D0217" w:rsidRDefault="007B68C2" w:rsidP="00E31021">
            <w:pPr>
              <w:jc w:val="center"/>
              <w:rPr>
                <w:lang w:val="ru-RU"/>
              </w:rPr>
            </w:pPr>
          </w:p>
          <w:p w:rsidR="007B68C2" w:rsidRPr="006D0217" w:rsidRDefault="007B68C2" w:rsidP="00E31021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t>«БрГУ»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8C2" w:rsidRPr="006D0217" w:rsidRDefault="007B68C2" w:rsidP="00E31021">
            <w:pPr>
              <w:jc w:val="center"/>
              <w:rPr>
                <w:b/>
                <w:lang w:val="ru-RU"/>
              </w:rPr>
            </w:pPr>
            <w:r w:rsidRPr="006D0217">
              <w:rPr>
                <w:b/>
                <w:lang w:val="ru-RU"/>
              </w:rPr>
              <w:t>Экзаменационный тест</w:t>
            </w:r>
          </w:p>
          <w:p w:rsidR="007B68C2" w:rsidRPr="006D0217" w:rsidRDefault="007B68C2" w:rsidP="00E31021">
            <w:pPr>
              <w:jc w:val="center"/>
              <w:rPr>
                <w:lang w:val="ru-RU"/>
              </w:rPr>
            </w:pPr>
            <w:r w:rsidRPr="006D0217">
              <w:rPr>
                <w:b/>
                <w:lang w:val="ru-RU"/>
              </w:rPr>
              <w:t>Вариант № 5</w:t>
            </w:r>
          </w:p>
          <w:p w:rsidR="007B68C2" w:rsidRPr="006D0217" w:rsidRDefault="007B68C2" w:rsidP="00E31021">
            <w:pPr>
              <w:pStyle w:val="1"/>
              <w:spacing w:before="0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u w:val="single"/>
                <w:lang w:val="ru-RU"/>
              </w:rPr>
              <w:t>химия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/>
                <w:lang w:val="ru-RU"/>
              </w:rPr>
              <w:t xml:space="preserve">направление подготовки 15.03.02 </w:t>
            </w:r>
            <w:r w:rsidRPr="006D0217">
              <w:rPr>
                <w:lang w:val="ru-RU"/>
              </w:rPr>
              <w:t>Технологические машины и оборудование</w:t>
            </w:r>
          </w:p>
          <w:p w:rsidR="007B68C2" w:rsidRPr="006D0217" w:rsidRDefault="007B68C2" w:rsidP="00E31021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b/>
                <w:lang w:val="ru-RU"/>
              </w:rPr>
              <w:t>профиль подготовки</w:t>
            </w:r>
            <w:r w:rsidRPr="006D0217">
              <w:rPr>
                <w:lang w:val="ru-RU"/>
              </w:rPr>
              <w:t xml:space="preserve"> Машины и оборудование лесного комплекса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</w:p>
        </w:tc>
      </w:tr>
      <w:tr w:rsidR="007B68C2" w:rsidRPr="008921D6" w:rsidTr="00E31021">
        <w:tc>
          <w:tcPr>
            <w:tcW w:w="10348" w:type="dxa"/>
            <w:gridSpan w:val="3"/>
            <w:tcBorders>
              <w:top w:val="single" w:sz="4" w:space="0" w:color="auto"/>
            </w:tcBorders>
          </w:tcPr>
          <w:p w:rsidR="007B68C2" w:rsidRPr="00EC35AD" w:rsidRDefault="007B68C2" w:rsidP="00E31021">
            <w:pPr>
              <w:pStyle w:val="38"/>
              <w:ind w:left="360" w:hanging="315"/>
              <w:rPr>
                <w:sz w:val="24"/>
              </w:rPr>
            </w:pPr>
            <w:r w:rsidRPr="00EC35AD">
              <w:rPr>
                <w:sz w:val="24"/>
              </w:rPr>
              <w:lastRenderedPageBreak/>
              <w:t>Атомы элементов, имеющие сходное электронное строение последнего уровня, расположены:</w:t>
            </w:r>
          </w:p>
          <w:p w:rsidR="007B68C2" w:rsidRPr="006D0217" w:rsidRDefault="007B68C2" w:rsidP="00E31021">
            <w:pPr>
              <w:numPr>
                <w:ilvl w:val="0"/>
                <w:numId w:val="24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в одной группе периодической системы;</w:t>
            </w:r>
          </w:p>
          <w:p w:rsidR="007B68C2" w:rsidRPr="006D0217" w:rsidRDefault="007B68C2" w:rsidP="00E31021">
            <w:pPr>
              <w:numPr>
                <w:ilvl w:val="0"/>
                <w:numId w:val="24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в одном периоде периодической системы;</w:t>
            </w:r>
          </w:p>
          <w:p w:rsidR="007B68C2" w:rsidRPr="006D0217" w:rsidRDefault="007B68C2" w:rsidP="00E31021">
            <w:pPr>
              <w:numPr>
                <w:ilvl w:val="0"/>
                <w:numId w:val="24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6D0217">
              <w:rPr>
                <w:lang w:val="ru-RU"/>
              </w:rPr>
              <w:t>в одной подгруппе периодической системы.</w:t>
            </w:r>
          </w:p>
          <w:p w:rsidR="007B68C2" w:rsidRPr="006D0217" w:rsidRDefault="007B68C2" w:rsidP="00E31021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9711D0" w:rsidRDefault="007B68C2" w:rsidP="00E31021">
            <w:pPr>
              <w:pStyle w:val="affb"/>
              <w:spacing w:after="0"/>
              <w:ind w:left="284" w:hanging="284"/>
              <w:rPr>
                <w:bCs/>
              </w:rPr>
            </w:pPr>
            <w:r w:rsidRPr="001D6BC8">
              <w:rPr>
                <w:b/>
                <w:bCs/>
                <w:iCs/>
              </w:rPr>
              <w:t>2.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Cs/>
              </w:rPr>
              <w:t>Неме</w:t>
            </w:r>
            <w:r w:rsidRPr="009711D0">
              <w:rPr>
                <w:bCs/>
              </w:rPr>
              <w:t xml:space="preserve">таллический характер свойств элементов в </w:t>
            </w:r>
            <w:proofErr w:type="gramStart"/>
            <w:r w:rsidRPr="009711D0">
              <w:rPr>
                <w:bCs/>
              </w:rPr>
              <w:t xml:space="preserve">ряду  </w:t>
            </w:r>
            <w:r w:rsidRPr="009711D0">
              <w:rPr>
                <w:bCs/>
                <w:lang w:val="en-US"/>
              </w:rPr>
              <w:t>N</w:t>
            </w:r>
            <w:proofErr w:type="gramEnd"/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P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As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Sb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Bi</w:t>
            </w:r>
            <w:r w:rsidRPr="009711D0">
              <w:rPr>
                <w:bCs/>
              </w:rPr>
              <w:t>:</w:t>
            </w:r>
          </w:p>
          <w:p w:rsidR="007B68C2" w:rsidRDefault="007B68C2" w:rsidP="00E31021">
            <w:pPr>
              <w:ind w:left="1440" w:hanging="360"/>
            </w:pPr>
            <w:r w:rsidRPr="00EC35AD">
              <w:t xml:space="preserve">1) уменьшается; </w:t>
            </w:r>
          </w:p>
          <w:p w:rsidR="007B68C2" w:rsidRDefault="007B68C2" w:rsidP="00E31021">
            <w:pPr>
              <w:ind w:left="1440" w:hanging="360"/>
            </w:pPr>
            <w:r w:rsidRPr="00EC35AD">
              <w:t xml:space="preserve">2) возрастает;  </w:t>
            </w:r>
          </w:p>
          <w:p w:rsidR="007B68C2" w:rsidRPr="00EC35AD" w:rsidRDefault="007B68C2" w:rsidP="00E31021">
            <w:pPr>
              <w:ind w:left="1440" w:hanging="360"/>
            </w:pPr>
            <w:r w:rsidRPr="00EC35AD">
              <w:t>3) не изменяется.</w:t>
            </w:r>
          </w:p>
          <w:p w:rsidR="007B68C2" w:rsidRPr="00EC35AD" w:rsidRDefault="007B68C2" w:rsidP="00E31021">
            <w:pPr>
              <w:rPr>
                <w:b/>
                <w:bCs/>
                <w:i/>
                <w:iCs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3.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Взаимодействием какой пары веществ можно получить сульфит натрия: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     1) раствора гидроксида натрия и оксида серы (</w:t>
            </w:r>
            <w:r w:rsidRPr="00EC35AD">
              <w:t>VI</w:t>
            </w:r>
            <w:r w:rsidRPr="006D0217">
              <w:rPr>
                <w:lang w:val="ru-RU"/>
              </w:rPr>
              <w:t>)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     2) оксида натрия и оксида серы (</w:t>
            </w:r>
            <w:r w:rsidRPr="00EC35AD">
              <w:t>IV</w:t>
            </w:r>
            <w:r w:rsidRPr="006D0217">
              <w:rPr>
                <w:lang w:val="ru-RU"/>
              </w:rPr>
              <w:t>)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     3) серной кислоты и хлорида натрия</w:t>
            </w:r>
          </w:p>
          <w:p w:rsidR="007B68C2" w:rsidRPr="006D0217" w:rsidRDefault="007B68C2" w:rsidP="00E31021">
            <w:pPr>
              <w:rPr>
                <w:bCs/>
                <w:iCs/>
                <w:lang w:val="ru-RU"/>
              </w:rPr>
            </w:pPr>
            <w:r w:rsidRPr="006D0217">
              <w:rPr>
                <w:lang w:val="ru-RU"/>
              </w:rPr>
              <w:t xml:space="preserve">     </w:t>
            </w:r>
            <w:r w:rsidRPr="006D0217">
              <w:rPr>
                <w:bCs/>
                <w:iCs/>
                <w:lang w:val="ru-RU"/>
              </w:rPr>
              <w:t>Составьте уравнение реакции:</w:t>
            </w:r>
          </w:p>
          <w:p w:rsidR="007B68C2" w:rsidRPr="006D0217" w:rsidRDefault="007B68C2" w:rsidP="00E31021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7B68C2" w:rsidRPr="009711D0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/>
                <w:lang w:val="ru-RU"/>
              </w:rPr>
              <w:t>4.</w:t>
            </w:r>
            <w:r w:rsidRPr="006D0217">
              <w:rPr>
                <w:b/>
                <w:i/>
                <w:lang w:val="ru-RU"/>
              </w:rPr>
              <w:t xml:space="preserve"> </w:t>
            </w:r>
            <w:r w:rsidRPr="006D0217">
              <w:rPr>
                <w:lang w:val="ru-RU"/>
              </w:rPr>
              <w:t>Кислотными оксидами являются:</w:t>
            </w:r>
          </w:p>
          <w:p w:rsidR="007B68C2" w:rsidRPr="006D0217" w:rsidRDefault="007B68C2" w:rsidP="00E31021">
            <w:pPr>
              <w:rPr>
                <w:vertAlign w:val="subscript"/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 w:rsidRPr="00EC35AD">
              <w:t>NO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 xml:space="preserve">, </w:t>
            </w:r>
            <w:r>
              <w:t>C</w:t>
            </w:r>
            <w:r w:rsidRPr="00EC35AD">
              <w:t>O</w:t>
            </w:r>
            <w:r w:rsidRPr="006D0217">
              <w:rPr>
                <w:lang w:val="ru-RU"/>
              </w:rPr>
              <w:t xml:space="preserve">; </w:t>
            </w:r>
            <w:r w:rsidRPr="006D0217">
              <w:rPr>
                <w:vertAlign w:val="subscript"/>
                <w:lang w:val="ru-RU"/>
              </w:rPr>
              <w:t xml:space="preserve">              </w:t>
            </w:r>
          </w:p>
          <w:p w:rsidR="007B68C2" w:rsidRPr="006D0217" w:rsidRDefault="007B68C2" w:rsidP="00E31021">
            <w:pPr>
              <w:rPr>
                <w:vertAlign w:val="subscript"/>
                <w:lang w:val="ru-RU"/>
              </w:rPr>
            </w:pPr>
            <w:r w:rsidRPr="006D0217">
              <w:rPr>
                <w:lang w:val="ru-RU"/>
              </w:rPr>
              <w:t xml:space="preserve">2) </w:t>
            </w:r>
            <w:r w:rsidRPr="00EC35AD">
              <w:t>CO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 xml:space="preserve">, </w:t>
            </w:r>
            <w:r w:rsidRPr="00EC35AD">
              <w:t>N</w:t>
            </w:r>
            <w:r w:rsidRPr="006D0217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 xml:space="preserve">;      </w:t>
            </w:r>
            <w:r w:rsidRPr="006D0217">
              <w:rPr>
                <w:vertAlign w:val="subscript"/>
                <w:lang w:val="ru-RU"/>
              </w:rPr>
              <w:t xml:space="preserve">        </w:t>
            </w:r>
          </w:p>
          <w:p w:rsidR="007B68C2" w:rsidRPr="006D0217" w:rsidRDefault="007B68C2" w:rsidP="00E31021">
            <w:pPr>
              <w:rPr>
                <w:vertAlign w:val="subscript"/>
                <w:lang w:val="ru-RU"/>
              </w:rPr>
            </w:pPr>
            <w:r w:rsidRPr="006D0217">
              <w:rPr>
                <w:lang w:val="ru-RU"/>
              </w:rPr>
              <w:t xml:space="preserve">3) </w:t>
            </w:r>
            <w:r w:rsidRPr="00EC35AD">
              <w:t>CO</w:t>
            </w:r>
            <w:r w:rsidRPr="006D0217">
              <w:rPr>
                <w:lang w:val="ru-RU"/>
              </w:rPr>
              <w:t xml:space="preserve">, </w:t>
            </w:r>
            <w:r w:rsidRPr="00EC35AD">
              <w:t>P</w:t>
            </w:r>
            <w:r w:rsidRPr="006D0217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6D0217">
              <w:rPr>
                <w:vertAlign w:val="subscript"/>
                <w:lang w:val="ru-RU"/>
              </w:rPr>
              <w:t xml:space="preserve">5                      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Составьте уравнения реакций, подтв</w:t>
            </w:r>
            <w:r w:rsidRPr="006D0217">
              <w:rPr>
                <w:lang w:val="ru-RU"/>
              </w:rPr>
              <w:t>ерждающие эти свойства</w:t>
            </w:r>
          </w:p>
          <w:p w:rsidR="007B68C2" w:rsidRPr="00E7400B" w:rsidRDefault="007B68C2" w:rsidP="00E31021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1)</w:t>
            </w:r>
          </w:p>
          <w:p w:rsidR="007B68C2" w:rsidRDefault="007B68C2" w:rsidP="00E31021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2)</w:t>
            </w:r>
          </w:p>
          <w:p w:rsidR="007B68C2" w:rsidRPr="009711D0" w:rsidRDefault="007B68C2" w:rsidP="00E31021">
            <w:pPr>
              <w:rPr>
                <w:b/>
                <w:bCs/>
                <w:i/>
                <w:iCs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Default="007B68C2" w:rsidP="00E31021">
            <w:r w:rsidRPr="001D6BC8">
              <w:rPr>
                <w:bCs/>
                <w:iCs/>
              </w:rPr>
              <w:t>5.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Гибридизация орбиталей – это …</w:t>
            </w:r>
          </w:p>
          <w:p w:rsidR="007B68C2" w:rsidRPr="006D0217" w:rsidRDefault="007B68C2" w:rsidP="00E31021">
            <w:pPr>
              <w:numPr>
                <w:ilvl w:val="0"/>
                <w:numId w:val="25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Модель, для объяснения пространственного строения молекул;</w:t>
            </w:r>
          </w:p>
          <w:p w:rsidR="007B68C2" w:rsidRPr="006D0217" w:rsidRDefault="007B68C2" w:rsidP="00E31021">
            <w:pPr>
              <w:numPr>
                <w:ilvl w:val="0"/>
                <w:numId w:val="25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Физическое явление, которое заключается в изменении формы электронных облаков при образовании химической связи;</w:t>
            </w:r>
          </w:p>
          <w:p w:rsidR="007B68C2" w:rsidRDefault="007B68C2" w:rsidP="00E31021">
            <w:pPr>
              <w:numPr>
                <w:ilvl w:val="0"/>
                <w:numId w:val="25"/>
              </w:numPr>
              <w:spacing w:line="240" w:lineRule="auto"/>
            </w:pPr>
            <w:r>
              <w:t>Процесс образования молекулярных орбиталей;</w:t>
            </w:r>
          </w:p>
          <w:p w:rsidR="007B68C2" w:rsidRDefault="007B68C2" w:rsidP="00E31021">
            <w:pPr>
              <w:ind w:left="360"/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Default="007B68C2" w:rsidP="00E31021">
            <w:r w:rsidRPr="001D6BC8">
              <w:rPr>
                <w:bCs/>
                <w:iCs/>
              </w:rPr>
              <w:t>6.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Сформулируйте первый закон термодинамики:</w:t>
            </w:r>
          </w:p>
          <w:p w:rsidR="007B68C2" w:rsidRPr="006D0217" w:rsidRDefault="007B68C2" w:rsidP="00E31021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Скорость химической реакции определяется энергией активации данной реакции</w:t>
            </w:r>
          </w:p>
          <w:p w:rsidR="007B68C2" w:rsidRPr="006D0217" w:rsidRDefault="007B68C2" w:rsidP="00E31021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Физические величины, однозначно определяющие состояние системы, являются функциями состояния системы.</w:t>
            </w:r>
          </w:p>
          <w:p w:rsidR="007B68C2" w:rsidRPr="006D0217" w:rsidRDefault="007B68C2" w:rsidP="00E31021">
            <w:pPr>
              <w:numPr>
                <w:ilvl w:val="0"/>
                <w:numId w:val="26"/>
              </w:numPr>
              <w:spacing w:line="240" w:lineRule="auto"/>
              <w:rPr>
                <w:lang w:val="ru-RU"/>
              </w:rPr>
            </w:pPr>
            <w:r w:rsidRPr="006D0217">
              <w:rPr>
                <w:lang w:val="ru-RU"/>
              </w:rPr>
              <w:t>Сумма изменений внутренней энергии и совершенной системой (или над системой) работы равна сообщенной (или выделенной) теплоте</w:t>
            </w:r>
          </w:p>
          <w:p w:rsidR="007B68C2" w:rsidRPr="006D0217" w:rsidRDefault="007B68C2" w:rsidP="00E31021">
            <w:pPr>
              <w:ind w:left="360"/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7.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7B68C2" w:rsidRDefault="007B68C2" w:rsidP="00E31021">
            <w:r>
              <w:rPr>
                <w:position w:val="-14"/>
              </w:rPr>
              <w:object w:dxaOrig="3560" w:dyaOrig="380">
                <v:shape id="_x0000_i3712" type="#_x0000_t75" style="width:177pt;height:18.75pt" o:ole="">
                  <v:imagedata r:id="rId50" o:title=""/>
                </v:shape>
                <o:OLEObject Type="Embed" ProgID="Equation.3" ShapeID="_x0000_i3712" DrawAspect="Content" ObjectID="_1840792867" r:id="rId383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3713" type="#_x0000_t75" style="width:24pt;height:17.25pt" o:ole="">
                  <v:imagedata r:id="rId52" o:title=""/>
                </v:shape>
                <o:OLEObject Type="Embed" ProgID="Equation.3" ShapeID="_x0000_i3713" DrawAspect="Content" ObjectID="_1840792868" r:id="rId384"/>
              </w:object>
            </w:r>
          </w:p>
          <w:p w:rsidR="007B68C2" w:rsidRDefault="007B68C2" w:rsidP="00E31021">
            <w:r w:rsidRPr="00E7400B">
              <w:rPr>
                <w:position w:val="-16"/>
              </w:rPr>
              <w:object w:dxaOrig="4580" w:dyaOrig="400">
                <v:shape id="_x0000_i3714" type="#_x0000_t75" style="width:228pt;height:19.5pt" o:ole="">
                  <v:imagedata r:id="rId60" o:title=""/>
                </v:shape>
                <o:OLEObject Type="Embed" ProgID="Equation.3" ShapeID="_x0000_i3714" DrawAspect="Content" ObjectID="_1840792869" r:id="rId385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3715" type="#_x0000_t75" style="width:25.5pt;height:17.25pt" o:ole="">
                  <v:imagedata r:id="rId56" o:title=""/>
                </v:shape>
                <o:OLEObject Type="Embed" ProgID="Equation.3" ShapeID="_x0000_i3715" DrawAspect="Content" ObjectID="_1840792870" r:id="rId386"/>
              </w:object>
            </w:r>
          </w:p>
          <w:p w:rsidR="007B68C2" w:rsidRDefault="007B68C2" w:rsidP="00E31021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3716" type="#_x0000_t75" style="width:60pt;height:17.25pt" o:ole="">
                  <v:imagedata r:id="rId387" o:title=""/>
                </v:shape>
                <o:OLEObject Type="Embed" ProgID="Equation.3" ShapeID="_x0000_i3716" DrawAspect="Content" ObjectID="_1840792871" r:id="rId388"/>
              </w:object>
            </w:r>
          </w:p>
          <w:p w:rsidR="007B68C2" w:rsidRDefault="007B68C2" w:rsidP="00E31021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3717" type="#_x0000_t75" style="width:60pt;height:17.25pt" o:ole="">
                  <v:imagedata r:id="rId360" o:title=""/>
                </v:shape>
                <o:OLEObject Type="Embed" ProgID="Equation.3" ShapeID="_x0000_i3717" DrawAspect="Content" ObjectID="_1840792872" r:id="rId389"/>
              </w:object>
            </w:r>
          </w:p>
          <w:p w:rsidR="007B68C2" w:rsidRDefault="007B68C2" w:rsidP="00E31021">
            <w:pPr>
              <w:numPr>
                <w:ilvl w:val="0"/>
                <w:numId w:val="86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3718" type="#_x0000_t75" style="width:60pt;height:17.25pt" o:ole="">
                  <v:imagedata r:id="rId362" o:title=""/>
                </v:shape>
                <o:OLEObject Type="Embed" ProgID="Equation.3" ShapeID="_x0000_i3718" DrawAspect="Content" ObjectID="_1840792873" r:id="rId390"/>
              </w:object>
            </w: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B036F5" w:rsidRDefault="007B68C2" w:rsidP="00E31021">
            <w:pPr>
              <w:rPr>
                <w:lang w:val="ru-RU"/>
              </w:rPr>
            </w:pPr>
            <w:r w:rsidRPr="00B036F5">
              <w:rPr>
                <w:bCs/>
                <w:iCs/>
                <w:lang w:val="ru-RU"/>
              </w:rPr>
              <w:lastRenderedPageBreak/>
              <w:t>8.</w:t>
            </w:r>
            <w:r w:rsidRPr="00B036F5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B036F5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3719" type="#_x0000_t75" style="width:23.25pt;height:15.75pt" o:ole="">
                  <v:imagedata r:id="rId75" o:title=""/>
                </v:shape>
                <o:OLEObject Type="Embed" ProgID="Equation.3" ShapeID="_x0000_i3719" DrawAspect="Content" ObjectID="_1840792874" r:id="rId391"/>
              </w:object>
            </w:r>
            <w:r w:rsidRPr="00B036F5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4160" w:dyaOrig="380">
                <v:shape id="_x0000_i3720" type="#_x0000_t75" style="width:207.75pt;height:18.75pt" o:ole="">
                  <v:imagedata r:id="rId77" o:title=""/>
                </v:shape>
                <o:OLEObject Type="Embed" ProgID="Equation.3" ShapeID="_x0000_i3720" DrawAspect="Content" ObjectID="_1840792875" r:id="rId392"/>
              </w:object>
            </w:r>
          </w:p>
          <w:p w:rsidR="007B68C2" w:rsidRDefault="007B68C2" w:rsidP="00E31021">
            <w:pPr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3721" type="#_x0000_t75" style="width:36.75pt;height:13.5pt" o:ole="">
                  <v:imagedata r:id="rId251" o:title=""/>
                </v:shape>
                <o:OLEObject Type="Embed" ProgID="Equation.3" ShapeID="_x0000_i3721" DrawAspect="Content" ObjectID="_1840792876" r:id="rId393"/>
              </w:object>
            </w:r>
            <w:r>
              <w:rPr>
                <w:position w:val="-6"/>
              </w:rPr>
              <w:t xml:space="preserve">  2) </w:t>
            </w:r>
            <w:r>
              <w:rPr>
                <w:position w:val="-6"/>
              </w:rPr>
              <w:object w:dxaOrig="740" w:dyaOrig="280">
                <v:shape id="_x0000_i3722" type="#_x0000_t75" style="width:36.75pt;height:13.5pt" o:ole="">
                  <v:imagedata r:id="rId253" o:title=""/>
                </v:shape>
                <o:OLEObject Type="Embed" ProgID="Equation.3" ShapeID="_x0000_i3722" DrawAspect="Content" ObjectID="_1840792877" r:id="rId394"/>
              </w:object>
            </w:r>
            <w:r>
              <w:rPr>
                <w:position w:val="-6"/>
              </w:rPr>
              <w:t xml:space="preserve">   3) </w:t>
            </w:r>
            <w:r>
              <w:rPr>
                <w:position w:val="-6"/>
              </w:rPr>
              <w:object w:dxaOrig="740" w:dyaOrig="280">
                <v:shape id="_x0000_i3723" type="#_x0000_t75" style="width:36.75pt;height:13.5pt" o:ole="">
                  <v:imagedata r:id="rId283" o:title=""/>
                </v:shape>
                <o:OLEObject Type="Embed" ProgID="Equation.3" ShapeID="_x0000_i3723" DrawAspect="Content" ObjectID="_1840792878" r:id="rId395"/>
              </w:object>
            </w:r>
          </w:p>
          <w:p w:rsidR="007B68C2" w:rsidRDefault="007B68C2" w:rsidP="00E31021">
            <w:pPr>
              <w:ind w:left="360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Default="007B68C2" w:rsidP="00E31021">
            <w:r w:rsidRPr="006D0217">
              <w:rPr>
                <w:bCs/>
                <w:iCs/>
                <w:lang w:val="ru-RU"/>
              </w:rPr>
              <w:t>9.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1580 кДж тепла?</w:t>
            </w:r>
          </w:p>
          <w:p w:rsidR="007B68C2" w:rsidRDefault="007B68C2" w:rsidP="00E31021">
            <w:pPr>
              <w:ind w:left="360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Default="007B68C2" w:rsidP="00E31021">
            <w:r w:rsidRPr="006D0217">
              <w:rPr>
                <w:bCs/>
                <w:iCs/>
                <w:lang w:val="ru-RU"/>
              </w:rPr>
              <w:t>10.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В реакции, схема которой А + 2В = С, концентрацию вещества А уменьшили в 2 раза, а концентрацию вещества </w:t>
            </w:r>
            <w:proofErr w:type="gramStart"/>
            <w:r w:rsidRPr="006D0217">
              <w:rPr>
                <w:szCs w:val="28"/>
                <w:lang w:val="ru-RU"/>
              </w:rPr>
              <w:t>В увеличили</w:t>
            </w:r>
            <w:proofErr w:type="gramEnd"/>
            <w:r w:rsidRPr="006D0217">
              <w:rPr>
                <w:szCs w:val="28"/>
                <w:lang w:val="ru-RU"/>
              </w:rPr>
              <w:t xml:space="preserve"> в 3 раза. </w:t>
            </w:r>
            <w:r>
              <w:rPr>
                <w:szCs w:val="28"/>
              </w:rPr>
              <w:t>Как изменится при этом скорость реакции?</w:t>
            </w:r>
          </w:p>
          <w:p w:rsidR="007B68C2" w:rsidRDefault="007B68C2" w:rsidP="00E31021">
            <w:pPr>
              <w:ind w:left="360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11.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7B68C2" w:rsidRPr="006D0217" w:rsidRDefault="007B68C2" w:rsidP="00E31021">
            <w:pPr>
              <w:rPr>
                <w:szCs w:val="28"/>
                <w:lang w:val="ru-RU"/>
              </w:rPr>
            </w:pPr>
            <w:r w:rsidRPr="006D0217">
              <w:rPr>
                <w:szCs w:val="28"/>
                <w:lang w:val="ru-RU"/>
              </w:rPr>
              <w:tab/>
            </w:r>
            <w:r w:rsidRPr="006D0217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6D0217">
              <w:rPr>
                <w:szCs w:val="28"/>
                <w:vertAlign w:val="subscript"/>
                <w:lang w:val="ru-RU"/>
              </w:rPr>
              <w:t xml:space="preserve">4(г) </w:t>
            </w:r>
            <w:r w:rsidRPr="006D0217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6D0217">
              <w:rPr>
                <w:szCs w:val="28"/>
                <w:vertAlign w:val="subscript"/>
                <w:lang w:val="ru-RU"/>
              </w:rPr>
              <w:t xml:space="preserve">(ж) </w:t>
            </w:r>
            <w:r w:rsidRPr="006D0217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6D0217">
              <w:rPr>
                <w:szCs w:val="28"/>
                <w:vertAlign w:val="subscript"/>
                <w:lang w:val="ru-RU"/>
              </w:rPr>
              <w:t xml:space="preserve">2(г) </w:t>
            </w:r>
            <w:r w:rsidRPr="006D0217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6D0217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6D0217">
              <w:rPr>
                <w:szCs w:val="28"/>
                <w:vertAlign w:val="subscript"/>
                <w:lang w:val="ru-RU"/>
              </w:rPr>
              <w:t xml:space="preserve">(г) </w:t>
            </w:r>
            <w:r w:rsidRPr="006D0217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6D0217">
              <w:rPr>
                <w:szCs w:val="28"/>
                <w:lang w:val="ru-RU"/>
              </w:rPr>
              <w:t>: дополнительное введение серы?</w:t>
            </w:r>
          </w:p>
          <w:p w:rsidR="007B68C2" w:rsidRDefault="007B68C2" w:rsidP="00E31021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7B68C2" w:rsidRDefault="007B68C2" w:rsidP="00E31021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7B68C2" w:rsidRDefault="007B68C2" w:rsidP="00E31021">
            <w:pPr>
              <w:numPr>
                <w:ilvl w:val="0"/>
                <w:numId w:val="27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7B68C2" w:rsidRDefault="007B68C2" w:rsidP="00E31021">
            <w:pPr>
              <w:ind w:left="360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 xml:space="preserve">12. </w:t>
            </w:r>
            <w:r w:rsidRPr="006D0217">
              <w:rPr>
                <w:lang w:val="ru-RU"/>
              </w:rPr>
              <w:t xml:space="preserve">Дана </w:t>
            </w:r>
            <w:proofErr w:type="gramStart"/>
            <w:r w:rsidRPr="006D0217">
              <w:rPr>
                <w:lang w:val="ru-RU"/>
              </w:rPr>
              <w:t>реакция:  3</w:t>
            </w:r>
            <w:proofErr w:type="gramEnd"/>
            <w:r>
              <w:t>Fe</w:t>
            </w:r>
            <w:r w:rsidRPr="006D0217">
              <w:rPr>
                <w:lang w:val="ru-RU"/>
              </w:rPr>
              <w:t>(т)+4Н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 xml:space="preserve">О(г)   </w:t>
            </w:r>
            <w:r w:rsidRPr="006D0217">
              <w:rPr>
                <w:rFonts w:ascii="Lucida Sans Unicode" w:hAnsi="Lucida Sans Unicode"/>
                <w:lang w:val="ru-RU"/>
              </w:rPr>
              <w:t>⇄</w:t>
            </w:r>
            <w:r w:rsidRPr="006D0217">
              <w:rPr>
                <w:lang w:val="ru-RU"/>
              </w:rPr>
              <w:t xml:space="preserve">  </w:t>
            </w:r>
            <w:r>
              <w:t>Fe</w:t>
            </w:r>
            <w:r w:rsidRPr="006D0217">
              <w:rPr>
                <w:vertAlign w:val="subscript"/>
                <w:lang w:val="ru-RU"/>
              </w:rPr>
              <w:t>3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4</w:t>
            </w:r>
            <w:r w:rsidRPr="006D0217">
              <w:rPr>
                <w:lang w:val="ru-RU"/>
              </w:rPr>
              <w:t>(т) +4Н</w:t>
            </w:r>
            <w:r w:rsidRPr="006D0217">
              <w:rPr>
                <w:vertAlign w:val="subscript"/>
                <w:lang w:val="ru-RU"/>
              </w:rPr>
              <w:t>2</w:t>
            </w:r>
            <w:r w:rsidRPr="006D0217">
              <w:rPr>
                <w:lang w:val="ru-RU"/>
              </w:rPr>
              <w:t>(г). Какой вид имеет выражение константы равновесия?</w:t>
            </w:r>
          </w:p>
          <w:p w:rsidR="007B68C2" w:rsidRDefault="007B68C2" w:rsidP="00E31021">
            <w:pPr>
              <w:widowControl w:val="0"/>
            </w:pPr>
            <w:r>
              <w:t xml:space="preserve">1) </w:t>
            </w:r>
            <w:r w:rsidRPr="009711D0">
              <w:rPr>
                <w:position w:val="-32"/>
              </w:rPr>
              <w:object w:dxaOrig="1280" w:dyaOrig="760">
                <v:shape id="_x0000_i3724" type="#_x0000_t75" style="width:63pt;height:38.25pt" o:ole="">
                  <v:imagedata r:id="rId97" o:title=""/>
                </v:shape>
                <o:OLEObject Type="Embed" ProgID="Equation.3" ShapeID="_x0000_i3724" DrawAspect="Content" ObjectID="_1840792879" r:id="rId396"/>
              </w:object>
            </w:r>
            <w:r>
              <w:t xml:space="preserve">;    2) </w:t>
            </w:r>
            <w:r w:rsidRPr="009711D0">
              <w:rPr>
                <w:position w:val="-32"/>
              </w:rPr>
              <w:object w:dxaOrig="1120" w:dyaOrig="760">
                <v:shape id="_x0000_i3725" type="#_x0000_t75" style="width:56.25pt;height:38.25pt" o:ole="">
                  <v:imagedata r:id="rId99" o:title=""/>
                </v:shape>
                <o:OLEObject Type="Embed" ProgID="Equation.3" ShapeID="_x0000_i3725" DrawAspect="Content" ObjectID="_1840792880" r:id="rId397"/>
              </w:object>
            </w:r>
            <w:r>
              <w:t xml:space="preserve">;       3) </w:t>
            </w:r>
            <w:r w:rsidRPr="00E7400B">
              <w:rPr>
                <w:position w:val="-32"/>
              </w:rPr>
              <w:object w:dxaOrig="1280" w:dyaOrig="760">
                <v:shape id="_x0000_i3726" type="#_x0000_t75" style="width:63pt;height:38.25pt" o:ole="">
                  <v:imagedata r:id="rId101" o:title=""/>
                </v:shape>
                <o:OLEObject Type="Embed" ProgID="Equation.3" ShapeID="_x0000_i3726" DrawAspect="Content" ObjectID="_1840792881" r:id="rId398"/>
              </w:object>
            </w:r>
          </w:p>
          <w:p w:rsidR="007B68C2" w:rsidRDefault="007B68C2" w:rsidP="00E31021">
            <w:pPr>
              <w:widowControl w:val="0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13.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Какая реакция обмена идет с выделением газа:</w:t>
            </w:r>
          </w:p>
          <w:p w:rsidR="007B68C2" w:rsidRPr="00F56263" w:rsidRDefault="007B68C2" w:rsidP="00E31021">
            <w:pPr>
              <w:numPr>
                <w:ilvl w:val="0"/>
                <w:numId w:val="28"/>
              </w:numPr>
              <w:spacing w:line="240" w:lineRule="auto"/>
            </w:pPr>
            <w:r>
              <w:t>CaCl</w:t>
            </w:r>
            <w:r w:rsidRPr="00F56263">
              <w:rPr>
                <w:vertAlign w:val="subscript"/>
              </w:rPr>
              <w:t>2</w:t>
            </w:r>
            <w:r w:rsidRPr="00F56263">
              <w:t>+</w:t>
            </w:r>
            <w:r>
              <w:t>Na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7B68C2" w:rsidRPr="00F56263" w:rsidRDefault="007B68C2" w:rsidP="00E31021">
            <w:pPr>
              <w:numPr>
                <w:ilvl w:val="0"/>
                <w:numId w:val="28"/>
              </w:numPr>
              <w:spacing w:line="240" w:lineRule="auto"/>
            </w:pPr>
            <w:r>
              <w:t>MgCO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HNO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7B68C2" w:rsidRPr="00F56263" w:rsidRDefault="007B68C2" w:rsidP="00E31021">
            <w:pPr>
              <w:numPr>
                <w:ilvl w:val="0"/>
                <w:numId w:val="28"/>
              </w:numPr>
              <w:spacing w:line="240" w:lineRule="auto"/>
            </w:pPr>
            <w:r>
              <w:t>K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</w:t>
            </w:r>
            <w:r w:rsidRPr="00F56263">
              <w:rPr>
                <w:vertAlign w:val="subscript"/>
              </w:rPr>
              <w:t>2</w:t>
            </w:r>
            <w:r>
              <w:t>SiO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7B68C2" w:rsidRDefault="007B68C2" w:rsidP="00E31021"/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14.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При </w:t>
            </w:r>
            <w:smartTag w:uri="urn:schemas-microsoft-com:office:smarttags" w:element="metricconverter">
              <w:smartTagPr>
                <w:attr w:name="ProductID" w:val="20°C"/>
              </w:smartTagPr>
              <w:r w:rsidRPr="006D0217">
                <w:rPr>
                  <w:lang w:val="ru-RU"/>
                </w:rPr>
                <w:t>20°</w:t>
              </w:r>
              <w:r>
                <w:t>C</w:t>
              </w:r>
            </w:smartTag>
            <w:r w:rsidRPr="006D0217">
              <w:rPr>
                <w:lang w:val="ru-RU"/>
              </w:rPr>
              <w:t xml:space="preserve"> осмотическое давление раствора равно 438</w:t>
            </w:r>
            <w:r>
              <w:t> </w:t>
            </w:r>
            <w:r w:rsidRPr="006D0217">
              <w:rPr>
                <w:lang w:val="ru-RU"/>
              </w:rPr>
              <w:t xml:space="preserve">кПа. Если раствор разбавить в три раза, а температуру повысить до </w:t>
            </w:r>
            <w:smartTag w:uri="urn:schemas-microsoft-com:office:smarttags" w:element="metricconverter">
              <w:smartTagPr>
                <w:attr w:name="ProductID" w:val="40°C"/>
              </w:smartTagPr>
              <w:r w:rsidRPr="006D0217">
                <w:rPr>
                  <w:lang w:val="ru-RU"/>
                </w:rPr>
                <w:t>40°</w:t>
              </w:r>
              <w:r>
                <w:t>C</w:t>
              </w:r>
            </w:smartTag>
            <w:r w:rsidRPr="006D0217">
              <w:rPr>
                <w:lang w:val="ru-RU"/>
              </w:rPr>
              <w:t>, осмотическое давление будет равно</w:t>
            </w:r>
            <w:proofErr w:type="gramStart"/>
            <w:r w:rsidRPr="006D0217">
              <w:rPr>
                <w:lang w:val="ru-RU"/>
              </w:rPr>
              <w:t>…,кПа</w:t>
            </w:r>
            <w:proofErr w:type="gramEnd"/>
          </w:p>
          <w:p w:rsidR="007B68C2" w:rsidRPr="006D0217" w:rsidRDefault="007B68C2" w:rsidP="00E31021">
            <w:pPr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15.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 xml:space="preserve">Температура замерзания 15 % водного раствора </w:t>
            </w:r>
            <w:proofErr w:type="gramStart"/>
            <w:r w:rsidRPr="006D0217">
              <w:rPr>
                <w:lang w:val="ru-RU"/>
              </w:rPr>
              <w:t>глицерина  (</w:t>
            </w:r>
            <w:proofErr w:type="gramEnd"/>
            <w:r>
              <w:t>C</w:t>
            </w:r>
            <w:r w:rsidRPr="006D0217">
              <w:rPr>
                <w:vertAlign w:val="subscript"/>
                <w:lang w:val="ru-RU"/>
              </w:rPr>
              <w:t>3</w:t>
            </w:r>
            <w:r>
              <w:t>H</w:t>
            </w:r>
            <w:r w:rsidRPr="006D0217">
              <w:rPr>
                <w:vertAlign w:val="subscript"/>
                <w:lang w:val="ru-RU"/>
              </w:rPr>
              <w:t>8</w:t>
            </w:r>
            <w:r>
              <w:t>O</w:t>
            </w:r>
            <w:r w:rsidRPr="006D0217">
              <w:rPr>
                <w:vertAlign w:val="subscript"/>
                <w:lang w:val="ru-RU"/>
              </w:rPr>
              <w:t>3</w:t>
            </w:r>
            <w:r w:rsidRPr="006D0217">
              <w:rPr>
                <w:lang w:val="ru-RU"/>
              </w:rPr>
              <w:t>) равна…,°</w:t>
            </w:r>
            <w:r>
              <w:t>C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lastRenderedPageBreak/>
              <w:t>16.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Из приведённых ниже солей по аниону гидролизуется:</w:t>
            </w:r>
          </w:p>
          <w:p w:rsidR="007B68C2" w:rsidRPr="006D0217" w:rsidRDefault="007B68C2" w:rsidP="00E31021">
            <w:pPr>
              <w:rPr>
                <w:szCs w:val="14"/>
                <w:vertAlign w:val="subscript"/>
                <w:lang w:val="ru-RU"/>
              </w:rPr>
            </w:pPr>
            <w:r w:rsidRPr="006D0217">
              <w:rPr>
                <w:lang w:val="ru-RU"/>
              </w:rPr>
              <w:t xml:space="preserve">1) </w:t>
            </w:r>
            <w:r>
              <w:t>KNO</w:t>
            </w:r>
            <w:r w:rsidRPr="006D0217">
              <w:rPr>
                <w:szCs w:val="14"/>
                <w:vertAlign w:val="subscript"/>
                <w:lang w:val="ru-RU"/>
              </w:rPr>
              <w:t xml:space="preserve">3               </w:t>
            </w:r>
            <w:r w:rsidRPr="006D0217">
              <w:rPr>
                <w:lang w:val="ru-RU"/>
              </w:rPr>
              <w:t xml:space="preserve">2) </w:t>
            </w:r>
            <w:r>
              <w:t>CuSO</w:t>
            </w:r>
            <w:r w:rsidRPr="006D0217">
              <w:rPr>
                <w:szCs w:val="16"/>
                <w:vertAlign w:val="subscript"/>
                <w:lang w:val="ru-RU"/>
              </w:rPr>
              <w:t xml:space="preserve">4                              </w:t>
            </w:r>
            <w:r w:rsidRPr="006D0217">
              <w:rPr>
                <w:lang w:val="ru-RU"/>
              </w:rPr>
              <w:t xml:space="preserve">3) </w:t>
            </w:r>
            <w:r>
              <w:t>Na</w:t>
            </w:r>
            <w:r w:rsidRPr="006D0217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6D0217">
              <w:rPr>
                <w:szCs w:val="14"/>
                <w:vertAlign w:val="subscript"/>
                <w:lang w:val="ru-RU"/>
              </w:rPr>
              <w:t>3</w:t>
            </w:r>
          </w:p>
          <w:p w:rsidR="007B68C2" w:rsidRPr="006D0217" w:rsidRDefault="007B68C2" w:rsidP="00E31021">
            <w:pPr>
              <w:rPr>
                <w:szCs w:val="14"/>
                <w:lang w:val="ru-RU"/>
              </w:rPr>
            </w:pPr>
            <w:r w:rsidRPr="006D0217">
              <w:rPr>
                <w:szCs w:val="14"/>
                <w:lang w:val="ru-RU"/>
              </w:rPr>
              <w:t>Ответ подтвердите, составив уравнение реакции: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</w:p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szCs w:val="28"/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17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6D0217">
              <w:rPr>
                <w:szCs w:val="28"/>
                <w:lang w:val="ru-RU"/>
              </w:rPr>
              <w:t xml:space="preserve">Масса раствора (с массовой долей 25%), содержащего </w:t>
            </w:r>
            <w:smartTag w:uri="urn:schemas-microsoft-com:office:smarttags" w:element="metricconverter">
              <w:smartTagPr>
                <w:attr w:name="ProductID" w:val="87,5 г"/>
              </w:smartTagPr>
              <w:r w:rsidRPr="006D0217">
                <w:rPr>
                  <w:szCs w:val="28"/>
                  <w:lang w:val="ru-RU"/>
                </w:rPr>
                <w:t xml:space="preserve">87,5 </w:t>
              </w:r>
              <w:proofErr w:type="gramStart"/>
              <w:r w:rsidRPr="006D0217">
                <w:rPr>
                  <w:szCs w:val="28"/>
                  <w:lang w:val="ru-RU"/>
                </w:rPr>
                <w:t>г</w:t>
              </w:r>
            </w:smartTag>
            <w:r w:rsidRPr="006D0217">
              <w:rPr>
                <w:szCs w:val="28"/>
                <w:lang w:val="ru-RU"/>
              </w:rPr>
              <w:t xml:space="preserve">  соли</w:t>
            </w:r>
            <w:proofErr w:type="gramEnd"/>
            <w:r w:rsidRPr="006D0217">
              <w:rPr>
                <w:szCs w:val="28"/>
                <w:lang w:val="ru-RU"/>
              </w:rPr>
              <w:t xml:space="preserve"> равна _________. 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Default="007B68C2" w:rsidP="00E31021">
            <w:pPr>
              <w:rPr>
                <w:szCs w:val="28"/>
              </w:rPr>
            </w:pPr>
            <w:r w:rsidRPr="006D0217">
              <w:rPr>
                <w:bCs/>
                <w:iCs/>
                <w:lang w:val="ru-RU"/>
              </w:rPr>
              <w:t>18.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 xml:space="preserve">На нейтрализацию 30 мл р-ра </w:t>
            </w:r>
            <w:proofErr w:type="gramStart"/>
            <w:r w:rsidRPr="006D0217">
              <w:rPr>
                <w:szCs w:val="28"/>
                <w:lang w:val="ru-RU"/>
              </w:rPr>
              <w:t>щелочи  с</w:t>
            </w:r>
            <w:proofErr w:type="gramEnd"/>
            <w:r w:rsidRPr="006D0217">
              <w:rPr>
                <w:szCs w:val="28"/>
                <w:lang w:val="ru-RU"/>
              </w:rPr>
              <w:t xml:space="preserve"> концентрацией 0,1н требуется 12 мл кислоты. </w:t>
            </w:r>
            <w:r>
              <w:rPr>
                <w:szCs w:val="28"/>
              </w:rPr>
              <w:t>Нормальность раствора кислоты равна ______, н</w:t>
            </w:r>
          </w:p>
          <w:p w:rsidR="007B68C2" w:rsidRDefault="007B68C2" w:rsidP="00E31021"/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19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6D0217">
              <w:rPr>
                <w:lang w:val="ru-RU"/>
              </w:rPr>
              <w:t>Чтобы вызвать коагуляцию необходимо…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lang w:val="ru-RU"/>
              </w:rPr>
              <w:t>1) увеличить заряд гранул</w:t>
            </w:r>
            <w:r w:rsidRPr="006D0217">
              <w:rPr>
                <w:lang w:val="ru-RU"/>
              </w:rPr>
              <w:tab/>
              <w:t xml:space="preserve">  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lang w:val="ru-RU"/>
              </w:rPr>
              <w:t>2) добавить электролит</w:t>
            </w:r>
            <w:r w:rsidRPr="006D0217">
              <w:rPr>
                <w:lang w:val="ru-RU"/>
              </w:rPr>
              <w:tab/>
            </w:r>
          </w:p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lang w:val="ru-RU"/>
              </w:rPr>
              <w:t>3) уменьшить степень дисперсности частиц</w:t>
            </w:r>
          </w:p>
          <w:p w:rsidR="007B68C2" w:rsidRPr="006D0217" w:rsidRDefault="007B68C2" w:rsidP="00E31021">
            <w:pPr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20.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Среди приведенных веществ дисперсной системой называется…</w:t>
            </w:r>
          </w:p>
          <w:p w:rsidR="007B68C2" w:rsidRDefault="007B68C2" w:rsidP="00E31021">
            <w:r>
              <w:t>1) соленый раствор</w:t>
            </w:r>
            <w:r>
              <w:tab/>
            </w:r>
            <w:r>
              <w:tab/>
            </w:r>
          </w:p>
          <w:p w:rsidR="007B68C2" w:rsidRDefault="007B68C2" w:rsidP="00E31021">
            <w:r>
              <w:t xml:space="preserve">2) минеральная вода </w:t>
            </w:r>
            <w:r>
              <w:tab/>
            </w:r>
          </w:p>
          <w:p w:rsidR="007B68C2" w:rsidRDefault="007B68C2" w:rsidP="00E31021">
            <w:r>
              <w:t>3) молоко</w:t>
            </w:r>
          </w:p>
          <w:p w:rsidR="007B68C2" w:rsidRDefault="007B68C2" w:rsidP="00E31021"/>
        </w:tc>
      </w:tr>
      <w:tr w:rsidR="007B68C2" w:rsidRPr="0030017F" w:rsidTr="00E31021">
        <w:tc>
          <w:tcPr>
            <w:tcW w:w="10348" w:type="dxa"/>
            <w:gridSpan w:val="3"/>
          </w:tcPr>
          <w:p w:rsidR="007B68C2" w:rsidRPr="0030017F" w:rsidRDefault="007B68C2" w:rsidP="00E31021">
            <w:r>
              <w:t xml:space="preserve"> </w:t>
            </w: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21.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lang w:val="ru-RU"/>
              </w:rPr>
              <w:t>Какая из приведенных реакций окислительно-восстановительная?</w:t>
            </w:r>
          </w:p>
          <w:p w:rsidR="007B68C2" w:rsidRPr="0030017F" w:rsidRDefault="007B68C2" w:rsidP="00E31021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6D0217">
              <w:rPr>
                <w:szCs w:val="24"/>
                <w:lang w:val="ru-RU"/>
              </w:rPr>
              <w:t xml:space="preserve"> </w:t>
            </w:r>
            <w:r w:rsidRPr="0030017F">
              <w:rPr>
                <w:szCs w:val="24"/>
              </w:rPr>
              <w:t>Mg(OH)Cl+HCl=MgCl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7B68C2" w:rsidRPr="0030017F" w:rsidRDefault="007B68C2" w:rsidP="00E31021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t xml:space="preserve"> NaOH+HCl=NaCl+H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7B68C2" w:rsidRPr="0030017F" w:rsidRDefault="007B68C2" w:rsidP="00E31021">
            <w:pPr>
              <w:numPr>
                <w:ilvl w:val="0"/>
                <w:numId w:val="29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t xml:space="preserve"> 8HI+H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SO</w:t>
            </w:r>
            <w:r w:rsidRPr="0030017F">
              <w:rPr>
                <w:szCs w:val="24"/>
                <w:vertAlign w:val="subscript"/>
              </w:rPr>
              <w:t>4</w:t>
            </w:r>
            <w:r w:rsidRPr="0030017F">
              <w:rPr>
                <w:szCs w:val="24"/>
              </w:rPr>
              <w:t>=4I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S+4H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7B68C2" w:rsidRDefault="007B68C2" w:rsidP="00E31021">
            <w:pPr>
              <w:ind w:left="360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bCs/>
                <w:iCs/>
                <w:lang w:val="ru-RU"/>
              </w:rPr>
              <w:t>22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6D0217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7B68C2" w:rsidRPr="00AB3D66" w:rsidRDefault="007B68C2" w:rsidP="00E31021">
            <w:pPr>
              <w:ind w:left="360"/>
              <w:rPr>
                <w:szCs w:val="24"/>
              </w:rPr>
            </w:pPr>
            <w:r w:rsidRPr="00AB3D66">
              <w:rPr>
                <w:szCs w:val="24"/>
              </w:rPr>
              <w:t>1) SO</w:t>
            </w:r>
            <w:r w:rsidRPr="00AB3D66">
              <w:rPr>
                <w:szCs w:val="24"/>
                <w:vertAlign w:val="subscript"/>
              </w:rPr>
              <w:t>4</w:t>
            </w:r>
            <w:r w:rsidRPr="00AB3D66">
              <w:rPr>
                <w:szCs w:val="24"/>
                <w:vertAlign w:val="superscript"/>
              </w:rPr>
              <w:t>2-</w:t>
            </w:r>
            <w:proofErr w:type="gramStart"/>
            <w:r>
              <w:rPr>
                <w:szCs w:val="24"/>
              </w:rPr>
              <w:t xml:space="preserve"> </w:t>
            </w:r>
            <w:r w:rsidRPr="00AB3D66">
              <w:rPr>
                <w:szCs w:val="24"/>
              </w:rPr>
              <w:t xml:space="preserve"> </w:t>
            </w:r>
            <w:r>
              <w:rPr>
                <w:szCs w:val="24"/>
              </w:rPr>
              <w:t>;</w:t>
            </w:r>
            <w:proofErr w:type="gramEnd"/>
            <w:r>
              <w:rPr>
                <w:szCs w:val="24"/>
              </w:rPr>
              <w:t xml:space="preserve">   </w:t>
            </w:r>
            <w:r w:rsidRPr="00AB3D66">
              <w:rPr>
                <w:szCs w:val="24"/>
              </w:rPr>
              <w:t>2) S</w:t>
            </w:r>
            <w:r w:rsidRPr="00AB3D66"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 xml:space="preserve"> ;  </w:t>
            </w:r>
            <w:r w:rsidRPr="00AB3D66">
              <w:rPr>
                <w:szCs w:val="24"/>
              </w:rPr>
              <w:t>3) Fe</w:t>
            </w:r>
            <w:r w:rsidRPr="00AB3D66">
              <w:rPr>
                <w:szCs w:val="24"/>
                <w:vertAlign w:val="superscript"/>
              </w:rPr>
              <w:t xml:space="preserve">3+ </w:t>
            </w:r>
            <w:r w:rsidRPr="00AB3D66">
              <w:rPr>
                <w:szCs w:val="24"/>
              </w:rPr>
              <w:t xml:space="preserve">    </w:t>
            </w:r>
          </w:p>
          <w:p w:rsidR="007B68C2" w:rsidRDefault="007B68C2" w:rsidP="00E31021"/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111314" w:rsidRDefault="007B68C2" w:rsidP="00E31021">
            <w:pPr>
              <w:rPr>
                <w:b/>
                <w:sz w:val="28"/>
                <w:szCs w:val="28"/>
                <w:lang w:val="ru-RU"/>
              </w:rPr>
            </w:pPr>
            <w:r w:rsidRPr="00111314">
              <w:rPr>
                <w:bCs/>
                <w:iCs/>
                <w:lang w:val="ru-RU"/>
              </w:rPr>
              <w:t>23</w:t>
            </w:r>
            <w:r w:rsidRPr="00111314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111314">
              <w:rPr>
                <w:lang w:val="ru-RU"/>
              </w:rPr>
              <w:t xml:space="preserve">Из предложенных соединений </w:t>
            </w:r>
            <w:r w:rsidRPr="00F56263">
              <w:t>KClO</w:t>
            </w:r>
            <w:r w:rsidRPr="00111314">
              <w:rPr>
                <w:vertAlign w:val="subscript"/>
                <w:lang w:val="ru-RU"/>
              </w:rPr>
              <w:t>3</w:t>
            </w:r>
            <w:r w:rsidRPr="00111314">
              <w:rPr>
                <w:lang w:val="ru-RU"/>
              </w:rPr>
              <w:t xml:space="preserve">, </w:t>
            </w:r>
            <w:r w:rsidRPr="00F56263">
              <w:t>SO</w:t>
            </w:r>
            <w:r w:rsidRPr="00111314">
              <w:rPr>
                <w:vertAlign w:val="subscript"/>
                <w:lang w:val="ru-RU"/>
              </w:rPr>
              <w:t>2</w:t>
            </w:r>
            <w:r w:rsidRPr="00111314">
              <w:rPr>
                <w:lang w:val="ru-RU"/>
              </w:rPr>
              <w:t xml:space="preserve">, </w:t>
            </w:r>
            <w:r w:rsidRPr="00F56263">
              <w:t>CuCl</w:t>
            </w:r>
            <w:r w:rsidRPr="00111314">
              <w:rPr>
                <w:vertAlign w:val="subscript"/>
                <w:lang w:val="ru-RU"/>
              </w:rPr>
              <w:t>2</w:t>
            </w:r>
            <w:r w:rsidRPr="00111314">
              <w:rPr>
                <w:lang w:val="ru-RU"/>
              </w:rPr>
              <w:t xml:space="preserve">, </w:t>
            </w:r>
            <w:r w:rsidRPr="00F56263">
              <w:t>SnCl</w:t>
            </w:r>
            <w:r w:rsidRPr="00111314">
              <w:rPr>
                <w:vertAlign w:val="subscript"/>
                <w:lang w:val="ru-RU"/>
              </w:rPr>
              <w:t xml:space="preserve">4 </w:t>
            </w:r>
            <w:r w:rsidRPr="00111314">
              <w:rPr>
                <w:lang w:val="ru-RU"/>
              </w:rPr>
              <w:t xml:space="preserve"> выберите окислитель для окисления </w:t>
            </w:r>
            <w:r w:rsidRPr="00F56263">
              <w:t>Te</w:t>
            </w:r>
            <w:r w:rsidRPr="00111314">
              <w:rPr>
                <w:lang w:val="ru-RU"/>
              </w:rPr>
              <w:t xml:space="preserve"> до </w:t>
            </w:r>
            <w:r w:rsidRPr="00F56263">
              <w:t>TeO</w:t>
            </w:r>
            <w:r w:rsidRPr="00111314">
              <w:rPr>
                <w:vertAlign w:val="subscript"/>
                <w:lang w:val="ru-RU"/>
              </w:rPr>
              <w:t>2</w:t>
            </w:r>
            <w:r w:rsidRPr="00111314">
              <w:rPr>
                <w:lang w:val="ru-RU"/>
              </w:rPr>
              <w:t xml:space="preserve">.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040" w:dyaOrig="360">
                <v:shape id="_x0000_i3727" type="#_x0000_t75" style="width:102pt;height:18pt" o:ole="" fillcolor="window">
                  <v:imagedata r:id="rId112" o:title=""/>
                </v:shape>
                <o:OLEObject Type="Embed" ProgID="Equation.3" ShapeID="_x0000_i3727" DrawAspect="Content" ObjectID="_1840792882" r:id="rId399"/>
              </w:object>
            </w:r>
            <w:r w:rsidRPr="00111314">
              <w:rPr>
                <w:b/>
                <w:sz w:val="28"/>
                <w:szCs w:val="28"/>
                <w:lang w:val="ru-RU"/>
              </w:rPr>
              <w:t xml:space="preserve">   </w:t>
            </w:r>
            <w:r w:rsidRPr="00AB3D66">
              <w:rPr>
                <w:b/>
                <w:position w:val="-12"/>
                <w:sz w:val="28"/>
                <w:szCs w:val="28"/>
              </w:rPr>
              <w:object w:dxaOrig="2160" w:dyaOrig="380">
                <v:shape id="_x0000_i3728" type="#_x0000_t75" style="width:108pt;height:18.75pt" o:ole="" fillcolor="window">
                  <v:imagedata r:id="rId114" o:title=""/>
                </v:shape>
                <o:OLEObject Type="Embed" ProgID="Equation.3" ShapeID="_x0000_i3728" DrawAspect="Content" ObjectID="_1840792883" r:id="rId400"/>
              </w:object>
            </w:r>
            <w:r w:rsidRPr="00111314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1880" w:dyaOrig="360">
                <v:shape id="_x0000_i3729" type="#_x0000_t75" style="width:93.75pt;height:18pt" o:ole="" fillcolor="window">
                  <v:imagedata r:id="rId116" o:title=""/>
                </v:shape>
                <o:OLEObject Type="Embed" ProgID="Equation.3" ShapeID="_x0000_i3729" DrawAspect="Content" ObjectID="_1840792884" r:id="rId401"/>
              </w:object>
            </w:r>
            <w:r w:rsidRPr="00111314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00" w:dyaOrig="360">
                <v:shape id="_x0000_i3730" type="#_x0000_t75" style="width:105pt;height:18pt" o:ole="" fillcolor="window">
                  <v:imagedata r:id="rId118" o:title=""/>
                </v:shape>
                <o:OLEObject Type="Embed" ProgID="Equation.3" ShapeID="_x0000_i3730" DrawAspect="Content" ObjectID="_1840792885" r:id="rId402"/>
              </w:object>
            </w:r>
            <w:r w:rsidRPr="00111314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80" w:dyaOrig="360">
                <v:shape id="_x0000_i3731" type="#_x0000_t75" style="width:108.75pt;height:18pt" o:ole="" fillcolor="window">
                  <v:imagedata r:id="rId403" o:title=""/>
                </v:shape>
                <o:OLEObject Type="Embed" ProgID="Equation.3" ShapeID="_x0000_i3731" DrawAspect="Content" ObjectID="_1840792886" r:id="rId404"/>
              </w:object>
            </w:r>
          </w:p>
          <w:p w:rsidR="007B68C2" w:rsidRPr="00111314" w:rsidRDefault="007B68C2" w:rsidP="00E31021">
            <w:pPr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Cs/>
                <w:iCs/>
                <w:lang w:val="ru-RU"/>
              </w:rPr>
              <w:t>24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6D0217">
              <w:rPr>
                <w:lang w:val="ru-RU"/>
              </w:rPr>
              <w:t>На катоде обычно протекают процессы:</w:t>
            </w:r>
          </w:p>
          <w:p w:rsidR="007B68C2" w:rsidRDefault="007B68C2" w:rsidP="00E31021">
            <w:pPr>
              <w:numPr>
                <w:ilvl w:val="0"/>
                <w:numId w:val="88"/>
              </w:numPr>
              <w:spacing w:line="240" w:lineRule="auto"/>
            </w:pPr>
            <w:r>
              <w:lastRenderedPageBreak/>
              <w:t>Окисления;</w:t>
            </w:r>
          </w:p>
          <w:p w:rsidR="007B68C2" w:rsidRDefault="007B68C2" w:rsidP="00E31021">
            <w:pPr>
              <w:numPr>
                <w:ilvl w:val="0"/>
                <w:numId w:val="88"/>
              </w:numPr>
              <w:spacing w:line="240" w:lineRule="auto"/>
            </w:pPr>
            <w:r>
              <w:t>Восстановления;</w:t>
            </w:r>
          </w:p>
          <w:p w:rsidR="007B68C2" w:rsidRDefault="007B68C2" w:rsidP="00E31021">
            <w:pPr>
              <w:numPr>
                <w:ilvl w:val="0"/>
                <w:numId w:val="88"/>
              </w:numPr>
              <w:spacing w:line="240" w:lineRule="auto"/>
            </w:pPr>
            <w:r>
              <w:t>Диссоциации электролитов на ионы.</w:t>
            </w:r>
          </w:p>
          <w:p w:rsidR="007B68C2" w:rsidRDefault="007B68C2" w:rsidP="00E31021">
            <w:pPr>
              <w:ind w:left="720"/>
            </w:pPr>
          </w:p>
        </w:tc>
      </w:tr>
      <w:tr w:rsidR="007B68C2" w:rsidTr="00E31021">
        <w:tc>
          <w:tcPr>
            <w:tcW w:w="10348" w:type="dxa"/>
            <w:gridSpan w:val="3"/>
          </w:tcPr>
          <w:p w:rsidR="007B68C2" w:rsidRDefault="007B68C2" w:rsidP="00E31021">
            <w:r w:rsidRPr="006D0217">
              <w:rPr>
                <w:bCs/>
                <w:iCs/>
                <w:lang w:val="ru-RU"/>
              </w:rPr>
              <w:lastRenderedPageBreak/>
              <w:t xml:space="preserve">5 </w:t>
            </w:r>
            <w:r w:rsidRPr="006D0217">
              <w:rPr>
                <w:lang w:val="ru-RU"/>
              </w:rPr>
              <w:t>Ток одинаковой силы пропущен через растворы сульфата ртути (</w:t>
            </w:r>
            <w:r>
              <w:t>II</w:t>
            </w:r>
            <w:r w:rsidRPr="006D0217">
              <w:rPr>
                <w:lang w:val="ru-RU"/>
              </w:rPr>
              <w:t xml:space="preserve">) нитрата серебра. </w:t>
            </w:r>
            <w:r>
              <w:t xml:space="preserve">При электролизе выделилось </w:t>
            </w:r>
            <w:smartTag w:uri="urn:schemas-microsoft-com:office:smarttags" w:element="metricconverter">
              <w:smartTagPr>
                <w:attr w:name="ProductID" w:val="0,2 г"/>
              </w:smartTagPr>
              <w:r>
                <w:t>0,2 г</w:t>
              </w:r>
            </w:smartTag>
            <w:r>
              <w:t>. ртути. Сколько выделилось серебра?</w:t>
            </w:r>
          </w:p>
          <w:p w:rsidR="007B68C2" w:rsidRDefault="007B68C2" w:rsidP="00E31021"/>
        </w:tc>
      </w:tr>
      <w:tr w:rsidR="007B68C2" w:rsidTr="00E31021">
        <w:tc>
          <w:tcPr>
            <w:tcW w:w="10348" w:type="dxa"/>
            <w:gridSpan w:val="3"/>
          </w:tcPr>
          <w:p w:rsidR="007B68C2" w:rsidRPr="006D0217" w:rsidRDefault="007B68C2" w:rsidP="00E31021">
            <w:pPr>
              <w:rPr>
                <w:lang w:val="ru-RU"/>
              </w:rPr>
            </w:pPr>
            <w:r w:rsidRPr="006D0217">
              <w:rPr>
                <w:b/>
                <w:bCs/>
                <w:iCs/>
                <w:lang w:val="ru-RU"/>
              </w:rPr>
              <w:t xml:space="preserve">26. </w:t>
            </w:r>
            <w:r w:rsidRPr="006D0217">
              <w:rPr>
                <w:lang w:val="ru-RU"/>
              </w:rPr>
              <w:t>Какие процессы будут протекать на платиновом аноде при электролизе водного раствора нитрита меди?</w:t>
            </w:r>
          </w:p>
          <w:p w:rsidR="007B68C2" w:rsidRDefault="007B68C2" w:rsidP="00E31021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12"/>
              </w:rPr>
              <w:object w:dxaOrig="3200" w:dyaOrig="380">
                <v:shape id="_x0000_i3732" type="#_x0000_t75" style="width:159pt;height:18.75pt" o:ole="">
                  <v:imagedata r:id="rId164" o:title=""/>
                </v:shape>
                <o:OLEObject Type="Embed" ProgID="Equation.3" ShapeID="_x0000_i3732" DrawAspect="Content" ObjectID="_1840792887" r:id="rId405"/>
              </w:object>
            </w:r>
          </w:p>
          <w:p w:rsidR="007B68C2" w:rsidRDefault="007B68C2" w:rsidP="00E31021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3733" type="#_x0000_t75" style="width:120.75pt;height:18pt" o:ole="">
                  <v:imagedata r:id="rId148" o:title=""/>
                </v:shape>
                <o:OLEObject Type="Embed" ProgID="Equation.3" ShapeID="_x0000_i3733" DrawAspect="Content" ObjectID="_1840792888" r:id="rId406"/>
              </w:object>
            </w:r>
            <w:r>
              <w:t xml:space="preserve"> </w:t>
            </w:r>
          </w:p>
          <w:p w:rsidR="007B68C2" w:rsidRDefault="007B68C2" w:rsidP="00E31021">
            <w:pPr>
              <w:numPr>
                <w:ilvl w:val="0"/>
                <w:numId w:val="30"/>
              </w:numPr>
              <w:spacing w:line="240" w:lineRule="auto"/>
            </w:pPr>
            <w:r>
              <w:rPr>
                <w:position w:val="-6"/>
              </w:rPr>
              <w:object w:dxaOrig="1660" w:dyaOrig="320">
                <v:shape id="_x0000_i3734" type="#_x0000_t75" style="width:82.5pt;height:15.75pt" o:ole="">
                  <v:imagedata r:id="rId167" o:title=""/>
                </v:shape>
                <o:OLEObject Type="Embed" ProgID="Equation.3" ShapeID="_x0000_i3734" DrawAspect="Content" ObjectID="_1840792889" r:id="rId407"/>
              </w:object>
            </w:r>
          </w:p>
          <w:p w:rsidR="007B68C2" w:rsidRDefault="007B68C2" w:rsidP="00E31021"/>
        </w:tc>
      </w:tr>
      <w:tr w:rsidR="007B68C2" w:rsidRPr="008921D6" w:rsidTr="00E31021">
        <w:tc>
          <w:tcPr>
            <w:tcW w:w="10348" w:type="dxa"/>
            <w:gridSpan w:val="3"/>
          </w:tcPr>
          <w:p w:rsidR="007B68C2" w:rsidRPr="00111314" w:rsidRDefault="007B68C2" w:rsidP="00E31021">
            <w:pPr>
              <w:rPr>
                <w:lang w:val="ru-RU"/>
              </w:rPr>
            </w:pPr>
            <w:r w:rsidRPr="00111314">
              <w:rPr>
                <w:bCs/>
                <w:iCs/>
                <w:lang w:val="ru-RU"/>
              </w:rPr>
              <w:t xml:space="preserve">27. </w:t>
            </w:r>
            <w:r w:rsidRPr="00111314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200" w:dyaOrig="360">
                <v:shape id="_x0000_i3735" type="#_x0000_t75" style="width:60.75pt;height:18pt" o:ole="">
                  <v:imagedata r:id="rId175" o:title=""/>
                </v:shape>
                <o:OLEObject Type="Embed" ProgID="Equation.3" ShapeID="_x0000_i3735" DrawAspect="Content" ObjectID="_1840792890" r:id="rId408"/>
              </w:object>
            </w:r>
            <w:r w:rsidRPr="00111314">
              <w:rPr>
                <w:lang w:val="ru-RU"/>
              </w:rPr>
              <w:t>- электроны?</w:t>
            </w:r>
          </w:p>
          <w:p w:rsidR="007B68C2" w:rsidRPr="00111314" w:rsidRDefault="007B68C2" w:rsidP="00E31021">
            <w:pPr>
              <w:rPr>
                <w:lang w:val="ru-RU"/>
              </w:rPr>
            </w:pPr>
          </w:p>
        </w:tc>
      </w:tr>
      <w:tr w:rsidR="007B68C2" w:rsidTr="00E31021">
        <w:tc>
          <w:tcPr>
            <w:tcW w:w="10348" w:type="dxa"/>
            <w:gridSpan w:val="3"/>
            <w:tcBorders>
              <w:bottom w:val="nil"/>
            </w:tcBorders>
          </w:tcPr>
          <w:p w:rsidR="007B68C2" w:rsidRPr="00111314" w:rsidRDefault="007B68C2" w:rsidP="00E31021">
            <w:pPr>
              <w:pStyle w:val="23"/>
              <w:rPr>
                <w:lang w:val="ru-RU"/>
              </w:rPr>
            </w:pPr>
            <w:r w:rsidRPr="00111314">
              <w:rPr>
                <w:b/>
                <w:bCs/>
                <w:iCs/>
                <w:lang w:val="ru-RU"/>
              </w:rPr>
              <w:t>28. П</w:t>
            </w:r>
            <w:r w:rsidRPr="00111314">
              <w:rPr>
                <w:lang w:val="ru-RU"/>
              </w:rPr>
              <w:t>родукты, образующиеся при растворении никеля в разбавленной азотной кислоте…</w:t>
            </w:r>
          </w:p>
          <w:p w:rsidR="007B68C2" w:rsidRPr="00D23257" w:rsidRDefault="007B68C2" w:rsidP="00E31021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 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</w:p>
          <w:p w:rsidR="007B68C2" w:rsidRPr="00D23257" w:rsidRDefault="007B68C2" w:rsidP="00E31021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</w:t>
            </w:r>
            <w:r w:rsidRPr="00D23257">
              <w:rPr>
                <w:vertAlign w:val="subscript"/>
              </w:rPr>
              <w:t>2</w:t>
            </w:r>
            <w:r w:rsidRPr="00D23257">
              <w:t>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  <w:r w:rsidRPr="00D23257">
              <w:tab/>
            </w:r>
            <w:r w:rsidRPr="00D23257">
              <w:tab/>
            </w:r>
          </w:p>
          <w:p w:rsidR="007B68C2" w:rsidRDefault="007B68C2" w:rsidP="00E31021">
            <w:pPr>
              <w:numPr>
                <w:ilvl w:val="0"/>
                <w:numId w:val="31"/>
              </w:numPr>
              <w:spacing w:line="240" w:lineRule="auto"/>
              <w:jc w:val="both"/>
            </w:pPr>
            <w:r w:rsidRPr="007E64D4">
              <w:t>Ni(NO</w:t>
            </w:r>
            <w:r w:rsidRPr="007E64D4">
              <w:rPr>
                <w:vertAlign w:val="subscript"/>
              </w:rPr>
              <w:t>3</w:t>
            </w:r>
            <w:r w:rsidRPr="007E64D4">
              <w:t>)</w:t>
            </w:r>
            <w:r w:rsidRPr="007E64D4">
              <w:rPr>
                <w:vertAlign w:val="subscript"/>
              </w:rPr>
              <w:t>2</w:t>
            </w:r>
            <w:r w:rsidRPr="007E64D4">
              <w:t>+ N</w:t>
            </w:r>
            <w:r w:rsidRPr="007E64D4">
              <w:rPr>
                <w:vertAlign w:val="subscript"/>
              </w:rPr>
              <w:t>2</w:t>
            </w:r>
            <w:r w:rsidRPr="007E64D4">
              <w:t>+ H</w:t>
            </w:r>
            <w:r w:rsidRPr="007E64D4">
              <w:rPr>
                <w:vertAlign w:val="subscript"/>
              </w:rPr>
              <w:t>2</w:t>
            </w:r>
            <w:r w:rsidRPr="007E64D4">
              <w:t>O;.</w:t>
            </w:r>
          </w:p>
          <w:p w:rsidR="007B68C2" w:rsidRDefault="007B68C2" w:rsidP="00E31021">
            <w:pPr>
              <w:ind w:left="1080"/>
            </w:pPr>
          </w:p>
        </w:tc>
      </w:tr>
      <w:tr w:rsidR="007B68C2" w:rsidTr="00E31021">
        <w:tc>
          <w:tcPr>
            <w:tcW w:w="10348" w:type="dxa"/>
            <w:gridSpan w:val="3"/>
            <w:tcBorders>
              <w:top w:val="nil"/>
              <w:bottom w:val="single" w:sz="4" w:space="0" w:color="auto"/>
            </w:tcBorders>
          </w:tcPr>
          <w:p w:rsidR="007B68C2" w:rsidRPr="006D0217" w:rsidRDefault="007B68C2" w:rsidP="00E31021">
            <w:pPr>
              <w:rPr>
                <w:szCs w:val="28"/>
                <w:lang w:val="ru-RU"/>
              </w:rPr>
            </w:pPr>
            <w:r w:rsidRPr="006D0217">
              <w:rPr>
                <w:b/>
                <w:bCs/>
                <w:i/>
                <w:iCs/>
                <w:lang w:val="ru-RU"/>
              </w:rPr>
              <w:t>29</w:t>
            </w:r>
            <w:r w:rsidRPr="006D0217">
              <w:rPr>
                <w:bCs/>
                <w:iCs/>
                <w:lang w:val="ru-RU"/>
              </w:rPr>
              <w:t>.</w:t>
            </w:r>
            <w:r w:rsidRPr="006D0217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6D0217">
              <w:rPr>
                <w:szCs w:val="28"/>
                <w:lang w:val="ru-RU"/>
              </w:rPr>
              <w:t>Присутствие ионов серебра в водном растворе можно обнаружить с помощью ионов ….</w:t>
            </w:r>
          </w:p>
          <w:p w:rsidR="007B68C2" w:rsidRPr="007E64D4" w:rsidRDefault="007B68C2" w:rsidP="00E31021">
            <w:pPr>
              <w:numPr>
                <w:ilvl w:val="0"/>
                <w:numId w:val="87"/>
              </w:numPr>
              <w:spacing w:line="240" w:lineRule="auto"/>
              <w:rPr>
                <w:b/>
                <w:bCs/>
                <w:i/>
                <w:iCs/>
              </w:rPr>
            </w:pPr>
            <w:r w:rsidRPr="007E64D4">
              <w:rPr>
                <w:szCs w:val="28"/>
              </w:rPr>
              <w:t>Cl</w:t>
            </w:r>
            <w:r w:rsidRPr="007E64D4">
              <w:rPr>
                <w:szCs w:val="28"/>
                <w:vertAlign w:val="superscript"/>
              </w:rPr>
              <w:t>-</w:t>
            </w:r>
            <w:r w:rsidRPr="007E64D4">
              <w:rPr>
                <w:szCs w:val="28"/>
              </w:rPr>
              <w:t xml:space="preserve"> </w:t>
            </w:r>
            <w:proofErr w:type="gramStart"/>
            <w:r w:rsidRPr="007E64D4">
              <w:rPr>
                <w:szCs w:val="28"/>
              </w:rPr>
              <w:t xml:space="preserve">  ;</w:t>
            </w:r>
            <w:proofErr w:type="gramEnd"/>
            <w:r w:rsidRPr="007E64D4">
              <w:rPr>
                <w:szCs w:val="28"/>
              </w:rPr>
              <w:t xml:space="preserve"> 2) NO</w:t>
            </w:r>
            <w:r w:rsidRPr="007E64D4">
              <w:rPr>
                <w:szCs w:val="28"/>
                <w:vertAlign w:val="subscript"/>
              </w:rPr>
              <w:t>3</w:t>
            </w:r>
            <w:r w:rsidRPr="007E64D4">
              <w:rPr>
                <w:szCs w:val="28"/>
                <w:vertAlign w:val="superscript"/>
              </w:rPr>
              <w:t xml:space="preserve">- </w:t>
            </w:r>
            <w:r w:rsidRPr="007E64D4">
              <w:rPr>
                <w:szCs w:val="28"/>
              </w:rPr>
              <w:t xml:space="preserve">   3) H</w:t>
            </w:r>
            <w:r w:rsidRPr="007E64D4">
              <w:rPr>
                <w:szCs w:val="28"/>
                <w:vertAlign w:val="superscript"/>
              </w:rPr>
              <w:t>+</w:t>
            </w:r>
          </w:p>
          <w:p w:rsidR="007B68C2" w:rsidRDefault="007B68C2" w:rsidP="00E31021">
            <w:pPr>
              <w:ind w:left="1080"/>
            </w:pPr>
          </w:p>
        </w:tc>
      </w:tr>
      <w:tr w:rsidR="007B68C2" w:rsidRPr="008921D6" w:rsidTr="00E31021">
        <w:tc>
          <w:tcPr>
            <w:tcW w:w="10348" w:type="dxa"/>
            <w:gridSpan w:val="3"/>
            <w:tcBorders>
              <w:top w:val="single" w:sz="4" w:space="0" w:color="auto"/>
            </w:tcBorders>
          </w:tcPr>
          <w:p w:rsidR="007B68C2" w:rsidRPr="007E47E5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7B68C2" w:rsidRPr="006D0217" w:rsidRDefault="007B68C2" w:rsidP="008921D6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6D0217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6D0217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7B68C2" w:rsidRPr="006D0217" w:rsidRDefault="007B68C2" w:rsidP="008921D6">
            <w:pPr>
              <w:rPr>
                <w:sz w:val="12"/>
                <w:lang w:val="ru-RU"/>
              </w:rPr>
            </w:pPr>
            <w:r w:rsidRPr="006D0217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>Утверждено на заседани</w:t>
            </w:r>
            <w:r w:rsidR="00E31021">
              <w:rPr>
                <w:lang w:val="ru-RU"/>
              </w:rPr>
              <w:t>и кафедры: ЭБЖиФ протокол от «22</w:t>
            </w:r>
            <w:r w:rsidRPr="006D0217">
              <w:rPr>
                <w:lang w:val="ru-RU"/>
              </w:rPr>
              <w:t xml:space="preserve">» </w:t>
            </w:r>
            <w:r w:rsidR="00E31021">
              <w:rPr>
                <w:lang w:val="ru-RU"/>
              </w:rPr>
              <w:t>апреля 2026 г. № 9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  <w:p w:rsidR="007B68C2" w:rsidRPr="006D0217" w:rsidRDefault="007B68C2" w:rsidP="008921D6">
            <w:pPr>
              <w:rPr>
                <w:lang w:val="ru-RU"/>
              </w:rPr>
            </w:pPr>
            <w:r w:rsidRPr="006D0217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7B68C2" w:rsidRPr="006D0217" w:rsidRDefault="007B68C2" w:rsidP="008921D6">
            <w:pPr>
              <w:rPr>
                <w:lang w:val="ru-RU"/>
              </w:rPr>
            </w:pPr>
          </w:p>
        </w:tc>
      </w:tr>
    </w:tbl>
    <w:p w:rsidR="007B68C2" w:rsidRPr="006D0217" w:rsidRDefault="007B68C2" w:rsidP="007B68C2">
      <w:pPr>
        <w:rPr>
          <w:szCs w:val="24"/>
          <w:lang w:val="ru-RU"/>
        </w:rPr>
      </w:pPr>
    </w:p>
    <w:p w:rsidR="007B68C2" w:rsidRPr="006D0217" w:rsidRDefault="007B68C2" w:rsidP="007B68C2">
      <w:pPr>
        <w:rPr>
          <w:szCs w:val="24"/>
          <w:lang w:val="ru-RU"/>
        </w:rPr>
      </w:pPr>
      <w:r w:rsidRPr="006D0217">
        <w:rPr>
          <w:szCs w:val="24"/>
          <w:lang w:val="ru-RU"/>
        </w:rPr>
        <w:t>Составитель:</w:t>
      </w:r>
    </w:p>
    <w:p w:rsidR="007B68C2" w:rsidRPr="006D0217" w:rsidRDefault="007B68C2" w:rsidP="007B68C2">
      <w:pPr>
        <w:rPr>
          <w:szCs w:val="24"/>
          <w:lang w:val="ru-RU"/>
        </w:rPr>
      </w:pPr>
      <w:r w:rsidRPr="006D0217">
        <w:rPr>
          <w:szCs w:val="24"/>
          <w:lang w:val="ru-RU"/>
        </w:rPr>
        <w:t>Лапина Светлана Федоровна, доцент, к.фарм.н. __________________________________</w:t>
      </w:r>
    </w:p>
    <w:p w:rsidR="007B68C2" w:rsidRPr="006D0217" w:rsidRDefault="007B68C2" w:rsidP="007B68C2">
      <w:pPr>
        <w:pStyle w:val="ae"/>
        <w:rPr>
          <w:szCs w:val="24"/>
          <w:lang w:val="ru-RU"/>
        </w:rPr>
      </w:pPr>
    </w:p>
    <w:p w:rsidR="007B68C2" w:rsidRDefault="00E31021" w:rsidP="007B68C2">
      <w:pPr>
        <w:pStyle w:val="ae"/>
        <w:rPr>
          <w:szCs w:val="24"/>
          <w:lang w:val="ru-RU"/>
        </w:rPr>
      </w:pPr>
      <w:r w:rsidRPr="00E31021">
        <w:rPr>
          <w:szCs w:val="24"/>
          <w:lang w:val="ru-RU"/>
        </w:rPr>
        <w:t>"22" апреля 2026</w:t>
      </w:r>
    </w:p>
    <w:p w:rsidR="00E31021" w:rsidRPr="006D0217" w:rsidRDefault="00E31021" w:rsidP="007B68C2">
      <w:pPr>
        <w:pStyle w:val="ae"/>
        <w:rPr>
          <w:szCs w:val="24"/>
          <w:lang w:val="ru-RU"/>
        </w:rPr>
      </w:pPr>
    </w:p>
    <w:p w:rsidR="007B68C2" w:rsidRPr="006D0217" w:rsidRDefault="007B68C2" w:rsidP="007B68C2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6D0217">
        <w:rPr>
          <w:b/>
          <w:bCs/>
          <w:sz w:val="28"/>
          <w:szCs w:val="28"/>
          <w:lang w:val="ru-RU"/>
        </w:rPr>
        <w:lastRenderedPageBreak/>
        <w:t>Комплект оценочных средств для диагностического дисциплинарного тестирования</w:t>
      </w:r>
    </w:p>
    <w:p w:rsidR="007B68C2" w:rsidRPr="006D0217" w:rsidRDefault="007B68C2" w:rsidP="007B68C2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</w:p>
    <w:p w:rsidR="007B68C2" w:rsidRPr="006D0217" w:rsidRDefault="007B68C2" w:rsidP="007B68C2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6D0217">
        <w:rPr>
          <w:b/>
          <w:bCs/>
          <w:sz w:val="28"/>
          <w:szCs w:val="28"/>
          <w:lang w:val="ru-RU"/>
        </w:rPr>
        <w:t>Оценочные средства</w:t>
      </w:r>
    </w:p>
    <w:p w:rsidR="007B68C2" w:rsidRPr="006D0217" w:rsidRDefault="007B68C2" w:rsidP="007B68C2">
      <w:pPr>
        <w:spacing w:line="240" w:lineRule="auto"/>
        <w:jc w:val="center"/>
        <w:rPr>
          <w:b/>
          <w:bCs/>
          <w:sz w:val="28"/>
          <w:szCs w:val="28"/>
          <w:lang w:val="ru-RU"/>
        </w:rPr>
      </w:pPr>
      <w:r w:rsidRPr="006D0217">
        <w:rPr>
          <w:b/>
          <w:bCs/>
          <w:sz w:val="28"/>
          <w:szCs w:val="28"/>
          <w:lang w:val="ru-RU"/>
        </w:rPr>
        <w:t>для диагностического дисциплинарного тестирования</w:t>
      </w:r>
    </w:p>
    <w:p w:rsidR="007B68C2" w:rsidRPr="006D0217" w:rsidRDefault="007B68C2" w:rsidP="007B68C2">
      <w:pPr>
        <w:spacing w:line="240" w:lineRule="auto"/>
        <w:rPr>
          <w:lang w:val="ru-RU"/>
        </w:rPr>
      </w:pPr>
      <w:r w:rsidRPr="006D0217">
        <w:rPr>
          <w:szCs w:val="24"/>
          <w:lang w:val="ru-RU"/>
        </w:rPr>
        <w:t xml:space="preserve">по компетенции ОПК-1: </w:t>
      </w:r>
      <w:r w:rsidRPr="006D0217">
        <w:rPr>
          <w:lang w:val="ru-RU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</w:r>
    </w:p>
    <w:p w:rsidR="007B68C2" w:rsidRPr="006D0217" w:rsidRDefault="007B68C2" w:rsidP="007B68C2">
      <w:pPr>
        <w:spacing w:line="240" w:lineRule="auto"/>
        <w:rPr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0"/>
        <w:gridCol w:w="5555"/>
      </w:tblGrid>
      <w:tr w:rsidR="007B68C2" w:rsidRPr="008921D6" w:rsidTr="008921D6">
        <w:tc>
          <w:tcPr>
            <w:tcW w:w="4672" w:type="dxa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b/>
                <w:bCs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6068" w:type="dxa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b/>
                <w:bCs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7B68C2" w:rsidRPr="008921D6" w:rsidTr="008921D6">
        <w:tc>
          <w:tcPr>
            <w:tcW w:w="4672" w:type="dxa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ОПК.1.1. </w:t>
            </w:r>
            <w:r w:rsidRPr="006D0217">
              <w:rPr>
                <w:lang w:val="ru-RU"/>
              </w:rPr>
              <w:t>Осуществляет решение типовых задач в профессиональной деятельности на основе естественнонаучных и общеинженерных знаний</w:t>
            </w:r>
          </w:p>
        </w:tc>
        <w:tc>
          <w:tcPr>
            <w:tcW w:w="6068" w:type="dxa"/>
          </w:tcPr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lang w:val="ru-RU"/>
              </w:rPr>
              <w:t>Знать</w:t>
            </w:r>
            <w:r w:rsidRPr="006D0217">
              <w:rPr>
                <w:lang w:val="ru-RU"/>
              </w:rPr>
              <w:t>: основные теоретические положения и законы химии; современные представления о строении вещества; закономерности протекания химических процессов.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b/>
                <w:lang w:val="ru-RU"/>
              </w:rPr>
              <w:t>Уметь:</w:t>
            </w:r>
            <w:r w:rsidRPr="006D0217">
              <w:rPr>
                <w:lang w:val="ru-RU"/>
              </w:rPr>
              <w:t xml:space="preserve"> проводить химические исследования и осуществлять анализ полученных результатов; применять полученные химические знания при решении типовых задач профессиональной деятельности.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b/>
                <w:lang w:val="ru-RU"/>
              </w:rPr>
              <w:t>Владеть:</w:t>
            </w:r>
            <w:r w:rsidRPr="006D0217">
              <w:rPr>
                <w:lang w:val="ru-RU"/>
              </w:rPr>
              <w:t xml:space="preserve"> основной химической терминологией, навыками проведения химического эксперимента, способами решения типовых задач профессиональной деятельности на основе естественнонаучных и общеинженерных знаний.</w:t>
            </w:r>
          </w:p>
        </w:tc>
      </w:tr>
    </w:tbl>
    <w:p w:rsidR="007B68C2" w:rsidRPr="006D0217" w:rsidRDefault="007B68C2" w:rsidP="007B68C2">
      <w:pPr>
        <w:spacing w:line="240" w:lineRule="auto"/>
        <w:rPr>
          <w:rFonts w:ascii="TimesNewRomanPSMT" w:hAnsi="TimesNewRomanPSMT" w:cs="TimesNewRomanPSMT"/>
          <w:szCs w:val="24"/>
          <w:lang w:val="ru-RU"/>
        </w:rPr>
      </w:pPr>
    </w:p>
    <w:p w:rsidR="007B68C2" w:rsidRPr="006D0217" w:rsidRDefault="007B68C2" w:rsidP="007B68C2">
      <w:pPr>
        <w:jc w:val="center"/>
        <w:rPr>
          <w:i/>
          <w:szCs w:val="24"/>
          <w:lang w:val="ru-RU"/>
        </w:rPr>
      </w:pPr>
      <w:r w:rsidRPr="006D0217">
        <w:rPr>
          <w:b/>
          <w:bCs/>
          <w:szCs w:val="24"/>
          <w:lang w:val="ru-RU"/>
        </w:rPr>
        <w:t>Распределение заданий по типам и уровням сложности</w:t>
      </w:r>
    </w:p>
    <w:p w:rsidR="007B68C2" w:rsidRPr="006D0217" w:rsidRDefault="007B68C2" w:rsidP="007B68C2">
      <w:pPr>
        <w:jc w:val="center"/>
        <w:rPr>
          <w:i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622"/>
        <w:gridCol w:w="3882"/>
        <w:gridCol w:w="2836"/>
      </w:tblGrid>
      <w:tr w:rsidR="007B68C2" w:rsidTr="008921D6">
        <w:tc>
          <w:tcPr>
            <w:tcW w:w="1565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Индикатор компетенции</w:t>
            </w:r>
          </w:p>
        </w:tc>
        <w:tc>
          <w:tcPr>
            <w:tcW w:w="162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Уровень сложности задания</w:t>
            </w:r>
          </w:p>
        </w:tc>
        <w:tc>
          <w:tcPr>
            <w:tcW w:w="3979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574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заданий</w:t>
            </w:r>
          </w:p>
        </w:tc>
      </w:tr>
      <w:tr w:rsidR="007B68C2" w:rsidTr="008921D6">
        <w:tc>
          <w:tcPr>
            <w:tcW w:w="10740" w:type="dxa"/>
            <w:gridSpan w:val="4"/>
          </w:tcPr>
          <w:p w:rsidR="007B68C2" w:rsidRPr="004D00E1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 xml:space="preserve">Семестр </w:t>
            </w:r>
            <w:r>
              <w:rPr>
                <w:szCs w:val="24"/>
              </w:rPr>
              <w:t xml:space="preserve"> 1</w:t>
            </w:r>
          </w:p>
        </w:tc>
      </w:tr>
      <w:tr w:rsidR="007B68C2" w:rsidTr="008921D6">
        <w:tc>
          <w:tcPr>
            <w:tcW w:w="1565" w:type="dxa"/>
            <w:vMerge w:val="restart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ОПК - 1.1</w:t>
            </w:r>
          </w:p>
        </w:tc>
        <w:tc>
          <w:tcPr>
            <w:tcW w:w="162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Базовый </w:t>
            </w:r>
          </w:p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(20 %)</w:t>
            </w:r>
          </w:p>
        </w:tc>
        <w:tc>
          <w:tcPr>
            <w:tcW w:w="3979" w:type="dxa"/>
          </w:tcPr>
          <w:p w:rsidR="007B68C2" w:rsidRPr="006D0217" w:rsidRDefault="007B68C2" w:rsidP="00E31021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с выбором одного ответа/нескольких ответов</w:t>
            </w:r>
          </w:p>
        </w:tc>
        <w:tc>
          <w:tcPr>
            <w:tcW w:w="3574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7B68C2" w:rsidTr="008921D6">
        <w:tc>
          <w:tcPr>
            <w:tcW w:w="1565" w:type="dxa"/>
            <w:vMerge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Повышенный</w:t>
            </w:r>
            <w:r>
              <w:rPr>
                <w:szCs w:val="24"/>
              </w:rPr>
              <w:t xml:space="preserve"> (70 %)</w:t>
            </w:r>
          </w:p>
        </w:tc>
        <w:tc>
          <w:tcPr>
            <w:tcW w:w="3979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574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</w:tr>
      <w:tr w:rsidR="007B68C2" w:rsidTr="008921D6">
        <w:tc>
          <w:tcPr>
            <w:tcW w:w="1565" w:type="dxa"/>
            <w:vMerge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Высокий (10 %)</w:t>
            </w:r>
          </w:p>
        </w:tc>
        <w:tc>
          <w:tcPr>
            <w:tcW w:w="3979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574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7B68C2" w:rsidTr="008921D6">
        <w:tc>
          <w:tcPr>
            <w:tcW w:w="7166" w:type="dxa"/>
            <w:gridSpan w:val="3"/>
          </w:tcPr>
          <w:p w:rsidR="007B68C2" w:rsidRPr="00791B26" w:rsidRDefault="007B68C2" w:rsidP="00E31021">
            <w:pPr>
              <w:spacing w:line="240" w:lineRule="auto"/>
              <w:jc w:val="right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Итого для ОПК – 1.1 </w:t>
            </w:r>
          </w:p>
        </w:tc>
        <w:tc>
          <w:tcPr>
            <w:tcW w:w="3574" w:type="dxa"/>
          </w:tcPr>
          <w:p w:rsidR="007B68C2" w:rsidRPr="00791B26" w:rsidRDefault="007B68C2" w:rsidP="00E31021">
            <w:pPr>
              <w:spacing w:line="240" w:lineRule="auto"/>
              <w:jc w:val="center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50</w:t>
            </w:r>
          </w:p>
        </w:tc>
      </w:tr>
    </w:tbl>
    <w:p w:rsidR="007B68C2" w:rsidRDefault="007B68C2" w:rsidP="007B68C2">
      <w:pPr>
        <w:jc w:val="center"/>
        <w:rPr>
          <w:szCs w:val="24"/>
        </w:rPr>
      </w:pPr>
    </w:p>
    <w:p w:rsidR="007B68C2" w:rsidRPr="00791B26" w:rsidRDefault="007B68C2" w:rsidP="007B68C2">
      <w:pPr>
        <w:jc w:val="center"/>
        <w:rPr>
          <w:b/>
          <w:szCs w:val="24"/>
        </w:rPr>
      </w:pPr>
      <w:r w:rsidRPr="00791B26">
        <w:rPr>
          <w:b/>
          <w:szCs w:val="24"/>
        </w:rPr>
        <w:t>Комплект тестовых заданий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1"/>
        <w:gridCol w:w="2305"/>
        <w:gridCol w:w="2509"/>
        <w:gridCol w:w="2580"/>
      </w:tblGrid>
      <w:tr w:rsidR="007B68C2" w:rsidRPr="004D00E1" w:rsidTr="008921D6">
        <w:trPr>
          <w:trHeight w:val="184"/>
        </w:trPr>
        <w:tc>
          <w:tcPr>
            <w:tcW w:w="2511" w:type="dxa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Индикатор</w:t>
            </w:r>
          </w:p>
        </w:tc>
        <w:tc>
          <w:tcPr>
            <w:tcW w:w="2305" w:type="dxa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ОПК – 1.1</w:t>
            </w:r>
          </w:p>
        </w:tc>
        <w:tc>
          <w:tcPr>
            <w:tcW w:w="2509" w:type="dxa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Семестр </w:t>
            </w:r>
          </w:p>
        </w:tc>
        <w:tc>
          <w:tcPr>
            <w:tcW w:w="3415" w:type="dxa"/>
          </w:tcPr>
          <w:p w:rsidR="007B68C2" w:rsidRPr="00791B26" w:rsidRDefault="007B68C2" w:rsidP="008921D6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7B68C2" w:rsidRPr="004D00E1" w:rsidTr="008921D6">
        <w:trPr>
          <w:trHeight w:val="182"/>
        </w:trPr>
        <w:tc>
          <w:tcPr>
            <w:tcW w:w="4816" w:type="dxa"/>
            <w:gridSpan w:val="2"/>
          </w:tcPr>
          <w:p w:rsidR="007B68C2" w:rsidRPr="00791B26" w:rsidRDefault="007B68C2" w:rsidP="00E31021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5924" w:type="dxa"/>
            <w:gridSpan w:val="2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Базовый</w:t>
            </w:r>
          </w:p>
        </w:tc>
      </w:tr>
      <w:tr w:rsidR="007B68C2" w:rsidRPr="008921D6" w:rsidTr="008921D6">
        <w:trPr>
          <w:trHeight w:val="182"/>
        </w:trPr>
        <w:tc>
          <w:tcPr>
            <w:tcW w:w="4816" w:type="dxa"/>
            <w:gridSpan w:val="2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5924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>Задания с выбором одного ответа/нескольких ответов</w:t>
            </w:r>
          </w:p>
        </w:tc>
      </w:tr>
      <w:tr w:rsidR="007B68C2" w:rsidRPr="008921D6" w:rsidTr="008921D6">
        <w:trPr>
          <w:trHeight w:val="182"/>
        </w:trPr>
        <w:tc>
          <w:tcPr>
            <w:tcW w:w="4816" w:type="dxa"/>
            <w:gridSpan w:val="2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5924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>укажите один вариант ответа/не менее двух вариантов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 Укажите один из вариантов ответа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lastRenderedPageBreak/>
              <w:t>Число, каких элементарных частиц является определяющим для понятия «химический элемент»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6D0217">
              <w:rPr>
                <w:b/>
                <w:szCs w:val="24"/>
                <w:lang w:val="ru-RU"/>
              </w:rPr>
              <w:t>А)протоны</w:t>
            </w:r>
            <w:proofErr w:type="gramEnd"/>
            <w:r w:rsidRPr="006D0217">
              <w:rPr>
                <w:szCs w:val="24"/>
                <w:lang w:val="ru-RU"/>
              </w:rPr>
              <w:t xml:space="preserve">;  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6D0217">
              <w:rPr>
                <w:szCs w:val="24"/>
                <w:lang w:val="ru-RU"/>
              </w:rPr>
              <w:t>Б)нейтроны</w:t>
            </w:r>
            <w:proofErr w:type="gramEnd"/>
            <w:r w:rsidRPr="006D0217">
              <w:rPr>
                <w:szCs w:val="24"/>
                <w:lang w:val="ru-RU"/>
              </w:rPr>
              <w:t xml:space="preserve">;  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6D0217">
              <w:rPr>
                <w:szCs w:val="24"/>
                <w:lang w:val="ru-RU"/>
              </w:rPr>
              <w:t>В)электроны</w:t>
            </w:r>
            <w:proofErr w:type="gramEnd"/>
            <w:r w:rsidRPr="006D0217">
              <w:rPr>
                <w:szCs w:val="24"/>
                <w:lang w:val="ru-RU"/>
              </w:rPr>
              <w:t>;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lastRenderedPageBreak/>
              <w:t>2. Укажите один из вариантов ответа</w:t>
            </w:r>
          </w:p>
          <w:p w:rsidR="007B68C2" w:rsidRPr="006D0217" w:rsidRDefault="007B68C2" w:rsidP="00E31021">
            <w:pPr>
              <w:tabs>
                <w:tab w:val="left" w:pos="540"/>
              </w:tabs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Число каких элементарных частиц </w:t>
            </w:r>
            <w:proofErr w:type="gramStart"/>
            <w:r w:rsidRPr="006D0217">
              <w:rPr>
                <w:szCs w:val="24"/>
                <w:lang w:val="ru-RU"/>
              </w:rPr>
              <w:t>является  определяющим</w:t>
            </w:r>
            <w:proofErr w:type="gramEnd"/>
            <w:r w:rsidRPr="006D0217">
              <w:rPr>
                <w:szCs w:val="24"/>
                <w:lang w:val="ru-RU"/>
              </w:rPr>
              <w:t xml:space="preserve"> для понятия «изотоп»: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6D0217">
              <w:rPr>
                <w:szCs w:val="24"/>
                <w:lang w:val="ru-RU"/>
              </w:rPr>
              <w:t>А)протоны</w:t>
            </w:r>
            <w:proofErr w:type="gramEnd"/>
            <w:r w:rsidRPr="006D0217">
              <w:rPr>
                <w:szCs w:val="24"/>
                <w:lang w:val="ru-RU"/>
              </w:rPr>
              <w:t xml:space="preserve">;  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6D0217">
              <w:rPr>
                <w:b/>
                <w:szCs w:val="24"/>
                <w:lang w:val="ru-RU"/>
              </w:rPr>
              <w:t>Б)нейтроны</w:t>
            </w:r>
            <w:proofErr w:type="gramEnd"/>
            <w:r w:rsidRPr="006D0217">
              <w:rPr>
                <w:szCs w:val="24"/>
                <w:lang w:val="ru-RU"/>
              </w:rPr>
              <w:t xml:space="preserve">;  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6D0217">
              <w:rPr>
                <w:szCs w:val="24"/>
                <w:lang w:val="ru-RU"/>
              </w:rPr>
              <w:t>В)электроны</w:t>
            </w:r>
            <w:proofErr w:type="gramEnd"/>
            <w:r w:rsidRPr="006D0217">
              <w:rPr>
                <w:szCs w:val="24"/>
                <w:lang w:val="ru-RU"/>
              </w:rPr>
              <w:t>;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7B68C2" w:rsidRPr="001246EF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3. Укажите один из вариантов ответа</w:t>
            </w:r>
          </w:p>
          <w:p w:rsidR="007B68C2" w:rsidRPr="004D00E1" w:rsidRDefault="007B68C2" w:rsidP="00E31021">
            <w:pPr>
              <w:pStyle w:val="2d"/>
              <w:spacing w:line="240" w:lineRule="auto"/>
              <w:ind w:left="0"/>
            </w:pPr>
            <w:r w:rsidRPr="004D00E1">
              <w:t>Исходя из данных о растворимости веществ, определите, в каком случае выпадения осадка не происходит:</w:t>
            </w:r>
          </w:p>
          <w:p w:rsidR="007B68C2" w:rsidRPr="006D0217" w:rsidRDefault="007B68C2" w:rsidP="00E31021">
            <w:pPr>
              <w:tabs>
                <w:tab w:val="left" w:pos="838"/>
              </w:tabs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AgNO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NaCl</w:t>
            </w:r>
            <w:r w:rsidRPr="006D0217">
              <w:rPr>
                <w:szCs w:val="24"/>
                <w:lang w:val="ru-RU"/>
              </w:rPr>
              <w:t xml:space="preserve"> →         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CuCl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NaOH</w:t>
            </w:r>
            <w:r w:rsidRPr="006D0217">
              <w:rPr>
                <w:szCs w:val="24"/>
                <w:lang w:val="ru-RU"/>
              </w:rPr>
              <w:t xml:space="preserve"> →</w:t>
            </w:r>
          </w:p>
          <w:p w:rsidR="007B68C2" w:rsidRPr="00756FBF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MnSO</w:t>
            </w:r>
            <w:r w:rsidRPr="00756FBF">
              <w:rPr>
                <w:b/>
                <w:szCs w:val="24"/>
                <w:vertAlign w:val="subscript"/>
              </w:rPr>
              <w:t xml:space="preserve">4 </w:t>
            </w:r>
            <w:r w:rsidRPr="00756FBF">
              <w:rPr>
                <w:b/>
                <w:szCs w:val="24"/>
              </w:rPr>
              <w:t>+</w:t>
            </w:r>
            <w:r w:rsidRPr="004D00E1">
              <w:rPr>
                <w:b/>
                <w:szCs w:val="24"/>
              </w:rPr>
              <w:t>NaI</w:t>
            </w:r>
            <w:r w:rsidRPr="00756FBF">
              <w:rPr>
                <w:b/>
                <w:szCs w:val="24"/>
              </w:rPr>
              <w:t>→</w:t>
            </w:r>
          </w:p>
          <w:p w:rsidR="007B68C2" w:rsidRPr="00756FBF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4. Укажите один из вариантов ответа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Из приведённых ниже солей по аниону гидролизуется</w:t>
            </w:r>
          </w:p>
          <w:p w:rsidR="007B68C2" w:rsidRPr="004D00E1" w:rsidRDefault="007B68C2" w:rsidP="00E31021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А) KNO</w:t>
            </w:r>
            <w:r w:rsidRPr="004D00E1">
              <w:rPr>
                <w:szCs w:val="24"/>
                <w:vertAlign w:val="subscript"/>
              </w:rPr>
              <w:t xml:space="preserve">3  </w:t>
            </w:r>
          </w:p>
          <w:p w:rsidR="007B68C2" w:rsidRPr="004D00E1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CuSO</w:t>
            </w:r>
            <w:r w:rsidRPr="004D00E1">
              <w:rPr>
                <w:b/>
                <w:szCs w:val="24"/>
                <w:vertAlign w:val="subscript"/>
              </w:rPr>
              <w:t>4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5. Укажите один из вариантов ответа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Из приведённых ниже солей по катиону гидролизуется</w:t>
            </w:r>
          </w:p>
          <w:p w:rsidR="007B68C2" w:rsidRPr="00756FBF" w:rsidRDefault="007B68C2" w:rsidP="00E31021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KNO</w:t>
            </w:r>
            <w:r w:rsidRPr="00756FBF">
              <w:rPr>
                <w:szCs w:val="24"/>
                <w:vertAlign w:val="subscript"/>
              </w:rPr>
              <w:t xml:space="preserve">3  </w:t>
            </w:r>
          </w:p>
          <w:p w:rsidR="007B68C2" w:rsidRPr="00756FBF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CuSO</w:t>
            </w:r>
            <w:r w:rsidRPr="00756FBF">
              <w:rPr>
                <w:szCs w:val="24"/>
                <w:vertAlign w:val="subscript"/>
              </w:rPr>
              <w:t>4</w:t>
            </w:r>
          </w:p>
          <w:p w:rsidR="007B68C2" w:rsidRPr="00756FBF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Na</w:t>
            </w:r>
            <w:r w:rsidRPr="00756FBF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SO</w:t>
            </w:r>
            <w:r w:rsidRPr="00756FBF">
              <w:rPr>
                <w:b/>
                <w:szCs w:val="24"/>
                <w:vertAlign w:val="subscript"/>
              </w:rPr>
              <w:t>3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7B68C2" w:rsidRPr="008921D6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6. Укажите один из вариантов ответа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Пропущенными веществами в уравнении реакции </w:t>
            </w:r>
            <w:r w:rsidRPr="004D00E1">
              <w:rPr>
                <w:szCs w:val="24"/>
              </w:rPr>
              <w:t>K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proofErr w:type="gramStart"/>
            <w:r w:rsidRPr="006D0217">
              <w:rPr>
                <w:szCs w:val="24"/>
                <w:lang w:val="ru-RU"/>
              </w:rPr>
              <w:t>+….</w:t>
            </w:r>
            <w:proofErr w:type="gramEnd"/>
            <w:r w:rsidRPr="006D0217">
              <w:rPr>
                <w:szCs w:val="24"/>
                <w:lang w:val="ru-RU"/>
              </w:rPr>
              <w:t>→</w:t>
            </w:r>
            <w:r w:rsidRPr="004D00E1">
              <w:rPr>
                <w:szCs w:val="24"/>
              </w:rPr>
              <w:t>KCl</w:t>
            </w:r>
            <w:r w:rsidRPr="006D0217">
              <w:rPr>
                <w:szCs w:val="24"/>
                <w:lang w:val="ru-RU"/>
              </w:rPr>
              <w:t>+…+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являются 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 xml:space="preserve">А) </w:t>
            </w:r>
            <w:proofErr w:type="gramStart"/>
            <w:r w:rsidRPr="004D00E1">
              <w:rPr>
                <w:b/>
                <w:szCs w:val="24"/>
              </w:rPr>
              <w:t>HCl</w:t>
            </w:r>
            <w:r w:rsidRPr="006D0217">
              <w:rPr>
                <w:b/>
                <w:szCs w:val="24"/>
                <w:lang w:val="ru-RU"/>
              </w:rPr>
              <w:t xml:space="preserve">  и</w:t>
            </w:r>
            <w:proofErr w:type="gramEnd"/>
            <w:r w:rsidRPr="006D0217">
              <w:rPr>
                <w:b/>
                <w:szCs w:val="24"/>
                <w:lang w:val="ru-RU"/>
              </w:rPr>
              <w:t xml:space="preserve"> </w:t>
            </w:r>
            <w:r w:rsidRPr="004D00E1">
              <w:rPr>
                <w:b/>
                <w:szCs w:val="24"/>
              </w:rPr>
              <w:t>CO</w:t>
            </w:r>
            <w:r w:rsidRPr="006D0217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HNO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N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Г) 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6D0217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SO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7. </w:t>
            </w:r>
            <w:r w:rsidRPr="006D0217">
              <w:rPr>
                <w:color w:val="000000"/>
                <w:szCs w:val="24"/>
                <w:lang w:val="ru-RU"/>
              </w:rPr>
              <w:t>Из числа указанных в ряду элементов выберите два элемента, которые проявляют низшую степень окисления, равную –4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А) Р</w:t>
            </w:r>
          </w:p>
          <w:p w:rsidR="007B68C2" w:rsidRPr="004D00E1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С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N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b/>
                <w:szCs w:val="24"/>
              </w:rPr>
              <w:t>Г) Si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4D00E1" w:rsidRDefault="007B68C2" w:rsidP="00E31021">
            <w:pPr>
              <w:spacing w:line="240" w:lineRule="auto"/>
              <w:rPr>
                <w:color w:val="000000"/>
                <w:szCs w:val="24"/>
              </w:rPr>
            </w:pPr>
            <w:r w:rsidRPr="006D0217">
              <w:rPr>
                <w:szCs w:val="24"/>
                <w:lang w:val="ru-RU"/>
              </w:rPr>
              <w:t xml:space="preserve">8. </w:t>
            </w:r>
            <w:r w:rsidRPr="006D0217">
              <w:rPr>
                <w:color w:val="000000"/>
                <w:szCs w:val="24"/>
                <w:lang w:val="ru-RU"/>
              </w:rPr>
              <w:t>Из числа ука</w:t>
            </w:r>
            <w:r w:rsidRPr="006D0217">
              <w:rPr>
                <w:color w:val="000000"/>
                <w:szCs w:val="24"/>
                <w:lang w:val="ru-RU"/>
              </w:rPr>
              <w:softHyphen/>
              <w:t>зан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ных в ряду эле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мен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тов вы</w:t>
            </w:r>
            <w:r w:rsidRPr="006D0217">
              <w:rPr>
                <w:color w:val="000000"/>
                <w:szCs w:val="24"/>
                <w:lang w:val="ru-RU"/>
              </w:rPr>
              <w:softHyphen/>
              <w:t>бе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те два эле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мен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та, ко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рые про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яв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ля</w:t>
            </w:r>
            <w:r w:rsidRPr="006D0217">
              <w:rPr>
                <w:color w:val="000000"/>
                <w:szCs w:val="24"/>
                <w:lang w:val="ru-RU"/>
              </w:rPr>
              <w:softHyphen/>
              <w:t>ют высшую сте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пень окис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ния, 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 xml:space="preserve">ную </w:t>
            </w:r>
            <w:r w:rsidRPr="004D00E1">
              <w:rPr>
                <w:color w:val="000000"/>
                <w:szCs w:val="24"/>
              </w:rPr>
              <w:t>+1.</w:t>
            </w:r>
          </w:p>
          <w:p w:rsidR="007B68C2" w:rsidRPr="004D00E1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А) Na</w:t>
            </w:r>
          </w:p>
          <w:p w:rsidR="007B68C2" w:rsidRPr="004D00E1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Li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В) Mg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 Ba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lastRenderedPageBreak/>
              <w:t xml:space="preserve">9. </w:t>
            </w:r>
            <w:r w:rsidRPr="006D0217">
              <w:rPr>
                <w:color w:val="000000"/>
                <w:szCs w:val="24"/>
                <w:lang w:val="ru-RU"/>
              </w:rPr>
              <w:t>Из предложенного перечня выберите два соединения, в которых присутствует ионная химическая связь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Cl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 xml:space="preserve">Б) </w:t>
            </w:r>
            <w:r w:rsidRPr="004D00E1">
              <w:rPr>
                <w:b/>
                <w:szCs w:val="24"/>
              </w:rPr>
              <w:t>NaBr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b/>
                <w:szCs w:val="24"/>
              </w:rPr>
              <w:t>Г) Na</w:t>
            </w:r>
            <w:r w:rsidRPr="004D00E1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O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10.  </w:t>
            </w:r>
            <w:r w:rsidRPr="006D0217">
              <w:rPr>
                <w:color w:val="000000"/>
                <w:szCs w:val="24"/>
                <w:lang w:val="ru-RU"/>
              </w:rPr>
              <w:t>Из предложенного перечня выберите два вещества, в которых присутствует ко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ва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лент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ная свя</w:t>
            </w:r>
            <w:r w:rsidRPr="006D0217">
              <w:rPr>
                <w:color w:val="000000"/>
                <w:szCs w:val="24"/>
                <w:lang w:val="ru-RU"/>
              </w:rPr>
              <w:softHyphen/>
              <w:t>зь.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 xml:space="preserve">А) </w:t>
            </w:r>
            <w:r w:rsidRPr="004D00E1">
              <w:rPr>
                <w:b/>
                <w:szCs w:val="24"/>
              </w:rPr>
              <w:t>Cl</w:t>
            </w:r>
            <w:r w:rsidRPr="006D0217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NaBr</w:t>
            </w:r>
          </w:p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 xml:space="preserve">В) </w:t>
            </w:r>
            <w:r w:rsidRPr="004D00E1">
              <w:rPr>
                <w:b/>
                <w:szCs w:val="24"/>
              </w:rPr>
              <w:t>H</w:t>
            </w:r>
            <w:r w:rsidRPr="006D0217">
              <w:rPr>
                <w:b/>
                <w:szCs w:val="24"/>
                <w:vertAlign w:val="subscript"/>
                <w:lang w:val="ru-RU"/>
              </w:rPr>
              <w:t>2</w:t>
            </w:r>
            <w:r w:rsidRPr="004D00E1">
              <w:rPr>
                <w:b/>
                <w:szCs w:val="24"/>
              </w:rPr>
              <w:t>S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Г)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</w:tr>
      <w:tr w:rsidR="007B68C2" w:rsidRPr="00791B26" w:rsidTr="008921D6">
        <w:trPr>
          <w:trHeight w:val="184"/>
        </w:trPr>
        <w:tc>
          <w:tcPr>
            <w:tcW w:w="2511" w:type="dxa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Индикатор</w:t>
            </w:r>
          </w:p>
        </w:tc>
        <w:tc>
          <w:tcPr>
            <w:tcW w:w="2305" w:type="dxa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ОПК – 1.1</w:t>
            </w:r>
          </w:p>
        </w:tc>
        <w:tc>
          <w:tcPr>
            <w:tcW w:w="2509" w:type="dxa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Семестр </w:t>
            </w:r>
          </w:p>
        </w:tc>
        <w:tc>
          <w:tcPr>
            <w:tcW w:w="3415" w:type="dxa"/>
          </w:tcPr>
          <w:p w:rsidR="007B68C2" w:rsidRPr="00791B26" w:rsidRDefault="007B68C2" w:rsidP="008921D6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7B68C2" w:rsidRPr="00791B26" w:rsidTr="008921D6">
        <w:trPr>
          <w:trHeight w:val="182"/>
        </w:trPr>
        <w:tc>
          <w:tcPr>
            <w:tcW w:w="4816" w:type="dxa"/>
            <w:gridSpan w:val="2"/>
          </w:tcPr>
          <w:p w:rsidR="007B68C2" w:rsidRPr="00791B26" w:rsidRDefault="007B68C2" w:rsidP="00E31021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5924" w:type="dxa"/>
            <w:gridSpan w:val="2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Повышенный</w:t>
            </w:r>
          </w:p>
        </w:tc>
      </w:tr>
      <w:tr w:rsidR="007B68C2" w:rsidRPr="008921D6" w:rsidTr="008921D6">
        <w:trPr>
          <w:trHeight w:val="182"/>
        </w:trPr>
        <w:tc>
          <w:tcPr>
            <w:tcW w:w="4816" w:type="dxa"/>
            <w:gridSpan w:val="2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5924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>Задания на установление последовательности/соответствия</w:t>
            </w:r>
          </w:p>
        </w:tc>
      </w:tr>
      <w:tr w:rsidR="007B68C2" w:rsidRPr="008921D6" w:rsidTr="008921D6">
        <w:trPr>
          <w:trHeight w:val="182"/>
        </w:trPr>
        <w:tc>
          <w:tcPr>
            <w:tcW w:w="4816" w:type="dxa"/>
            <w:gridSpan w:val="2"/>
          </w:tcPr>
          <w:p w:rsidR="007B68C2" w:rsidRPr="00791B26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5924" w:type="dxa"/>
            <w:gridSpan w:val="2"/>
          </w:tcPr>
          <w:p w:rsidR="007B68C2" w:rsidRPr="006D0217" w:rsidRDefault="007B68C2" w:rsidP="00E31021">
            <w:pPr>
              <w:spacing w:line="240" w:lineRule="auto"/>
              <w:rPr>
                <w:b/>
                <w:szCs w:val="24"/>
                <w:lang w:val="ru-RU"/>
              </w:rPr>
            </w:pPr>
            <w:r w:rsidRPr="006D0217">
              <w:rPr>
                <w:b/>
                <w:szCs w:val="24"/>
                <w:lang w:val="ru-RU"/>
              </w:rPr>
              <w:t>Установите последовательность элементов/соответствие между объектами задания и вариантами ответа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11.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2s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2p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3s</w:t>
            </w:r>
          </w:p>
          <w:p w:rsidR="007B68C2" w:rsidRDefault="007B68C2" w:rsidP="00E31021">
            <w:pPr>
              <w:pStyle w:val="ae"/>
              <w:numPr>
                <w:ilvl w:val="0"/>
                <w:numId w:val="8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3p </w:t>
            </w:r>
          </w:p>
          <w:p w:rsidR="007B68C2" w:rsidRPr="004D00E1" w:rsidRDefault="007B68C2" w:rsidP="00E31021">
            <w:pPr>
              <w:pStyle w:val="ae"/>
              <w:spacing w:line="240" w:lineRule="auto"/>
              <w:rPr>
                <w:szCs w:val="24"/>
              </w:rPr>
            </w:pP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12.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4s 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3d 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4p 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5s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13.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6s 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5d   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4f 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6p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14.  Расположите вещества в следующем порядке: кислотный оксид, кислота, соль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 xml:space="preserve"> 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15. Расположите вещества в следующем порядке: основной оксид, основание, соль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BaCl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16.  Расположите вещества в следующем порядке: кислая соль, средняя соль, основная соль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Гидросульфат натрия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Хлорид бария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Гидроксокарбонат меди.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lastRenderedPageBreak/>
              <w:t xml:space="preserve">17. </w:t>
            </w:r>
            <w:r w:rsidRPr="006D0217">
              <w:rPr>
                <w:color w:val="000000"/>
                <w:szCs w:val="24"/>
                <w:lang w:val="ru-RU"/>
              </w:rPr>
              <w:t>Расположите химические элементы в порядке возрастания их металлических свойств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Кремний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Магний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Натрий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18. </w:t>
            </w:r>
            <w:r w:rsidRPr="006D0217">
              <w:rPr>
                <w:color w:val="000000"/>
                <w:szCs w:val="24"/>
                <w:lang w:val="ru-RU"/>
              </w:rPr>
              <w:t>Рас</w:t>
            </w:r>
            <w:r w:rsidRPr="006D0217">
              <w:rPr>
                <w:color w:val="000000"/>
                <w:szCs w:val="24"/>
                <w:lang w:val="ru-RU"/>
              </w:rPr>
              <w:softHyphen/>
              <w:t>по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жи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мен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ряд</w:t>
            </w:r>
            <w:r w:rsidRPr="006D0217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рас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та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 их 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тал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ских свойств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6D0217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Алюминий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Магний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Натрий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6D0217">
              <w:rPr>
                <w:color w:val="000000"/>
                <w:szCs w:val="24"/>
                <w:lang w:val="ru-RU"/>
              </w:rPr>
              <w:t>19. Рас</w:t>
            </w:r>
            <w:r w:rsidRPr="006D0217">
              <w:rPr>
                <w:color w:val="000000"/>
                <w:szCs w:val="24"/>
                <w:lang w:val="ru-RU"/>
              </w:rPr>
              <w:softHyphen/>
              <w:t>по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жи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мен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ряд</w:t>
            </w:r>
            <w:r w:rsidRPr="006D0217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рас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та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тал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6D0217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Магний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Кремний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Хлор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6D0217">
              <w:rPr>
                <w:color w:val="000000"/>
                <w:szCs w:val="24"/>
                <w:lang w:val="ru-RU"/>
              </w:rPr>
              <w:t>20. Рас</w:t>
            </w:r>
            <w:r w:rsidRPr="006D0217">
              <w:rPr>
                <w:color w:val="000000"/>
                <w:szCs w:val="24"/>
                <w:lang w:val="ru-RU"/>
              </w:rPr>
              <w:softHyphen/>
              <w:t>по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жи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мен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ряд</w:t>
            </w:r>
            <w:r w:rsidRPr="006D0217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рас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та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тал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6"/>
              </w:numPr>
              <w:spacing w:line="240" w:lineRule="auto"/>
              <w:jc w:val="both"/>
              <w:rPr>
                <w:szCs w:val="24"/>
              </w:rPr>
            </w:pPr>
            <w:r w:rsidRPr="004D00E1">
              <w:rPr>
                <w:szCs w:val="24"/>
              </w:rPr>
              <w:t>Калий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Мышьяк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Бром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21. Расположите химические элементы в порядке возрастания их атомных радиусов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9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22. Расположите химические элементы в порядке возрастания их атомных радиусов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Se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Te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23. Расположите химические элементы в порядке убывания их атомных радиусов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P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Cl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24. Расположите химические элементы в порядке убывания их атомных радиусов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In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Sb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</w:t>
            </w:r>
          </w:p>
        </w:tc>
      </w:tr>
      <w:tr w:rsidR="007B68C2" w:rsidRPr="004D00E1" w:rsidTr="008921D6"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25. Расположите химические элементы в порядке возрастания их энергии ионизации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Mg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bottom w:val="single" w:sz="4" w:space="0" w:color="auto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26. Расположите химические элементы в порядке убывания их энергии ионизации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27. Установите соответствие между формулой соли и продуктами электролиза водного раствора этой соли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Формула соли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1 </w:t>
            </w:r>
            <w:r w:rsidRPr="004D00E1">
              <w:rPr>
                <w:szCs w:val="24"/>
              </w:rPr>
              <w:t>KCl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2 </w:t>
            </w:r>
            <w:r w:rsidRPr="004D00E1">
              <w:rPr>
                <w:szCs w:val="24"/>
              </w:rPr>
              <w:t>Na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4D00E1">
              <w:rPr>
                <w:szCs w:val="24"/>
              </w:rPr>
              <w:t>PO</w:t>
            </w:r>
            <w:r w:rsidRPr="006D0217">
              <w:rPr>
                <w:szCs w:val="24"/>
                <w:vertAlign w:val="subscript"/>
                <w:lang w:val="ru-RU"/>
              </w:rPr>
              <w:t>4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 </w:t>
            </w:r>
            <w:r w:rsidRPr="004D00E1">
              <w:rPr>
                <w:szCs w:val="24"/>
              </w:rPr>
              <w:t>Cu</w:t>
            </w:r>
            <w:r w:rsidRPr="006D0217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>)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Продукты электролиза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Cu</w:t>
            </w:r>
            <w:r w:rsidRPr="006D0217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H</w:t>
            </w:r>
            <w:proofErr w:type="gramStart"/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,Cl</w:t>
            </w:r>
            <w:proofErr w:type="gramEnd"/>
            <w:r w:rsidRPr="004D00E1">
              <w:rPr>
                <w:szCs w:val="24"/>
                <w:vertAlign w:val="subscript"/>
              </w:rPr>
              <w:t>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Г. Cu, NO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  <w:bottom w:val="single" w:sz="4" w:space="0" w:color="auto"/>
            </w:tcBorders>
          </w:tcPr>
          <w:p w:rsidR="007B68C2" w:rsidRPr="00756FBF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lastRenderedPageBreak/>
              <w:t>1В, 2Б, 3А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28. Установите соответствие между формулой соли и продуктами электролиза водного раствора этой соли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Формула соли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NaI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AgNO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K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SO</w:t>
            </w:r>
            <w:r w:rsidRPr="006D0217">
              <w:rPr>
                <w:szCs w:val="24"/>
                <w:vertAlign w:val="subscript"/>
                <w:lang w:val="ru-RU"/>
              </w:rPr>
              <w:t>4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Продукты электролиза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Ag</w:t>
            </w:r>
            <w:r w:rsidRPr="006D0217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K, SO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7B68C2" w:rsidRPr="00756FBF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H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 xml:space="preserve">, </w:t>
            </w:r>
            <w:r w:rsidRPr="004D00E1">
              <w:rPr>
                <w:szCs w:val="24"/>
              </w:rPr>
              <w:t>I</w:t>
            </w:r>
            <w:r w:rsidRPr="00756FBF">
              <w:rPr>
                <w:szCs w:val="24"/>
                <w:vertAlign w:val="subscript"/>
              </w:rPr>
              <w:t>2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756FBF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1Г, 2А, 3Б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29. Установите соответствие между молекулярным и ионным уравнением реакции</w:t>
            </w:r>
          </w:p>
        </w:tc>
      </w:tr>
      <w:tr w:rsidR="007B68C2" w:rsidRPr="007D41C0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 w:rsidRPr="006D0217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6D0217">
              <w:rPr>
                <w:szCs w:val="24"/>
                <w:lang w:val="ru-RU"/>
              </w:rPr>
              <w:t>)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HCl</w:t>
            </w:r>
            <w:r w:rsidRPr="006D0217">
              <w:rPr>
                <w:szCs w:val="24"/>
                <w:lang w:val="ru-RU"/>
              </w:rPr>
              <w:t>→</w:t>
            </w:r>
          </w:p>
          <w:p w:rsidR="007B68C2" w:rsidRPr="00756FBF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2. 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3. H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KOH</w:t>
            </w:r>
            <w:r>
              <w:rPr>
                <w:szCs w:val="24"/>
              </w:rPr>
              <w:t>→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>
              <w:rPr>
                <w:szCs w:val="24"/>
              </w:rPr>
              <w:t>Ba</w:t>
            </w:r>
            <w:r w:rsidRPr="006D0217">
              <w:rPr>
                <w:szCs w:val="24"/>
                <w:vertAlign w:val="superscript"/>
                <w:lang w:val="ru-RU"/>
              </w:rPr>
              <w:t>2+</w:t>
            </w:r>
            <w:r w:rsidRPr="006D0217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SO</w:t>
            </w:r>
            <w:r w:rsidRPr="006D0217">
              <w:rPr>
                <w:szCs w:val="24"/>
                <w:vertAlign w:val="subscript"/>
                <w:lang w:val="ru-RU"/>
              </w:rPr>
              <w:t>4</w:t>
            </w:r>
            <w:r w:rsidRPr="006D0217">
              <w:rPr>
                <w:szCs w:val="24"/>
                <w:vertAlign w:val="superscript"/>
                <w:lang w:val="ru-RU"/>
              </w:rPr>
              <w:t>2-</w:t>
            </w:r>
            <w:r w:rsidRPr="006D0217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6D0217">
              <w:rPr>
                <w:szCs w:val="24"/>
                <w:vertAlign w:val="subscript"/>
                <w:lang w:val="ru-RU"/>
              </w:rPr>
              <w:t>4</w:t>
            </w:r>
            <w:r w:rsidRPr="006D0217">
              <w:rPr>
                <w:szCs w:val="24"/>
                <w:lang w:val="ru-RU"/>
              </w:rPr>
              <w:t>↓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С</w:t>
            </w:r>
            <w:r w:rsidRPr="004D00E1">
              <w:rPr>
                <w:szCs w:val="24"/>
              </w:rPr>
              <w:t>u</w:t>
            </w:r>
            <w:r w:rsidRPr="006D0217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6D0217">
              <w:rPr>
                <w:szCs w:val="24"/>
                <w:lang w:val="ru-RU"/>
              </w:rPr>
              <w:t>)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perscript"/>
                <w:lang w:val="ru-RU"/>
              </w:rPr>
              <w:t>+</w:t>
            </w:r>
            <w:r w:rsidRPr="006D0217">
              <w:rPr>
                <w:szCs w:val="24"/>
                <w:lang w:val="ru-RU"/>
              </w:rPr>
              <w:t>→</w:t>
            </w:r>
            <w:r>
              <w:rPr>
                <w:szCs w:val="24"/>
              </w:rPr>
              <w:t>Cu</w:t>
            </w:r>
            <w:r w:rsidRPr="006D0217">
              <w:rPr>
                <w:szCs w:val="24"/>
                <w:vertAlign w:val="superscript"/>
                <w:lang w:val="ru-RU"/>
              </w:rPr>
              <w:t>2+</w:t>
            </w:r>
            <w:r w:rsidRPr="006D0217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В. </w:t>
            </w:r>
            <w:r>
              <w:rPr>
                <w:szCs w:val="24"/>
              </w:rPr>
              <w:t>Ba</w:t>
            </w:r>
            <w:r w:rsidRPr="006D0217">
              <w:rPr>
                <w:szCs w:val="24"/>
                <w:vertAlign w:val="superscript"/>
                <w:lang w:val="ru-RU"/>
              </w:rPr>
              <w:t>2+</w:t>
            </w:r>
            <w:r w:rsidRPr="006D0217">
              <w:rPr>
                <w:szCs w:val="24"/>
                <w:lang w:val="ru-RU"/>
              </w:rPr>
              <w:t>+С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vertAlign w:val="superscript"/>
                <w:lang w:val="ru-RU"/>
              </w:rPr>
              <w:t>2-</w:t>
            </w:r>
            <w:r w:rsidRPr="006D0217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6D0217">
              <w:rPr>
                <w:szCs w:val="24"/>
                <w:lang w:val="ru-RU"/>
              </w:rPr>
              <w:t>С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>↓</w:t>
            </w:r>
          </w:p>
          <w:p w:rsidR="007B68C2" w:rsidRPr="007D41C0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7D41C0" w:rsidRDefault="007B68C2" w:rsidP="00E31021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1Б, 2A, 3Г</w:t>
            </w:r>
            <w:r>
              <w:rPr>
                <w:b/>
                <w:szCs w:val="24"/>
              </w:rPr>
              <w:t>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30. Установите соответствие между молекулярным и ионным уравнением реакции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756FBF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Молекулярное уравнение</w:t>
            </w:r>
          </w:p>
          <w:p w:rsidR="007B68C2" w:rsidRPr="00756FBF" w:rsidRDefault="007B68C2" w:rsidP="00E31021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AgNO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KCl</w:t>
            </w:r>
            <w:r>
              <w:rPr>
                <w:szCs w:val="24"/>
              </w:rPr>
              <w:t>→</w:t>
            </w:r>
          </w:p>
          <w:p w:rsidR="007B68C2" w:rsidRPr="00756FBF" w:rsidRDefault="007B68C2" w:rsidP="00E31021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HCl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NaOH</w:t>
            </w:r>
            <w:r>
              <w:rPr>
                <w:szCs w:val="24"/>
              </w:rPr>
              <w:t>→</w:t>
            </w:r>
          </w:p>
          <w:p w:rsidR="007B68C2" w:rsidRPr="00756FBF" w:rsidRDefault="007B68C2" w:rsidP="00E31021">
            <w:pPr>
              <w:pStyle w:val="ae"/>
              <w:numPr>
                <w:ilvl w:val="0"/>
                <w:numId w:val="10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MgCl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→</w:t>
            </w:r>
          </w:p>
          <w:p w:rsidR="007B68C2" w:rsidRPr="00756FBF" w:rsidRDefault="007B68C2" w:rsidP="00E31021">
            <w:pPr>
              <w:spacing w:line="240" w:lineRule="auto"/>
              <w:rPr>
                <w:szCs w:val="24"/>
              </w:rPr>
            </w:pP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756FBF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Ионное уравнение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>
              <w:rPr>
                <w:szCs w:val="24"/>
              </w:rPr>
              <w:t>.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  <w:p w:rsidR="007B68C2" w:rsidRPr="007D41C0" w:rsidRDefault="007B68C2" w:rsidP="00E31021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>Б. CO</w:t>
            </w:r>
            <w:r w:rsidRPr="007D41C0">
              <w:rPr>
                <w:szCs w:val="24"/>
                <w:vertAlign w:val="subscript"/>
              </w:rPr>
              <w:t>3</w:t>
            </w:r>
            <w:r w:rsidRPr="007D41C0">
              <w:rPr>
                <w:szCs w:val="24"/>
                <w:vertAlign w:val="superscript"/>
              </w:rPr>
              <w:t>2-</w:t>
            </w:r>
            <w:r w:rsidRPr="007D41C0">
              <w:rPr>
                <w:szCs w:val="24"/>
              </w:rPr>
              <w:t>+Mg</w:t>
            </w:r>
            <w:r w:rsidRPr="007D41C0">
              <w:rPr>
                <w:szCs w:val="24"/>
                <w:vertAlign w:val="superscript"/>
              </w:rPr>
              <w:t>2+</w:t>
            </w:r>
            <w:r w:rsidRPr="007D41C0">
              <w:rPr>
                <w:szCs w:val="24"/>
              </w:rPr>
              <w:t>→Mg CO</w:t>
            </w:r>
            <w:r w:rsidRPr="007D41C0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  <w:p w:rsidR="007B68C2" w:rsidRDefault="007B68C2" w:rsidP="00E31021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 xml:space="preserve">В. </w:t>
            </w:r>
            <w:r>
              <w:rPr>
                <w:szCs w:val="24"/>
              </w:rPr>
              <w:t>Ag</w:t>
            </w:r>
            <w:r w:rsidRPr="007D41C0">
              <w:rPr>
                <w:szCs w:val="24"/>
                <w:vertAlign w:val="superscript"/>
              </w:rPr>
              <w:t>+</w:t>
            </w:r>
            <w:r w:rsidRPr="007D41C0">
              <w:rPr>
                <w:szCs w:val="24"/>
              </w:rPr>
              <w:t>+Cl</w:t>
            </w:r>
            <w:r w:rsidRPr="007D41C0">
              <w:rPr>
                <w:szCs w:val="24"/>
                <w:vertAlign w:val="superscript"/>
              </w:rPr>
              <w:t>-</w:t>
            </w:r>
            <w:r w:rsidRPr="007D41C0"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Ag</w:t>
            </w:r>
            <w:r w:rsidRPr="004D00E1">
              <w:rPr>
                <w:szCs w:val="24"/>
              </w:rPr>
              <w:t>Cl</w:t>
            </w:r>
            <w:r>
              <w:rPr>
                <w:szCs w:val="24"/>
              </w:rPr>
              <w:t>↓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Г.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7D41C0" w:rsidRDefault="007B68C2" w:rsidP="00E31021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1В, 2А, 3Б</w:t>
            </w:r>
            <w:r>
              <w:rPr>
                <w:b/>
                <w:szCs w:val="24"/>
              </w:rPr>
              <w:t>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31. Установите соответствие между молекулярным и ионным уравнением реакции</w:t>
            </w:r>
          </w:p>
        </w:tc>
      </w:tr>
      <w:tr w:rsidR="007B68C2" w:rsidRPr="001246EF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>
              <w:rPr>
                <w:szCs w:val="24"/>
              </w:rPr>
              <w:t>SO</w:t>
            </w:r>
            <w:r w:rsidRPr="006D0217">
              <w:rPr>
                <w:szCs w:val="24"/>
                <w:vertAlign w:val="subscript"/>
                <w:lang w:val="ru-RU"/>
              </w:rPr>
              <w:t>4</w:t>
            </w:r>
            <w:r w:rsidRPr="006D0217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NaOH</w:t>
            </w:r>
            <w:r w:rsidRPr="006D0217">
              <w:rPr>
                <w:szCs w:val="24"/>
                <w:lang w:val="ru-RU"/>
              </w:rPr>
              <w:t>→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2. </w:t>
            </w:r>
            <w:r w:rsidRPr="00756FBF">
              <w:rPr>
                <w:szCs w:val="24"/>
              </w:rPr>
              <w:t>Na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756FBF">
              <w:rPr>
                <w:szCs w:val="24"/>
              </w:rPr>
              <w:t>CO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>+2Н</w:t>
            </w:r>
            <w:r w:rsidRPr="00756FBF">
              <w:rPr>
                <w:szCs w:val="24"/>
              </w:rPr>
              <w:t>Cl</w:t>
            </w:r>
            <w:r w:rsidRPr="006D0217">
              <w:rPr>
                <w:szCs w:val="24"/>
                <w:lang w:val="ru-RU"/>
              </w:rPr>
              <w:t>→</w:t>
            </w:r>
          </w:p>
          <w:p w:rsidR="007B68C2" w:rsidRPr="007D41C0" w:rsidRDefault="007B68C2" w:rsidP="00E31021">
            <w:pPr>
              <w:spacing w:line="240" w:lineRule="auto"/>
              <w:rPr>
                <w:szCs w:val="24"/>
              </w:rPr>
            </w:pPr>
            <w:r w:rsidRPr="007D41C0">
              <w:rPr>
                <w:szCs w:val="24"/>
              </w:rPr>
              <w:t>3.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756FBF">
              <w:rPr>
                <w:szCs w:val="24"/>
              </w:rPr>
              <w:t>CO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vertAlign w:val="superscript"/>
                <w:lang w:val="ru-RU"/>
              </w:rPr>
              <w:t>2-</w:t>
            </w:r>
            <w:r w:rsidRPr="006D0217">
              <w:rPr>
                <w:szCs w:val="24"/>
                <w:lang w:val="ru-RU"/>
              </w:rPr>
              <w:t>+2Н</w:t>
            </w:r>
            <w:r w:rsidRPr="006D0217">
              <w:rPr>
                <w:szCs w:val="24"/>
                <w:vertAlign w:val="superscript"/>
                <w:lang w:val="ru-RU"/>
              </w:rPr>
              <w:t>+</w:t>
            </w:r>
            <w:r w:rsidRPr="006D0217">
              <w:rPr>
                <w:szCs w:val="24"/>
                <w:lang w:val="ru-RU"/>
              </w:rPr>
              <w:t>→СО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 xml:space="preserve">↑+ </w:t>
            </w:r>
            <w:r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7B68C2" w:rsidRPr="007D41C0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↓</w:t>
            </w:r>
          </w:p>
          <w:p w:rsidR="007B68C2" w:rsidRPr="007D41C0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>
              <w:rPr>
                <w:szCs w:val="24"/>
              </w:rPr>
              <w:t>SO</w:t>
            </w:r>
            <w:r w:rsidRPr="007D41C0">
              <w:rPr>
                <w:szCs w:val="24"/>
                <w:vertAlign w:val="subscript"/>
              </w:rPr>
              <w:t>4</w:t>
            </w:r>
            <w:r w:rsidRPr="007D41C0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</w:t>
            </w:r>
            <w:r w:rsidRPr="007D41C0"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  <w:vertAlign w:val="subscript"/>
              </w:rPr>
              <w:t>↓</w:t>
            </w:r>
          </w:p>
          <w:p w:rsidR="007B68C2" w:rsidRPr="007D41C0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>
              <w:rPr>
                <w:szCs w:val="24"/>
              </w:rPr>
              <w:t>→Cu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7B68C2" w:rsidRPr="007D41C0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7D41C0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7D41C0">
              <w:rPr>
                <w:b/>
                <w:szCs w:val="24"/>
              </w:rPr>
              <w:t>(1В, 2А, 3Б)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32 </w:t>
            </w:r>
            <w:r w:rsidRPr="006D0217">
              <w:rPr>
                <w:color w:val="000000"/>
                <w:szCs w:val="24"/>
                <w:lang w:val="ru-RU"/>
              </w:rPr>
              <w:t>Установите соответствие между формулой соли и продуктом, образующимся на инертном аноде при электролизе ее водного раствора</w:t>
            </w:r>
          </w:p>
        </w:tc>
      </w:tr>
      <w:tr w:rsidR="007B68C2" w:rsidRPr="001246EF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Формула соли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 К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Na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MgSO</w:t>
            </w:r>
            <w:r w:rsidRPr="006D0217">
              <w:rPr>
                <w:szCs w:val="24"/>
                <w:vertAlign w:val="subscript"/>
                <w:lang w:val="ru-RU"/>
              </w:rPr>
              <w:t>4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4. </w:t>
            </w:r>
            <w:r w:rsidRPr="004D00E1">
              <w:rPr>
                <w:szCs w:val="24"/>
              </w:rPr>
              <w:t>CuBr</w:t>
            </w:r>
            <w:r w:rsidRPr="006D0217">
              <w:rPr>
                <w:szCs w:val="24"/>
                <w:vertAlign w:val="subscript"/>
                <w:lang w:val="ru-RU"/>
              </w:rPr>
              <w:t xml:space="preserve">2 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color w:val="000000"/>
                <w:szCs w:val="24"/>
                <w:u w:val="single"/>
                <w:lang w:val="ru-RU"/>
              </w:rPr>
              <w:t>Продукт электролиза на аноде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HBr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Cu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Br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Д. S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1B, 2Д, 3В, 4Г</w:t>
            </w:r>
            <w:r>
              <w:rPr>
                <w:b/>
                <w:szCs w:val="24"/>
              </w:rPr>
              <w:t>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33 Установите соответствие между </w:t>
            </w:r>
            <w:r w:rsidRPr="006D0217">
              <w:rPr>
                <w:color w:val="000000"/>
                <w:szCs w:val="24"/>
                <w:lang w:val="ru-RU"/>
              </w:rPr>
              <w:t>формулой соли и продуктом, образующимся на катоде при электролизе ее водного раствора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Формула соли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CuSO</w:t>
            </w:r>
            <w:r w:rsidRPr="004D00E1">
              <w:rPr>
                <w:szCs w:val="24"/>
                <w:vertAlign w:val="subscript"/>
              </w:rPr>
              <w:t>4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AgF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7B68C2" w:rsidRPr="004D00E1" w:rsidRDefault="007B68C2" w:rsidP="00E31021">
            <w:pPr>
              <w:pStyle w:val="ae"/>
              <w:numPr>
                <w:ilvl w:val="0"/>
                <w:numId w:val="10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LiOH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color w:val="000000"/>
                <w:szCs w:val="24"/>
                <w:u w:val="single"/>
              </w:rPr>
              <w:t>Продукт  электролиза на катоде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А. H2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Ba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Cu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O2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Д. Ag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b/>
                <w:color w:val="000000"/>
                <w:szCs w:val="24"/>
                <w:u w:val="single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1В, 2Д, 3А, 4А</w:t>
            </w:r>
            <w:r>
              <w:rPr>
                <w:b/>
                <w:szCs w:val="24"/>
              </w:rPr>
              <w:t>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34 </w:t>
            </w:r>
            <w:r w:rsidRPr="006D0217">
              <w:rPr>
                <w:color w:val="000000"/>
                <w:szCs w:val="24"/>
                <w:lang w:val="ru-RU"/>
              </w:rPr>
              <w:t>Установите со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от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ак</w:t>
            </w:r>
            <w:r w:rsidRPr="006D0217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6D0217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ще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 хи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7B68C2" w:rsidRPr="008921D6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lastRenderedPageBreak/>
              <w:t>Уравнение реакции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F83260E" wp14:editId="1557EBF0">
                  <wp:extent cx="2441575" cy="182880"/>
                  <wp:effectExtent l="0" t="0" r="0" b="7620"/>
                  <wp:docPr id="3" name="Рисунок 3" descr="https://ege.sdamgia.ru/formula/8c/8c4755937baf623c49f3e011dd99697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ege.sdamgia.ru/formula/8c/8c4755937baf623c49f3e011dd99697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9030B9C" wp14:editId="34E14D11">
                  <wp:extent cx="2377440" cy="182880"/>
                  <wp:effectExtent l="0" t="0" r="3810" b="7620"/>
                  <wp:docPr id="6" name="Рисунок 6" descr="https://ege.sdamgia.ru/formula/9a/9aff0b2cefb86c78f2205d8b04743110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ege.sdamgia.ru/formula/9a/9aff0b2cefb86c78f2205d8b04743110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42566682" wp14:editId="07A76132">
                  <wp:extent cx="2359025" cy="182880"/>
                  <wp:effectExtent l="0" t="0" r="3175" b="7620"/>
                  <wp:docPr id="7" name="Рисунок 7" descr="https://ege.sdamgia.ru/formula/8c/8c5064240116fce2902b8716b5e139a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ege.sdamgia.ru/formula/8c/8c5064240116fce2902b8716b5e139a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902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3B487815" wp14:editId="66338AF4">
                  <wp:extent cx="2534022" cy="179092"/>
                  <wp:effectExtent l="0" t="0" r="0" b="0"/>
                  <wp:docPr id="8" name="Рисунок 8" descr="https://ege.sdamgia.ru/formula/e8/e86e565dd9de9846eb48e26d3f7179e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ege.sdamgia.ru/formula/e8/e86e565dd9de9846eb48e26d3f7179e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872" cy="18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Направление смещения химического равновесия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А. в сторону продуктов реакции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в сторону исходных веществ</w:t>
            </w:r>
          </w:p>
          <w:p w:rsidR="007B68C2" w:rsidRPr="006D0217" w:rsidRDefault="007B68C2" w:rsidP="00E31021">
            <w:pPr>
              <w:spacing w:line="240" w:lineRule="auto"/>
              <w:rPr>
                <w:lang w:val="ru-RU"/>
              </w:rPr>
            </w:pPr>
            <w:r w:rsidRPr="006D0217">
              <w:rPr>
                <w:szCs w:val="24"/>
                <w:lang w:val="ru-RU"/>
              </w:rPr>
              <w:t>В. не смещается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  <w:bottom w:val="single" w:sz="4" w:space="0" w:color="auto"/>
            </w:tcBorders>
          </w:tcPr>
          <w:p w:rsidR="007B68C2" w:rsidRPr="00ED3AF8" w:rsidRDefault="007B68C2" w:rsidP="00E31021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ED3AF8">
              <w:rPr>
                <w:b/>
                <w:szCs w:val="24"/>
              </w:rPr>
              <w:t>1А, 2А, 3В, 4В</w:t>
            </w:r>
            <w:r>
              <w:rPr>
                <w:b/>
                <w:szCs w:val="24"/>
              </w:rPr>
              <w:t>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35 </w:t>
            </w:r>
            <w:r w:rsidRPr="006D0217">
              <w:rPr>
                <w:color w:val="000000"/>
                <w:szCs w:val="24"/>
                <w:lang w:val="ru-RU"/>
              </w:rPr>
              <w:t>Установите со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от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ак</w:t>
            </w:r>
            <w:r w:rsidRPr="006D0217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6D0217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ще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 хи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ле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7B68C2" w:rsidRPr="008921D6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2669DDC" wp14:editId="15C2FE5B">
                  <wp:extent cx="2921328" cy="176530"/>
                  <wp:effectExtent l="0" t="0" r="0" b="0"/>
                  <wp:docPr id="52" name="Рисунок 52" descr="https://ege.sdamgia.ru/formula/c5/c573ca18022f77897614416f25b7a3e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ege.sdamgia.ru/formula/c5/c573ca18022f77897614416f25b7a3e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025" cy="182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.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4A49F14" wp14:editId="6A77C10B">
                  <wp:extent cx="2587625" cy="191770"/>
                  <wp:effectExtent l="0" t="0" r="3175" b="0"/>
                  <wp:docPr id="51" name="Рисунок 51" descr="https://ege.sdamgia.ru/formula/f7/f77b7ee88a044d65e46f3b4429eebad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ege.sdamgia.ru/formula/f7/f77b7ee88a044d65e46f3b4429eebad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2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4D00E1">
              <w:rPr>
                <w:szCs w:val="24"/>
              </w:rPr>
              <w:t>.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0F35A9BA" wp14:editId="18BCF92C">
                  <wp:extent cx="2725797" cy="160655"/>
                  <wp:effectExtent l="0" t="0" r="0" b="0"/>
                  <wp:docPr id="50" name="Рисунок 50" descr="https://ege.sdamgia.ru/formula/ac/ac8e8e337aa76ec40c94e7214a3f483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ege.sdamgia.ru/formula/ac/ac8e8e337aa76ec40c94e7214a3f483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817" cy="171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4D00E1">
              <w:rPr>
                <w:szCs w:val="24"/>
              </w:rPr>
              <w:t>.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4AFD418" wp14:editId="08685EA9">
                  <wp:extent cx="2419810" cy="161321"/>
                  <wp:effectExtent l="0" t="0" r="0" b="0"/>
                  <wp:docPr id="49" name="Рисунок 49" descr="https://ege.sdamgia.ru/formula/52/52f5efb517bbb65e357eb92e53a9ff2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ege.sdamgia.ru/formula/52/52f5efb517bbb65e357eb92e53a9ff2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848" cy="17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Направление смещения химического равновесия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А. в сторону продуктов реакции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в сторону исходных веществ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В. не смещается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ED3AF8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ED3AF8">
              <w:rPr>
                <w:b/>
                <w:szCs w:val="24"/>
              </w:rPr>
              <w:t>(1В, 2Б, 3В, 4А)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36 </w:t>
            </w:r>
            <w:r w:rsidRPr="006D0217">
              <w:rPr>
                <w:color w:val="000000"/>
                <w:szCs w:val="24"/>
                <w:lang w:val="ru-RU"/>
              </w:rPr>
              <w:t>Установите со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от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ак</w:t>
            </w:r>
            <w:r w:rsidRPr="006D0217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ще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noProof/>
                <w:color w:val="000000"/>
                <w:szCs w:val="24"/>
              </w:rPr>
              <w:t>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70426E1" wp14:editId="65544307">
                  <wp:extent cx="2672066" cy="167005"/>
                  <wp:effectExtent l="0" t="0" r="0" b="4445"/>
                  <wp:docPr id="24" name="Рисунок 24" descr="https://ege.sdamgia.ru/formula/70/701934c29e758e4542fe595679bc597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ege.sdamgia.ru/formula/70/701934c29e758e4542fe595679bc597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235" cy="175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C9C53B5" wp14:editId="444443BC">
                  <wp:extent cx="2145533" cy="144474"/>
                  <wp:effectExtent l="0" t="0" r="0" b="8255"/>
                  <wp:docPr id="23" name="Рисунок 23" descr="https://ege.sdamgia.ru/formula/0d/0d93a5bcefee594066d2d0e9309618f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ege.sdamgia.ru/formula/0d/0d93a5bcefee594066d2d0e9309618f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641" cy="176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09E75C3E" wp14:editId="0BCA5AF1">
                  <wp:extent cx="2468709" cy="157356"/>
                  <wp:effectExtent l="0" t="0" r="0" b="0"/>
                  <wp:docPr id="22" name="Рисунок 22" descr="https://ege.sdamgia.ru/formula/d8/d82daaf051577a88d8730196fc11b6e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ege.sdamgia.ru/formula/d8/d82daaf051577a88d8730196fc11b6e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109" cy="17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D0F8DAA" wp14:editId="08BAA2DB">
                  <wp:extent cx="2326702" cy="141429"/>
                  <wp:effectExtent l="0" t="0" r="0" b="0"/>
                  <wp:docPr id="21" name="Рисунок 21" descr="https://ege.sdamgia.ru/formula/43/43c54d121a350fd331f8b35c3bb5c5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ege.sdamgia.ru/formula/43/43c54d121a350fd331f8b35c3bb5c5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272" cy="164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Равновесие смещается в сторону продуктов реакции при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А. повышении давления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понижении давления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4D00E1">
              <w:rPr>
                <w:szCs w:val="24"/>
              </w:rPr>
              <w:t>. нагревании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F1537D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(1А, 2В, 3А, 4Б)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37 </w:t>
            </w:r>
            <w:r w:rsidRPr="006D0217">
              <w:rPr>
                <w:color w:val="000000"/>
                <w:szCs w:val="24"/>
                <w:lang w:val="ru-RU"/>
              </w:rPr>
              <w:t>Установите со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от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вет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че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ак</w:t>
            </w:r>
            <w:r w:rsidRPr="006D0217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6D0217">
              <w:rPr>
                <w:color w:val="000000"/>
                <w:szCs w:val="24"/>
                <w:lang w:val="ru-RU"/>
              </w:rPr>
              <w:softHyphen/>
              <w:t>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то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ще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ве</w:t>
            </w:r>
            <w:r w:rsidRPr="006D0217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ро</w:t>
            </w:r>
            <w:r w:rsidRPr="006D0217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7B68C2" w:rsidRPr="008921D6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B0654D7" wp14:editId="3CF1BF88">
                  <wp:extent cx="2058905" cy="146014"/>
                  <wp:effectExtent l="0" t="0" r="0" b="6985"/>
                  <wp:docPr id="28" name="Рисунок 28" descr="https://ege.sdamgia.ru/formula/76/767a0ebc80196f7109fb2983196c960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ege.sdamgia.ru/formula/76/767a0ebc80196f7109fb2983196c960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535" cy="157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14D8EF6" wp14:editId="377242F1">
                  <wp:extent cx="2401492" cy="146874"/>
                  <wp:effectExtent l="0" t="0" r="0" b="5715"/>
                  <wp:docPr id="27" name="Рисунок 27" descr="https://ege.sdamgia.ru/formula/16/16c3084f2fc50caa0c376eefa13e07b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ege.sdamgia.ru/formula/16/16c3084f2fc50caa0c376eefa13e07b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140" cy="16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357EEDA5" wp14:editId="616FA177">
                  <wp:extent cx="2309940" cy="151471"/>
                  <wp:effectExtent l="0" t="0" r="0" b="1270"/>
                  <wp:docPr id="26" name="Рисунок 26" descr="https://ege.sdamgia.ru/formula/20/2021cf1b324603ec77d8b6c0142593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ege.sdamgia.ru/formula/20/2021cf1b324603ec77d8b6c0142593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279" cy="166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29239DC" wp14:editId="0EC2686B">
                  <wp:extent cx="2732431" cy="158849"/>
                  <wp:effectExtent l="0" t="0" r="0" b="0"/>
                  <wp:docPr id="25" name="Рисунок 25" descr="https://ege.sdamgia.ru/formula/f5/f5af0f58cc56b77bc4a11d488e1071a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ege.sdamgia.ru/formula/f5/f5af0f58cc56b77bc4a11d488e1071a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331" cy="17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Равновесие смещается в сторону продуктов реакции при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А. охлаждении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повышении давления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lang w:val="ru-RU"/>
              </w:rPr>
              <w:t>В. понижении давления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F1537D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(1А, 2В, 3А, 4В)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38 </w:t>
            </w:r>
            <w:r w:rsidRPr="006D0217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Название соли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 нитрат натрия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2. фосфат натрия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 xml:space="preserve">сульфат </w:t>
            </w:r>
            <w:r>
              <w:rPr>
                <w:szCs w:val="24"/>
              </w:rPr>
              <w:t>алюминия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В.</w:t>
            </w:r>
            <w:r w:rsidRPr="006D0217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F1537D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(1Г, 2Б, 3А)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39 </w:t>
            </w:r>
            <w:r w:rsidRPr="006D0217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Название соли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1. ацетат аммония 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2. карбонат натрия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>. хлорид цинка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В.</w:t>
            </w:r>
            <w:r w:rsidRPr="006D0217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7B68C2" w:rsidRPr="00BA04A5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(1В, 2Б, 3А)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lastRenderedPageBreak/>
              <w:t xml:space="preserve">40 </w:t>
            </w:r>
            <w:r w:rsidRPr="006D0217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791B26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Формулой</w:t>
            </w:r>
            <w:r w:rsidRPr="00791B26">
              <w:rPr>
                <w:szCs w:val="24"/>
                <w:u w:val="single"/>
              </w:rPr>
              <w:t xml:space="preserve"> </w:t>
            </w:r>
            <w:r w:rsidRPr="004D00E1">
              <w:rPr>
                <w:szCs w:val="24"/>
                <w:u w:val="single"/>
              </w:rPr>
              <w:t>соли</w:t>
            </w:r>
          </w:p>
          <w:p w:rsidR="007B68C2" w:rsidRPr="00791B26" w:rsidRDefault="007B68C2" w:rsidP="00E31021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 xml:space="preserve">1. </w:t>
            </w:r>
            <w:r w:rsidRPr="004D00E1">
              <w:rPr>
                <w:szCs w:val="24"/>
              </w:rPr>
              <w:t>Al</w:t>
            </w:r>
            <w:r w:rsidRPr="00791B26">
              <w:rPr>
                <w:szCs w:val="24"/>
              </w:rPr>
              <w:t>(</w:t>
            </w:r>
            <w:r w:rsidRPr="004D00E1">
              <w:rPr>
                <w:szCs w:val="24"/>
              </w:rPr>
              <w:t>NO</w:t>
            </w:r>
            <w:r w:rsidRPr="00791B26">
              <w:rPr>
                <w:szCs w:val="24"/>
                <w:vertAlign w:val="subscript"/>
              </w:rPr>
              <w:t>3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3</w:t>
            </w:r>
          </w:p>
          <w:p w:rsidR="007B68C2" w:rsidRPr="00791B26" w:rsidRDefault="007B68C2" w:rsidP="00E31021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 xml:space="preserve">2. </w:t>
            </w:r>
            <w:r w:rsidRPr="004D00E1">
              <w:rPr>
                <w:szCs w:val="24"/>
              </w:rPr>
              <w:t>K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91B26">
              <w:rPr>
                <w:szCs w:val="24"/>
                <w:vertAlign w:val="subscript"/>
              </w:rPr>
              <w:t>4</w:t>
            </w:r>
          </w:p>
          <w:p w:rsidR="007B68C2" w:rsidRPr="00791B26" w:rsidRDefault="007B68C2" w:rsidP="00E31021">
            <w:pPr>
              <w:spacing w:line="240" w:lineRule="auto"/>
              <w:rPr>
                <w:szCs w:val="24"/>
              </w:rPr>
            </w:pPr>
            <w:r w:rsidRPr="00791B26">
              <w:rPr>
                <w:szCs w:val="24"/>
              </w:rPr>
              <w:t>3. (</w:t>
            </w:r>
            <w:r w:rsidRPr="004D00E1">
              <w:rPr>
                <w:szCs w:val="24"/>
              </w:rPr>
              <w:t>NH</w:t>
            </w:r>
            <w:r w:rsidRPr="00791B26">
              <w:rPr>
                <w:szCs w:val="24"/>
                <w:vertAlign w:val="subscript"/>
              </w:rPr>
              <w:t>4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91B26">
              <w:rPr>
                <w:szCs w:val="24"/>
                <w:vertAlign w:val="subscript"/>
              </w:rPr>
              <w:t>3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В.</w:t>
            </w:r>
            <w:r w:rsidRPr="006D0217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7B68C2" w:rsidRPr="00BA04A5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2Г, 3В)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41. </w:t>
            </w:r>
            <w:r w:rsidRPr="006D0217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Формулой соли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NaNO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</w:p>
          <w:p w:rsidR="007B68C2" w:rsidRPr="006D0217" w:rsidRDefault="007B68C2" w:rsidP="00E31021">
            <w:pPr>
              <w:tabs>
                <w:tab w:val="left" w:pos="720"/>
              </w:tabs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Cu</w:t>
            </w:r>
            <w:r w:rsidRPr="006D0217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>)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4D00E1" w:rsidRDefault="007B68C2" w:rsidP="00E31021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7B68C2" w:rsidRPr="004D00E1" w:rsidRDefault="007B68C2" w:rsidP="00E31021">
            <w:pPr>
              <w:tabs>
                <w:tab w:val="left" w:pos="720"/>
              </w:tabs>
              <w:spacing w:line="240" w:lineRule="auto"/>
              <w:rPr>
                <w:szCs w:val="24"/>
              </w:rPr>
            </w:pP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А.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Б. </w:t>
            </w:r>
            <w:r w:rsidRPr="006D0217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В.</w:t>
            </w:r>
            <w:r w:rsidRPr="006D0217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(1Г, 2А, 3Б)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42.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</w:t>
            </w:r>
            <w:r w:rsidRPr="006D0217">
              <w:rPr>
                <w:noProof/>
                <w:color w:val="000000"/>
                <w:szCs w:val="24"/>
                <w:lang w:val="ru-RU"/>
              </w:rPr>
              <w:t xml:space="preserve"> </w:t>
            </w:r>
            <w:r w:rsidRPr="004D00E1">
              <w:rPr>
                <w:noProof/>
                <w:color w:val="000000"/>
                <w:szCs w:val="24"/>
              </w:rPr>
              <w:t>NH</w:t>
            </w:r>
            <w:r w:rsidRPr="006D0217">
              <w:rPr>
                <w:noProof/>
                <w:color w:val="000000"/>
                <w:szCs w:val="24"/>
                <w:vertAlign w:val="subscript"/>
                <w:lang w:val="ru-RU"/>
              </w:rPr>
              <w:t>4</w:t>
            </w:r>
            <w:r w:rsidRPr="004D00E1">
              <w:rPr>
                <w:noProof/>
                <w:color w:val="000000"/>
                <w:szCs w:val="24"/>
              </w:rPr>
              <w:t>HCO</w:t>
            </w:r>
            <w:r w:rsidRPr="006D0217">
              <w:rPr>
                <w:noProof/>
                <w:color w:val="000000"/>
                <w:szCs w:val="24"/>
                <w:vertAlign w:val="subscript"/>
                <w:lang w:val="ru-RU"/>
              </w:rPr>
              <w:t>3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KF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NO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Класс неорганического соединения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А. соль средняя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оксид кислотный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В. оксид несолеобразующийся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соль кислая 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(1Г, 2А, 3В)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43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Li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P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5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Al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Класс неорганического соединения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А. основной оксид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амфотерный оксид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В. кислотный оксид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пероксид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2В, 3Б)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44  Установите соответствие между химическим элементом и  электронной конфигурацией его атома</w:t>
            </w:r>
          </w:p>
        </w:tc>
      </w:tr>
      <w:tr w:rsidR="007B68C2" w:rsidRPr="004D00E1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 натрий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2. хлор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3. углерод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Электронная конфигурация атома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А. 1</w:t>
            </w:r>
            <w:r w:rsidRPr="004D00E1">
              <w:rPr>
                <w:szCs w:val="24"/>
              </w:rPr>
              <w:t>s</w:t>
            </w:r>
            <w:r w:rsidRPr="006D0217">
              <w:rPr>
                <w:szCs w:val="24"/>
                <w:vertAlign w:val="super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6D0217">
              <w:rPr>
                <w:szCs w:val="24"/>
                <w:vertAlign w:val="super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6D0217">
              <w:rPr>
                <w:szCs w:val="24"/>
                <w:vertAlign w:val="superscript"/>
                <w:lang w:val="ru-RU"/>
              </w:rPr>
              <w:t>4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Б. 1</w:t>
            </w:r>
            <w:r w:rsidRPr="004D00E1">
              <w:rPr>
                <w:szCs w:val="24"/>
              </w:rPr>
              <w:t>s</w:t>
            </w:r>
            <w:r w:rsidRPr="006D0217">
              <w:rPr>
                <w:szCs w:val="24"/>
                <w:vertAlign w:val="super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6D0217">
              <w:rPr>
                <w:szCs w:val="24"/>
                <w:vertAlign w:val="superscript"/>
                <w:lang w:val="ru-RU"/>
              </w:rPr>
              <w:t>2</w:t>
            </w:r>
            <w:r w:rsidRPr="006D0217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6D0217">
              <w:rPr>
                <w:szCs w:val="24"/>
                <w:vertAlign w:val="superscript"/>
                <w:lang w:val="ru-RU"/>
              </w:rPr>
              <w:t>6</w:t>
            </w:r>
            <w:r w:rsidRPr="006D0217">
              <w:rPr>
                <w:szCs w:val="24"/>
                <w:lang w:val="ru-RU"/>
              </w:rPr>
              <w:t>3</w:t>
            </w:r>
            <w:r w:rsidRPr="004D00E1">
              <w:rPr>
                <w:szCs w:val="24"/>
              </w:rPr>
              <w:t>s</w:t>
            </w:r>
            <w:r w:rsidRPr="006D0217">
              <w:rPr>
                <w:szCs w:val="24"/>
                <w:vertAlign w:val="superscript"/>
                <w:lang w:val="ru-RU"/>
              </w:rPr>
              <w:t>1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</w:p>
        </w:tc>
      </w:tr>
      <w:tr w:rsidR="007B68C2" w:rsidRPr="004D00E1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(1Б, 2В, 3А)</w:t>
            </w:r>
          </w:p>
        </w:tc>
      </w:tr>
      <w:tr w:rsidR="007B68C2" w:rsidRPr="008921D6" w:rsidTr="008921D6">
        <w:tc>
          <w:tcPr>
            <w:tcW w:w="10740" w:type="dxa"/>
            <w:gridSpan w:val="4"/>
            <w:tcBorders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45 Установите соответствие между химическим элементом и его электронной конфигурацией</w:t>
            </w:r>
          </w:p>
        </w:tc>
      </w:tr>
      <w:tr w:rsidR="007B68C2" w:rsidRPr="00BA04A5" w:rsidTr="008921D6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7B68C2" w:rsidRPr="006D0217" w:rsidRDefault="007B68C2" w:rsidP="00E31021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6D0217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1. калий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2. бром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3. скандий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7B68C2" w:rsidRPr="004D00E1" w:rsidRDefault="007B68C2" w:rsidP="00E31021">
            <w:pPr>
              <w:spacing w:line="240" w:lineRule="auto"/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Электронная конфигурация атома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А.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1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Б.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3d</w:t>
            </w:r>
            <w:r w:rsidRPr="004D00E1">
              <w:rPr>
                <w:szCs w:val="24"/>
                <w:vertAlign w:val="superscript"/>
              </w:rPr>
              <w:t>10</w:t>
            </w:r>
            <w:r w:rsidRPr="004D00E1">
              <w:rPr>
                <w:szCs w:val="24"/>
              </w:rPr>
              <w:t>4p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7B68C2" w:rsidRPr="00BA04A5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BA04A5">
              <w:rPr>
                <w:szCs w:val="24"/>
              </w:rPr>
              <w:t>.1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</w:p>
          <w:p w:rsidR="007B68C2" w:rsidRPr="00BA04A5" w:rsidRDefault="007B68C2" w:rsidP="00E31021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BA04A5">
              <w:rPr>
                <w:szCs w:val="24"/>
              </w:rPr>
              <w:t>. 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1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d</w:t>
            </w:r>
            <w:r w:rsidRPr="00BA04A5">
              <w:rPr>
                <w:szCs w:val="24"/>
                <w:vertAlign w:val="superscript"/>
              </w:rPr>
              <w:t>1</w:t>
            </w:r>
          </w:p>
        </w:tc>
      </w:tr>
      <w:tr w:rsidR="007B68C2" w:rsidRPr="00BA04A5" w:rsidTr="008921D6">
        <w:tc>
          <w:tcPr>
            <w:tcW w:w="10740" w:type="dxa"/>
            <w:gridSpan w:val="4"/>
            <w:tcBorders>
              <w:top w:val="nil"/>
            </w:tcBorders>
          </w:tcPr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2Б, 3Г)</w:t>
            </w:r>
          </w:p>
        </w:tc>
      </w:tr>
      <w:tr w:rsidR="007B68C2" w:rsidRPr="004D00E1" w:rsidTr="008921D6">
        <w:trPr>
          <w:trHeight w:val="184"/>
        </w:trPr>
        <w:tc>
          <w:tcPr>
            <w:tcW w:w="10740" w:type="dxa"/>
            <w:gridSpan w:val="4"/>
          </w:tcPr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</w:p>
        </w:tc>
      </w:tr>
      <w:tr w:rsidR="007B68C2" w:rsidRPr="004D00E1" w:rsidTr="008921D6">
        <w:trPr>
          <w:trHeight w:val="182"/>
        </w:trPr>
        <w:tc>
          <w:tcPr>
            <w:tcW w:w="4816" w:type="dxa"/>
            <w:gridSpan w:val="2"/>
          </w:tcPr>
          <w:p w:rsidR="007B68C2" w:rsidRPr="00FC0892" w:rsidRDefault="007B68C2" w:rsidP="00E31021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Уровень сложности</w:t>
            </w:r>
          </w:p>
        </w:tc>
        <w:tc>
          <w:tcPr>
            <w:tcW w:w="5924" w:type="dxa"/>
            <w:gridSpan w:val="2"/>
          </w:tcPr>
          <w:p w:rsidR="007B68C2" w:rsidRPr="00FC0892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Высокий</w:t>
            </w:r>
          </w:p>
        </w:tc>
      </w:tr>
      <w:tr w:rsidR="007B68C2" w:rsidRPr="004D00E1" w:rsidTr="008921D6">
        <w:trPr>
          <w:trHeight w:val="182"/>
        </w:trPr>
        <w:tc>
          <w:tcPr>
            <w:tcW w:w="4816" w:type="dxa"/>
            <w:gridSpan w:val="2"/>
          </w:tcPr>
          <w:p w:rsidR="007B68C2" w:rsidRPr="00FC0892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Тип задания</w:t>
            </w:r>
          </w:p>
        </w:tc>
        <w:tc>
          <w:tcPr>
            <w:tcW w:w="5924" w:type="dxa"/>
            <w:gridSpan w:val="2"/>
          </w:tcPr>
          <w:p w:rsidR="007B68C2" w:rsidRPr="00FC0892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Задания с развернутым ответом</w:t>
            </w:r>
          </w:p>
        </w:tc>
      </w:tr>
      <w:tr w:rsidR="007B68C2" w:rsidRPr="004D00E1" w:rsidTr="008921D6">
        <w:trPr>
          <w:trHeight w:val="182"/>
        </w:trPr>
        <w:tc>
          <w:tcPr>
            <w:tcW w:w="4816" w:type="dxa"/>
            <w:gridSpan w:val="2"/>
          </w:tcPr>
          <w:p w:rsidR="007B68C2" w:rsidRPr="00FC0892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Инструкция</w:t>
            </w:r>
          </w:p>
        </w:tc>
        <w:tc>
          <w:tcPr>
            <w:tcW w:w="5924" w:type="dxa"/>
            <w:gridSpan w:val="2"/>
          </w:tcPr>
          <w:p w:rsidR="007B68C2" w:rsidRPr="00FC0892" w:rsidRDefault="007B68C2" w:rsidP="00E31021">
            <w:pPr>
              <w:spacing w:line="240" w:lineRule="auto"/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введите развернутый обоснованный ответ</w:t>
            </w:r>
          </w:p>
        </w:tc>
      </w:tr>
      <w:tr w:rsidR="007B68C2" w:rsidRPr="004D00E1" w:rsidTr="008921D6">
        <w:trPr>
          <w:trHeight w:val="182"/>
        </w:trPr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46. Введите развернутый обоснованный ответ.</w:t>
            </w:r>
          </w:p>
          <w:p w:rsidR="007B68C2" w:rsidRDefault="007B68C2" w:rsidP="00E31021">
            <w:pPr>
              <w:spacing w:line="240" w:lineRule="auto"/>
              <w:rPr>
                <w:szCs w:val="24"/>
              </w:rPr>
            </w:pPr>
            <w:r w:rsidRPr="006D0217">
              <w:rPr>
                <w:szCs w:val="24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6D0217">
                <w:rPr>
                  <w:szCs w:val="24"/>
                  <w:lang w:val="ru-RU"/>
                </w:rPr>
                <w:t>240 г</w:t>
              </w:r>
            </w:smartTag>
            <w:r w:rsidRPr="006D0217">
              <w:rPr>
                <w:szCs w:val="24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6D0217">
                <w:rPr>
                  <w:szCs w:val="24"/>
                  <w:lang w:val="ru-RU"/>
                </w:rPr>
                <w:t>60 г</w:t>
              </w:r>
            </w:smartTag>
            <w:r w:rsidRPr="006D0217">
              <w:rPr>
                <w:szCs w:val="24"/>
                <w:lang w:val="ru-RU"/>
              </w:rPr>
              <w:t xml:space="preserve"> соли. Массовая доля </w:t>
            </w:r>
            <w:proofErr w:type="gramStart"/>
            <w:r w:rsidRPr="006D0217">
              <w:rPr>
                <w:szCs w:val="24"/>
                <w:lang w:val="ru-RU"/>
              </w:rPr>
              <w:t>соли  в</w:t>
            </w:r>
            <w:proofErr w:type="gramEnd"/>
            <w:r w:rsidRPr="006D0217">
              <w:rPr>
                <w:szCs w:val="24"/>
                <w:lang w:val="ru-RU"/>
              </w:rPr>
              <w:t xml:space="preserve"> полученном растворе равна… </w:t>
            </w:r>
            <w:r w:rsidRPr="004D00E1">
              <w:rPr>
                <w:szCs w:val="24"/>
              </w:rPr>
              <w:t>%</w:t>
            </w:r>
            <w:r>
              <w:rPr>
                <w:szCs w:val="24"/>
              </w:rPr>
              <w:t>.</w:t>
            </w:r>
          </w:p>
          <w:p w:rsidR="007B68C2" w:rsidRPr="00BA04A5" w:rsidRDefault="007B68C2" w:rsidP="00E31021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 </w:t>
            </w:r>
            <w:r w:rsidRPr="00BA04A5">
              <w:rPr>
                <w:b/>
                <w:szCs w:val="24"/>
              </w:rPr>
              <w:t>(20)</w:t>
            </w:r>
          </w:p>
        </w:tc>
      </w:tr>
      <w:tr w:rsidR="007B68C2" w:rsidRPr="004D00E1" w:rsidTr="008921D6">
        <w:trPr>
          <w:trHeight w:val="182"/>
        </w:trPr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lastRenderedPageBreak/>
              <w:t>47. Введите развернутый обоснованный ответ.</w:t>
            </w:r>
          </w:p>
          <w:p w:rsidR="007B68C2" w:rsidRPr="006D0217" w:rsidRDefault="007B68C2" w:rsidP="00E31021">
            <w:pPr>
              <w:tabs>
                <w:tab w:val="left" w:pos="3350"/>
              </w:tabs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6D0217">
                <w:rPr>
                  <w:szCs w:val="24"/>
                  <w:lang w:val="ru-RU"/>
                </w:rPr>
                <w:t>72 г</w:t>
              </w:r>
            </w:smartTag>
            <w:r w:rsidRPr="006D0217">
              <w:rPr>
                <w:szCs w:val="24"/>
                <w:lang w:val="ru-RU"/>
              </w:rPr>
              <w:t xml:space="preserve"> сахарозы(</w:t>
            </w:r>
            <w:r w:rsidRPr="004D00E1">
              <w:rPr>
                <w:szCs w:val="24"/>
              </w:rPr>
              <w:t>C</w:t>
            </w:r>
            <w:r w:rsidRPr="006D0217">
              <w:rPr>
                <w:szCs w:val="24"/>
                <w:vertAlign w:val="subscript"/>
                <w:lang w:val="ru-RU"/>
              </w:rPr>
              <w:t>12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22</w:t>
            </w:r>
            <w:r w:rsidRPr="004D00E1">
              <w:rPr>
                <w:szCs w:val="24"/>
              </w:rPr>
              <w:t>O</w:t>
            </w:r>
            <w:r w:rsidRPr="006D0217">
              <w:rPr>
                <w:szCs w:val="24"/>
                <w:vertAlign w:val="subscript"/>
                <w:lang w:val="ru-RU"/>
              </w:rPr>
              <w:t>11</w:t>
            </w:r>
            <w:r w:rsidRPr="006D0217">
              <w:rPr>
                <w:szCs w:val="24"/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6D0217">
                <w:rPr>
                  <w:szCs w:val="24"/>
                  <w:lang w:val="ru-RU"/>
                </w:rPr>
                <w:t>1 л</w:t>
              </w:r>
            </w:smartTag>
            <w:r w:rsidRPr="006D0217">
              <w:rPr>
                <w:szCs w:val="24"/>
                <w:lang w:val="ru-RU"/>
              </w:rPr>
              <w:t xml:space="preserve"> раствора при 20</w:t>
            </w:r>
            <w:r w:rsidRPr="006D0217">
              <w:rPr>
                <w:szCs w:val="24"/>
                <w:vertAlign w:val="superscript"/>
                <w:lang w:val="ru-RU"/>
              </w:rPr>
              <w:t>о</w:t>
            </w:r>
            <w:r w:rsidRPr="006D0217">
              <w:rPr>
                <w:szCs w:val="24"/>
                <w:lang w:val="ru-RU"/>
              </w:rPr>
              <w:t>С имеет осмотическое давление… кПа.</w:t>
            </w:r>
          </w:p>
          <w:p w:rsidR="007B68C2" w:rsidRPr="0096537A" w:rsidRDefault="007B68C2" w:rsidP="00E31021">
            <w:pPr>
              <w:tabs>
                <w:tab w:val="left" w:pos="3350"/>
              </w:tabs>
              <w:spacing w:line="240" w:lineRule="auto"/>
              <w:rPr>
                <w:b/>
                <w:szCs w:val="24"/>
              </w:rPr>
            </w:pPr>
            <w:r w:rsidRPr="0096537A">
              <w:rPr>
                <w:b/>
                <w:szCs w:val="24"/>
              </w:rPr>
              <w:t>(223,7)</w:t>
            </w:r>
          </w:p>
        </w:tc>
      </w:tr>
      <w:tr w:rsidR="007B68C2" w:rsidRPr="004D00E1" w:rsidTr="008921D6">
        <w:trPr>
          <w:trHeight w:val="182"/>
        </w:trPr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48. Введите развернутый обоснованный ответ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4D00E1">
              <w:rPr>
                <w:szCs w:val="24"/>
              </w:rPr>
              <w:t>pH</w:t>
            </w:r>
            <w:r w:rsidRPr="006D0217">
              <w:rPr>
                <w:szCs w:val="24"/>
                <w:lang w:val="ru-RU"/>
              </w:rPr>
              <w:t xml:space="preserve">  0</w:t>
            </w:r>
            <w:proofErr w:type="gramEnd"/>
            <w:r w:rsidRPr="006D0217">
              <w:rPr>
                <w:szCs w:val="24"/>
                <w:lang w:val="ru-RU"/>
              </w:rPr>
              <w:t>,05 моль/дм</w:t>
            </w:r>
            <w:r w:rsidRPr="006D0217">
              <w:rPr>
                <w:szCs w:val="24"/>
                <w:vertAlign w:val="super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</w:t>
            </w:r>
            <w:r w:rsidRPr="006D0217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SO</w:t>
            </w:r>
            <w:r w:rsidRPr="006D0217">
              <w:rPr>
                <w:szCs w:val="24"/>
                <w:vertAlign w:val="subscript"/>
                <w:lang w:val="ru-RU"/>
              </w:rPr>
              <w:t>4</w:t>
            </w:r>
            <w:r w:rsidRPr="006D0217">
              <w:rPr>
                <w:szCs w:val="24"/>
                <w:lang w:val="ru-RU"/>
              </w:rPr>
              <w:t xml:space="preserve"> равна ….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szCs w:val="24"/>
              </w:rPr>
              <w:t>1</w:t>
            </w:r>
            <w:r>
              <w:rPr>
                <w:szCs w:val="24"/>
              </w:rPr>
              <w:t>)</w:t>
            </w:r>
          </w:p>
        </w:tc>
      </w:tr>
      <w:tr w:rsidR="007B68C2" w:rsidRPr="004D00E1" w:rsidTr="008921D6">
        <w:trPr>
          <w:trHeight w:val="182"/>
        </w:trPr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49. Введите развернутый обоснованный ответ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4D00E1">
              <w:rPr>
                <w:szCs w:val="24"/>
              </w:rPr>
              <w:t>pH</w:t>
            </w:r>
            <w:r w:rsidRPr="006D0217">
              <w:rPr>
                <w:szCs w:val="24"/>
                <w:lang w:val="ru-RU"/>
              </w:rPr>
              <w:t xml:space="preserve">  0</w:t>
            </w:r>
            <w:proofErr w:type="gramEnd"/>
            <w:r w:rsidRPr="006D0217">
              <w:rPr>
                <w:szCs w:val="24"/>
                <w:lang w:val="ru-RU"/>
              </w:rPr>
              <w:t>,01 моль/дм</w:t>
            </w:r>
            <w:r w:rsidRPr="006D0217">
              <w:rPr>
                <w:szCs w:val="24"/>
                <w:vertAlign w:val="superscript"/>
                <w:lang w:val="ru-RU"/>
              </w:rPr>
              <w:t>3</w:t>
            </w:r>
            <w:r w:rsidRPr="006D0217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HCl</w:t>
            </w:r>
            <w:r w:rsidRPr="006D0217">
              <w:rPr>
                <w:szCs w:val="24"/>
                <w:lang w:val="ru-RU"/>
              </w:rPr>
              <w:t xml:space="preserve"> равна ….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96537A">
              <w:rPr>
                <w:b/>
                <w:szCs w:val="24"/>
              </w:rPr>
              <w:t>2</w:t>
            </w:r>
            <w:r>
              <w:rPr>
                <w:szCs w:val="24"/>
              </w:rPr>
              <w:t>)</w:t>
            </w:r>
          </w:p>
        </w:tc>
      </w:tr>
      <w:tr w:rsidR="007B68C2" w:rsidRPr="004D00E1" w:rsidTr="008921D6">
        <w:trPr>
          <w:trHeight w:val="182"/>
        </w:trPr>
        <w:tc>
          <w:tcPr>
            <w:tcW w:w="10740" w:type="dxa"/>
            <w:gridSpan w:val="4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50. Введите развернутый обоснованный ответ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6D0217">
                <w:rPr>
                  <w:szCs w:val="24"/>
                  <w:lang w:val="ru-RU"/>
                </w:rPr>
                <w:t>50 г</w:t>
              </w:r>
            </w:smartTag>
            <w:r w:rsidRPr="006D0217">
              <w:rPr>
                <w:szCs w:val="24"/>
                <w:lang w:val="ru-RU"/>
              </w:rPr>
              <w:t xml:space="preserve"> раствора с массовой долей 10% равны … и … г.</w:t>
            </w:r>
          </w:p>
          <w:p w:rsidR="007B68C2" w:rsidRPr="004D00E1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(45 и 5)</w:t>
            </w:r>
          </w:p>
        </w:tc>
      </w:tr>
    </w:tbl>
    <w:p w:rsidR="007B68C2" w:rsidRDefault="007B68C2" w:rsidP="007B68C2">
      <w:pPr>
        <w:rPr>
          <w:szCs w:val="24"/>
        </w:rPr>
      </w:pPr>
    </w:p>
    <w:p w:rsidR="00E31021" w:rsidRDefault="00E31021" w:rsidP="00E31021">
      <w:pPr>
        <w:spacing w:line="240" w:lineRule="auto"/>
        <w:jc w:val="center"/>
        <w:rPr>
          <w:szCs w:val="24"/>
          <w:lang w:val="ru-RU"/>
        </w:rPr>
      </w:pPr>
    </w:p>
    <w:p w:rsidR="00E31021" w:rsidRDefault="00E31021" w:rsidP="00E31021">
      <w:pPr>
        <w:spacing w:line="240" w:lineRule="auto"/>
        <w:jc w:val="center"/>
        <w:rPr>
          <w:szCs w:val="24"/>
          <w:lang w:val="ru-RU"/>
        </w:rPr>
      </w:pPr>
    </w:p>
    <w:p w:rsidR="007B68C2" w:rsidRPr="006D0217" w:rsidRDefault="007B68C2" w:rsidP="00E31021">
      <w:pPr>
        <w:spacing w:line="240" w:lineRule="auto"/>
        <w:jc w:val="center"/>
        <w:rPr>
          <w:szCs w:val="24"/>
          <w:lang w:val="ru-RU"/>
        </w:rPr>
      </w:pPr>
      <w:r w:rsidRPr="006D0217">
        <w:rPr>
          <w:szCs w:val="24"/>
          <w:lang w:val="ru-RU"/>
        </w:rPr>
        <w:t>Описание дополнительных материалов и оборудования, необходимых для выполнения тестовых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7B68C2" w:rsidRPr="008921D6" w:rsidTr="008921D6">
        <w:tc>
          <w:tcPr>
            <w:tcW w:w="4531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4814" w:type="dxa"/>
          </w:tcPr>
          <w:p w:rsidR="007B68C2" w:rsidRPr="006D0217" w:rsidRDefault="007B68C2" w:rsidP="00E31021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Перечень материалов и оборудования, необходимых для выполнения тестовых заданий</w:t>
            </w:r>
          </w:p>
        </w:tc>
      </w:tr>
      <w:tr w:rsidR="007B68C2" w:rsidRPr="008921D6" w:rsidTr="008921D6">
        <w:tc>
          <w:tcPr>
            <w:tcW w:w="4531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1,2, 7-10, 11-13, 17-26, 44, 45</w:t>
            </w:r>
          </w:p>
        </w:tc>
        <w:tc>
          <w:tcPr>
            <w:tcW w:w="4814" w:type="dxa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Периодическая система химических элементов Д.И. Менделеева</w:t>
            </w:r>
          </w:p>
        </w:tc>
      </w:tr>
      <w:tr w:rsidR="007B68C2" w:rsidTr="008921D6">
        <w:tc>
          <w:tcPr>
            <w:tcW w:w="4531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3-6, 29-31, 38-41</w:t>
            </w:r>
          </w:p>
        </w:tc>
        <w:tc>
          <w:tcPr>
            <w:tcW w:w="4814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Таблица растворимости</w:t>
            </w:r>
          </w:p>
        </w:tc>
      </w:tr>
      <w:tr w:rsidR="007B68C2" w:rsidTr="008921D6">
        <w:tc>
          <w:tcPr>
            <w:tcW w:w="4531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27, 28, 32, 33</w:t>
            </w:r>
          </w:p>
        </w:tc>
        <w:tc>
          <w:tcPr>
            <w:tcW w:w="4814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Электрохимический ряд напряжения металлов</w:t>
            </w:r>
          </w:p>
        </w:tc>
      </w:tr>
    </w:tbl>
    <w:p w:rsidR="007B68C2" w:rsidRDefault="007B68C2" w:rsidP="007B68C2">
      <w:pPr>
        <w:jc w:val="center"/>
        <w:rPr>
          <w:szCs w:val="24"/>
        </w:rPr>
      </w:pPr>
    </w:p>
    <w:p w:rsidR="00E31021" w:rsidRDefault="00E31021" w:rsidP="007B68C2">
      <w:pPr>
        <w:jc w:val="center"/>
        <w:rPr>
          <w:szCs w:val="24"/>
        </w:rPr>
      </w:pPr>
    </w:p>
    <w:p w:rsidR="00E31021" w:rsidRDefault="00E31021" w:rsidP="007B68C2">
      <w:pPr>
        <w:jc w:val="center"/>
        <w:rPr>
          <w:szCs w:val="24"/>
        </w:rPr>
      </w:pPr>
    </w:p>
    <w:p w:rsidR="00E31021" w:rsidRDefault="00E31021" w:rsidP="007B68C2">
      <w:pPr>
        <w:jc w:val="center"/>
        <w:rPr>
          <w:szCs w:val="24"/>
        </w:rPr>
      </w:pPr>
    </w:p>
    <w:p w:rsidR="007B68C2" w:rsidRDefault="007B68C2" w:rsidP="007B68C2">
      <w:pPr>
        <w:jc w:val="center"/>
        <w:rPr>
          <w:szCs w:val="24"/>
        </w:rPr>
      </w:pPr>
      <w:r>
        <w:rPr>
          <w:szCs w:val="24"/>
        </w:rPr>
        <w:t>Ключи правильных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692"/>
        <w:gridCol w:w="2127"/>
        <w:gridCol w:w="2337"/>
      </w:tblGrid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69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Верный ответ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Верный ответ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b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А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123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269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</w:p>
        </w:tc>
        <w:tc>
          <w:tcPr>
            <w:tcW w:w="2692" w:type="dxa"/>
          </w:tcPr>
          <w:p w:rsidR="007B68C2" w:rsidRPr="00562796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92" w:type="dxa"/>
          </w:tcPr>
          <w:p w:rsidR="007B68C2" w:rsidRPr="00562796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1Б, 2A, 3Г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92" w:type="dxa"/>
          </w:tcPr>
          <w:p w:rsidR="007B68C2" w:rsidRPr="00562796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b/>
                <w:szCs w:val="24"/>
              </w:rPr>
              <w:t>Б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69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1B, 2Д, 3В, 4Г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69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А,Б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2Д, 3А, 4А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69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2А, 3В, 4В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3В, 4А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3А, 4Б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3А, 4В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2Б, 3А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14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tabs>
                <w:tab w:val="left" w:pos="500"/>
              </w:tabs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2Г, 3В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1Г, 2А, 3В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2В, 3Б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1Б, 2В, 3А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692" w:type="dxa"/>
          </w:tcPr>
          <w:p w:rsidR="007B68C2" w:rsidRPr="001756C5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1А, 2Б, 3Г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692" w:type="dxa"/>
          </w:tcPr>
          <w:p w:rsidR="007B68C2" w:rsidRPr="008234DE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20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692" w:type="dxa"/>
          </w:tcPr>
          <w:p w:rsidR="007B68C2" w:rsidRPr="008234DE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223,7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692" w:type="dxa"/>
          </w:tcPr>
          <w:p w:rsidR="007B68C2" w:rsidRPr="008234DE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1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692" w:type="dxa"/>
          </w:tcPr>
          <w:p w:rsidR="007B68C2" w:rsidRPr="008234DE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2</w:t>
            </w:r>
          </w:p>
        </w:tc>
      </w:tr>
      <w:tr w:rsidR="007B68C2" w:rsidTr="008921D6">
        <w:tc>
          <w:tcPr>
            <w:tcW w:w="1980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692" w:type="dxa"/>
          </w:tcPr>
          <w:p w:rsidR="007B68C2" w:rsidRPr="008234DE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337" w:type="dxa"/>
          </w:tcPr>
          <w:p w:rsidR="007B68C2" w:rsidRPr="00CF5C61" w:rsidRDefault="007B68C2" w:rsidP="00E31021">
            <w:pPr>
              <w:spacing w:line="240" w:lineRule="auto"/>
              <w:rPr>
                <w:szCs w:val="24"/>
              </w:rPr>
            </w:pPr>
            <w:r w:rsidRPr="00CF5C61">
              <w:rPr>
                <w:szCs w:val="24"/>
              </w:rPr>
              <w:t>(45 и 5)</w:t>
            </w:r>
          </w:p>
        </w:tc>
      </w:tr>
    </w:tbl>
    <w:p w:rsidR="007B68C2" w:rsidRDefault="007B68C2" w:rsidP="007B68C2">
      <w:pPr>
        <w:rPr>
          <w:szCs w:val="24"/>
        </w:rPr>
      </w:pPr>
    </w:p>
    <w:p w:rsidR="007B68C2" w:rsidRDefault="007B68C2" w:rsidP="007B68C2">
      <w:pPr>
        <w:jc w:val="center"/>
        <w:rPr>
          <w:szCs w:val="24"/>
        </w:rPr>
      </w:pPr>
      <w:r>
        <w:rPr>
          <w:szCs w:val="24"/>
        </w:rPr>
        <w:t>Критерии оценки тестовых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3762"/>
        <w:gridCol w:w="3206"/>
      </w:tblGrid>
      <w:tr w:rsidR="007B68C2" w:rsidTr="008921D6">
        <w:tc>
          <w:tcPr>
            <w:tcW w:w="237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Результат оценивания</w:t>
            </w:r>
          </w:p>
        </w:tc>
        <w:tc>
          <w:tcPr>
            <w:tcW w:w="376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206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Критерии</w:t>
            </w:r>
          </w:p>
        </w:tc>
      </w:tr>
      <w:tr w:rsidR="007B68C2" w:rsidRPr="008921D6" w:rsidTr="008921D6">
        <w:tc>
          <w:tcPr>
            <w:tcW w:w="2377" w:type="dxa"/>
            <w:vMerge w:val="restart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верно</w:t>
            </w:r>
          </w:p>
        </w:tc>
        <w:tc>
          <w:tcPr>
            <w:tcW w:w="3762" w:type="dxa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3206" w:type="dxa"/>
            <w:vMerge w:val="restart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7B68C2" w:rsidTr="008921D6">
        <w:tc>
          <w:tcPr>
            <w:tcW w:w="2377" w:type="dxa"/>
            <w:vMerge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376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206" w:type="dxa"/>
            <w:vMerge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</w:p>
        </w:tc>
      </w:tr>
      <w:tr w:rsidR="007B68C2" w:rsidTr="008921D6">
        <w:tc>
          <w:tcPr>
            <w:tcW w:w="2377" w:type="dxa"/>
            <w:vMerge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</w:p>
        </w:tc>
        <w:tc>
          <w:tcPr>
            <w:tcW w:w="3762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206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Сопоставить с эталонным ответом</w:t>
            </w:r>
          </w:p>
        </w:tc>
      </w:tr>
      <w:tr w:rsidR="007B68C2" w:rsidRPr="008921D6" w:rsidTr="008921D6">
        <w:tc>
          <w:tcPr>
            <w:tcW w:w="2377" w:type="dxa"/>
          </w:tcPr>
          <w:p w:rsidR="007B68C2" w:rsidRDefault="007B68C2" w:rsidP="00E3102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неверно</w:t>
            </w:r>
          </w:p>
        </w:tc>
        <w:tc>
          <w:tcPr>
            <w:tcW w:w="3762" w:type="dxa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с выбором одного/нескольких ответов;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на установление последовательности/соответствия;</w:t>
            </w:r>
          </w:p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с развернутым ответом</w:t>
            </w:r>
          </w:p>
        </w:tc>
        <w:tc>
          <w:tcPr>
            <w:tcW w:w="3206" w:type="dxa"/>
          </w:tcPr>
          <w:p w:rsidR="007B68C2" w:rsidRPr="006D0217" w:rsidRDefault="007B68C2" w:rsidP="00E31021">
            <w:pPr>
              <w:spacing w:line="240" w:lineRule="auto"/>
              <w:rPr>
                <w:szCs w:val="24"/>
                <w:lang w:val="ru-RU"/>
              </w:rPr>
            </w:pPr>
            <w:r w:rsidRPr="006D0217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7B68C2" w:rsidRPr="006D0217" w:rsidRDefault="007B68C2" w:rsidP="007B68C2">
      <w:pPr>
        <w:rPr>
          <w:szCs w:val="24"/>
          <w:lang w:val="ru-RU"/>
        </w:rPr>
      </w:pPr>
    </w:p>
    <w:p w:rsidR="00E31021" w:rsidRDefault="00E31021" w:rsidP="00E31021">
      <w:pPr>
        <w:spacing w:line="240" w:lineRule="auto"/>
        <w:rPr>
          <w:szCs w:val="24"/>
          <w:lang w:val="ru-RU"/>
        </w:rPr>
      </w:pPr>
    </w:p>
    <w:p w:rsidR="00E31021" w:rsidRDefault="00E31021" w:rsidP="00E31021">
      <w:pPr>
        <w:spacing w:line="240" w:lineRule="auto"/>
        <w:rPr>
          <w:szCs w:val="24"/>
          <w:lang w:val="ru-RU"/>
        </w:rPr>
      </w:pPr>
    </w:p>
    <w:p w:rsidR="00E31021" w:rsidRDefault="00E31021" w:rsidP="00E31021">
      <w:pPr>
        <w:spacing w:line="240" w:lineRule="auto"/>
        <w:rPr>
          <w:szCs w:val="24"/>
          <w:lang w:val="ru-RU"/>
        </w:rPr>
      </w:pPr>
    </w:p>
    <w:p w:rsidR="00E31021" w:rsidRDefault="00E31021" w:rsidP="00E31021">
      <w:pPr>
        <w:spacing w:line="240" w:lineRule="auto"/>
        <w:rPr>
          <w:szCs w:val="24"/>
          <w:lang w:val="ru-RU"/>
        </w:rPr>
      </w:pPr>
    </w:p>
    <w:p w:rsidR="00E31021" w:rsidRDefault="00E31021" w:rsidP="00E31021">
      <w:pPr>
        <w:spacing w:line="240" w:lineRule="auto"/>
        <w:rPr>
          <w:szCs w:val="24"/>
          <w:lang w:val="ru-RU"/>
        </w:rPr>
      </w:pPr>
    </w:p>
    <w:p w:rsidR="007B68C2" w:rsidRDefault="007B68C2" w:rsidP="00E31021">
      <w:pPr>
        <w:spacing w:line="240" w:lineRule="auto"/>
        <w:rPr>
          <w:szCs w:val="24"/>
          <w:lang w:val="ru-RU"/>
        </w:rPr>
      </w:pPr>
      <w:r w:rsidRPr="006D0217">
        <w:rPr>
          <w:szCs w:val="24"/>
          <w:lang w:val="ru-RU"/>
        </w:rPr>
        <w:t>Шкала оценивания результатов компьютерного тестирования обучающихся</w:t>
      </w:r>
    </w:p>
    <w:p w:rsidR="00E31021" w:rsidRPr="006D0217" w:rsidRDefault="00E31021" w:rsidP="00E31021">
      <w:pPr>
        <w:spacing w:line="240" w:lineRule="auto"/>
        <w:rPr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B68C2" w:rsidTr="008921D6">
        <w:tc>
          <w:tcPr>
            <w:tcW w:w="467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Оценка</w:t>
            </w:r>
          </w:p>
        </w:tc>
        <w:tc>
          <w:tcPr>
            <w:tcW w:w="4673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Процент верных ответов</w:t>
            </w:r>
          </w:p>
        </w:tc>
      </w:tr>
      <w:tr w:rsidR="007B68C2" w:rsidTr="008921D6">
        <w:tc>
          <w:tcPr>
            <w:tcW w:w="467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отлично</w:t>
            </w:r>
          </w:p>
        </w:tc>
        <w:tc>
          <w:tcPr>
            <w:tcW w:w="4673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7B68C2" w:rsidTr="008921D6">
        <w:tc>
          <w:tcPr>
            <w:tcW w:w="467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хорошо</w:t>
            </w:r>
          </w:p>
        </w:tc>
        <w:tc>
          <w:tcPr>
            <w:tcW w:w="4673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7B68C2" w:rsidTr="008921D6">
        <w:tc>
          <w:tcPr>
            <w:tcW w:w="467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удовлетворительно</w:t>
            </w:r>
          </w:p>
        </w:tc>
        <w:tc>
          <w:tcPr>
            <w:tcW w:w="4673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</w:tr>
      <w:tr w:rsidR="007B68C2" w:rsidTr="008921D6">
        <w:tc>
          <w:tcPr>
            <w:tcW w:w="4672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неудовлетворительно</w:t>
            </w:r>
          </w:p>
        </w:tc>
        <w:tc>
          <w:tcPr>
            <w:tcW w:w="4673" w:type="dxa"/>
          </w:tcPr>
          <w:p w:rsidR="007B68C2" w:rsidRDefault="007B68C2" w:rsidP="00E31021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менее 60</w:t>
            </w:r>
          </w:p>
        </w:tc>
      </w:tr>
    </w:tbl>
    <w:p w:rsidR="007B68C2" w:rsidRDefault="007B68C2" w:rsidP="007B68C2">
      <w:pPr>
        <w:rPr>
          <w:szCs w:val="24"/>
        </w:rPr>
      </w:pPr>
    </w:p>
    <w:p w:rsidR="007B68C2" w:rsidRDefault="007B68C2" w:rsidP="007B68C2">
      <w:pPr>
        <w:rPr>
          <w:szCs w:val="24"/>
        </w:rPr>
      </w:pPr>
      <w:r>
        <w:rPr>
          <w:szCs w:val="24"/>
        </w:rPr>
        <w:t xml:space="preserve">Составитель </w:t>
      </w:r>
    </w:p>
    <w:p w:rsidR="007B68C2" w:rsidRPr="006D0217" w:rsidRDefault="007B68C2" w:rsidP="00835283">
      <w:pPr>
        <w:pStyle w:val="ae"/>
        <w:numPr>
          <w:ilvl w:val="0"/>
          <w:numId w:val="107"/>
        </w:numPr>
        <w:spacing w:after="160" w:line="259" w:lineRule="auto"/>
        <w:rPr>
          <w:szCs w:val="24"/>
          <w:lang w:val="ru-RU"/>
        </w:rPr>
      </w:pPr>
      <w:r w:rsidRPr="006D0217">
        <w:rPr>
          <w:szCs w:val="24"/>
          <w:lang w:val="ru-RU"/>
        </w:rPr>
        <w:t>С.Ф. Лапина, доцент кафедры ЭБЖиФ, к.фарм.н.</w:t>
      </w:r>
    </w:p>
    <w:p w:rsidR="007B68C2" w:rsidRPr="006D0217" w:rsidRDefault="007B68C2" w:rsidP="007B68C2">
      <w:pPr>
        <w:pStyle w:val="ae"/>
        <w:rPr>
          <w:szCs w:val="24"/>
          <w:lang w:val="ru-RU"/>
        </w:rPr>
      </w:pPr>
    </w:p>
    <w:p w:rsidR="007B68C2" w:rsidRDefault="00E31021" w:rsidP="007B68C2">
      <w:pPr>
        <w:rPr>
          <w:szCs w:val="24"/>
          <w:lang w:val="ru-RU"/>
        </w:rPr>
      </w:pPr>
      <w:r w:rsidRPr="00E31021">
        <w:rPr>
          <w:szCs w:val="24"/>
          <w:lang w:val="ru-RU"/>
        </w:rPr>
        <w:t>"22" апреля 2026</w:t>
      </w:r>
    </w:p>
    <w:p w:rsidR="00835283" w:rsidRPr="007B68C2" w:rsidRDefault="00835283" w:rsidP="007B68C2">
      <w:pPr>
        <w:rPr>
          <w:szCs w:val="24"/>
          <w:lang w:val="ru-RU"/>
        </w:rPr>
      </w:pPr>
    </w:p>
    <w:p w:rsidR="007B68C2" w:rsidRPr="007B68C2" w:rsidRDefault="007B68C2" w:rsidP="007B68C2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bookmarkStart w:id="0" w:name="_GoBack"/>
      <w:bookmarkEnd w:id="0"/>
      <w:r w:rsidRPr="007B68C2">
        <w:rPr>
          <w:rFonts w:ascii="Time Roman" w:hAnsi="Time Roman"/>
          <w:color w:val="auto"/>
          <w:sz w:val="24"/>
          <w:szCs w:val="24"/>
          <w:lang w:val="ru-RU"/>
        </w:rPr>
        <w:lastRenderedPageBreak/>
        <w:t>ПРОТОКОЛ О ДОПОЛНЕНИЯХ И ИЗМЕНЕНИЯХ В ФОС</w:t>
      </w:r>
    </w:p>
    <w:p w:rsidR="007B68C2" w:rsidRPr="007B68C2" w:rsidRDefault="007B68C2" w:rsidP="007B68C2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</w:p>
    <w:p w:rsidR="007B68C2" w:rsidRPr="007B68C2" w:rsidRDefault="007B68C2" w:rsidP="007B68C2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7B68C2">
        <w:rPr>
          <w:rFonts w:ascii="Time Roman" w:hAnsi="Time Roman"/>
          <w:color w:val="auto"/>
          <w:sz w:val="24"/>
          <w:szCs w:val="24"/>
          <w:lang w:val="ru-RU"/>
        </w:rPr>
        <w:t>Протокол о дополнениях и изменениях в ФОС</w:t>
      </w:r>
    </w:p>
    <w:p w:rsidR="007B68C2" w:rsidRPr="007B68C2" w:rsidRDefault="007B68C2" w:rsidP="007B68C2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7B68C2">
        <w:rPr>
          <w:rFonts w:ascii="Time Roman" w:hAnsi="Time Roman"/>
          <w:color w:val="auto"/>
          <w:sz w:val="24"/>
          <w:szCs w:val="24"/>
          <w:lang w:val="ru-RU"/>
        </w:rPr>
        <w:t>на   20___-20___  учебный год</w:t>
      </w:r>
    </w:p>
    <w:p w:rsidR="007B68C2" w:rsidRPr="007B68C2" w:rsidRDefault="007B68C2" w:rsidP="007B68C2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7B68C2" w:rsidRPr="007B68C2" w:rsidRDefault="007B68C2" w:rsidP="007B68C2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7B68C2">
        <w:rPr>
          <w:rFonts w:ascii="Time Roman" w:hAnsi="Time Roman"/>
          <w:b/>
          <w:szCs w:val="24"/>
          <w:lang w:val="ru-RU"/>
        </w:rPr>
        <w:t xml:space="preserve">1. </w:t>
      </w:r>
      <w:r w:rsidRPr="007B68C2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7B68C2" w:rsidRPr="007B68C2" w:rsidRDefault="007B68C2" w:rsidP="007B68C2">
      <w:pPr>
        <w:widowControl w:val="0"/>
        <w:rPr>
          <w:rFonts w:ascii="Time Roman" w:hAnsi="Time Roman"/>
          <w:szCs w:val="24"/>
          <w:lang w:val="ru-RU"/>
        </w:rPr>
      </w:pPr>
      <w:r w:rsidRPr="007B68C2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7B68C2" w:rsidRPr="007B68C2" w:rsidRDefault="007B68C2" w:rsidP="007B68C2">
      <w:pPr>
        <w:widowControl w:val="0"/>
        <w:spacing w:after="120"/>
        <w:rPr>
          <w:rFonts w:ascii="Time Roman" w:hAnsi="Time Roman"/>
          <w:b/>
          <w:szCs w:val="24"/>
          <w:lang w:val="ru-RU"/>
        </w:rPr>
      </w:pPr>
      <w:r w:rsidRPr="007B68C2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7B68C2" w:rsidRPr="007B68C2" w:rsidRDefault="007B68C2" w:rsidP="007B68C2">
      <w:pPr>
        <w:widowControl w:val="0"/>
        <w:spacing w:after="120"/>
        <w:rPr>
          <w:rFonts w:ascii="Time Roman" w:hAnsi="Time Roman"/>
          <w:szCs w:val="24"/>
          <w:lang w:val="ru-RU"/>
        </w:rPr>
      </w:pPr>
      <w:r w:rsidRPr="007B68C2">
        <w:rPr>
          <w:rFonts w:ascii="Time Roman" w:hAnsi="Time Roman"/>
          <w:b/>
          <w:szCs w:val="24"/>
          <w:lang w:val="ru-RU"/>
        </w:rPr>
        <w:t>2.</w:t>
      </w:r>
      <w:r w:rsidRPr="007B68C2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B68C2" w:rsidRPr="008921D6" w:rsidTr="008921D6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B68C2" w:rsidRPr="007B68C2" w:rsidRDefault="007B68C2" w:rsidP="008921D6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7B68C2" w:rsidRPr="008921D6" w:rsidTr="008921D6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B68C2" w:rsidRPr="007B68C2" w:rsidRDefault="007B68C2" w:rsidP="008921D6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7B68C2" w:rsidRPr="008921D6" w:rsidTr="008921D6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B68C2" w:rsidRPr="007B68C2" w:rsidRDefault="007B68C2" w:rsidP="008921D6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7B68C2" w:rsidRPr="007B68C2" w:rsidRDefault="007B68C2" w:rsidP="007B68C2">
      <w:pPr>
        <w:widowControl w:val="0"/>
        <w:rPr>
          <w:rFonts w:ascii="Time Roman" w:hAnsi="Time Roman"/>
          <w:szCs w:val="24"/>
          <w:lang w:val="ru-RU"/>
        </w:rPr>
      </w:pPr>
    </w:p>
    <w:p w:rsidR="007B68C2" w:rsidRPr="007B68C2" w:rsidRDefault="007B68C2" w:rsidP="007B68C2">
      <w:pPr>
        <w:widowControl w:val="0"/>
        <w:rPr>
          <w:rFonts w:ascii="Time Roman" w:hAnsi="Time Roman"/>
          <w:szCs w:val="24"/>
          <w:lang w:val="ru-RU"/>
        </w:rPr>
      </w:pPr>
    </w:p>
    <w:p w:rsidR="007B68C2" w:rsidRPr="001F473E" w:rsidRDefault="007B68C2" w:rsidP="007B68C2">
      <w:pPr>
        <w:pStyle w:val="31"/>
        <w:keepNext w:val="0"/>
        <w:widowControl w:val="0"/>
        <w:spacing w:before="0"/>
        <w:rPr>
          <w:rFonts w:ascii="Time Roman" w:hAnsi="Time Roman"/>
          <w:b w:val="0"/>
          <w:color w:val="auto"/>
          <w:szCs w:val="24"/>
          <w:lang w:val="ru-RU"/>
        </w:rPr>
      </w:pPr>
      <w:r w:rsidRPr="001F473E">
        <w:rPr>
          <w:rFonts w:ascii="Time Roman" w:hAnsi="Time Roman"/>
          <w:b w:val="0"/>
          <w:color w:val="auto"/>
          <w:szCs w:val="24"/>
          <w:lang w:val="ru-RU"/>
        </w:rPr>
        <w:t xml:space="preserve">Протокол  заседания кафедры </w:t>
      </w:r>
      <w:r w:rsidRPr="001F473E">
        <w:rPr>
          <w:rFonts w:ascii="Times New Roman" w:hAnsi="Times New Roman" w:cs="Times New Roman"/>
          <w:b w:val="0"/>
          <w:color w:val="auto"/>
          <w:szCs w:val="24"/>
          <w:lang w:val="ru-RU"/>
        </w:rPr>
        <w:t>№</w:t>
      </w:r>
      <w:r w:rsidRPr="001F473E">
        <w:rPr>
          <w:rFonts w:ascii="Time Roman" w:hAnsi="Time Roman"/>
          <w:b w:val="0"/>
          <w:color w:val="auto"/>
          <w:szCs w:val="24"/>
          <w:lang w:val="ru-RU"/>
        </w:rPr>
        <w:t xml:space="preserve">____ от «___» __________ 20 ___ г., </w:t>
      </w:r>
    </w:p>
    <w:p w:rsidR="007B68C2" w:rsidRPr="001F473E" w:rsidRDefault="007B68C2" w:rsidP="007B68C2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1F473E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</w:t>
      </w:r>
      <w:r w:rsidRPr="001F473E">
        <w:rPr>
          <w:rFonts w:ascii="Time Roman" w:hAnsi="Time Roman"/>
          <w:i/>
          <w:szCs w:val="24"/>
          <w:vertAlign w:val="superscript"/>
        </w:rPr>
        <w:t>(разработчик)</w:t>
      </w:r>
    </w:p>
    <w:p w:rsidR="007B68C2" w:rsidRPr="0086560D" w:rsidRDefault="007B68C2" w:rsidP="007B68C2">
      <w:pPr>
        <w:widowControl w:val="0"/>
        <w:rPr>
          <w:rFonts w:ascii="Time Roman" w:hAnsi="Time Roman"/>
          <w:szCs w:val="24"/>
          <w:vertAlign w:val="superscript"/>
        </w:rPr>
      </w:pPr>
    </w:p>
    <w:p w:rsidR="007B68C2" w:rsidRPr="0086560D" w:rsidRDefault="007B68C2" w:rsidP="007B68C2">
      <w:pPr>
        <w:widowControl w:val="0"/>
        <w:rPr>
          <w:rFonts w:ascii="Time Roman" w:hAnsi="Time Roman"/>
          <w:szCs w:val="24"/>
        </w:rPr>
      </w:pPr>
      <w:r w:rsidRPr="0086560D">
        <w:rPr>
          <w:rFonts w:ascii="Time Roman" w:hAnsi="Time Roman"/>
          <w:szCs w:val="24"/>
        </w:rPr>
        <w:t xml:space="preserve">Заведующий кафедрой  _____________________  </w:t>
      </w:r>
      <w:r w:rsidRPr="0086560D">
        <w:rPr>
          <w:rFonts w:ascii="Time Roman" w:hAnsi="Time Roman"/>
          <w:szCs w:val="24"/>
        </w:rPr>
        <w:tab/>
      </w:r>
      <w:r w:rsidRPr="0086560D">
        <w:rPr>
          <w:rFonts w:ascii="Time Roman" w:hAnsi="Time Roman"/>
          <w:szCs w:val="24"/>
        </w:rPr>
        <w:tab/>
        <w:t>______________________</w:t>
      </w:r>
    </w:p>
    <w:p w:rsidR="007B68C2" w:rsidRPr="004B4B84" w:rsidRDefault="007B68C2" w:rsidP="007B68C2">
      <w:pPr>
        <w:rPr>
          <w:szCs w:val="24"/>
        </w:rPr>
      </w:pPr>
    </w:p>
    <w:p w:rsidR="007B68C2" w:rsidRDefault="007B68C2"/>
    <w:p w:rsidR="007B68C2" w:rsidRDefault="007B68C2"/>
    <w:sectPr w:rsidR="007B68C2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862EB"/>
    <w:multiLevelType w:val="hybridMultilevel"/>
    <w:tmpl w:val="0C0CA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2B7F82"/>
    <w:multiLevelType w:val="hybridMultilevel"/>
    <w:tmpl w:val="E85259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872238"/>
    <w:multiLevelType w:val="hybridMultilevel"/>
    <w:tmpl w:val="5B680A50"/>
    <w:lvl w:ilvl="0" w:tplc="DCA2B9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D14A86"/>
    <w:multiLevelType w:val="hybridMultilevel"/>
    <w:tmpl w:val="82F6A526"/>
    <w:lvl w:ilvl="0" w:tplc="C5E20D1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379A7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3480754"/>
    <w:multiLevelType w:val="hybridMultilevel"/>
    <w:tmpl w:val="A0789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94783C"/>
    <w:multiLevelType w:val="hybridMultilevel"/>
    <w:tmpl w:val="EFE2316E"/>
    <w:lvl w:ilvl="0" w:tplc="B75CB7A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03E929A6"/>
    <w:multiLevelType w:val="hybridMultilevel"/>
    <w:tmpl w:val="3A868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316325"/>
    <w:multiLevelType w:val="hybridMultilevel"/>
    <w:tmpl w:val="CE042A72"/>
    <w:lvl w:ilvl="0" w:tplc="B358ACD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7894A42"/>
    <w:multiLevelType w:val="hybridMultilevel"/>
    <w:tmpl w:val="F8581042"/>
    <w:lvl w:ilvl="0" w:tplc="0E7AB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8F24BFD"/>
    <w:multiLevelType w:val="hybridMultilevel"/>
    <w:tmpl w:val="A1305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06335D"/>
    <w:multiLevelType w:val="hybridMultilevel"/>
    <w:tmpl w:val="79D0B1E8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B4C1AC4"/>
    <w:multiLevelType w:val="hybridMultilevel"/>
    <w:tmpl w:val="DFA09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C52DFB"/>
    <w:multiLevelType w:val="hybridMultilevel"/>
    <w:tmpl w:val="37EEF8D8"/>
    <w:lvl w:ilvl="0" w:tplc="1F045F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CED1CF1"/>
    <w:multiLevelType w:val="hybridMultilevel"/>
    <w:tmpl w:val="C74E99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E6B629F"/>
    <w:multiLevelType w:val="hybridMultilevel"/>
    <w:tmpl w:val="BF8C1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026224"/>
    <w:multiLevelType w:val="hybridMultilevel"/>
    <w:tmpl w:val="39585118"/>
    <w:lvl w:ilvl="0" w:tplc="62EA3F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0DF7F18"/>
    <w:multiLevelType w:val="hybridMultilevel"/>
    <w:tmpl w:val="FF92462A"/>
    <w:lvl w:ilvl="0" w:tplc="2E68AC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1DC66DC"/>
    <w:multiLevelType w:val="hybridMultilevel"/>
    <w:tmpl w:val="D94CB7DC"/>
    <w:lvl w:ilvl="0" w:tplc="1BFE2B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A20CB8"/>
    <w:multiLevelType w:val="hybridMultilevel"/>
    <w:tmpl w:val="3F203EF6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1360062D"/>
    <w:multiLevelType w:val="hybridMultilevel"/>
    <w:tmpl w:val="34C822F6"/>
    <w:lvl w:ilvl="0" w:tplc="C5E20D12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36E137E"/>
    <w:multiLevelType w:val="hybridMultilevel"/>
    <w:tmpl w:val="A6AEF0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3B5370"/>
    <w:multiLevelType w:val="hybridMultilevel"/>
    <w:tmpl w:val="831439F4"/>
    <w:lvl w:ilvl="0" w:tplc="C4DEFF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AF41B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48"/>
        <w:szCs w:val="4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50B7D9A"/>
    <w:multiLevelType w:val="hybridMultilevel"/>
    <w:tmpl w:val="9BF46378"/>
    <w:lvl w:ilvl="0" w:tplc="009CB1A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57A29DF"/>
    <w:multiLevelType w:val="hybridMultilevel"/>
    <w:tmpl w:val="51D015F0"/>
    <w:lvl w:ilvl="0" w:tplc="1716ED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58B33DE"/>
    <w:multiLevelType w:val="hybridMultilevel"/>
    <w:tmpl w:val="3C002B14"/>
    <w:lvl w:ilvl="0" w:tplc="01405A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8B75CD"/>
    <w:multiLevelType w:val="hybridMultilevel"/>
    <w:tmpl w:val="75E42908"/>
    <w:lvl w:ilvl="0" w:tplc="8E0CD30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17F11EAA"/>
    <w:multiLevelType w:val="hybridMultilevel"/>
    <w:tmpl w:val="BBB6D44C"/>
    <w:lvl w:ilvl="0" w:tplc="F9E8EE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91A4322"/>
    <w:multiLevelType w:val="hybridMultilevel"/>
    <w:tmpl w:val="5C48B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2D1A41"/>
    <w:multiLevelType w:val="hybridMultilevel"/>
    <w:tmpl w:val="781AF43A"/>
    <w:lvl w:ilvl="0" w:tplc="368CE5A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9772B19"/>
    <w:multiLevelType w:val="hybridMultilevel"/>
    <w:tmpl w:val="35A0A02A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19C843DB"/>
    <w:multiLevelType w:val="hybridMultilevel"/>
    <w:tmpl w:val="99A858A6"/>
    <w:lvl w:ilvl="0" w:tplc="B75CB7A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A2D68EA"/>
    <w:multiLevelType w:val="hybridMultilevel"/>
    <w:tmpl w:val="00BEF912"/>
    <w:lvl w:ilvl="0" w:tplc="C038D65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A51484D"/>
    <w:multiLevelType w:val="hybridMultilevel"/>
    <w:tmpl w:val="886CF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A985CB4"/>
    <w:multiLevelType w:val="hybridMultilevel"/>
    <w:tmpl w:val="5F0CE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E3D34AB"/>
    <w:multiLevelType w:val="hybridMultilevel"/>
    <w:tmpl w:val="8DF801EA"/>
    <w:lvl w:ilvl="0" w:tplc="C5D8848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E513687"/>
    <w:multiLevelType w:val="hybridMultilevel"/>
    <w:tmpl w:val="758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0811E7A"/>
    <w:multiLevelType w:val="hybridMultilevel"/>
    <w:tmpl w:val="DEEA5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6036F9"/>
    <w:multiLevelType w:val="hybridMultilevel"/>
    <w:tmpl w:val="F9BC6B92"/>
    <w:lvl w:ilvl="0" w:tplc="534CFD5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25417151"/>
    <w:multiLevelType w:val="hybridMultilevel"/>
    <w:tmpl w:val="5A4A3368"/>
    <w:lvl w:ilvl="0" w:tplc="A2841C8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254D3662"/>
    <w:multiLevelType w:val="hybridMultilevel"/>
    <w:tmpl w:val="0BFE50AE"/>
    <w:lvl w:ilvl="0" w:tplc="C672AF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DC6E7B"/>
    <w:multiLevelType w:val="hybridMultilevel"/>
    <w:tmpl w:val="6EC8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9D9250E"/>
    <w:multiLevelType w:val="singleLevel"/>
    <w:tmpl w:val="685855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8" w15:restartNumberingAfterBreak="0">
    <w:nsid w:val="2C68562F"/>
    <w:multiLevelType w:val="hybridMultilevel"/>
    <w:tmpl w:val="4844DBDC"/>
    <w:lvl w:ilvl="0" w:tplc="B48AC8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9" w15:restartNumberingAfterBreak="0">
    <w:nsid w:val="2D17092A"/>
    <w:multiLevelType w:val="hybridMultilevel"/>
    <w:tmpl w:val="6A0818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84528D"/>
    <w:multiLevelType w:val="hybridMultilevel"/>
    <w:tmpl w:val="FF60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F4820EA"/>
    <w:multiLevelType w:val="hybridMultilevel"/>
    <w:tmpl w:val="BC688A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30154D66"/>
    <w:multiLevelType w:val="hybridMultilevel"/>
    <w:tmpl w:val="92787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08F2CA7"/>
    <w:multiLevelType w:val="hybridMultilevel"/>
    <w:tmpl w:val="6F020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1E729D8"/>
    <w:multiLevelType w:val="hybridMultilevel"/>
    <w:tmpl w:val="915E4B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3213C5C"/>
    <w:multiLevelType w:val="hybridMultilevel"/>
    <w:tmpl w:val="6F440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223FFE"/>
    <w:multiLevelType w:val="hybridMultilevel"/>
    <w:tmpl w:val="6DA60662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8542E92"/>
    <w:multiLevelType w:val="hybridMultilevel"/>
    <w:tmpl w:val="10F04B2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 w15:restartNumberingAfterBreak="0">
    <w:nsid w:val="39F22E6A"/>
    <w:multiLevelType w:val="hybridMultilevel"/>
    <w:tmpl w:val="B5CAA64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B417F0A"/>
    <w:multiLevelType w:val="hybridMultilevel"/>
    <w:tmpl w:val="3E721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5F3BEB"/>
    <w:multiLevelType w:val="hybridMultilevel"/>
    <w:tmpl w:val="540CA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FE573BB"/>
    <w:multiLevelType w:val="hybridMultilevel"/>
    <w:tmpl w:val="9EAC9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0A2B5B"/>
    <w:multiLevelType w:val="hybridMultilevel"/>
    <w:tmpl w:val="FCD62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350284B"/>
    <w:multiLevelType w:val="hybridMultilevel"/>
    <w:tmpl w:val="ABA8D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EA355D"/>
    <w:multiLevelType w:val="hybridMultilevel"/>
    <w:tmpl w:val="D0F82FA6"/>
    <w:lvl w:ilvl="0" w:tplc="4E1CF8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5C96EB2"/>
    <w:multiLevelType w:val="hybridMultilevel"/>
    <w:tmpl w:val="62561A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87037D4"/>
    <w:multiLevelType w:val="hybridMultilevel"/>
    <w:tmpl w:val="28DA79FC"/>
    <w:lvl w:ilvl="0" w:tplc="2DD247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9352D40"/>
    <w:multiLevelType w:val="hybridMultilevel"/>
    <w:tmpl w:val="C382F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A9D3689"/>
    <w:multiLevelType w:val="hybridMultilevel"/>
    <w:tmpl w:val="5E348FDC"/>
    <w:lvl w:ilvl="0" w:tplc="1B76FD4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0" w15:restartNumberingAfterBreak="0">
    <w:nsid w:val="4AA30D80"/>
    <w:multiLevelType w:val="hybridMultilevel"/>
    <w:tmpl w:val="8E864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B5A11A9"/>
    <w:multiLevelType w:val="hybridMultilevel"/>
    <w:tmpl w:val="6636B034"/>
    <w:lvl w:ilvl="0" w:tplc="645C8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BEC4FFC"/>
    <w:multiLevelType w:val="hybridMultilevel"/>
    <w:tmpl w:val="638C9262"/>
    <w:lvl w:ilvl="0" w:tplc="229AD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C406D0B"/>
    <w:multiLevelType w:val="hybridMultilevel"/>
    <w:tmpl w:val="24B2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CB50840"/>
    <w:multiLevelType w:val="hybridMultilevel"/>
    <w:tmpl w:val="8670150E"/>
    <w:lvl w:ilvl="0" w:tplc="8D9AC314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2A7A19"/>
    <w:multiLevelType w:val="hybridMultilevel"/>
    <w:tmpl w:val="3F1EBE32"/>
    <w:lvl w:ilvl="0" w:tplc="012C47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4D351D48"/>
    <w:multiLevelType w:val="hybridMultilevel"/>
    <w:tmpl w:val="387A0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F0D6EFA"/>
    <w:multiLevelType w:val="hybridMultilevel"/>
    <w:tmpl w:val="97D89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0C425D2"/>
    <w:multiLevelType w:val="hybridMultilevel"/>
    <w:tmpl w:val="497C91D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9" w15:restartNumberingAfterBreak="0">
    <w:nsid w:val="50D82FAD"/>
    <w:multiLevelType w:val="hybridMultilevel"/>
    <w:tmpl w:val="A328C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2E73E5E"/>
    <w:multiLevelType w:val="hybridMultilevel"/>
    <w:tmpl w:val="D72647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5EE54C9"/>
    <w:multiLevelType w:val="hybridMultilevel"/>
    <w:tmpl w:val="1624A042"/>
    <w:lvl w:ilvl="0" w:tplc="A64E98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7D96620"/>
    <w:multiLevelType w:val="hybridMultilevel"/>
    <w:tmpl w:val="9E489E6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803368F"/>
    <w:multiLevelType w:val="hybridMultilevel"/>
    <w:tmpl w:val="3DD684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8FF64F1"/>
    <w:multiLevelType w:val="hybridMultilevel"/>
    <w:tmpl w:val="67AA4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9C71E5"/>
    <w:multiLevelType w:val="hybridMultilevel"/>
    <w:tmpl w:val="C7A48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9A0F40"/>
    <w:multiLevelType w:val="singleLevel"/>
    <w:tmpl w:val="62E8EE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621350ED"/>
    <w:multiLevelType w:val="hybridMultilevel"/>
    <w:tmpl w:val="95B27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7A1F10"/>
    <w:multiLevelType w:val="hybridMultilevel"/>
    <w:tmpl w:val="B2143F80"/>
    <w:lvl w:ilvl="0" w:tplc="61B286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9" w15:restartNumberingAfterBreak="0">
    <w:nsid w:val="63B2740D"/>
    <w:multiLevelType w:val="hybridMultilevel"/>
    <w:tmpl w:val="2EC24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D17E71"/>
    <w:multiLevelType w:val="hybridMultilevel"/>
    <w:tmpl w:val="602CF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83B5D0E"/>
    <w:multiLevelType w:val="hybridMultilevel"/>
    <w:tmpl w:val="5EE60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86F3593"/>
    <w:multiLevelType w:val="hybridMultilevel"/>
    <w:tmpl w:val="F6E0799E"/>
    <w:lvl w:ilvl="0" w:tplc="166EE0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CAF4290"/>
    <w:multiLevelType w:val="hybridMultilevel"/>
    <w:tmpl w:val="13D2A0AC"/>
    <w:lvl w:ilvl="0" w:tplc="5D96C1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F183385"/>
    <w:multiLevelType w:val="hybridMultilevel"/>
    <w:tmpl w:val="3A926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F987CFA"/>
    <w:multiLevelType w:val="hybridMultilevel"/>
    <w:tmpl w:val="3FFAE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FC51780"/>
    <w:multiLevelType w:val="hybridMultilevel"/>
    <w:tmpl w:val="2ADC8842"/>
    <w:lvl w:ilvl="0" w:tplc="B60099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7" w15:restartNumberingAfterBreak="0">
    <w:nsid w:val="761B2EC3"/>
    <w:multiLevelType w:val="hybridMultilevel"/>
    <w:tmpl w:val="4BAED7D4"/>
    <w:lvl w:ilvl="0" w:tplc="9EBC0F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6560061"/>
    <w:multiLevelType w:val="hybridMultilevel"/>
    <w:tmpl w:val="420C51A8"/>
    <w:lvl w:ilvl="0" w:tplc="FA0080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8011A30"/>
    <w:multiLevelType w:val="hybridMultilevel"/>
    <w:tmpl w:val="EDD236DA"/>
    <w:lvl w:ilvl="0" w:tplc="C62648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8565FEE"/>
    <w:multiLevelType w:val="multilevel"/>
    <w:tmpl w:val="BBD0B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1" w15:restartNumberingAfterBreak="0">
    <w:nsid w:val="787D2A8B"/>
    <w:multiLevelType w:val="hybridMultilevel"/>
    <w:tmpl w:val="77545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8A10166"/>
    <w:multiLevelType w:val="hybridMultilevel"/>
    <w:tmpl w:val="D5248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99E7424"/>
    <w:multiLevelType w:val="hybridMultilevel"/>
    <w:tmpl w:val="90E4120A"/>
    <w:lvl w:ilvl="0" w:tplc="6526DD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7B1D6454"/>
    <w:multiLevelType w:val="hybridMultilevel"/>
    <w:tmpl w:val="96B64BF2"/>
    <w:lvl w:ilvl="0" w:tplc="12D49E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7BF960CA"/>
    <w:multiLevelType w:val="hybridMultilevel"/>
    <w:tmpl w:val="455A1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E624A86"/>
    <w:multiLevelType w:val="hybridMultilevel"/>
    <w:tmpl w:val="D93EC822"/>
    <w:lvl w:ilvl="0" w:tplc="74764B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FF81C30"/>
    <w:multiLevelType w:val="hybridMultilevel"/>
    <w:tmpl w:val="2C728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01"/>
  </w:num>
  <w:num w:numId="8">
    <w:abstractNumId w:val="65"/>
  </w:num>
  <w:num w:numId="9">
    <w:abstractNumId w:val="100"/>
  </w:num>
  <w:num w:numId="10">
    <w:abstractNumId w:val="48"/>
  </w:num>
  <w:num w:numId="11">
    <w:abstractNumId w:val="69"/>
  </w:num>
  <w:num w:numId="12">
    <w:abstractNumId w:val="59"/>
  </w:num>
  <w:num w:numId="13">
    <w:abstractNumId w:val="74"/>
  </w:num>
  <w:num w:numId="14">
    <w:abstractNumId w:val="85"/>
  </w:num>
  <w:num w:numId="15">
    <w:abstractNumId w:val="50"/>
  </w:num>
  <w:num w:numId="16">
    <w:abstractNumId w:val="11"/>
  </w:num>
  <w:num w:numId="17">
    <w:abstractNumId w:val="93"/>
  </w:num>
  <w:num w:numId="18">
    <w:abstractNumId w:val="75"/>
  </w:num>
  <w:num w:numId="19">
    <w:abstractNumId w:val="26"/>
  </w:num>
  <w:num w:numId="20">
    <w:abstractNumId w:val="24"/>
  </w:num>
  <w:num w:numId="21">
    <w:abstractNumId w:val="82"/>
  </w:num>
  <w:num w:numId="22">
    <w:abstractNumId w:val="35"/>
  </w:num>
  <w:num w:numId="23">
    <w:abstractNumId w:val="66"/>
  </w:num>
  <w:num w:numId="24">
    <w:abstractNumId w:val="8"/>
  </w:num>
  <w:num w:numId="25">
    <w:abstractNumId w:val="30"/>
  </w:num>
  <w:num w:numId="26">
    <w:abstractNumId w:val="103"/>
  </w:num>
  <w:num w:numId="27">
    <w:abstractNumId w:val="13"/>
  </w:num>
  <w:num w:numId="28">
    <w:abstractNumId w:val="44"/>
  </w:num>
  <w:num w:numId="29">
    <w:abstractNumId w:val="86"/>
  </w:num>
  <w:num w:numId="30">
    <w:abstractNumId w:val="40"/>
  </w:num>
  <w:num w:numId="31">
    <w:abstractNumId w:val="36"/>
  </w:num>
  <w:num w:numId="32">
    <w:abstractNumId w:val="29"/>
  </w:num>
  <w:num w:numId="33">
    <w:abstractNumId w:val="80"/>
  </w:num>
  <w:num w:numId="34">
    <w:abstractNumId w:val="88"/>
  </w:num>
  <w:num w:numId="35">
    <w:abstractNumId w:val="43"/>
  </w:num>
  <w:num w:numId="36">
    <w:abstractNumId w:val="47"/>
  </w:num>
  <w:num w:numId="37">
    <w:abstractNumId w:val="45"/>
  </w:num>
  <w:num w:numId="38">
    <w:abstractNumId w:val="81"/>
  </w:num>
  <w:num w:numId="39">
    <w:abstractNumId w:val="96"/>
  </w:num>
  <w:num w:numId="40">
    <w:abstractNumId w:val="104"/>
  </w:num>
  <w:num w:numId="41">
    <w:abstractNumId w:val="22"/>
  </w:num>
  <w:num w:numId="42">
    <w:abstractNumId w:val="32"/>
  </w:num>
  <w:num w:numId="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9"/>
  </w:num>
  <w:num w:numId="5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2"/>
  </w:num>
  <w:num w:numId="6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84"/>
  </w:num>
  <w:num w:numId="68">
    <w:abstractNumId w:val="56"/>
  </w:num>
  <w:num w:numId="69">
    <w:abstractNumId w:val="51"/>
  </w:num>
  <w:num w:numId="70">
    <w:abstractNumId w:val="21"/>
  </w:num>
  <w:num w:numId="71">
    <w:abstractNumId w:val="14"/>
  </w:num>
  <w:num w:numId="72">
    <w:abstractNumId w:val="58"/>
  </w:num>
  <w:num w:numId="73">
    <w:abstractNumId w:val="54"/>
  </w:num>
  <w:num w:numId="74">
    <w:abstractNumId w:val="106"/>
  </w:num>
  <w:num w:numId="75">
    <w:abstractNumId w:val="18"/>
  </w:num>
  <w:num w:numId="76">
    <w:abstractNumId w:val="16"/>
  </w:num>
  <w:num w:numId="77">
    <w:abstractNumId w:val="97"/>
  </w:num>
  <w:num w:numId="78">
    <w:abstractNumId w:val="27"/>
  </w:num>
  <w:num w:numId="79">
    <w:abstractNumId w:val="92"/>
  </w:num>
  <w:num w:numId="80">
    <w:abstractNumId w:val="67"/>
  </w:num>
  <w:num w:numId="81">
    <w:abstractNumId w:val="64"/>
  </w:num>
  <w:num w:numId="82">
    <w:abstractNumId w:val="57"/>
  </w:num>
  <w:num w:numId="83">
    <w:abstractNumId w:val="20"/>
  </w:num>
  <w:num w:numId="84">
    <w:abstractNumId w:val="78"/>
  </w:num>
  <w:num w:numId="85">
    <w:abstractNumId w:val="99"/>
  </w:num>
  <w:num w:numId="86">
    <w:abstractNumId w:val="31"/>
  </w:num>
  <w:num w:numId="87">
    <w:abstractNumId w:val="23"/>
  </w:num>
  <w:num w:numId="88">
    <w:abstractNumId w:val="98"/>
  </w:num>
  <w:num w:numId="89">
    <w:abstractNumId w:val="87"/>
  </w:num>
  <w:num w:numId="90">
    <w:abstractNumId w:val="42"/>
  </w:num>
  <w:num w:numId="91">
    <w:abstractNumId w:val="83"/>
  </w:num>
  <w:num w:numId="92">
    <w:abstractNumId w:val="61"/>
  </w:num>
  <w:num w:numId="93">
    <w:abstractNumId w:val="63"/>
  </w:num>
  <w:num w:numId="94">
    <w:abstractNumId w:val="49"/>
  </w:num>
  <w:num w:numId="95">
    <w:abstractNumId w:val="95"/>
  </w:num>
  <w:num w:numId="96">
    <w:abstractNumId w:val="107"/>
  </w:num>
  <w:num w:numId="97">
    <w:abstractNumId w:val="41"/>
  </w:num>
  <w:num w:numId="98">
    <w:abstractNumId w:val="33"/>
  </w:num>
  <w:num w:numId="99">
    <w:abstractNumId w:val="94"/>
  </w:num>
  <w:num w:numId="100">
    <w:abstractNumId w:val="89"/>
  </w:num>
  <w:num w:numId="101">
    <w:abstractNumId w:val="17"/>
  </w:num>
  <w:num w:numId="102">
    <w:abstractNumId w:val="105"/>
  </w:num>
  <w:num w:numId="103">
    <w:abstractNumId w:val="55"/>
  </w:num>
  <w:num w:numId="104">
    <w:abstractNumId w:val="73"/>
  </w:num>
  <w:num w:numId="105">
    <w:abstractNumId w:val="15"/>
  </w:num>
  <w:num w:numId="106">
    <w:abstractNumId w:val="12"/>
  </w:num>
  <w:num w:numId="107">
    <w:abstractNumId w:val="52"/>
  </w:num>
  <w:num w:numId="108">
    <w:abstractNumId w:val="68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1314"/>
    <w:rsid w:val="0015074B"/>
    <w:rsid w:val="001F473E"/>
    <w:rsid w:val="0029639D"/>
    <w:rsid w:val="00326F90"/>
    <w:rsid w:val="0058786C"/>
    <w:rsid w:val="006C2C77"/>
    <w:rsid w:val="006D0217"/>
    <w:rsid w:val="0070567B"/>
    <w:rsid w:val="007B68C2"/>
    <w:rsid w:val="00835283"/>
    <w:rsid w:val="008921D6"/>
    <w:rsid w:val="00AA1D8D"/>
    <w:rsid w:val="00B036F5"/>
    <w:rsid w:val="00B47730"/>
    <w:rsid w:val="00CB0664"/>
    <w:rsid w:val="00E310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282"/>
    <o:shapelayout v:ext="edit">
      <o:idmap v:ext="edit" data="1"/>
    </o:shapelayout>
  </w:shapeDefaults>
  <w:decimalSymbol w:val=","/>
  <w:listSeparator w:val=";"/>
  <w14:docId w14:val="062328E6"/>
  <w14:defaultImageDpi w14:val="300"/>
  <w15:docId w15:val="{A77090FF-9AB9-4E27-85CC-DE9A8C3F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AA1D8D"/>
  </w:style>
  <w:style w:type="paragraph" w:styleId="33">
    <w:name w:val="Body Text 3"/>
    <w:basedOn w:val="a1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Основной б.о."/>
    <w:basedOn w:val="a1"/>
    <w:next w:val="a1"/>
    <w:rsid w:val="007B68C2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41">
    <w:name w:val="Основной текст (4)_"/>
    <w:link w:val="410"/>
    <w:rsid w:val="007B68C2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7B68C2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character" w:customStyle="1" w:styleId="bold">
    <w:name w:val="bold"/>
    <w:basedOn w:val="a2"/>
    <w:rsid w:val="007B68C2"/>
  </w:style>
  <w:style w:type="paragraph" w:styleId="aff9">
    <w:name w:val="Balloon Text"/>
    <w:basedOn w:val="a1"/>
    <w:link w:val="affa"/>
    <w:uiPriority w:val="99"/>
    <w:semiHidden/>
    <w:unhideWhenUsed/>
    <w:rsid w:val="007B68C2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7B68C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4">
    <w:name w:val="Обычный1"/>
    <w:rsid w:val="007B68C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b">
    <w:name w:val="Body Text Indent"/>
    <w:basedOn w:val="a1"/>
    <w:link w:val="affc"/>
    <w:uiPriority w:val="99"/>
    <w:unhideWhenUsed/>
    <w:rsid w:val="007B68C2"/>
    <w:pPr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affc">
    <w:name w:val="Основной текст с отступом Знак"/>
    <w:basedOn w:val="a2"/>
    <w:link w:val="affb"/>
    <w:uiPriority w:val="99"/>
    <w:rsid w:val="007B68C2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8">
    <w:name w:val="Body Text Indent 3"/>
    <w:basedOn w:val="a1"/>
    <w:link w:val="39"/>
    <w:rsid w:val="007B68C2"/>
    <w:pPr>
      <w:spacing w:after="120" w:line="240" w:lineRule="auto"/>
      <w:ind w:left="283"/>
    </w:pPr>
    <w:rPr>
      <w:rFonts w:eastAsia="Times New Roman" w:cs="Times New Roman"/>
      <w:sz w:val="16"/>
      <w:szCs w:val="16"/>
      <w:lang w:val="ru-RU" w:eastAsia="ru-RU"/>
    </w:rPr>
  </w:style>
  <w:style w:type="character" w:customStyle="1" w:styleId="39">
    <w:name w:val="Основной текст с отступом 3 Знак"/>
    <w:basedOn w:val="a2"/>
    <w:link w:val="38"/>
    <w:rsid w:val="007B68C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fd">
    <w:name w:val="Normal (Web)"/>
    <w:basedOn w:val="a1"/>
    <w:rsid w:val="007B68C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Cs w:val="24"/>
      <w:lang w:val="ru-RU" w:eastAsia="ru-RU"/>
    </w:rPr>
  </w:style>
  <w:style w:type="paragraph" w:customStyle="1" w:styleId="2c">
    <w:name w:val="Обычный2"/>
    <w:rsid w:val="007B68C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d">
    <w:name w:val="Body Text Indent 2"/>
    <w:basedOn w:val="a1"/>
    <w:link w:val="2e"/>
    <w:unhideWhenUsed/>
    <w:rsid w:val="007B68C2"/>
    <w:pPr>
      <w:overflowPunct w:val="0"/>
      <w:autoSpaceDE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2e">
    <w:name w:val="Основной текст с отступом 2 Знак"/>
    <w:basedOn w:val="a2"/>
    <w:link w:val="2d"/>
    <w:rsid w:val="007B68C2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99" Type="http://schemas.openxmlformats.org/officeDocument/2006/relationships/oleObject" Target="embeddings/oleObject171.bin"/><Relationship Id="rId21" Type="http://schemas.openxmlformats.org/officeDocument/2006/relationships/image" Target="media/image8.wmf"/><Relationship Id="rId63" Type="http://schemas.openxmlformats.org/officeDocument/2006/relationships/image" Target="media/image27.wmf"/><Relationship Id="rId159" Type="http://schemas.openxmlformats.org/officeDocument/2006/relationships/oleObject" Target="embeddings/oleObject85.bin"/><Relationship Id="rId324" Type="http://schemas.openxmlformats.org/officeDocument/2006/relationships/oleObject" Target="embeddings/oleObject190.bin"/><Relationship Id="rId366" Type="http://schemas.openxmlformats.org/officeDocument/2006/relationships/oleObject" Target="embeddings/oleObject217.bin"/><Relationship Id="rId170" Type="http://schemas.openxmlformats.org/officeDocument/2006/relationships/oleObject" Target="embeddings/oleObject91.bin"/><Relationship Id="rId226" Type="http://schemas.openxmlformats.org/officeDocument/2006/relationships/oleObject" Target="embeddings/oleObject120.bin"/><Relationship Id="rId268" Type="http://schemas.openxmlformats.org/officeDocument/2006/relationships/oleObject" Target="embeddings/oleObject146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7.bin"/><Relationship Id="rId128" Type="http://schemas.openxmlformats.org/officeDocument/2006/relationships/image" Target="media/image57.wmf"/><Relationship Id="rId335" Type="http://schemas.openxmlformats.org/officeDocument/2006/relationships/image" Target="media/image135.wmf"/><Relationship Id="rId377" Type="http://schemas.openxmlformats.org/officeDocument/2006/relationships/oleObject" Target="embeddings/oleObject227.bin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image" Target="media/image107.wmf"/><Relationship Id="rId402" Type="http://schemas.openxmlformats.org/officeDocument/2006/relationships/oleObject" Target="embeddings/oleObject251.bin"/><Relationship Id="rId279" Type="http://schemas.openxmlformats.org/officeDocument/2006/relationships/oleObject" Target="embeddings/oleObject153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4.bin"/><Relationship Id="rId290" Type="http://schemas.openxmlformats.org/officeDocument/2006/relationships/oleObject" Target="embeddings/oleObject163.bin"/><Relationship Id="rId304" Type="http://schemas.openxmlformats.org/officeDocument/2006/relationships/oleObject" Target="embeddings/oleObject174.bin"/><Relationship Id="rId346" Type="http://schemas.openxmlformats.org/officeDocument/2006/relationships/oleObject" Target="embeddings/oleObject202.bin"/><Relationship Id="rId388" Type="http://schemas.openxmlformats.org/officeDocument/2006/relationships/oleObject" Target="embeddings/oleObject237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65.wmf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0.bin"/><Relationship Id="rId413" Type="http://schemas.openxmlformats.org/officeDocument/2006/relationships/image" Target="media/image152.png"/><Relationship Id="rId248" Type="http://schemas.openxmlformats.org/officeDocument/2006/relationships/oleObject" Target="embeddings/oleObject131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84.bin"/><Relationship Id="rId357" Type="http://schemas.openxmlformats.org/officeDocument/2006/relationships/image" Target="media/image141.wmf"/><Relationship Id="rId54" Type="http://schemas.openxmlformats.org/officeDocument/2006/relationships/image" Target="media/image24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6.bin"/><Relationship Id="rId217" Type="http://schemas.openxmlformats.org/officeDocument/2006/relationships/image" Target="media/image97.wmf"/><Relationship Id="rId399" Type="http://schemas.openxmlformats.org/officeDocument/2006/relationships/oleObject" Target="embeddings/oleObject248.bin"/><Relationship Id="rId259" Type="http://schemas.openxmlformats.org/officeDocument/2006/relationships/image" Target="media/image116.wmf"/><Relationship Id="rId424" Type="http://schemas.openxmlformats.org/officeDocument/2006/relationships/image" Target="media/image163.png"/><Relationship Id="rId23" Type="http://schemas.openxmlformats.org/officeDocument/2006/relationships/image" Target="media/image9.wmf"/><Relationship Id="rId119" Type="http://schemas.openxmlformats.org/officeDocument/2006/relationships/oleObject" Target="embeddings/oleObject62.bin"/><Relationship Id="rId270" Type="http://schemas.openxmlformats.org/officeDocument/2006/relationships/oleObject" Target="embeddings/oleObject147.bin"/><Relationship Id="rId326" Type="http://schemas.openxmlformats.org/officeDocument/2006/relationships/oleObject" Target="embeddings/oleObject191.bin"/><Relationship Id="rId65" Type="http://schemas.openxmlformats.org/officeDocument/2006/relationships/image" Target="media/image28.wmf"/><Relationship Id="rId130" Type="http://schemas.openxmlformats.org/officeDocument/2006/relationships/image" Target="media/image58.wmf"/><Relationship Id="rId368" Type="http://schemas.openxmlformats.org/officeDocument/2006/relationships/oleObject" Target="embeddings/oleObject219.bin"/><Relationship Id="rId172" Type="http://schemas.openxmlformats.org/officeDocument/2006/relationships/oleObject" Target="embeddings/oleObject93.bin"/><Relationship Id="rId228" Type="http://schemas.openxmlformats.org/officeDocument/2006/relationships/oleObject" Target="embeddings/oleObject121.bin"/><Relationship Id="rId281" Type="http://schemas.openxmlformats.org/officeDocument/2006/relationships/oleObject" Target="embeddings/oleObject155.bin"/><Relationship Id="rId337" Type="http://schemas.openxmlformats.org/officeDocument/2006/relationships/image" Target="media/image136.wmf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1.wmf"/><Relationship Id="rId379" Type="http://schemas.openxmlformats.org/officeDocument/2006/relationships/oleObject" Target="embeddings/oleObject229.bin"/><Relationship Id="rId7" Type="http://schemas.openxmlformats.org/officeDocument/2006/relationships/oleObject" Target="embeddings/oleObject1.bin"/><Relationship Id="rId183" Type="http://schemas.openxmlformats.org/officeDocument/2006/relationships/image" Target="media/image80.wmf"/><Relationship Id="rId239" Type="http://schemas.openxmlformats.org/officeDocument/2006/relationships/image" Target="media/image108.wmf"/><Relationship Id="rId390" Type="http://schemas.openxmlformats.org/officeDocument/2006/relationships/oleObject" Target="embeddings/oleObject239.bin"/><Relationship Id="rId404" Type="http://schemas.openxmlformats.org/officeDocument/2006/relationships/oleObject" Target="embeddings/oleObject252.bin"/><Relationship Id="rId250" Type="http://schemas.openxmlformats.org/officeDocument/2006/relationships/oleObject" Target="embeddings/oleObject133.bin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6.bin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203.bin"/><Relationship Id="rId152" Type="http://schemas.openxmlformats.org/officeDocument/2006/relationships/image" Target="media/image66.wmf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1.bin"/><Relationship Id="rId415" Type="http://schemas.openxmlformats.org/officeDocument/2006/relationships/image" Target="media/image154.png"/><Relationship Id="rId261" Type="http://schemas.openxmlformats.org/officeDocument/2006/relationships/oleObject" Target="embeddings/oleObject140.bin"/><Relationship Id="rId14" Type="http://schemas.openxmlformats.org/officeDocument/2006/relationships/oleObject" Target="embeddings/oleObject5.bin"/><Relationship Id="rId56" Type="http://schemas.openxmlformats.org/officeDocument/2006/relationships/image" Target="media/image25.wmf"/><Relationship Id="rId317" Type="http://schemas.openxmlformats.org/officeDocument/2006/relationships/oleObject" Target="embeddings/oleObject186.bin"/><Relationship Id="rId359" Type="http://schemas.openxmlformats.org/officeDocument/2006/relationships/oleObject" Target="embeddings/oleObject213.bin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3.bin"/><Relationship Id="rId163" Type="http://schemas.openxmlformats.org/officeDocument/2006/relationships/oleObject" Target="embeddings/oleObject87.bin"/><Relationship Id="rId219" Type="http://schemas.openxmlformats.org/officeDocument/2006/relationships/image" Target="media/image98.wmf"/><Relationship Id="rId370" Type="http://schemas.openxmlformats.org/officeDocument/2006/relationships/image" Target="media/image145.wmf"/><Relationship Id="rId426" Type="http://schemas.openxmlformats.org/officeDocument/2006/relationships/theme" Target="theme/theme1.xml"/><Relationship Id="rId230" Type="http://schemas.openxmlformats.org/officeDocument/2006/relationships/oleObject" Target="embeddings/oleObject122.bin"/><Relationship Id="rId25" Type="http://schemas.openxmlformats.org/officeDocument/2006/relationships/image" Target="media/image10.wmf"/><Relationship Id="rId67" Type="http://schemas.openxmlformats.org/officeDocument/2006/relationships/image" Target="media/image29.wmf"/><Relationship Id="rId272" Type="http://schemas.openxmlformats.org/officeDocument/2006/relationships/oleObject" Target="embeddings/oleObject148.bin"/><Relationship Id="rId328" Type="http://schemas.openxmlformats.org/officeDocument/2006/relationships/oleObject" Target="embeddings/oleObject192.bin"/><Relationship Id="rId132" Type="http://schemas.openxmlformats.org/officeDocument/2006/relationships/oleObject" Target="embeddings/oleObject69.bin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31.bin"/><Relationship Id="rId241" Type="http://schemas.openxmlformats.org/officeDocument/2006/relationships/image" Target="media/image109.wmf"/><Relationship Id="rId36" Type="http://schemas.openxmlformats.org/officeDocument/2006/relationships/oleObject" Target="embeddings/oleObject16.bin"/><Relationship Id="rId283" Type="http://schemas.openxmlformats.org/officeDocument/2006/relationships/image" Target="media/image122.wmf"/><Relationship Id="rId339" Type="http://schemas.openxmlformats.org/officeDocument/2006/relationships/oleObject" Target="embeddings/oleObject198.bin"/><Relationship Id="rId78" Type="http://schemas.openxmlformats.org/officeDocument/2006/relationships/oleObject" Target="embeddings/oleObject39.bin"/><Relationship Id="rId101" Type="http://schemas.openxmlformats.org/officeDocument/2006/relationships/image" Target="media/image44.wmf"/><Relationship Id="rId143" Type="http://schemas.openxmlformats.org/officeDocument/2006/relationships/image" Target="media/image62.wmf"/><Relationship Id="rId185" Type="http://schemas.openxmlformats.org/officeDocument/2006/relationships/image" Target="media/image81.wmf"/><Relationship Id="rId350" Type="http://schemas.openxmlformats.org/officeDocument/2006/relationships/oleObject" Target="embeddings/oleObject205.bin"/><Relationship Id="rId406" Type="http://schemas.openxmlformats.org/officeDocument/2006/relationships/oleObject" Target="embeddings/oleObject25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2.bin"/><Relationship Id="rId392" Type="http://schemas.openxmlformats.org/officeDocument/2006/relationships/oleObject" Target="embeddings/oleObject241.bin"/><Relationship Id="rId252" Type="http://schemas.openxmlformats.org/officeDocument/2006/relationships/oleObject" Target="embeddings/oleObject134.bin"/><Relationship Id="rId294" Type="http://schemas.openxmlformats.org/officeDocument/2006/relationships/oleObject" Target="embeddings/oleObject167.bin"/><Relationship Id="rId308" Type="http://schemas.openxmlformats.org/officeDocument/2006/relationships/oleObject" Target="embeddings/oleObject178.bin"/><Relationship Id="rId47" Type="http://schemas.openxmlformats.org/officeDocument/2006/relationships/oleObject" Target="embeddings/oleObject22.bin"/><Relationship Id="rId89" Type="http://schemas.openxmlformats.org/officeDocument/2006/relationships/image" Target="media/image38.wmf"/><Relationship Id="rId112" Type="http://schemas.openxmlformats.org/officeDocument/2006/relationships/image" Target="media/image49.wmf"/><Relationship Id="rId154" Type="http://schemas.openxmlformats.org/officeDocument/2006/relationships/image" Target="media/image67.wmf"/><Relationship Id="rId361" Type="http://schemas.openxmlformats.org/officeDocument/2006/relationships/oleObject" Target="embeddings/oleObject214.bin"/><Relationship Id="rId196" Type="http://schemas.openxmlformats.org/officeDocument/2006/relationships/oleObject" Target="embeddings/oleObject105.bin"/><Relationship Id="rId417" Type="http://schemas.openxmlformats.org/officeDocument/2006/relationships/image" Target="media/image156.png"/><Relationship Id="rId16" Type="http://schemas.openxmlformats.org/officeDocument/2006/relationships/oleObject" Target="embeddings/oleObject6.bin"/><Relationship Id="rId221" Type="http://schemas.openxmlformats.org/officeDocument/2006/relationships/image" Target="media/image99.wmf"/><Relationship Id="rId263" Type="http://schemas.openxmlformats.org/officeDocument/2006/relationships/oleObject" Target="embeddings/oleObject142.bin"/><Relationship Id="rId319" Type="http://schemas.openxmlformats.org/officeDocument/2006/relationships/image" Target="media/image127.wmf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4.bin"/><Relationship Id="rId330" Type="http://schemas.openxmlformats.org/officeDocument/2006/relationships/oleObject" Target="embeddings/oleObject193.bin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22.bin"/><Relationship Id="rId232" Type="http://schemas.openxmlformats.org/officeDocument/2006/relationships/oleObject" Target="embeddings/oleObject123.bin"/><Relationship Id="rId274" Type="http://schemas.openxmlformats.org/officeDocument/2006/relationships/oleObject" Target="embeddings/oleObject149.bin"/><Relationship Id="rId27" Type="http://schemas.openxmlformats.org/officeDocument/2006/relationships/image" Target="media/image11.wmf"/><Relationship Id="rId69" Type="http://schemas.openxmlformats.org/officeDocument/2006/relationships/image" Target="media/image30.wmf"/><Relationship Id="rId134" Type="http://schemas.openxmlformats.org/officeDocument/2006/relationships/oleObject" Target="embeddings/oleObject71.bin"/><Relationship Id="rId80" Type="http://schemas.openxmlformats.org/officeDocument/2006/relationships/image" Target="media/image35.wmf"/><Relationship Id="rId176" Type="http://schemas.openxmlformats.org/officeDocument/2006/relationships/oleObject" Target="embeddings/oleObject95.bin"/><Relationship Id="rId341" Type="http://schemas.openxmlformats.org/officeDocument/2006/relationships/image" Target="media/image137.wmf"/><Relationship Id="rId383" Type="http://schemas.openxmlformats.org/officeDocument/2006/relationships/oleObject" Target="embeddings/oleObject233.bin"/><Relationship Id="rId201" Type="http://schemas.openxmlformats.org/officeDocument/2006/relationships/image" Target="media/image89.wmf"/><Relationship Id="rId243" Type="http://schemas.openxmlformats.org/officeDocument/2006/relationships/image" Target="media/image110.wmf"/><Relationship Id="rId285" Type="http://schemas.openxmlformats.org/officeDocument/2006/relationships/oleObject" Target="embeddings/oleObject158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5.wmf"/><Relationship Id="rId310" Type="http://schemas.openxmlformats.org/officeDocument/2006/relationships/oleObject" Target="embeddings/oleObject180.bin"/><Relationship Id="rId70" Type="http://schemas.openxmlformats.org/officeDocument/2006/relationships/oleObject" Target="embeddings/oleObject35.bin"/><Relationship Id="rId91" Type="http://schemas.openxmlformats.org/officeDocument/2006/relationships/image" Target="media/image39.wmf"/><Relationship Id="rId145" Type="http://schemas.openxmlformats.org/officeDocument/2006/relationships/oleObject" Target="embeddings/oleObject78.bin"/><Relationship Id="rId166" Type="http://schemas.openxmlformats.org/officeDocument/2006/relationships/oleObject" Target="embeddings/oleObject89.bin"/><Relationship Id="rId187" Type="http://schemas.openxmlformats.org/officeDocument/2006/relationships/image" Target="media/image82.wmf"/><Relationship Id="rId331" Type="http://schemas.openxmlformats.org/officeDocument/2006/relationships/image" Target="media/image133.wmf"/><Relationship Id="rId352" Type="http://schemas.openxmlformats.org/officeDocument/2006/relationships/oleObject" Target="embeddings/oleObject207.bin"/><Relationship Id="rId373" Type="http://schemas.openxmlformats.org/officeDocument/2006/relationships/oleObject" Target="embeddings/oleObject223.bin"/><Relationship Id="rId394" Type="http://schemas.openxmlformats.org/officeDocument/2006/relationships/oleObject" Target="embeddings/oleObject243.bin"/><Relationship Id="rId408" Type="http://schemas.openxmlformats.org/officeDocument/2006/relationships/oleObject" Target="embeddings/oleObject25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3.bin"/><Relationship Id="rId233" Type="http://schemas.openxmlformats.org/officeDocument/2006/relationships/image" Target="media/image105.wmf"/><Relationship Id="rId254" Type="http://schemas.openxmlformats.org/officeDocument/2006/relationships/oleObject" Target="embeddings/oleObject135.bin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0.wmf"/><Relationship Id="rId275" Type="http://schemas.openxmlformats.org/officeDocument/2006/relationships/image" Target="media/image121.wmf"/><Relationship Id="rId296" Type="http://schemas.openxmlformats.org/officeDocument/2006/relationships/oleObject" Target="embeddings/oleObject169.bin"/><Relationship Id="rId300" Type="http://schemas.openxmlformats.org/officeDocument/2006/relationships/image" Target="media/image124.wmf"/><Relationship Id="rId60" Type="http://schemas.openxmlformats.org/officeDocument/2006/relationships/image" Target="media/image26.wmf"/><Relationship Id="rId81" Type="http://schemas.openxmlformats.org/officeDocument/2006/relationships/oleObject" Target="embeddings/oleObject41.bin"/><Relationship Id="rId135" Type="http://schemas.openxmlformats.org/officeDocument/2006/relationships/image" Target="media/image59.wmf"/><Relationship Id="rId156" Type="http://schemas.openxmlformats.org/officeDocument/2006/relationships/image" Target="media/image68.wmf"/><Relationship Id="rId177" Type="http://schemas.openxmlformats.org/officeDocument/2006/relationships/image" Target="media/image77.wmf"/><Relationship Id="rId198" Type="http://schemas.openxmlformats.org/officeDocument/2006/relationships/oleObject" Target="embeddings/oleObject106.bin"/><Relationship Id="rId321" Type="http://schemas.openxmlformats.org/officeDocument/2006/relationships/image" Target="media/image128.wmf"/><Relationship Id="rId342" Type="http://schemas.openxmlformats.org/officeDocument/2006/relationships/oleObject" Target="embeddings/oleObject200.bin"/><Relationship Id="rId363" Type="http://schemas.openxmlformats.org/officeDocument/2006/relationships/oleObject" Target="embeddings/oleObject215.bin"/><Relationship Id="rId384" Type="http://schemas.openxmlformats.org/officeDocument/2006/relationships/oleObject" Target="embeddings/oleObject234.bin"/><Relationship Id="rId419" Type="http://schemas.openxmlformats.org/officeDocument/2006/relationships/image" Target="media/image158.png"/><Relationship Id="rId202" Type="http://schemas.openxmlformats.org/officeDocument/2006/relationships/oleObject" Target="embeddings/oleObject108.bin"/><Relationship Id="rId223" Type="http://schemas.openxmlformats.org/officeDocument/2006/relationships/image" Target="media/image100.wmf"/><Relationship Id="rId244" Type="http://schemas.openxmlformats.org/officeDocument/2006/relationships/oleObject" Target="embeddings/oleObject129.bin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59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4.bin"/><Relationship Id="rId125" Type="http://schemas.openxmlformats.org/officeDocument/2006/relationships/oleObject" Target="embeddings/oleObject65.bin"/><Relationship Id="rId146" Type="http://schemas.openxmlformats.org/officeDocument/2006/relationships/image" Target="media/image63.wmf"/><Relationship Id="rId167" Type="http://schemas.openxmlformats.org/officeDocument/2006/relationships/image" Target="media/image73.wmf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81.bin"/><Relationship Id="rId332" Type="http://schemas.openxmlformats.org/officeDocument/2006/relationships/oleObject" Target="embeddings/oleObject194.bin"/><Relationship Id="rId353" Type="http://schemas.openxmlformats.org/officeDocument/2006/relationships/oleObject" Target="embeddings/oleObject208.bin"/><Relationship Id="rId374" Type="http://schemas.openxmlformats.org/officeDocument/2006/relationships/oleObject" Target="embeddings/oleObject224.bin"/><Relationship Id="rId395" Type="http://schemas.openxmlformats.org/officeDocument/2006/relationships/oleObject" Target="embeddings/oleObject244.bin"/><Relationship Id="rId409" Type="http://schemas.openxmlformats.org/officeDocument/2006/relationships/image" Target="media/image148.png"/><Relationship Id="rId71" Type="http://schemas.openxmlformats.org/officeDocument/2006/relationships/image" Target="media/image31.wmf"/><Relationship Id="rId92" Type="http://schemas.openxmlformats.org/officeDocument/2006/relationships/oleObject" Target="embeddings/oleObject48.bin"/><Relationship Id="rId213" Type="http://schemas.openxmlformats.org/officeDocument/2006/relationships/image" Target="media/image95.wmf"/><Relationship Id="rId234" Type="http://schemas.openxmlformats.org/officeDocument/2006/relationships/oleObject" Target="embeddings/oleObject124.bin"/><Relationship Id="rId420" Type="http://schemas.openxmlformats.org/officeDocument/2006/relationships/image" Target="media/image159.png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5.wmf"/><Relationship Id="rId276" Type="http://schemas.openxmlformats.org/officeDocument/2006/relationships/oleObject" Target="embeddings/oleObject150.bin"/><Relationship Id="rId297" Type="http://schemas.openxmlformats.org/officeDocument/2006/relationships/oleObject" Target="embeddings/oleObject170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60.bin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4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72.bin"/><Relationship Id="rId322" Type="http://schemas.openxmlformats.org/officeDocument/2006/relationships/oleObject" Target="embeddings/oleObject189.bin"/><Relationship Id="rId343" Type="http://schemas.openxmlformats.org/officeDocument/2006/relationships/image" Target="media/image138.wmf"/><Relationship Id="rId364" Type="http://schemas.openxmlformats.org/officeDocument/2006/relationships/image" Target="media/image144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2.bin"/><Relationship Id="rId199" Type="http://schemas.openxmlformats.org/officeDocument/2006/relationships/image" Target="media/image88.wmf"/><Relationship Id="rId203" Type="http://schemas.openxmlformats.org/officeDocument/2006/relationships/image" Target="media/image90.wmf"/><Relationship Id="rId385" Type="http://schemas.openxmlformats.org/officeDocument/2006/relationships/oleObject" Target="embeddings/oleObject235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9.bin"/><Relationship Id="rId245" Type="http://schemas.openxmlformats.org/officeDocument/2006/relationships/image" Target="media/image111.wmf"/><Relationship Id="rId266" Type="http://schemas.openxmlformats.org/officeDocument/2006/relationships/oleObject" Target="embeddings/oleObject145.bin"/><Relationship Id="rId287" Type="http://schemas.openxmlformats.org/officeDocument/2006/relationships/oleObject" Target="embeddings/oleObject160.bin"/><Relationship Id="rId410" Type="http://schemas.openxmlformats.org/officeDocument/2006/relationships/image" Target="media/image149.png"/><Relationship Id="rId30" Type="http://schemas.openxmlformats.org/officeDocument/2006/relationships/oleObject" Target="embeddings/oleObject13.bin"/><Relationship Id="rId105" Type="http://schemas.openxmlformats.org/officeDocument/2006/relationships/image" Target="media/image46.wmf"/><Relationship Id="rId126" Type="http://schemas.openxmlformats.org/officeDocument/2006/relationships/image" Target="media/image56.wmf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0.bin"/><Relationship Id="rId312" Type="http://schemas.openxmlformats.org/officeDocument/2006/relationships/oleObject" Target="embeddings/oleObject182.bin"/><Relationship Id="rId333" Type="http://schemas.openxmlformats.org/officeDocument/2006/relationships/image" Target="media/image134.wmf"/><Relationship Id="rId354" Type="http://schemas.openxmlformats.org/officeDocument/2006/relationships/oleObject" Target="embeddings/oleObject209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6.bin"/><Relationship Id="rId93" Type="http://schemas.openxmlformats.org/officeDocument/2006/relationships/image" Target="media/image40.wmf"/><Relationship Id="rId189" Type="http://schemas.openxmlformats.org/officeDocument/2006/relationships/image" Target="media/image83.wmf"/><Relationship Id="rId375" Type="http://schemas.openxmlformats.org/officeDocument/2006/relationships/oleObject" Target="embeddings/oleObject225.bin"/><Relationship Id="rId396" Type="http://schemas.openxmlformats.org/officeDocument/2006/relationships/oleObject" Target="embeddings/oleObject245.bin"/><Relationship Id="rId3" Type="http://schemas.openxmlformats.org/officeDocument/2006/relationships/styles" Target="styles.xml"/><Relationship Id="rId214" Type="http://schemas.openxmlformats.org/officeDocument/2006/relationships/oleObject" Target="embeddings/oleObject114.bin"/><Relationship Id="rId235" Type="http://schemas.openxmlformats.org/officeDocument/2006/relationships/image" Target="media/image106.wmf"/><Relationship Id="rId256" Type="http://schemas.openxmlformats.org/officeDocument/2006/relationships/oleObject" Target="embeddings/oleObject136.bin"/><Relationship Id="rId277" Type="http://schemas.openxmlformats.org/officeDocument/2006/relationships/oleObject" Target="embeddings/oleObject151.bin"/><Relationship Id="rId298" Type="http://schemas.openxmlformats.org/officeDocument/2006/relationships/image" Target="media/image123.wmf"/><Relationship Id="rId400" Type="http://schemas.openxmlformats.org/officeDocument/2006/relationships/oleObject" Target="embeddings/oleObject249.bin"/><Relationship Id="rId421" Type="http://schemas.openxmlformats.org/officeDocument/2006/relationships/image" Target="media/image160.png"/><Relationship Id="rId116" Type="http://schemas.openxmlformats.org/officeDocument/2006/relationships/image" Target="media/image51.wmf"/><Relationship Id="rId137" Type="http://schemas.openxmlformats.org/officeDocument/2006/relationships/image" Target="media/image60.wmf"/><Relationship Id="rId158" Type="http://schemas.openxmlformats.org/officeDocument/2006/relationships/image" Target="media/image69.wmf"/><Relationship Id="rId302" Type="http://schemas.openxmlformats.org/officeDocument/2006/relationships/image" Target="media/image125.wmf"/><Relationship Id="rId323" Type="http://schemas.openxmlformats.org/officeDocument/2006/relationships/image" Target="media/image129.wmf"/><Relationship Id="rId344" Type="http://schemas.openxmlformats.org/officeDocument/2006/relationships/oleObject" Target="embeddings/oleObject20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62" Type="http://schemas.openxmlformats.org/officeDocument/2006/relationships/oleObject" Target="embeddings/oleObject31.bin"/><Relationship Id="rId83" Type="http://schemas.openxmlformats.org/officeDocument/2006/relationships/image" Target="media/image36.wmf"/><Relationship Id="rId179" Type="http://schemas.openxmlformats.org/officeDocument/2006/relationships/image" Target="media/image78.wmf"/><Relationship Id="rId365" Type="http://schemas.openxmlformats.org/officeDocument/2006/relationships/oleObject" Target="embeddings/oleObject216.bin"/><Relationship Id="rId386" Type="http://schemas.openxmlformats.org/officeDocument/2006/relationships/oleObject" Target="embeddings/oleObject236.bin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09.bin"/><Relationship Id="rId225" Type="http://schemas.openxmlformats.org/officeDocument/2006/relationships/image" Target="media/image101.wmf"/><Relationship Id="rId246" Type="http://schemas.openxmlformats.org/officeDocument/2006/relationships/oleObject" Target="embeddings/oleObject130.bin"/><Relationship Id="rId267" Type="http://schemas.openxmlformats.org/officeDocument/2006/relationships/image" Target="media/image117.wmf"/><Relationship Id="rId288" Type="http://schemas.openxmlformats.org/officeDocument/2006/relationships/oleObject" Target="embeddings/oleObject161.bin"/><Relationship Id="rId411" Type="http://schemas.openxmlformats.org/officeDocument/2006/relationships/image" Target="media/image150.png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6.bin"/><Relationship Id="rId313" Type="http://schemas.openxmlformats.org/officeDocument/2006/relationships/image" Target="media/image12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2.wmf"/><Relationship Id="rId94" Type="http://schemas.openxmlformats.org/officeDocument/2006/relationships/oleObject" Target="embeddings/oleObject49.bin"/><Relationship Id="rId148" Type="http://schemas.openxmlformats.org/officeDocument/2006/relationships/image" Target="media/image64.wmf"/><Relationship Id="rId169" Type="http://schemas.openxmlformats.org/officeDocument/2006/relationships/image" Target="media/image74.wmf"/><Relationship Id="rId334" Type="http://schemas.openxmlformats.org/officeDocument/2006/relationships/oleObject" Target="embeddings/oleObject195.bin"/><Relationship Id="rId355" Type="http://schemas.openxmlformats.org/officeDocument/2006/relationships/oleObject" Target="embeddings/oleObject210.bin"/><Relationship Id="rId376" Type="http://schemas.openxmlformats.org/officeDocument/2006/relationships/oleObject" Target="embeddings/oleObject226.bin"/><Relationship Id="rId397" Type="http://schemas.openxmlformats.org/officeDocument/2006/relationships/oleObject" Target="embeddings/oleObject246.bin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15" Type="http://schemas.openxmlformats.org/officeDocument/2006/relationships/image" Target="media/image96.wmf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37.bin"/><Relationship Id="rId278" Type="http://schemas.openxmlformats.org/officeDocument/2006/relationships/oleObject" Target="embeddings/oleObject152.bin"/><Relationship Id="rId401" Type="http://schemas.openxmlformats.org/officeDocument/2006/relationships/oleObject" Target="embeddings/oleObject250.bin"/><Relationship Id="rId422" Type="http://schemas.openxmlformats.org/officeDocument/2006/relationships/image" Target="media/image161.png"/><Relationship Id="rId303" Type="http://schemas.openxmlformats.org/officeDocument/2006/relationships/oleObject" Target="embeddings/oleObject173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3.bin"/><Relationship Id="rId345" Type="http://schemas.openxmlformats.org/officeDocument/2006/relationships/image" Target="media/image139.wmf"/><Relationship Id="rId387" Type="http://schemas.openxmlformats.org/officeDocument/2006/relationships/image" Target="media/image146.wmf"/><Relationship Id="rId191" Type="http://schemas.openxmlformats.org/officeDocument/2006/relationships/image" Target="media/image84.wmf"/><Relationship Id="rId205" Type="http://schemas.openxmlformats.org/officeDocument/2006/relationships/image" Target="media/image91.wmf"/><Relationship Id="rId247" Type="http://schemas.openxmlformats.org/officeDocument/2006/relationships/image" Target="media/image112.wmf"/><Relationship Id="rId412" Type="http://schemas.openxmlformats.org/officeDocument/2006/relationships/image" Target="media/image151.png"/><Relationship Id="rId107" Type="http://schemas.openxmlformats.org/officeDocument/2006/relationships/image" Target="media/image47.wmf"/><Relationship Id="rId289" Type="http://schemas.openxmlformats.org/officeDocument/2006/relationships/oleObject" Target="embeddings/oleObject162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0.bin"/><Relationship Id="rId314" Type="http://schemas.openxmlformats.org/officeDocument/2006/relationships/oleObject" Target="embeddings/oleObject183.bin"/><Relationship Id="rId356" Type="http://schemas.openxmlformats.org/officeDocument/2006/relationships/oleObject" Target="embeddings/oleObject211.bin"/><Relationship Id="rId398" Type="http://schemas.openxmlformats.org/officeDocument/2006/relationships/oleObject" Target="embeddings/oleObject247.bin"/><Relationship Id="rId95" Type="http://schemas.openxmlformats.org/officeDocument/2006/relationships/image" Target="media/image41.wmf"/><Relationship Id="rId160" Type="http://schemas.openxmlformats.org/officeDocument/2006/relationships/image" Target="media/image70.wmf"/><Relationship Id="rId216" Type="http://schemas.openxmlformats.org/officeDocument/2006/relationships/oleObject" Target="embeddings/oleObject115.bin"/><Relationship Id="rId423" Type="http://schemas.openxmlformats.org/officeDocument/2006/relationships/image" Target="media/image162.png"/><Relationship Id="rId258" Type="http://schemas.openxmlformats.org/officeDocument/2006/relationships/oleObject" Target="embeddings/oleObject138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2.bin"/><Relationship Id="rId118" Type="http://schemas.openxmlformats.org/officeDocument/2006/relationships/image" Target="media/image52.wmf"/><Relationship Id="rId325" Type="http://schemas.openxmlformats.org/officeDocument/2006/relationships/image" Target="media/image130.wmf"/><Relationship Id="rId367" Type="http://schemas.openxmlformats.org/officeDocument/2006/relationships/oleObject" Target="embeddings/oleObject218.bin"/><Relationship Id="rId171" Type="http://schemas.openxmlformats.org/officeDocument/2006/relationships/oleObject" Target="embeddings/oleObject92.bin"/><Relationship Id="rId227" Type="http://schemas.openxmlformats.org/officeDocument/2006/relationships/image" Target="media/image102.wmf"/><Relationship Id="rId269" Type="http://schemas.openxmlformats.org/officeDocument/2006/relationships/image" Target="media/image118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7.bin"/><Relationship Id="rId280" Type="http://schemas.openxmlformats.org/officeDocument/2006/relationships/oleObject" Target="embeddings/oleObject154.bin"/><Relationship Id="rId336" Type="http://schemas.openxmlformats.org/officeDocument/2006/relationships/oleObject" Target="embeddings/oleObject196.bin"/><Relationship Id="rId75" Type="http://schemas.openxmlformats.org/officeDocument/2006/relationships/image" Target="media/image33.wmf"/><Relationship Id="rId140" Type="http://schemas.openxmlformats.org/officeDocument/2006/relationships/oleObject" Target="embeddings/oleObject75.bin"/><Relationship Id="rId182" Type="http://schemas.openxmlformats.org/officeDocument/2006/relationships/oleObject" Target="embeddings/oleObject98.bin"/><Relationship Id="rId378" Type="http://schemas.openxmlformats.org/officeDocument/2006/relationships/oleObject" Target="embeddings/oleObject228.bin"/><Relationship Id="rId403" Type="http://schemas.openxmlformats.org/officeDocument/2006/relationships/image" Target="media/image147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6.bin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5.bin"/><Relationship Id="rId347" Type="http://schemas.openxmlformats.org/officeDocument/2006/relationships/image" Target="media/image140.wmf"/><Relationship Id="rId44" Type="http://schemas.openxmlformats.org/officeDocument/2006/relationships/image" Target="media/image19.wmf"/><Relationship Id="rId86" Type="http://schemas.openxmlformats.org/officeDocument/2006/relationships/image" Target="media/image37.wmf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38.bin"/><Relationship Id="rId193" Type="http://schemas.openxmlformats.org/officeDocument/2006/relationships/image" Target="media/image85.wmf"/><Relationship Id="rId207" Type="http://schemas.openxmlformats.org/officeDocument/2006/relationships/image" Target="media/image92.wmf"/><Relationship Id="rId249" Type="http://schemas.openxmlformats.org/officeDocument/2006/relationships/oleObject" Target="embeddings/oleObject132.bin"/><Relationship Id="rId414" Type="http://schemas.openxmlformats.org/officeDocument/2006/relationships/image" Target="media/image153.png"/><Relationship Id="rId13" Type="http://schemas.openxmlformats.org/officeDocument/2006/relationships/image" Target="media/image4.wmf"/><Relationship Id="rId109" Type="http://schemas.openxmlformats.org/officeDocument/2006/relationships/image" Target="media/image48.wmf"/><Relationship Id="rId260" Type="http://schemas.openxmlformats.org/officeDocument/2006/relationships/oleObject" Target="embeddings/oleObject139.bin"/><Relationship Id="rId316" Type="http://schemas.openxmlformats.org/officeDocument/2006/relationships/oleObject" Target="embeddings/oleObject185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2.wmf"/><Relationship Id="rId120" Type="http://schemas.openxmlformats.org/officeDocument/2006/relationships/image" Target="media/image53.wmf"/><Relationship Id="rId358" Type="http://schemas.openxmlformats.org/officeDocument/2006/relationships/oleObject" Target="embeddings/oleObject212.bin"/><Relationship Id="rId162" Type="http://schemas.openxmlformats.org/officeDocument/2006/relationships/image" Target="media/image71.wmf"/><Relationship Id="rId218" Type="http://schemas.openxmlformats.org/officeDocument/2006/relationships/oleObject" Target="embeddings/oleObject116.bin"/><Relationship Id="rId425" Type="http://schemas.openxmlformats.org/officeDocument/2006/relationships/fontTable" Target="fontTable.xml"/><Relationship Id="rId271" Type="http://schemas.openxmlformats.org/officeDocument/2006/relationships/image" Target="media/image119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68.bin"/><Relationship Id="rId327" Type="http://schemas.openxmlformats.org/officeDocument/2006/relationships/image" Target="media/image131.wmf"/><Relationship Id="rId369" Type="http://schemas.openxmlformats.org/officeDocument/2006/relationships/oleObject" Target="embeddings/oleObject220.bin"/><Relationship Id="rId173" Type="http://schemas.openxmlformats.org/officeDocument/2006/relationships/image" Target="media/image75.wmf"/><Relationship Id="rId229" Type="http://schemas.openxmlformats.org/officeDocument/2006/relationships/image" Target="media/image103.wmf"/><Relationship Id="rId380" Type="http://schemas.openxmlformats.org/officeDocument/2006/relationships/oleObject" Target="embeddings/oleObject230.bin"/><Relationship Id="rId240" Type="http://schemas.openxmlformats.org/officeDocument/2006/relationships/oleObject" Target="embeddings/oleObject127.bin"/><Relationship Id="rId35" Type="http://schemas.openxmlformats.org/officeDocument/2006/relationships/image" Target="media/image15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56.bin"/><Relationship Id="rId338" Type="http://schemas.openxmlformats.org/officeDocument/2006/relationships/oleObject" Target="embeddings/oleObject197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76.bin"/><Relationship Id="rId184" Type="http://schemas.openxmlformats.org/officeDocument/2006/relationships/oleObject" Target="embeddings/oleObject99.bin"/><Relationship Id="rId391" Type="http://schemas.openxmlformats.org/officeDocument/2006/relationships/oleObject" Target="embeddings/oleObject240.bin"/><Relationship Id="rId405" Type="http://schemas.openxmlformats.org/officeDocument/2006/relationships/oleObject" Target="embeddings/oleObject253.bin"/><Relationship Id="rId251" Type="http://schemas.openxmlformats.org/officeDocument/2006/relationships/image" Target="media/image113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66.bin"/><Relationship Id="rId307" Type="http://schemas.openxmlformats.org/officeDocument/2006/relationships/oleObject" Target="embeddings/oleObject177.bin"/><Relationship Id="rId349" Type="http://schemas.openxmlformats.org/officeDocument/2006/relationships/oleObject" Target="embeddings/oleObject204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8.bin"/><Relationship Id="rId153" Type="http://schemas.openxmlformats.org/officeDocument/2006/relationships/oleObject" Target="embeddings/oleObject82.bin"/><Relationship Id="rId195" Type="http://schemas.openxmlformats.org/officeDocument/2006/relationships/image" Target="media/image86.wmf"/><Relationship Id="rId209" Type="http://schemas.openxmlformats.org/officeDocument/2006/relationships/image" Target="media/image93.wmf"/><Relationship Id="rId360" Type="http://schemas.openxmlformats.org/officeDocument/2006/relationships/image" Target="media/image142.wmf"/><Relationship Id="rId416" Type="http://schemas.openxmlformats.org/officeDocument/2006/relationships/image" Target="media/image155.png"/><Relationship Id="rId220" Type="http://schemas.openxmlformats.org/officeDocument/2006/relationships/oleObject" Target="embeddings/oleObject117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1.bin"/><Relationship Id="rId318" Type="http://schemas.openxmlformats.org/officeDocument/2006/relationships/oleObject" Target="embeddings/oleObject187.bin"/><Relationship Id="rId99" Type="http://schemas.openxmlformats.org/officeDocument/2006/relationships/image" Target="media/image43.wmf"/><Relationship Id="rId122" Type="http://schemas.openxmlformats.org/officeDocument/2006/relationships/image" Target="media/image54.wmf"/><Relationship Id="rId164" Type="http://schemas.openxmlformats.org/officeDocument/2006/relationships/image" Target="media/image72.wmf"/><Relationship Id="rId371" Type="http://schemas.openxmlformats.org/officeDocument/2006/relationships/oleObject" Target="embeddings/oleObject221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04.wmf"/><Relationship Id="rId273" Type="http://schemas.openxmlformats.org/officeDocument/2006/relationships/image" Target="media/image120.wmf"/><Relationship Id="rId329" Type="http://schemas.openxmlformats.org/officeDocument/2006/relationships/image" Target="media/image132.wmf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70.bin"/><Relationship Id="rId175" Type="http://schemas.openxmlformats.org/officeDocument/2006/relationships/image" Target="media/image76.wmf"/><Relationship Id="rId340" Type="http://schemas.openxmlformats.org/officeDocument/2006/relationships/oleObject" Target="embeddings/oleObject199.bin"/><Relationship Id="rId200" Type="http://schemas.openxmlformats.org/officeDocument/2006/relationships/oleObject" Target="embeddings/oleObject107.bin"/><Relationship Id="rId382" Type="http://schemas.openxmlformats.org/officeDocument/2006/relationships/oleObject" Target="embeddings/oleObject232.bin"/><Relationship Id="rId242" Type="http://schemas.openxmlformats.org/officeDocument/2006/relationships/oleObject" Target="embeddings/oleObject128.bin"/><Relationship Id="rId284" Type="http://schemas.openxmlformats.org/officeDocument/2006/relationships/oleObject" Target="embeddings/oleObject157.bin"/><Relationship Id="rId37" Type="http://schemas.openxmlformats.org/officeDocument/2006/relationships/image" Target="media/image16.wmf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77.bin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206.bin"/><Relationship Id="rId393" Type="http://schemas.openxmlformats.org/officeDocument/2006/relationships/oleObject" Target="embeddings/oleObject242.bin"/><Relationship Id="rId407" Type="http://schemas.openxmlformats.org/officeDocument/2006/relationships/oleObject" Target="embeddings/oleObject255.bin"/><Relationship Id="rId211" Type="http://schemas.openxmlformats.org/officeDocument/2006/relationships/image" Target="media/image94.wmf"/><Relationship Id="rId253" Type="http://schemas.openxmlformats.org/officeDocument/2006/relationships/image" Target="media/image114.wmf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9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9.bin"/><Relationship Id="rId320" Type="http://schemas.openxmlformats.org/officeDocument/2006/relationships/oleObject" Target="embeddings/oleObject188.bin"/><Relationship Id="rId155" Type="http://schemas.openxmlformats.org/officeDocument/2006/relationships/oleObject" Target="embeddings/oleObject83.bin"/><Relationship Id="rId197" Type="http://schemas.openxmlformats.org/officeDocument/2006/relationships/image" Target="media/image87.wmf"/><Relationship Id="rId362" Type="http://schemas.openxmlformats.org/officeDocument/2006/relationships/image" Target="media/image143.wmf"/><Relationship Id="rId418" Type="http://schemas.openxmlformats.org/officeDocument/2006/relationships/image" Target="media/image157.png"/><Relationship Id="rId222" Type="http://schemas.openxmlformats.org/officeDocument/2006/relationships/oleObject" Target="embeddings/oleObject118.bin"/><Relationship Id="rId264" Type="http://schemas.openxmlformats.org/officeDocument/2006/relationships/oleObject" Target="embeddings/oleObject143.bin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image" Target="media/image5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A717ED-3B0C-4CC4-83D9-E333044A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66</Pages>
  <Words>16385</Words>
  <Characters>93398</Characters>
  <Application>Microsoft Office Word</Application>
  <DocSecurity>0</DocSecurity>
  <Lines>778</Lines>
  <Paragraphs>219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LapinaSF</cp:lastModifiedBy>
  <cp:revision>11</cp:revision>
  <cp:lastPrinted>2026-05-20T02:49:00Z</cp:lastPrinted>
  <dcterms:created xsi:type="dcterms:W3CDTF">2013-12-23T23:15:00Z</dcterms:created>
  <dcterms:modified xsi:type="dcterms:W3CDTF">2026-05-20T06:22:00Z</dcterms:modified>
  <cp:category/>
</cp:coreProperties>
</file>