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7D063E" w14:textId="77777777" w:rsidR="0046435B" w:rsidRPr="00A21402" w:rsidRDefault="00A21402">
      <w:pPr>
        <w:spacing w:line="240" w:lineRule="auto"/>
        <w:jc w:val="center"/>
        <w:rPr>
          <w:lang w:val="ru-RU"/>
        </w:rPr>
      </w:pPr>
      <w:r w:rsidRPr="00A21402">
        <w:rPr>
          <w:sz w:val="20"/>
          <w:lang w:val="ru-RU"/>
        </w:rPr>
        <w:t>МИНИСТЕРСТВО НАУКИ И ВЫСШЕГО ОБРАЗОВАНИЯ РОССИЙСКОЙ ФЕДЕРАЦИИ</w:t>
      </w:r>
    </w:p>
    <w:p w14:paraId="06656553" w14:textId="77777777" w:rsidR="0046435B" w:rsidRPr="00A21402" w:rsidRDefault="00A21402">
      <w:pPr>
        <w:spacing w:line="240" w:lineRule="auto"/>
        <w:jc w:val="center"/>
        <w:rPr>
          <w:lang w:val="ru-RU"/>
        </w:rPr>
      </w:pPr>
      <w:r w:rsidRPr="00A21402">
        <w:rPr>
          <w:lang w:val="ru-RU"/>
        </w:rPr>
        <w:br/>
        <w:t>ФЕДЕРАЛЬНОЕ ГОСУДАРСТВЕННОЕ БЮДЖЕТНОЕ</w:t>
      </w:r>
      <w:r w:rsidRPr="00A21402">
        <w:rPr>
          <w:lang w:val="ru-RU"/>
        </w:rPr>
        <w:br/>
        <w:t>ОБРАЗОВАТЕЛЬНОЕ УЧРЕЖДЕНИЕ ВЫСШЕГО ОБРАЗОВАНИЯ</w:t>
      </w:r>
    </w:p>
    <w:p w14:paraId="7AECCABC" w14:textId="77777777" w:rsidR="0046435B" w:rsidRPr="00A21402" w:rsidRDefault="00A21402">
      <w:pPr>
        <w:spacing w:line="240" w:lineRule="auto"/>
        <w:jc w:val="center"/>
        <w:rPr>
          <w:lang w:val="ru-RU"/>
        </w:rPr>
      </w:pPr>
      <w:r w:rsidRPr="00A21402">
        <w:rPr>
          <w:b/>
          <w:lang w:val="ru-RU"/>
        </w:rPr>
        <w:br/>
        <w:t>«БРАТСКИЙ ГОСУДАРСТВЕННЫЙ УНИВЕРСИТЕТ»</w:t>
      </w:r>
    </w:p>
    <w:p w14:paraId="692A873B" w14:textId="77777777" w:rsidR="0046435B" w:rsidRPr="00A21402" w:rsidRDefault="00A21402">
      <w:pPr>
        <w:spacing w:line="240" w:lineRule="auto"/>
        <w:jc w:val="center"/>
        <w:rPr>
          <w:lang w:val="ru-RU"/>
        </w:rPr>
      </w:pP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</w:r>
      <w:r w:rsidRPr="00A21402">
        <w:rPr>
          <w:b/>
          <w:sz w:val="28"/>
          <w:lang w:val="ru-RU"/>
        </w:rPr>
        <w:br/>
        <w:t xml:space="preserve">ФОНД </w:t>
      </w:r>
      <w:r w:rsidRPr="00A21402">
        <w:rPr>
          <w:b/>
          <w:sz w:val="28"/>
          <w:lang w:val="ru-RU"/>
        </w:rPr>
        <w:br/>
        <w:t>ОЦЕНОЧНЫХ СРЕДСТВ</w:t>
      </w:r>
    </w:p>
    <w:p w14:paraId="1F92C2DE" w14:textId="77777777" w:rsidR="0046435B" w:rsidRPr="00A21402" w:rsidRDefault="0046435B">
      <w:pPr>
        <w:rPr>
          <w:lang w:val="ru-RU"/>
        </w:rPr>
      </w:pPr>
    </w:p>
    <w:p w14:paraId="5C4A8FB8" w14:textId="77777777" w:rsidR="0046435B" w:rsidRPr="00A21402" w:rsidRDefault="00A21402">
      <w:pPr>
        <w:jc w:val="center"/>
        <w:rPr>
          <w:lang w:val="ru-RU"/>
        </w:rPr>
      </w:pPr>
      <w:r w:rsidRPr="00A21402">
        <w:rPr>
          <w:lang w:val="ru-RU"/>
        </w:rPr>
        <w:t xml:space="preserve">по дисциплине </w:t>
      </w:r>
      <w:r w:rsidRPr="00A21402">
        <w:rPr>
          <w:lang w:val="ru-RU"/>
        </w:rPr>
        <w:br/>
        <w:t>Б1.О.07.03 Физическая культура и спорт</w:t>
      </w:r>
      <w:r w:rsidRPr="00A21402">
        <w:rPr>
          <w:lang w:val="ru-RU"/>
        </w:rPr>
        <w:br/>
      </w:r>
    </w:p>
    <w:p w14:paraId="33787437" w14:textId="77777777" w:rsidR="0046435B" w:rsidRPr="00A21402" w:rsidRDefault="00A21402">
      <w:pPr>
        <w:rPr>
          <w:lang w:val="ru-RU"/>
        </w:rPr>
      </w:pPr>
      <w:r w:rsidRPr="00A21402">
        <w:rPr>
          <w:lang w:val="ru-RU"/>
        </w:rPr>
        <w:t>Направление подготовки 15.03.05 Конструктивно-технологическое обеспечение машиностроительных производств</w:t>
      </w:r>
      <w:r w:rsidRPr="00A21402">
        <w:rPr>
          <w:lang w:val="ru-RU"/>
        </w:rPr>
        <w:br/>
      </w:r>
    </w:p>
    <w:p w14:paraId="2F0F2AD0" w14:textId="77777777" w:rsidR="0046435B" w:rsidRPr="00A21402" w:rsidRDefault="00A21402">
      <w:pPr>
        <w:rPr>
          <w:lang w:val="ru-RU"/>
        </w:rPr>
      </w:pPr>
      <w:r w:rsidRPr="00A21402">
        <w:rPr>
          <w:lang w:val="ru-RU"/>
        </w:rPr>
        <w:t>Профиль подготовки Технология машиностроения</w:t>
      </w:r>
      <w:r w:rsidRPr="00A21402">
        <w:rPr>
          <w:lang w:val="ru-RU"/>
        </w:rPr>
        <w:br/>
      </w:r>
    </w:p>
    <w:p w14:paraId="73EA3651" w14:textId="77777777" w:rsidR="0046435B" w:rsidRPr="00A21402" w:rsidRDefault="00A21402">
      <w:pPr>
        <w:rPr>
          <w:lang w:val="ru-RU"/>
        </w:rPr>
      </w:pPr>
      <w:r w:rsidRPr="00A21402">
        <w:rPr>
          <w:lang w:val="ru-RU"/>
        </w:rPr>
        <w:t>Квалификация бакалавр</w:t>
      </w:r>
      <w:r w:rsidRPr="00A21402">
        <w:rPr>
          <w:lang w:val="ru-RU"/>
        </w:rPr>
        <w:br/>
      </w:r>
    </w:p>
    <w:p w14:paraId="7B32A993" w14:textId="77777777" w:rsidR="0046435B" w:rsidRPr="00A21402" w:rsidRDefault="00A21402">
      <w:pPr>
        <w:rPr>
          <w:lang w:val="ru-RU"/>
        </w:rPr>
      </w:pPr>
      <w:r w:rsidRPr="00A21402">
        <w:rPr>
          <w:lang w:val="ru-RU"/>
        </w:rPr>
        <w:t>Год начала подготовки 2025</w:t>
      </w:r>
      <w:r w:rsidRPr="00A21402">
        <w:rPr>
          <w:lang w:val="ru-RU"/>
        </w:rPr>
        <w:br/>
      </w:r>
    </w:p>
    <w:p w14:paraId="61A058D2" w14:textId="77777777" w:rsidR="0046435B" w:rsidRPr="00A21402" w:rsidRDefault="00A21402">
      <w:pPr>
        <w:rPr>
          <w:lang w:val="ru-RU"/>
        </w:rPr>
      </w:pPr>
      <w:r w:rsidRPr="00A21402">
        <w:rPr>
          <w:lang w:val="ru-RU"/>
        </w:rPr>
        <w:br w:type="page"/>
      </w:r>
    </w:p>
    <w:p w14:paraId="5F7C6A32" w14:textId="77777777" w:rsidR="0046435B" w:rsidRPr="00A21402" w:rsidRDefault="00A21402">
      <w:pPr>
        <w:rPr>
          <w:lang w:val="ru-RU"/>
        </w:rPr>
      </w:pPr>
      <w:r w:rsidRPr="00A21402">
        <w:rPr>
          <w:lang w:val="ru-RU"/>
        </w:rPr>
        <w:lastRenderedPageBreak/>
        <w:t xml:space="preserve">Составитель: </w:t>
      </w:r>
      <w:r w:rsidRPr="00A21402">
        <w:rPr>
          <w:lang w:val="ru-RU"/>
        </w:rPr>
        <w:br/>
        <w:t>Астапенко А.Н.</w:t>
      </w:r>
      <w:r w:rsidRPr="00A21402">
        <w:rPr>
          <w:lang w:val="ru-RU"/>
        </w:rPr>
        <w:tab/>
      </w:r>
      <w:r w:rsidRPr="00A21402">
        <w:rPr>
          <w:lang w:val="ru-RU"/>
        </w:rPr>
        <w:tab/>
      </w:r>
      <w:r w:rsidRPr="00A21402">
        <w:rPr>
          <w:lang w:val="ru-RU"/>
        </w:rPr>
        <w:tab/>
      </w:r>
      <w:r w:rsidRPr="00A21402">
        <w:rPr>
          <w:lang w:val="ru-RU"/>
        </w:rPr>
        <w:tab/>
        <w:t>________________</w:t>
      </w:r>
      <w:r w:rsidRPr="00A21402">
        <w:rPr>
          <w:lang w:val="ru-RU"/>
        </w:rPr>
        <w:br/>
      </w:r>
    </w:p>
    <w:p w14:paraId="4302EE4F" w14:textId="08C3CF0F" w:rsidR="0046435B" w:rsidRPr="00A21402" w:rsidRDefault="007757A8">
      <w:pPr>
        <w:rPr>
          <w:lang w:val="ru-RU"/>
        </w:rPr>
      </w:pPr>
      <w:r w:rsidRPr="00604E68">
        <w:rPr>
          <w:lang w:val="ru-RU"/>
        </w:rPr>
        <w:t>Одобрено на заседании кафедры экологии, безопасности жизнедеятел</w:t>
      </w:r>
      <w:r>
        <w:rPr>
          <w:lang w:val="ru-RU"/>
        </w:rPr>
        <w:t xml:space="preserve">ьности и физической </w:t>
      </w:r>
      <w:proofErr w:type="gramStart"/>
      <w:r>
        <w:rPr>
          <w:lang w:val="ru-RU"/>
        </w:rPr>
        <w:t>культуры</w:t>
      </w:r>
      <w:r>
        <w:rPr>
          <w:lang w:val="ru-RU"/>
        </w:rPr>
        <w:br/>
        <w:t>«</w:t>
      </w:r>
      <w:proofErr w:type="gramEnd"/>
      <w:r>
        <w:rPr>
          <w:lang w:val="ru-RU"/>
        </w:rPr>
        <w:t>22» апреля 2026</w:t>
      </w:r>
      <w:r w:rsidRPr="00604E68">
        <w:rPr>
          <w:lang w:val="ru-RU"/>
        </w:rPr>
        <w:t xml:space="preserve"> г., протокол № 4</w:t>
      </w:r>
      <w:r w:rsidRPr="00604E68">
        <w:rPr>
          <w:lang w:val="ru-RU"/>
        </w:rPr>
        <w:br/>
      </w:r>
      <w:r w:rsidRPr="00604E68">
        <w:rPr>
          <w:lang w:val="ru-RU"/>
        </w:rPr>
        <w:br/>
        <w:t xml:space="preserve">Заведующий кафедрой </w:t>
      </w:r>
      <w:r w:rsidRPr="00604E68">
        <w:rPr>
          <w:lang w:val="ru-RU"/>
        </w:rPr>
        <w:br/>
        <w:t>экологии, безопасности жизнедеятельности и физической культуры</w:t>
      </w:r>
      <w:r w:rsidRPr="00604E68">
        <w:rPr>
          <w:lang w:val="ru-RU"/>
        </w:rPr>
        <w:tab/>
      </w:r>
      <w:r w:rsidRPr="00604E68">
        <w:rPr>
          <w:lang w:val="ru-RU"/>
        </w:rPr>
        <w:tab/>
        <w:t>____________</w:t>
      </w:r>
      <w:r w:rsidR="00A21402" w:rsidRPr="00A21402">
        <w:rPr>
          <w:lang w:val="ru-RU"/>
        </w:rPr>
        <w:br/>
      </w:r>
      <w:r w:rsidR="00C86ED6" w:rsidRPr="001F1F32">
        <w:rPr>
          <w:lang w:val="ru-RU"/>
        </w:rPr>
        <w:t>В.А. Никиф</w:t>
      </w:r>
      <w:r w:rsidR="0061721F">
        <w:rPr>
          <w:lang w:val="ru-RU"/>
        </w:rPr>
        <w:t>о</w:t>
      </w:r>
      <w:r w:rsidR="00C86ED6" w:rsidRPr="001F1F32">
        <w:rPr>
          <w:lang w:val="ru-RU"/>
        </w:rPr>
        <w:t>рова</w:t>
      </w:r>
      <w:r w:rsidR="00A21402" w:rsidRPr="00A21402">
        <w:rPr>
          <w:lang w:val="ru-RU"/>
        </w:rPr>
        <w:br/>
      </w:r>
    </w:p>
    <w:p w14:paraId="627D26FC" w14:textId="77777777" w:rsidR="00A21402" w:rsidRPr="007757A8" w:rsidRDefault="00A21402">
      <w:pPr>
        <w:rPr>
          <w:lang w:val="ru-RU"/>
        </w:rPr>
      </w:pPr>
      <w:r w:rsidRPr="00A21402">
        <w:rPr>
          <w:lang w:val="ru-RU"/>
        </w:rPr>
        <w:t>Председатель методической комиссии факультета транспортных систем и лесного комплекса</w:t>
      </w:r>
      <w:r w:rsidRPr="00A21402">
        <w:rPr>
          <w:lang w:val="ru-RU"/>
        </w:rPr>
        <w:br/>
        <w:t>_____________   Варданян М.А.</w:t>
      </w:r>
      <w:r w:rsidRPr="00A21402">
        <w:rPr>
          <w:lang w:val="ru-RU"/>
        </w:rPr>
        <w:br/>
      </w:r>
      <w:r w:rsidRPr="00A21402">
        <w:rPr>
          <w:lang w:val="ru-RU"/>
        </w:rPr>
        <w:br/>
      </w:r>
      <w:r>
        <w:rPr>
          <w:rFonts w:cs="Times New Roman"/>
          <w:szCs w:val="24"/>
          <w:lang w:val="ru-RU"/>
        </w:rPr>
        <w:t>28.04.2026 г. № 9</w:t>
      </w:r>
      <w:r w:rsidRPr="00A21402">
        <w:rPr>
          <w:lang w:val="ru-RU"/>
        </w:rPr>
        <w:br/>
      </w:r>
      <w:r w:rsidRPr="00A21402">
        <w:rPr>
          <w:lang w:val="ru-RU"/>
        </w:rPr>
        <w:br/>
      </w:r>
      <w:r w:rsidRPr="00A21402">
        <w:rPr>
          <w:lang w:val="ru-RU"/>
        </w:rPr>
        <w:br/>
      </w:r>
      <w:r w:rsidRPr="007757A8">
        <w:rPr>
          <w:lang w:val="ru-RU"/>
        </w:rPr>
        <w:t>Ответственный за реализацию ОПОП</w:t>
      </w:r>
      <w:r w:rsidRPr="007757A8">
        <w:rPr>
          <w:lang w:val="ru-RU"/>
        </w:rPr>
        <w:tab/>
        <w:t xml:space="preserve">________________ Е.А. </w:t>
      </w:r>
      <w:proofErr w:type="spellStart"/>
      <w:r w:rsidRPr="007757A8">
        <w:rPr>
          <w:lang w:val="ru-RU"/>
        </w:rPr>
        <w:t>Слепенко</w:t>
      </w:r>
      <w:proofErr w:type="spellEnd"/>
    </w:p>
    <w:p w14:paraId="764D8D07" w14:textId="77777777" w:rsidR="00A21402" w:rsidRPr="007757A8" w:rsidRDefault="00A21402">
      <w:pPr>
        <w:rPr>
          <w:lang w:val="ru-RU"/>
        </w:rPr>
      </w:pPr>
    </w:p>
    <w:p w14:paraId="18282C92" w14:textId="77777777" w:rsidR="00A21402" w:rsidRPr="007757A8" w:rsidRDefault="00A21402">
      <w:pPr>
        <w:rPr>
          <w:lang w:val="ru-RU"/>
        </w:rPr>
      </w:pPr>
    </w:p>
    <w:p w14:paraId="5842AD96" w14:textId="77777777" w:rsidR="00A21402" w:rsidRPr="007757A8" w:rsidRDefault="00A21402">
      <w:pPr>
        <w:rPr>
          <w:lang w:val="ru-RU"/>
        </w:rPr>
      </w:pPr>
    </w:p>
    <w:p w14:paraId="110A3773" w14:textId="77777777" w:rsidR="00A21402" w:rsidRPr="007757A8" w:rsidRDefault="00A21402">
      <w:pPr>
        <w:rPr>
          <w:lang w:val="ru-RU"/>
        </w:rPr>
      </w:pPr>
    </w:p>
    <w:p w14:paraId="4FFDF617" w14:textId="77777777" w:rsidR="00A21402" w:rsidRPr="007757A8" w:rsidRDefault="00A21402">
      <w:pPr>
        <w:rPr>
          <w:lang w:val="ru-RU"/>
        </w:rPr>
      </w:pPr>
    </w:p>
    <w:p w14:paraId="5CD6BCDA" w14:textId="77777777" w:rsidR="00A21402" w:rsidRPr="007757A8" w:rsidRDefault="00A21402">
      <w:pPr>
        <w:rPr>
          <w:lang w:val="ru-RU"/>
        </w:rPr>
      </w:pPr>
    </w:p>
    <w:p w14:paraId="3517D1A2" w14:textId="77777777" w:rsidR="00A21402" w:rsidRPr="007757A8" w:rsidRDefault="00A21402">
      <w:pPr>
        <w:rPr>
          <w:lang w:val="ru-RU"/>
        </w:rPr>
      </w:pPr>
    </w:p>
    <w:p w14:paraId="6DD216E7" w14:textId="77777777" w:rsidR="00A21402" w:rsidRPr="007757A8" w:rsidRDefault="00A21402">
      <w:pPr>
        <w:rPr>
          <w:lang w:val="ru-RU"/>
        </w:rPr>
      </w:pPr>
    </w:p>
    <w:p w14:paraId="2FC5A111" w14:textId="77777777" w:rsidR="00A21402" w:rsidRPr="007757A8" w:rsidRDefault="00A21402">
      <w:pPr>
        <w:rPr>
          <w:lang w:val="ru-RU"/>
        </w:rPr>
      </w:pPr>
    </w:p>
    <w:p w14:paraId="4BC0DA79" w14:textId="77777777" w:rsidR="00A21402" w:rsidRPr="007757A8" w:rsidRDefault="00A21402">
      <w:pPr>
        <w:rPr>
          <w:lang w:val="ru-RU"/>
        </w:rPr>
      </w:pPr>
    </w:p>
    <w:p w14:paraId="408A30DE" w14:textId="77777777" w:rsidR="00A21402" w:rsidRPr="007757A8" w:rsidRDefault="00A21402">
      <w:pPr>
        <w:rPr>
          <w:lang w:val="ru-RU"/>
        </w:rPr>
      </w:pPr>
    </w:p>
    <w:p w14:paraId="1081977B" w14:textId="77777777" w:rsidR="00A21402" w:rsidRPr="007757A8" w:rsidRDefault="00A21402">
      <w:pPr>
        <w:rPr>
          <w:lang w:val="ru-RU"/>
        </w:rPr>
      </w:pPr>
    </w:p>
    <w:p w14:paraId="569D1390" w14:textId="77777777" w:rsidR="00A21402" w:rsidRPr="007757A8" w:rsidRDefault="00A21402">
      <w:pPr>
        <w:rPr>
          <w:lang w:val="ru-RU"/>
        </w:rPr>
      </w:pPr>
    </w:p>
    <w:p w14:paraId="630458E5" w14:textId="77777777" w:rsidR="00A21402" w:rsidRPr="007757A8" w:rsidRDefault="00A21402">
      <w:pPr>
        <w:rPr>
          <w:lang w:val="ru-RU"/>
        </w:rPr>
      </w:pPr>
    </w:p>
    <w:p w14:paraId="38D34460" w14:textId="77777777" w:rsidR="00A21402" w:rsidRPr="007757A8" w:rsidRDefault="00A21402">
      <w:pPr>
        <w:rPr>
          <w:lang w:val="ru-RU"/>
        </w:rPr>
      </w:pPr>
    </w:p>
    <w:p w14:paraId="1BF2E208" w14:textId="77777777" w:rsidR="00A21402" w:rsidRPr="007757A8" w:rsidRDefault="00A21402">
      <w:pPr>
        <w:rPr>
          <w:lang w:val="ru-RU"/>
        </w:rPr>
      </w:pPr>
    </w:p>
    <w:p w14:paraId="22A0B19A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1F1F32">
        <w:rPr>
          <w:rFonts w:eastAsia="Times New Roman"/>
          <w:b/>
          <w:szCs w:val="24"/>
          <w:lang w:val="ru-RU" w:eastAsia="ru-RU"/>
        </w:rPr>
        <w:lastRenderedPageBreak/>
        <w:t>Паспорт</w:t>
      </w:r>
    </w:p>
    <w:p w14:paraId="09CA3159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1F1F32">
        <w:rPr>
          <w:rFonts w:eastAsia="Times New Roman"/>
          <w:b/>
          <w:szCs w:val="24"/>
          <w:lang w:val="ru-RU" w:eastAsia="ru-RU"/>
        </w:rPr>
        <w:t>Фонда оценочных средств</w:t>
      </w:r>
    </w:p>
    <w:p w14:paraId="2CD3D2FD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5551FB77" w14:textId="3678AD9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 xml:space="preserve">по дисциплине </w:t>
      </w:r>
      <w:r>
        <w:rPr>
          <w:rFonts w:eastAsia="Times New Roman"/>
          <w:b/>
          <w:szCs w:val="24"/>
          <w:lang w:val="ru-RU" w:eastAsia="ru-RU"/>
        </w:rPr>
        <w:t>Б1.О.07.03</w:t>
      </w:r>
      <w:bookmarkStart w:id="0" w:name="_GoBack"/>
      <w:bookmarkEnd w:id="0"/>
      <w:r w:rsidRPr="001F1F32">
        <w:rPr>
          <w:rFonts w:eastAsia="Times New Roman"/>
          <w:b/>
          <w:szCs w:val="24"/>
          <w:lang w:val="ru-RU" w:eastAsia="ru-RU"/>
        </w:rPr>
        <w:t xml:space="preserve">  Физическая культура и спорт</w:t>
      </w:r>
    </w:p>
    <w:p w14:paraId="4528EFFA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szCs w:val="24"/>
          <w:lang w:val="ru-RU" w:eastAsia="ru-RU"/>
        </w:rPr>
      </w:pPr>
    </w:p>
    <w:p w14:paraId="4E8B2B4D" w14:textId="77777777" w:rsidR="00F80159" w:rsidRPr="001F1F32" w:rsidRDefault="00F80159" w:rsidP="00F80159">
      <w:pPr>
        <w:spacing w:line="240" w:lineRule="auto"/>
        <w:jc w:val="both"/>
        <w:rPr>
          <w:rFonts w:eastAsia="Times New Roman"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>Компетенции обучающегося, формируемые в результате освоения дисциплины:</w:t>
      </w:r>
    </w:p>
    <w:p w14:paraId="4C090EE0" w14:textId="77777777" w:rsidR="00F80159" w:rsidRPr="001F1F32" w:rsidRDefault="00F80159" w:rsidP="00F80159">
      <w:pPr>
        <w:spacing w:line="240" w:lineRule="auto"/>
        <w:jc w:val="both"/>
        <w:rPr>
          <w:rFonts w:eastAsia="Times New Roman"/>
          <w:b/>
          <w:color w:val="000000"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 xml:space="preserve">1.УК-7. </w:t>
      </w:r>
      <w:r w:rsidRPr="001F1F32">
        <w:rPr>
          <w:rFonts w:eastAsia="Times New Roman"/>
          <w:color w:val="000000"/>
          <w:szCs w:val="24"/>
          <w:lang w:val="ru-RU" w:eastAsia="ru-RU"/>
        </w:rPr>
        <w:t>Способен поддерживать должный уровень физической подготовленности для обеспечения полноценной социальной и профессиональной деятельности</w:t>
      </w:r>
    </w:p>
    <w:p w14:paraId="128C826A" w14:textId="77777777" w:rsidR="00F80159" w:rsidRPr="001F1F32" w:rsidRDefault="00F80159" w:rsidP="00F80159">
      <w:pPr>
        <w:spacing w:line="240" w:lineRule="auto"/>
        <w:jc w:val="both"/>
        <w:rPr>
          <w:rFonts w:eastAsia="Times New Roman"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>Индикаторы: 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</w:r>
    </w:p>
    <w:p w14:paraId="3373EA96" w14:textId="77777777" w:rsidR="00F80159" w:rsidRPr="001F1F32" w:rsidRDefault="00F80159" w:rsidP="00F80159">
      <w:pPr>
        <w:spacing w:line="240" w:lineRule="auto"/>
        <w:jc w:val="both"/>
        <w:rPr>
          <w:rFonts w:eastAsia="Times New Roman"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 xml:space="preserve">УК-7.2 Использует основы физической культуры для осознанного выбора </w:t>
      </w:r>
      <w:proofErr w:type="spellStart"/>
      <w:r w:rsidRPr="001F1F32">
        <w:rPr>
          <w:rFonts w:eastAsia="Times New Roman"/>
          <w:szCs w:val="24"/>
          <w:lang w:val="ru-RU" w:eastAsia="ru-RU"/>
        </w:rPr>
        <w:t>здоровьесберегающих</w:t>
      </w:r>
      <w:proofErr w:type="spellEnd"/>
      <w:r w:rsidRPr="001F1F32">
        <w:rPr>
          <w:rFonts w:eastAsia="Times New Roman"/>
          <w:szCs w:val="24"/>
          <w:lang w:val="ru-RU" w:eastAsia="ru-RU"/>
        </w:rPr>
        <w:t xml:space="preserve"> технологий с учетом внутренних и внешних условий реализации конкретной профессиональной деятельности.</w:t>
      </w:r>
    </w:p>
    <w:p w14:paraId="00FB3A50" w14:textId="77777777" w:rsidR="00F80159" w:rsidRPr="001F1F32" w:rsidRDefault="00F80159" w:rsidP="00F80159">
      <w:pPr>
        <w:spacing w:line="240" w:lineRule="auto"/>
        <w:jc w:val="both"/>
        <w:rPr>
          <w:rFonts w:eastAsia="Times New Roman"/>
          <w:color w:val="00B0F0"/>
          <w:szCs w:val="24"/>
          <w:lang w:val="ru-RU" w:eastAsia="ru-RU"/>
        </w:rPr>
      </w:pPr>
    </w:p>
    <w:tbl>
      <w:tblPr>
        <w:tblW w:w="99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4"/>
        <w:gridCol w:w="1984"/>
        <w:gridCol w:w="1531"/>
        <w:gridCol w:w="1984"/>
        <w:gridCol w:w="2269"/>
      </w:tblGrid>
      <w:tr w:rsidR="00F80159" w:rsidRPr="00313201" w14:paraId="18E70C2E" w14:textId="77777777" w:rsidTr="00234FBB">
        <w:tc>
          <w:tcPr>
            <w:tcW w:w="2154" w:type="dxa"/>
            <w:vAlign w:val="center"/>
          </w:tcPr>
          <w:p w14:paraId="40F8BCE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Раздел</w:t>
            </w:r>
          </w:p>
        </w:tc>
        <w:tc>
          <w:tcPr>
            <w:tcW w:w="1984" w:type="dxa"/>
            <w:vAlign w:val="center"/>
          </w:tcPr>
          <w:p w14:paraId="2174638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Тема</w:t>
            </w:r>
          </w:p>
        </w:tc>
        <w:tc>
          <w:tcPr>
            <w:tcW w:w="1531" w:type="dxa"/>
          </w:tcPr>
          <w:p w14:paraId="091A32E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Код индикатора</w:t>
            </w:r>
          </w:p>
        </w:tc>
        <w:tc>
          <w:tcPr>
            <w:tcW w:w="1984" w:type="dxa"/>
            <w:vAlign w:val="center"/>
          </w:tcPr>
          <w:p w14:paraId="4D1F254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</w:p>
          <w:p w14:paraId="3EE6D7F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Форма оценки</w:t>
            </w:r>
          </w:p>
          <w:p w14:paraId="38F7BBC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(ТК, ПА, ДТ)</w:t>
            </w:r>
          </w:p>
        </w:tc>
        <w:tc>
          <w:tcPr>
            <w:tcW w:w="2269" w:type="dxa"/>
            <w:vAlign w:val="center"/>
          </w:tcPr>
          <w:p w14:paraId="12EC939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ФОС</w:t>
            </w:r>
          </w:p>
        </w:tc>
      </w:tr>
      <w:tr w:rsidR="00F80159" w:rsidRPr="00313201" w14:paraId="5475B418" w14:textId="77777777" w:rsidTr="00234FBB">
        <w:tc>
          <w:tcPr>
            <w:tcW w:w="2154" w:type="dxa"/>
            <w:vAlign w:val="center"/>
          </w:tcPr>
          <w:p w14:paraId="72CB120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  <w:tc>
          <w:tcPr>
            <w:tcW w:w="1984" w:type="dxa"/>
            <w:vAlign w:val="center"/>
          </w:tcPr>
          <w:p w14:paraId="737EB3A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531" w:type="dxa"/>
          </w:tcPr>
          <w:p w14:paraId="5EBE570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984" w:type="dxa"/>
            <w:vAlign w:val="center"/>
          </w:tcPr>
          <w:p w14:paraId="471E315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2269" w:type="dxa"/>
            <w:vAlign w:val="center"/>
          </w:tcPr>
          <w:p w14:paraId="6C56AE9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108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</w:tr>
      <w:tr w:rsidR="00F80159" w:rsidRPr="00313201" w14:paraId="06712F55" w14:textId="77777777" w:rsidTr="00234FBB">
        <w:trPr>
          <w:trHeight w:val="248"/>
        </w:trPr>
        <w:tc>
          <w:tcPr>
            <w:tcW w:w="2154" w:type="dxa"/>
            <w:vMerge w:val="restart"/>
          </w:tcPr>
          <w:p w14:paraId="428AEEA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1. Физическая</w:t>
            </w:r>
          </w:p>
          <w:p w14:paraId="66F393F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культура в</w:t>
            </w:r>
          </w:p>
          <w:p w14:paraId="2980C6F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общекультурной</w:t>
            </w:r>
          </w:p>
          <w:p w14:paraId="4C5D05A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подготовке обучающихся</w:t>
            </w:r>
          </w:p>
          <w:p w14:paraId="27AFE74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2247C34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361ADDF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3FC1696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79F4674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302A319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УК-7.1</w:t>
            </w:r>
          </w:p>
          <w:p w14:paraId="5DBCFC7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УК-7.2</w:t>
            </w:r>
          </w:p>
          <w:p w14:paraId="362E4B2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2906F76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Текущий контроль</w:t>
            </w:r>
          </w:p>
          <w:p w14:paraId="0B4E268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5027CE8C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Промежуточная аттестация</w:t>
            </w:r>
          </w:p>
          <w:p w14:paraId="222BA6BB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</w:p>
          <w:p w14:paraId="7FA80D8D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Диагностическое</w:t>
            </w:r>
          </w:p>
          <w:p w14:paraId="6D1CCE36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дисциплинарное</w:t>
            </w:r>
          </w:p>
          <w:p w14:paraId="051FCE5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303C195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Контрольные тесты</w:t>
            </w:r>
          </w:p>
          <w:p w14:paraId="0CA5768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42C1C56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1EBFEE5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Вопросы к зачету 1-13</w:t>
            </w:r>
          </w:p>
          <w:p w14:paraId="44286B1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5DA0E3C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Комплект тестовых заданий</w:t>
            </w:r>
          </w:p>
          <w:p w14:paraId="004F8A1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6E3F4B09" w14:textId="77777777" w:rsidTr="00234FBB">
        <w:trPr>
          <w:trHeight w:val="251"/>
        </w:trPr>
        <w:tc>
          <w:tcPr>
            <w:tcW w:w="2154" w:type="dxa"/>
            <w:vMerge/>
          </w:tcPr>
          <w:p w14:paraId="3F31925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BC8003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72BDF5A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7C87060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62FF111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34CBCDB9" w14:textId="77777777" w:rsidTr="00234FBB">
        <w:tc>
          <w:tcPr>
            <w:tcW w:w="2154" w:type="dxa"/>
            <w:vMerge/>
          </w:tcPr>
          <w:p w14:paraId="0D2E948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F03D2A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60B46C6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4AFF70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6DA3825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0A1026F2" w14:textId="77777777" w:rsidTr="00234FBB">
        <w:tc>
          <w:tcPr>
            <w:tcW w:w="2154" w:type="dxa"/>
            <w:vMerge/>
          </w:tcPr>
          <w:p w14:paraId="099FF9C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593D999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2B39F0F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68DE665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3709B27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57337D82" w14:textId="77777777" w:rsidTr="00234FBB">
        <w:tc>
          <w:tcPr>
            <w:tcW w:w="2154" w:type="dxa"/>
            <w:vMerge/>
          </w:tcPr>
          <w:p w14:paraId="28B2CFB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ED80D2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717D714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7470729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8E9AA3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048F0ADD" w14:textId="77777777" w:rsidTr="00234FBB">
        <w:tc>
          <w:tcPr>
            <w:tcW w:w="2154" w:type="dxa"/>
            <w:vMerge/>
          </w:tcPr>
          <w:p w14:paraId="6D62BE4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002B037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0D3092F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1B830A6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0D334FF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0E30A924" w14:textId="77777777" w:rsidTr="00234FBB">
        <w:tc>
          <w:tcPr>
            <w:tcW w:w="2154" w:type="dxa"/>
            <w:vMerge w:val="restart"/>
            <w:tcBorders>
              <w:top w:val="nil"/>
            </w:tcBorders>
          </w:tcPr>
          <w:p w14:paraId="7EA0797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2. Физическая</w:t>
            </w:r>
          </w:p>
          <w:p w14:paraId="6D61B79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культура в</w:t>
            </w:r>
          </w:p>
          <w:p w14:paraId="58CE0CB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профессиональной</w:t>
            </w:r>
          </w:p>
          <w:p w14:paraId="73CB1DC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деятельности</w:t>
            </w:r>
          </w:p>
        </w:tc>
        <w:tc>
          <w:tcPr>
            <w:tcW w:w="1984" w:type="dxa"/>
          </w:tcPr>
          <w:p w14:paraId="5243205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Волейбол</w:t>
            </w:r>
          </w:p>
        </w:tc>
        <w:tc>
          <w:tcPr>
            <w:tcW w:w="1531" w:type="dxa"/>
            <w:vMerge w:val="restart"/>
          </w:tcPr>
          <w:p w14:paraId="743C353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УК-7.1</w:t>
            </w:r>
          </w:p>
          <w:p w14:paraId="44D2851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УК-7.2</w:t>
            </w:r>
          </w:p>
          <w:p w14:paraId="5B4915A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 w:val="restart"/>
          </w:tcPr>
          <w:p w14:paraId="1DD188E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Текущий контроль</w:t>
            </w:r>
          </w:p>
          <w:p w14:paraId="0A7D035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78F5239F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Промежуточная аттестация</w:t>
            </w:r>
          </w:p>
          <w:p w14:paraId="6F648BDC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</w:p>
          <w:p w14:paraId="7F5675EC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Диагностическое</w:t>
            </w:r>
          </w:p>
          <w:p w14:paraId="32F6DA71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дисциплинарное</w:t>
            </w:r>
          </w:p>
          <w:p w14:paraId="4326F6B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тестирование</w:t>
            </w:r>
          </w:p>
        </w:tc>
        <w:tc>
          <w:tcPr>
            <w:tcW w:w="2269" w:type="dxa"/>
            <w:vMerge w:val="restart"/>
          </w:tcPr>
          <w:p w14:paraId="48D2D5B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Контрольные тесты</w:t>
            </w:r>
          </w:p>
          <w:p w14:paraId="5B5EB40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5B2CB6B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5D69C22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Вопросы к зачету 14-22</w:t>
            </w:r>
          </w:p>
          <w:p w14:paraId="3D4B075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  <w:p w14:paraId="0264BFD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Комплект тестовых заданий</w:t>
            </w:r>
          </w:p>
          <w:p w14:paraId="6E214A6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4DC62175" w14:textId="77777777" w:rsidTr="00234FBB">
        <w:tc>
          <w:tcPr>
            <w:tcW w:w="2154" w:type="dxa"/>
            <w:vMerge/>
          </w:tcPr>
          <w:p w14:paraId="7BD5926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4B5D9E4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Баскетбол</w:t>
            </w:r>
          </w:p>
        </w:tc>
        <w:tc>
          <w:tcPr>
            <w:tcW w:w="1531" w:type="dxa"/>
            <w:vMerge/>
          </w:tcPr>
          <w:p w14:paraId="618EF4F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4458B7B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1A8DD23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0D6CDAF8" w14:textId="77777777" w:rsidTr="00234FBB">
        <w:tc>
          <w:tcPr>
            <w:tcW w:w="2154" w:type="dxa"/>
            <w:vMerge/>
          </w:tcPr>
          <w:p w14:paraId="44FE560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6C3814A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Футбол</w:t>
            </w:r>
          </w:p>
        </w:tc>
        <w:tc>
          <w:tcPr>
            <w:tcW w:w="1531" w:type="dxa"/>
            <w:vMerge/>
          </w:tcPr>
          <w:p w14:paraId="3E7E168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632FF4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6D771BA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2243D253" w14:textId="77777777" w:rsidTr="00234FBB">
        <w:tc>
          <w:tcPr>
            <w:tcW w:w="2154" w:type="dxa"/>
            <w:vMerge/>
          </w:tcPr>
          <w:p w14:paraId="241914F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71461C6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Лыжная подготовка</w:t>
            </w:r>
          </w:p>
        </w:tc>
        <w:tc>
          <w:tcPr>
            <w:tcW w:w="1531" w:type="dxa"/>
            <w:vMerge/>
          </w:tcPr>
          <w:p w14:paraId="29BC58A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39A1282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68D355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00E0D101" w14:textId="77777777" w:rsidTr="00234FBB">
        <w:tc>
          <w:tcPr>
            <w:tcW w:w="2154" w:type="dxa"/>
            <w:vMerge/>
          </w:tcPr>
          <w:p w14:paraId="1EE888E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59D8DC1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Легкая атлетика</w:t>
            </w:r>
          </w:p>
        </w:tc>
        <w:tc>
          <w:tcPr>
            <w:tcW w:w="1531" w:type="dxa"/>
            <w:vMerge/>
          </w:tcPr>
          <w:p w14:paraId="6F800D7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1E92318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6983D07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  <w:tr w:rsidR="00F80159" w:rsidRPr="00313201" w14:paraId="13F41D22" w14:textId="77777777" w:rsidTr="00234FBB">
        <w:tc>
          <w:tcPr>
            <w:tcW w:w="2154" w:type="dxa"/>
            <w:vMerge/>
          </w:tcPr>
          <w:p w14:paraId="4BBEC53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</w:tcPr>
          <w:p w14:paraId="709FBA9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Плавание </w:t>
            </w:r>
          </w:p>
        </w:tc>
        <w:tc>
          <w:tcPr>
            <w:tcW w:w="1531" w:type="dxa"/>
            <w:vMerge/>
          </w:tcPr>
          <w:p w14:paraId="3AC7588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1984" w:type="dxa"/>
            <w:vMerge/>
          </w:tcPr>
          <w:p w14:paraId="0C9CFD8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  <w:tc>
          <w:tcPr>
            <w:tcW w:w="2269" w:type="dxa"/>
            <w:vMerge/>
          </w:tcPr>
          <w:p w14:paraId="7DB7EC6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</w:p>
        </w:tc>
      </w:tr>
    </w:tbl>
    <w:p w14:paraId="170E5761" w14:textId="77777777" w:rsidR="00F80159" w:rsidRPr="001F1F32" w:rsidRDefault="00F80159" w:rsidP="00F80159">
      <w:pPr>
        <w:spacing w:line="240" w:lineRule="auto"/>
        <w:rPr>
          <w:rFonts w:eastAsia="Times New Roman"/>
          <w:szCs w:val="24"/>
          <w:lang w:eastAsia="ru-RU"/>
        </w:rPr>
      </w:pPr>
    </w:p>
    <w:p w14:paraId="1C3AD64B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183BBB9D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46992AA2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7D057652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55991017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6C0B1633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005F8630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6BAB8307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2DCE881A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6748062A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5121665A" w14:textId="77777777" w:rsidR="00F80159" w:rsidRPr="009C69B3" w:rsidRDefault="00F80159" w:rsidP="00F80159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color w:val="FF00FF"/>
          <w:szCs w:val="24"/>
          <w:lang w:val="ru-RU" w:eastAsia="ru-RU"/>
        </w:rPr>
      </w:pPr>
      <w:r>
        <w:rPr>
          <w:b/>
          <w:color w:val="FF0000"/>
          <w:szCs w:val="24"/>
          <w:lang w:val="ru-RU" w:eastAsia="ru-RU"/>
        </w:rPr>
        <w:br w:type="page"/>
      </w:r>
      <w:r w:rsidRPr="009C69B3">
        <w:rPr>
          <w:b/>
          <w:color w:val="FF00FF"/>
          <w:szCs w:val="24"/>
          <w:lang w:val="ru-RU" w:eastAsia="ru-RU"/>
        </w:rPr>
        <w:lastRenderedPageBreak/>
        <w:t xml:space="preserve"> </w:t>
      </w:r>
    </w:p>
    <w:p w14:paraId="09607685" w14:textId="77777777" w:rsidR="00F80159" w:rsidRPr="00DB5037" w:rsidRDefault="00F80159" w:rsidP="00F80159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Cs w:val="24"/>
          <w:lang w:val="ru-RU" w:eastAsia="ru-RU"/>
        </w:rPr>
      </w:pPr>
      <w:r w:rsidRPr="00DB5037">
        <w:rPr>
          <w:b/>
          <w:szCs w:val="24"/>
          <w:lang w:val="ru-RU" w:eastAsia="ru-RU"/>
        </w:rPr>
        <w:t xml:space="preserve">Перечень и краткая характеристика оценочных средств </w:t>
      </w:r>
    </w:p>
    <w:p w14:paraId="54AF8E67" w14:textId="77777777" w:rsidR="00F80159" w:rsidRPr="009F2A52" w:rsidRDefault="00F80159" w:rsidP="00F80159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i/>
          <w:color w:val="FF0000"/>
          <w:sz w:val="16"/>
          <w:szCs w:val="16"/>
          <w:lang w:val="ru-RU" w:eastAsia="ru-RU"/>
        </w:rPr>
      </w:pPr>
    </w:p>
    <w:p w14:paraId="6DF6E732" w14:textId="575297FC" w:rsidR="00F80159" w:rsidRPr="009F2A52" w:rsidRDefault="00F80159" w:rsidP="00F80159">
      <w:pPr>
        <w:widowControl w:val="0"/>
        <w:spacing w:line="240" w:lineRule="auto"/>
        <w:jc w:val="center"/>
        <w:rPr>
          <w:b/>
          <w:sz w:val="28"/>
          <w:szCs w:val="28"/>
          <w:lang w:val="ru-RU" w:eastAsia="ru-RU"/>
        </w:rPr>
      </w:pPr>
      <w:r w:rsidRPr="009F2A52">
        <w:rPr>
          <w:sz w:val="28"/>
          <w:szCs w:val="28"/>
          <w:lang w:val="ru-RU" w:eastAsia="ru-RU"/>
        </w:rPr>
        <w:t>по дисциплине</w:t>
      </w:r>
      <w:r>
        <w:rPr>
          <w:sz w:val="28"/>
          <w:szCs w:val="28"/>
          <w:lang w:val="ru-RU" w:eastAsia="ru-RU"/>
        </w:rPr>
        <w:t xml:space="preserve"> </w:t>
      </w:r>
      <w:r>
        <w:rPr>
          <w:lang w:val="ru-RU"/>
        </w:rPr>
        <w:t>Б1.О.07.03</w:t>
      </w:r>
      <w:r w:rsidRPr="001F1F32">
        <w:rPr>
          <w:lang w:val="ru-RU"/>
        </w:rPr>
        <w:t>Физическая культура</w:t>
      </w:r>
      <w:r>
        <w:rPr>
          <w:lang w:val="ru-RU"/>
        </w:rPr>
        <w:t xml:space="preserve"> и спорт</w:t>
      </w:r>
    </w:p>
    <w:p w14:paraId="34106AF1" w14:textId="77777777" w:rsidR="00F80159" w:rsidRPr="009F2A52" w:rsidRDefault="00F80159" w:rsidP="00F80159">
      <w:pPr>
        <w:overflowPunct w:val="0"/>
        <w:autoSpaceDE w:val="0"/>
        <w:autoSpaceDN w:val="0"/>
        <w:adjustRightInd w:val="0"/>
        <w:spacing w:line="288" w:lineRule="auto"/>
        <w:jc w:val="center"/>
        <w:textAlignment w:val="baseline"/>
        <w:rPr>
          <w:b/>
          <w:sz w:val="16"/>
          <w:szCs w:val="16"/>
          <w:lang w:val="ru-RU" w:eastAsia="ru-RU"/>
        </w:rPr>
      </w:pPr>
    </w:p>
    <w:p w14:paraId="74E36A1A" w14:textId="77777777" w:rsidR="00F80159" w:rsidRPr="009F2A52" w:rsidRDefault="00F80159" w:rsidP="00F80159">
      <w:pPr>
        <w:overflowPunct w:val="0"/>
        <w:autoSpaceDE w:val="0"/>
        <w:autoSpaceDN w:val="0"/>
        <w:adjustRightInd w:val="0"/>
        <w:spacing w:line="288" w:lineRule="auto"/>
        <w:textAlignment w:val="baseline"/>
        <w:rPr>
          <w:b/>
          <w:sz w:val="28"/>
          <w:szCs w:val="28"/>
          <w:lang w:val="ru-RU" w:eastAsia="ru-RU"/>
        </w:rPr>
      </w:pPr>
    </w:p>
    <w:tbl>
      <w:tblPr>
        <w:tblW w:w="960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"/>
        <w:gridCol w:w="2190"/>
        <w:gridCol w:w="4565"/>
        <w:gridCol w:w="2251"/>
      </w:tblGrid>
      <w:tr w:rsidR="00F80159" w:rsidRPr="00F80159" w14:paraId="69625ACF" w14:textId="77777777" w:rsidTr="00234FBB">
        <w:trPr>
          <w:trHeight w:val="1260"/>
        </w:trPr>
        <w:tc>
          <w:tcPr>
            <w:tcW w:w="600" w:type="dxa"/>
            <w:vAlign w:val="center"/>
          </w:tcPr>
          <w:p w14:paraId="536A5D62" w14:textId="77777777" w:rsidR="00F80159" w:rsidRPr="00C613B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r w:rsidRPr="00C613B6">
              <w:rPr>
                <w:b/>
                <w:lang w:eastAsia="ru-RU"/>
              </w:rPr>
              <w:t>№</w:t>
            </w:r>
          </w:p>
          <w:p w14:paraId="328D4ED8" w14:textId="77777777" w:rsidR="00F80159" w:rsidRPr="00C613B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r w:rsidRPr="00C613B6">
              <w:rPr>
                <w:b/>
                <w:lang w:eastAsia="ru-RU"/>
              </w:rPr>
              <w:t>п/п</w:t>
            </w:r>
          </w:p>
        </w:tc>
        <w:tc>
          <w:tcPr>
            <w:tcW w:w="2190" w:type="dxa"/>
            <w:vAlign w:val="center"/>
          </w:tcPr>
          <w:p w14:paraId="721690ED" w14:textId="77777777" w:rsidR="00F80159" w:rsidRPr="009F2A5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>Наименование оценочного</w:t>
            </w:r>
          </w:p>
          <w:p w14:paraId="66C2D9D8" w14:textId="77777777" w:rsidR="00F80159" w:rsidRPr="009F2A5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>средства</w:t>
            </w:r>
          </w:p>
          <w:p w14:paraId="5C2C1626" w14:textId="77777777" w:rsidR="00F80159" w:rsidRPr="009F2A5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lang w:val="ru-RU" w:eastAsia="ru-RU"/>
              </w:rPr>
            </w:pPr>
            <w:r w:rsidRPr="009F2A52">
              <w:rPr>
                <w:lang w:val="ru-RU" w:eastAsia="ru-RU"/>
              </w:rPr>
              <w:t>(процесс/конечный продукт)</w:t>
            </w:r>
          </w:p>
        </w:tc>
        <w:tc>
          <w:tcPr>
            <w:tcW w:w="4565" w:type="dxa"/>
            <w:vAlign w:val="center"/>
          </w:tcPr>
          <w:p w14:paraId="225A921D" w14:textId="77777777" w:rsidR="00F80159" w:rsidRPr="00C613B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proofErr w:type="spellStart"/>
            <w:r w:rsidRPr="00C613B6">
              <w:rPr>
                <w:b/>
                <w:lang w:eastAsia="ru-RU"/>
              </w:rPr>
              <w:t>Краткая</w:t>
            </w:r>
            <w:proofErr w:type="spellEnd"/>
            <w:r w:rsidRPr="00C613B6">
              <w:rPr>
                <w:b/>
                <w:lang w:eastAsia="ru-RU"/>
              </w:rPr>
              <w:t xml:space="preserve"> </w:t>
            </w:r>
            <w:proofErr w:type="spellStart"/>
            <w:r w:rsidRPr="00C613B6">
              <w:rPr>
                <w:b/>
                <w:lang w:eastAsia="ru-RU"/>
              </w:rPr>
              <w:t>характеристика</w:t>
            </w:r>
            <w:proofErr w:type="spellEnd"/>
            <w:r w:rsidRPr="00C613B6">
              <w:rPr>
                <w:b/>
                <w:lang w:eastAsia="ru-RU"/>
              </w:rPr>
              <w:t xml:space="preserve"> </w:t>
            </w:r>
          </w:p>
          <w:p w14:paraId="07A42201" w14:textId="77777777" w:rsidR="00F80159" w:rsidRPr="00C613B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proofErr w:type="spellStart"/>
            <w:r w:rsidRPr="00C613B6">
              <w:rPr>
                <w:b/>
                <w:lang w:eastAsia="ru-RU"/>
              </w:rPr>
              <w:t>оценочного</w:t>
            </w:r>
            <w:proofErr w:type="spellEnd"/>
            <w:r w:rsidRPr="00C613B6">
              <w:rPr>
                <w:b/>
                <w:lang w:eastAsia="ru-RU"/>
              </w:rPr>
              <w:t xml:space="preserve"> </w:t>
            </w:r>
          </w:p>
          <w:p w14:paraId="3EB92E12" w14:textId="77777777" w:rsidR="00F80159" w:rsidRPr="00C613B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eastAsia="ru-RU"/>
              </w:rPr>
            </w:pPr>
            <w:proofErr w:type="spellStart"/>
            <w:r w:rsidRPr="00C613B6">
              <w:rPr>
                <w:b/>
                <w:lang w:eastAsia="ru-RU"/>
              </w:rPr>
              <w:t>средства</w:t>
            </w:r>
            <w:proofErr w:type="spellEnd"/>
          </w:p>
        </w:tc>
        <w:tc>
          <w:tcPr>
            <w:tcW w:w="2251" w:type="dxa"/>
            <w:vAlign w:val="center"/>
          </w:tcPr>
          <w:p w14:paraId="61293ABC" w14:textId="77777777" w:rsidR="00F80159" w:rsidRPr="009F2A5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 xml:space="preserve">Представление </w:t>
            </w:r>
          </w:p>
          <w:p w14:paraId="05BF221B" w14:textId="77777777" w:rsidR="00F80159" w:rsidRPr="009F2A5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 xml:space="preserve">оценочного </w:t>
            </w:r>
          </w:p>
          <w:p w14:paraId="108C1731" w14:textId="77777777" w:rsidR="00F80159" w:rsidRPr="009F2A5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b/>
                <w:lang w:val="ru-RU" w:eastAsia="ru-RU"/>
              </w:rPr>
            </w:pPr>
            <w:r w:rsidRPr="009F2A52">
              <w:rPr>
                <w:b/>
                <w:lang w:val="ru-RU" w:eastAsia="ru-RU"/>
              </w:rPr>
              <w:t>средства в фонде</w:t>
            </w:r>
          </w:p>
        </w:tc>
      </w:tr>
      <w:tr w:rsidR="00F80159" w:rsidRPr="00DB5037" w14:paraId="110A9D4B" w14:textId="77777777" w:rsidTr="00234FBB">
        <w:trPr>
          <w:trHeight w:val="515"/>
        </w:trPr>
        <w:tc>
          <w:tcPr>
            <w:tcW w:w="600" w:type="dxa"/>
          </w:tcPr>
          <w:p w14:paraId="7D42B740" w14:textId="77777777" w:rsidR="00F80159" w:rsidRPr="00C613B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eastAsia="ru-RU"/>
              </w:rPr>
            </w:pPr>
            <w:r w:rsidRPr="00C613B6">
              <w:rPr>
                <w:lang w:eastAsia="ru-RU"/>
              </w:rPr>
              <w:t>1.</w:t>
            </w:r>
          </w:p>
        </w:tc>
        <w:tc>
          <w:tcPr>
            <w:tcW w:w="2190" w:type="dxa"/>
          </w:tcPr>
          <w:p w14:paraId="037CFC5A" w14:textId="77777777" w:rsidR="00F80159" w:rsidRPr="00BA6D46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BA6D46">
              <w:rPr>
                <w:rFonts w:eastAsia="Times New Roman"/>
                <w:szCs w:val="24"/>
                <w:lang w:val="ru-RU" w:eastAsia="ru-RU"/>
              </w:rPr>
              <w:t>Контрольные тесты по разделам (практика)</w:t>
            </w:r>
          </w:p>
          <w:p w14:paraId="6CE9C3F6" w14:textId="77777777" w:rsidR="00F80159" w:rsidRPr="00BA6D4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val="ru-RU" w:eastAsia="ru-RU"/>
              </w:rPr>
            </w:pPr>
          </w:p>
        </w:tc>
        <w:tc>
          <w:tcPr>
            <w:tcW w:w="4565" w:type="dxa"/>
          </w:tcPr>
          <w:p w14:paraId="5F0FA834" w14:textId="77777777" w:rsidR="00F80159" w:rsidRPr="00BA6D4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szCs w:val="24"/>
                <w:lang w:val="ru-RU" w:eastAsia="ru-RU"/>
              </w:rPr>
            </w:pPr>
            <w:r w:rsidRPr="00BA6D46">
              <w:rPr>
                <w:szCs w:val="24"/>
                <w:lang w:val="ru-RU" w:eastAsia="ru-RU"/>
              </w:rPr>
              <w:t>Перечень контрольных тестов по разделам</w:t>
            </w:r>
            <w:r>
              <w:rPr>
                <w:szCs w:val="24"/>
                <w:lang w:val="ru-RU" w:eastAsia="ru-RU"/>
              </w:rPr>
              <w:t>.</w:t>
            </w:r>
          </w:p>
        </w:tc>
        <w:tc>
          <w:tcPr>
            <w:tcW w:w="2251" w:type="dxa"/>
          </w:tcPr>
          <w:p w14:paraId="76B4CC32" w14:textId="77777777" w:rsidR="00F80159" w:rsidRPr="00BA6D4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val="ru-RU" w:eastAsia="ru-RU"/>
              </w:rPr>
            </w:pPr>
            <w:r w:rsidRPr="00BA6D46">
              <w:rPr>
                <w:szCs w:val="24"/>
                <w:lang w:val="ru-RU" w:eastAsia="ru-RU"/>
              </w:rPr>
              <w:t>Контрольные тесты</w:t>
            </w:r>
          </w:p>
        </w:tc>
      </w:tr>
      <w:tr w:rsidR="00F80159" w:rsidRPr="002C2902" w14:paraId="4C43C61E" w14:textId="77777777" w:rsidTr="00234FBB">
        <w:trPr>
          <w:trHeight w:val="530"/>
        </w:trPr>
        <w:tc>
          <w:tcPr>
            <w:tcW w:w="600" w:type="dxa"/>
          </w:tcPr>
          <w:p w14:paraId="5F40F4ED" w14:textId="77777777" w:rsidR="00F80159" w:rsidRPr="00C613B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eastAsia="ru-RU"/>
              </w:rPr>
            </w:pPr>
            <w:r w:rsidRPr="00C613B6">
              <w:rPr>
                <w:lang w:eastAsia="ru-RU"/>
              </w:rPr>
              <w:t>2.</w:t>
            </w:r>
          </w:p>
        </w:tc>
        <w:tc>
          <w:tcPr>
            <w:tcW w:w="2190" w:type="dxa"/>
          </w:tcPr>
          <w:p w14:paraId="5A010828" w14:textId="77777777" w:rsidR="00F80159" w:rsidRPr="00BA6D46" w:rsidRDefault="00F80159" w:rsidP="00234FBB">
            <w:pPr>
              <w:rPr>
                <w:szCs w:val="24"/>
              </w:rPr>
            </w:pPr>
            <w:proofErr w:type="spellStart"/>
            <w:r w:rsidRPr="00BA6D46">
              <w:rPr>
                <w:szCs w:val="24"/>
              </w:rPr>
              <w:t>Вопросы</w:t>
            </w:r>
            <w:proofErr w:type="spellEnd"/>
            <w:r w:rsidRPr="00BA6D46">
              <w:rPr>
                <w:szCs w:val="24"/>
              </w:rPr>
              <w:t xml:space="preserve"> к </w:t>
            </w:r>
            <w:proofErr w:type="spellStart"/>
            <w:r w:rsidRPr="00BA6D46">
              <w:rPr>
                <w:szCs w:val="24"/>
              </w:rPr>
              <w:t>зачёту</w:t>
            </w:r>
            <w:proofErr w:type="spellEnd"/>
          </w:p>
        </w:tc>
        <w:tc>
          <w:tcPr>
            <w:tcW w:w="4565" w:type="dxa"/>
          </w:tcPr>
          <w:p w14:paraId="74A2BB1F" w14:textId="77777777" w:rsidR="00F80159" w:rsidRPr="00BA6D46" w:rsidRDefault="00F80159" w:rsidP="00234FBB">
            <w:pPr>
              <w:spacing w:line="276" w:lineRule="auto"/>
              <w:rPr>
                <w:szCs w:val="24"/>
                <w:lang w:val="ru-RU"/>
              </w:rPr>
            </w:pPr>
            <w:r w:rsidRPr="00BA6D46">
              <w:rPr>
                <w:szCs w:val="24"/>
                <w:lang w:val="ru-RU"/>
              </w:rPr>
              <w:t>Перечень вопросов к зачёту по разделам дисциплины.</w:t>
            </w:r>
          </w:p>
        </w:tc>
        <w:tc>
          <w:tcPr>
            <w:tcW w:w="2251" w:type="dxa"/>
          </w:tcPr>
          <w:p w14:paraId="21F1973D" w14:textId="77777777" w:rsidR="00F80159" w:rsidRPr="00BA6D46" w:rsidRDefault="00F80159" w:rsidP="00234FBB">
            <w:pPr>
              <w:rPr>
                <w:szCs w:val="24"/>
              </w:rPr>
            </w:pPr>
            <w:proofErr w:type="spellStart"/>
            <w:r w:rsidRPr="00BA6D46">
              <w:rPr>
                <w:szCs w:val="24"/>
              </w:rPr>
              <w:t>Вопросы</w:t>
            </w:r>
            <w:proofErr w:type="spellEnd"/>
            <w:r w:rsidRPr="00BA6D46">
              <w:rPr>
                <w:szCs w:val="24"/>
              </w:rPr>
              <w:t xml:space="preserve"> к </w:t>
            </w:r>
            <w:proofErr w:type="spellStart"/>
            <w:r w:rsidRPr="00BA6D46">
              <w:rPr>
                <w:szCs w:val="24"/>
              </w:rPr>
              <w:t>зачёту</w:t>
            </w:r>
            <w:proofErr w:type="spellEnd"/>
          </w:p>
        </w:tc>
      </w:tr>
      <w:tr w:rsidR="00F80159" w:rsidRPr="002C2902" w14:paraId="5358F231" w14:textId="77777777" w:rsidTr="00234FBB">
        <w:trPr>
          <w:trHeight w:val="530"/>
        </w:trPr>
        <w:tc>
          <w:tcPr>
            <w:tcW w:w="600" w:type="dxa"/>
          </w:tcPr>
          <w:p w14:paraId="5F144743" w14:textId="77777777" w:rsidR="00F80159" w:rsidRPr="00BA6D4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lang w:val="ru-RU" w:eastAsia="ru-RU"/>
              </w:rPr>
            </w:pPr>
            <w:r>
              <w:rPr>
                <w:lang w:val="ru-RU" w:eastAsia="ru-RU"/>
              </w:rPr>
              <w:t>3.</w:t>
            </w:r>
          </w:p>
        </w:tc>
        <w:tc>
          <w:tcPr>
            <w:tcW w:w="2190" w:type="dxa"/>
          </w:tcPr>
          <w:p w14:paraId="27FEB16E" w14:textId="77777777" w:rsidR="00F80159" w:rsidRPr="00BA6D46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szCs w:val="24"/>
                <w:lang w:eastAsia="ru-RU"/>
              </w:rPr>
            </w:pPr>
            <w:r>
              <w:rPr>
                <w:rFonts w:eastAsia="Times New Roman"/>
                <w:bCs/>
                <w:szCs w:val="24"/>
                <w:lang w:val="ru-RU" w:eastAsia="ru-RU"/>
              </w:rPr>
              <w:t>Д</w:t>
            </w:r>
            <w:r w:rsidRPr="00BA6D46">
              <w:rPr>
                <w:rFonts w:eastAsia="Times New Roman"/>
                <w:bCs/>
                <w:szCs w:val="24"/>
                <w:lang w:val="ru-RU" w:eastAsia="ru-RU"/>
              </w:rPr>
              <w:t>иагностическое дисциплинарное тестирование</w:t>
            </w:r>
          </w:p>
        </w:tc>
        <w:tc>
          <w:tcPr>
            <w:tcW w:w="4565" w:type="dxa"/>
          </w:tcPr>
          <w:p w14:paraId="70E98580" w14:textId="77777777" w:rsidR="00F80159" w:rsidRPr="00BA6D46" w:rsidRDefault="00F80159" w:rsidP="00234FBB">
            <w:pPr>
              <w:spacing w:line="240" w:lineRule="auto"/>
              <w:rPr>
                <w:color w:val="000000"/>
                <w:szCs w:val="24"/>
                <w:lang w:val="ru-RU"/>
              </w:rPr>
            </w:pPr>
            <w:r w:rsidRPr="00BA6D46">
              <w:rPr>
                <w:color w:val="000000"/>
                <w:szCs w:val="24"/>
                <w:lang w:val="ru-RU"/>
              </w:rPr>
              <w:t>Система стандартизированных заданий, позволяющая автоматизировать процедуру измерения уровня знаний и умений обучающегося по дисциплине</w:t>
            </w:r>
          </w:p>
        </w:tc>
        <w:tc>
          <w:tcPr>
            <w:tcW w:w="2251" w:type="dxa"/>
          </w:tcPr>
          <w:p w14:paraId="49B376B6" w14:textId="77777777" w:rsidR="00F80159" w:rsidRPr="00BA6D46" w:rsidRDefault="00F80159" w:rsidP="00234FBB">
            <w:pPr>
              <w:spacing w:line="240" w:lineRule="auto"/>
              <w:rPr>
                <w:szCs w:val="24"/>
              </w:rPr>
            </w:pPr>
            <w:proofErr w:type="spellStart"/>
            <w:r w:rsidRPr="00BA6D46">
              <w:rPr>
                <w:szCs w:val="24"/>
              </w:rPr>
              <w:t>Комплект</w:t>
            </w:r>
            <w:proofErr w:type="spellEnd"/>
            <w:r w:rsidRPr="00BA6D46">
              <w:rPr>
                <w:spacing w:val="-14"/>
                <w:szCs w:val="24"/>
              </w:rPr>
              <w:t xml:space="preserve"> </w:t>
            </w:r>
            <w:proofErr w:type="spellStart"/>
            <w:r w:rsidRPr="00BA6D46">
              <w:rPr>
                <w:szCs w:val="24"/>
              </w:rPr>
              <w:t>тестовых</w:t>
            </w:r>
            <w:proofErr w:type="spellEnd"/>
            <w:r w:rsidRPr="00BA6D46">
              <w:rPr>
                <w:szCs w:val="24"/>
              </w:rPr>
              <w:t xml:space="preserve"> </w:t>
            </w:r>
          </w:p>
          <w:p w14:paraId="04DDFDA9" w14:textId="77777777" w:rsidR="00F80159" w:rsidRPr="00BA6D46" w:rsidRDefault="00F80159" w:rsidP="00234FBB">
            <w:pPr>
              <w:spacing w:line="240" w:lineRule="auto"/>
              <w:rPr>
                <w:color w:val="000000"/>
                <w:szCs w:val="24"/>
              </w:rPr>
            </w:pPr>
            <w:proofErr w:type="spellStart"/>
            <w:r w:rsidRPr="00BA6D46">
              <w:rPr>
                <w:spacing w:val="-2"/>
                <w:szCs w:val="24"/>
              </w:rPr>
              <w:t>заданий</w:t>
            </w:r>
            <w:proofErr w:type="spellEnd"/>
          </w:p>
        </w:tc>
      </w:tr>
    </w:tbl>
    <w:p w14:paraId="16502BAD" w14:textId="77777777" w:rsidR="00F80159" w:rsidRDefault="00F80159" w:rsidP="00F80159"/>
    <w:p w14:paraId="1CA85894" w14:textId="77777777" w:rsidR="00F80159" w:rsidRDefault="00F80159" w:rsidP="00F80159">
      <w:pPr>
        <w:spacing w:line="240" w:lineRule="auto"/>
        <w:jc w:val="center"/>
        <w:rPr>
          <w:b/>
          <w:color w:val="0000FF"/>
          <w:szCs w:val="24"/>
          <w:lang w:val="ru-RU" w:eastAsia="ru-RU"/>
        </w:rPr>
      </w:pPr>
    </w:p>
    <w:p w14:paraId="015AD93F" w14:textId="77777777" w:rsidR="00F80159" w:rsidRDefault="00F80159" w:rsidP="00F80159">
      <w:pPr>
        <w:spacing w:line="240" w:lineRule="auto"/>
        <w:jc w:val="center"/>
        <w:rPr>
          <w:b/>
          <w:color w:val="0000FF"/>
          <w:szCs w:val="24"/>
          <w:lang w:val="ru-RU" w:eastAsia="ru-RU"/>
        </w:rPr>
      </w:pPr>
    </w:p>
    <w:p w14:paraId="154CF133" w14:textId="77777777" w:rsidR="00F80159" w:rsidRDefault="00F80159" w:rsidP="00F80159">
      <w:pPr>
        <w:spacing w:line="240" w:lineRule="auto"/>
        <w:jc w:val="center"/>
        <w:rPr>
          <w:b/>
          <w:color w:val="0000FF"/>
          <w:szCs w:val="24"/>
          <w:lang w:val="ru-RU" w:eastAsia="ru-RU"/>
        </w:rPr>
      </w:pPr>
    </w:p>
    <w:p w14:paraId="43CDE48E" w14:textId="77777777" w:rsidR="00F80159" w:rsidRPr="000E2DAC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0E2DAC">
        <w:rPr>
          <w:b/>
          <w:szCs w:val="24"/>
          <w:lang w:val="ru-RU" w:eastAsia="ru-RU"/>
        </w:rPr>
        <w:t>Комплект оценочных средств для текущего контроля</w:t>
      </w:r>
    </w:p>
    <w:p w14:paraId="4CC5F550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</w:p>
    <w:p w14:paraId="6160D86D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1F1F32">
        <w:rPr>
          <w:rFonts w:eastAsia="Times New Roman"/>
          <w:b/>
          <w:szCs w:val="24"/>
          <w:lang w:val="ru-RU" w:eastAsia="ru-RU"/>
        </w:rPr>
        <w:t>Контрольные тесты по разделам</w:t>
      </w:r>
    </w:p>
    <w:p w14:paraId="5B5BA9AF" w14:textId="77777777" w:rsidR="00F80159" w:rsidRPr="001F1F32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</w:p>
    <w:p w14:paraId="6689817A" w14:textId="77777777" w:rsidR="00F80159" w:rsidRPr="001F1F32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1F1F32">
        <w:rPr>
          <w:rFonts w:eastAsia="Times New Roman"/>
          <w:b/>
          <w:szCs w:val="24"/>
          <w:lang w:val="ru-RU" w:eastAsia="ru-RU"/>
        </w:rPr>
        <w:t xml:space="preserve">1.Спортивные игры: </w:t>
      </w:r>
    </w:p>
    <w:p w14:paraId="44391C88" w14:textId="77777777" w:rsidR="00F80159" w:rsidRPr="009C69B3" w:rsidRDefault="00F80159" w:rsidP="00F80159">
      <w:pPr>
        <w:spacing w:line="240" w:lineRule="auto"/>
        <w:rPr>
          <w:rFonts w:eastAsia="Times New Roman"/>
          <w:b/>
          <w:color w:val="FF0000"/>
          <w:szCs w:val="24"/>
          <w:lang w:val="ru-RU" w:eastAsia="ru-RU"/>
        </w:rPr>
      </w:pPr>
      <w:r w:rsidRPr="001F1F32">
        <w:rPr>
          <w:rFonts w:eastAsia="Times New Roman"/>
          <w:b/>
          <w:szCs w:val="24"/>
          <w:lang w:val="ru-RU" w:eastAsia="ru-RU"/>
        </w:rPr>
        <w:t>Волейбол (девушки)</w:t>
      </w:r>
      <w:r>
        <w:rPr>
          <w:rFonts w:eastAsia="Times New Roman"/>
          <w:b/>
          <w:szCs w:val="24"/>
          <w:lang w:val="ru-RU" w:eastAsia="ru-RU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6AFB0629" w14:textId="77777777" w:rsidTr="00234FBB">
        <w:tc>
          <w:tcPr>
            <w:tcW w:w="1008" w:type="dxa"/>
          </w:tcPr>
          <w:p w14:paraId="5E0866DE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35F4E36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7A480EE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96FE6D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14F6BD5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8CB5FA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D21F68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03CBB229" w14:textId="77777777" w:rsidTr="00234FBB">
        <w:tc>
          <w:tcPr>
            <w:tcW w:w="1008" w:type="dxa"/>
          </w:tcPr>
          <w:p w14:paraId="3B28356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0966B0C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759553A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7CB7BCA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2FCE5F4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1B29778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20DAC53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150</w:t>
            </w:r>
          </w:p>
        </w:tc>
      </w:tr>
      <w:tr w:rsidR="00F80159" w:rsidRPr="000E2DAC" w14:paraId="5499120B" w14:textId="77777777" w:rsidTr="00234FBB">
        <w:tc>
          <w:tcPr>
            <w:tcW w:w="1008" w:type="dxa"/>
          </w:tcPr>
          <w:p w14:paraId="387E7BB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75C73B1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Приседание на одной ноге, (кол-во)</w:t>
            </w:r>
          </w:p>
        </w:tc>
        <w:tc>
          <w:tcPr>
            <w:tcW w:w="900" w:type="dxa"/>
          </w:tcPr>
          <w:p w14:paraId="60CF3C3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09451D6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3B86176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223D284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1F3F25C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</w:tr>
      <w:tr w:rsidR="00F80159" w:rsidRPr="000E2DAC" w14:paraId="7C07ECBA" w14:textId="77777777" w:rsidTr="00234FBB">
        <w:tc>
          <w:tcPr>
            <w:tcW w:w="1008" w:type="dxa"/>
          </w:tcPr>
          <w:p w14:paraId="0F56062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72374EC0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Выпрыгивание у сетки (кол-во)</w:t>
            </w:r>
          </w:p>
        </w:tc>
        <w:tc>
          <w:tcPr>
            <w:tcW w:w="900" w:type="dxa"/>
          </w:tcPr>
          <w:p w14:paraId="4ED4FF4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10</w:t>
            </w:r>
          </w:p>
        </w:tc>
        <w:tc>
          <w:tcPr>
            <w:tcW w:w="1040" w:type="dxa"/>
          </w:tcPr>
          <w:p w14:paraId="5C5142D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8</w:t>
            </w:r>
          </w:p>
        </w:tc>
        <w:tc>
          <w:tcPr>
            <w:tcW w:w="1307" w:type="dxa"/>
          </w:tcPr>
          <w:p w14:paraId="347E375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691D69B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8" w:type="dxa"/>
          </w:tcPr>
          <w:p w14:paraId="286D169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</w:tr>
      <w:tr w:rsidR="00F80159" w:rsidRPr="000E2DAC" w14:paraId="49638E56" w14:textId="77777777" w:rsidTr="00234FBB">
        <w:tc>
          <w:tcPr>
            <w:tcW w:w="1008" w:type="dxa"/>
          </w:tcPr>
          <w:p w14:paraId="571187E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56980F06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Подача мяча (кол-во)</w:t>
            </w:r>
          </w:p>
        </w:tc>
        <w:tc>
          <w:tcPr>
            <w:tcW w:w="900" w:type="dxa"/>
          </w:tcPr>
          <w:p w14:paraId="22852C0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9F7C48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613AD4F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908FFD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594BBB7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  <w:tr w:rsidR="00F80159" w:rsidRPr="000E2DAC" w14:paraId="491DDC33" w14:textId="77777777" w:rsidTr="00234FBB">
        <w:tc>
          <w:tcPr>
            <w:tcW w:w="1008" w:type="dxa"/>
          </w:tcPr>
          <w:p w14:paraId="0B58455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546A15F7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Подача мяча</w:t>
            </w:r>
            <w:r>
              <w:rPr>
                <w:rFonts w:eastAsia="Times New Roman"/>
                <w:szCs w:val="24"/>
                <w:lang w:val="ru-RU" w:eastAsia="ru-RU"/>
              </w:rPr>
              <w:t xml:space="preserve"> </w:t>
            </w:r>
            <w:r w:rsidRPr="000E2DAC">
              <w:rPr>
                <w:rFonts w:eastAsia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04D9976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2A90EDE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1503A15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4750779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7507D90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</w:tbl>
    <w:p w14:paraId="199577B5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161E12CE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Волейбол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1F3A18B8" w14:textId="77777777" w:rsidTr="00234FBB">
        <w:tc>
          <w:tcPr>
            <w:tcW w:w="1008" w:type="dxa"/>
          </w:tcPr>
          <w:p w14:paraId="1AC41738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6FBB8387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07B1B72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47CAFB7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511D46C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B318F5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675411C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7035B9DA" w14:textId="77777777" w:rsidTr="00234FBB">
        <w:tc>
          <w:tcPr>
            <w:tcW w:w="1008" w:type="dxa"/>
          </w:tcPr>
          <w:p w14:paraId="12D30B2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55EEB59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6577808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348BD5E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7398C9B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47804FE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2086D8B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215</w:t>
            </w:r>
          </w:p>
        </w:tc>
      </w:tr>
      <w:tr w:rsidR="00F80159" w:rsidRPr="00313201" w14:paraId="0D93CD77" w14:textId="77777777" w:rsidTr="00234FBB">
        <w:tc>
          <w:tcPr>
            <w:tcW w:w="1008" w:type="dxa"/>
          </w:tcPr>
          <w:p w14:paraId="5827CF50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0A49184B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Поднимание ног в висе до касания перекладины</w:t>
            </w:r>
            <w:r w:rsidRPr="000E2DAC">
              <w:rPr>
                <w:rFonts w:eastAsia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31359BC3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70A54940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0FF80C0C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39F2DC23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4F3F1E6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</w:tr>
      <w:tr w:rsidR="00F80159" w:rsidRPr="00313201" w14:paraId="0E2F3E8B" w14:textId="77777777" w:rsidTr="00234FBB">
        <w:tc>
          <w:tcPr>
            <w:tcW w:w="1008" w:type="dxa"/>
          </w:tcPr>
          <w:p w14:paraId="7A3DF796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36503FE3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Выпрыгивание у сетки </w:t>
            </w:r>
            <w:r w:rsidRPr="001F1F32">
              <w:rPr>
                <w:rFonts w:eastAsia="Times New Roman"/>
                <w:szCs w:val="24"/>
                <w:lang w:val="ru-RU" w:eastAsia="ru-RU"/>
              </w:rPr>
              <w:lastRenderedPageBreak/>
              <w:t>(кол-во)</w:t>
            </w:r>
          </w:p>
        </w:tc>
        <w:tc>
          <w:tcPr>
            <w:tcW w:w="900" w:type="dxa"/>
          </w:tcPr>
          <w:p w14:paraId="3FAFADD3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lastRenderedPageBreak/>
              <w:t>15</w:t>
            </w:r>
          </w:p>
        </w:tc>
        <w:tc>
          <w:tcPr>
            <w:tcW w:w="1040" w:type="dxa"/>
          </w:tcPr>
          <w:p w14:paraId="51AC40A2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7" w:type="dxa"/>
          </w:tcPr>
          <w:p w14:paraId="58385D8B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8</w:t>
            </w:r>
          </w:p>
        </w:tc>
        <w:tc>
          <w:tcPr>
            <w:tcW w:w="1308" w:type="dxa"/>
          </w:tcPr>
          <w:p w14:paraId="05697D69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3AFCC570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</w:tr>
      <w:tr w:rsidR="00F80159" w:rsidRPr="00313201" w14:paraId="6D7B08AE" w14:textId="77777777" w:rsidTr="00234FBB">
        <w:tc>
          <w:tcPr>
            <w:tcW w:w="1008" w:type="dxa"/>
          </w:tcPr>
          <w:p w14:paraId="457F20B4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39167ACC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Подача мяча(кол-во)</w:t>
            </w:r>
          </w:p>
        </w:tc>
        <w:tc>
          <w:tcPr>
            <w:tcW w:w="900" w:type="dxa"/>
          </w:tcPr>
          <w:p w14:paraId="2E71C30B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5D545C27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0860383C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6E5A1722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1365C2E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</w:tr>
      <w:tr w:rsidR="00F80159" w:rsidRPr="00313201" w14:paraId="049042CB" w14:textId="77777777" w:rsidTr="00234FBB">
        <w:tc>
          <w:tcPr>
            <w:tcW w:w="1008" w:type="dxa"/>
          </w:tcPr>
          <w:p w14:paraId="2408EF5A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2700" w:type="dxa"/>
          </w:tcPr>
          <w:p w14:paraId="05D31828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Подача мяча</w:t>
            </w:r>
            <w:r w:rsidRPr="000E2DAC">
              <w:rPr>
                <w:rFonts w:eastAsia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0E525C73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8</w:t>
            </w:r>
          </w:p>
        </w:tc>
        <w:tc>
          <w:tcPr>
            <w:tcW w:w="1040" w:type="dxa"/>
          </w:tcPr>
          <w:p w14:paraId="08B157CF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1682643D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234C28F1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3BCB628B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</w:tr>
    </w:tbl>
    <w:p w14:paraId="2D5F267C" w14:textId="77777777" w:rsidR="00F80159" w:rsidRPr="001F1F32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36543A7D" w14:textId="77777777" w:rsidR="00F80159" w:rsidRPr="001F1F32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1F1F32">
        <w:rPr>
          <w:rFonts w:eastAsia="Times New Roman"/>
          <w:b/>
          <w:szCs w:val="24"/>
          <w:lang w:val="ru-RU" w:eastAsia="ru-RU"/>
        </w:rPr>
        <w:t>Баскетбол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48B5BD87" w14:textId="77777777" w:rsidTr="00234FBB">
        <w:tc>
          <w:tcPr>
            <w:tcW w:w="1008" w:type="dxa"/>
          </w:tcPr>
          <w:p w14:paraId="5854A646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427BB59A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1EF2BD8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615E6D3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7E90AA2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0EDC657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82D9B9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061BA4C2" w14:textId="77777777" w:rsidTr="00234FBB">
        <w:tc>
          <w:tcPr>
            <w:tcW w:w="1008" w:type="dxa"/>
          </w:tcPr>
          <w:p w14:paraId="7F34B23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3A4ECF3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0922F68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190</w:t>
            </w:r>
          </w:p>
        </w:tc>
        <w:tc>
          <w:tcPr>
            <w:tcW w:w="1040" w:type="dxa"/>
          </w:tcPr>
          <w:p w14:paraId="1D58612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6292D86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3685923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3D47C9F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150</w:t>
            </w:r>
          </w:p>
        </w:tc>
      </w:tr>
      <w:tr w:rsidR="00F80159" w:rsidRPr="000E2DAC" w14:paraId="3C20E309" w14:textId="77777777" w:rsidTr="00234FBB">
        <w:tc>
          <w:tcPr>
            <w:tcW w:w="1008" w:type="dxa"/>
          </w:tcPr>
          <w:p w14:paraId="6D8C576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3C01FBB6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Приседание на одной ноге(кол-во)</w:t>
            </w:r>
          </w:p>
        </w:tc>
        <w:tc>
          <w:tcPr>
            <w:tcW w:w="900" w:type="dxa"/>
          </w:tcPr>
          <w:p w14:paraId="3322412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12</w:t>
            </w:r>
          </w:p>
        </w:tc>
        <w:tc>
          <w:tcPr>
            <w:tcW w:w="1040" w:type="dxa"/>
          </w:tcPr>
          <w:p w14:paraId="442AF67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10</w:t>
            </w:r>
          </w:p>
        </w:tc>
        <w:tc>
          <w:tcPr>
            <w:tcW w:w="1307" w:type="dxa"/>
          </w:tcPr>
          <w:p w14:paraId="3F3E505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8</w:t>
            </w:r>
          </w:p>
        </w:tc>
        <w:tc>
          <w:tcPr>
            <w:tcW w:w="1308" w:type="dxa"/>
          </w:tcPr>
          <w:p w14:paraId="549D891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6</w:t>
            </w:r>
          </w:p>
        </w:tc>
        <w:tc>
          <w:tcPr>
            <w:tcW w:w="1308" w:type="dxa"/>
          </w:tcPr>
          <w:p w14:paraId="3AA08BD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</w:tr>
      <w:tr w:rsidR="00F80159" w:rsidRPr="000E2DAC" w14:paraId="6155ABDC" w14:textId="77777777" w:rsidTr="00234FBB">
        <w:tc>
          <w:tcPr>
            <w:tcW w:w="1008" w:type="dxa"/>
          </w:tcPr>
          <w:p w14:paraId="54B2B1C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6659F8A7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Штрафной бросок в кольцо(кол-во)</w:t>
            </w:r>
          </w:p>
        </w:tc>
        <w:tc>
          <w:tcPr>
            <w:tcW w:w="900" w:type="dxa"/>
          </w:tcPr>
          <w:p w14:paraId="24A4F9B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1040" w:type="dxa"/>
          </w:tcPr>
          <w:p w14:paraId="680C62D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7" w:type="dxa"/>
          </w:tcPr>
          <w:p w14:paraId="3E38433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F76A96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1308" w:type="dxa"/>
          </w:tcPr>
          <w:p w14:paraId="564CF4B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0</w:t>
            </w:r>
          </w:p>
        </w:tc>
      </w:tr>
      <w:tr w:rsidR="00F80159" w:rsidRPr="000E2DAC" w14:paraId="7FFBF1C8" w14:textId="77777777" w:rsidTr="00234FBB">
        <w:tc>
          <w:tcPr>
            <w:tcW w:w="1008" w:type="dxa"/>
          </w:tcPr>
          <w:p w14:paraId="2EAEEF6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08237CD8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Ведение </w:t>
            </w:r>
            <w:proofErr w:type="gramStart"/>
            <w:r w:rsidRPr="000E2DAC">
              <w:rPr>
                <w:rFonts w:eastAsia="Times New Roman"/>
                <w:szCs w:val="24"/>
                <w:lang w:val="ru-RU" w:eastAsia="ru-RU"/>
              </w:rPr>
              <w:t>мяча ,два</w:t>
            </w:r>
            <w:proofErr w:type="gramEnd"/>
            <w:r w:rsidRPr="000E2DAC">
              <w:rPr>
                <w:rFonts w:eastAsia="Times New Roman"/>
                <w:szCs w:val="24"/>
                <w:lang w:val="ru-RU" w:eastAsia="ru-RU"/>
              </w:rPr>
              <w:t xml:space="preserve"> шага бросок(кол-во)</w:t>
            </w:r>
          </w:p>
        </w:tc>
        <w:tc>
          <w:tcPr>
            <w:tcW w:w="900" w:type="dxa"/>
          </w:tcPr>
          <w:p w14:paraId="54791AF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450BA3C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6A962E4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1E79593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3060788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</w:tbl>
    <w:p w14:paraId="7F778EB2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28AA4B69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Баскетбол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6F2623EA" w14:textId="77777777" w:rsidTr="00234FBB">
        <w:tc>
          <w:tcPr>
            <w:tcW w:w="1008" w:type="dxa"/>
          </w:tcPr>
          <w:p w14:paraId="281BC1A7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4BE0FA96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10FA1AF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65E8703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2125873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7C1C47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F99ED0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7CDE6F26" w14:textId="77777777" w:rsidTr="00234FBB">
        <w:tc>
          <w:tcPr>
            <w:tcW w:w="1008" w:type="dxa"/>
          </w:tcPr>
          <w:p w14:paraId="253CBF1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67AE125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531C067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040" w:type="dxa"/>
          </w:tcPr>
          <w:p w14:paraId="753185C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240</w:t>
            </w:r>
          </w:p>
        </w:tc>
        <w:tc>
          <w:tcPr>
            <w:tcW w:w="1307" w:type="dxa"/>
          </w:tcPr>
          <w:p w14:paraId="07E729F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230</w:t>
            </w:r>
          </w:p>
        </w:tc>
        <w:tc>
          <w:tcPr>
            <w:tcW w:w="1308" w:type="dxa"/>
          </w:tcPr>
          <w:p w14:paraId="4A41EBE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5E04E55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215</w:t>
            </w:r>
          </w:p>
        </w:tc>
      </w:tr>
      <w:tr w:rsidR="00F80159" w:rsidRPr="000E2DAC" w14:paraId="711ADD17" w14:textId="77777777" w:rsidTr="00234FBB">
        <w:tc>
          <w:tcPr>
            <w:tcW w:w="1008" w:type="dxa"/>
          </w:tcPr>
          <w:p w14:paraId="7C5B086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4B5D4994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Приседание на одной ноге(кол-во)</w:t>
            </w:r>
          </w:p>
        </w:tc>
        <w:tc>
          <w:tcPr>
            <w:tcW w:w="900" w:type="dxa"/>
          </w:tcPr>
          <w:p w14:paraId="54DC929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2CF0DDA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7" w:type="dxa"/>
          </w:tcPr>
          <w:p w14:paraId="2F7378D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7BEF22D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018C3C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</w:tr>
      <w:tr w:rsidR="00F80159" w:rsidRPr="000E2DAC" w14:paraId="0DD33D48" w14:textId="77777777" w:rsidTr="00234FBB">
        <w:tc>
          <w:tcPr>
            <w:tcW w:w="1008" w:type="dxa"/>
          </w:tcPr>
          <w:p w14:paraId="2EA09F9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6317FF02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Штрафной бросок в кольцо(кол-во)</w:t>
            </w:r>
          </w:p>
        </w:tc>
        <w:tc>
          <w:tcPr>
            <w:tcW w:w="900" w:type="dxa"/>
          </w:tcPr>
          <w:p w14:paraId="2A9ED9A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2B11958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5CA2CB3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6C5ACF0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72C5156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  <w:tr w:rsidR="00F80159" w:rsidRPr="000E2DAC" w14:paraId="523892A9" w14:textId="77777777" w:rsidTr="00234FBB">
        <w:tc>
          <w:tcPr>
            <w:tcW w:w="1008" w:type="dxa"/>
          </w:tcPr>
          <w:p w14:paraId="7BE2A86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2700" w:type="dxa"/>
          </w:tcPr>
          <w:p w14:paraId="4164636B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Ведение </w:t>
            </w:r>
            <w:proofErr w:type="gramStart"/>
            <w:r w:rsidRPr="000E2DAC">
              <w:rPr>
                <w:rFonts w:eastAsia="Times New Roman"/>
                <w:szCs w:val="24"/>
                <w:lang w:val="ru-RU" w:eastAsia="ru-RU"/>
              </w:rPr>
              <w:t>мяча ,два</w:t>
            </w:r>
            <w:proofErr w:type="gramEnd"/>
            <w:r w:rsidRPr="000E2DAC">
              <w:rPr>
                <w:rFonts w:eastAsia="Times New Roman"/>
                <w:szCs w:val="24"/>
                <w:lang w:val="ru-RU" w:eastAsia="ru-RU"/>
              </w:rPr>
              <w:t xml:space="preserve"> </w:t>
            </w:r>
            <w:proofErr w:type="spellStart"/>
            <w:r w:rsidRPr="000E2DAC">
              <w:rPr>
                <w:rFonts w:eastAsia="Times New Roman"/>
                <w:szCs w:val="24"/>
                <w:lang w:val="ru-RU" w:eastAsia="ru-RU"/>
              </w:rPr>
              <w:t>шага,бросок</w:t>
            </w:r>
            <w:proofErr w:type="spellEnd"/>
            <w:r w:rsidRPr="000E2DAC">
              <w:rPr>
                <w:rFonts w:eastAsia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4346E99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6</w:t>
            </w:r>
          </w:p>
        </w:tc>
        <w:tc>
          <w:tcPr>
            <w:tcW w:w="1040" w:type="dxa"/>
          </w:tcPr>
          <w:p w14:paraId="127C516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7" w:type="dxa"/>
          </w:tcPr>
          <w:p w14:paraId="464A8B9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34DA172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DB6A08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</w:tr>
    </w:tbl>
    <w:p w14:paraId="5F5F4BC3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65EA6708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 xml:space="preserve">Футбол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69AD0449" w14:textId="77777777" w:rsidTr="00234FBB">
        <w:tc>
          <w:tcPr>
            <w:tcW w:w="1008" w:type="dxa"/>
          </w:tcPr>
          <w:p w14:paraId="6C7F8D06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74520754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09F00DF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595383B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73F18B1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471588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B5F14C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01D9F16D" w14:textId="77777777" w:rsidTr="00234FBB">
        <w:tc>
          <w:tcPr>
            <w:tcW w:w="1008" w:type="dxa"/>
          </w:tcPr>
          <w:p w14:paraId="2D8A573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2F417629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Удар мячом по воротам с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0E2DAC">
                <w:rPr>
                  <w:rFonts w:eastAsia="Times New Roman"/>
                  <w:szCs w:val="24"/>
                  <w:lang w:val="ru-RU" w:eastAsia="ru-RU"/>
                </w:rPr>
                <w:t>11 метров</w:t>
              </w:r>
            </w:smartTag>
            <w:r w:rsidRPr="000E2DAC">
              <w:rPr>
                <w:rFonts w:eastAsia="Times New Roman"/>
                <w:szCs w:val="24"/>
                <w:lang w:val="ru-RU" w:eastAsia="ru-RU"/>
              </w:rPr>
              <w:t>(кол-во)</w:t>
            </w:r>
          </w:p>
        </w:tc>
        <w:tc>
          <w:tcPr>
            <w:tcW w:w="900" w:type="dxa"/>
          </w:tcPr>
          <w:p w14:paraId="7D5EC2C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376456B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1F5F8A5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2F4A051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45B3128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  <w:tr w:rsidR="00F80159" w:rsidRPr="000E2DAC" w14:paraId="2BB98EDD" w14:textId="77777777" w:rsidTr="00234FBB">
        <w:tc>
          <w:tcPr>
            <w:tcW w:w="1008" w:type="dxa"/>
          </w:tcPr>
          <w:p w14:paraId="210FA12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FA6956F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Ведение мяча и обводка (сек)</w:t>
            </w:r>
          </w:p>
        </w:tc>
        <w:tc>
          <w:tcPr>
            <w:tcW w:w="900" w:type="dxa"/>
          </w:tcPr>
          <w:p w14:paraId="64BFB79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40" w:type="dxa"/>
          </w:tcPr>
          <w:p w14:paraId="29F3D84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7" w:type="dxa"/>
          </w:tcPr>
          <w:p w14:paraId="0ABCF84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0E8CB50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8" w:type="dxa"/>
          </w:tcPr>
          <w:p w14:paraId="47087D3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30</w:t>
            </w:r>
          </w:p>
        </w:tc>
      </w:tr>
      <w:tr w:rsidR="00F80159" w:rsidRPr="000E2DAC" w14:paraId="4C9CF7BD" w14:textId="77777777" w:rsidTr="00234FBB">
        <w:tc>
          <w:tcPr>
            <w:tcW w:w="1008" w:type="dxa"/>
          </w:tcPr>
          <w:p w14:paraId="08AA77E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0EC579B6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Набивание мяча ногой(удар)</w:t>
            </w:r>
          </w:p>
        </w:tc>
        <w:tc>
          <w:tcPr>
            <w:tcW w:w="900" w:type="dxa"/>
          </w:tcPr>
          <w:p w14:paraId="48DAEA7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25</w:t>
            </w:r>
          </w:p>
        </w:tc>
        <w:tc>
          <w:tcPr>
            <w:tcW w:w="1040" w:type="dxa"/>
          </w:tcPr>
          <w:p w14:paraId="1161F60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7" w:type="dxa"/>
          </w:tcPr>
          <w:p w14:paraId="76275A3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15</w:t>
            </w:r>
          </w:p>
        </w:tc>
        <w:tc>
          <w:tcPr>
            <w:tcW w:w="1308" w:type="dxa"/>
          </w:tcPr>
          <w:p w14:paraId="5EBD696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2381FB9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</w:tr>
    </w:tbl>
    <w:p w14:paraId="3CD8F67C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6A74D14E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Настольный теннис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4A4BBDAA" w14:textId="77777777" w:rsidTr="00234FBB">
        <w:tc>
          <w:tcPr>
            <w:tcW w:w="1008" w:type="dxa"/>
          </w:tcPr>
          <w:p w14:paraId="1E8E8A82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D6469A7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70360FF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65108BC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46CFC2C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B70834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1668B74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6A5C1F28" w14:textId="77777777" w:rsidTr="00234FBB">
        <w:tc>
          <w:tcPr>
            <w:tcW w:w="1008" w:type="dxa"/>
          </w:tcPr>
          <w:p w14:paraId="56B7F64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6A70D61D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900" w:type="dxa"/>
          </w:tcPr>
          <w:p w14:paraId="05D3173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0E2D618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7E046B9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0AA1368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5B4F65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  <w:tr w:rsidR="00F80159" w:rsidRPr="000E2DAC" w14:paraId="790D40E4" w14:textId="77777777" w:rsidTr="00234FBB">
        <w:tc>
          <w:tcPr>
            <w:tcW w:w="1008" w:type="dxa"/>
          </w:tcPr>
          <w:p w14:paraId="6B24256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2700" w:type="dxa"/>
          </w:tcPr>
          <w:p w14:paraId="64BC0BDA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1D1F9AD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6082F7A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1B629BB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30FC156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51CE793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  <w:tr w:rsidR="00F80159" w:rsidRPr="000E2DAC" w14:paraId="145BA225" w14:textId="77777777" w:rsidTr="00234FBB">
        <w:tc>
          <w:tcPr>
            <w:tcW w:w="1008" w:type="dxa"/>
          </w:tcPr>
          <w:p w14:paraId="0C7F6C1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2700" w:type="dxa"/>
          </w:tcPr>
          <w:p w14:paraId="0F6221D9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900" w:type="dxa"/>
          </w:tcPr>
          <w:p w14:paraId="42B9287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5</w:t>
            </w:r>
          </w:p>
        </w:tc>
        <w:tc>
          <w:tcPr>
            <w:tcW w:w="1040" w:type="dxa"/>
          </w:tcPr>
          <w:p w14:paraId="54535F7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  <w:tc>
          <w:tcPr>
            <w:tcW w:w="1307" w:type="dxa"/>
          </w:tcPr>
          <w:p w14:paraId="1D82FF9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3</w:t>
            </w:r>
          </w:p>
        </w:tc>
        <w:tc>
          <w:tcPr>
            <w:tcW w:w="1308" w:type="dxa"/>
          </w:tcPr>
          <w:p w14:paraId="45946B7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2</w:t>
            </w:r>
          </w:p>
        </w:tc>
        <w:tc>
          <w:tcPr>
            <w:tcW w:w="1308" w:type="dxa"/>
          </w:tcPr>
          <w:p w14:paraId="69EBC11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</w:t>
            </w:r>
          </w:p>
        </w:tc>
      </w:tr>
    </w:tbl>
    <w:p w14:paraId="1A68128D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259C6C0A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Настольный теннис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600"/>
        <w:gridCol w:w="720"/>
        <w:gridCol w:w="900"/>
        <w:gridCol w:w="727"/>
        <w:gridCol w:w="1308"/>
        <w:gridCol w:w="1308"/>
      </w:tblGrid>
      <w:tr w:rsidR="00F80159" w:rsidRPr="000E2DAC" w14:paraId="5E1B0653" w14:textId="77777777" w:rsidTr="00234FBB">
        <w:tc>
          <w:tcPr>
            <w:tcW w:w="1008" w:type="dxa"/>
          </w:tcPr>
          <w:p w14:paraId="7CE973AD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2307AEF5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720" w:type="dxa"/>
          </w:tcPr>
          <w:p w14:paraId="78CFB14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52D0436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1AB6041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53C8632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991168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3DF1C9B4" w14:textId="77777777" w:rsidTr="00234FBB">
        <w:tc>
          <w:tcPr>
            <w:tcW w:w="1008" w:type="dxa"/>
          </w:tcPr>
          <w:p w14:paraId="4DCE759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3600" w:type="dxa"/>
          </w:tcPr>
          <w:p w14:paraId="04822116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Подача мяча</w:t>
            </w:r>
          </w:p>
        </w:tc>
        <w:tc>
          <w:tcPr>
            <w:tcW w:w="720" w:type="dxa"/>
          </w:tcPr>
          <w:p w14:paraId="0F3C0CC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8</w:t>
            </w:r>
          </w:p>
        </w:tc>
        <w:tc>
          <w:tcPr>
            <w:tcW w:w="900" w:type="dxa"/>
          </w:tcPr>
          <w:p w14:paraId="0DC3FD1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32D08B4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057B362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62D91B1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</w:tr>
      <w:tr w:rsidR="00F80159" w:rsidRPr="000E2DAC" w14:paraId="1097EB11" w14:textId="77777777" w:rsidTr="00234FBB">
        <w:tc>
          <w:tcPr>
            <w:tcW w:w="1008" w:type="dxa"/>
          </w:tcPr>
          <w:p w14:paraId="7FD3D1A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7C1E2C7C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2C9D7BF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30A9BAB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7A6D3F0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4C18822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346076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</w:tr>
      <w:tr w:rsidR="00F80159" w:rsidRPr="000E2DAC" w14:paraId="073817A8" w14:textId="77777777" w:rsidTr="00234FBB">
        <w:tc>
          <w:tcPr>
            <w:tcW w:w="1008" w:type="dxa"/>
          </w:tcPr>
          <w:p w14:paraId="2F21B86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3BAD11DA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Удар мяча справа по диагонали</w:t>
            </w:r>
          </w:p>
        </w:tc>
        <w:tc>
          <w:tcPr>
            <w:tcW w:w="720" w:type="dxa"/>
          </w:tcPr>
          <w:p w14:paraId="7992B36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6</w:t>
            </w:r>
          </w:p>
        </w:tc>
        <w:tc>
          <w:tcPr>
            <w:tcW w:w="900" w:type="dxa"/>
          </w:tcPr>
          <w:p w14:paraId="0BF8929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727" w:type="dxa"/>
          </w:tcPr>
          <w:p w14:paraId="5A1D6CF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1308" w:type="dxa"/>
          </w:tcPr>
          <w:p w14:paraId="35EA616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BA86BA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</w:tr>
    </w:tbl>
    <w:p w14:paraId="0DF03DE8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5483B7C2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proofErr w:type="spellStart"/>
      <w:proofErr w:type="gramStart"/>
      <w:r w:rsidRPr="000E2DAC">
        <w:rPr>
          <w:rFonts w:eastAsia="Times New Roman"/>
          <w:b/>
          <w:szCs w:val="24"/>
          <w:lang w:val="ru-RU" w:eastAsia="ru-RU"/>
        </w:rPr>
        <w:t>Дартс</w:t>
      </w:r>
      <w:proofErr w:type="spellEnd"/>
      <w:r w:rsidRPr="000E2DAC">
        <w:rPr>
          <w:rFonts w:eastAsia="Times New Roman"/>
          <w:b/>
          <w:szCs w:val="24"/>
          <w:lang w:val="ru-RU" w:eastAsia="ru-RU"/>
        </w:rPr>
        <w:t xml:space="preserve">  (</w:t>
      </w:r>
      <w:proofErr w:type="gramEnd"/>
      <w:r w:rsidRPr="000E2DAC">
        <w:rPr>
          <w:rFonts w:eastAsia="Times New Roman"/>
          <w:b/>
          <w:szCs w:val="24"/>
          <w:lang w:val="ru-RU" w:eastAsia="ru-RU"/>
        </w:rPr>
        <w:t>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3D50225E" w14:textId="77777777" w:rsidTr="00234FBB">
        <w:tc>
          <w:tcPr>
            <w:tcW w:w="1008" w:type="dxa"/>
          </w:tcPr>
          <w:p w14:paraId="5C2D7C72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580BFBA0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5EC11DA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319AE15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1DC47CE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15F7CA9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5E249AB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4D325D3B" w14:textId="77777777" w:rsidTr="00234FBB">
        <w:tc>
          <w:tcPr>
            <w:tcW w:w="1008" w:type="dxa"/>
          </w:tcPr>
          <w:p w14:paraId="4643395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1BFC1D4B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31FC99C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040" w:type="dxa"/>
          </w:tcPr>
          <w:p w14:paraId="42A4C88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7" w:type="dxa"/>
          </w:tcPr>
          <w:p w14:paraId="46ADBD5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12453B0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120</w:t>
            </w:r>
          </w:p>
        </w:tc>
        <w:tc>
          <w:tcPr>
            <w:tcW w:w="1308" w:type="dxa"/>
          </w:tcPr>
          <w:p w14:paraId="04F52FA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80</w:t>
            </w:r>
          </w:p>
        </w:tc>
      </w:tr>
    </w:tbl>
    <w:p w14:paraId="202F7D6C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58EB5BAB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proofErr w:type="spellStart"/>
      <w:proofErr w:type="gramStart"/>
      <w:r w:rsidRPr="000E2DAC">
        <w:rPr>
          <w:rFonts w:eastAsia="Times New Roman"/>
          <w:b/>
          <w:szCs w:val="24"/>
          <w:lang w:val="ru-RU" w:eastAsia="ru-RU"/>
        </w:rPr>
        <w:t>Дартс</w:t>
      </w:r>
      <w:proofErr w:type="spellEnd"/>
      <w:r w:rsidRPr="000E2DAC">
        <w:rPr>
          <w:rFonts w:eastAsia="Times New Roman"/>
          <w:b/>
          <w:szCs w:val="24"/>
          <w:lang w:val="ru-RU" w:eastAsia="ru-RU"/>
        </w:rPr>
        <w:t xml:space="preserve">  (</w:t>
      </w:r>
      <w:proofErr w:type="gramEnd"/>
      <w:r w:rsidRPr="000E2DAC">
        <w:rPr>
          <w:rFonts w:eastAsia="Times New Roman"/>
          <w:b/>
          <w:szCs w:val="24"/>
          <w:lang w:val="ru-RU" w:eastAsia="ru-RU"/>
        </w:rPr>
        <w:t>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037824D4" w14:textId="77777777" w:rsidTr="00234FBB">
        <w:tc>
          <w:tcPr>
            <w:tcW w:w="1008" w:type="dxa"/>
          </w:tcPr>
          <w:p w14:paraId="58289B3E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28D8777C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136CA15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497689E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63945F9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E232DE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36A56DF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41F99AB4" w14:textId="77777777" w:rsidTr="00234FBB">
        <w:tc>
          <w:tcPr>
            <w:tcW w:w="1008" w:type="dxa"/>
          </w:tcPr>
          <w:p w14:paraId="33297DC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59CC28CB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Бросок дротика в мишень (очки)</w:t>
            </w:r>
          </w:p>
        </w:tc>
        <w:tc>
          <w:tcPr>
            <w:tcW w:w="900" w:type="dxa"/>
          </w:tcPr>
          <w:p w14:paraId="0845CF3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200</w:t>
            </w:r>
          </w:p>
        </w:tc>
        <w:tc>
          <w:tcPr>
            <w:tcW w:w="1040" w:type="dxa"/>
          </w:tcPr>
          <w:p w14:paraId="792C025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180</w:t>
            </w:r>
          </w:p>
        </w:tc>
        <w:tc>
          <w:tcPr>
            <w:tcW w:w="1307" w:type="dxa"/>
          </w:tcPr>
          <w:p w14:paraId="2861CF3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4B58541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140</w:t>
            </w:r>
          </w:p>
        </w:tc>
        <w:tc>
          <w:tcPr>
            <w:tcW w:w="1308" w:type="dxa"/>
          </w:tcPr>
          <w:p w14:paraId="169DE22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100</w:t>
            </w:r>
          </w:p>
        </w:tc>
      </w:tr>
    </w:tbl>
    <w:p w14:paraId="1FB0CF7F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5D150863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proofErr w:type="gramStart"/>
      <w:r w:rsidRPr="000E2DAC">
        <w:rPr>
          <w:rFonts w:eastAsia="Times New Roman"/>
          <w:szCs w:val="24"/>
          <w:lang w:val="ru-RU" w:eastAsia="ru-RU"/>
        </w:rPr>
        <w:t>2</w:t>
      </w:r>
      <w:r w:rsidRPr="000E2DAC">
        <w:rPr>
          <w:rFonts w:eastAsia="Times New Roman"/>
          <w:b/>
          <w:szCs w:val="24"/>
          <w:lang w:val="ru-RU" w:eastAsia="ru-RU"/>
        </w:rPr>
        <w:t>.Гимнастика :</w:t>
      </w:r>
      <w:proofErr w:type="gramEnd"/>
    </w:p>
    <w:p w14:paraId="0AEFA239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Фитнес-аэробика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960"/>
        <w:gridCol w:w="720"/>
        <w:gridCol w:w="900"/>
        <w:gridCol w:w="720"/>
        <w:gridCol w:w="1440"/>
        <w:gridCol w:w="823"/>
      </w:tblGrid>
      <w:tr w:rsidR="00F80159" w:rsidRPr="000E2DAC" w14:paraId="707EAA3E" w14:textId="77777777" w:rsidTr="00234FBB">
        <w:tc>
          <w:tcPr>
            <w:tcW w:w="1008" w:type="dxa"/>
          </w:tcPr>
          <w:p w14:paraId="262F1989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960" w:type="dxa"/>
          </w:tcPr>
          <w:p w14:paraId="77F3526A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720" w:type="dxa"/>
          </w:tcPr>
          <w:p w14:paraId="4CADAEC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3E18103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0" w:type="dxa"/>
          </w:tcPr>
          <w:p w14:paraId="3C33FA9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440" w:type="dxa"/>
          </w:tcPr>
          <w:p w14:paraId="3120FAB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823" w:type="dxa"/>
          </w:tcPr>
          <w:p w14:paraId="593F67D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64C5882C" w14:textId="77777777" w:rsidTr="00234FBB">
        <w:tc>
          <w:tcPr>
            <w:tcW w:w="1008" w:type="dxa"/>
          </w:tcPr>
          <w:p w14:paraId="46560D4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3960" w:type="dxa"/>
          </w:tcPr>
          <w:p w14:paraId="6E472C7C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Поднимание и опускание туловища, ноги закреплены, руки за головой</w:t>
            </w:r>
          </w:p>
        </w:tc>
        <w:tc>
          <w:tcPr>
            <w:tcW w:w="720" w:type="dxa"/>
          </w:tcPr>
          <w:p w14:paraId="3B8281E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60</w:t>
            </w:r>
          </w:p>
        </w:tc>
        <w:tc>
          <w:tcPr>
            <w:tcW w:w="900" w:type="dxa"/>
          </w:tcPr>
          <w:p w14:paraId="18BDD09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50</w:t>
            </w:r>
          </w:p>
        </w:tc>
        <w:tc>
          <w:tcPr>
            <w:tcW w:w="720" w:type="dxa"/>
          </w:tcPr>
          <w:p w14:paraId="44F7CC4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40</w:t>
            </w:r>
          </w:p>
        </w:tc>
        <w:tc>
          <w:tcPr>
            <w:tcW w:w="1440" w:type="dxa"/>
          </w:tcPr>
          <w:p w14:paraId="7164AC1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30</w:t>
            </w:r>
          </w:p>
        </w:tc>
        <w:tc>
          <w:tcPr>
            <w:tcW w:w="823" w:type="dxa"/>
          </w:tcPr>
          <w:p w14:paraId="3E29CDB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20</w:t>
            </w:r>
          </w:p>
        </w:tc>
      </w:tr>
      <w:tr w:rsidR="00F80159" w:rsidRPr="000E2DAC" w14:paraId="0E429BCC" w14:textId="77777777" w:rsidTr="00234FBB">
        <w:tc>
          <w:tcPr>
            <w:tcW w:w="1008" w:type="dxa"/>
          </w:tcPr>
          <w:p w14:paraId="0905DDA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3960" w:type="dxa"/>
          </w:tcPr>
          <w:p w14:paraId="4114DEBB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Приседание на одной ноге</w:t>
            </w:r>
          </w:p>
        </w:tc>
        <w:tc>
          <w:tcPr>
            <w:tcW w:w="720" w:type="dxa"/>
          </w:tcPr>
          <w:p w14:paraId="58B172F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12</w:t>
            </w:r>
          </w:p>
        </w:tc>
        <w:tc>
          <w:tcPr>
            <w:tcW w:w="900" w:type="dxa"/>
          </w:tcPr>
          <w:p w14:paraId="2A944F1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10</w:t>
            </w:r>
          </w:p>
        </w:tc>
        <w:tc>
          <w:tcPr>
            <w:tcW w:w="720" w:type="dxa"/>
          </w:tcPr>
          <w:p w14:paraId="16A9F0C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8</w:t>
            </w:r>
          </w:p>
        </w:tc>
        <w:tc>
          <w:tcPr>
            <w:tcW w:w="1440" w:type="dxa"/>
          </w:tcPr>
          <w:p w14:paraId="1086E59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6</w:t>
            </w:r>
          </w:p>
        </w:tc>
        <w:tc>
          <w:tcPr>
            <w:tcW w:w="823" w:type="dxa"/>
          </w:tcPr>
          <w:p w14:paraId="222205B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eastAsia="ru-RU"/>
              </w:rPr>
            </w:pPr>
            <w:r w:rsidRPr="000E2DAC">
              <w:rPr>
                <w:rFonts w:eastAsia="Times New Roman"/>
                <w:szCs w:val="24"/>
                <w:lang w:eastAsia="ru-RU"/>
              </w:rPr>
              <w:t>4</w:t>
            </w:r>
          </w:p>
        </w:tc>
      </w:tr>
    </w:tbl>
    <w:p w14:paraId="2C5F91D0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6969B4F2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 xml:space="preserve">Атлетическая </w:t>
      </w:r>
      <w:proofErr w:type="gramStart"/>
      <w:r w:rsidRPr="000E2DAC">
        <w:rPr>
          <w:rFonts w:eastAsia="Times New Roman"/>
          <w:b/>
          <w:szCs w:val="24"/>
          <w:lang w:val="ru-RU" w:eastAsia="ru-RU"/>
        </w:rPr>
        <w:t>гимнастика( юноши</w:t>
      </w:r>
      <w:proofErr w:type="gramEnd"/>
      <w:r w:rsidRPr="000E2DAC">
        <w:rPr>
          <w:rFonts w:eastAsia="Times New Roman"/>
          <w:b/>
          <w:szCs w:val="24"/>
          <w:lang w:val="ru-RU"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1080"/>
        <w:gridCol w:w="727"/>
        <w:gridCol w:w="1308"/>
        <w:gridCol w:w="1308"/>
      </w:tblGrid>
      <w:tr w:rsidR="00F80159" w:rsidRPr="000E2DAC" w14:paraId="2330647B" w14:textId="77777777" w:rsidTr="00234FBB">
        <w:tc>
          <w:tcPr>
            <w:tcW w:w="1008" w:type="dxa"/>
          </w:tcPr>
          <w:p w14:paraId="174FA6B2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65BABB07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47A5D68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80" w:type="dxa"/>
          </w:tcPr>
          <w:p w14:paraId="4023005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727" w:type="dxa"/>
          </w:tcPr>
          <w:p w14:paraId="19D0A52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745DA98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483E903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7C191DC5" w14:textId="77777777" w:rsidTr="00234FBB">
        <w:tc>
          <w:tcPr>
            <w:tcW w:w="1008" w:type="dxa"/>
          </w:tcPr>
          <w:p w14:paraId="128B80E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0CDBE214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Подтягивание на перекладине</w:t>
            </w:r>
          </w:p>
        </w:tc>
        <w:tc>
          <w:tcPr>
            <w:tcW w:w="900" w:type="dxa"/>
          </w:tcPr>
          <w:p w14:paraId="6A7CBE6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15</w:t>
            </w:r>
          </w:p>
        </w:tc>
        <w:tc>
          <w:tcPr>
            <w:tcW w:w="1080" w:type="dxa"/>
          </w:tcPr>
          <w:p w14:paraId="4EA25F6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12</w:t>
            </w:r>
          </w:p>
        </w:tc>
        <w:tc>
          <w:tcPr>
            <w:tcW w:w="727" w:type="dxa"/>
          </w:tcPr>
          <w:p w14:paraId="463292F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9</w:t>
            </w:r>
          </w:p>
        </w:tc>
        <w:tc>
          <w:tcPr>
            <w:tcW w:w="1308" w:type="dxa"/>
          </w:tcPr>
          <w:p w14:paraId="1D3BD49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1B57385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</w:tr>
      <w:tr w:rsidR="00F80159" w:rsidRPr="000E2DAC" w14:paraId="03295F7E" w14:textId="77777777" w:rsidTr="00234FBB">
        <w:tc>
          <w:tcPr>
            <w:tcW w:w="1008" w:type="dxa"/>
          </w:tcPr>
          <w:p w14:paraId="6A98094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65A996D4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Поднимание ног в висе до касания перекладины(кол-во)</w:t>
            </w:r>
          </w:p>
        </w:tc>
        <w:tc>
          <w:tcPr>
            <w:tcW w:w="900" w:type="dxa"/>
          </w:tcPr>
          <w:p w14:paraId="360C244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10</w:t>
            </w:r>
          </w:p>
        </w:tc>
        <w:tc>
          <w:tcPr>
            <w:tcW w:w="1080" w:type="dxa"/>
          </w:tcPr>
          <w:p w14:paraId="0AD8626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7</w:t>
            </w:r>
          </w:p>
        </w:tc>
        <w:tc>
          <w:tcPr>
            <w:tcW w:w="727" w:type="dxa"/>
          </w:tcPr>
          <w:p w14:paraId="2A44D70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  <w:tc>
          <w:tcPr>
            <w:tcW w:w="1308" w:type="dxa"/>
          </w:tcPr>
          <w:p w14:paraId="2DF8E7F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40E7440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</w:tr>
    </w:tbl>
    <w:p w14:paraId="654118EC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0D65FFC3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szCs w:val="24"/>
          <w:lang w:val="ru-RU" w:eastAsia="ru-RU"/>
        </w:rPr>
        <w:t>3</w:t>
      </w:r>
      <w:r w:rsidRPr="000E2DAC">
        <w:rPr>
          <w:rFonts w:eastAsia="Times New Roman"/>
          <w:b/>
          <w:szCs w:val="24"/>
          <w:lang w:val="ru-RU" w:eastAsia="ru-RU"/>
        </w:rPr>
        <w:t xml:space="preserve">. Циклические виды </w:t>
      </w:r>
      <w:proofErr w:type="gramStart"/>
      <w:r w:rsidRPr="000E2DAC">
        <w:rPr>
          <w:rFonts w:eastAsia="Times New Roman"/>
          <w:b/>
          <w:szCs w:val="24"/>
          <w:lang w:val="ru-RU" w:eastAsia="ru-RU"/>
        </w:rPr>
        <w:t>спорта :</w:t>
      </w:r>
      <w:proofErr w:type="gramEnd"/>
    </w:p>
    <w:p w14:paraId="1D11A725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Лыжная подготовка(девушки)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420"/>
        <w:gridCol w:w="900"/>
        <w:gridCol w:w="720"/>
        <w:gridCol w:w="907"/>
        <w:gridCol w:w="1308"/>
        <w:gridCol w:w="1308"/>
      </w:tblGrid>
      <w:tr w:rsidR="00F80159" w:rsidRPr="000E2DAC" w14:paraId="6C90B213" w14:textId="77777777" w:rsidTr="00234FBB">
        <w:tc>
          <w:tcPr>
            <w:tcW w:w="1008" w:type="dxa"/>
          </w:tcPr>
          <w:p w14:paraId="4945FEF9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420" w:type="dxa"/>
          </w:tcPr>
          <w:p w14:paraId="1D5369B4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240AF0A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720" w:type="dxa"/>
          </w:tcPr>
          <w:p w14:paraId="52BF6E2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14F23B3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2BD7884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693BB9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49788E12" w14:textId="77777777" w:rsidTr="00234FBB">
        <w:tc>
          <w:tcPr>
            <w:tcW w:w="1008" w:type="dxa"/>
          </w:tcPr>
          <w:p w14:paraId="060C666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3420" w:type="dxa"/>
          </w:tcPr>
          <w:p w14:paraId="24C18604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0E2DAC">
                <w:rPr>
                  <w:rFonts w:eastAsia="Times New Roman"/>
                  <w:szCs w:val="24"/>
                  <w:lang w:val="ru-RU" w:eastAsia="ru-RU"/>
                </w:rPr>
                <w:t>3 км</w:t>
              </w:r>
            </w:smartTag>
            <w:r w:rsidRPr="000E2DAC">
              <w:rPr>
                <w:rFonts w:eastAsia="Times New Roman"/>
                <w:szCs w:val="24"/>
                <w:lang w:val="ru-RU" w:eastAsia="ru-RU"/>
              </w:rPr>
              <w:t xml:space="preserve"> (</w:t>
            </w:r>
            <w:proofErr w:type="spellStart"/>
            <w:proofErr w:type="gramStart"/>
            <w:r w:rsidRPr="000E2DAC">
              <w:rPr>
                <w:rFonts w:eastAsia="Times New Roman"/>
                <w:szCs w:val="24"/>
                <w:lang w:val="ru-RU" w:eastAsia="ru-RU"/>
              </w:rPr>
              <w:t>мин,сек</w:t>
            </w:r>
            <w:proofErr w:type="spellEnd"/>
            <w:proofErr w:type="gramEnd"/>
            <w:r w:rsidRPr="000E2DAC">
              <w:rPr>
                <w:rFonts w:eastAsia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2F3EFFF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18.0</w:t>
            </w:r>
          </w:p>
        </w:tc>
        <w:tc>
          <w:tcPr>
            <w:tcW w:w="720" w:type="dxa"/>
          </w:tcPr>
          <w:p w14:paraId="1EEDE57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18.3</w:t>
            </w:r>
          </w:p>
        </w:tc>
        <w:tc>
          <w:tcPr>
            <w:tcW w:w="907" w:type="dxa"/>
          </w:tcPr>
          <w:p w14:paraId="2788FE6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19,3</w:t>
            </w:r>
          </w:p>
        </w:tc>
        <w:tc>
          <w:tcPr>
            <w:tcW w:w="1308" w:type="dxa"/>
          </w:tcPr>
          <w:p w14:paraId="4D950FD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20</w:t>
            </w:r>
          </w:p>
        </w:tc>
        <w:tc>
          <w:tcPr>
            <w:tcW w:w="1308" w:type="dxa"/>
          </w:tcPr>
          <w:p w14:paraId="6A8D4AB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21</w:t>
            </w:r>
          </w:p>
        </w:tc>
      </w:tr>
    </w:tbl>
    <w:p w14:paraId="30EF33D6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63A476C6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Лыжная подготовка(юноши)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2700"/>
        <w:gridCol w:w="900"/>
        <w:gridCol w:w="1040"/>
        <w:gridCol w:w="1307"/>
        <w:gridCol w:w="1308"/>
        <w:gridCol w:w="1308"/>
      </w:tblGrid>
      <w:tr w:rsidR="00F80159" w:rsidRPr="000E2DAC" w14:paraId="0782D79E" w14:textId="77777777" w:rsidTr="00234FBB">
        <w:tc>
          <w:tcPr>
            <w:tcW w:w="1008" w:type="dxa"/>
          </w:tcPr>
          <w:p w14:paraId="376D888F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2700" w:type="dxa"/>
          </w:tcPr>
          <w:p w14:paraId="001CAEBE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67686BD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040" w:type="dxa"/>
          </w:tcPr>
          <w:p w14:paraId="2BFEEA0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1307" w:type="dxa"/>
          </w:tcPr>
          <w:p w14:paraId="6D64261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3616389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D86CD6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218C7451" w14:textId="77777777" w:rsidTr="00234FBB">
        <w:tc>
          <w:tcPr>
            <w:tcW w:w="1008" w:type="dxa"/>
          </w:tcPr>
          <w:p w14:paraId="41966AC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2700" w:type="dxa"/>
          </w:tcPr>
          <w:p w14:paraId="428BAF89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Бег на лыжах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0E2DAC">
                <w:rPr>
                  <w:rFonts w:eastAsia="Times New Roman"/>
                  <w:szCs w:val="24"/>
                  <w:lang w:val="ru-RU" w:eastAsia="ru-RU"/>
                </w:rPr>
                <w:t>5 км</w:t>
              </w:r>
            </w:smartTag>
            <w:r w:rsidRPr="000E2DAC">
              <w:rPr>
                <w:rFonts w:eastAsia="Times New Roman"/>
                <w:szCs w:val="24"/>
                <w:lang w:val="ru-RU" w:eastAsia="ru-RU"/>
              </w:rPr>
              <w:t xml:space="preserve"> (</w:t>
            </w:r>
            <w:proofErr w:type="spellStart"/>
            <w:proofErr w:type="gramStart"/>
            <w:r w:rsidRPr="000E2DAC">
              <w:rPr>
                <w:rFonts w:eastAsia="Times New Roman"/>
                <w:szCs w:val="24"/>
                <w:lang w:val="ru-RU" w:eastAsia="ru-RU"/>
              </w:rPr>
              <w:t>мин,сек</w:t>
            </w:r>
            <w:proofErr w:type="spellEnd"/>
            <w:proofErr w:type="gramEnd"/>
            <w:r w:rsidRPr="000E2DAC">
              <w:rPr>
                <w:rFonts w:eastAsia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03D9E0A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23.5</w:t>
            </w:r>
          </w:p>
        </w:tc>
        <w:tc>
          <w:tcPr>
            <w:tcW w:w="1040" w:type="dxa"/>
          </w:tcPr>
          <w:p w14:paraId="588D38B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25</w:t>
            </w:r>
          </w:p>
        </w:tc>
        <w:tc>
          <w:tcPr>
            <w:tcW w:w="1307" w:type="dxa"/>
          </w:tcPr>
          <w:p w14:paraId="3CC6C07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26.25</w:t>
            </w:r>
          </w:p>
        </w:tc>
        <w:tc>
          <w:tcPr>
            <w:tcW w:w="1308" w:type="dxa"/>
          </w:tcPr>
          <w:p w14:paraId="2FD18CB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27.45</w:t>
            </w:r>
          </w:p>
        </w:tc>
        <w:tc>
          <w:tcPr>
            <w:tcW w:w="1308" w:type="dxa"/>
          </w:tcPr>
          <w:p w14:paraId="150FFDE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28.3</w:t>
            </w:r>
          </w:p>
        </w:tc>
      </w:tr>
    </w:tbl>
    <w:p w14:paraId="24570265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Легкая атлетика (девушки)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3240"/>
        <w:gridCol w:w="900"/>
        <w:gridCol w:w="900"/>
        <w:gridCol w:w="907"/>
        <w:gridCol w:w="1308"/>
        <w:gridCol w:w="1308"/>
      </w:tblGrid>
      <w:tr w:rsidR="00F80159" w:rsidRPr="000E2DAC" w14:paraId="640A3B7C" w14:textId="77777777" w:rsidTr="00234FBB">
        <w:tc>
          <w:tcPr>
            <w:tcW w:w="1008" w:type="dxa"/>
          </w:tcPr>
          <w:p w14:paraId="3903B4A8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240" w:type="dxa"/>
          </w:tcPr>
          <w:p w14:paraId="5E36744F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6A18EE6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900" w:type="dxa"/>
          </w:tcPr>
          <w:p w14:paraId="597E373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7" w:type="dxa"/>
          </w:tcPr>
          <w:p w14:paraId="5A18038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1308" w:type="dxa"/>
          </w:tcPr>
          <w:p w14:paraId="664B483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711F97A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6AD37A04" w14:textId="77777777" w:rsidTr="00234FBB">
        <w:tc>
          <w:tcPr>
            <w:tcW w:w="1008" w:type="dxa"/>
          </w:tcPr>
          <w:p w14:paraId="7798DF1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</w:t>
            </w:r>
          </w:p>
        </w:tc>
        <w:tc>
          <w:tcPr>
            <w:tcW w:w="3240" w:type="dxa"/>
          </w:tcPr>
          <w:p w14:paraId="3EB31D11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786EF98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190</w:t>
            </w:r>
          </w:p>
        </w:tc>
        <w:tc>
          <w:tcPr>
            <w:tcW w:w="900" w:type="dxa"/>
          </w:tcPr>
          <w:p w14:paraId="5466AC0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180</w:t>
            </w:r>
          </w:p>
        </w:tc>
        <w:tc>
          <w:tcPr>
            <w:tcW w:w="907" w:type="dxa"/>
          </w:tcPr>
          <w:p w14:paraId="01E213D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168</w:t>
            </w:r>
          </w:p>
        </w:tc>
        <w:tc>
          <w:tcPr>
            <w:tcW w:w="1308" w:type="dxa"/>
          </w:tcPr>
          <w:p w14:paraId="5920A2C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160</w:t>
            </w:r>
          </w:p>
        </w:tc>
        <w:tc>
          <w:tcPr>
            <w:tcW w:w="1308" w:type="dxa"/>
          </w:tcPr>
          <w:p w14:paraId="5412A86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150</w:t>
            </w:r>
          </w:p>
        </w:tc>
      </w:tr>
      <w:tr w:rsidR="00F80159" w:rsidRPr="000E2DAC" w14:paraId="70460FFF" w14:textId="77777777" w:rsidTr="00234FBB">
        <w:tc>
          <w:tcPr>
            <w:tcW w:w="1008" w:type="dxa"/>
          </w:tcPr>
          <w:p w14:paraId="4DFCDC4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3240" w:type="dxa"/>
          </w:tcPr>
          <w:p w14:paraId="789C185D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0E2DAC">
                <w:rPr>
                  <w:rFonts w:eastAsia="Times New Roman"/>
                  <w:szCs w:val="24"/>
                  <w:lang w:val="ru-RU" w:eastAsia="ru-RU"/>
                </w:rPr>
                <w:t>100 м</w:t>
              </w:r>
            </w:smartTag>
            <w:r w:rsidRPr="000E2DAC">
              <w:rPr>
                <w:rFonts w:eastAsia="Times New Roman"/>
                <w:szCs w:val="24"/>
                <w:lang w:val="ru-RU" w:eastAsia="ru-RU"/>
              </w:rPr>
              <w:t xml:space="preserve"> </w:t>
            </w:r>
            <w:proofErr w:type="gramStart"/>
            <w:r w:rsidRPr="000E2DAC">
              <w:rPr>
                <w:rFonts w:eastAsia="Times New Roman"/>
                <w:szCs w:val="24"/>
                <w:lang w:val="ru-RU" w:eastAsia="ru-RU"/>
              </w:rPr>
              <w:t>( сек</w:t>
            </w:r>
            <w:proofErr w:type="gramEnd"/>
            <w:r w:rsidRPr="000E2DAC">
              <w:rPr>
                <w:rFonts w:eastAsia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175F8FF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15.7</w:t>
            </w:r>
          </w:p>
        </w:tc>
        <w:tc>
          <w:tcPr>
            <w:tcW w:w="900" w:type="dxa"/>
          </w:tcPr>
          <w:p w14:paraId="4821B03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16</w:t>
            </w:r>
          </w:p>
        </w:tc>
        <w:tc>
          <w:tcPr>
            <w:tcW w:w="907" w:type="dxa"/>
          </w:tcPr>
          <w:p w14:paraId="4F73345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17</w:t>
            </w:r>
          </w:p>
        </w:tc>
        <w:tc>
          <w:tcPr>
            <w:tcW w:w="1308" w:type="dxa"/>
          </w:tcPr>
          <w:p w14:paraId="11AC6E3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17.9</w:t>
            </w:r>
          </w:p>
        </w:tc>
        <w:tc>
          <w:tcPr>
            <w:tcW w:w="1308" w:type="dxa"/>
          </w:tcPr>
          <w:p w14:paraId="1F0DD23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18.7</w:t>
            </w:r>
          </w:p>
        </w:tc>
      </w:tr>
      <w:tr w:rsidR="00F80159" w:rsidRPr="000E2DAC" w14:paraId="66C19E71" w14:textId="77777777" w:rsidTr="00234FBB">
        <w:tc>
          <w:tcPr>
            <w:tcW w:w="1008" w:type="dxa"/>
          </w:tcPr>
          <w:p w14:paraId="4AE0942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3240" w:type="dxa"/>
          </w:tcPr>
          <w:p w14:paraId="24A1B44E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0E2DAC">
                <w:rPr>
                  <w:rFonts w:eastAsia="Times New Roman"/>
                  <w:szCs w:val="24"/>
                  <w:lang w:val="ru-RU" w:eastAsia="ru-RU"/>
                </w:rPr>
                <w:t>2000 м</w:t>
              </w:r>
            </w:smartTag>
            <w:r w:rsidRPr="000E2DAC">
              <w:rPr>
                <w:rFonts w:eastAsia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0E2DAC">
              <w:rPr>
                <w:rFonts w:eastAsia="Times New Roman"/>
                <w:szCs w:val="24"/>
                <w:lang w:val="ru-RU" w:eastAsia="ru-RU"/>
              </w:rPr>
              <w:t>мин.сек</w:t>
            </w:r>
            <w:proofErr w:type="spellEnd"/>
            <w:r w:rsidRPr="000E2DAC">
              <w:rPr>
                <w:rFonts w:eastAsia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6A8ED70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10.15</w:t>
            </w:r>
          </w:p>
        </w:tc>
        <w:tc>
          <w:tcPr>
            <w:tcW w:w="900" w:type="dxa"/>
          </w:tcPr>
          <w:p w14:paraId="04DBCDF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10.5</w:t>
            </w:r>
          </w:p>
        </w:tc>
        <w:tc>
          <w:tcPr>
            <w:tcW w:w="907" w:type="dxa"/>
          </w:tcPr>
          <w:p w14:paraId="7F79F6F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11.15</w:t>
            </w:r>
          </w:p>
        </w:tc>
        <w:tc>
          <w:tcPr>
            <w:tcW w:w="1308" w:type="dxa"/>
          </w:tcPr>
          <w:p w14:paraId="05053BD4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11.5</w:t>
            </w:r>
          </w:p>
        </w:tc>
        <w:tc>
          <w:tcPr>
            <w:tcW w:w="1308" w:type="dxa"/>
          </w:tcPr>
          <w:p w14:paraId="34D4E77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12.15</w:t>
            </w:r>
          </w:p>
        </w:tc>
      </w:tr>
      <w:tr w:rsidR="00F80159" w:rsidRPr="000E2DAC" w14:paraId="70B976F5" w14:textId="77777777" w:rsidTr="00234FBB">
        <w:tc>
          <w:tcPr>
            <w:tcW w:w="1008" w:type="dxa"/>
          </w:tcPr>
          <w:p w14:paraId="2CE854C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3240" w:type="dxa"/>
          </w:tcPr>
          <w:p w14:paraId="680A310F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6A08FE9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9</w:t>
            </w:r>
          </w:p>
        </w:tc>
        <w:tc>
          <w:tcPr>
            <w:tcW w:w="900" w:type="dxa"/>
          </w:tcPr>
          <w:p w14:paraId="761ACCA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8</w:t>
            </w:r>
          </w:p>
        </w:tc>
        <w:tc>
          <w:tcPr>
            <w:tcW w:w="907" w:type="dxa"/>
          </w:tcPr>
          <w:p w14:paraId="7D2A038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7</w:t>
            </w:r>
          </w:p>
        </w:tc>
        <w:tc>
          <w:tcPr>
            <w:tcW w:w="1308" w:type="dxa"/>
          </w:tcPr>
          <w:p w14:paraId="4FD70CD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6</w:t>
            </w:r>
          </w:p>
        </w:tc>
        <w:tc>
          <w:tcPr>
            <w:tcW w:w="1308" w:type="dxa"/>
          </w:tcPr>
          <w:p w14:paraId="08138A9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5</w:t>
            </w:r>
          </w:p>
        </w:tc>
      </w:tr>
    </w:tbl>
    <w:p w14:paraId="1615919D" w14:textId="77777777" w:rsidR="00F80159" w:rsidRPr="000E2DAC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547FEA35" w14:textId="77777777" w:rsidR="00F80159" w:rsidRPr="000E2DAC" w:rsidRDefault="00F80159" w:rsidP="00F80159">
      <w:pPr>
        <w:spacing w:line="240" w:lineRule="auto"/>
        <w:rPr>
          <w:rFonts w:eastAsia="Times New Roman"/>
          <w:b/>
          <w:szCs w:val="24"/>
          <w:lang w:val="ru-RU" w:eastAsia="ru-RU"/>
        </w:rPr>
      </w:pPr>
      <w:r w:rsidRPr="000E2DAC">
        <w:rPr>
          <w:rFonts w:eastAsia="Times New Roman"/>
          <w:b/>
          <w:szCs w:val="24"/>
          <w:lang w:val="ru-RU" w:eastAsia="ru-RU"/>
        </w:rPr>
        <w:t>Легкая атлетика (юноши)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600"/>
        <w:gridCol w:w="900"/>
        <w:gridCol w:w="1260"/>
        <w:gridCol w:w="900"/>
        <w:gridCol w:w="775"/>
        <w:gridCol w:w="1308"/>
      </w:tblGrid>
      <w:tr w:rsidR="00F80159" w:rsidRPr="000E2DAC" w14:paraId="20FA0A51" w14:textId="77777777" w:rsidTr="00234FBB">
        <w:tc>
          <w:tcPr>
            <w:tcW w:w="828" w:type="dxa"/>
          </w:tcPr>
          <w:p w14:paraId="4A48D99B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№ п/п</w:t>
            </w:r>
          </w:p>
        </w:tc>
        <w:tc>
          <w:tcPr>
            <w:tcW w:w="3600" w:type="dxa"/>
          </w:tcPr>
          <w:p w14:paraId="67D0EDCB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Наименование тестов</w:t>
            </w:r>
            <w:r>
              <w:rPr>
                <w:rFonts w:eastAsia="Times New Roman"/>
                <w:szCs w:val="24"/>
                <w:lang w:val="ru-RU" w:eastAsia="ru-RU"/>
              </w:rPr>
              <w:t>/ оценка</w:t>
            </w:r>
          </w:p>
        </w:tc>
        <w:tc>
          <w:tcPr>
            <w:tcW w:w="900" w:type="dxa"/>
          </w:tcPr>
          <w:p w14:paraId="553F607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5</w:t>
            </w:r>
          </w:p>
        </w:tc>
        <w:tc>
          <w:tcPr>
            <w:tcW w:w="1260" w:type="dxa"/>
          </w:tcPr>
          <w:p w14:paraId="7B644EE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4</w:t>
            </w:r>
          </w:p>
        </w:tc>
        <w:tc>
          <w:tcPr>
            <w:tcW w:w="900" w:type="dxa"/>
          </w:tcPr>
          <w:p w14:paraId="5234E5EA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3</w:t>
            </w:r>
          </w:p>
        </w:tc>
        <w:tc>
          <w:tcPr>
            <w:tcW w:w="775" w:type="dxa"/>
          </w:tcPr>
          <w:p w14:paraId="526519B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2</w:t>
            </w:r>
          </w:p>
        </w:tc>
        <w:tc>
          <w:tcPr>
            <w:tcW w:w="1308" w:type="dxa"/>
          </w:tcPr>
          <w:p w14:paraId="0B99A92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b/>
                <w:szCs w:val="24"/>
                <w:lang w:val="ru-RU" w:eastAsia="ru-RU"/>
              </w:rPr>
              <w:t>1</w:t>
            </w:r>
          </w:p>
        </w:tc>
      </w:tr>
      <w:tr w:rsidR="00F80159" w:rsidRPr="000E2DAC" w14:paraId="67DA3EF0" w14:textId="77777777" w:rsidTr="00234FBB">
        <w:tc>
          <w:tcPr>
            <w:tcW w:w="828" w:type="dxa"/>
          </w:tcPr>
          <w:p w14:paraId="336A8929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lastRenderedPageBreak/>
              <w:t>1</w:t>
            </w:r>
          </w:p>
        </w:tc>
        <w:tc>
          <w:tcPr>
            <w:tcW w:w="3600" w:type="dxa"/>
          </w:tcPr>
          <w:p w14:paraId="191CCB87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Прыжок с места (см)</w:t>
            </w:r>
          </w:p>
        </w:tc>
        <w:tc>
          <w:tcPr>
            <w:tcW w:w="900" w:type="dxa"/>
          </w:tcPr>
          <w:p w14:paraId="00B8C78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250</w:t>
            </w:r>
          </w:p>
        </w:tc>
        <w:tc>
          <w:tcPr>
            <w:tcW w:w="1260" w:type="dxa"/>
          </w:tcPr>
          <w:p w14:paraId="4BCB0C1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240</w:t>
            </w:r>
          </w:p>
        </w:tc>
        <w:tc>
          <w:tcPr>
            <w:tcW w:w="900" w:type="dxa"/>
          </w:tcPr>
          <w:p w14:paraId="479C835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230</w:t>
            </w:r>
          </w:p>
        </w:tc>
        <w:tc>
          <w:tcPr>
            <w:tcW w:w="775" w:type="dxa"/>
          </w:tcPr>
          <w:p w14:paraId="5A684905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223</w:t>
            </w:r>
          </w:p>
        </w:tc>
        <w:tc>
          <w:tcPr>
            <w:tcW w:w="1308" w:type="dxa"/>
          </w:tcPr>
          <w:p w14:paraId="6DC63488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215</w:t>
            </w:r>
          </w:p>
        </w:tc>
      </w:tr>
      <w:tr w:rsidR="00F80159" w:rsidRPr="000E2DAC" w14:paraId="1E1BA160" w14:textId="77777777" w:rsidTr="00234FBB">
        <w:tc>
          <w:tcPr>
            <w:tcW w:w="828" w:type="dxa"/>
          </w:tcPr>
          <w:p w14:paraId="3AAD6F0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2</w:t>
            </w:r>
          </w:p>
        </w:tc>
        <w:tc>
          <w:tcPr>
            <w:tcW w:w="3600" w:type="dxa"/>
          </w:tcPr>
          <w:p w14:paraId="2A884FD5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0E2DAC">
                <w:rPr>
                  <w:rFonts w:eastAsia="Times New Roman"/>
                  <w:szCs w:val="24"/>
                  <w:lang w:val="ru-RU" w:eastAsia="ru-RU"/>
                </w:rPr>
                <w:t>100 м</w:t>
              </w:r>
            </w:smartTag>
            <w:r w:rsidRPr="000E2DAC">
              <w:rPr>
                <w:rFonts w:eastAsia="Times New Roman"/>
                <w:szCs w:val="24"/>
                <w:lang w:val="ru-RU" w:eastAsia="ru-RU"/>
              </w:rPr>
              <w:t xml:space="preserve"> </w:t>
            </w:r>
            <w:proofErr w:type="gramStart"/>
            <w:r w:rsidRPr="000E2DAC">
              <w:rPr>
                <w:rFonts w:eastAsia="Times New Roman"/>
                <w:szCs w:val="24"/>
                <w:lang w:val="ru-RU" w:eastAsia="ru-RU"/>
              </w:rPr>
              <w:t>( сек</w:t>
            </w:r>
            <w:proofErr w:type="gramEnd"/>
            <w:r w:rsidRPr="000E2DAC">
              <w:rPr>
                <w:rFonts w:eastAsia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4A6B696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13.2</w:t>
            </w:r>
          </w:p>
        </w:tc>
        <w:tc>
          <w:tcPr>
            <w:tcW w:w="1260" w:type="dxa"/>
          </w:tcPr>
          <w:p w14:paraId="15B6A7A0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13.8</w:t>
            </w:r>
          </w:p>
        </w:tc>
        <w:tc>
          <w:tcPr>
            <w:tcW w:w="900" w:type="dxa"/>
          </w:tcPr>
          <w:p w14:paraId="1B49627E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14</w:t>
            </w:r>
          </w:p>
        </w:tc>
        <w:tc>
          <w:tcPr>
            <w:tcW w:w="775" w:type="dxa"/>
          </w:tcPr>
          <w:p w14:paraId="69544C8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14.3</w:t>
            </w:r>
          </w:p>
        </w:tc>
        <w:tc>
          <w:tcPr>
            <w:tcW w:w="1308" w:type="dxa"/>
          </w:tcPr>
          <w:p w14:paraId="6209695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14.6</w:t>
            </w:r>
          </w:p>
        </w:tc>
      </w:tr>
      <w:tr w:rsidR="00F80159" w:rsidRPr="000E2DAC" w14:paraId="26771D3B" w14:textId="77777777" w:rsidTr="00234FBB">
        <w:tc>
          <w:tcPr>
            <w:tcW w:w="828" w:type="dxa"/>
          </w:tcPr>
          <w:p w14:paraId="250AA72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3</w:t>
            </w:r>
          </w:p>
        </w:tc>
        <w:tc>
          <w:tcPr>
            <w:tcW w:w="3600" w:type="dxa"/>
          </w:tcPr>
          <w:p w14:paraId="24BA933A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 xml:space="preserve">Бег </w:t>
            </w:r>
            <w:smartTag w:uri="urn:schemas-microsoft-com:office:smarttags" w:element="metricconverter">
              <w:smartTagPr>
                <w:attr w:name="ProductID" w:val="2025 г"/>
              </w:smartTagPr>
              <w:r w:rsidRPr="000E2DAC">
                <w:rPr>
                  <w:rFonts w:eastAsia="Times New Roman"/>
                  <w:szCs w:val="24"/>
                  <w:lang w:val="ru-RU" w:eastAsia="ru-RU"/>
                </w:rPr>
                <w:t>2000 м</w:t>
              </w:r>
            </w:smartTag>
            <w:r w:rsidRPr="000E2DAC">
              <w:rPr>
                <w:rFonts w:eastAsia="Times New Roman"/>
                <w:szCs w:val="24"/>
                <w:lang w:val="ru-RU" w:eastAsia="ru-RU"/>
              </w:rPr>
              <w:t xml:space="preserve"> (</w:t>
            </w:r>
            <w:proofErr w:type="spellStart"/>
            <w:r w:rsidRPr="000E2DAC">
              <w:rPr>
                <w:rFonts w:eastAsia="Times New Roman"/>
                <w:szCs w:val="24"/>
                <w:lang w:val="ru-RU" w:eastAsia="ru-RU"/>
              </w:rPr>
              <w:t>мин.сек</w:t>
            </w:r>
            <w:proofErr w:type="spellEnd"/>
            <w:r w:rsidRPr="000E2DAC">
              <w:rPr>
                <w:rFonts w:eastAsia="Times New Roman"/>
                <w:szCs w:val="24"/>
                <w:lang w:val="ru-RU" w:eastAsia="ru-RU"/>
              </w:rPr>
              <w:t>)</w:t>
            </w:r>
          </w:p>
        </w:tc>
        <w:tc>
          <w:tcPr>
            <w:tcW w:w="900" w:type="dxa"/>
          </w:tcPr>
          <w:p w14:paraId="24AEE3AD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12</w:t>
            </w:r>
          </w:p>
        </w:tc>
        <w:tc>
          <w:tcPr>
            <w:tcW w:w="1260" w:type="dxa"/>
          </w:tcPr>
          <w:p w14:paraId="646121E3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12.35</w:t>
            </w:r>
          </w:p>
        </w:tc>
        <w:tc>
          <w:tcPr>
            <w:tcW w:w="900" w:type="dxa"/>
          </w:tcPr>
          <w:p w14:paraId="7D5DEA96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13.1</w:t>
            </w:r>
          </w:p>
        </w:tc>
        <w:tc>
          <w:tcPr>
            <w:tcW w:w="775" w:type="dxa"/>
          </w:tcPr>
          <w:p w14:paraId="16FD76A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13.5</w:t>
            </w:r>
          </w:p>
        </w:tc>
        <w:tc>
          <w:tcPr>
            <w:tcW w:w="1308" w:type="dxa"/>
          </w:tcPr>
          <w:p w14:paraId="14BCB4F7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14</w:t>
            </w:r>
          </w:p>
        </w:tc>
      </w:tr>
      <w:tr w:rsidR="00F80159" w:rsidRPr="000E2DAC" w14:paraId="16C1ACAB" w14:textId="77777777" w:rsidTr="00234FBB">
        <w:trPr>
          <w:trHeight w:val="362"/>
        </w:trPr>
        <w:tc>
          <w:tcPr>
            <w:tcW w:w="828" w:type="dxa"/>
          </w:tcPr>
          <w:p w14:paraId="42A92E6F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4</w:t>
            </w:r>
          </w:p>
        </w:tc>
        <w:tc>
          <w:tcPr>
            <w:tcW w:w="3600" w:type="dxa"/>
          </w:tcPr>
          <w:p w14:paraId="6F673588" w14:textId="77777777" w:rsidR="00F80159" w:rsidRPr="000E2DAC" w:rsidRDefault="00F80159" w:rsidP="00234FBB">
            <w:pPr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Метание набивного мяча (м)</w:t>
            </w:r>
          </w:p>
        </w:tc>
        <w:tc>
          <w:tcPr>
            <w:tcW w:w="900" w:type="dxa"/>
          </w:tcPr>
          <w:p w14:paraId="657DA11C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14</w:t>
            </w:r>
          </w:p>
        </w:tc>
        <w:tc>
          <w:tcPr>
            <w:tcW w:w="1260" w:type="dxa"/>
          </w:tcPr>
          <w:p w14:paraId="1F9A8F02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13</w:t>
            </w:r>
          </w:p>
        </w:tc>
        <w:tc>
          <w:tcPr>
            <w:tcW w:w="900" w:type="dxa"/>
          </w:tcPr>
          <w:p w14:paraId="076CFF6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12</w:t>
            </w:r>
          </w:p>
        </w:tc>
        <w:tc>
          <w:tcPr>
            <w:tcW w:w="775" w:type="dxa"/>
          </w:tcPr>
          <w:p w14:paraId="7B8F6E7B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10</w:t>
            </w:r>
          </w:p>
        </w:tc>
        <w:tc>
          <w:tcPr>
            <w:tcW w:w="1308" w:type="dxa"/>
          </w:tcPr>
          <w:p w14:paraId="488E50E1" w14:textId="77777777" w:rsidR="00F80159" w:rsidRPr="000E2DAC" w:rsidRDefault="00F80159" w:rsidP="00234FBB">
            <w:pPr>
              <w:spacing w:line="240" w:lineRule="auto"/>
              <w:jc w:val="center"/>
              <w:rPr>
                <w:rFonts w:eastAsia="Times New Roman"/>
                <w:szCs w:val="24"/>
                <w:lang w:val="ru-RU" w:eastAsia="ru-RU"/>
              </w:rPr>
            </w:pPr>
            <w:r w:rsidRPr="000E2DAC">
              <w:rPr>
                <w:rFonts w:eastAsia="Times New Roman"/>
                <w:szCs w:val="24"/>
                <w:lang w:val="ru-RU" w:eastAsia="ru-RU"/>
              </w:rPr>
              <w:t>8</w:t>
            </w:r>
          </w:p>
        </w:tc>
      </w:tr>
    </w:tbl>
    <w:p w14:paraId="1F09E94D" w14:textId="77777777" w:rsidR="00F80159" w:rsidRPr="001F1F32" w:rsidRDefault="00F80159" w:rsidP="00F80159">
      <w:pPr>
        <w:spacing w:line="240" w:lineRule="auto"/>
        <w:rPr>
          <w:rFonts w:eastAsia="Times New Roman"/>
          <w:bCs/>
          <w:szCs w:val="24"/>
          <w:lang w:eastAsia="ru-RU"/>
        </w:rPr>
      </w:pPr>
    </w:p>
    <w:p w14:paraId="5A47E5E5" w14:textId="77777777" w:rsidR="00F80159" w:rsidRPr="001F1F32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134B6181" w14:textId="77777777" w:rsidR="00F80159" w:rsidRPr="001F1F32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4DE84723" w14:textId="77777777" w:rsidR="00F80159" w:rsidRPr="001F1F32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62FDE92C" w14:textId="77777777" w:rsidR="00F80159" w:rsidRPr="001F1F32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41E7268F" w14:textId="77777777" w:rsidR="00F80159" w:rsidRPr="001F1F32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5BBF132A" w14:textId="77777777" w:rsidR="00F80159" w:rsidRPr="001F1F32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4C4F1C95" w14:textId="77777777" w:rsidR="00F80159" w:rsidRPr="000E2DAC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0E2DAC">
        <w:rPr>
          <w:b/>
          <w:szCs w:val="24"/>
          <w:lang w:val="ru-RU" w:eastAsia="ru-RU"/>
        </w:rPr>
        <w:t>Комплект оценочных средств для промежуточной аттестации</w:t>
      </w:r>
    </w:p>
    <w:p w14:paraId="1208504E" w14:textId="77777777" w:rsidR="00F80159" w:rsidRPr="001F1F32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63FD8172" w14:textId="77777777" w:rsidR="00F80159" w:rsidRPr="001F1F32" w:rsidRDefault="00F80159" w:rsidP="00F80159">
      <w:pPr>
        <w:widowControl w:val="0"/>
        <w:spacing w:line="240" w:lineRule="auto"/>
        <w:jc w:val="center"/>
        <w:rPr>
          <w:rFonts w:eastAsia="Times New Roman"/>
          <w:b/>
          <w:sz w:val="28"/>
          <w:szCs w:val="28"/>
          <w:lang w:val="ru-RU" w:eastAsia="ru-RU"/>
        </w:rPr>
      </w:pPr>
      <w:r w:rsidRPr="001F1F32">
        <w:rPr>
          <w:rFonts w:eastAsia="Times New Roman"/>
          <w:b/>
          <w:sz w:val="28"/>
          <w:szCs w:val="28"/>
          <w:lang w:val="ru-RU" w:eastAsia="ru-RU"/>
        </w:rPr>
        <w:t>Вопросы к зачету</w:t>
      </w:r>
    </w:p>
    <w:p w14:paraId="0F5BECB3" w14:textId="69196F89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 xml:space="preserve">по дисциплине </w:t>
      </w:r>
      <w:proofErr w:type="gramStart"/>
      <w:r>
        <w:rPr>
          <w:rFonts w:eastAsia="Times New Roman"/>
          <w:b/>
          <w:szCs w:val="24"/>
          <w:lang w:val="ru-RU" w:eastAsia="ru-RU"/>
        </w:rPr>
        <w:t>Б1.О.07.03</w:t>
      </w:r>
      <w:r w:rsidRPr="001F1F32">
        <w:rPr>
          <w:rFonts w:eastAsia="Times New Roman"/>
          <w:b/>
          <w:szCs w:val="24"/>
          <w:lang w:val="ru-RU" w:eastAsia="ru-RU"/>
        </w:rPr>
        <w:t xml:space="preserve">  Физическая</w:t>
      </w:r>
      <w:proofErr w:type="gramEnd"/>
      <w:r w:rsidRPr="001F1F32">
        <w:rPr>
          <w:rFonts w:eastAsia="Times New Roman"/>
          <w:b/>
          <w:szCs w:val="24"/>
          <w:lang w:val="ru-RU" w:eastAsia="ru-RU"/>
        </w:rPr>
        <w:t xml:space="preserve"> культура и спорт</w:t>
      </w:r>
    </w:p>
    <w:p w14:paraId="54945349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szCs w:val="24"/>
          <w:lang w:val="ru-RU" w:eastAsia="ru-RU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7371"/>
      </w:tblGrid>
      <w:tr w:rsidR="00F80159" w:rsidRPr="00313201" w14:paraId="497CF3AB" w14:textId="77777777" w:rsidTr="00234FBB">
        <w:trPr>
          <w:trHeight w:val="539"/>
        </w:trPr>
        <w:tc>
          <w:tcPr>
            <w:tcW w:w="2410" w:type="dxa"/>
            <w:vAlign w:val="center"/>
          </w:tcPr>
          <w:p w14:paraId="594C0391" w14:textId="77777777" w:rsidR="00F80159" w:rsidRPr="001F1F32" w:rsidRDefault="00F80159" w:rsidP="00234FBB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lang w:val="ru-RU" w:eastAsia="ru-RU"/>
              </w:rPr>
            </w:pPr>
            <w:r w:rsidRPr="001F1F32">
              <w:rPr>
                <w:rFonts w:eastAsia="Times New Roman"/>
                <w:b/>
                <w:sz w:val="22"/>
                <w:lang w:val="ru-RU" w:eastAsia="ru-RU"/>
              </w:rPr>
              <w:t>№ и наименование</w:t>
            </w:r>
          </w:p>
          <w:p w14:paraId="5431A8AB" w14:textId="77777777" w:rsidR="00F80159" w:rsidRPr="001F1F32" w:rsidRDefault="00F80159" w:rsidP="00234FBB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lang w:val="ru-RU" w:eastAsia="ru-RU"/>
              </w:rPr>
            </w:pPr>
            <w:r w:rsidRPr="001F1F32">
              <w:rPr>
                <w:rFonts w:eastAsia="Times New Roman"/>
                <w:b/>
                <w:sz w:val="22"/>
                <w:lang w:val="ru-RU" w:eastAsia="ru-RU"/>
              </w:rPr>
              <w:t>раздела</w:t>
            </w:r>
          </w:p>
        </w:tc>
        <w:tc>
          <w:tcPr>
            <w:tcW w:w="7371" w:type="dxa"/>
            <w:vAlign w:val="center"/>
          </w:tcPr>
          <w:p w14:paraId="10207D8B" w14:textId="77777777" w:rsidR="00F80159" w:rsidRPr="001F1F32" w:rsidRDefault="00F80159" w:rsidP="00234FBB">
            <w:pPr>
              <w:widowControl w:val="0"/>
              <w:spacing w:line="240" w:lineRule="auto"/>
              <w:jc w:val="center"/>
              <w:rPr>
                <w:rFonts w:eastAsia="Times New Roman"/>
                <w:b/>
                <w:lang w:val="ru-RU" w:eastAsia="ru-RU"/>
              </w:rPr>
            </w:pPr>
            <w:r w:rsidRPr="001F1F32">
              <w:rPr>
                <w:rFonts w:eastAsia="Times New Roman"/>
                <w:b/>
                <w:sz w:val="22"/>
                <w:lang w:val="ru-RU" w:eastAsia="ru-RU"/>
              </w:rPr>
              <w:t>ВОПРОСЫ К ЗАЧЕТУ</w:t>
            </w:r>
          </w:p>
        </w:tc>
      </w:tr>
      <w:tr w:rsidR="00F80159" w:rsidRPr="00F80159" w14:paraId="672AD0F9" w14:textId="77777777" w:rsidTr="00234FBB">
        <w:tc>
          <w:tcPr>
            <w:tcW w:w="2410" w:type="dxa"/>
          </w:tcPr>
          <w:p w14:paraId="599CCD79" w14:textId="77777777" w:rsidR="00F80159" w:rsidRPr="001F1F32" w:rsidRDefault="00F80159" w:rsidP="00234FBB">
            <w:pPr>
              <w:widowControl w:val="0"/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1. Физическая культура в общекультурной подготовке обучающихся</w:t>
            </w:r>
          </w:p>
        </w:tc>
        <w:tc>
          <w:tcPr>
            <w:tcW w:w="7371" w:type="dxa"/>
          </w:tcPr>
          <w:p w14:paraId="6F837970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1.Сформулировать цели и задачи физической культуры в общекультурной и профессиональной подготовке обучающихся. </w:t>
            </w:r>
          </w:p>
          <w:p w14:paraId="21D6BFC4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2. Назовите даты первых древних и современных Олимпийских игр. История комплексов ГТО и БГТО. Задачи нового Всероссийского физкультурного спортивного комплекса. </w:t>
            </w:r>
          </w:p>
          <w:p w14:paraId="46878244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3. Режим дня, рациональное питание, сон, анатомия человека, зарядка-тренировка. </w:t>
            </w:r>
          </w:p>
          <w:p w14:paraId="579D5028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4.Здоровый образ </w:t>
            </w:r>
            <w:proofErr w:type="gramStart"/>
            <w:r w:rsidRPr="001F1F32">
              <w:rPr>
                <w:rFonts w:eastAsia="Times New Roman"/>
                <w:szCs w:val="24"/>
                <w:lang w:val="ru-RU" w:eastAsia="ru-RU"/>
              </w:rPr>
              <w:t>жизни .Как</w:t>
            </w:r>
            <w:proofErr w:type="gramEnd"/>
            <w:r w:rsidRPr="001F1F32">
              <w:rPr>
                <w:rFonts w:eastAsia="Times New Roman"/>
                <w:szCs w:val="24"/>
                <w:lang w:val="ru-RU" w:eastAsia="ru-RU"/>
              </w:rPr>
              <w:t xml:space="preserve"> помогает физическая культура в обеспечении здоровья обучающихся? </w:t>
            </w:r>
          </w:p>
          <w:p w14:paraId="4918E61F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5. Роль ЛФК в профилактике и реабилитации при различных заболеваниях. 6.Описать личность в структуре физической культуры. Принципы формирования и проблемы мотивации в сфере физической культуры. </w:t>
            </w:r>
          </w:p>
          <w:p w14:paraId="5B411A10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7. Виды спорта способствующие самоорганизации обучающихся. </w:t>
            </w:r>
          </w:p>
          <w:p w14:paraId="6B91B9BE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8. </w:t>
            </w:r>
            <w:proofErr w:type="gramStart"/>
            <w:r w:rsidRPr="001F1F32">
              <w:rPr>
                <w:rFonts w:eastAsia="Times New Roman"/>
                <w:szCs w:val="24"/>
                <w:lang w:val="ru-RU" w:eastAsia="ru-RU"/>
              </w:rPr>
              <w:t>Виды спорта</w:t>
            </w:r>
            <w:proofErr w:type="gramEnd"/>
            <w:r w:rsidRPr="001F1F32">
              <w:rPr>
                <w:rFonts w:eastAsia="Times New Roman"/>
                <w:szCs w:val="24"/>
                <w:lang w:val="ru-RU" w:eastAsia="ru-RU"/>
              </w:rPr>
              <w:t xml:space="preserve"> способствующие самообразованию обучающихся. </w:t>
            </w:r>
          </w:p>
          <w:p w14:paraId="508F975F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9. В чем различие и что общего в спортивных и подвижных играх </w:t>
            </w:r>
          </w:p>
          <w:p w14:paraId="2FAF0056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10. Разновидности традиционных и нетрадиционных оздоровительных систем физических упражнений (примеры). </w:t>
            </w:r>
          </w:p>
          <w:p w14:paraId="67ACC180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11.Мотивация и направленность самостоятельных занятий физическими упражнениями. </w:t>
            </w:r>
          </w:p>
          <w:p w14:paraId="698838AB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12.Охарактеризовать показатели самоконтроля. Как оценить физическое состояние обучающегося? </w:t>
            </w:r>
          </w:p>
          <w:p w14:paraId="29F2EAEA" w14:textId="77777777" w:rsidR="00F80159" w:rsidRPr="001F1F32" w:rsidRDefault="00F80159" w:rsidP="00234FBB">
            <w:pPr>
              <w:widowControl w:val="0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13.Восстановительные процессы при мышечной деятельности.</w:t>
            </w:r>
          </w:p>
        </w:tc>
      </w:tr>
      <w:tr w:rsidR="00F80159" w:rsidRPr="00F80159" w14:paraId="005AC17C" w14:textId="77777777" w:rsidTr="00234FBB">
        <w:tc>
          <w:tcPr>
            <w:tcW w:w="2410" w:type="dxa"/>
          </w:tcPr>
          <w:p w14:paraId="709FC29C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2. Физическая культура в профессиональной деятельности</w:t>
            </w:r>
          </w:p>
        </w:tc>
        <w:tc>
          <w:tcPr>
            <w:tcW w:w="7371" w:type="dxa"/>
          </w:tcPr>
          <w:p w14:paraId="3BF9D8ED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14. Определить социально-биологические аспекты психоэмоционального стресса и его воздействия </w:t>
            </w:r>
            <w:proofErr w:type="gramStart"/>
            <w:r w:rsidRPr="001F1F32">
              <w:rPr>
                <w:rFonts w:eastAsia="Times New Roman"/>
                <w:szCs w:val="24"/>
                <w:lang w:val="ru-RU" w:eastAsia="ru-RU"/>
              </w:rPr>
              <w:t>на психофизиологического состояния</w:t>
            </w:r>
            <w:proofErr w:type="gramEnd"/>
            <w:r w:rsidRPr="001F1F32">
              <w:rPr>
                <w:rFonts w:eastAsia="Times New Roman"/>
                <w:szCs w:val="24"/>
                <w:lang w:val="ru-RU" w:eastAsia="ru-RU"/>
              </w:rPr>
              <w:t xml:space="preserve"> человека. Дать понятие гиподинамии. </w:t>
            </w:r>
          </w:p>
          <w:p w14:paraId="7B03D87B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15.Перечислить психофизиологические основы учебного труда и интеллектуальной деятельности. Перечислить средства физической культуры в регулировании работоспособности. </w:t>
            </w:r>
          </w:p>
          <w:p w14:paraId="5D94E576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16.Объяснить задачи общефизической и специальной подготовки в </w:t>
            </w:r>
            <w:r w:rsidRPr="001F1F32">
              <w:rPr>
                <w:rFonts w:eastAsia="Times New Roman"/>
                <w:szCs w:val="24"/>
                <w:lang w:val="ru-RU" w:eastAsia="ru-RU"/>
              </w:rPr>
              <w:lastRenderedPageBreak/>
              <w:t xml:space="preserve">системе физического воспитания. </w:t>
            </w:r>
          </w:p>
          <w:p w14:paraId="3433C698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17.Раскрыть понятие «туризм». Какие виды туристических походов существуют. Специфические особенности при подготовке к туристическим походам. </w:t>
            </w:r>
          </w:p>
          <w:p w14:paraId="4156902F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18.Цель проведения физкультурно-спортивных массовых мероприятий. Правила поведения болельщиков </w:t>
            </w:r>
          </w:p>
          <w:p w14:paraId="30E6222F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19.Прикладные виды спорта по направлениям подготовки бакалавров. </w:t>
            </w:r>
          </w:p>
          <w:p w14:paraId="07BA2704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20.Цель ППФП. </w:t>
            </w:r>
          </w:p>
          <w:p w14:paraId="0B7771F0" w14:textId="77777777" w:rsidR="00F80159" w:rsidRPr="001F1F32" w:rsidRDefault="00F80159" w:rsidP="00234FBB">
            <w:pPr>
              <w:widowControl w:val="0"/>
              <w:shd w:val="clear" w:color="auto" w:fill="FFFFFF"/>
              <w:spacing w:line="240" w:lineRule="auto"/>
              <w:jc w:val="both"/>
              <w:rPr>
                <w:rFonts w:eastAsia="Times New Roman"/>
                <w:bCs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21.Перечислить основные факторы, определяющие задачи ППФП. 22.Основные психические качества свойств личности, развивающиеся при использовании ППФП.</w:t>
            </w:r>
          </w:p>
        </w:tc>
      </w:tr>
    </w:tbl>
    <w:p w14:paraId="34BD557D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szCs w:val="24"/>
          <w:lang w:val="ru-RU" w:eastAsia="ru-RU"/>
        </w:rPr>
      </w:pPr>
    </w:p>
    <w:p w14:paraId="5E857307" w14:textId="77777777" w:rsidR="00F80159" w:rsidRPr="001F1F32" w:rsidRDefault="00F80159" w:rsidP="00F80159">
      <w:pPr>
        <w:spacing w:line="240" w:lineRule="auto"/>
        <w:rPr>
          <w:rFonts w:eastAsia="Times New Roman"/>
          <w:bCs/>
          <w:szCs w:val="24"/>
          <w:lang w:val="ru-RU" w:eastAsia="ru-RU"/>
        </w:rPr>
      </w:pPr>
    </w:p>
    <w:p w14:paraId="409ABADF" w14:textId="77777777" w:rsidR="00F80159" w:rsidRPr="001F1F32" w:rsidRDefault="00F80159" w:rsidP="00F80159">
      <w:pPr>
        <w:spacing w:line="240" w:lineRule="auto"/>
        <w:rPr>
          <w:rFonts w:eastAsia="Times New Roman"/>
          <w:bCs/>
          <w:szCs w:val="24"/>
          <w:lang w:val="ru-RU" w:eastAsia="ru-RU"/>
        </w:rPr>
      </w:pPr>
    </w:p>
    <w:p w14:paraId="0AFFC300" w14:textId="0B641625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szCs w:val="24"/>
          <w:lang w:val="ru-RU" w:eastAsia="ru-RU"/>
        </w:rPr>
      </w:pPr>
      <w:r w:rsidRPr="001F1F32">
        <w:rPr>
          <w:rFonts w:eastAsia="Times New Roman"/>
          <w:bCs/>
          <w:szCs w:val="24"/>
          <w:lang w:val="ru-RU" w:eastAsia="ru-RU"/>
        </w:rPr>
        <w:t xml:space="preserve">Критерии оценки зачета </w:t>
      </w:r>
      <w:r w:rsidRPr="001F1F32">
        <w:rPr>
          <w:rFonts w:eastAsia="Times New Roman"/>
          <w:bCs/>
          <w:szCs w:val="24"/>
          <w:lang w:val="ru-RU" w:eastAsia="ru-RU"/>
        </w:rPr>
        <w:br/>
        <w:t xml:space="preserve">по дисциплине </w:t>
      </w:r>
      <w:proofErr w:type="gramStart"/>
      <w:r>
        <w:rPr>
          <w:rFonts w:eastAsia="Times New Roman"/>
          <w:b/>
          <w:szCs w:val="24"/>
          <w:lang w:val="ru-RU" w:eastAsia="ru-RU"/>
        </w:rPr>
        <w:t>Б1.О.07.03</w:t>
      </w:r>
      <w:r w:rsidRPr="001F1F32">
        <w:rPr>
          <w:rFonts w:eastAsia="Times New Roman"/>
          <w:b/>
          <w:szCs w:val="24"/>
          <w:lang w:val="ru-RU" w:eastAsia="ru-RU"/>
        </w:rPr>
        <w:t xml:space="preserve">  Физическая</w:t>
      </w:r>
      <w:proofErr w:type="gramEnd"/>
      <w:r w:rsidRPr="001F1F32">
        <w:rPr>
          <w:rFonts w:eastAsia="Times New Roman"/>
          <w:b/>
          <w:szCs w:val="24"/>
          <w:lang w:val="ru-RU" w:eastAsia="ru-RU"/>
        </w:rPr>
        <w:t xml:space="preserve"> культура и спорт</w:t>
      </w:r>
    </w:p>
    <w:p w14:paraId="10E87D24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szCs w:val="24"/>
          <w:lang w:val="ru-RU" w:eastAsia="ru-RU"/>
        </w:rPr>
      </w:pPr>
    </w:p>
    <w:p w14:paraId="42159303" w14:textId="77777777" w:rsidR="00F80159" w:rsidRPr="001F1F32" w:rsidRDefault="00F80159" w:rsidP="00F80159">
      <w:pPr>
        <w:tabs>
          <w:tab w:val="left" w:pos="2948"/>
          <w:tab w:val="center" w:pos="4960"/>
        </w:tabs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/>
          <w:bCs/>
          <w:szCs w:val="24"/>
          <w:lang w:val="ru-RU"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8"/>
        <w:gridCol w:w="4967"/>
      </w:tblGrid>
      <w:tr w:rsidR="00F80159" w:rsidRPr="00313201" w14:paraId="5E4EB29E" w14:textId="77777777" w:rsidTr="00234FBB">
        <w:trPr>
          <w:trHeight w:val="284"/>
        </w:trPr>
        <w:tc>
          <w:tcPr>
            <w:tcW w:w="5068" w:type="dxa"/>
          </w:tcPr>
          <w:p w14:paraId="50B5B82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Оценка</w:t>
            </w:r>
          </w:p>
        </w:tc>
        <w:tc>
          <w:tcPr>
            <w:tcW w:w="5069" w:type="dxa"/>
          </w:tcPr>
          <w:p w14:paraId="66657BE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b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b/>
                <w:szCs w:val="24"/>
                <w:lang w:val="ru-RU" w:eastAsia="ru-RU"/>
              </w:rPr>
              <w:t>Критерии</w:t>
            </w:r>
          </w:p>
        </w:tc>
      </w:tr>
      <w:tr w:rsidR="00F80159" w:rsidRPr="00313201" w14:paraId="0BCC35A0" w14:textId="77777777" w:rsidTr="00234FBB">
        <w:trPr>
          <w:trHeight w:val="2685"/>
        </w:trPr>
        <w:tc>
          <w:tcPr>
            <w:tcW w:w="5068" w:type="dxa"/>
          </w:tcPr>
          <w:p w14:paraId="0C273A9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зачтено</w:t>
            </w:r>
          </w:p>
        </w:tc>
        <w:tc>
          <w:tcPr>
            <w:tcW w:w="5069" w:type="dxa"/>
          </w:tcPr>
          <w:p w14:paraId="580012A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Знать способы контроля и оценки физического развития.</w:t>
            </w:r>
          </w:p>
          <w:p w14:paraId="15D8F31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 xml:space="preserve">Уметь эффективно планировать собственное время, придерживаться здорового образа жизни, самостоятельно поддерживать основные физические качества. </w:t>
            </w:r>
          </w:p>
          <w:p w14:paraId="3EF3032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Владеть методами физического воспитания в укреплении здоровья и здоровье сберегающими технологиями. Выполнять контрольные тесты</w:t>
            </w:r>
          </w:p>
        </w:tc>
      </w:tr>
      <w:tr w:rsidR="00F80159" w:rsidRPr="00313201" w14:paraId="0ACD6898" w14:textId="77777777" w:rsidTr="00234FBB">
        <w:tc>
          <w:tcPr>
            <w:tcW w:w="5068" w:type="dxa"/>
          </w:tcPr>
          <w:p w14:paraId="343201C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не зачтено</w:t>
            </w:r>
          </w:p>
        </w:tc>
        <w:tc>
          <w:tcPr>
            <w:tcW w:w="5069" w:type="dxa"/>
          </w:tcPr>
          <w:p w14:paraId="7D7B3A8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Не придерживается здорового образа жизни.</w:t>
            </w:r>
          </w:p>
          <w:p w14:paraId="7B8079C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Cs w:val="24"/>
                <w:lang w:val="ru-RU" w:eastAsia="ru-RU"/>
              </w:rPr>
            </w:pPr>
            <w:r w:rsidRPr="001F1F32">
              <w:rPr>
                <w:rFonts w:eastAsia="Times New Roman"/>
                <w:szCs w:val="24"/>
                <w:lang w:val="ru-RU" w:eastAsia="ru-RU"/>
              </w:rPr>
              <w:t>Не владеет здоровье сберегающими технологиями. Не выполняет контрольные нормативы</w:t>
            </w:r>
          </w:p>
        </w:tc>
      </w:tr>
    </w:tbl>
    <w:p w14:paraId="05324ED6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szCs w:val="24"/>
          <w:lang w:val="ru-RU" w:eastAsia="ru-RU"/>
        </w:rPr>
      </w:pPr>
    </w:p>
    <w:p w14:paraId="76072362" w14:textId="77777777" w:rsidR="00F80159" w:rsidRPr="001F1F32" w:rsidRDefault="00F80159" w:rsidP="00F80159">
      <w:pPr>
        <w:rPr>
          <w:rFonts w:eastAsia="Times New Roman"/>
          <w:szCs w:val="24"/>
          <w:lang w:val="ru-RU" w:eastAsia="ru-RU"/>
        </w:rPr>
      </w:pPr>
    </w:p>
    <w:p w14:paraId="0AE556EC" w14:textId="77777777" w:rsidR="00F80159" w:rsidRPr="001F1F32" w:rsidRDefault="00F80159" w:rsidP="00F80159">
      <w:pPr>
        <w:rPr>
          <w:rFonts w:eastAsia="Times New Roman"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>Составитель:</w:t>
      </w:r>
    </w:p>
    <w:p w14:paraId="1B445A01" w14:textId="77777777" w:rsidR="00F80159" w:rsidRPr="001F1F32" w:rsidRDefault="00F80159" w:rsidP="00F80159">
      <w:pPr>
        <w:rPr>
          <w:rFonts w:eastAsia="Times New Roman"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 xml:space="preserve">А.Н. Астапенко, старший преподаватель кафедры </w:t>
      </w:r>
      <w:proofErr w:type="spellStart"/>
      <w:r w:rsidRPr="001F1F32">
        <w:rPr>
          <w:rFonts w:eastAsia="Times New Roman"/>
          <w:szCs w:val="24"/>
          <w:lang w:val="ru-RU" w:eastAsia="ru-RU"/>
        </w:rPr>
        <w:t>ЭБЖиФ</w:t>
      </w:r>
      <w:proofErr w:type="spellEnd"/>
      <w:r w:rsidRPr="001F1F32">
        <w:rPr>
          <w:rFonts w:eastAsia="Times New Roman"/>
          <w:szCs w:val="24"/>
          <w:lang w:val="ru-RU" w:eastAsia="ru-RU"/>
        </w:rPr>
        <w:t xml:space="preserve">    _____________</w:t>
      </w:r>
    </w:p>
    <w:p w14:paraId="283D89AB" w14:textId="77777777" w:rsidR="00F80159" w:rsidRPr="001F1F32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  <w:r w:rsidRPr="001F1F32">
        <w:rPr>
          <w:rFonts w:eastAsia="Times New Roman"/>
          <w:szCs w:val="24"/>
          <w:lang w:val="ru-RU" w:eastAsia="ru-RU"/>
        </w:rPr>
        <w:t>«____»_________20___г.</w:t>
      </w:r>
    </w:p>
    <w:p w14:paraId="5BD72C87" w14:textId="77777777" w:rsidR="00F80159" w:rsidRPr="001F1F32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68D414DA" w14:textId="77777777" w:rsidR="00F80159" w:rsidRPr="001F1F32" w:rsidRDefault="00F80159" w:rsidP="00F80159">
      <w:pPr>
        <w:spacing w:line="240" w:lineRule="auto"/>
        <w:rPr>
          <w:rFonts w:eastAsia="Times New Roman"/>
          <w:szCs w:val="24"/>
          <w:lang w:val="ru-RU" w:eastAsia="ru-RU"/>
        </w:rPr>
      </w:pPr>
    </w:p>
    <w:p w14:paraId="2B30D8EC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0BFE9487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4094BAC3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24CD9BC4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7EDD6845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0EF61681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11CA1B06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117B6596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45F4EC01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600ECB43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3298AE92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266DD9BA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5F46815F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2EDDFA52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14D8E958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607C885E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24886F38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211F6E7E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4DDEA5A0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7184BA65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0BEFBBA4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06FE3B4D" w14:textId="77777777" w:rsidR="00F80159" w:rsidRPr="000E2DAC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b/>
          <w:szCs w:val="24"/>
          <w:lang w:val="ru-RU" w:eastAsia="ru-RU"/>
        </w:rPr>
      </w:pPr>
      <w:r w:rsidRPr="000E2DAC">
        <w:rPr>
          <w:b/>
          <w:szCs w:val="24"/>
          <w:lang w:val="ru-RU" w:eastAsia="ru-RU"/>
        </w:rPr>
        <w:t xml:space="preserve">Комплект оценочных средств для диагностического дисциплинарного тестирования </w:t>
      </w:r>
    </w:p>
    <w:p w14:paraId="6235BFB4" w14:textId="77777777" w:rsidR="00F80159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b/>
          <w:szCs w:val="24"/>
          <w:lang w:val="ru-RU" w:eastAsia="ru-RU"/>
        </w:rPr>
      </w:pPr>
    </w:p>
    <w:p w14:paraId="43084836" w14:textId="77777777" w:rsidR="00F80159" w:rsidRPr="001F1F32" w:rsidRDefault="00F80159" w:rsidP="00F80159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Оценочные средства</w:t>
      </w:r>
    </w:p>
    <w:p w14:paraId="2FC72812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для диагностического дисциплинарного тестирования</w:t>
      </w:r>
    </w:p>
    <w:p w14:paraId="0658F5F6" w14:textId="77777777" w:rsidR="00F80159" w:rsidRPr="001F1F32" w:rsidRDefault="00F80159" w:rsidP="00F80159">
      <w:pPr>
        <w:spacing w:line="240" w:lineRule="auto"/>
        <w:ind w:right="57"/>
        <w:rPr>
          <w:rFonts w:eastAsia="Times New Roman"/>
          <w:bCs/>
          <w:color w:val="FF0000"/>
          <w:kern w:val="1"/>
          <w:sz w:val="20"/>
          <w:szCs w:val="20"/>
          <w:lang w:val="ru-RU" w:eastAsia="ru-RU"/>
        </w:rPr>
      </w:pPr>
    </w:p>
    <w:p w14:paraId="1DE0936B" w14:textId="3CF3EA35" w:rsidR="00F80159" w:rsidRPr="001F1F32" w:rsidRDefault="00F80159" w:rsidP="00F80159">
      <w:pPr>
        <w:spacing w:line="240" w:lineRule="auto"/>
        <w:ind w:right="57"/>
        <w:rPr>
          <w:rFonts w:eastAsia="Times New Roman" w:cs="Times New Roman,Bold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Cs/>
          <w:kern w:val="1"/>
          <w:sz w:val="20"/>
          <w:szCs w:val="20"/>
          <w:lang w:val="ru-RU" w:eastAsia="ru-RU"/>
        </w:rPr>
        <w:t>по дисциплине</w:t>
      </w:r>
      <w:r>
        <w:rPr>
          <w:rFonts w:eastAsia="Times New Roman"/>
          <w:b/>
          <w:bCs/>
          <w:sz w:val="20"/>
          <w:szCs w:val="20"/>
          <w:lang w:val="ru-RU" w:eastAsia="ru-RU"/>
        </w:rPr>
        <w:t xml:space="preserve"> </w:t>
      </w:r>
      <w:proofErr w:type="gramStart"/>
      <w:r>
        <w:rPr>
          <w:rFonts w:eastAsia="Times New Roman"/>
          <w:b/>
          <w:bCs/>
          <w:sz w:val="20"/>
          <w:szCs w:val="20"/>
          <w:lang w:val="ru-RU" w:eastAsia="ru-RU"/>
        </w:rPr>
        <w:t>Б1.О.07.03</w:t>
      </w: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 xml:space="preserve">  Физическая</w:t>
      </w:r>
      <w:proofErr w:type="gramEnd"/>
      <w:r w:rsidRPr="001F1F32">
        <w:rPr>
          <w:rFonts w:eastAsia="Times New Roman" w:cs="Times New Roman,Bold"/>
          <w:b/>
          <w:bCs/>
          <w:sz w:val="20"/>
          <w:szCs w:val="20"/>
          <w:lang w:val="ru-RU" w:eastAsia="ru-RU"/>
        </w:rPr>
        <w:t xml:space="preserve"> культура и спорт</w:t>
      </w:r>
    </w:p>
    <w:p w14:paraId="4B843A6D" w14:textId="77777777" w:rsidR="00F80159" w:rsidRPr="001F1F32" w:rsidRDefault="00F80159" w:rsidP="00F80159">
      <w:pPr>
        <w:spacing w:line="240" w:lineRule="auto"/>
        <w:ind w:right="57"/>
        <w:jc w:val="both"/>
        <w:rPr>
          <w:rFonts w:eastAsia="Times New Roman"/>
          <w:color w:val="0070C0"/>
          <w:sz w:val="20"/>
          <w:szCs w:val="20"/>
          <w:lang w:val="ru-RU" w:eastAsia="ru-RU"/>
        </w:rPr>
      </w:pPr>
    </w:p>
    <w:p w14:paraId="2AC2372C" w14:textId="77777777" w:rsidR="00F80159" w:rsidRPr="001F1F32" w:rsidRDefault="00F80159" w:rsidP="00F80159">
      <w:pPr>
        <w:spacing w:line="240" w:lineRule="auto"/>
        <w:rPr>
          <w:rFonts w:eastAsia="Times New Roman"/>
          <w:sz w:val="20"/>
          <w:szCs w:val="20"/>
          <w:lang w:val="ru-RU" w:eastAsia="ru-RU"/>
        </w:rPr>
      </w:pPr>
      <w:r w:rsidRPr="001F1F32">
        <w:rPr>
          <w:rFonts w:eastAsia="Times New Roman"/>
          <w:sz w:val="20"/>
          <w:szCs w:val="20"/>
          <w:lang w:val="ru-RU" w:eastAsia="ru-RU"/>
        </w:rPr>
        <w:t xml:space="preserve">по </w:t>
      </w:r>
      <w:proofErr w:type="gramStart"/>
      <w:r w:rsidRPr="001F1F32">
        <w:rPr>
          <w:rFonts w:eastAsia="Times New Roman"/>
          <w:sz w:val="20"/>
          <w:szCs w:val="20"/>
          <w:lang w:val="ru-RU" w:eastAsia="ru-RU"/>
        </w:rPr>
        <w:t>компетенции  УК</w:t>
      </w:r>
      <w:proofErr w:type="gramEnd"/>
      <w:r w:rsidRPr="001F1F32">
        <w:rPr>
          <w:rFonts w:eastAsia="Times New Roman"/>
          <w:sz w:val="20"/>
          <w:szCs w:val="20"/>
          <w:lang w:val="ru-RU" w:eastAsia="ru-RU"/>
        </w:rPr>
        <w:t xml:space="preserve">-7: Способен поддерживать должный уровень физической подготовленности для обеспечения полноценной социальной и профессиональной деятельности </w:t>
      </w:r>
    </w:p>
    <w:tbl>
      <w:tblPr>
        <w:tblW w:w="0" w:type="auto"/>
        <w:tblInd w:w="113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2381"/>
        <w:gridCol w:w="7258"/>
      </w:tblGrid>
      <w:tr w:rsidR="00F80159" w:rsidRPr="00F80159" w14:paraId="5A911702" w14:textId="77777777" w:rsidTr="00234FBB"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77CB6913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kern w:val="1"/>
                <w:sz w:val="20"/>
                <w:szCs w:val="20"/>
                <w:lang w:val="ru-RU" w:eastAsia="ru-RU"/>
              </w:rPr>
              <w:t xml:space="preserve">Код и содержание </w:t>
            </w:r>
            <w:r w:rsidRPr="001F1F32">
              <w:rPr>
                <w:rFonts w:eastAsia="Times New Roman"/>
                <w:b/>
                <w:bCs/>
                <w:kern w:val="1"/>
                <w:sz w:val="20"/>
                <w:szCs w:val="20"/>
                <w:lang w:val="ru-RU" w:eastAsia="ru-RU"/>
              </w:rPr>
              <w:t>индикаторов достижения</w:t>
            </w: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</w:tcPr>
          <w:p w14:paraId="518AF2CA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b/>
                <w:kern w:val="1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kern w:val="1"/>
                <w:sz w:val="20"/>
                <w:szCs w:val="20"/>
                <w:lang w:val="ru-RU" w:eastAsia="ru-RU"/>
              </w:rPr>
              <w:t>Планируемые результаты обучения по дисциплине</w:t>
            </w:r>
          </w:p>
        </w:tc>
      </w:tr>
      <w:tr w:rsidR="00F80159" w:rsidRPr="00F80159" w14:paraId="40A44F85" w14:textId="77777777" w:rsidTr="00234FBB">
        <w:trPr>
          <w:trHeight w:val="3832"/>
        </w:trPr>
        <w:tc>
          <w:tcPr>
            <w:tcW w:w="2381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0B2C8996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УК-7.1 Поддерживает должный уровень физической подготовленности для обеспечения полноценной социальной и профессиональной деятельности и соблюдает нормы здорового образа жизни.</w:t>
            </w:r>
          </w:p>
          <w:p w14:paraId="46A6FB82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0F0B9707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4AAD9121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7FA5718E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09025B3C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color w:val="0070C0"/>
                <w:kern w:val="1"/>
                <w:sz w:val="20"/>
                <w:szCs w:val="20"/>
                <w:lang w:val="ru-RU" w:eastAsia="ru-RU"/>
              </w:rPr>
            </w:pPr>
          </w:p>
        </w:tc>
        <w:tc>
          <w:tcPr>
            <w:tcW w:w="725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14:paraId="3A72D002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Знать: </w:t>
            </w:r>
          </w:p>
          <w:p w14:paraId="61A2B3F1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39DE0EE0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16ED778D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2F101D56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1842402A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здоровьесберегающими</w:t>
            </w:r>
            <w:proofErr w:type="spell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технологиями.</w:t>
            </w:r>
          </w:p>
        </w:tc>
      </w:tr>
      <w:tr w:rsidR="00F80159" w:rsidRPr="00F80159" w14:paraId="3229D421" w14:textId="77777777" w:rsidTr="00234FBB">
        <w:trPr>
          <w:trHeight w:val="3769"/>
        </w:trPr>
        <w:tc>
          <w:tcPr>
            <w:tcW w:w="2381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8B66FF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50FB41FE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521F82C4" w14:textId="77777777" w:rsidR="00F80159" w:rsidRPr="001F1F32" w:rsidRDefault="00F80159" w:rsidP="00234FBB">
            <w:pPr>
              <w:suppressAutoHyphens/>
              <w:spacing w:line="240" w:lineRule="auto"/>
              <w:ind w:right="57"/>
              <w:jc w:val="center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УК-7.2 Использует основы физической культуры для осознанного выбора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здоровьесберегающих</w:t>
            </w:r>
            <w:proofErr w:type="spell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технологий с учетом внутренних и внешних условий реализации конкретной профессиональной деятельности.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DE87CB6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Знать: </w:t>
            </w:r>
          </w:p>
          <w:p w14:paraId="7B050DFB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- понятие здорового образа жизни и его составляющие, способы контроля и оценки физического развития и физической подготовленности; способы контроля и оценки физического развития и физической подготовленности; основы физической культуры. </w:t>
            </w:r>
          </w:p>
          <w:p w14:paraId="0BF65B69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Уметь: </w:t>
            </w:r>
          </w:p>
          <w:p w14:paraId="051D7D20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- эффективно планировать собственное время для достижения результата и поставленных задач; придерживаться здорового образа жизни, самостоятельно выбирать вид спорта или систему физических упражнений для укрепления здоровья; выбирать вид спорта или систему физических упражнений для укрепления здоровья и восстанавливать психическое равновесие средствами физической культуры.</w:t>
            </w:r>
          </w:p>
          <w:p w14:paraId="5755EE05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Владеть: </w:t>
            </w:r>
          </w:p>
          <w:p w14:paraId="169914E7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- методами физического воспитания в укреплении здоровья; методами физического воспитания для обеспечения полноценной социальной и профессиональной деятельности;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здоровьесберегающими</w:t>
            </w:r>
            <w:proofErr w:type="spell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технологиями.</w:t>
            </w:r>
          </w:p>
          <w:p w14:paraId="09C3A8A7" w14:textId="77777777" w:rsidR="00F80159" w:rsidRPr="001F1F32" w:rsidRDefault="00F80159" w:rsidP="00234FBB">
            <w:pPr>
              <w:spacing w:line="240" w:lineRule="auto"/>
              <w:ind w:right="57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</w:tbl>
    <w:p w14:paraId="09BBB814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019192B0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Распределение заданий по типам и уровням сложности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268"/>
        <w:gridCol w:w="4252"/>
        <w:gridCol w:w="1401"/>
      </w:tblGrid>
      <w:tr w:rsidR="00F80159" w:rsidRPr="00313201" w14:paraId="5146793F" w14:textId="77777777" w:rsidTr="00234FBB">
        <w:tc>
          <w:tcPr>
            <w:tcW w:w="1701" w:type="dxa"/>
            <w:vAlign w:val="center"/>
          </w:tcPr>
          <w:p w14:paraId="48B51EF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Индикатор</w:t>
            </w:r>
          </w:p>
          <w:p w14:paraId="67729A7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компетенции</w:t>
            </w:r>
          </w:p>
        </w:tc>
        <w:tc>
          <w:tcPr>
            <w:tcW w:w="2268" w:type="dxa"/>
            <w:vAlign w:val="center"/>
          </w:tcPr>
          <w:p w14:paraId="329CA245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  <w:p w14:paraId="3E09FF2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</w:t>
            </w:r>
          </w:p>
        </w:tc>
        <w:tc>
          <w:tcPr>
            <w:tcW w:w="4252" w:type="dxa"/>
            <w:vAlign w:val="center"/>
          </w:tcPr>
          <w:p w14:paraId="208DEC4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1401" w:type="dxa"/>
            <w:vAlign w:val="center"/>
          </w:tcPr>
          <w:p w14:paraId="7FAD743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Количество</w:t>
            </w:r>
          </w:p>
          <w:p w14:paraId="3C4F824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заданий</w:t>
            </w:r>
          </w:p>
        </w:tc>
      </w:tr>
      <w:tr w:rsidR="00F80159" w:rsidRPr="00313201" w14:paraId="60BF2A8B" w14:textId="77777777" w:rsidTr="00234FBB">
        <w:tc>
          <w:tcPr>
            <w:tcW w:w="9622" w:type="dxa"/>
            <w:gridSpan w:val="4"/>
          </w:tcPr>
          <w:p w14:paraId="17A6455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Семестр 1</w:t>
            </w:r>
          </w:p>
        </w:tc>
      </w:tr>
      <w:tr w:rsidR="00F80159" w:rsidRPr="00313201" w14:paraId="718CACFE" w14:textId="77777777" w:rsidTr="00234FBB">
        <w:tc>
          <w:tcPr>
            <w:tcW w:w="1701" w:type="dxa"/>
            <w:vMerge w:val="restart"/>
          </w:tcPr>
          <w:p w14:paraId="20CFEDB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63DF497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0811443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1973263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F80159" w:rsidRPr="00313201" w14:paraId="00CB1A3C" w14:textId="77777777" w:rsidTr="00234FBB">
        <w:tc>
          <w:tcPr>
            <w:tcW w:w="1701" w:type="dxa"/>
            <w:vMerge/>
          </w:tcPr>
          <w:p w14:paraId="3CD576E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43F1B5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6407AA0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1512797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F80159" w:rsidRPr="00313201" w14:paraId="1CD9B758" w14:textId="77777777" w:rsidTr="00234FBB">
        <w:tc>
          <w:tcPr>
            <w:tcW w:w="1701" w:type="dxa"/>
            <w:vMerge/>
          </w:tcPr>
          <w:p w14:paraId="0ABA2C4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2340F69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0E409B3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5F8F707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12B3924A" w14:textId="77777777" w:rsidTr="00234FBB">
        <w:tc>
          <w:tcPr>
            <w:tcW w:w="1701" w:type="dxa"/>
            <w:vMerge/>
          </w:tcPr>
          <w:p w14:paraId="675B78B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3B33FFB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54E50E0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72571AF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F80159" w:rsidRPr="00313201" w14:paraId="63D42BF2" w14:textId="77777777" w:rsidTr="00234FBB">
        <w:tc>
          <w:tcPr>
            <w:tcW w:w="1701" w:type="dxa"/>
            <w:vMerge w:val="restart"/>
          </w:tcPr>
          <w:p w14:paraId="0DFFD8D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2B2F175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489F068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17CB0D9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F80159" w:rsidRPr="00313201" w14:paraId="32979233" w14:textId="77777777" w:rsidTr="00234FBB">
        <w:tc>
          <w:tcPr>
            <w:tcW w:w="1701" w:type="dxa"/>
            <w:vMerge/>
          </w:tcPr>
          <w:p w14:paraId="5DA6CC9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63028E7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7421845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44DECE2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F80159" w:rsidRPr="00313201" w14:paraId="537C4C06" w14:textId="77777777" w:rsidTr="00234FBB">
        <w:tc>
          <w:tcPr>
            <w:tcW w:w="1701" w:type="dxa"/>
            <w:vMerge/>
          </w:tcPr>
          <w:p w14:paraId="7BD074C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071E119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27950F4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1C78706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406AEF6A" w14:textId="77777777" w:rsidTr="00234FBB">
        <w:tc>
          <w:tcPr>
            <w:tcW w:w="1701" w:type="dxa"/>
            <w:vMerge/>
          </w:tcPr>
          <w:p w14:paraId="627D55A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7D4BA87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5A8B551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2E4C4E7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F80159" w:rsidRPr="00313201" w14:paraId="00E9DA5B" w14:textId="77777777" w:rsidTr="00234FBB">
        <w:tc>
          <w:tcPr>
            <w:tcW w:w="8221" w:type="dxa"/>
            <w:gridSpan w:val="3"/>
          </w:tcPr>
          <w:p w14:paraId="616F9A9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Итого дляУК-7 </w:t>
            </w:r>
          </w:p>
        </w:tc>
        <w:tc>
          <w:tcPr>
            <w:tcW w:w="1401" w:type="dxa"/>
          </w:tcPr>
          <w:p w14:paraId="118A479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  <w:tr w:rsidR="00F80159" w:rsidRPr="00313201" w14:paraId="60F356B5" w14:textId="77777777" w:rsidTr="00234FBB">
        <w:tc>
          <w:tcPr>
            <w:tcW w:w="9622" w:type="dxa"/>
            <w:gridSpan w:val="4"/>
          </w:tcPr>
          <w:p w14:paraId="266A8EC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Семестр 2</w:t>
            </w:r>
          </w:p>
        </w:tc>
      </w:tr>
      <w:tr w:rsidR="00F80159" w:rsidRPr="00313201" w14:paraId="1268C945" w14:textId="77777777" w:rsidTr="00234FBB">
        <w:tc>
          <w:tcPr>
            <w:tcW w:w="1701" w:type="dxa"/>
            <w:vMerge w:val="restart"/>
          </w:tcPr>
          <w:p w14:paraId="725245D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kern w:val="1"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268" w:type="dxa"/>
          </w:tcPr>
          <w:p w14:paraId="594F2B3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4D39C79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3CAB4AF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F80159" w:rsidRPr="00313201" w14:paraId="37CE4969" w14:textId="77777777" w:rsidTr="00234FBB">
        <w:tc>
          <w:tcPr>
            <w:tcW w:w="1701" w:type="dxa"/>
            <w:vMerge/>
          </w:tcPr>
          <w:p w14:paraId="58FE0B1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24FD80C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2C42F87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2042A55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F80159" w:rsidRPr="00313201" w14:paraId="5A842747" w14:textId="77777777" w:rsidTr="00234FBB">
        <w:tc>
          <w:tcPr>
            <w:tcW w:w="1701" w:type="dxa"/>
            <w:vMerge/>
          </w:tcPr>
          <w:p w14:paraId="7FE3013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42B233B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49767E7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61DF9C8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60A0B81A" w14:textId="77777777" w:rsidTr="00234FBB">
        <w:tc>
          <w:tcPr>
            <w:tcW w:w="1701" w:type="dxa"/>
            <w:vMerge/>
          </w:tcPr>
          <w:p w14:paraId="1AE3B8E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2D38E47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7AA1505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199412C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F80159" w:rsidRPr="00313201" w14:paraId="739471D8" w14:textId="77777777" w:rsidTr="00234FBB">
        <w:tc>
          <w:tcPr>
            <w:tcW w:w="1701" w:type="dxa"/>
            <w:vMerge w:val="restart"/>
          </w:tcPr>
          <w:p w14:paraId="10C3A18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268" w:type="dxa"/>
          </w:tcPr>
          <w:p w14:paraId="3C196B7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Базовый (20%)</w:t>
            </w:r>
          </w:p>
        </w:tc>
        <w:tc>
          <w:tcPr>
            <w:tcW w:w="4252" w:type="dxa"/>
          </w:tcPr>
          <w:p w14:paraId="363CE53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</w:t>
            </w:r>
          </w:p>
        </w:tc>
        <w:tc>
          <w:tcPr>
            <w:tcW w:w="1401" w:type="dxa"/>
            <w:vAlign w:val="center"/>
          </w:tcPr>
          <w:p w14:paraId="593223C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F80159" w:rsidRPr="00313201" w14:paraId="6B4248A7" w14:textId="77777777" w:rsidTr="00234FBB">
        <w:tc>
          <w:tcPr>
            <w:tcW w:w="1701" w:type="dxa"/>
            <w:vMerge/>
          </w:tcPr>
          <w:p w14:paraId="20E06DC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 w:val="restart"/>
            <w:vAlign w:val="center"/>
          </w:tcPr>
          <w:p w14:paraId="5CDFF39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Повышенный (70%)</w:t>
            </w:r>
          </w:p>
        </w:tc>
        <w:tc>
          <w:tcPr>
            <w:tcW w:w="4252" w:type="dxa"/>
          </w:tcPr>
          <w:p w14:paraId="169187B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на установление последовательности</w:t>
            </w:r>
          </w:p>
        </w:tc>
        <w:tc>
          <w:tcPr>
            <w:tcW w:w="1401" w:type="dxa"/>
            <w:vMerge w:val="restart"/>
            <w:vAlign w:val="center"/>
          </w:tcPr>
          <w:p w14:paraId="6810E58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7</w:t>
            </w:r>
          </w:p>
        </w:tc>
      </w:tr>
      <w:tr w:rsidR="00F80159" w:rsidRPr="00313201" w14:paraId="30BE5AB7" w14:textId="77777777" w:rsidTr="00234FBB">
        <w:tc>
          <w:tcPr>
            <w:tcW w:w="1701" w:type="dxa"/>
            <w:vMerge/>
          </w:tcPr>
          <w:p w14:paraId="68EA1BF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  <w:vMerge/>
          </w:tcPr>
          <w:p w14:paraId="7840935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4252" w:type="dxa"/>
          </w:tcPr>
          <w:p w14:paraId="6061A06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на установление соответствия</w:t>
            </w:r>
          </w:p>
        </w:tc>
        <w:tc>
          <w:tcPr>
            <w:tcW w:w="1401" w:type="dxa"/>
            <w:vMerge/>
            <w:vAlign w:val="center"/>
          </w:tcPr>
          <w:p w14:paraId="1C52D4E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0849BDDF" w14:textId="77777777" w:rsidTr="00234FBB">
        <w:tc>
          <w:tcPr>
            <w:tcW w:w="1701" w:type="dxa"/>
            <w:vMerge/>
          </w:tcPr>
          <w:p w14:paraId="11AAEC2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2268" w:type="dxa"/>
          </w:tcPr>
          <w:p w14:paraId="6533886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Высокий (10%)</w:t>
            </w:r>
          </w:p>
        </w:tc>
        <w:tc>
          <w:tcPr>
            <w:tcW w:w="4252" w:type="dxa"/>
          </w:tcPr>
          <w:p w14:paraId="05050CF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1401" w:type="dxa"/>
            <w:vAlign w:val="center"/>
          </w:tcPr>
          <w:p w14:paraId="2DCF645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F80159" w:rsidRPr="00313201" w14:paraId="5AAC6C97" w14:textId="77777777" w:rsidTr="00234FBB">
        <w:tc>
          <w:tcPr>
            <w:tcW w:w="8221" w:type="dxa"/>
            <w:gridSpan w:val="3"/>
          </w:tcPr>
          <w:p w14:paraId="1005BA1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right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Итого дляУК-7 </w:t>
            </w:r>
          </w:p>
        </w:tc>
        <w:tc>
          <w:tcPr>
            <w:tcW w:w="1401" w:type="dxa"/>
          </w:tcPr>
          <w:p w14:paraId="46C04F3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20</w:t>
            </w:r>
          </w:p>
        </w:tc>
      </w:tr>
    </w:tbl>
    <w:p w14:paraId="23CEB4C0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4BF8DFB3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bookmarkStart w:id="1" w:name="_Hlk185619227"/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25AAA77A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F80159" w:rsidRPr="00313201" w14:paraId="4FAE8802" w14:textId="77777777" w:rsidTr="00234FBB">
        <w:tc>
          <w:tcPr>
            <w:tcW w:w="2334" w:type="dxa"/>
          </w:tcPr>
          <w:p w14:paraId="1EE7B7C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3A83346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567F043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61D1FB9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F80159" w:rsidRPr="00313201" w14:paraId="005025B0" w14:textId="77777777" w:rsidTr="00234FBB">
        <w:tc>
          <w:tcPr>
            <w:tcW w:w="3686" w:type="dxa"/>
            <w:gridSpan w:val="2"/>
          </w:tcPr>
          <w:p w14:paraId="75A483A0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35A753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F80159" w:rsidRPr="00F80159" w14:paraId="0CA2534B" w14:textId="77777777" w:rsidTr="00234FBB">
        <w:tc>
          <w:tcPr>
            <w:tcW w:w="3686" w:type="dxa"/>
            <w:gridSpan w:val="2"/>
          </w:tcPr>
          <w:p w14:paraId="1DC28ED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4BEE363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F80159" w:rsidRPr="00313201" w14:paraId="767CDE10" w14:textId="77777777" w:rsidTr="00234FBB">
        <w:tc>
          <w:tcPr>
            <w:tcW w:w="3686" w:type="dxa"/>
            <w:gridSpan w:val="2"/>
          </w:tcPr>
          <w:p w14:paraId="4A62150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2FCD6A8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F80159" w:rsidRPr="00F80159" w14:paraId="55B1FF5E" w14:textId="77777777" w:rsidTr="00234FBB">
        <w:tc>
          <w:tcPr>
            <w:tcW w:w="9639" w:type="dxa"/>
            <w:gridSpan w:val="4"/>
          </w:tcPr>
          <w:p w14:paraId="2F5FF2EA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1.Какая страна является родиной Олимпийских игр?</w:t>
            </w:r>
          </w:p>
          <w:p w14:paraId="0EF6D274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А. Древний Рим</w:t>
            </w:r>
          </w:p>
          <w:p w14:paraId="2DF45EA5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Б. </w:t>
            </w:r>
            <w:r w:rsidRPr="001F1F3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Греция</w:t>
            </w:r>
          </w:p>
          <w:p w14:paraId="12DFA3C1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В. Китай</w:t>
            </w:r>
          </w:p>
          <w:p w14:paraId="2899E55A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3300770D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2. Слово «стадион» произошло от …</w:t>
            </w:r>
          </w:p>
          <w:p w14:paraId="33E400E5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А. </w:t>
            </w:r>
            <w:r w:rsidRPr="001F1F3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Греческой меры длины «стадий», равной 192,27м.</w:t>
            </w:r>
          </w:p>
          <w:p w14:paraId="4D031C7E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Места, где проходили соревнования по пентатлону</w:t>
            </w:r>
          </w:p>
          <w:p w14:paraId="0B68FCAC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В. Названия здания, где тренировались атлеты</w:t>
            </w:r>
          </w:p>
        </w:tc>
      </w:tr>
      <w:tr w:rsidR="00F80159" w:rsidRPr="00313201" w14:paraId="66D5F78F" w14:textId="77777777" w:rsidTr="00234FBB">
        <w:tc>
          <w:tcPr>
            <w:tcW w:w="3686" w:type="dxa"/>
            <w:gridSpan w:val="2"/>
          </w:tcPr>
          <w:p w14:paraId="289E8B6C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655772A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F80159" w:rsidRPr="00F80159" w14:paraId="00B96FAE" w14:textId="77777777" w:rsidTr="00234FBB">
        <w:tc>
          <w:tcPr>
            <w:tcW w:w="3686" w:type="dxa"/>
            <w:gridSpan w:val="2"/>
          </w:tcPr>
          <w:p w14:paraId="39871E1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0F9921F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F80159" w:rsidRPr="00F80159" w14:paraId="66190F6B" w14:textId="77777777" w:rsidTr="00234FBB">
        <w:tc>
          <w:tcPr>
            <w:tcW w:w="3686" w:type="dxa"/>
            <w:gridSpan w:val="2"/>
          </w:tcPr>
          <w:p w14:paraId="64FE235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049F15E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F80159" w:rsidRPr="00313201" w14:paraId="11A1CC94" w14:textId="77777777" w:rsidTr="00234FBB">
        <w:tc>
          <w:tcPr>
            <w:tcW w:w="9639" w:type="dxa"/>
            <w:gridSpan w:val="4"/>
            <w:tcBorders>
              <w:bottom w:val="nil"/>
            </w:tcBorders>
          </w:tcPr>
          <w:p w14:paraId="6A71726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1D3EE74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3.Установите последовательность места проведения последних четырех летних ОИ:</w:t>
            </w:r>
          </w:p>
          <w:p w14:paraId="113AA2E6" w14:textId="77777777" w:rsidR="00F80159" w:rsidRPr="001F1F32" w:rsidRDefault="00F80159" w:rsidP="00F80159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Франция</w:t>
            </w:r>
          </w:p>
          <w:p w14:paraId="118815D1" w14:textId="77777777" w:rsidR="00F80159" w:rsidRPr="001F1F32" w:rsidRDefault="00F80159" w:rsidP="00F80159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Бразилия</w:t>
            </w:r>
          </w:p>
          <w:p w14:paraId="2CB9B89C" w14:textId="77777777" w:rsidR="00F80159" w:rsidRPr="001F1F32" w:rsidRDefault="00F80159" w:rsidP="00F80159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Япония</w:t>
            </w:r>
          </w:p>
          <w:p w14:paraId="6BEC0FA9" w14:textId="77777777" w:rsidR="00F80159" w:rsidRPr="001F1F32" w:rsidRDefault="00F80159" w:rsidP="00F80159">
            <w:pPr>
              <w:numPr>
                <w:ilvl w:val="0"/>
                <w:numId w:val="10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Великобритания</w:t>
            </w:r>
          </w:p>
          <w:p w14:paraId="5A21C22D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5C2314E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4.Установите последовательность места проведения последних четырех зимних ОИ:</w:t>
            </w:r>
          </w:p>
          <w:p w14:paraId="48E5087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158228A1" w14:textId="77777777" w:rsidR="00F80159" w:rsidRPr="001F1F32" w:rsidRDefault="00F80159" w:rsidP="00F80159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Китай</w:t>
            </w:r>
          </w:p>
          <w:p w14:paraId="3D5D5DD6" w14:textId="77777777" w:rsidR="00F80159" w:rsidRPr="001F1F32" w:rsidRDefault="00F80159" w:rsidP="00F80159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Канада</w:t>
            </w:r>
          </w:p>
          <w:p w14:paraId="41E5C12B" w14:textId="77777777" w:rsidR="00F80159" w:rsidRPr="001F1F32" w:rsidRDefault="00F80159" w:rsidP="00F80159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Россия</w:t>
            </w:r>
          </w:p>
          <w:p w14:paraId="26307413" w14:textId="77777777" w:rsidR="00F80159" w:rsidRPr="001F1F32" w:rsidRDefault="00F80159" w:rsidP="00F80159">
            <w:pPr>
              <w:numPr>
                <w:ilvl w:val="0"/>
                <w:numId w:val="18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Республика Корея </w:t>
            </w:r>
          </w:p>
          <w:p w14:paraId="2BE1D47F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2503773B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0732055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1F1F32">
              <w:rPr>
                <w:rFonts w:eastAsia="Times New Roman"/>
                <w:sz w:val="20"/>
                <w:szCs w:val="20"/>
                <w:lang w:val="ru-RU"/>
              </w:rPr>
              <w:t>соответствие размеров:</w:t>
            </w:r>
          </w:p>
        </w:tc>
      </w:tr>
      <w:tr w:rsidR="00F80159" w:rsidRPr="00313201" w14:paraId="09413EAC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1101D4C0" w14:textId="77777777" w:rsidR="00F80159" w:rsidRPr="001F1F32" w:rsidRDefault="00F80159" w:rsidP="00F80159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Баскетбольная площадка</w:t>
            </w:r>
          </w:p>
          <w:p w14:paraId="0E4B73B7" w14:textId="77777777" w:rsidR="00F80159" w:rsidRPr="001F1F32" w:rsidRDefault="00F80159" w:rsidP="00F80159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Волейбольная площадка</w:t>
            </w:r>
          </w:p>
          <w:p w14:paraId="7FA2DC2A" w14:textId="77777777" w:rsidR="00F80159" w:rsidRPr="001F1F32" w:rsidRDefault="00F80159" w:rsidP="00F80159">
            <w:pPr>
              <w:numPr>
                <w:ilvl w:val="0"/>
                <w:numId w:val="1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Мини -футбольная площадка</w:t>
            </w:r>
          </w:p>
          <w:p w14:paraId="25E5294D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636E3421" w14:textId="77777777" w:rsidR="00F80159" w:rsidRPr="001F1F32" w:rsidRDefault="00F80159" w:rsidP="00F80159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lastRenderedPageBreak/>
              <w:t>28Х15</w:t>
            </w:r>
          </w:p>
          <w:p w14:paraId="15D2C8EE" w14:textId="77777777" w:rsidR="00F80159" w:rsidRPr="001F1F32" w:rsidRDefault="00F80159" w:rsidP="00F80159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18х9 </w:t>
            </w:r>
          </w:p>
          <w:p w14:paraId="52731E5D" w14:textId="77777777" w:rsidR="00F80159" w:rsidRPr="001F1F32" w:rsidRDefault="00F80159" w:rsidP="00F80159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38х25</w:t>
            </w:r>
          </w:p>
          <w:p w14:paraId="2560AFB3" w14:textId="77777777" w:rsidR="00F80159" w:rsidRPr="001F1F32" w:rsidRDefault="00F80159" w:rsidP="00F80159">
            <w:pPr>
              <w:numPr>
                <w:ilvl w:val="0"/>
                <w:numId w:val="12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lastRenderedPageBreak/>
              <w:t>33х17</w:t>
            </w:r>
          </w:p>
        </w:tc>
      </w:tr>
      <w:tr w:rsidR="00F80159" w:rsidRPr="00313201" w14:paraId="5E71F9ED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70DFB6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6.Установите соответствие между:</w:t>
            </w:r>
          </w:p>
        </w:tc>
      </w:tr>
      <w:tr w:rsidR="00F80159" w:rsidRPr="00313201" w14:paraId="282B935D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58DE7B1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1.Физическая культура </w:t>
            </w:r>
          </w:p>
          <w:p w14:paraId="3FFE4F09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2.Физическое воспитание </w:t>
            </w:r>
          </w:p>
          <w:p w14:paraId="1A2AEF07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3.Физическое упражнение</w:t>
            </w:r>
          </w:p>
          <w:p w14:paraId="7C20A273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0B051DDA" w14:textId="77777777" w:rsidR="00F80159" w:rsidRPr="001F1F32" w:rsidRDefault="00F80159" w:rsidP="00F80159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Часть человеческой культуры.</w:t>
            </w:r>
          </w:p>
          <w:p w14:paraId="5E56E246" w14:textId="77777777" w:rsidR="00F80159" w:rsidRPr="001F1F32" w:rsidRDefault="00F80159" w:rsidP="00F80159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Способ освоения ценностей, накопленных в сфере физической</w:t>
            </w:r>
          </w:p>
          <w:p w14:paraId="46338C78" w14:textId="77777777" w:rsidR="00F80159" w:rsidRPr="001F1F32" w:rsidRDefault="00F80159" w:rsidP="00F80159">
            <w:pPr>
              <w:numPr>
                <w:ilvl w:val="0"/>
                <w:numId w:val="13"/>
              </w:numPr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это элементарные движения, составленные из них двигательные действия и их комплексы, систематизированные в целях физического развития</w:t>
            </w:r>
          </w:p>
          <w:p w14:paraId="42A0A6CB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г. Часть общественной деятельности</w:t>
            </w:r>
          </w:p>
        </w:tc>
      </w:tr>
      <w:tr w:rsidR="00F80159" w:rsidRPr="00F80159" w14:paraId="4C17EDFA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2AC1138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7.Установитесоответствие</w:t>
            </w: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 между спортсменом и видом спорта:</w:t>
            </w:r>
          </w:p>
        </w:tc>
      </w:tr>
      <w:tr w:rsidR="00F80159" w:rsidRPr="00313201" w14:paraId="0351F11D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D115CEC" w14:textId="77777777" w:rsidR="00F80159" w:rsidRPr="001F1F32" w:rsidRDefault="00F80159" w:rsidP="00F80159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Александр Овечкин</w:t>
            </w:r>
          </w:p>
          <w:p w14:paraId="2E26A00E" w14:textId="77777777" w:rsidR="00F80159" w:rsidRPr="001F1F32" w:rsidRDefault="00F80159" w:rsidP="00F80159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Лионель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Месси</w:t>
            </w:r>
            <w:proofErr w:type="spellEnd"/>
          </w:p>
          <w:p w14:paraId="1AD6F628" w14:textId="77777777" w:rsidR="00F80159" w:rsidRPr="001F1F32" w:rsidRDefault="00F80159" w:rsidP="00F80159">
            <w:pPr>
              <w:numPr>
                <w:ilvl w:val="0"/>
                <w:numId w:val="15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Рафаэль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Надаль</w:t>
            </w:r>
            <w:proofErr w:type="spellEnd"/>
          </w:p>
          <w:p w14:paraId="43AE116E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  <w:p w14:paraId="07DF8BF2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608745E" w14:textId="77777777" w:rsidR="00F80159" w:rsidRPr="001F1F32" w:rsidRDefault="00F80159" w:rsidP="00F80159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Баскетбол </w:t>
            </w:r>
          </w:p>
          <w:p w14:paraId="2D650F7E" w14:textId="77777777" w:rsidR="00F80159" w:rsidRPr="001F1F32" w:rsidRDefault="00F80159" w:rsidP="00F80159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Футбол </w:t>
            </w:r>
          </w:p>
          <w:p w14:paraId="19102A58" w14:textId="77777777" w:rsidR="00F80159" w:rsidRPr="001F1F32" w:rsidRDefault="00F80159" w:rsidP="00F80159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Хоккей</w:t>
            </w:r>
          </w:p>
          <w:p w14:paraId="1C353615" w14:textId="77777777" w:rsidR="00F80159" w:rsidRPr="001F1F32" w:rsidRDefault="00F80159" w:rsidP="00F80159">
            <w:pPr>
              <w:numPr>
                <w:ilvl w:val="0"/>
                <w:numId w:val="14"/>
              </w:num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Теннис</w:t>
            </w:r>
          </w:p>
          <w:p w14:paraId="40687B60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F80159" w:rsidRPr="00F80159" w14:paraId="608382B0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99B93D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8.Установите соответствие</w:t>
            </w: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 между основными физическими качествами и видами спорта:</w:t>
            </w:r>
          </w:p>
        </w:tc>
      </w:tr>
      <w:tr w:rsidR="00F80159" w:rsidRPr="00313201" w14:paraId="7B408FC4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303973C7" w14:textId="77777777" w:rsidR="00F80159" w:rsidRPr="001F1F32" w:rsidRDefault="00F80159" w:rsidP="00F80159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Выносливость</w:t>
            </w:r>
          </w:p>
          <w:p w14:paraId="271B6AF7" w14:textId="77777777" w:rsidR="00F80159" w:rsidRPr="001F1F32" w:rsidRDefault="00F80159" w:rsidP="00F80159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Сила</w:t>
            </w:r>
          </w:p>
          <w:p w14:paraId="61E35F1E" w14:textId="77777777" w:rsidR="00F80159" w:rsidRPr="001F1F32" w:rsidRDefault="00F80159" w:rsidP="00F80159">
            <w:pPr>
              <w:numPr>
                <w:ilvl w:val="0"/>
                <w:numId w:val="16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Гибкость</w:t>
            </w:r>
          </w:p>
          <w:p w14:paraId="6AC4F67C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130E52A" w14:textId="77777777" w:rsidR="00F80159" w:rsidRPr="001F1F32" w:rsidRDefault="00F80159" w:rsidP="00F80159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Плавание</w:t>
            </w:r>
          </w:p>
          <w:p w14:paraId="6BD4484F" w14:textId="77777777" w:rsidR="00F80159" w:rsidRPr="001F1F32" w:rsidRDefault="00F80159" w:rsidP="00F80159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Художественная гимнастика</w:t>
            </w:r>
          </w:p>
          <w:p w14:paraId="49E6E68D" w14:textId="77777777" w:rsidR="00F80159" w:rsidRPr="001F1F32" w:rsidRDefault="00F80159" w:rsidP="00F80159">
            <w:pPr>
              <w:numPr>
                <w:ilvl w:val="0"/>
                <w:numId w:val="17"/>
              </w:numPr>
              <w:tabs>
                <w:tab w:val="left" w:pos="317"/>
              </w:tabs>
              <w:spacing w:line="240" w:lineRule="auto"/>
              <w:ind w:left="318" w:hanging="318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 xml:space="preserve">Тяжелая атлетика </w:t>
            </w:r>
          </w:p>
          <w:p w14:paraId="3A277FC5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Г. Спринтерский бег</w:t>
            </w:r>
          </w:p>
          <w:p w14:paraId="185D8C86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</w:p>
          <w:p w14:paraId="57E4AFFE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</w:p>
        </w:tc>
      </w:tr>
      <w:tr w:rsidR="00F80159" w:rsidRPr="00313201" w14:paraId="63F5307E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6D8530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9.Установите соответствие</w:t>
            </w:r>
            <w:r w:rsidRPr="001F1F32">
              <w:rPr>
                <w:rFonts w:eastAsia="Times New Roman"/>
                <w:sz w:val="20"/>
                <w:szCs w:val="20"/>
                <w:lang w:val="ru-RU"/>
              </w:rPr>
              <w:t>:</w:t>
            </w:r>
          </w:p>
        </w:tc>
      </w:tr>
      <w:tr w:rsidR="00F80159" w:rsidRPr="00313201" w14:paraId="2762ED08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052379A" w14:textId="77777777" w:rsidR="00F80159" w:rsidRPr="001F1F32" w:rsidRDefault="00F80159" w:rsidP="00F80159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Рабочая фаза</w:t>
            </w:r>
          </w:p>
          <w:p w14:paraId="7D2BE303" w14:textId="77777777" w:rsidR="00F80159" w:rsidRPr="001F1F32" w:rsidRDefault="00F80159" w:rsidP="00F80159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Подготовительная фаза</w:t>
            </w:r>
          </w:p>
          <w:p w14:paraId="17B0E2A7" w14:textId="77777777" w:rsidR="00F80159" w:rsidRPr="001F1F32" w:rsidRDefault="00F80159" w:rsidP="00F80159">
            <w:pPr>
              <w:numPr>
                <w:ilvl w:val="0"/>
                <w:numId w:val="19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Завершающая фаза</w:t>
            </w:r>
          </w:p>
          <w:p w14:paraId="77F3DE2E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  <w:p w14:paraId="619F8FC8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15BDC46" w14:textId="77777777" w:rsidR="00F80159" w:rsidRPr="001F1F32" w:rsidRDefault="00F80159" w:rsidP="00F80159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принятие исходного положения для следующего движения</w:t>
            </w:r>
          </w:p>
          <w:p w14:paraId="7C1E437D" w14:textId="77777777" w:rsidR="00F80159" w:rsidRPr="001F1F32" w:rsidRDefault="00F80159" w:rsidP="00F80159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ударное движение и проводка</w:t>
            </w:r>
          </w:p>
          <w:p w14:paraId="30101F5A" w14:textId="77777777" w:rsidR="00F80159" w:rsidRPr="001F1F32" w:rsidRDefault="00F80159" w:rsidP="00F80159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замах ударной и постановка опорной ноги.</w:t>
            </w:r>
          </w:p>
          <w:p w14:paraId="758F8CCB" w14:textId="77777777" w:rsidR="00F80159" w:rsidRPr="001F1F32" w:rsidRDefault="00F80159" w:rsidP="00F80159">
            <w:pPr>
              <w:numPr>
                <w:ilvl w:val="0"/>
                <w:numId w:val="20"/>
              </w:num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Разбег</w:t>
            </w:r>
          </w:p>
          <w:p w14:paraId="1F19446E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F80159" w:rsidRPr="00313201" w14:paraId="384346BE" w14:textId="77777777" w:rsidTr="00234FBB">
        <w:tc>
          <w:tcPr>
            <w:tcW w:w="3686" w:type="dxa"/>
            <w:gridSpan w:val="2"/>
          </w:tcPr>
          <w:p w14:paraId="192C00CF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827C1D1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F80159" w:rsidRPr="00313201" w14:paraId="50D651F4" w14:textId="77777777" w:rsidTr="00234FBB">
        <w:tc>
          <w:tcPr>
            <w:tcW w:w="3686" w:type="dxa"/>
            <w:gridSpan w:val="2"/>
          </w:tcPr>
          <w:p w14:paraId="07FDBC5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C3037B8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F80159" w:rsidRPr="00313201" w14:paraId="58281F37" w14:textId="77777777" w:rsidTr="00234FBB">
        <w:tc>
          <w:tcPr>
            <w:tcW w:w="3686" w:type="dxa"/>
            <w:gridSpan w:val="2"/>
          </w:tcPr>
          <w:p w14:paraId="4912DBC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738533FB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F80159" w:rsidRPr="00F80159" w14:paraId="0C1E6AE5" w14:textId="77777777" w:rsidTr="00234FBB">
        <w:tc>
          <w:tcPr>
            <w:tcW w:w="9639" w:type="dxa"/>
            <w:gridSpan w:val="4"/>
          </w:tcPr>
          <w:p w14:paraId="164264B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shd w:val="clear" w:color="auto" w:fill="FFFFFF"/>
                <w:lang w:val="ru-RU"/>
              </w:rPr>
              <w:t>10.Основателем современного ……….  движения является Пьер де Кубертен.</w:t>
            </w:r>
          </w:p>
        </w:tc>
      </w:tr>
    </w:tbl>
    <w:p w14:paraId="05F77F54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02DC6C79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F80159" w:rsidRPr="00313201" w14:paraId="3FE5B225" w14:textId="77777777" w:rsidTr="00234FBB">
        <w:tc>
          <w:tcPr>
            <w:tcW w:w="2694" w:type="dxa"/>
            <w:vAlign w:val="center"/>
          </w:tcPr>
          <w:p w14:paraId="5D39FED9" w14:textId="77777777" w:rsidR="00F80159" w:rsidRPr="001F1F32" w:rsidRDefault="00F80159" w:rsidP="00234FBB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14F2C11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F80159" w:rsidRPr="00313201" w14:paraId="2AD0FA38" w14:textId="77777777" w:rsidTr="00234FBB">
        <w:tc>
          <w:tcPr>
            <w:tcW w:w="2694" w:type="dxa"/>
          </w:tcPr>
          <w:p w14:paraId="69F010C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39C08C3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F80159" w:rsidRPr="00313201" w14:paraId="0EC034CB" w14:textId="77777777" w:rsidTr="00234FBB">
        <w:tc>
          <w:tcPr>
            <w:tcW w:w="2694" w:type="dxa"/>
          </w:tcPr>
          <w:p w14:paraId="2E1C0C1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050793D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F80159" w:rsidRPr="00313201" w14:paraId="0A3314AA" w14:textId="77777777" w:rsidTr="00234FBB">
        <w:tc>
          <w:tcPr>
            <w:tcW w:w="2694" w:type="dxa"/>
          </w:tcPr>
          <w:p w14:paraId="7EB6095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289228C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4231</w:t>
            </w:r>
          </w:p>
        </w:tc>
      </w:tr>
      <w:tr w:rsidR="00F80159" w:rsidRPr="00313201" w14:paraId="30BA3B1B" w14:textId="77777777" w:rsidTr="00234FBB">
        <w:tc>
          <w:tcPr>
            <w:tcW w:w="2694" w:type="dxa"/>
          </w:tcPr>
          <w:p w14:paraId="64AC845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495DDB7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2341</w:t>
            </w:r>
          </w:p>
        </w:tc>
      </w:tr>
      <w:tr w:rsidR="00F80159" w:rsidRPr="00313201" w14:paraId="04CD7ED9" w14:textId="77777777" w:rsidTr="00234FBB">
        <w:tc>
          <w:tcPr>
            <w:tcW w:w="2694" w:type="dxa"/>
          </w:tcPr>
          <w:p w14:paraId="737A357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32626BC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1-в 2-б 3-г</w:t>
            </w:r>
          </w:p>
        </w:tc>
      </w:tr>
      <w:tr w:rsidR="00F80159" w:rsidRPr="00313201" w14:paraId="2B062203" w14:textId="77777777" w:rsidTr="00234FBB">
        <w:tc>
          <w:tcPr>
            <w:tcW w:w="2694" w:type="dxa"/>
          </w:tcPr>
          <w:p w14:paraId="5A87FE3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2E310E8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1-а 2-б 3-в</w:t>
            </w:r>
          </w:p>
        </w:tc>
      </w:tr>
      <w:tr w:rsidR="00F80159" w:rsidRPr="00313201" w14:paraId="2C50253D" w14:textId="77777777" w:rsidTr="00234FBB">
        <w:tc>
          <w:tcPr>
            <w:tcW w:w="2694" w:type="dxa"/>
          </w:tcPr>
          <w:p w14:paraId="25539AF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136BDED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1-в 2-б 3-г </w:t>
            </w:r>
          </w:p>
        </w:tc>
      </w:tr>
      <w:tr w:rsidR="00F80159" w:rsidRPr="00313201" w14:paraId="7E3E764E" w14:textId="77777777" w:rsidTr="00234FBB">
        <w:tc>
          <w:tcPr>
            <w:tcW w:w="2694" w:type="dxa"/>
          </w:tcPr>
          <w:p w14:paraId="19B14DC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4202BDF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1-а 2-в 3-б</w:t>
            </w:r>
          </w:p>
        </w:tc>
      </w:tr>
      <w:tr w:rsidR="00F80159" w:rsidRPr="00313201" w14:paraId="1D30D053" w14:textId="77777777" w:rsidTr="00234FBB">
        <w:tc>
          <w:tcPr>
            <w:tcW w:w="2694" w:type="dxa"/>
          </w:tcPr>
          <w:p w14:paraId="3D4D9CC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65843D4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1-б 2- в 3-а</w:t>
            </w:r>
          </w:p>
        </w:tc>
      </w:tr>
      <w:tr w:rsidR="00F80159" w:rsidRPr="00313201" w14:paraId="4128C281" w14:textId="77777777" w:rsidTr="00234FBB">
        <w:tc>
          <w:tcPr>
            <w:tcW w:w="2694" w:type="dxa"/>
          </w:tcPr>
          <w:p w14:paraId="74B4C4B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55EB5BA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Олимпийского</w:t>
            </w:r>
          </w:p>
        </w:tc>
      </w:tr>
      <w:bookmarkEnd w:id="1"/>
    </w:tbl>
    <w:p w14:paraId="53BAB3B7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3C8D600D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bCs/>
          <w:color w:val="0070C0"/>
          <w:sz w:val="20"/>
          <w:szCs w:val="20"/>
          <w:lang w:val="ru-RU" w:eastAsia="ru-RU"/>
        </w:rPr>
      </w:pPr>
    </w:p>
    <w:p w14:paraId="16AAB422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bookmarkStart w:id="2" w:name="_Hlk185633395"/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2DCD34ED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1352"/>
        <w:gridCol w:w="2304"/>
        <w:gridCol w:w="3649"/>
      </w:tblGrid>
      <w:tr w:rsidR="00F80159" w:rsidRPr="00313201" w14:paraId="04B2B1EA" w14:textId="77777777" w:rsidTr="00234FBB">
        <w:tc>
          <w:tcPr>
            <w:tcW w:w="2334" w:type="dxa"/>
          </w:tcPr>
          <w:p w14:paraId="347420E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</w:tcPr>
          <w:p w14:paraId="661EBEE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2304" w:type="dxa"/>
          </w:tcPr>
          <w:p w14:paraId="448E188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1A4FDBD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</w:t>
            </w:r>
          </w:p>
        </w:tc>
      </w:tr>
      <w:tr w:rsidR="00F80159" w:rsidRPr="00313201" w14:paraId="21D1C302" w14:textId="77777777" w:rsidTr="00234FBB">
        <w:tc>
          <w:tcPr>
            <w:tcW w:w="3686" w:type="dxa"/>
            <w:gridSpan w:val="2"/>
          </w:tcPr>
          <w:p w14:paraId="565FFE73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3BB1749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F80159" w:rsidRPr="00F80159" w14:paraId="69F4D290" w14:textId="77777777" w:rsidTr="00234FBB">
        <w:tc>
          <w:tcPr>
            <w:tcW w:w="3686" w:type="dxa"/>
            <w:gridSpan w:val="2"/>
          </w:tcPr>
          <w:p w14:paraId="0732DF8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45B5C93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F80159" w:rsidRPr="00313201" w14:paraId="3B2662E9" w14:textId="77777777" w:rsidTr="00234FBB">
        <w:tc>
          <w:tcPr>
            <w:tcW w:w="3686" w:type="dxa"/>
            <w:gridSpan w:val="2"/>
          </w:tcPr>
          <w:p w14:paraId="703ED61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35A94E1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F80159" w:rsidRPr="00313201" w14:paraId="31A5D6AB" w14:textId="77777777" w:rsidTr="00234FBB">
        <w:tc>
          <w:tcPr>
            <w:tcW w:w="9639" w:type="dxa"/>
            <w:gridSpan w:val="4"/>
          </w:tcPr>
          <w:p w14:paraId="4AAD5D36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1.Какая страна </w:t>
            </w:r>
            <w:proofErr w:type="gramStart"/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является  родиной</w:t>
            </w:r>
            <w:proofErr w:type="gramEnd"/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 футбола?</w:t>
            </w:r>
          </w:p>
          <w:p w14:paraId="77DDAEEA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А. Англия</w:t>
            </w:r>
          </w:p>
          <w:p w14:paraId="0E8C4018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3583A093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В. Бразилия</w:t>
            </w:r>
          </w:p>
          <w:p w14:paraId="15B408AA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36BD0C65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2. Страной происхождения «волейбола» считается:</w:t>
            </w:r>
          </w:p>
          <w:p w14:paraId="0D913FBC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А. Англия.</w:t>
            </w:r>
          </w:p>
          <w:p w14:paraId="1846B5E3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Б. США.</w:t>
            </w:r>
          </w:p>
          <w:p w14:paraId="6BBC8DD8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В. Россия</w:t>
            </w:r>
          </w:p>
          <w:p w14:paraId="3B9A8324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53362338" w14:textId="77777777" w:rsidTr="00234FBB">
        <w:tc>
          <w:tcPr>
            <w:tcW w:w="3686" w:type="dxa"/>
            <w:gridSpan w:val="2"/>
          </w:tcPr>
          <w:p w14:paraId="422928C0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lastRenderedPageBreak/>
              <w:t>Уровень сложности</w:t>
            </w:r>
          </w:p>
        </w:tc>
        <w:tc>
          <w:tcPr>
            <w:tcW w:w="5953" w:type="dxa"/>
            <w:gridSpan w:val="2"/>
          </w:tcPr>
          <w:p w14:paraId="400D244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F80159" w:rsidRPr="00F80159" w14:paraId="78BA5DBC" w14:textId="77777777" w:rsidTr="00234FBB">
        <w:tc>
          <w:tcPr>
            <w:tcW w:w="3686" w:type="dxa"/>
            <w:gridSpan w:val="2"/>
          </w:tcPr>
          <w:p w14:paraId="5EF1EA3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01B430A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F80159" w:rsidRPr="00F80159" w14:paraId="417FA558" w14:textId="77777777" w:rsidTr="00234FBB">
        <w:tc>
          <w:tcPr>
            <w:tcW w:w="3686" w:type="dxa"/>
            <w:gridSpan w:val="2"/>
          </w:tcPr>
          <w:p w14:paraId="20AAFFE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B28A64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F80159" w:rsidRPr="00313201" w14:paraId="50328232" w14:textId="77777777" w:rsidTr="00234FBB">
        <w:tc>
          <w:tcPr>
            <w:tcW w:w="9639" w:type="dxa"/>
            <w:gridSpan w:val="4"/>
            <w:tcBorders>
              <w:bottom w:val="nil"/>
            </w:tcBorders>
          </w:tcPr>
          <w:p w14:paraId="58F6F99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15D2AAF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3.Установите последовательность выполнения фаз прыжка в длину с места:</w:t>
            </w:r>
          </w:p>
          <w:p w14:paraId="4DF4AE26" w14:textId="77777777" w:rsidR="00F80159" w:rsidRPr="001F1F32" w:rsidRDefault="00F80159" w:rsidP="00F80159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Полет</w:t>
            </w:r>
          </w:p>
          <w:p w14:paraId="3EC9D666" w14:textId="77777777" w:rsidR="00F80159" w:rsidRPr="001F1F32" w:rsidRDefault="00F80159" w:rsidP="00F80159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Приземление</w:t>
            </w:r>
          </w:p>
          <w:p w14:paraId="6032E4CA" w14:textId="77777777" w:rsidR="00F80159" w:rsidRPr="001F1F32" w:rsidRDefault="00F80159" w:rsidP="00F80159">
            <w:pPr>
              <w:numPr>
                <w:ilvl w:val="0"/>
                <w:numId w:val="21"/>
              </w:num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Отталкивание</w:t>
            </w:r>
          </w:p>
          <w:p w14:paraId="1B7FFC24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17F8B3F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4.Установите </w:t>
            </w:r>
            <w:proofErr w:type="gram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последовательность  частей</w:t>
            </w:r>
            <w:proofErr w:type="gram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занятия по физической культуре:</w:t>
            </w:r>
          </w:p>
          <w:p w14:paraId="3B1DD29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 заминка</w:t>
            </w:r>
          </w:p>
          <w:p w14:paraId="0225CBD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 основная</w:t>
            </w:r>
          </w:p>
          <w:p w14:paraId="7F09EC2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 разминка</w:t>
            </w:r>
          </w:p>
          <w:p w14:paraId="3AB516A5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362BA1A6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CB9923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5.Установите </w:t>
            </w:r>
            <w:r w:rsidRPr="001F1F32">
              <w:rPr>
                <w:rFonts w:eastAsia="Times New Roman"/>
                <w:sz w:val="20"/>
                <w:szCs w:val="20"/>
                <w:lang w:val="ru-RU"/>
              </w:rPr>
              <w:t>соответствие веса мячей:</w:t>
            </w:r>
          </w:p>
        </w:tc>
      </w:tr>
      <w:tr w:rsidR="00F80159" w:rsidRPr="00313201" w14:paraId="469C266F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42E52A55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1.Баскетбольный</w:t>
            </w:r>
          </w:p>
          <w:p w14:paraId="6C95CE3A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2.Волейбольный</w:t>
            </w:r>
          </w:p>
          <w:p w14:paraId="4A156E9F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3.Футбольный</w:t>
            </w:r>
          </w:p>
          <w:p w14:paraId="3341A4CD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85C1A8B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 260-280 г</w:t>
            </w:r>
          </w:p>
          <w:p w14:paraId="0073510B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 650 г</w:t>
            </w:r>
          </w:p>
          <w:p w14:paraId="62F8C0ED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 450 г</w:t>
            </w:r>
          </w:p>
          <w:p w14:paraId="7C0E2B32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г.10 кг</w:t>
            </w:r>
          </w:p>
        </w:tc>
      </w:tr>
      <w:tr w:rsidR="00F80159" w:rsidRPr="00313201" w14:paraId="66800E72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F7B412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F80159" w:rsidRPr="00F80159" w14:paraId="7D32A6EB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9B7271F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1. спорт </w:t>
            </w:r>
          </w:p>
          <w:p w14:paraId="6264A5D4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2.кросс</w:t>
            </w:r>
          </w:p>
          <w:p w14:paraId="4A3AA07D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 спринт</w:t>
            </w:r>
          </w:p>
          <w:p w14:paraId="462BB985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1679028E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А. Составная часть физической культуры, система организации, подготовки и проведения соревнований по установленным правилам, позволяющим участвующим в них добиться высоких результатов.                    </w:t>
            </w:r>
          </w:p>
          <w:p w14:paraId="3B63AFE4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Это относительно спокойный бег на длинные дистанции от 3 до 12 километров.</w:t>
            </w:r>
          </w:p>
          <w:p w14:paraId="7A5FA168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В.  Бег на короткие дистанции</w:t>
            </w:r>
          </w:p>
          <w:p w14:paraId="41BFFBFB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Г. Прыжки в длину</w:t>
            </w:r>
          </w:p>
        </w:tc>
      </w:tr>
      <w:tr w:rsidR="00F80159" w:rsidRPr="00F80159" w14:paraId="2EF24C6D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B3A844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7.Установите соответствие между спортсменом и видом спорта:</w:t>
            </w:r>
          </w:p>
        </w:tc>
      </w:tr>
      <w:tr w:rsidR="00F80159" w:rsidRPr="00313201" w14:paraId="6A9AAC30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206AABE5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1Майкал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Джордан</w:t>
            </w:r>
            <w:proofErr w:type="spellEnd"/>
          </w:p>
          <w:p w14:paraId="37512FCE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2Роналду </w:t>
            </w:r>
          </w:p>
          <w:p w14:paraId="40A3D3D8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3Евгений Малкин</w:t>
            </w:r>
          </w:p>
          <w:p w14:paraId="6802CF6C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  <w:p w14:paraId="4EDC46CA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73948414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А Баскетбол </w:t>
            </w:r>
          </w:p>
          <w:p w14:paraId="239BE529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Б Футбол </w:t>
            </w:r>
          </w:p>
          <w:p w14:paraId="2EB30CF8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В Хоккей</w:t>
            </w:r>
          </w:p>
          <w:p w14:paraId="26054CFA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Г Теннис</w:t>
            </w:r>
          </w:p>
          <w:p w14:paraId="3466E637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F80159" w:rsidRPr="00F80159" w14:paraId="24BBF177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4ACC8FF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8.Установите соответствие между основными физическими качествами и видами спорта:</w:t>
            </w:r>
          </w:p>
        </w:tc>
      </w:tr>
      <w:tr w:rsidR="00F80159" w:rsidRPr="00313201" w14:paraId="79C5C310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592B29F0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1.Выносливость</w:t>
            </w:r>
          </w:p>
          <w:p w14:paraId="67F4AF81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2.Сила</w:t>
            </w:r>
          </w:p>
          <w:p w14:paraId="30FDE778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3.Гибкость</w:t>
            </w:r>
          </w:p>
          <w:p w14:paraId="17A5A6E3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49000019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 Лыжные гонки</w:t>
            </w:r>
          </w:p>
          <w:p w14:paraId="20108A50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Спортивная гимнастика</w:t>
            </w:r>
          </w:p>
          <w:p w14:paraId="3596E0A0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  <w:t>В. Гиревой спорт</w:t>
            </w:r>
          </w:p>
          <w:p w14:paraId="7834317D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  <w:t>Г. Футбол</w:t>
            </w:r>
          </w:p>
          <w:p w14:paraId="055B80AD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</w:p>
          <w:p w14:paraId="22640E7E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</w:p>
          <w:p w14:paraId="738CC09A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</w:p>
        </w:tc>
      </w:tr>
      <w:tr w:rsidR="00F80159" w:rsidRPr="00313201" w14:paraId="4F6EBD95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32D9250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9.Спортивная обувь </w:t>
            </w:r>
          </w:p>
        </w:tc>
      </w:tr>
      <w:tr w:rsidR="00F80159" w:rsidRPr="00313201" w14:paraId="778F3C73" w14:textId="77777777" w:rsidTr="00234FBB">
        <w:tc>
          <w:tcPr>
            <w:tcW w:w="3686" w:type="dxa"/>
            <w:gridSpan w:val="2"/>
            <w:tcBorders>
              <w:top w:val="nil"/>
              <w:bottom w:val="nil"/>
              <w:right w:val="nil"/>
            </w:tcBorders>
          </w:tcPr>
          <w:p w14:paraId="666BEBDF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      1.коньки</w:t>
            </w:r>
          </w:p>
          <w:p w14:paraId="5544B5AF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2. бутсы </w:t>
            </w:r>
          </w:p>
          <w:p w14:paraId="47FAD516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 кроссовки</w:t>
            </w:r>
          </w:p>
          <w:p w14:paraId="7CCD9703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  <w:p w14:paraId="76274F1D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5D1303A5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 футбол</w:t>
            </w:r>
          </w:p>
          <w:p w14:paraId="3D7FB160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 хоккей</w:t>
            </w:r>
          </w:p>
          <w:p w14:paraId="66C480F2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proofErr w:type="gramStart"/>
            <w:r w:rsidRPr="001F1F32">
              <w:rPr>
                <w:rFonts w:eastAsia="Times New Roman"/>
                <w:sz w:val="20"/>
                <w:szCs w:val="20"/>
                <w:lang w:val="ru-RU"/>
              </w:rPr>
              <w:t>В .баскетбол</w:t>
            </w:r>
            <w:proofErr w:type="gramEnd"/>
          </w:p>
          <w:p w14:paraId="1B93B249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Г. биатлон</w:t>
            </w:r>
          </w:p>
          <w:p w14:paraId="0C2B635A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F80159" w:rsidRPr="00313201" w14:paraId="048618CA" w14:textId="77777777" w:rsidTr="00234FBB">
        <w:tc>
          <w:tcPr>
            <w:tcW w:w="3686" w:type="dxa"/>
            <w:gridSpan w:val="2"/>
          </w:tcPr>
          <w:p w14:paraId="4D0EEFED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51174385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F80159" w:rsidRPr="00313201" w14:paraId="2AC47626" w14:textId="77777777" w:rsidTr="00234FBB">
        <w:tc>
          <w:tcPr>
            <w:tcW w:w="3686" w:type="dxa"/>
            <w:gridSpan w:val="2"/>
          </w:tcPr>
          <w:p w14:paraId="2771BE3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519A6293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F80159" w:rsidRPr="00313201" w14:paraId="4820C606" w14:textId="77777777" w:rsidTr="00234FBB">
        <w:tc>
          <w:tcPr>
            <w:tcW w:w="3686" w:type="dxa"/>
            <w:gridSpan w:val="2"/>
          </w:tcPr>
          <w:p w14:paraId="4DF553F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57A3F5FD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F80159" w:rsidRPr="00313201" w14:paraId="06BDCFC5" w14:textId="77777777" w:rsidTr="00234FBB">
        <w:tc>
          <w:tcPr>
            <w:tcW w:w="9639" w:type="dxa"/>
            <w:gridSpan w:val="4"/>
          </w:tcPr>
          <w:p w14:paraId="2C59A93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shd w:val="clear" w:color="auto" w:fill="FFFFFF"/>
                <w:lang w:val="ru-RU"/>
              </w:rPr>
              <w:t>10. Сила, выносливость, быстрота являются …</w:t>
            </w:r>
            <w:proofErr w:type="gramStart"/>
            <w:r w:rsidRPr="001F1F32">
              <w:rPr>
                <w:rFonts w:eastAsia="Times New Roman"/>
                <w:bCs/>
                <w:sz w:val="20"/>
                <w:szCs w:val="20"/>
                <w:shd w:val="clear" w:color="auto" w:fill="FFFFFF"/>
                <w:lang w:val="ru-RU"/>
              </w:rPr>
              <w:t>…….</w:t>
            </w:r>
            <w:proofErr w:type="gramEnd"/>
            <w:r w:rsidRPr="001F1F32">
              <w:rPr>
                <w:rFonts w:eastAsia="Times New Roman"/>
                <w:bCs/>
                <w:sz w:val="20"/>
                <w:szCs w:val="20"/>
                <w:shd w:val="clear" w:color="auto" w:fill="FFFFFF"/>
                <w:lang w:val="ru-RU"/>
              </w:rPr>
              <w:t>.</w:t>
            </w:r>
          </w:p>
        </w:tc>
      </w:tr>
    </w:tbl>
    <w:p w14:paraId="3AD866CC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1AEC7CB9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F80159" w:rsidRPr="00313201" w14:paraId="7D620CFF" w14:textId="77777777" w:rsidTr="00234FBB">
        <w:tc>
          <w:tcPr>
            <w:tcW w:w="2694" w:type="dxa"/>
            <w:vAlign w:val="center"/>
          </w:tcPr>
          <w:p w14:paraId="7D798C29" w14:textId="77777777" w:rsidR="00F80159" w:rsidRPr="001F1F32" w:rsidRDefault="00F80159" w:rsidP="00234FBB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3B03019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F80159" w:rsidRPr="00313201" w14:paraId="3FDD86D7" w14:textId="77777777" w:rsidTr="00234FBB">
        <w:tc>
          <w:tcPr>
            <w:tcW w:w="2694" w:type="dxa"/>
          </w:tcPr>
          <w:p w14:paraId="3599837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5D55CE7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</w:t>
            </w:r>
          </w:p>
        </w:tc>
      </w:tr>
      <w:tr w:rsidR="00F80159" w:rsidRPr="00313201" w14:paraId="3CDEE4F7" w14:textId="77777777" w:rsidTr="00234FBB">
        <w:tc>
          <w:tcPr>
            <w:tcW w:w="2694" w:type="dxa"/>
          </w:tcPr>
          <w:p w14:paraId="308AAC0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52F5DAF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F80159" w:rsidRPr="00313201" w14:paraId="60FFDAEE" w14:textId="77777777" w:rsidTr="00234FBB">
        <w:tc>
          <w:tcPr>
            <w:tcW w:w="2694" w:type="dxa"/>
          </w:tcPr>
          <w:p w14:paraId="4E02B56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3</w:t>
            </w:r>
          </w:p>
        </w:tc>
        <w:tc>
          <w:tcPr>
            <w:tcW w:w="3543" w:type="dxa"/>
          </w:tcPr>
          <w:p w14:paraId="58F5991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312</w:t>
            </w:r>
          </w:p>
        </w:tc>
      </w:tr>
      <w:tr w:rsidR="00F80159" w:rsidRPr="00313201" w14:paraId="3FDCE566" w14:textId="77777777" w:rsidTr="00234FBB">
        <w:tc>
          <w:tcPr>
            <w:tcW w:w="2694" w:type="dxa"/>
          </w:tcPr>
          <w:p w14:paraId="527EBDC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6343ECB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321</w:t>
            </w:r>
          </w:p>
        </w:tc>
      </w:tr>
      <w:tr w:rsidR="00F80159" w:rsidRPr="00313201" w14:paraId="07D368F0" w14:textId="77777777" w:rsidTr="00234FBB">
        <w:tc>
          <w:tcPr>
            <w:tcW w:w="2694" w:type="dxa"/>
          </w:tcPr>
          <w:p w14:paraId="1859476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34143F7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1б,2а, 3в</w:t>
            </w:r>
          </w:p>
        </w:tc>
      </w:tr>
      <w:tr w:rsidR="00F80159" w:rsidRPr="00313201" w14:paraId="719B26A1" w14:textId="77777777" w:rsidTr="00234FBB">
        <w:tc>
          <w:tcPr>
            <w:tcW w:w="2694" w:type="dxa"/>
          </w:tcPr>
          <w:p w14:paraId="546D753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0636710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F80159" w:rsidRPr="00313201" w14:paraId="1E0A96F3" w14:textId="77777777" w:rsidTr="00234FBB">
        <w:tc>
          <w:tcPr>
            <w:tcW w:w="2694" w:type="dxa"/>
          </w:tcPr>
          <w:p w14:paraId="6825EFD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126DEC3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1а 2б 3в </w:t>
            </w:r>
          </w:p>
        </w:tc>
      </w:tr>
      <w:tr w:rsidR="00F80159" w:rsidRPr="00313201" w14:paraId="1C518534" w14:textId="77777777" w:rsidTr="00234FBB">
        <w:tc>
          <w:tcPr>
            <w:tcW w:w="2694" w:type="dxa"/>
          </w:tcPr>
          <w:p w14:paraId="174DB3E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1AFAA32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1а 2в 3б</w:t>
            </w:r>
          </w:p>
        </w:tc>
      </w:tr>
      <w:tr w:rsidR="00F80159" w:rsidRPr="00313201" w14:paraId="5D650AA1" w14:textId="77777777" w:rsidTr="00234FBB">
        <w:tc>
          <w:tcPr>
            <w:tcW w:w="2694" w:type="dxa"/>
          </w:tcPr>
          <w:p w14:paraId="7E6FEFA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274A031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1б 2а 3в</w:t>
            </w:r>
          </w:p>
        </w:tc>
      </w:tr>
      <w:tr w:rsidR="00F80159" w:rsidRPr="00313201" w14:paraId="3E82EBE8" w14:textId="77777777" w:rsidTr="00234FBB">
        <w:tc>
          <w:tcPr>
            <w:tcW w:w="2694" w:type="dxa"/>
          </w:tcPr>
          <w:p w14:paraId="08559FB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57DC6E5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Физическим качеством</w:t>
            </w:r>
          </w:p>
        </w:tc>
      </w:tr>
      <w:bookmarkEnd w:id="2"/>
    </w:tbl>
    <w:p w14:paraId="3FA1025E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1EE496E2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427D218F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46"/>
        <w:gridCol w:w="288"/>
        <w:gridCol w:w="288"/>
        <w:gridCol w:w="3333"/>
        <w:gridCol w:w="3342"/>
      </w:tblGrid>
      <w:tr w:rsidR="00F80159" w:rsidRPr="00313201" w14:paraId="4D0ACA91" w14:textId="77777777" w:rsidTr="00234FBB">
        <w:tc>
          <w:tcPr>
            <w:tcW w:w="2334" w:type="dxa"/>
          </w:tcPr>
          <w:p w14:paraId="557D536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1352" w:type="dxa"/>
            <w:gridSpan w:val="2"/>
          </w:tcPr>
          <w:p w14:paraId="43F551D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УК-7.1</w:t>
            </w:r>
          </w:p>
        </w:tc>
        <w:tc>
          <w:tcPr>
            <w:tcW w:w="2304" w:type="dxa"/>
          </w:tcPr>
          <w:p w14:paraId="35515A2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0CFC7B1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F80159" w:rsidRPr="00313201" w14:paraId="7161DFFB" w14:textId="77777777" w:rsidTr="00234FBB">
        <w:tc>
          <w:tcPr>
            <w:tcW w:w="3686" w:type="dxa"/>
            <w:gridSpan w:val="3"/>
          </w:tcPr>
          <w:p w14:paraId="3209F2C5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42B33E1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F80159" w:rsidRPr="00F80159" w14:paraId="6F62CBA0" w14:textId="77777777" w:rsidTr="00234FBB">
        <w:tc>
          <w:tcPr>
            <w:tcW w:w="3686" w:type="dxa"/>
            <w:gridSpan w:val="3"/>
          </w:tcPr>
          <w:p w14:paraId="52DA820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23BB9C2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F80159" w:rsidRPr="00313201" w14:paraId="4951DA28" w14:textId="77777777" w:rsidTr="00234FBB">
        <w:tc>
          <w:tcPr>
            <w:tcW w:w="3686" w:type="dxa"/>
            <w:gridSpan w:val="3"/>
          </w:tcPr>
          <w:p w14:paraId="3C2AA73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4B5CFC8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F80159" w:rsidRPr="00313201" w14:paraId="21CF0D84" w14:textId="77777777" w:rsidTr="00234FBB">
        <w:tc>
          <w:tcPr>
            <w:tcW w:w="9639" w:type="dxa"/>
            <w:gridSpan w:val="5"/>
          </w:tcPr>
          <w:p w14:paraId="642B130F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1.Какая страна </w:t>
            </w:r>
            <w:proofErr w:type="gramStart"/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является  родиной</w:t>
            </w:r>
            <w:proofErr w:type="gramEnd"/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 баскетбола?</w:t>
            </w:r>
          </w:p>
          <w:p w14:paraId="6387212E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А. Англия</w:t>
            </w:r>
          </w:p>
          <w:p w14:paraId="5210CFC8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Германия</w:t>
            </w:r>
          </w:p>
          <w:p w14:paraId="69FFFEF9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В. США</w:t>
            </w:r>
          </w:p>
          <w:p w14:paraId="1CE59610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  <w:p w14:paraId="2EBAA41A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2. Физическим качеством не является:</w:t>
            </w:r>
          </w:p>
          <w:p w14:paraId="49364D71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А. выносливость.</w:t>
            </w:r>
          </w:p>
          <w:p w14:paraId="4345B347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сила.</w:t>
            </w:r>
          </w:p>
          <w:p w14:paraId="63FB92B7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sz w:val="20"/>
                <w:szCs w:val="20"/>
                <w:lang w:val="ru-RU" w:eastAsia="ru-RU"/>
              </w:rPr>
              <w:t>В. воля</w:t>
            </w:r>
          </w:p>
          <w:p w14:paraId="45387436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15D1D965" w14:textId="77777777" w:rsidTr="00234FBB">
        <w:tc>
          <w:tcPr>
            <w:tcW w:w="3686" w:type="dxa"/>
            <w:gridSpan w:val="3"/>
          </w:tcPr>
          <w:p w14:paraId="1F4648E3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5953" w:type="dxa"/>
            <w:gridSpan w:val="2"/>
          </w:tcPr>
          <w:p w14:paraId="6666EE5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F80159" w:rsidRPr="00F80159" w14:paraId="25ACA04D" w14:textId="77777777" w:rsidTr="00234FBB">
        <w:tc>
          <w:tcPr>
            <w:tcW w:w="3686" w:type="dxa"/>
            <w:gridSpan w:val="3"/>
          </w:tcPr>
          <w:p w14:paraId="2E8DB91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5953" w:type="dxa"/>
            <w:gridSpan w:val="2"/>
          </w:tcPr>
          <w:p w14:paraId="0E030A3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F80159" w:rsidRPr="00F80159" w14:paraId="5CBD9C69" w14:textId="77777777" w:rsidTr="00234FBB">
        <w:tc>
          <w:tcPr>
            <w:tcW w:w="3686" w:type="dxa"/>
            <w:gridSpan w:val="3"/>
          </w:tcPr>
          <w:p w14:paraId="6A8E712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5953" w:type="dxa"/>
            <w:gridSpan w:val="2"/>
          </w:tcPr>
          <w:p w14:paraId="7597D46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F80159" w:rsidRPr="00313201" w14:paraId="2C2952CF" w14:textId="77777777" w:rsidTr="00234FBB">
        <w:tc>
          <w:tcPr>
            <w:tcW w:w="9639" w:type="dxa"/>
            <w:gridSpan w:val="5"/>
            <w:tcBorders>
              <w:bottom w:val="nil"/>
            </w:tcBorders>
          </w:tcPr>
          <w:p w14:paraId="71264C2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b/>
                <w:color w:val="00B0F0"/>
                <w:sz w:val="20"/>
                <w:szCs w:val="20"/>
                <w:lang w:val="ru-RU" w:eastAsia="ru-RU"/>
              </w:rPr>
            </w:pPr>
          </w:p>
          <w:p w14:paraId="654520A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 Установите правильную последовательность обучения техники броска баскетбольного мяча двумя руками от груди:</w:t>
            </w:r>
          </w:p>
          <w:p w14:paraId="2801A904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А) Броски мяча со средней дистанции (3м – 3,60м);</w:t>
            </w:r>
          </w:p>
          <w:p w14:paraId="62BDC0D6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Б) Согласованность движений рук и ног;</w:t>
            </w:r>
          </w:p>
          <w:p w14:paraId="249BCF66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В) Броски мяча в сочетании с другими техническими приёмами;</w:t>
            </w:r>
          </w:p>
          <w:p w14:paraId="087046FD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Г) Исходное положение;</w:t>
            </w:r>
          </w:p>
          <w:p w14:paraId="565FFD99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Д) Бросок мяча с близкой дистанции (1,5м – 2м);</w:t>
            </w:r>
          </w:p>
          <w:p w14:paraId="3B90BE6F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Е) Выпуск мяча с различной траекторией полёта.</w:t>
            </w:r>
          </w:p>
          <w:p w14:paraId="3AE678B9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36B2273A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4.Условно различают 3 этапа в построении процесса освоения двигательного действия. Установите правильную последовательность:</w:t>
            </w:r>
          </w:p>
          <w:p w14:paraId="6B97A3A0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А) Закрепление и дальнейшее совершенствование двигательного действия;</w:t>
            </w:r>
          </w:p>
          <w:p w14:paraId="336D1CDF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Б) Начальное разучивание;</w:t>
            </w:r>
          </w:p>
          <w:p w14:paraId="7BF978A4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В) Углублённое, детализированное разучивание.</w:t>
            </w:r>
          </w:p>
          <w:p w14:paraId="2C961F6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16401ED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5.Установить соответствие между интенсивностью физической нагрузки и частоте сердечных сокращений:</w:t>
            </w:r>
          </w:p>
          <w:p w14:paraId="34EB14B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398578D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Объёмы </w:t>
            </w:r>
            <w:proofErr w:type="gram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нагрузки:</w:t>
            </w: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ab/>
            </w:r>
            <w:proofErr w:type="gram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                                                         Параметры частоты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с.с</w:t>
            </w:r>
            <w:proofErr w:type="spell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.</w:t>
            </w:r>
          </w:p>
          <w:p w14:paraId="5079558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 Небольшая</w:t>
            </w: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             А. 170-200 уд /мин.</w:t>
            </w:r>
          </w:p>
          <w:p w14:paraId="59D1EC5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 Нагрузка средней интенсивности</w:t>
            </w: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ab/>
              <w:t xml:space="preserve">                                 Б. 130-150 уд/мин.</w:t>
            </w:r>
          </w:p>
          <w:p w14:paraId="65647B1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 Высокая нагрузка</w:t>
            </w: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             В. 100-130 уд/мин.</w:t>
            </w:r>
          </w:p>
          <w:p w14:paraId="5AD388C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4. Нагрузка предельная</w:t>
            </w: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ab/>
              <w:t xml:space="preserve">                                             Г. 150-170 уд/мин.</w:t>
            </w:r>
          </w:p>
          <w:p w14:paraId="00344A6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                                                                              Д. 90-100 уд\ мин</w:t>
            </w:r>
          </w:p>
          <w:p w14:paraId="7117767B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564516A3" w14:textId="77777777" w:rsidTr="00234FBB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485A964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</w:p>
        </w:tc>
      </w:tr>
      <w:tr w:rsidR="00F80159" w:rsidRPr="00313201" w14:paraId="4989039D" w14:textId="77777777" w:rsidTr="00234FBB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33823F10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26BA061B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7DF4039B" w14:textId="77777777" w:rsidTr="00234FBB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285C74A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F80159" w:rsidRPr="00313201" w14:paraId="170EDF73" w14:textId="77777777" w:rsidTr="00234FBB">
        <w:tc>
          <w:tcPr>
            <w:tcW w:w="3686" w:type="dxa"/>
            <w:gridSpan w:val="3"/>
            <w:tcBorders>
              <w:top w:val="nil"/>
              <w:bottom w:val="nil"/>
              <w:right w:val="nil"/>
            </w:tcBorders>
          </w:tcPr>
          <w:p w14:paraId="153B4274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</w:tcBorders>
          </w:tcPr>
          <w:p w14:paraId="1D711A69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7423C5D3" w14:textId="77777777" w:rsidTr="00234FB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309F062F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Качества: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5FBD16E2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Упражнения:</w:t>
            </w:r>
          </w:p>
        </w:tc>
      </w:tr>
      <w:tr w:rsidR="00F80159" w:rsidRPr="00F80159" w14:paraId="7DDF3C08" w14:textId="77777777" w:rsidTr="00234FB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B6914CF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 Выносливость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29500512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А. челночный бег, метание предметов</w:t>
            </w:r>
          </w:p>
        </w:tc>
      </w:tr>
      <w:tr w:rsidR="00F80159" w:rsidRPr="00F80159" w14:paraId="13CC4C36" w14:textId="77777777" w:rsidTr="00234FB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780EFD75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 Сила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721E69C3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плавание без остановок от 25м до 100м.</w:t>
            </w:r>
          </w:p>
        </w:tc>
      </w:tr>
      <w:tr w:rsidR="00F80159" w:rsidRPr="00313201" w14:paraId="47088372" w14:textId="77777777" w:rsidTr="00234FB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1F947C86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 Скорость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1E79F068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В. пружинящие приседания</w:t>
            </w:r>
          </w:p>
        </w:tc>
      </w:tr>
      <w:tr w:rsidR="00F80159" w:rsidRPr="00313201" w14:paraId="2203C578" w14:textId="77777777" w:rsidTr="00234FB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2CA79910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4. Ловкость, координация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34A7BCD3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Г. подвижные игры</w:t>
            </w:r>
          </w:p>
        </w:tc>
      </w:tr>
      <w:tr w:rsidR="00F80159" w:rsidRPr="00F80159" w14:paraId="787C94B2" w14:textId="77777777" w:rsidTr="00234FB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05BB45C5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5. Гибкость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7C703A61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Д. лазание по канату, шесту, поднимание гантелей.</w:t>
            </w:r>
          </w:p>
        </w:tc>
      </w:tr>
      <w:tr w:rsidR="00F80159" w:rsidRPr="00313201" w14:paraId="39A4A452" w14:textId="77777777" w:rsidTr="00234FBB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  <w:insideH w:val="none" w:sz="0" w:space="0" w:color="auto"/>
            <w:insideV w:val="none" w:sz="0" w:space="0" w:color="auto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gridAfter w:val="1"/>
          <w:wAfter w:w="1644" w:type="dxa"/>
        </w:trPr>
        <w:tc>
          <w:tcPr>
            <w:tcW w:w="0" w:type="auto"/>
            <w:gridSpan w:val="2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14:paraId="5E615B6F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</w:tcPr>
          <w:p w14:paraId="57FDAB62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Е. ходьба</w:t>
            </w:r>
          </w:p>
        </w:tc>
      </w:tr>
      <w:tr w:rsidR="00F80159" w:rsidRPr="00F80159" w14:paraId="18A2D094" w14:textId="77777777" w:rsidTr="00234FBB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7C40AFD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</w:p>
          <w:p w14:paraId="58A67A9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7.Особый порядок проведения Олимпийских игр предусматривает ритуал Олимпиады. Президент МОК предлагает главе государства объявить Олимпийские игры открытыми. Установите правильную последовательность действий.</w:t>
            </w:r>
          </w:p>
          <w:p w14:paraId="05BA92C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     А) на арене появляется спортсмен, который передаёт огненную эстафету другому, зажигающему традиционный священный огонь;</w:t>
            </w:r>
          </w:p>
          <w:p w14:paraId="619EC46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Б) над стадионом раздаются торжественные звуки фанфар;</w:t>
            </w:r>
          </w:p>
          <w:p w14:paraId="22E1558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В) организаторы прошлой Олимпиады официально передают Олимпийский флаг президенту МОК, а тот вручает его главе города – хозяину Олимпиады;</w:t>
            </w:r>
          </w:p>
          <w:p w14:paraId="399BA33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Г) восемь спортсменов в сопровождении почетного эскорта вносят развёрнутый Олимпийский флаг;</w:t>
            </w:r>
          </w:p>
          <w:p w14:paraId="22D065A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Д) исполняется Олимпийский гимн, флаг поднимается над стадионом;</w:t>
            </w:r>
          </w:p>
          <w:p w14:paraId="2FD8326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Е) над стадионом звучит “Ода спорту”, написанная Пьером де Кубертеном;</w:t>
            </w:r>
          </w:p>
          <w:p w14:paraId="14133E0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Ё) затем следуют массовые выступления спортсменов;</w:t>
            </w:r>
          </w:p>
          <w:p w14:paraId="413EDEB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Ж) клятву произносит представитель от судей;</w:t>
            </w:r>
          </w:p>
          <w:p w14:paraId="23F211D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З) один из лучших спортсменов от имени всех участников Игр произносит клятву -выступать в честных соревнованиях, уважая правила.</w:t>
            </w:r>
          </w:p>
        </w:tc>
      </w:tr>
      <w:tr w:rsidR="00F80159" w:rsidRPr="00F80159" w14:paraId="4FB6D9BD" w14:textId="77777777" w:rsidTr="00234FBB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39287A15" w14:textId="77777777" w:rsidR="00F80159" w:rsidRPr="001F1F32" w:rsidRDefault="00F80159" w:rsidP="00234FBB">
            <w:pPr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</w:p>
          <w:p w14:paraId="60E059EF" w14:textId="77777777" w:rsidR="00F80159" w:rsidRPr="001F1F32" w:rsidRDefault="00F80159" w:rsidP="00234FBB">
            <w:pPr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8.Укажите количество игроков в команде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19E70BA8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1B663890" w14:textId="77777777" w:rsidTr="00234FBB">
        <w:trPr>
          <w:trHeight w:val="359"/>
        </w:trPr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34CBF9D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         1.волейбол                                                     а. 11</w:t>
            </w:r>
          </w:p>
          <w:p w14:paraId="103D2A5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          2. баскетбол                                                  б.5</w:t>
            </w:r>
          </w:p>
          <w:p w14:paraId="158F098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         3. футбол                                                        в. 6</w:t>
            </w:r>
          </w:p>
          <w:p w14:paraId="2B6D4E6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 xml:space="preserve">                                                                                 Г. 12</w:t>
            </w:r>
          </w:p>
        </w:tc>
      </w:tr>
      <w:tr w:rsidR="00F80159" w:rsidRPr="00313201" w14:paraId="7AE3E6BF" w14:textId="77777777" w:rsidTr="00234FBB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3B94B00C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52329DFD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</w:p>
        </w:tc>
      </w:tr>
      <w:tr w:rsidR="00F80159" w:rsidRPr="00313201" w14:paraId="4D665F37" w14:textId="77777777" w:rsidTr="00234FBB">
        <w:tc>
          <w:tcPr>
            <w:tcW w:w="9639" w:type="dxa"/>
            <w:gridSpan w:val="5"/>
            <w:tcBorders>
              <w:top w:val="nil"/>
              <w:bottom w:val="nil"/>
            </w:tcBorders>
          </w:tcPr>
          <w:p w14:paraId="1418268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>9. Установите соответствие между цветом олимпийского кольца и частями света</w:t>
            </w:r>
          </w:p>
          <w:p w14:paraId="7D8B97C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</w:p>
          <w:p w14:paraId="6F49D19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>1</w:t>
            </w:r>
            <w:proofErr w:type="gramStart"/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>Синее  —</w:t>
            </w:r>
            <w:proofErr w:type="gramEnd"/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 xml:space="preserve">  а. Америка.</w:t>
            </w:r>
          </w:p>
          <w:p w14:paraId="7DFA0E6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>2Красное —. Б. Европа</w:t>
            </w:r>
          </w:p>
          <w:p w14:paraId="7D06839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 xml:space="preserve">3Жёлтое — в. Африка. </w:t>
            </w:r>
          </w:p>
          <w:p w14:paraId="7DF233E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>4Чёрное —. Г. Австралия</w:t>
            </w:r>
          </w:p>
          <w:p w14:paraId="4FBE2A3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 xml:space="preserve">             5Зелёное —. Д.  Азия</w:t>
            </w:r>
          </w:p>
        </w:tc>
      </w:tr>
      <w:tr w:rsidR="00F80159" w:rsidRPr="00313201" w14:paraId="1CE59B61" w14:textId="77777777" w:rsidTr="00234FBB">
        <w:tc>
          <w:tcPr>
            <w:tcW w:w="4678" w:type="dxa"/>
            <w:gridSpan w:val="3"/>
            <w:tcBorders>
              <w:top w:val="nil"/>
              <w:bottom w:val="nil"/>
              <w:right w:val="nil"/>
            </w:tcBorders>
          </w:tcPr>
          <w:p w14:paraId="6B5F95A6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Е. Антарктида</w:t>
            </w:r>
          </w:p>
        </w:tc>
        <w:tc>
          <w:tcPr>
            <w:tcW w:w="4961" w:type="dxa"/>
            <w:gridSpan w:val="2"/>
            <w:tcBorders>
              <w:top w:val="nil"/>
              <w:left w:val="nil"/>
              <w:bottom w:val="nil"/>
            </w:tcBorders>
          </w:tcPr>
          <w:p w14:paraId="4CFCE4E2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F80159" w:rsidRPr="00313201" w14:paraId="0708C915" w14:textId="77777777" w:rsidTr="00234FBB">
        <w:tc>
          <w:tcPr>
            <w:tcW w:w="4678" w:type="dxa"/>
            <w:gridSpan w:val="3"/>
          </w:tcPr>
          <w:p w14:paraId="2F869395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961" w:type="dxa"/>
            <w:gridSpan w:val="2"/>
          </w:tcPr>
          <w:p w14:paraId="58D88F92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F80159" w:rsidRPr="00313201" w14:paraId="4AD92299" w14:textId="77777777" w:rsidTr="00234FBB">
        <w:tc>
          <w:tcPr>
            <w:tcW w:w="4678" w:type="dxa"/>
            <w:gridSpan w:val="3"/>
          </w:tcPr>
          <w:p w14:paraId="7716D37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961" w:type="dxa"/>
            <w:gridSpan w:val="2"/>
          </w:tcPr>
          <w:p w14:paraId="41BB55D8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F80159" w:rsidRPr="00313201" w14:paraId="11444B4A" w14:textId="77777777" w:rsidTr="00234FBB">
        <w:tc>
          <w:tcPr>
            <w:tcW w:w="4678" w:type="dxa"/>
            <w:gridSpan w:val="3"/>
          </w:tcPr>
          <w:p w14:paraId="07112D5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961" w:type="dxa"/>
            <w:gridSpan w:val="2"/>
          </w:tcPr>
          <w:p w14:paraId="39050958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F80159" w:rsidRPr="00F80159" w14:paraId="6B28CF8A" w14:textId="77777777" w:rsidTr="00234FBB">
        <w:tc>
          <w:tcPr>
            <w:tcW w:w="9639" w:type="dxa"/>
            <w:gridSpan w:val="5"/>
          </w:tcPr>
          <w:p w14:paraId="040912F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 xml:space="preserve">10.Кроль на груди это самый </w:t>
            </w:r>
            <w:proofErr w:type="gramStart"/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>…….</w:t>
            </w:r>
            <w:proofErr w:type="gramEnd"/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  <w:t xml:space="preserve"> стиль плавания.</w:t>
            </w:r>
          </w:p>
        </w:tc>
      </w:tr>
    </w:tbl>
    <w:p w14:paraId="17AEC41E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26A6646E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F80159" w:rsidRPr="00313201" w14:paraId="22C81635" w14:textId="77777777" w:rsidTr="00234FBB">
        <w:tc>
          <w:tcPr>
            <w:tcW w:w="2694" w:type="dxa"/>
            <w:vAlign w:val="center"/>
          </w:tcPr>
          <w:p w14:paraId="586785E8" w14:textId="77777777" w:rsidR="00F80159" w:rsidRPr="001F1F32" w:rsidRDefault="00F80159" w:rsidP="00234FBB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16890D1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F80159" w:rsidRPr="00313201" w14:paraId="5505839B" w14:textId="77777777" w:rsidTr="00234FBB">
        <w:tc>
          <w:tcPr>
            <w:tcW w:w="2694" w:type="dxa"/>
          </w:tcPr>
          <w:p w14:paraId="7108A37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7374704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F80159" w:rsidRPr="00313201" w14:paraId="323AF715" w14:textId="77777777" w:rsidTr="00234FBB">
        <w:tc>
          <w:tcPr>
            <w:tcW w:w="2694" w:type="dxa"/>
          </w:tcPr>
          <w:p w14:paraId="4F96A35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6105AFE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F80159" w:rsidRPr="00313201" w14:paraId="41D120EA" w14:textId="77777777" w:rsidTr="00234FBB">
        <w:tc>
          <w:tcPr>
            <w:tcW w:w="2694" w:type="dxa"/>
          </w:tcPr>
          <w:p w14:paraId="1B25AE4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0F9AD45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Г б е </w:t>
            </w:r>
            <w:proofErr w:type="gram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д  а</w:t>
            </w:r>
            <w:proofErr w:type="gram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в </w:t>
            </w:r>
          </w:p>
        </w:tc>
      </w:tr>
      <w:tr w:rsidR="00F80159" w:rsidRPr="00313201" w14:paraId="50AD1C59" w14:textId="77777777" w:rsidTr="00234FBB">
        <w:tc>
          <w:tcPr>
            <w:tcW w:w="2694" w:type="dxa"/>
          </w:tcPr>
          <w:p w14:paraId="0EE88EE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0ABEB18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бва</w:t>
            </w:r>
            <w:proofErr w:type="spellEnd"/>
          </w:p>
        </w:tc>
      </w:tr>
      <w:tr w:rsidR="00F80159" w:rsidRPr="00313201" w14:paraId="2EABF8D9" w14:textId="77777777" w:rsidTr="00234FBB">
        <w:tc>
          <w:tcPr>
            <w:tcW w:w="2694" w:type="dxa"/>
          </w:tcPr>
          <w:p w14:paraId="1C2564C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619866C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1в 2б 3г 4а</w:t>
            </w:r>
          </w:p>
        </w:tc>
      </w:tr>
      <w:tr w:rsidR="00F80159" w:rsidRPr="00313201" w14:paraId="337AA7FB" w14:textId="77777777" w:rsidTr="00234FBB">
        <w:tc>
          <w:tcPr>
            <w:tcW w:w="2694" w:type="dxa"/>
          </w:tcPr>
          <w:p w14:paraId="16766FC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58AB020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1б 2д 3г 4а 5в</w:t>
            </w:r>
          </w:p>
        </w:tc>
      </w:tr>
      <w:tr w:rsidR="00F80159" w:rsidRPr="00313201" w14:paraId="785616D8" w14:textId="77777777" w:rsidTr="00234FBB">
        <w:tc>
          <w:tcPr>
            <w:tcW w:w="2694" w:type="dxa"/>
          </w:tcPr>
          <w:p w14:paraId="038B1A4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7</w:t>
            </w:r>
          </w:p>
        </w:tc>
        <w:tc>
          <w:tcPr>
            <w:tcW w:w="3543" w:type="dxa"/>
          </w:tcPr>
          <w:p w14:paraId="0A7CFF2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Б г д </w:t>
            </w:r>
            <w:proofErr w:type="gram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</w:t>
            </w:r>
            <w:proofErr w:type="gram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а е з ж ё </w:t>
            </w:r>
          </w:p>
        </w:tc>
      </w:tr>
      <w:tr w:rsidR="00F80159" w:rsidRPr="00313201" w14:paraId="5718D111" w14:textId="77777777" w:rsidTr="00234FBB">
        <w:tc>
          <w:tcPr>
            <w:tcW w:w="2694" w:type="dxa"/>
          </w:tcPr>
          <w:p w14:paraId="19B750D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28A4D8A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F80159" w:rsidRPr="00313201" w14:paraId="54969C8A" w14:textId="77777777" w:rsidTr="00234FBB">
        <w:tc>
          <w:tcPr>
            <w:tcW w:w="2694" w:type="dxa"/>
          </w:tcPr>
          <w:p w14:paraId="6E1954D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5CD78F0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F80159" w:rsidRPr="00313201" w14:paraId="24ABA5DF" w14:textId="77777777" w:rsidTr="00234FBB">
        <w:tc>
          <w:tcPr>
            <w:tcW w:w="2694" w:type="dxa"/>
          </w:tcPr>
          <w:p w14:paraId="31003F4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7188B59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Быстрый</w:t>
            </w:r>
          </w:p>
        </w:tc>
      </w:tr>
    </w:tbl>
    <w:p w14:paraId="68071614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72E6F4B3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Комплект тестовых заданий</w:t>
      </w:r>
    </w:p>
    <w:p w14:paraId="21466566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rFonts w:eastAsia="Times New Roman"/>
          <w:b/>
          <w:bCs/>
          <w:color w:val="FF0000"/>
          <w:sz w:val="20"/>
          <w:szCs w:val="20"/>
          <w:lang w:val="ru-RU"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4"/>
        <w:gridCol w:w="2486"/>
        <w:gridCol w:w="1170"/>
        <w:gridCol w:w="3649"/>
      </w:tblGrid>
      <w:tr w:rsidR="00F80159" w:rsidRPr="00313201" w14:paraId="27D04E6A" w14:textId="77777777" w:rsidTr="00234FBB">
        <w:tc>
          <w:tcPr>
            <w:tcW w:w="2334" w:type="dxa"/>
          </w:tcPr>
          <w:p w14:paraId="24ACC2F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Индикатор</w:t>
            </w:r>
          </w:p>
        </w:tc>
        <w:tc>
          <w:tcPr>
            <w:tcW w:w="2486" w:type="dxa"/>
          </w:tcPr>
          <w:p w14:paraId="12C0271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УК-7.2</w:t>
            </w:r>
          </w:p>
        </w:tc>
        <w:tc>
          <w:tcPr>
            <w:tcW w:w="1170" w:type="dxa"/>
          </w:tcPr>
          <w:p w14:paraId="70A8816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Семестр</w:t>
            </w:r>
          </w:p>
        </w:tc>
        <w:tc>
          <w:tcPr>
            <w:tcW w:w="3649" w:type="dxa"/>
          </w:tcPr>
          <w:p w14:paraId="0B78794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</w:t>
            </w:r>
          </w:p>
        </w:tc>
      </w:tr>
      <w:tr w:rsidR="00F80159" w:rsidRPr="00313201" w14:paraId="13C3320E" w14:textId="77777777" w:rsidTr="00234FBB">
        <w:tc>
          <w:tcPr>
            <w:tcW w:w="4820" w:type="dxa"/>
            <w:gridSpan w:val="2"/>
          </w:tcPr>
          <w:p w14:paraId="7D5CFAE4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7311FA7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Базовый</w:t>
            </w:r>
          </w:p>
        </w:tc>
      </w:tr>
      <w:tr w:rsidR="00F80159" w:rsidRPr="00F80159" w14:paraId="440839C7" w14:textId="77777777" w:rsidTr="00234FBB">
        <w:tc>
          <w:tcPr>
            <w:tcW w:w="4820" w:type="dxa"/>
            <w:gridSpan w:val="2"/>
          </w:tcPr>
          <w:p w14:paraId="4263EFD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0EF40FA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 с выбором одного ответа / нескольких ответов</w:t>
            </w:r>
          </w:p>
        </w:tc>
      </w:tr>
      <w:tr w:rsidR="00F80159" w:rsidRPr="00313201" w14:paraId="6EE572BC" w14:textId="77777777" w:rsidTr="00234FBB">
        <w:tc>
          <w:tcPr>
            <w:tcW w:w="4820" w:type="dxa"/>
            <w:gridSpan w:val="2"/>
          </w:tcPr>
          <w:p w14:paraId="0A9D5A2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5198D30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>укажите один вариант ответа</w:t>
            </w:r>
          </w:p>
        </w:tc>
      </w:tr>
      <w:tr w:rsidR="00F80159" w:rsidRPr="00313201" w14:paraId="331EFB3A" w14:textId="77777777" w:rsidTr="00234FBB">
        <w:tc>
          <w:tcPr>
            <w:tcW w:w="9639" w:type="dxa"/>
            <w:gridSpan w:val="4"/>
          </w:tcPr>
          <w:p w14:paraId="736F8E67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1.При малоподвижном образе жизни?</w:t>
            </w:r>
          </w:p>
          <w:p w14:paraId="19B70C37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А. Повышается работоспособность;</w:t>
            </w:r>
          </w:p>
          <w:p w14:paraId="1E5C6B21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Замедляется процесс старения;</w:t>
            </w:r>
          </w:p>
          <w:p w14:paraId="5A869FF6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В. </w:t>
            </w:r>
            <w:r w:rsidRPr="001F1F32">
              <w:rPr>
                <w:rFonts w:eastAsia="Times New Roman"/>
                <w:b/>
                <w:sz w:val="20"/>
                <w:szCs w:val="20"/>
                <w:lang w:val="ru-RU" w:eastAsia="ru-RU"/>
              </w:rPr>
              <w:t>Развивается слабость сердечной мышцы.</w:t>
            </w:r>
          </w:p>
          <w:p w14:paraId="79B38B70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77F9372D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2. Бег на 100м является тестом:</w:t>
            </w:r>
          </w:p>
          <w:p w14:paraId="2EC6C457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А. На общую выносливость.</w:t>
            </w:r>
          </w:p>
          <w:p w14:paraId="1A671559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</w:t>
            </w:r>
            <w:r w:rsidRPr="001F1F32">
              <w:rPr>
                <w:rFonts w:eastAsia="Times New Roman"/>
                <w:b/>
                <w:sz w:val="20"/>
                <w:szCs w:val="20"/>
                <w:lang w:val="ru-RU" w:eastAsia="ru-RU"/>
              </w:rPr>
              <w:t>. На скоростно-силовую подготовленность.</w:t>
            </w:r>
          </w:p>
          <w:p w14:paraId="7FAAC5B4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В. На силовую подготовленность.</w:t>
            </w:r>
          </w:p>
          <w:p w14:paraId="556F8A71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16323E42" w14:textId="77777777" w:rsidTr="00234FBB">
        <w:tc>
          <w:tcPr>
            <w:tcW w:w="4820" w:type="dxa"/>
            <w:gridSpan w:val="2"/>
          </w:tcPr>
          <w:p w14:paraId="4698A24F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68977A0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Повышенный</w:t>
            </w:r>
          </w:p>
        </w:tc>
      </w:tr>
      <w:tr w:rsidR="00F80159" w:rsidRPr="00F80159" w14:paraId="50D0DA2F" w14:textId="77777777" w:rsidTr="00234FBB">
        <w:tc>
          <w:tcPr>
            <w:tcW w:w="4820" w:type="dxa"/>
            <w:gridSpan w:val="2"/>
          </w:tcPr>
          <w:p w14:paraId="208B354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1787D3B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Задания на установление последовательности / соответствия</w:t>
            </w:r>
          </w:p>
        </w:tc>
      </w:tr>
      <w:tr w:rsidR="00F80159" w:rsidRPr="00F80159" w14:paraId="0FA685B9" w14:textId="77777777" w:rsidTr="00234FBB">
        <w:tc>
          <w:tcPr>
            <w:tcW w:w="4820" w:type="dxa"/>
            <w:gridSpan w:val="2"/>
          </w:tcPr>
          <w:p w14:paraId="774F0F5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2F0C8DB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>установите последовательность элементов /соответствие между объектами задания и вариантами ответа</w:t>
            </w:r>
          </w:p>
        </w:tc>
      </w:tr>
      <w:tr w:rsidR="00F80159" w:rsidRPr="00F80159" w14:paraId="50596EC8" w14:textId="77777777" w:rsidTr="00234FBB">
        <w:tc>
          <w:tcPr>
            <w:tcW w:w="9639" w:type="dxa"/>
            <w:gridSpan w:val="4"/>
            <w:tcBorders>
              <w:bottom w:val="nil"/>
            </w:tcBorders>
          </w:tcPr>
          <w:p w14:paraId="0264B99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6D2F9B5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3.Для оказания первой доврачебной помощи при тепловом ударе необходимо принять следующие меры:</w:t>
            </w:r>
          </w:p>
          <w:p w14:paraId="5667EE4A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А) дать понюхать пострадавшему ватку, смоченную нашатырным спиртом; </w:t>
            </w:r>
          </w:p>
          <w:p w14:paraId="6C2D83F1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Б) вызвать скорую помощь; </w:t>
            </w:r>
          </w:p>
          <w:p w14:paraId="292BA672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В) положить холодный компресс на голову и грудь пострадавшему; </w:t>
            </w:r>
          </w:p>
          <w:p w14:paraId="0A9D1A7D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Г) перенести пострадавшего в прохладное место; </w:t>
            </w:r>
          </w:p>
          <w:p w14:paraId="480DF44B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Д) снять с пострадавшего стесняющую одежду; </w:t>
            </w:r>
          </w:p>
          <w:p w14:paraId="5A61B4A4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Е) дать пострадавшему холодную подсоленную воду или холодный сладкий чай примерно 100-150мл.</w:t>
            </w:r>
          </w:p>
          <w:p w14:paraId="715BD7C9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6B721C8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4. Установите последовательность решения задач в обучении технике</w:t>
            </w:r>
          </w:p>
          <w:p w14:paraId="13BE21A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физических упражнений:</w:t>
            </w:r>
          </w:p>
          <w:p w14:paraId="001E6BE0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2A1D202E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1) закрепление, 2) ознакомление, 3) разучивание, 4) совершенствование.</w:t>
            </w:r>
          </w:p>
          <w:p w14:paraId="3A685A35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03D17B9B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1FBCC18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both"/>
              <w:textAlignment w:val="baseline"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5.Установите </w:t>
            </w:r>
            <w:proofErr w:type="gramStart"/>
            <w:r w:rsidRPr="001F1F32">
              <w:rPr>
                <w:rFonts w:eastAsia="Times New Roman"/>
                <w:sz w:val="20"/>
                <w:szCs w:val="20"/>
                <w:lang w:val="ru-RU"/>
              </w:rPr>
              <w:t>соответствие :</w:t>
            </w:r>
            <w:proofErr w:type="gramEnd"/>
          </w:p>
        </w:tc>
      </w:tr>
      <w:tr w:rsidR="00F80159" w:rsidRPr="00313201" w14:paraId="16F92A8C" w14:textId="77777777" w:rsidTr="00234FBB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167F9658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1.создан Российский олимпийский комитет</w:t>
            </w:r>
          </w:p>
          <w:p w14:paraId="37B767D0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2.создан Международный олимпийский комитет</w:t>
            </w:r>
          </w:p>
          <w:p w14:paraId="12167919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3.состоялись первые Олимпийские игры древности</w:t>
            </w:r>
          </w:p>
          <w:p w14:paraId="03306218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722FD40F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А. 1911 г.</w:t>
            </w:r>
          </w:p>
          <w:p w14:paraId="2FE73D23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lang w:val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/>
              </w:rPr>
              <w:t>Б.  1894 г.</w:t>
            </w:r>
          </w:p>
          <w:p w14:paraId="552131AB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В. 766 г до н.э.</w:t>
            </w:r>
          </w:p>
          <w:p w14:paraId="757B51AC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Г. 2001 г. </w:t>
            </w:r>
          </w:p>
        </w:tc>
      </w:tr>
      <w:tr w:rsidR="00F80159" w:rsidRPr="00313201" w14:paraId="4D6B7B45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6FE2087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6.Установите соответствие между:</w:t>
            </w:r>
          </w:p>
        </w:tc>
      </w:tr>
      <w:tr w:rsidR="00F80159" w:rsidRPr="00F80159" w14:paraId="7F7059F0" w14:textId="77777777" w:rsidTr="00234FBB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2F64EF31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color w:val="0070C0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 волейбол</w:t>
            </w:r>
          </w:p>
          <w:p w14:paraId="4E38FE92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2. Настольный теннис </w:t>
            </w:r>
          </w:p>
          <w:p w14:paraId="7B8B03B9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3.Баскетбол</w:t>
            </w:r>
          </w:p>
          <w:p w14:paraId="1F1AC480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60F11261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А) У. Морган.                    </w:t>
            </w:r>
          </w:p>
          <w:p w14:paraId="1B5AEFB4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Б) Ч.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Бакстер</w:t>
            </w:r>
            <w:proofErr w:type="spellEnd"/>
          </w:p>
          <w:p w14:paraId="0AAA856A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В) Д.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Нейсмит</w:t>
            </w:r>
            <w:proofErr w:type="spellEnd"/>
          </w:p>
          <w:p w14:paraId="4ACCEFC0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Г) А. Смит</w:t>
            </w:r>
          </w:p>
          <w:p w14:paraId="33167417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b/>
                <w:bCs/>
                <w:color w:val="0070C0"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278EB4AE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4374640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7.Установите соответствие:</w:t>
            </w:r>
          </w:p>
        </w:tc>
      </w:tr>
      <w:tr w:rsidR="00F80159" w:rsidRPr="00F80159" w14:paraId="5978FEC6" w14:textId="77777777" w:rsidTr="00234FBB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28B6503A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 сила</w:t>
            </w:r>
          </w:p>
          <w:p w14:paraId="753092D0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 выносливость</w:t>
            </w:r>
          </w:p>
          <w:p w14:paraId="637D3C48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3.быстрота</w:t>
            </w:r>
          </w:p>
          <w:p w14:paraId="567E86C6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4.гибкость</w:t>
            </w:r>
          </w:p>
          <w:p w14:paraId="4F0533FE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  <w:p w14:paraId="15A87DDA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7BF0E138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а) выполнение движений большой амплитудой.</w:t>
            </w:r>
          </w:p>
          <w:p w14:paraId="62FD170E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б) способность человека выполнять движения за</w:t>
            </w:r>
          </w:p>
          <w:p w14:paraId="226A5BB7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короткий промежуток времени.</w:t>
            </w:r>
          </w:p>
          <w:p w14:paraId="654D36F9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в) способность человека преодолеть внешнее</w:t>
            </w:r>
          </w:p>
          <w:p w14:paraId="5E42D0D6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сопротивление или противодействовать ему за счет</w:t>
            </w:r>
          </w:p>
          <w:p w14:paraId="44528E8A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мышечных усилий.</w:t>
            </w:r>
          </w:p>
          <w:p w14:paraId="2E331415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г) способность противостоять физическому</w:t>
            </w:r>
          </w:p>
          <w:p w14:paraId="78963C32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утомлению в процессе мышечной деятельности.</w:t>
            </w:r>
          </w:p>
          <w:p w14:paraId="369050D0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Д) выполнять упражнения на силе воли</w:t>
            </w:r>
          </w:p>
        </w:tc>
      </w:tr>
      <w:tr w:rsidR="00F80159" w:rsidRPr="00313201" w14:paraId="5E7B7AC3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11D2C92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lastRenderedPageBreak/>
              <w:t>8.Установите соответствие между:</w:t>
            </w:r>
          </w:p>
        </w:tc>
      </w:tr>
      <w:tr w:rsidR="00F80159" w:rsidRPr="00313201" w14:paraId="0604B7B9" w14:textId="77777777" w:rsidTr="00234FBB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42218160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1.Легкая атлетика.                а) кроль на груди;</w:t>
            </w:r>
          </w:p>
          <w:p w14:paraId="1A6D275B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2.Плавание.                           б) бег на 100м;</w:t>
            </w:r>
          </w:p>
          <w:p w14:paraId="688B7B9D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3.Баскетбол.                          в) верхняя подача;</w:t>
            </w:r>
          </w:p>
          <w:p w14:paraId="4A1220A8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4.Волейбол.                           г) кувырок вперед;</w:t>
            </w:r>
          </w:p>
          <w:p w14:paraId="347BB914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5.Гимнастика.                       д) бросок по кольцу</w:t>
            </w:r>
          </w:p>
          <w:p w14:paraId="09780B43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Е) бросок </w:t>
            </w:r>
            <w:proofErr w:type="spell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черезбедро</w:t>
            </w:r>
            <w:proofErr w:type="spellEnd"/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5D54B865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</w:p>
          <w:p w14:paraId="1632D73B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</w:p>
          <w:p w14:paraId="3777B26C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jc w:val="both"/>
              <w:rPr>
                <w:rFonts w:eastAsia="Times New Roman"/>
                <w:sz w:val="20"/>
                <w:szCs w:val="20"/>
                <w:lang w:val="ru-RU"/>
              </w:rPr>
            </w:pPr>
          </w:p>
        </w:tc>
      </w:tr>
      <w:tr w:rsidR="00F80159" w:rsidRPr="00313201" w14:paraId="694FFF9E" w14:textId="77777777" w:rsidTr="00234FBB">
        <w:tc>
          <w:tcPr>
            <w:tcW w:w="9639" w:type="dxa"/>
            <w:gridSpan w:val="4"/>
            <w:tcBorders>
              <w:top w:val="nil"/>
              <w:bottom w:val="nil"/>
            </w:tcBorders>
          </w:tcPr>
          <w:p w14:paraId="7E08E98D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lang w:eastAsia="ru-RU"/>
              </w:rPr>
            </w:pPr>
          </w:p>
          <w:p w14:paraId="36F4D30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9.Установите соответствие:</w:t>
            </w:r>
          </w:p>
        </w:tc>
      </w:tr>
      <w:tr w:rsidR="00F80159" w:rsidRPr="00313201" w14:paraId="50DFCE9D" w14:textId="77777777" w:rsidTr="00234FBB">
        <w:tc>
          <w:tcPr>
            <w:tcW w:w="4820" w:type="dxa"/>
            <w:gridSpan w:val="2"/>
            <w:tcBorders>
              <w:top w:val="nil"/>
              <w:bottom w:val="nil"/>
              <w:right w:val="nil"/>
            </w:tcBorders>
          </w:tcPr>
          <w:p w14:paraId="3D0E2EF5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1. тромбоциты</w:t>
            </w:r>
          </w:p>
          <w:p w14:paraId="642C4FAF" w14:textId="77777777" w:rsidR="00F80159" w:rsidRPr="001F1F32" w:rsidRDefault="00F80159" w:rsidP="00234FBB">
            <w:pPr>
              <w:tabs>
                <w:tab w:val="left" w:pos="318"/>
              </w:tabs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2.эритроциты</w:t>
            </w:r>
          </w:p>
          <w:p w14:paraId="12F9CEE2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3. лейкоциты</w:t>
            </w:r>
          </w:p>
          <w:p w14:paraId="14827392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/>
                <w:sz w:val="20"/>
                <w:szCs w:val="20"/>
                <w:lang w:val="ru-RU" w:eastAsia="ru-RU"/>
              </w:rPr>
            </w:pPr>
          </w:p>
        </w:tc>
        <w:tc>
          <w:tcPr>
            <w:tcW w:w="4819" w:type="dxa"/>
            <w:gridSpan w:val="2"/>
            <w:tcBorders>
              <w:top w:val="nil"/>
              <w:left w:val="nil"/>
              <w:bottom w:val="nil"/>
            </w:tcBorders>
          </w:tcPr>
          <w:p w14:paraId="6B9855BE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А белые</w:t>
            </w:r>
          </w:p>
          <w:p w14:paraId="4E1E5295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б. красные</w:t>
            </w:r>
          </w:p>
          <w:p w14:paraId="7C530201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в. бесцветные</w:t>
            </w:r>
          </w:p>
          <w:p w14:paraId="1780E570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г. желтые </w:t>
            </w:r>
          </w:p>
          <w:p w14:paraId="46EEC3F1" w14:textId="77777777" w:rsidR="00F80159" w:rsidRPr="001F1F32" w:rsidRDefault="00F80159" w:rsidP="00234FBB">
            <w:pPr>
              <w:tabs>
                <w:tab w:val="left" w:pos="317"/>
              </w:tabs>
              <w:spacing w:line="240" w:lineRule="auto"/>
              <w:contextualSpacing/>
              <w:rPr>
                <w:rFonts w:eastAsia="Times New Roman"/>
                <w:sz w:val="20"/>
                <w:szCs w:val="20"/>
                <w:shd w:val="clear" w:color="auto" w:fill="FFFFFF"/>
                <w:lang w:val="ru-RU"/>
              </w:rPr>
            </w:pPr>
          </w:p>
        </w:tc>
      </w:tr>
      <w:tr w:rsidR="00F80159" w:rsidRPr="00313201" w14:paraId="1A1B542A" w14:textId="77777777" w:rsidTr="00234FBB">
        <w:tc>
          <w:tcPr>
            <w:tcW w:w="4820" w:type="dxa"/>
            <w:gridSpan w:val="2"/>
          </w:tcPr>
          <w:p w14:paraId="3506439D" w14:textId="77777777" w:rsidR="00F80159" w:rsidRPr="001F1F32" w:rsidRDefault="00F80159" w:rsidP="00234FB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Уровень сложности</w:t>
            </w:r>
          </w:p>
        </w:tc>
        <w:tc>
          <w:tcPr>
            <w:tcW w:w="4819" w:type="dxa"/>
            <w:gridSpan w:val="2"/>
          </w:tcPr>
          <w:p w14:paraId="4C5CAB10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Высокий</w:t>
            </w:r>
          </w:p>
        </w:tc>
      </w:tr>
      <w:tr w:rsidR="00F80159" w:rsidRPr="00313201" w14:paraId="4491B079" w14:textId="77777777" w:rsidTr="00234FBB">
        <w:tc>
          <w:tcPr>
            <w:tcW w:w="4820" w:type="dxa"/>
            <w:gridSpan w:val="2"/>
          </w:tcPr>
          <w:p w14:paraId="2578907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4819" w:type="dxa"/>
            <w:gridSpan w:val="2"/>
          </w:tcPr>
          <w:p w14:paraId="1D4A404E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shd w:val="clear" w:color="auto" w:fill="FFFFFF"/>
                <w:lang w:val="ru-RU" w:eastAsia="ru-RU"/>
              </w:rPr>
              <w:t>Задания с развернутым ответом</w:t>
            </w:r>
          </w:p>
        </w:tc>
      </w:tr>
      <w:tr w:rsidR="00F80159" w:rsidRPr="00313201" w14:paraId="66D0E0EE" w14:textId="77777777" w:rsidTr="00234FBB">
        <w:tc>
          <w:tcPr>
            <w:tcW w:w="4820" w:type="dxa"/>
            <w:gridSpan w:val="2"/>
          </w:tcPr>
          <w:p w14:paraId="242BFE6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i/>
                <w:iCs/>
                <w:sz w:val="20"/>
                <w:szCs w:val="20"/>
                <w:lang w:val="ru-RU" w:eastAsia="ru-RU"/>
              </w:rPr>
              <w:t xml:space="preserve">Инструкция: </w:t>
            </w:r>
          </w:p>
        </w:tc>
        <w:tc>
          <w:tcPr>
            <w:tcW w:w="4819" w:type="dxa"/>
            <w:gridSpan w:val="2"/>
          </w:tcPr>
          <w:p w14:paraId="46CAA2B5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i/>
                <w:iCs/>
                <w:sz w:val="20"/>
                <w:szCs w:val="20"/>
                <w:shd w:val="clear" w:color="auto" w:fill="FFFFFF"/>
                <w:lang w:val="ru-RU" w:eastAsia="ru-RU"/>
              </w:rPr>
              <w:t>введите развернутый обоснованный ответ</w:t>
            </w:r>
          </w:p>
        </w:tc>
      </w:tr>
      <w:tr w:rsidR="00F80159" w:rsidRPr="00313201" w14:paraId="30CBD558" w14:textId="77777777" w:rsidTr="00234FBB">
        <w:tc>
          <w:tcPr>
            <w:tcW w:w="9639" w:type="dxa"/>
            <w:gridSpan w:val="4"/>
          </w:tcPr>
          <w:p w14:paraId="7651E8D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  <w:t>10.Нарушение функции конечности, сильная боль при попытке</w:t>
            </w:r>
          </w:p>
          <w:p w14:paraId="3F5F87C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  <w:t>движения ею, деформация либо её укорочение, подвижность костей в</w:t>
            </w:r>
          </w:p>
          <w:p w14:paraId="4EE7E1BC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both"/>
              <w:textAlignment w:val="baseline"/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shd w:val="clear" w:color="auto" w:fill="FFFFFF"/>
                <w:lang w:val="ru-RU" w:eastAsia="ru-RU"/>
              </w:rPr>
              <w:t xml:space="preserve">необычном месте являются …… перелома. </w:t>
            </w:r>
          </w:p>
        </w:tc>
      </w:tr>
    </w:tbl>
    <w:p w14:paraId="16C467F7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07D51DCA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15E4848F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7ABE21EF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6B28D2AB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1826EC46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Ключи правильных ответов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94"/>
        <w:gridCol w:w="3543"/>
      </w:tblGrid>
      <w:tr w:rsidR="00F80159" w:rsidRPr="00313201" w14:paraId="00703663" w14:textId="77777777" w:rsidTr="00234FBB">
        <w:tc>
          <w:tcPr>
            <w:tcW w:w="2694" w:type="dxa"/>
            <w:vAlign w:val="center"/>
          </w:tcPr>
          <w:p w14:paraId="2843008A" w14:textId="77777777" w:rsidR="00F80159" w:rsidRPr="001F1F32" w:rsidRDefault="00F80159" w:rsidP="00234FBB">
            <w:pPr>
              <w:overflowPunct w:val="0"/>
              <w:spacing w:line="240" w:lineRule="auto"/>
              <w:contextualSpacing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Номер задания</w:t>
            </w:r>
          </w:p>
        </w:tc>
        <w:tc>
          <w:tcPr>
            <w:tcW w:w="3543" w:type="dxa"/>
            <w:vAlign w:val="center"/>
          </w:tcPr>
          <w:p w14:paraId="2D78701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Верный ответ</w:t>
            </w:r>
          </w:p>
        </w:tc>
      </w:tr>
      <w:tr w:rsidR="00F80159" w:rsidRPr="00313201" w14:paraId="4FA42CE3" w14:textId="77777777" w:rsidTr="00234FBB">
        <w:tc>
          <w:tcPr>
            <w:tcW w:w="2694" w:type="dxa"/>
          </w:tcPr>
          <w:p w14:paraId="6BE3314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contextualSpacing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3543" w:type="dxa"/>
          </w:tcPr>
          <w:p w14:paraId="05E57AC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ind w:right="-816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в</w:t>
            </w:r>
          </w:p>
        </w:tc>
      </w:tr>
      <w:tr w:rsidR="00F80159" w:rsidRPr="00313201" w14:paraId="1AF540CB" w14:textId="77777777" w:rsidTr="00234FBB">
        <w:tc>
          <w:tcPr>
            <w:tcW w:w="2694" w:type="dxa"/>
          </w:tcPr>
          <w:p w14:paraId="685ADF5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3543" w:type="dxa"/>
          </w:tcPr>
          <w:p w14:paraId="01364B5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б</w:t>
            </w:r>
          </w:p>
        </w:tc>
      </w:tr>
      <w:tr w:rsidR="00F80159" w:rsidRPr="00313201" w14:paraId="554A160F" w14:textId="77777777" w:rsidTr="00234FBB">
        <w:tc>
          <w:tcPr>
            <w:tcW w:w="2694" w:type="dxa"/>
          </w:tcPr>
          <w:p w14:paraId="4DC36CB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3543" w:type="dxa"/>
          </w:tcPr>
          <w:p w14:paraId="5D2E539A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Г а в </w:t>
            </w:r>
            <w:proofErr w:type="gramStart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д  е</w:t>
            </w:r>
            <w:proofErr w:type="gramEnd"/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б </w:t>
            </w:r>
          </w:p>
        </w:tc>
      </w:tr>
      <w:tr w:rsidR="00F80159" w:rsidRPr="00313201" w14:paraId="2698FEFA" w14:textId="77777777" w:rsidTr="00234FBB">
        <w:tc>
          <w:tcPr>
            <w:tcW w:w="2694" w:type="dxa"/>
          </w:tcPr>
          <w:p w14:paraId="163D127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3543" w:type="dxa"/>
          </w:tcPr>
          <w:p w14:paraId="3FFB4BD5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2314</w:t>
            </w:r>
          </w:p>
        </w:tc>
      </w:tr>
      <w:tr w:rsidR="00F80159" w:rsidRPr="00313201" w14:paraId="55C02280" w14:textId="77777777" w:rsidTr="00234FBB">
        <w:tc>
          <w:tcPr>
            <w:tcW w:w="2694" w:type="dxa"/>
          </w:tcPr>
          <w:p w14:paraId="567A731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3543" w:type="dxa"/>
          </w:tcPr>
          <w:p w14:paraId="329D407F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1а 2б 3в</w:t>
            </w:r>
          </w:p>
        </w:tc>
      </w:tr>
      <w:tr w:rsidR="00F80159" w:rsidRPr="00313201" w14:paraId="6D9D66E6" w14:textId="77777777" w:rsidTr="00234FBB">
        <w:tc>
          <w:tcPr>
            <w:tcW w:w="2694" w:type="dxa"/>
          </w:tcPr>
          <w:p w14:paraId="46F8649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3543" w:type="dxa"/>
          </w:tcPr>
          <w:p w14:paraId="4237B166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 xml:space="preserve"> 1а 2б 3в 4а</w:t>
            </w:r>
          </w:p>
        </w:tc>
      </w:tr>
      <w:tr w:rsidR="00F80159" w:rsidRPr="00313201" w14:paraId="63AA7A7B" w14:textId="77777777" w:rsidTr="00234FBB">
        <w:tc>
          <w:tcPr>
            <w:tcW w:w="2694" w:type="dxa"/>
          </w:tcPr>
          <w:p w14:paraId="4A818562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7</w:t>
            </w:r>
          </w:p>
        </w:tc>
        <w:tc>
          <w:tcPr>
            <w:tcW w:w="3543" w:type="dxa"/>
          </w:tcPr>
          <w:p w14:paraId="65E6D5F1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1в 2г 3б 4а</w:t>
            </w:r>
          </w:p>
        </w:tc>
      </w:tr>
      <w:tr w:rsidR="00F80159" w:rsidRPr="00313201" w14:paraId="449DA1D0" w14:textId="77777777" w:rsidTr="00234FBB">
        <w:tc>
          <w:tcPr>
            <w:tcW w:w="2694" w:type="dxa"/>
          </w:tcPr>
          <w:p w14:paraId="1E29AB29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8</w:t>
            </w:r>
          </w:p>
        </w:tc>
        <w:tc>
          <w:tcPr>
            <w:tcW w:w="3543" w:type="dxa"/>
          </w:tcPr>
          <w:p w14:paraId="3F97FBA4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1б 2а 3д 4в 5г</w:t>
            </w:r>
          </w:p>
        </w:tc>
      </w:tr>
      <w:tr w:rsidR="00F80159" w:rsidRPr="00313201" w14:paraId="2D1C705E" w14:textId="77777777" w:rsidTr="00234FBB">
        <w:tc>
          <w:tcPr>
            <w:tcW w:w="2694" w:type="dxa"/>
          </w:tcPr>
          <w:p w14:paraId="6E557D3B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3543" w:type="dxa"/>
          </w:tcPr>
          <w:p w14:paraId="60B22403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1в 2б 3а</w:t>
            </w:r>
          </w:p>
        </w:tc>
      </w:tr>
      <w:tr w:rsidR="00F80159" w:rsidRPr="00313201" w14:paraId="17079A05" w14:textId="77777777" w:rsidTr="00234FBB">
        <w:tc>
          <w:tcPr>
            <w:tcW w:w="2694" w:type="dxa"/>
          </w:tcPr>
          <w:p w14:paraId="370F817E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jc w:val="center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10</w:t>
            </w:r>
          </w:p>
        </w:tc>
        <w:tc>
          <w:tcPr>
            <w:tcW w:w="3543" w:type="dxa"/>
          </w:tcPr>
          <w:p w14:paraId="68E79337" w14:textId="77777777" w:rsidR="00F80159" w:rsidRPr="001F1F32" w:rsidRDefault="00F80159" w:rsidP="00234FBB">
            <w:pPr>
              <w:overflowPunct w:val="0"/>
              <w:autoSpaceDE w:val="0"/>
              <w:autoSpaceDN w:val="0"/>
              <w:adjustRightInd w:val="0"/>
              <w:spacing w:line="240" w:lineRule="auto"/>
              <w:textAlignment w:val="baseline"/>
              <w:rPr>
                <w:rFonts w:eastAsia="Times New Roman"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sz w:val="20"/>
                <w:szCs w:val="20"/>
                <w:lang w:val="ru-RU" w:eastAsia="ru-RU"/>
              </w:rPr>
              <w:t>признаками</w:t>
            </w:r>
          </w:p>
        </w:tc>
      </w:tr>
    </w:tbl>
    <w:p w14:paraId="19AC8105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09DE5012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Критерии оценки тестовых заданий</w:t>
      </w:r>
    </w:p>
    <w:tbl>
      <w:tblPr>
        <w:tblW w:w="96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52"/>
        <w:gridCol w:w="3969"/>
        <w:gridCol w:w="3094"/>
      </w:tblGrid>
      <w:tr w:rsidR="00F80159" w:rsidRPr="00313201" w14:paraId="441F82D2" w14:textId="77777777" w:rsidTr="00234FBB">
        <w:tc>
          <w:tcPr>
            <w:tcW w:w="2552" w:type="dxa"/>
            <w:vAlign w:val="center"/>
          </w:tcPr>
          <w:p w14:paraId="30B27F4F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Результат оценивания</w:t>
            </w:r>
          </w:p>
        </w:tc>
        <w:tc>
          <w:tcPr>
            <w:tcW w:w="3969" w:type="dxa"/>
            <w:vAlign w:val="center"/>
          </w:tcPr>
          <w:p w14:paraId="4ACAB917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Тип задания</w:t>
            </w:r>
          </w:p>
        </w:tc>
        <w:tc>
          <w:tcPr>
            <w:tcW w:w="3094" w:type="dxa"/>
            <w:vAlign w:val="center"/>
          </w:tcPr>
          <w:p w14:paraId="5E2B7475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Критерии</w:t>
            </w:r>
          </w:p>
        </w:tc>
      </w:tr>
      <w:tr w:rsidR="00F80159" w:rsidRPr="00F80159" w14:paraId="6C96DA32" w14:textId="77777777" w:rsidTr="00234FBB">
        <w:tc>
          <w:tcPr>
            <w:tcW w:w="2552" w:type="dxa"/>
            <w:vMerge w:val="restart"/>
          </w:tcPr>
          <w:p w14:paraId="07EA95B9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верно</w:t>
            </w:r>
          </w:p>
        </w:tc>
        <w:tc>
          <w:tcPr>
            <w:tcW w:w="3969" w:type="dxa"/>
          </w:tcPr>
          <w:p w14:paraId="4D7E8F1B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выбором одного /нескольких ответов</w:t>
            </w:r>
          </w:p>
        </w:tc>
        <w:tc>
          <w:tcPr>
            <w:tcW w:w="3094" w:type="dxa"/>
            <w:vMerge w:val="restart"/>
            <w:vAlign w:val="center"/>
          </w:tcPr>
          <w:p w14:paraId="0B44E1CB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Полное совпадение с верным ответом</w:t>
            </w:r>
          </w:p>
        </w:tc>
      </w:tr>
      <w:tr w:rsidR="00F80159" w:rsidRPr="00313201" w14:paraId="25475D65" w14:textId="77777777" w:rsidTr="00234FBB">
        <w:tc>
          <w:tcPr>
            <w:tcW w:w="2552" w:type="dxa"/>
            <w:vMerge/>
          </w:tcPr>
          <w:p w14:paraId="723DABDE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42F75FA8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 xml:space="preserve">на </w:t>
            </w:r>
            <w:proofErr w:type="gramStart"/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установление  последовательности</w:t>
            </w:r>
            <w:proofErr w:type="gramEnd"/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 xml:space="preserve"> /</w:t>
            </w:r>
          </w:p>
          <w:p w14:paraId="271D7B30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соответствия</w:t>
            </w:r>
          </w:p>
        </w:tc>
        <w:tc>
          <w:tcPr>
            <w:tcW w:w="3094" w:type="dxa"/>
            <w:vMerge/>
            <w:vAlign w:val="center"/>
          </w:tcPr>
          <w:p w14:paraId="310B9B08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</w:tr>
      <w:tr w:rsidR="00F80159" w:rsidRPr="00313201" w14:paraId="40F90DD6" w14:textId="77777777" w:rsidTr="00234FBB">
        <w:tc>
          <w:tcPr>
            <w:tcW w:w="2552" w:type="dxa"/>
            <w:vMerge/>
          </w:tcPr>
          <w:p w14:paraId="3DD6BD37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</w:p>
        </w:tc>
        <w:tc>
          <w:tcPr>
            <w:tcW w:w="3969" w:type="dxa"/>
          </w:tcPr>
          <w:p w14:paraId="7225B26E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2B3B22CB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Правильность ответа (отсутствие фактических ошибок).</w:t>
            </w:r>
          </w:p>
          <w:p w14:paraId="16B290E7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Полнота ответа (раскрытие объема используемых понятий).</w:t>
            </w:r>
          </w:p>
          <w:p w14:paraId="5B6DA883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Обоснованность ответа (наличие аргументов).</w:t>
            </w:r>
          </w:p>
          <w:p w14:paraId="18E68514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Логика изложения ответа (грамотная последовательность излагаемого материала).</w:t>
            </w:r>
          </w:p>
          <w:p w14:paraId="5E8C21C9" w14:textId="77777777" w:rsidR="00F80159" w:rsidRPr="001F1F32" w:rsidRDefault="00F80159" w:rsidP="00234FBB">
            <w:pPr>
              <w:spacing w:line="240" w:lineRule="auto"/>
              <w:jc w:val="both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Сопоставимость с эталонным ответом.</w:t>
            </w:r>
          </w:p>
        </w:tc>
      </w:tr>
      <w:tr w:rsidR="00F80159" w:rsidRPr="00F80159" w14:paraId="3121FC28" w14:textId="77777777" w:rsidTr="00234FBB">
        <w:tc>
          <w:tcPr>
            <w:tcW w:w="2552" w:type="dxa"/>
          </w:tcPr>
          <w:p w14:paraId="2D94A136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неверно</w:t>
            </w:r>
          </w:p>
        </w:tc>
        <w:tc>
          <w:tcPr>
            <w:tcW w:w="3969" w:type="dxa"/>
          </w:tcPr>
          <w:p w14:paraId="39F95F9F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 выбором одного/нескольких ответов; на установление последовательности /</w:t>
            </w:r>
          </w:p>
          <w:p w14:paraId="2ED629C9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соответствия;</w:t>
            </w:r>
          </w:p>
          <w:p w14:paraId="690DC162" w14:textId="77777777" w:rsidR="00F80159" w:rsidRPr="001F1F32" w:rsidRDefault="00F80159" w:rsidP="00234FBB">
            <w:pPr>
              <w:spacing w:line="240" w:lineRule="auto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lastRenderedPageBreak/>
              <w:t>с развернутым ответом</w:t>
            </w:r>
          </w:p>
        </w:tc>
        <w:tc>
          <w:tcPr>
            <w:tcW w:w="3094" w:type="dxa"/>
            <w:vAlign w:val="center"/>
          </w:tcPr>
          <w:p w14:paraId="4FC0C3BD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lastRenderedPageBreak/>
              <w:t>Допущены ошибки или ответ отсутствует</w:t>
            </w:r>
          </w:p>
        </w:tc>
      </w:tr>
    </w:tbl>
    <w:p w14:paraId="7FD363D8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6BAA4316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  <w:r w:rsidRPr="001F1F32">
        <w:rPr>
          <w:rFonts w:eastAsia="Times New Roman"/>
          <w:b/>
          <w:bCs/>
          <w:sz w:val="20"/>
          <w:szCs w:val="20"/>
          <w:lang w:val="ru-RU" w:eastAsia="ru-RU"/>
        </w:rPr>
        <w:t>Шкала оценивания результатов компьютерного тестирования обучающихся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27"/>
        <w:gridCol w:w="4712"/>
      </w:tblGrid>
      <w:tr w:rsidR="00F80159" w:rsidRPr="00313201" w14:paraId="6C8EDF82" w14:textId="77777777" w:rsidTr="00234FBB">
        <w:tc>
          <w:tcPr>
            <w:tcW w:w="4927" w:type="dxa"/>
          </w:tcPr>
          <w:p w14:paraId="7DDC994D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 xml:space="preserve">Оценка </w:t>
            </w:r>
          </w:p>
        </w:tc>
        <w:tc>
          <w:tcPr>
            <w:tcW w:w="4712" w:type="dxa"/>
          </w:tcPr>
          <w:p w14:paraId="12F217FC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/>
                <w:bCs/>
                <w:sz w:val="20"/>
                <w:szCs w:val="20"/>
                <w:lang w:val="ru-RU" w:eastAsia="ru-RU"/>
              </w:rPr>
              <w:t>Процент верных ответов</w:t>
            </w:r>
          </w:p>
        </w:tc>
      </w:tr>
      <w:tr w:rsidR="00F80159" w:rsidRPr="00313201" w14:paraId="3DAC29F5" w14:textId="77777777" w:rsidTr="00234FBB">
        <w:tc>
          <w:tcPr>
            <w:tcW w:w="4927" w:type="dxa"/>
          </w:tcPr>
          <w:p w14:paraId="40216A93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отлично</w:t>
            </w:r>
          </w:p>
        </w:tc>
        <w:tc>
          <w:tcPr>
            <w:tcW w:w="4712" w:type="dxa"/>
          </w:tcPr>
          <w:p w14:paraId="5D02560D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91-100</w:t>
            </w:r>
          </w:p>
        </w:tc>
      </w:tr>
      <w:tr w:rsidR="00F80159" w:rsidRPr="00313201" w14:paraId="4D61355F" w14:textId="77777777" w:rsidTr="00234FBB">
        <w:tc>
          <w:tcPr>
            <w:tcW w:w="4927" w:type="dxa"/>
          </w:tcPr>
          <w:p w14:paraId="10D271CD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хорошо</w:t>
            </w:r>
          </w:p>
        </w:tc>
        <w:tc>
          <w:tcPr>
            <w:tcW w:w="4712" w:type="dxa"/>
          </w:tcPr>
          <w:p w14:paraId="7464781F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80-90</w:t>
            </w:r>
          </w:p>
        </w:tc>
      </w:tr>
      <w:tr w:rsidR="00F80159" w:rsidRPr="00313201" w14:paraId="1841FAEB" w14:textId="77777777" w:rsidTr="00234FBB">
        <w:tc>
          <w:tcPr>
            <w:tcW w:w="4927" w:type="dxa"/>
          </w:tcPr>
          <w:p w14:paraId="25495DF2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удовлетворительно</w:t>
            </w:r>
          </w:p>
        </w:tc>
        <w:tc>
          <w:tcPr>
            <w:tcW w:w="4712" w:type="dxa"/>
          </w:tcPr>
          <w:p w14:paraId="0AA5DDFD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70-79</w:t>
            </w:r>
          </w:p>
        </w:tc>
      </w:tr>
      <w:tr w:rsidR="00F80159" w:rsidRPr="00313201" w14:paraId="5ABAEB17" w14:textId="77777777" w:rsidTr="00234FBB">
        <w:tc>
          <w:tcPr>
            <w:tcW w:w="4927" w:type="dxa"/>
          </w:tcPr>
          <w:p w14:paraId="3643D234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неудовлетворительно</w:t>
            </w:r>
          </w:p>
        </w:tc>
        <w:tc>
          <w:tcPr>
            <w:tcW w:w="4712" w:type="dxa"/>
          </w:tcPr>
          <w:p w14:paraId="62E3DDA5" w14:textId="77777777" w:rsidR="00F80159" w:rsidRPr="001F1F32" w:rsidRDefault="00F80159" w:rsidP="00234FBB">
            <w:pPr>
              <w:spacing w:line="240" w:lineRule="auto"/>
              <w:jc w:val="center"/>
              <w:rPr>
                <w:rFonts w:eastAsia="Times New Roman"/>
                <w:bCs/>
                <w:sz w:val="20"/>
                <w:szCs w:val="20"/>
                <w:lang w:val="ru-RU" w:eastAsia="ru-RU"/>
              </w:rPr>
            </w:pPr>
            <w:r w:rsidRPr="001F1F32">
              <w:rPr>
                <w:rFonts w:eastAsia="Times New Roman"/>
                <w:bCs/>
                <w:sz w:val="20"/>
                <w:szCs w:val="20"/>
                <w:lang w:val="ru-RU" w:eastAsia="ru-RU"/>
              </w:rPr>
              <w:t>менее 70</w:t>
            </w:r>
          </w:p>
        </w:tc>
      </w:tr>
    </w:tbl>
    <w:p w14:paraId="4FD9BDA0" w14:textId="77777777" w:rsidR="00F80159" w:rsidRPr="001F1F32" w:rsidRDefault="00F80159" w:rsidP="00F80159">
      <w:pPr>
        <w:spacing w:line="240" w:lineRule="auto"/>
        <w:jc w:val="center"/>
        <w:rPr>
          <w:rFonts w:eastAsia="Times New Roman"/>
          <w:b/>
          <w:bCs/>
          <w:sz w:val="20"/>
          <w:szCs w:val="20"/>
          <w:lang w:val="ru-RU" w:eastAsia="ru-RU"/>
        </w:rPr>
      </w:pPr>
    </w:p>
    <w:p w14:paraId="6F4C8F05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before="120" w:line="288" w:lineRule="auto"/>
        <w:jc w:val="both"/>
        <w:textAlignment w:val="baseline"/>
        <w:rPr>
          <w:rFonts w:eastAsia="Times New Roman"/>
          <w:sz w:val="20"/>
          <w:szCs w:val="20"/>
          <w:lang w:val="ru-RU" w:eastAsia="ru-RU"/>
        </w:rPr>
      </w:pPr>
      <w:r w:rsidRPr="001F1F32">
        <w:rPr>
          <w:rFonts w:eastAsia="Times New Roman"/>
          <w:sz w:val="20"/>
          <w:szCs w:val="20"/>
          <w:lang w:val="ru-RU" w:eastAsia="ru-RU"/>
        </w:rPr>
        <w:t>Составитель:</w:t>
      </w:r>
    </w:p>
    <w:p w14:paraId="6717A23C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/>
          <w:sz w:val="20"/>
          <w:szCs w:val="20"/>
          <w:lang w:val="ru-RU" w:eastAsia="ru-RU"/>
        </w:rPr>
      </w:pPr>
      <w:r w:rsidRPr="001F1F32">
        <w:rPr>
          <w:rFonts w:eastAsia="Times New Roman"/>
          <w:sz w:val="20"/>
          <w:szCs w:val="20"/>
          <w:lang w:val="ru-RU" w:eastAsia="ru-RU"/>
        </w:rPr>
        <w:t xml:space="preserve">А.Н. </w:t>
      </w:r>
      <w:proofErr w:type="gramStart"/>
      <w:r w:rsidRPr="001F1F32">
        <w:rPr>
          <w:rFonts w:eastAsia="Times New Roman"/>
          <w:sz w:val="20"/>
          <w:szCs w:val="20"/>
          <w:lang w:val="ru-RU" w:eastAsia="ru-RU"/>
        </w:rPr>
        <w:t>Астапенко,  старший</w:t>
      </w:r>
      <w:proofErr w:type="gramEnd"/>
      <w:r w:rsidRPr="001F1F32">
        <w:rPr>
          <w:rFonts w:eastAsia="Times New Roman"/>
          <w:sz w:val="20"/>
          <w:szCs w:val="20"/>
          <w:lang w:val="ru-RU" w:eastAsia="ru-RU"/>
        </w:rPr>
        <w:t xml:space="preserve"> преподаватель кафедры </w:t>
      </w:r>
      <w:proofErr w:type="spellStart"/>
      <w:r w:rsidRPr="001F1F32">
        <w:rPr>
          <w:rFonts w:eastAsia="Times New Roman"/>
          <w:sz w:val="20"/>
          <w:szCs w:val="20"/>
          <w:lang w:val="ru-RU" w:eastAsia="ru-RU"/>
        </w:rPr>
        <w:t>ЭБЖиФ</w:t>
      </w:r>
      <w:proofErr w:type="spellEnd"/>
      <w:r w:rsidRPr="001F1F32">
        <w:rPr>
          <w:rFonts w:eastAsia="Times New Roman"/>
          <w:sz w:val="20"/>
          <w:szCs w:val="20"/>
          <w:lang w:val="ru-RU" w:eastAsia="ru-RU"/>
        </w:rPr>
        <w:t>.               _______________________</w:t>
      </w:r>
      <w:r w:rsidRPr="001F1F32">
        <w:rPr>
          <w:rFonts w:eastAsia="Times New Roman"/>
          <w:sz w:val="20"/>
          <w:szCs w:val="20"/>
          <w:lang w:val="ru-RU" w:eastAsia="ru-RU"/>
        </w:rPr>
        <w:tab/>
      </w:r>
    </w:p>
    <w:p w14:paraId="10B7B589" w14:textId="77777777" w:rsidR="00F80159" w:rsidRPr="001F1F32" w:rsidRDefault="00F80159" w:rsidP="00F80159">
      <w:pPr>
        <w:spacing w:line="240" w:lineRule="auto"/>
        <w:jc w:val="both"/>
        <w:rPr>
          <w:rFonts w:eastAsia="Times New Roman"/>
          <w:i/>
          <w:iCs/>
          <w:spacing w:val="-2"/>
          <w:sz w:val="20"/>
          <w:szCs w:val="20"/>
          <w:vertAlign w:val="superscript"/>
          <w:lang w:val="ru-RU" w:eastAsia="ru-RU"/>
        </w:rPr>
      </w:pPr>
      <w:r w:rsidRPr="001F1F32">
        <w:rPr>
          <w:rFonts w:eastAsia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Times New Roman"/>
          <w:i/>
          <w:sz w:val="20"/>
          <w:szCs w:val="20"/>
          <w:vertAlign w:val="superscript"/>
          <w:lang w:val="ru-RU" w:eastAsia="ru-RU"/>
        </w:rPr>
        <w:tab/>
      </w:r>
      <w:r w:rsidRPr="001F1F32">
        <w:rPr>
          <w:rFonts w:eastAsia="Times New Roman"/>
          <w:i/>
          <w:sz w:val="20"/>
          <w:szCs w:val="20"/>
          <w:vertAlign w:val="superscript"/>
          <w:lang w:val="ru-RU" w:eastAsia="ru-RU"/>
        </w:rPr>
        <w:tab/>
      </w:r>
    </w:p>
    <w:p w14:paraId="72BC0529" w14:textId="77777777" w:rsidR="00F80159" w:rsidRPr="001F1F32" w:rsidRDefault="00F80159" w:rsidP="00F80159">
      <w:pPr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rFonts w:eastAsia="Times New Roman"/>
          <w:sz w:val="20"/>
          <w:szCs w:val="20"/>
          <w:lang w:val="ru-RU" w:eastAsia="ru-RU"/>
        </w:rPr>
      </w:pPr>
      <w:r>
        <w:rPr>
          <w:rFonts w:eastAsia="Times New Roman"/>
          <w:sz w:val="20"/>
          <w:szCs w:val="20"/>
          <w:lang w:val="ru-RU" w:eastAsia="ru-RU"/>
        </w:rPr>
        <w:t>«22» ноября 2025</w:t>
      </w:r>
      <w:r w:rsidRPr="001F1F32">
        <w:rPr>
          <w:rFonts w:eastAsia="Times New Roman"/>
          <w:sz w:val="20"/>
          <w:szCs w:val="20"/>
          <w:lang w:val="ru-RU" w:eastAsia="ru-RU"/>
        </w:rPr>
        <w:t xml:space="preserve"> г.</w:t>
      </w:r>
    </w:p>
    <w:p w14:paraId="321EDF2C" w14:textId="77777777" w:rsidR="00F80159" w:rsidRDefault="00F80159" w:rsidP="00F80159">
      <w:r>
        <w:br/>
      </w:r>
    </w:p>
    <w:p w14:paraId="5EA9EB0F" w14:textId="675AD4C0" w:rsidR="0046435B" w:rsidRDefault="0046435B"/>
    <w:sectPr w:rsidR="0046435B" w:rsidSect="00034616">
      <w:pgSz w:w="12240" w:h="15840"/>
      <w:pgMar w:top="850" w:right="850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37285"/>
    <w:multiLevelType w:val="hybridMultilevel"/>
    <w:tmpl w:val="4D82EB04"/>
    <w:lvl w:ilvl="0" w:tplc="66BE23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10" w15:restartNumberingAfterBreak="0">
    <w:nsid w:val="10A66D13"/>
    <w:multiLevelType w:val="hybridMultilevel"/>
    <w:tmpl w:val="95788F6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27843DC5"/>
    <w:multiLevelType w:val="hybridMultilevel"/>
    <w:tmpl w:val="CA825844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6A109AB"/>
    <w:multiLevelType w:val="hybridMultilevel"/>
    <w:tmpl w:val="25F443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3" w15:restartNumberingAfterBreak="0">
    <w:nsid w:val="4DDA6B9A"/>
    <w:multiLevelType w:val="hybridMultilevel"/>
    <w:tmpl w:val="991663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8FA2A24"/>
    <w:multiLevelType w:val="hybridMultilevel"/>
    <w:tmpl w:val="E77E4A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5C713778"/>
    <w:multiLevelType w:val="hybridMultilevel"/>
    <w:tmpl w:val="4B6CF34C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5D6D5BD3"/>
    <w:multiLevelType w:val="hybridMultilevel"/>
    <w:tmpl w:val="DA347C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EA1033C"/>
    <w:multiLevelType w:val="hybridMultilevel"/>
    <w:tmpl w:val="741A9368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623C5FEA"/>
    <w:multiLevelType w:val="hybridMultilevel"/>
    <w:tmpl w:val="C65C70B2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70D32058"/>
    <w:multiLevelType w:val="hybridMultilevel"/>
    <w:tmpl w:val="176E36DE"/>
    <w:lvl w:ilvl="0" w:tplc="F8B290CA">
      <w:start w:val="1"/>
      <w:numFmt w:val="russianUpper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79365D68"/>
    <w:multiLevelType w:val="hybridMultilevel"/>
    <w:tmpl w:val="2D2431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2"/>
  </w:num>
  <w:num w:numId="11">
    <w:abstractNumId w:val="13"/>
  </w:num>
  <w:num w:numId="12">
    <w:abstractNumId w:val="17"/>
  </w:num>
  <w:num w:numId="13">
    <w:abstractNumId w:val="18"/>
  </w:num>
  <w:num w:numId="14">
    <w:abstractNumId w:val="15"/>
  </w:num>
  <w:num w:numId="15">
    <w:abstractNumId w:val="14"/>
  </w:num>
  <w:num w:numId="16">
    <w:abstractNumId w:val="20"/>
  </w:num>
  <w:num w:numId="17">
    <w:abstractNumId w:val="11"/>
  </w:num>
  <w:num w:numId="18">
    <w:abstractNumId w:val="10"/>
  </w:num>
  <w:num w:numId="19">
    <w:abstractNumId w:val="9"/>
  </w:num>
  <w:num w:numId="20">
    <w:abstractNumId w:val="19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33249"/>
    <w:rsid w:val="0029639D"/>
    <w:rsid w:val="00326F90"/>
    <w:rsid w:val="0046435B"/>
    <w:rsid w:val="0061721F"/>
    <w:rsid w:val="007757A8"/>
    <w:rsid w:val="00A21402"/>
    <w:rsid w:val="00AA1D8D"/>
    <w:rsid w:val="00B47730"/>
    <w:rsid w:val="00C86ED6"/>
    <w:rsid w:val="00CB0664"/>
    <w:rsid w:val="00F8015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C2237A"/>
  <w14:defaultImageDpi w14:val="300"/>
  <w15:docId w15:val="{080CE5D5-9D8D-423C-AF0E-9FBD34F8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9"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9"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9"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9"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9"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9"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99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99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99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99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99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99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9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9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99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99"/>
    <w:qFormat/>
    <w:rsid w:val="00FC693F"/>
    <w:rPr>
      <w:b/>
      <w:bCs/>
    </w:rPr>
  </w:style>
  <w:style w:type="character" w:styleId="af7">
    <w:name w:val="Emphasis"/>
    <w:basedOn w:val="a2"/>
    <w:uiPriority w:val="99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99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99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9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99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99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99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99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99"/>
    <w:unhideWhenUsed/>
    <w:qFormat/>
    <w:rsid w:val="00FC693F"/>
    <w:pPr>
      <w:outlineLvl w:val="9"/>
    </w:pPr>
  </w:style>
  <w:style w:type="table" w:styleId="aff0">
    <w:name w:val="Table Grid"/>
    <w:basedOn w:val="a3"/>
    <w:uiPriority w:val="9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99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99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99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99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99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99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99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99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99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99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9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99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99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99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99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99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99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99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99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4">
    <w:name w:val="Сетка таблицы1"/>
    <w:uiPriority w:val="99"/>
    <w:rsid w:val="00F80159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51D526-4FF9-413D-8262-A94EDD896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3766</Words>
  <Characters>21471</Characters>
  <Application>Microsoft Office Word</Application>
  <DocSecurity>0</DocSecurity>
  <Lines>178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25187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Александр Н. Астапенко</cp:lastModifiedBy>
  <cp:revision>6</cp:revision>
  <dcterms:created xsi:type="dcterms:W3CDTF">2013-12-23T23:15:00Z</dcterms:created>
  <dcterms:modified xsi:type="dcterms:W3CDTF">2026-06-10T03:49:00Z</dcterms:modified>
  <cp:category/>
</cp:coreProperties>
</file>